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EF6" w:rsidRPr="00D914B7" w:rsidRDefault="00D914B7" w:rsidP="00B95F47">
      <w:pPr>
        <w:keepNext/>
        <w:bidi/>
        <w:spacing w:after="360"/>
        <w:jc w:val="center"/>
        <w:rPr>
          <w:sz w:val="22"/>
        </w:rPr>
      </w:pPr>
      <w:r w:rsidRPr="00D914B7">
        <w:rPr>
          <w:b/>
          <w:bCs/>
          <w:sz w:val="22"/>
          <w:rtl/>
        </w:rPr>
        <w:t>پیشگفتار</w:t>
      </w:r>
      <w:r w:rsidRPr="00D914B7">
        <w:rPr>
          <w:b/>
          <w:sz w:val="22"/>
        </w:rPr>
        <w:t xml:space="preserve"> </w:t>
      </w:r>
      <w:r w:rsidRPr="00D914B7">
        <w:rPr>
          <w:b/>
          <w:bCs/>
          <w:sz w:val="22"/>
          <w:rtl/>
        </w:rPr>
        <w:t>مشترک</w:t>
      </w:r>
      <w:r w:rsidRPr="00D914B7">
        <w:rPr>
          <w:b/>
          <w:sz w:val="22"/>
        </w:rPr>
        <w:t xml:space="preserve"> </w:t>
      </w:r>
      <w:r w:rsidRPr="00D914B7">
        <w:rPr>
          <w:b/>
          <w:bCs/>
          <w:sz w:val="22"/>
          <w:rtl/>
        </w:rPr>
        <w:t>مجموعه</w:t>
      </w:r>
      <w:r w:rsidR="00BA0EEF">
        <w:rPr>
          <w:b/>
          <w:bCs/>
          <w:sz w:val="22"/>
          <w:rtl/>
        </w:rPr>
        <w:t>ء</w:t>
      </w:r>
      <w:r w:rsidRPr="00D914B7">
        <w:rPr>
          <w:b/>
          <w:sz w:val="22"/>
        </w:rPr>
        <w:t xml:space="preserve"> </w:t>
      </w:r>
      <w:r w:rsidR="00B95F47">
        <w:rPr>
          <w:rFonts w:hint="cs"/>
          <w:b/>
          <w:sz w:val="22"/>
          <w:rtl/>
        </w:rPr>
        <w:t>«</w:t>
      </w:r>
      <w:r w:rsidRPr="00D914B7">
        <w:rPr>
          <w:b/>
          <w:bCs/>
          <w:sz w:val="22"/>
          <w:rtl/>
        </w:rPr>
        <w:t>کشورداری</w:t>
      </w:r>
      <w:r w:rsidRPr="00D914B7">
        <w:rPr>
          <w:b/>
          <w:sz w:val="22"/>
        </w:rPr>
        <w:t xml:space="preserve"> </w:t>
      </w:r>
      <w:r w:rsidRPr="00D914B7">
        <w:rPr>
          <w:b/>
          <w:bCs/>
          <w:sz w:val="22"/>
          <w:rtl/>
        </w:rPr>
        <w:t>ایرانی</w:t>
      </w:r>
      <w:r w:rsidR="00B95F47">
        <w:rPr>
          <w:rFonts w:hint="cs"/>
          <w:b/>
          <w:sz w:val="22"/>
          <w:rtl/>
        </w:rPr>
        <w:t>»</w:t>
      </w:r>
    </w:p>
    <w:p w:rsidR="00C74EF6" w:rsidRPr="00D914B7" w:rsidRDefault="00D914B7" w:rsidP="00D914B7">
      <w:pPr>
        <w:keepNext/>
        <w:bidi/>
        <w:spacing w:before="240" w:after="120"/>
        <w:rPr>
          <w:sz w:val="22"/>
        </w:rPr>
      </w:pPr>
      <w:r w:rsidRPr="00D914B7">
        <w:rPr>
          <w:b/>
          <w:bCs/>
          <w:sz w:val="22"/>
          <w:rtl/>
        </w:rPr>
        <w:t>۱</w:t>
      </w:r>
      <w:r w:rsidR="00BA0EEF">
        <w:rPr>
          <w:rFonts w:hint="cs"/>
          <w:b/>
          <w:sz w:val="22"/>
          <w:rtl/>
        </w:rPr>
        <w:t>.</w:t>
      </w:r>
      <w:r>
        <w:rPr>
          <w:rFonts w:hint="cs"/>
          <w:b/>
          <w:sz w:val="22"/>
          <w:rtl/>
        </w:rPr>
        <w:t xml:space="preserve"> </w:t>
      </w:r>
      <w:r w:rsidRPr="00D914B7">
        <w:rPr>
          <w:b/>
          <w:bCs/>
          <w:sz w:val="22"/>
          <w:rtl/>
        </w:rPr>
        <w:t>چرا</w:t>
      </w:r>
      <w:r w:rsidRPr="00D914B7">
        <w:rPr>
          <w:b/>
          <w:sz w:val="22"/>
        </w:rPr>
        <w:t xml:space="preserve"> </w:t>
      </w:r>
      <w:r w:rsidRPr="00D914B7">
        <w:rPr>
          <w:b/>
          <w:bCs/>
          <w:sz w:val="22"/>
          <w:rtl/>
        </w:rPr>
        <w:t>این</w:t>
      </w:r>
      <w:r w:rsidRPr="00D914B7">
        <w:rPr>
          <w:b/>
          <w:sz w:val="22"/>
        </w:rPr>
        <w:t xml:space="preserve"> </w:t>
      </w:r>
      <w:r w:rsidRPr="00D914B7">
        <w:rPr>
          <w:b/>
          <w:bCs/>
          <w:sz w:val="22"/>
          <w:rtl/>
        </w:rPr>
        <w:t>مجموعه</w:t>
      </w:r>
      <w:r w:rsidRPr="00D914B7">
        <w:rPr>
          <w:b/>
          <w:sz w:val="22"/>
        </w:rPr>
        <w:t xml:space="preserve"> </w:t>
      </w:r>
      <w:r w:rsidRPr="00D914B7">
        <w:rPr>
          <w:b/>
          <w:bCs/>
          <w:sz w:val="22"/>
          <w:rtl/>
        </w:rPr>
        <w:t>را</w:t>
      </w:r>
      <w:r w:rsidRPr="00D914B7">
        <w:rPr>
          <w:b/>
          <w:sz w:val="22"/>
        </w:rPr>
        <w:t xml:space="preserve"> </w:t>
      </w:r>
      <w:r w:rsidRPr="00D914B7">
        <w:rPr>
          <w:b/>
          <w:bCs/>
          <w:sz w:val="22"/>
          <w:rtl/>
        </w:rPr>
        <w:t>نوشته</w:t>
      </w:r>
      <w:r w:rsidRPr="00D914B7">
        <w:rPr>
          <w:b/>
          <w:sz w:val="22"/>
        </w:rPr>
        <w:t>‌</w:t>
      </w:r>
      <w:r w:rsidRPr="00D914B7">
        <w:rPr>
          <w:b/>
          <w:bCs/>
          <w:sz w:val="22"/>
          <w:rtl/>
        </w:rPr>
        <w:t>ام</w:t>
      </w:r>
    </w:p>
    <w:p w:rsidR="00C74EF6" w:rsidRPr="00D914B7" w:rsidRDefault="00D914B7" w:rsidP="00D914B7">
      <w:pPr>
        <w:bidi/>
        <w:ind w:firstLine="720"/>
        <w:rPr>
          <w:sz w:val="22"/>
        </w:rPr>
      </w:pPr>
      <w:r w:rsidRPr="00D914B7">
        <w:rPr>
          <w:sz w:val="22"/>
          <w:rtl/>
        </w:rPr>
        <w:t>شاید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مجموعه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یکی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آخرین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کارهای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گسترده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باشد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هشتاد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چهارمین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سال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زندگی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خویش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نویسم؛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مجموعه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کوشد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حاصل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بیش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دهه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اندیشیدن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درباره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سرگذشت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سیاسی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زادگاهم،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ایران،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قالب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روایتی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منسجم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گرد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آورد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سال،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فرصت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نامحدودی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پژوهش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گسترده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آرشیوی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باقی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مانده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توان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نکته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منبع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ارجاع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فراهم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آورد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="00B95F47">
        <w:rPr>
          <w:rFonts w:hint="cs"/>
          <w:sz w:val="22"/>
          <w:rtl/>
        </w:rPr>
        <w:t>تنها کاری که از نویسنده بر می آمده مقایسه اطلاعات اش با منابع عامی همچوم فرهنگنامه ها (وبخصوص ایرانیکا) بوده است اما واقعیت اینکه</w:t>
      </w:r>
      <w:bookmarkStart w:id="0" w:name="_GoBack"/>
      <w:bookmarkEnd w:id="0"/>
      <w:r w:rsidR="00B95F47">
        <w:rPr>
          <w:rFonts w:hint="cs"/>
          <w:sz w:val="22"/>
          <w:rtl/>
        </w:rPr>
        <w:t xml:space="preserve"> </w:t>
      </w:r>
      <w:r w:rsidRPr="00D914B7">
        <w:rPr>
          <w:sz w:val="22"/>
          <w:rtl/>
        </w:rPr>
        <w:t>آنچه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کتاب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آمده،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آمیزه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مطالعه،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تجربه،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حافظه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تأملاتی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طول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زندگی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ذهن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انباشته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شده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اند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خواننده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محدودیت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آغاز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بداند؛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همان</w:t>
      </w:r>
      <w:r w:rsidRPr="00D914B7">
        <w:rPr>
          <w:sz w:val="22"/>
        </w:rPr>
        <w:t>‌</w:t>
      </w:r>
      <w:r w:rsidRPr="00D914B7">
        <w:rPr>
          <w:sz w:val="22"/>
          <w:rtl/>
        </w:rPr>
        <w:t>گونه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بداند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مجموعه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مدعی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نگارش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تاریخی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جامع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نقص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رویدادهای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ایران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نیست</w:t>
      </w:r>
      <w:r w:rsidR="00BA0EEF">
        <w:rPr>
          <w:sz w:val="22"/>
          <w:rtl/>
        </w:rPr>
        <w:t>.</w:t>
      </w:r>
    </w:p>
    <w:p w:rsidR="00C74EF6" w:rsidRPr="00D914B7" w:rsidRDefault="00D914B7" w:rsidP="00D914B7">
      <w:pPr>
        <w:bidi/>
        <w:ind w:firstLine="720"/>
        <w:rPr>
          <w:sz w:val="22"/>
        </w:rPr>
      </w:pPr>
      <w:r w:rsidRPr="00D914B7">
        <w:rPr>
          <w:sz w:val="22"/>
          <w:rtl/>
        </w:rPr>
        <w:t>نیمی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زندگی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درون</w:t>
      </w:r>
      <w:r w:rsidRPr="00D914B7">
        <w:rPr>
          <w:sz w:val="22"/>
        </w:rPr>
        <w:t xml:space="preserve"> </w:t>
      </w:r>
      <w:r>
        <w:rPr>
          <w:rFonts w:hint="cs"/>
          <w:sz w:val="22"/>
          <w:rtl/>
        </w:rPr>
        <w:t>«</w:t>
      </w:r>
      <w:r w:rsidRPr="00D914B7">
        <w:rPr>
          <w:sz w:val="22"/>
          <w:rtl/>
        </w:rPr>
        <w:t>دولت</w:t>
      </w:r>
      <w:r>
        <w:rPr>
          <w:rFonts w:hint="cs"/>
          <w:sz w:val="22"/>
          <w:rtl/>
        </w:rPr>
        <w:t>»</w:t>
      </w:r>
      <w:r w:rsidRPr="00D914B7">
        <w:rPr>
          <w:sz w:val="22"/>
          <w:rtl/>
        </w:rPr>
        <w:t>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آنچه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زبان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تاریخی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فارسی</w:t>
      </w:r>
      <w:r w:rsidRPr="00D914B7">
        <w:rPr>
          <w:sz w:val="22"/>
        </w:rPr>
        <w:t xml:space="preserve"> </w:t>
      </w:r>
      <w:r>
        <w:rPr>
          <w:rFonts w:hint="cs"/>
          <w:sz w:val="22"/>
          <w:rtl/>
        </w:rPr>
        <w:t>«</w:t>
      </w:r>
      <w:r w:rsidRPr="00D914B7">
        <w:rPr>
          <w:sz w:val="22"/>
          <w:rtl/>
        </w:rPr>
        <w:t>دیوان</w:t>
      </w:r>
      <w:r>
        <w:rPr>
          <w:rFonts w:hint="cs"/>
          <w:sz w:val="22"/>
          <w:rtl/>
        </w:rPr>
        <w:t>»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خوانده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شده،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گذشته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عضو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کوچکی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دستگاهی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بودم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وظیفه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اداره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امور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عمومی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بود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بعدها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مقام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پژوهشگر،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نویسنده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ناظر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سیاسی،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همچنان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مسئله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دولت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کشورداری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درگیر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ماندم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ازاین</w:t>
      </w:r>
      <w:r w:rsidRPr="00D914B7">
        <w:rPr>
          <w:sz w:val="22"/>
        </w:rPr>
        <w:t>‌</w:t>
      </w:r>
      <w:r w:rsidRPr="00D914B7">
        <w:rPr>
          <w:sz w:val="22"/>
          <w:rtl/>
        </w:rPr>
        <w:t>رو،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علاقه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>
        <w:rPr>
          <w:rFonts w:hint="cs"/>
          <w:sz w:val="22"/>
          <w:rtl/>
        </w:rPr>
        <w:t>«کشورداری»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صرفاً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علاقه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نظری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نیست؛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بخشی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تجربه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زیسته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هست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نزدیک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دیده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گرفتن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یک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تصمیم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سیاسی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رسیدن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نتیجه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زندگی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مردم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فاصله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وجود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دارد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چگونه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ممکن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بهترین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وعده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نبود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دستگاهی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کارآمد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پاسخ</w:t>
      </w:r>
      <w:r w:rsidRPr="00D914B7">
        <w:rPr>
          <w:sz w:val="22"/>
        </w:rPr>
        <w:t>‌</w:t>
      </w:r>
      <w:r w:rsidRPr="00D914B7">
        <w:rPr>
          <w:sz w:val="22"/>
          <w:rtl/>
        </w:rPr>
        <w:t>گو،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هیچ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نتیجه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نرسند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حتی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نتیجه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خلاف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مقصود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پدید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آورند</w:t>
      </w:r>
      <w:r w:rsidR="00BA0EEF">
        <w:rPr>
          <w:sz w:val="22"/>
          <w:rtl/>
        </w:rPr>
        <w:t>.</w:t>
      </w:r>
    </w:p>
    <w:p w:rsidR="00C74EF6" w:rsidRPr="00D914B7" w:rsidRDefault="00D914B7" w:rsidP="00D914B7">
      <w:pPr>
        <w:bidi/>
        <w:ind w:firstLine="720"/>
        <w:rPr>
          <w:sz w:val="22"/>
        </w:rPr>
      </w:pPr>
      <w:r w:rsidRPr="00D914B7">
        <w:rPr>
          <w:sz w:val="22"/>
          <w:rtl/>
        </w:rPr>
        <w:t>من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آغاز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دوران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پادشاهی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محمدرضاشاه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پهلوی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دنیا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آمدم،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دوران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رشد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کردم،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همراه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سقوط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نظام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پادشاهی</w:t>
      </w:r>
      <w:r>
        <w:rPr>
          <w:rFonts w:hint="cs"/>
          <w:sz w:val="22"/>
          <w:rtl/>
        </w:rPr>
        <w:t xml:space="preserve"> اش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آواره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شدم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نزدیک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قرن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دور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شاهد</w:t>
      </w:r>
      <w:r>
        <w:rPr>
          <w:rFonts w:hint="cs"/>
          <w:sz w:val="22"/>
          <w:rtl/>
        </w:rPr>
        <w:t xml:space="preserve"> زشت کاری 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حکومت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رژیم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اسلامی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بوده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ام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تمام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سال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یک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پرسش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ذهن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نکرده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Pr="00D914B7">
        <w:rPr>
          <w:sz w:val="22"/>
        </w:rPr>
        <w:t xml:space="preserve">: </w:t>
      </w:r>
      <w:r w:rsidRPr="00D914B7">
        <w:rPr>
          <w:sz w:val="22"/>
          <w:rtl/>
        </w:rPr>
        <w:t>چگونه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چنین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پیشینه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بلند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تاریخی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بارها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خودکامگی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سیاسی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اقتدار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دینی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گرفتار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</w:t>
      </w:r>
      <w:r>
        <w:rPr>
          <w:rFonts w:hint="cs"/>
          <w:sz w:val="22"/>
          <w:rtl/>
        </w:rPr>
        <w:t xml:space="preserve"> </w:t>
      </w:r>
      <w:r w:rsidRPr="00D914B7">
        <w:rPr>
          <w:sz w:val="22"/>
          <w:rtl/>
        </w:rPr>
        <w:t>این</w:t>
      </w:r>
      <w:r w:rsidRPr="00D914B7">
        <w:rPr>
          <w:sz w:val="22"/>
        </w:rPr>
        <w:t>‌</w:t>
      </w:r>
      <w:r>
        <w:rPr>
          <w:rFonts w:hint="cs"/>
          <w:sz w:val="22"/>
          <w:rtl/>
        </w:rPr>
        <w:t xml:space="preserve"> </w:t>
      </w:r>
      <w:r w:rsidRPr="00D914B7">
        <w:rPr>
          <w:sz w:val="22"/>
          <w:rtl/>
        </w:rPr>
        <w:t>همه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توانسته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موجودیت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حفظ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کند؟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چگونه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سلسله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حکومت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ایدئولوژی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آمده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رفته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اند،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ایران،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زخم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گسست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هایش،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باقی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مانده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است؟</w:t>
      </w:r>
    </w:p>
    <w:p w:rsidR="00C74EF6" w:rsidRPr="00D914B7" w:rsidRDefault="00D914B7" w:rsidP="00D914B7">
      <w:pPr>
        <w:bidi/>
        <w:ind w:firstLine="720"/>
        <w:rPr>
          <w:sz w:val="22"/>
        </w:rPr>
      </w:pPr>
      <w:r w:rsidRPr="00D914B7">
        <w:rPr>
          <w:sz w:val="22"/>
          <w:rtl/>
        </w:rPr>
        <w:t>پاسخی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تدریج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یافته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مفهوم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دیوان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دیوان</w:t>
      </w:r>
      <w:r w:rsidRPr="00D914B7">
        <w:rPr>
          <w:sz w:val="22"/>
        </w:rPr>
        <w:t>‌</w:t>
      </w:r>
      <w:r w:rsidRPr="00D914B7">
        <w:rPr>
          <w:sz w:val="22"/>
          <w:rtl/>
        </w:rPr>
        <w:t>سالاری</w:t>
      </w:r>
      <w:r>
        <w:rPr>
          <w:rFonts w:hint="cs"/>
          <w:sz w:val="22"/>
          <w:rtl/>
        </w:rPr>
        <w:t>، در کل محموعهء گشورداری،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هدایت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کرده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پسِ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پشت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شاهان،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خلفا،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سلاطین،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رهبران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مذهبی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تشکیلات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سیاسی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گوناگون،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نیرویی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کم</w:t>
      </w:r>
      <w:r w:rsidRPr="00D914B7">
        <w:rPr>
          <w:sz w:val="22"/>
        </w:rPr>
        <w:t>‌</w:t>
      </w:r>
      <w:r w:rsidRPr="00D914B7">
        <w:rPr>
          <w:sz w:val="22"/>
          <w:rtl/>
        </w:rPr>
        <w:t>صدا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ماندگار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وجود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داشته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وظیفه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اصلی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حفظ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امکان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زندگی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جمعی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بوده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است؛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نیرویی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مالیات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گرد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آورده،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ساخته،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امنیت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برقرار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کرده،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آب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تقسیم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کرده،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اسناد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ثبت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کرده،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قشون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تأمین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کرده،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فرمان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عمل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تبدیل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کرده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کوشیده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فروپاشی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حفظ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کند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نیرو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دیوان</w:t>
      </w:r>
      <w:r w:rsidRPr="00D914B7">
        <w:rPr>
          <w:sz w:val="22"/>
        </w:rPr>
        <w:t>‌</w:t>
      </w:r>
      <w:r w:rsidRPr="00D914B7">
        <w:rPr>
          <w:sz w:val="22"/>
          <w:rtl/>
        </w:rPr>
        <w:t>سالاری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="00BA0EEF">
        <w:rPr>
          <w:sz w:val="22"/>
          <w:rtl/>
        </w:rPr>
        <w:t>.</w:t>
      </w:r>
    </w:p>
    <w:p w:rsidR="00C74EF6" w:rsidRPr="00D914B7" w:rsidRDefault="00D914B7" w:rsidP="00D914B7">
      <w:pPr>
        <w:bidi/>
        <w:ind w:firstLine="720"/>
        <w:rPr>
          <w:sz w:val="22"/>
        </w:rPr>
      </w:pPr>
      <w:r w:rsidRPr="00D914B7">
        <w:rPr>
          <w:sz w:val="22"/>
          <w:rtl/>
        </w:rPr>
        <w:lastRenderedPageBreak/>
        <w:t>دیوان</w:t>
      </w:r>
      <w:r w:rsidRPr="00D914B7">
        <w:rPr>
          <w:sz w:val="22"/>
        </w:rPr>
        <w:t>‌</w:t>
      </w:r>
      <w:r w:rsidRPr="00D914B7">
        <w:rPr>
          <w:sz w:val="22"/>
          <w:rtl/>
        </w:rPr>
        <w:t>سالاری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البته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خاص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ایران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نیست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جامعه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اندازه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معین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فراتر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ناچار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دستگاه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هایی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ثبت،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حساب،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تقسیم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اجرای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تصمیم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سازد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شرایط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جغرافیایی،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جمعیتی،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اقتصادی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تاریخی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ایران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نوع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ویژه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دیوان</w:t>
      </w:r>
      <w:r w:rsidRPr="00D914B7">
        <w:rPr>
          <w:sz w:val="22"/>
        </w:rPr>
        <w:t>‌</w:t>
      </w:r>
      <w:r w:rsidRPr="00D914B7">
        <w:rPr>
          <w:sz w:val="22"/>
          <w:rtl/>
        </w:rPr>
        <w:t>سالاری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طلب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کرده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پرورانده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پراکندگی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آب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آبادی،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فاصله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زیاد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مراکز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جمعیت،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تنوع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زبان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شیوه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زندگی،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ضرورت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نگهداری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حمله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مکرر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قشون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بیرونی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تغییر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درپی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خاندان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فرمانروا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سبب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شده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ادامه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زندگی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دستگاهی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وابسته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باشد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بتواند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عمر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یک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پادشاه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یک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سلسله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فراتر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رود</w:t>
      </w:r>
      <w:r w:rsidR="00BA0EEF">
        <w:rPr>
          <w:sz w:val="22"/>
          <w:rtl/>
        </w:rPr>
        <w:t>.</w:t>
      </w:r>
    </w:p>
    <w:p w:rsidR="00C74EF6" w:rsidRPr="00D914B7" w:rsidRDefault="00D914B7" w:rsidP="00D914B7">
      <w:pPr>
        <w:bidi/>
        <w:ind w:firstLine="720"/>
        <w:rPr>
          <w:sz w:val="22"/>
        </w:rPr>
      </w:pP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همین</w:t>
      </w:r>
      <w:r w:rsidRPr="00D914B7">
        <w:rPr>
          <w:sz w:val="22"/>
        </w:rPr>
        <w:t>‌</w:t>
      </w:r>
      <w:r w:rsidRPr="00D914B7">
        <w:rPr>
          <w:sz w:val="22"/>
          <w:rtl/>
        </w:rPr>
        <w:t>جا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پرسش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دیگری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پدید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آید</w:t>
      </w:r>
      <w:r w:rsidRPr="00D914B7">
        <w:rPr>
          <w:sz w:val="22"/>
        </w:rPr>
        <w:t xml:space="preserve">: </w:t>
      </w:r>
      <w:r w:rsidRPr="00D914B7">
        <w:rPr>
          <w:sz w:val="22"/>
          <w:rtl/>
        </w:rPr>
        <w:t>موانع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دیوان</w:t>
      </w:r>
      <w:r w:rsidRPr="00D914B7">
        <w:rPr>
          <w:sz w:val="22"/>
        </w:rPr>
        <w:t>‌</w:t>
      </w:r>
      <w:r w:rsidRPr="00D914B7">
        <w:rPr>
          <w:sz w:val="22"/>
          <w:rtl/>
        </w:rPr>
        <w:t>سالاری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ایرانی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بوده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است؟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دیوان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سراسر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تاریخ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ناچار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بوده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قدرت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حرکت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کند</w:t>
      </w:r>
      <w:r w:rsidRPr="00D914B7">
        <w:rPr>
          <w:sz w:val="22"/>
        </w:rPr>
        <w:t xml:space="preserve">: </w:t>
      </w:r>
      <w:r w:rsidRPr="00D914B7">
        <w:rPr>
          <w:sz w:val="22"/>
          <w:rtl/>
        </w:rPr>
        <w:t>فرمانروا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دربار،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قشون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دینکاران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گاه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زیر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فرمان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شاه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بوده،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گاه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زیر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فشار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نظامیان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قرار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گرفته،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گاه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خدمت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اقتدار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دینی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درآمده،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گاه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نیروها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گرفتار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گاه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کوشیده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شدت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تعارض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آنان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بکاهد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بسیاری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دوره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دیوان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فرمانروا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بلکه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ضربه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گیر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جامعه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بوده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موضوع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مجموعه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بررسی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شبکه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قدرت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دگرگونی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ستایش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چون</w:t>
      </w:r>
      <w:r w:rsidRPr="00D914B7">
        <w:rPr>
          <w:sz w:val="22"/>
        </w:rPr>
        <w:t>‌</w:t>
      </w:r>
      <w:r w:rsidRPr="00D914B7">
        <w:rPr>
          <w:sz w:val="22"/>
          <w:rtl/>
        </w:rPr>
        <w:t>وچرای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دیوانیان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بازگویی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زندگی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شاهان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دینکاران</w:t>
      </w:r>
      <w:r w:rsidR="00BA0EEF">
        <w:rPr>
          <w:sz w:val="22"/>
          <w:rtl/>
        </w:rPr>
        <w:t>.</w:t>
      </w:r>
    </w:p>
    <w:p w:rsidR="00C74EF6" w:rsidRPr="00D914B7" w:rsidRDefault="00D914B7" w:rsidP="00D914B7">
      <w:pPr>
        <w:keepNext/>
        <w:bidi/>
        <w:spacing w:before="240" w:after="120"/>
        <w:rPr>
          <w:sz w:val="22"/>
        </w:rPr>
      </w:pPr>
      <w:r>
        <w:rPr>
          <w:rFonts w:hint="cs"/>
          <w:b/>
          <w:bCs/>
          <w:sz w:val="22"/>
          <w:rtl/>
        </w:rPr>
        <w:t>2</w:t>
      </w:r>
      <w:r w:rsidR="00BA0EEF">
        <w:rPr>
          <w:rFonts w:hint="cs"/>
          <w:b/>
          <w:bCs/>
          <w:sz w:val="22"/>
          <w:rtl/>
        </w:rPr>
        <w:t>.</w:t>
      </w:r>
      <w:r>
        <w:rPr>
          <w:rFonts w:hint="cs"/>
          <w:b/>
          <w:bCs/>
          <w:sz w:val="22"/>
          <w:rtl/>
        </w:rPr>
        <w:t xml:space="preserve"> </w:t>
      </w:r>
      <w:r w:rsidRPr="00D914B7">
        <w:rPr>
          <w:b/>
          <w:bCs/>
          <w:sz w:val="22"/>
          <w:rtl/>
        </w:rPr>
        <w:t>مجموعه</w:t>
      </w:r>
      <w:r w:rsidRPr="00D914B7">
        <w:rPr>
          <w:b/>
          <w:sz w:val="22"/>
        </w:rPr>
        <w:t>‌</w:t>
      </w:r>
      <w:r w:rsidRPr="00D914B7">
        <w:rPr>
          <w:b/>
          <w:bCs/>
          <w:sz w:val="22"/>
          <w:rtl/>
        </w:rPr>
        <w:t>ای</w:t>
      </w:r>
      <w:r w:rsidRPr="00D914B7">
        <w:rPr>
          <w:b/>
          <w:sz w:val="22"/>
        </w:rPr>
        <w:t xml:space="preserve"> </w:t>
      </w:r>
      <w:r w:rsidRPr="00D914B7">
        <w:rPr>
          <w:b/>
          <w:bCs/>
          <w:sz w:val="22"/>
          <w:rtl/>
        </w:rPr>
        <w:t>دوازده</w:t>
      </w:r>
      <w:r w:rsidRPr="00D914B7">
        <w:rPr>
          <w:b/>
          <w:sz w:val="22"/>
        </w:rPr>
        <w:t>‌</w:t>
      </w:r>
      <w:r w:rsidRPr="00D914B7">
        <w:rPr>
          <w:b/>
          <w:bCs/>
          <w:sz w:val="22"/>
          <w:rtl/>
        </w:rPr>
        <w:t>جلدی</w:t>
      </w:r>
      <w:r w:rsidRPr="00D914B7">
        <w:rPr>
          <w:b/>
          <w:sz w:val="22"/>
        </w:rPr>
        <w:t xml:space="preserve"> </w:t>
      </w:r>
      <w:r w:rsidRPr="00D914B7">
        <w:rPr>
          <w:b/>
          <w:bCs/>
          <w:sz w:val="22"/>
          <w:rtl/>
        </w:rPr>
        <w:t>با</w:t>
      </w:r>
      <w:r w:rsidRPr="00D914B7">
        <w:rPr>
          <w:b/>
          <w:sz w:val="22"/>
        </w:rPr>
        <w:t xml:space="preserve"> </w:t>
      </w:r>
      <w:r w:rsidRPr="00D914B7">
        <w:rPr>
          <w:b/>
          <w:bCs/>
          <w:sz w:val="22"/>
          <w:rtl/>
        </w:rPr>
        <w:t>دو</w:t>
      </w:r>
      <w:r w:rsidRPr="00D914B7">
        <w:rPr>
          <w:b/>
          <w:sz w:val="22"/>
        </w:rPr>
        <w:t xml:space="preserve"> </w:t>
      </w:r>
      <w:r w:rsidRPr="00D914B7">
        <w:rPr>
          <w:b/>
          <w:bCs/>
          <w:sz w:val="22"/>
          <w:rtl/>
        </w:rPr>
        <w:t>شیوه</w:t>
      </w:r>
      <w:r w:rsidR="00BA0EEF">
        <w:rPr>
          <w:b/>
          <w:bCs/>
          <w:sz w:val="22"/>
          <w:rtl/>
        </w:rPr>
        <w:t>ء</w:t>
      </w:r>
      <w:r w:rsidRPr="00D914B7">
        <w:rPr>
          <w:b/>
          <w:sz w:val="22"/>
        </w:rPr>
        <w:t xml:space="preserve"> </w:t>
      </w:r>
      <w:r w:rsidRPr="00D914B7">
        <w:rPr>
          <w:b/>
          <w:bCs/>
          <w:sz w:val="22"/>
          <w:rtl/>
        </w:rPr>
        <w:t>خواندن</w:t>
      </w:r>
    </w:p>
    <w:p w:rsidR="00C74EF6" w:rsidRPr="00D914B7" w:rsidRDefault="00D914B7" w:rsidP="00D914B7">
      <w:pPr>
        <w:bidi/>
        <w:ind w:firstLine="720"/>
        <w:rPr>
          <w:sz w:val="22"/>
        </w:rPr>
      </w:pPr>
      <w:r w:rsidRPr="00D914B7">
        <w:rPr>
          <w:sz w:val="22"/>
          <w:rtl/>
        </w:rPr>
        <w:t>کتابی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دارید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یک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جلد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مستقل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مجموعه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دوازده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جلدی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سرگذشت</w:t>
      </w:r>
      <w:r w:rsidRPr="00D914B7">
        <w:rPr>
          <w:sz w:val="22"/>
        </w:rPr>
        <w:t xml:space="preserve"> </w:t>
      </w:r>
      <w:r>
        <w:rPr>
          <w:rFonts w:hint="cs"/>
          <w:sz w:val="22"/>
          <w:rtl/>
        </w:rPr>
        <w:t>«</w:t>
      </w:r>
      <w:r w:rsidRPr="00D914B7">
        <w:rPr>
          <w:sz w:val="22"/>
          <w:rtl/>
        </w:rPr>
        <w:t>کشورداری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ایرانی</w:t>
      </w:r>
      <w:r>
        <w:rPr>
          <w:rFonts w:hint="cs"/>
          <w:sz w:val="22"/>
          <w:rtl/>
        </w:rPr>
        <w:t xml:space="preserve">»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پردازد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هر</w:t>
      </w:r>
      <w:r>
        <w:rPr>
          <w:rFonts w:hint="cs"/>
          <w:sz w:val="22"/>
          <w:rtl/>
        </w:rPr>
        <w:t xml:space="preserve"> تک </w:t>
      </w:r>
      <w:r w:rsidRPr="00D914B7">
        <w:rPr>
          <w:sz w:val="22"/>
          <w:rtl/>
        </w:rPr>
        <w:t>جلد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دوره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مسئله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معین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اختصاص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یافته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خواننده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تنها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بخشی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تاریخ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ایران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علاقه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دارد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بتواند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جلد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جداگانه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بخواند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فهم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خط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اصلی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ناچار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خواندن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یازده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جلد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نباشد</w:t>
      </w:r>
      <w:r w:rsidR="00BA0EEF">
        <w:rPr>
          <w:rFonts w:hint="cs"/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سوی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دیگر،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جلدها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امتداد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یکدیگر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قرار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گرفته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خواندن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آنها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تصویری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گسترده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پیدایش،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تحول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بحران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کشورداری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ایران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دهد</w:t>
      </w:r>
      <w:r w:rsidR="00BA0EEF">
        <w:rPr>
          <w:sz w:val="22"/>
          <w:rtl/>
        </w:rPr>
        <w:t>.</w:t>
      </w:r>
    </w:p>
    <w:p w:rsidR="00C74EF6" w:rsidRPr="00D914B7" w:rsidRDefault="00D914B7" w:rsidP="00D914B7">
      <w:pPr>
        <w:bidi/>
        <w:ind w:firstLine="720"/>
        <w:rPr>
          <w:sz w:val="22"/>
        </w:rPr>
      </w:pPr>
      <w:r w:rsidRPr="00D914B7">
        <w:rPr>
          <w:sz w:val="22"/>
          <w:rtl/>
        </w:rPr>
        <w:t>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جلد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مجموعه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تاریخ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ثبت</w:t>
      </w:r>
      <w:r w:rsidRPr="00D914B7">
        <w:rPr>
          <w:sz w:val="22"/>
        </w:rPr>
        <w:t>‌</w:t>
      </w:r>
      <w:r w:rsidRPr="00D914B7">
        <w:rPr>
          <w:sz w:val="22"/>
          <w:rtl/>
        </w:rPr>
        <w:t>شده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ایران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پردازند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جلد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دورانی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اختصاص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دارند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معمولاً</w:t>
      </w:r>
      <w:r w:rsidRPr="00D914B7">
        <w:rPr>
          <w:sz w:val="22"/>
        </w:rPr>
        <w:t xml:space="preserve"> </w:t>
      </w:r>
      <w:r>
        <w:rPr>
          <w:rFonts w:hint="cs"/>
          <w:sz w:val="22"/>
          <w:rtl/>
        </w:rPr>
        <w:t>«</w:t>
      </w:r>
      <w:r w:rsidRPr="00D914B7">
        <w:rPr>
          <w:sz w:val="22"/>
          <w:rtl/>
        </w:rPr>
        <w:t>پیشاتاریخ</w:t>
      </w:r>
      <w:r>
        <w:rPr>
          <w:rFonts w:hint="cs"/>
          <w:sz w:val="22"/>
          <w:rtl/>
        </w:rPr>
        <w:t>»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خوانده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شود؛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دورانی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هنوز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خط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تاریخی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پدید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نیامده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بود،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انسان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اجتماعی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پیش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بسیاری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بنیادهای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کشورداری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ساخته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بود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ادامه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زندگی،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همکاری،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تقسیم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کار،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انتقال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تجربه،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فرماندهی،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دفاع،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انباشت،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عدالت،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اخلاق،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ثبت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نگهداری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حافظه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جمعی،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پیش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پیدایش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نخستین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شاهنشاهی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وجود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داشتند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خواندن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جلد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فهم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دوره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تاریخی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ضروری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نیست،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مبانی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فکری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چارچوب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ادراکی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نویسنده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روشن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کند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نشان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دهد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کشورداری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ناگهان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ظهور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یک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پادشاه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نوشتن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نخستین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فرمان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آغاز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نشده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="00BA0EEF">
        <w:rPr>
          <w:sz w:val="22"/>
          <w:rtl/>
        </w:rPr>
        <w:t>.</w:t>
      </w:r>
    </w:p>
    <w:p w:rsidR="00C74EF6" w:rsidRPr="00D914B7" w:rsidRDefault="00D914B7" w:rsidP="00D914B7">
      <w:pPr>
        <w:bidi/>
        <w:ind w:firstLine="720"/>
        <w:rPr>
          <w:sz w:val="22"/>
        </w:rPr>
      </w:pPr>
      <w:r w:rsidRPr="00D914B7">
        <w:rPr>
          <w:sz w:val="22"/>
          <w:rtl/>
        </w:rPr>
        <w:t>ترتیب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مجموعه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تاریخ</w:t>
      </w:r>
      <w:r w:rsidRPr="00D914B7">
        <w:rPr>
          <w:sz w:val="22"/>
        </w:rPr>
        <w:t>‌</w:t>
      </w:r>
      <w:r w:rsidRPr="00D914B7">
        <w:rPr>
          <w:sz w:val="22"/>
          <w:rtl/>
        </w:rPr>
        <w:t>نامه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معمول</w:t>
      </w:r>
      <w:r>
        <w:rPr>
          <w:rFonts w:hint="cs"/>
          <w:sz w:val="22"/>
          <w:rtl/>
        </w:rPr>
        <w:t xml:space="preserve"> هم </w:t>
      </w:r>
      <w:r w:rsidRPr="00D914B7">
        <w:rPr>
          <w:sz w:val="22"/>
          <w:rtl/>
        </w:rPr>
        <w:t>تفاوت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دارد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خواننده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ابتدا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بحران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مسائل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ایران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امروز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روبه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رو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شود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سپس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یافتن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ریشه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مرحله،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یک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گام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گذشته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بازمی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گردد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حرکت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جلدها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امروز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گذشته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روایت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درون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جلد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آغاز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دوره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پایان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پیش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رود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بدین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ترتیب،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مجموعه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جلدها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پس</w:t>
      </w:r>
      <w:r w:rsidRPr="00D914B7">
        <w:rPr>
          <w:sz w:val="22"/>
        </w:rPr>
        <w:t>‌</w:t>
      </w:r>
      <w:r w:rsidRPr="00D914B7">
        <w:rPr>
          <w:sz w:val="22"/>
          <w:rtl/>
        </w:rPr>
        <w:t>رونده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درون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جلد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پیش</w:t>
      </w:r>
      <w:r w:rsidRPr="00D914B7">
        <w:rPr>
          <w:sz w:val="22"/>
        </w:rPr>
        <w:t>‌</w:t>
      </w:r>
      <w:r w:rsidRPr="00D914B7">
        <w:rPr>
          <w:sz w:val="22"/>
          <w:rtl/>
        </w:rPr>
        <w:t>رونده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ساختار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خواننده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اجازه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دهد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نخست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مسئله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آثارش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هنوز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زندگی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حضور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دارد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ببیند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سپس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شناختن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چگونگی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پیدایش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لایه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پیشین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تاریخ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بازگردد</w:t>
      </w:r>
      <w:r w:rsidR="00BA0EEF">
        <w:rPr>
          <w:sz w:val="22"/>
          <w:rtl/>
        </w:rPr>
        <w:t>.</w:t>
      </w:r>
    </w:p>
    <w:p w:rsidR="00C74EF6" w:rsidRPr="00D914B7" w:rsidRDefault="00D914B7" w:rsidP="00D914B7">
      <w:pPr>
        <w:bidi/>
        <w:ind w:firstLine="720"/>
        <w:rPr>
          <w:sz w:val="22"/>
        </w:rPr>
      </w:pPr>
      <w:r w:rsidRPr="00D914B7">
        <w:rPr>
          <w:sz w:val="22"/>
          <w:rtl/>
        </w:rPr>
        <w:t>استقلال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جلدها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معنای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گسست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آنها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یکدیگر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نیست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جلد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حلقه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یک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استدلال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مشترک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Pr="00D914B7">
        <w:rPr>
          <w:sz w:val="22"/>
        </w:rPr>
        <w:t xml:space="preserve">: </w:t>
      </w:r>
      <w:r w:rsidRPr="00D914B7">
        <w:rPr>
          <w:sz w:val="22"/>
          <w:rtl/>
        </w:rPr>
        <w:t>ساخته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پرداخته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بشری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پاسخ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>
        <w:rPr>
          <w:rFonts w:hint="cs"/>
          <w:sz w:val="22"/>
          <w:rtl/>
        </w:rPr>
        <w:t>«</w:t>
      </w:r>
      <w:r w:rsidRPr="00D914B7">
        <w:rPr>
          <w:sz w:val="22"/>
          <w:rtl/>
        </w:rPr>
        <w:t>نیاز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ادامه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زندگی</w:t>
      </w:r>
      <w:r>
        <w:rPr>
          <w:rFonts w:hint="cs"/>
          <w:sz w:val="22"/>
          <w:rtl/>
        </w:rPr>
        <w:t>»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پدید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آمده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نهاد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توان،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دگرگونی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بسیار،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مراحل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دورتر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زندگی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اجتماعی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تعقیب</w:t>
      </w:r>
      <w:r w:rsidRPr="00D914B7">
        <w:rPr>
          <w:sz w:val="22"/>
        </w:rPr>
        <w:t xml:space="preserve"> </w:t>
      </w:r>
      <w:r>
        <w:rPr>
          <w:sz w:val="22"/>
          <w:rtl/>
        </w:rPr>
        <w:t>کر</w:t>
      </w:r>
      <w:r>
        <w:rPr>
          <w:rFonts w:hint="cs"/>
          <w:sz w:val="22"/>
          <w:rtl/>
        </w:rPr>
        <w:t>د</w:t>
      </w:r>
      <w:r w:rsidR="00BA0EEF">
        <w:rPr>
          <w:rFonts w:hint="cs"/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سلطنت،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قشون،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دینکاری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دیوان</w:t>
      </w:r>
      <w:r w:rsidRPr="00D914B7">
        <w:rPr>
          <w:sz w:val="22"/>
        </w:rPr>
        <w:t>‌</w:t>
      </w:r>
      <w:r w:rsidRPr="00D914B7">
        <w:rPr>
          <w:sz w:val="22"/>
          <w:rtl/>
        </w:rPr>
        <w:t>سالاری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صورت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ثابت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تغییرناپذیر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نداشته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اند</w:t>
      </w:r>
      <w:r w:rsidR="00BA0EEF">
        <w:rPr>
          <w:rFonts w:hint="cs"/>
          <w:sz w:val="22"/>
          <w:rtl/>
        </w:rPr>
        <w:t>.</w:t>
      </w:r>
      <w:r>
        <w:rPr>
          <w:rFonts w:hint="cs"/>
          <w:sz w:val="22"/>
          <w:rtl/>
        </w:rPr>
        <w:t xml:space="preserve"> </w:t>
      </w:r>
      <w:r w:rsidRPr="00D914B7">
        <w:rPr>
          <w:sz w:val="22"/>
          <w:rtl/>
        </w:rPr>
        <w:t>هر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یک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پاسخ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نیازهای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تازه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شکل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دیگری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یافته،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نیروهای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درآمیخته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گاه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علیه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آنها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برخاسته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="00BA0EEF">
        <w:rPr>
          <w:sz w:val="22"/>
          <w:rtl/>
        </w:rPr>
        <w:t>.</w:t>
      </w:r>
    </w:p>
    <w:p w:rsidR="00C74EF6" w:rsidRPr="00D914B7" w:rsidRDefault="00D914B7" w:rsidP="00D914B7">
      <w:pPr>
        <w:bidi/>
        <w:ind w:firstLine="720"/>
        <w:rPr>
          <w:sz w:val="22"/>
        </w:rPr>
      </w:pP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دلیل،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پس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پیشگفتار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مشترک،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جلد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پیشگفتاری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اختصاصی</w:t>
      </w:r>
      <w:r>
        <w:rPr>
          <w:rFonts w:hint="cs"/>
          <w:sz w:val="22"/>
          <w:rtl/>
        </w:rPr>
        <w:t xml:space="preserve"> نیز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دارد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مرز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زمانی،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پرسش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مرکزی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جایگاه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دوره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استدلال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مجموعه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توضیح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دهد</w:t>
      </w:r>
      <w:r w:rsidR="00BA0EEF">
        <w:rPr>
          <w:rFonts w:hint="cs"/>
          <w:sz w:val="22"/>
          <w:rtl/>
        </w:rPr>
        <w:t>.</w:t>
      </w:r>
      <w:r>
        <w:rPr>
          <w:rFonts w:hint="cs"/>
          <w:sz w:val="22"/>
          <w:rtl/>
        </w:rPr>
        <w:t xml:space="preserve"> </w:t>
      </w:r>
      <w:r w:rsidRPr="00D914B7">
        <w:rPr>
          <w:sz w:val="22"/>
          <w:rtl/>
        </w:rPr>
        <w:t>پیشگفتار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مشترک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گوید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مجموعه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چیست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مقصد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زبانی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نوشته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است؛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پیشگفتار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اختصاصی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نشان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دهد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جلدی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خواننده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کدام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حلقه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زنجیره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بررسی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کند</w:t>
      </w:r>
      <w:r w:rsidR="00BA0EEF">
        <w:rPr>
          <w:sz w:val="22"/>
          <w:rtl/>
        </w:rPr>
        <w:t>.</w:t>
      </w:r>
    </w:p>
    <w:p w:rsidR="00C74EF6" w:rsidRPr="00D914B7" w:rsidRDefault="00D914B7" w:rsidP="00D914B7">
      <w:pPr>
        <w:keepNext/>
        <w:bidi/>
        <w:spacing w:before="240" w:after="120"/>
        <w:rPr>
          <w:sz w:val="22"/>
        </w:rPr>
      </w:pPr>
      <w:r w:rsidRPr="00D914B7">
        <w:rPr>
          <w:b/>
          <w:bCs/>
          <w:sz w:val="22"/>
          <w:rtl/>
        </w:rPr>
        <w:t>۳</w:t>
      </w:r>
      <w:r w:rsidR="00BA0EEF">
        <w:rPr>
          <w:b/>
          <w:sz w:val="22"/>
          <w:rtl/>
        </w:rPr>
        <w:t>.</w:t>
      </w:r>
      <w:r w:rsidRPr="00D914B7">
        <w:rPr>
          <w:b/>
          <w:sz w:val="22"/>
        </w:rPr>
        <w:t xml:space="preserve"> </w:t>
      </w:r>
      <w:r w:rsidRPr="00D914B7">
        <w:rPr>
          <w:b/>
          <w:bCs/>
          <w:sz w:val="22"/>
          <w:rtl/>
        </w:rPr>
        <w:t>کشورداری</w:t>
      </w:r>
      <w:r w:rsidRPr="00D914B7">
        <w:rPr>
          <w:b/>
          <w:sz w:val="22"/>
        </w:rPr>
        <w:t xml:space="preserve"> </w:t>
      </w:r>
      <w:r w:rsidRPr="00D914B7">
        <w:rPr>
          <w:b/>
          <w:bCs/>
          <w:sz w:val="22"/>
          <w:rtl/>
        </w:rPr>
        <w:t>چیست؟</w:t>
      </w:r>
    </w:p>
    <w:p w:rsidR="00C74EF6" w:rsidRPr="00D914B7" w:rsidRDefault="00D914B7" w:rsidP="00D914B7">
      <w:pPr>
        <w:bidi/>
        <w:ind w:firstLine="720"/>
        <w:rPr>
          <w:sz w:val="22"/>
        </w:rPr>
      </w:pPr>
      <w:r w:rsidRPr="00D914B7">
        <w:rPr>
          <w:sz w:val="22"/>
          <w:rtl/>
        </w:rPr>
        <w:t>منظور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>
        <w:rPr>
          <w:rFonts w:hint="cs"/>
          <w:sz w:val="22"/>
          <w:rtl/>
        </w:rPr>
        <w:t>«</w:t>
      </w:r>
      <w:r w:rsidRPr="00D914B7">
        <w:rPr>
          <w:sz w:val="22"/>
          <w:rtl/>
        </w:rPr>
        <w:t>کشورداری</w:t>
      </w:r>
      <w:r>
        <w:rPr>
          <w:rFonts w:hint="cs"/>
          <w:sz w:val="22"/>
          <w:rtl/>
        </w:rPr>
        <w:t xml:space="preserve">» </w:t>
      </w:r>
      <w:r w:rsidRPr="00D914B7">
        <w:rPr>
          <w:sz w:val="22"/>
          <w:rtl/>
        </w:rPr>
        <w:t>هنر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عملی،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دانش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سازمان</w:t>
      </w:r>
      <w:r w:rsidRPr="00D914B7">
        <w:rPr>
          <w:sz w:val="22"/>
        </w:rPr>
        <w:t>‌</w:t>
      </w:r>
      <w:r w:rsidRPr="00D914B7">
        <w:rPr>
          <w:sz w:val="22"/>
          <w:rtl/>
        </w:rPr>
        <w:t>یافته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توانایی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نهادی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لازم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برپایی،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حفظ،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هدایت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نیرومند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ساختن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یک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طول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زمان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>
        <w:rPr>
          <w:rFonts w:hint="cs"/>
          <w:sz w:val="22"/>
          <w:rtl/>
        </w:rPr>
        <w:t xml:space="preserve"> و لذا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مفهومی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گسترده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حکومت</w:t>
      </w:r>
      <w:r w:rsidRPr="00D914B7">
        <w:rPr>
          <w:sz w:val="22"/>
        </w:rPr>
        <w:t>‌</w:t>
      </w:r>
      <w:r w:rsidRPr="00D914B7">
        <w:rPr>
          <w:sz w:val="22"/>
          <w:rtl/>
        </w:rPr>
        <w:t>کردن،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مدیریت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دولتی،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دیپلماسی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راهبرد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نظامی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دارد</w:t>
      </w:r>
      <w:r w:rsidR="00BA0EEF">
        <w:rPr>
          <w:rFonts w:hint="cs"/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یک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تنها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یکی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ابزارهای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کشورداری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="00BA0EEF">
        <w:rPr>
          <w:rFonts w:hint="cs"/>
          <w:sz w:val="22"/>
          <w:rtl/>
        </w:rPr>
        <w:t>.</w:t>
      </w:r>
      <w:r>
        <w:rPr>
          <w:rFonts w:hint="cs"/>
          <w:sz w:val="22"/>
          <w:rtl/>
        </w:rPr>
        <w:t xml:space="preserve"> </w:t>
      </w:r>
      <w:r w:rsidRPr="00D914B7">
        <w:rPr>
          <w:sz w:val="22"/>
          <w:rtl/>
        </w:rPr>
        <w:t>مسئله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اصلی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چگونه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اقتدار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سیاسی،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نهادها،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قانون،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منابع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اقتصادی،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دستگاه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اداری،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نیروهای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نظامی،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مناسبات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خارجی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روایت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هویت</w:t>
      </w:r>
      <w:r w:rsidRPr="00D914B7">
        <w:rPr>
          <w:sz w:val="22"/>
        </w:rPr>
        <w:t>‌</w:t>
      </w:r>
      <w:r w:rsidRPr="00D914B7">
        <w:rPr>
          <w:sz w:val="22"/>
          <w:rtl/>
        </w:rPr>
        <w:t>بخش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یکدیگر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هماهنگ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شوند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موجودیت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حفظ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شود،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نظم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داخلی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برقرار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بماند،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زندگی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عمومی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ادامه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یابد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جامعه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بتواند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آینده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بسازد</w:t>
      </w:r>
      <w:r w:rsidR="00BA0EEF">
        <w:rPr>
          <w:sz w:val="22"/>
          <w:rtl/>
        </w:rPr>
        <w:t>.</w:t>
      </w:r>
    </w:p>
    <w:p w:rsidR="00C74EF6" w:rsidRPr="00D914B7" w:rsidRDefault="00D914B7" w:rsidP="00D914B7">
      <w:pPr>
        <w:bidi/>
        <w:ind w:firstLine="720"/>
        <w:rPr>
          <w:sz w:val="22"/>
        </w:rPr>
      </w:pP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تعریفی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فشرده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توان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گفت</w:t>
      </w:r>
      <w:r w:rsidRPr="00D914B7">
        <w:rPr>
          <w:sz w:val="22"/>
        </w:rPr>
        <w:t xml:space="preserve">: </w:t>
      </w:r>
      <w:r w:rsidRPr="00D914B7">
        <w:rPr>
          <w:sz w:val="22"/>
          <w:rtl/>
        </w:rPr>
        <w:t>کشورداری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عبارت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کارگیری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سنجیده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هماهنگ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اقتدار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سیاسی،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نهادها،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قانون،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دیوان</w:t>
      </w:r>
      <w:r w:rsidRPr="00D914B7">
        <w:rPr>
          <w:sz w:val="22"/>
        </w:rPr>
        <w:t>‌</w:t>
      </w:r>
      <w:r w:rsidRPr="00D914B7">
        <w:rPr>
          <w:sz w:val="22"/>
          <w:rtl/>
        </w:rPr>
        <w:t>سالاری،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دیپلماسی،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منابع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اقتصادی،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روایت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عمومی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ــ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صورت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ضرورت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ــ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قدرت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نظامی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حفظ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اداره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جامعه،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تحقق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هدف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مشترک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تنظیم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رابطه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قدرت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</w:t>
      </w:r>
      <w:r w:rsidR="00BA0EEF">
        <w:rPr>
          <w:sz w:val="22"/>
          <w:rtl/>
        </w:rPr>
        <w:t>.</w:t>
      </w:r>
    </w:p>
    <w:p w:rsidR="00C74EF6" w:rsidRPr="00D914B7" w:rsidRDefault="00D914B7" w:rsidP="00D914B7">
      <w:pPr>
        <w:bidi/>
        <w:ind w:firstLine="720"/>
        <w:rPr>
          <w:sz w:val="22"/>
        </w:rPr>
      </w:pPr>
      <w:r w:rsidRPr="00D914B7">
        <w:rPr>
          <w:sz w:val="22"/>
          <w:rtl/>
        </w:rPr>
        <w:t>کشورداری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تنها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توانایی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فرمان</w:t>
      </w:r>
      <w:r w:rsidRPr="00D914B7">
        <w:rPr>
          <w:sz w:val="22"/>
        </w:rPr>
        <w:t>‌</w:t>
      </w:r>
      <w:r w:rsidRPr="00D914B7">
        <w:rPr>
          <w:sz w:val="22"/>
          <w:rtl/>
        </w:rPr>
        <w:t>راندن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اداره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امور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روزمره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نیست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توانایی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ساختن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حفظ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بتواند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تصمیم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بگیرد،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تصمیم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هایش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اجرا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کند،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بحران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تغییر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فرمانروایان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سالم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ببرد،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استقلال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حفظ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کند،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اختلاف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اجتماعی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سامان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دهد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شرایط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تازه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سازگار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سازد؛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آنکه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مردم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هدف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هایی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نابود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اساساً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ادامه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زندگی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آنان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پدید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آمده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="00BA0EEF">
        <w:rPr>
          <w:rFonts w:hint="cs"/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ژرف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ترین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معنای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خود،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کشورداری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هنر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تبدیل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قدرت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نظم،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نظم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نهاد،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نهاد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استمرار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استمرار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آینده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ممکن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="00BA0EEF">
        <w:rPr>
          <w:sz w:val="22"/>
          <w:rtl/>
        </w:rPr>
        <w:t>.</w:t>
      </w:r>
    </w:p>
    <w:p w:rsidR="00C74EF6" w:rsidRPr="00D914B7" w:rsidRDefault="00D914B7" w:rsidP="00112F52">
      <w:pPr>
        <w:bidi/>
        <w:ind w:firstLine="720"/>
        <w:rPr>
          <w:sz w:val="22"/>
        </w:rPr>
      </w:pP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اصطلاح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اغلب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لحنی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ستایش</w:t>
      </w:r>
      <w:r w:rsidRPr="00D914B7">
        <w:rPr>
          <w:sz w:val="22"/>
        </w:rPr>
        <w:t>‌</w:t>
      </w:r>
      <w:r w:rsidRPr="00D914B7">
        <w:rPr>
          <w:sz w:val="22"/>
          <w:rtl/>
        </w:rPr>
        <w:t>آمیز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رود،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مفهوم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کشورداری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خودی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خود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نظر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اخلاقی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خنثی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="00BA0EEF">
        <w:rPr>
          <w:rFonts w:hint="cs"/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ممکن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فرمانروایی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خودکامه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ساختن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نهادها،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تنظیم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جانشینی،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حفظ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تمامیت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سرزمینی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دفاع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مهارت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چشمگیری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نشان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دهد</w:t>
      </w:r>
      <w:r w:rsidR="00BA0EEF">
        <w:rPr>
          <w:rFonts w:hint="cs"/>
          <w:sz w:val="22"/>
          <w:rtl/>
        </w:rPr>
        <w:t>.</w:t>
      </w:r>
      <w:r>
        <w:rPr>
          <w:rFonts w:hint="cs"/>
          <w:sz w:val="22"/>
          <w:rtl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مقابل،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ممکن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حکومتی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دموکراتیک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سبب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کوتاه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بینی،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فرسایش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نهادها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سردرگمی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راهبردی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کشورداری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ناموفق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باشد</w:t>
      </w:r>
      <w:r w:rsidR="00BA0EEF">
        <w:rPr>
          <w:rFonts w:hint="cs"/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بنابراین،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داوری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تفاوت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گذاشت</w:t>
      </w:r>
      <w:r w:rsidR="00BA0EEF">
        <w:rPr>
          <w:sz w:val="22"/>
          <w:rtl/>
        </w:rPr>
        <w:t>.</w:t>
      </w:r>
    </w:p>
    <w:p w:rsidR="00C74EF6" w:rsidRPr="00D914B7" w:rsidRDefault="00D914B7" w:rsidP="00D914B7">
      <w:pPr>
        <w:bidi/>
        <w:ind w:firstLine="720"/>
        <w:rPr>
          <w:sz w:val="22"/>
        </w:rPr>
      </w:pPr>
      <w:r w:rsidRPr="00D914B7">
        <w:rPr>
          <w:sz w:val="22"/>
          <w:rtl/>
        </w:rPr>
        <w:t>کشورداری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کارآمد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توانایی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تحقق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هدف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سیاسی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پایدار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کشورداری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برخوردار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حقانیت،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اقتدار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پایه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نظامی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اعمال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کند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جامعه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پذیرفته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قانون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رسمیت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شناخته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کشورداری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اخلاقی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کرامت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انسان،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حقوق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مردم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محدودیت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اخلاقی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رعایت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کند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کشورداری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دموکراتیک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کارآمدی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رضایت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عمومی،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پاسخ</w:t>
      </w:r>
      <w:r w:rsidRPr="00D914B7">
        <w:rPr>
          <w:sz w:val="22"/>
        </w:rPr>
        <w:t>‌</w:t>
      </w:r>
      <w:r w:rsidRPr="00D914B7">
        <w:rPr>
          <w:sz w:val="22"/>
          <w:rtl/>
        </w:rPr>
        <w:t>گویی،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کثرت</w:t>
      </w:r>
      <w:r w:rsidRPr="00D914B7">
        <w:rPr>
          <w:sz w:val="22"/>
        </w:rPr>
        <w:t>‌</w:t>
      </w:r>
      <w:r w:rsidRPr="00D914B7">
        <w:rPr>
          <w:sz w:val="22"/>
          <w:rtl/>
        </w:rPr>
        <w:t>گرایی،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حاکمیت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ملت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حکومت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قانون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پیوند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دهد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ممکن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ویژگی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یک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نظام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سیاسی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جمع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شوند،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چنین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جمعی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خودبه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خود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پدید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آید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ارزیابی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کشورداری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نباید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فقط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پرسید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سیاستی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موفق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بوده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نه؛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پرسید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موفقیت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کسانی،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ابزارهایی،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پایه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حقی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تحمیل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هزینه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انسان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آمده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="00BA0EEF">
        <w:rPr>
          <w:sz w:val="22"/>
          <w:rtl/>
        </w:rPr>
        <w:t>.</w:t>
      </w:r>
    </w:p>
    <w:p w:rsidR="00C74EF6" w:rsidRPr="00D914B7" w:rsidRDefault="00D914B7" w:rsidP="00D914B7">
      <w:pPr>
        <w:keepNext/>
        <w:bidi/>
        <w:spacing w:before="240" w:after="120"/>
        <w:rPr>
          <w:sz w:val="22"/>
        </w:rPr>
      </w:pPr>
      <w:r w:rsidRPr="00D914B7">
        <w:rPr>
          <w:b/>
          <w:bCs/>
          <w:sz w:val="22"/>
          <w:rtl/>
        </w:rPr>
        <w:t>۴</w:t>
      </w:r>
      <w:r w:rsidR="00BA0EEF">
        <w:rPr>
          <w:b/>
          <w:sz w:val="22"/>
          <w:rtl/>
        </w:rPr>
        <w:t>.</w:t>
      </w:r>
      <w:r w:rsidRPr="00D914B7">
        <w:rPr>
          <w:b/>
          <w:sz w:val="22"/>
        </w:rPr>
        <w:t xml:space="preserve"> </w:t>
      </w:r>
      <w:r w:rsidRPr="00D914B7">
        <w:rPr>
          <w:b/>
          <w:bCs/>
          <w:sz w:val="22"/>
          <w:rtl/>
        </w:rPr>
        <w:t>عناصر</w:t>
      </w:r>
      <w:r w:rsidRPr="00D914B7">
        <w:rPr>
          <w:b/>
          <w:sz w:val="22"/>
        </w:rPr>
        <w:t xml:space="preserve"> </w:t>
      </w:r>
      <w:r w:rsidRPr="00D914B7">
        <w:rPr>
          <w:b/>
          <w:bCs/>
          <w:sz w:val="22"/>
          <w:rtl/>
        </w:rPr>
        <w:t>اساسی</w:t>
      </w:r>
      <w:r w:rsidRPr="00D914B7">
        <w:rPr>
          <w:b/>
          <w:sz w:val="22"/>
        </w:rPr>
        <w:t xml:space="preserve"> </w:t>
      </w:r>
      <w:r w:rsidRPr="00D914B7">
        <w:rPr>
          <w:b/>
          <w:bCs/>
          <w:sz w:val="22"/>
          <w:rtl/>
        </w:rPr>
        <w:t>کشورداری</w:t>
      </w:r>
    </w:p>
    <w:p w:rsidR="00C74EF6" w:rsidRPr="00D914B7" w:rsidRDefault="00D914B7" w:rsidP="00112F52">
      <w:pPr>
        <w:bidi/>
        <w:ind w:firstLine="720"/>
        <w:rPr>
          <w:sz w:val="22"/>
        </w:rPr>
      </w:pPr>
      <w:r w:rsidRPr="00D914B7">
        <w:rPr>
          <w:sz w:val="22"/>
          <w:rtl/>
        </w:rPr>
        <w:t>کشورداری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پیش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چیز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برپایی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حفظ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سروکار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دارد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پیش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آنکه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درستی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اداره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بتواند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موجود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بماند</w:t>
      </w:r>
      <w:r w:rsidR="00BA0EEF">
        <w:rPr>
          <w:rFonts w:hint="cs"/>
          <w:sz w:val="22"/>
          <w:rtl/>
        </w:rPr>
        <w:t>.</w:t>
      </w:r>
      <w:r w:rsidR="00112F52">
        <w:rPr>
          <w:rFonts w:hint="cs"/>
          <w:sz w:val="22"/>
          <w:rtl/>
        </w:rPr>
        <w:t xml:space="preserve"> </w:t>
      </w:r>
      <w:r w:rsidRPr="00D914B7">
        <w:rPr>
          <w:sz w:val="22"/>
          <w:rtl/>
        </w:rPr>
        <w:t>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کسی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نهادی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حق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گرفتن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تصمیم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الزام</w:t>
      </w:r>
      <w:r w:rsidRPr="00D914B7">
        <w:rPr>
          <w:sz w:val="22"/>
        </w:rPr>
        <w:t>‌</w:t>
      </w:r>
      <w:r w:rsidRPr="00D914B7">
        <w:rPr>
          <w:sz w:val="22"/>
          <w:rtl/>
        </w:rPr>
        <w:t>آور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دارد؟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اقتدار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سرزمین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جمعیتی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اعمال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شود؟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حاکمیت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چگونه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برابر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تهدیدهای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داخلی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خارجی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حفظ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شود؟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جانشینی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سیاسی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چگونه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صورت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گیرد؟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چگونه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توان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شورش،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جنگ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داخلی،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تجاوز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خارجی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فروپاشی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نهادی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جلوگیری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کرد؟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چگونه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توان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کرد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مرگ،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برکناری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شکست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یک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فرمانروا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نریزد؟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ممکن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="00112F52">
        <w:rPr>
          <w:rFonts w:hint="cs"/>
          <w:sz w:val="22"/>
          <w:rtl/>
        </w:rPr>
        <w:t xml:space="preserve"> یک</w:t>
      </w:r>
      <w:r w:rsidRPr="00D914B7">
        <w:rPr>
          <w:sz w:val="22"/>
        </w:rPr>
        <w:t xml:space="preserve"> </w:t>
      </w:r>
      <w:r w:rsidR="00112F52">
        <w:rPr>
          <w:sz w:val="22"/>
          <w:rtl/>
        </w:rPr>
        <w:t>فرمانروا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سال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موفقیت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اداره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کند،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پس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مرگ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چیز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فروبپاشد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توان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کشورداری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موفق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دانست</w:t>
      </w:r>
      <w:r w:rsidR="00BA0EEF">
        <w:rPr>
          <w:rFonts w:hint="cs"/>
          <w:sz w:val="22"/>
          <w:rtl/>
        </w:rPr>
        <w:t>.</w:t>
      </w:r>
      <w:r w:rsidR="00112F52">
        <w:rPr>
          <w:rFonts w:hint="cs"/>
          <w:sz w:val="22"/>
          <w:rtl/>
        </w:rPr>
        <w:t xml:space="preserve"> </w:t>
      </w:r>
      <w:r w:rsidRPr="00D914B7">
        <w:rPr>
          <w:sz w:val="22"/>
          <w:rtl/>
        </w:rPr>
        <w:t>یکی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مهم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ترین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معیارهای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کشورداری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دوام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نظم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سیاسی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نهادی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="00BA0EEF">
        <w:rPr>
          <w:sz w:val="22"/>
          <w:rtl/>
        </w:rPr>
        <w:t>.</w:t>
      </w:r>
    </w:p>
    <w:p w:rsidR="00C74EF6" w:rsidRPr="00D914B7" w:rsidRDefault="00D914B7" w:rsidP="00112F52">
      <w:pPr>
        <w:bidi/>
        <w:ind w:firstLine="720"/>
        <w:rPr>
          <w:sz w:val="22"/>
        </w:rPr>
      </w:pPr>
      <w:r w:rsidRPr="00D914B7">
        <w:rPr>
          <w:sz w:val="22"/>
          <w:rtl/>
        </w:rPr>
        <w:t>عنصر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دوم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تبدیل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قدرت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اقتدار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="00BA0EEF">
        <w:rPr>
          <w:rFonts w:hint="cs"/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زور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تواند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فرمان</w:t>
      </w:r>
      <w:r w:rsidRPr="00D914B7">
        <w:rPr>
          <w:sz w:val="22"/>
        </w:rPr>
        <w:t>‌</w:t>
      </w:r>
      <w:r w:rsidRPr="00D914B7">
        <w:rPr>
          <w:sz w:val="22"/>
          <w:rtl/>
        </w:rPr>
        <w:t>بری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ایجاد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کند،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تنهایی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نظم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پایدار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سازد</w:t>
      </w:r>
      <w:r w:rsidR="00BA0EEF">
        <w:rPr>
          <w:rFonts w:hint="cs"/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قدرت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توانایی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وادار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کردن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دیگران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اطاعت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است؛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اقتدار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توانایی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شناخته</w:t>
      </w:r>
      <w:r w:rsidR="00112F52">
        <w:rPr>
          <w:rFonts w:hint="cs"/>
          <w:sz w:val="22"/>
          <w:rtl/>
        </w:rPr>
        <w:t xml:space="preserve"> </w:t>
      </w:r>
      <w:r w:rsidRPr="00D914B7">
        <w:rPr>
          <w:sz w:val="22"/>
        </w:rPr>
        <w:t>‌</w:t>
      </w:r>
      <w:r w:rsidRPr="00D914B7">
        <w:rPr>
          <w:sz w:val="22"/>
          <w:rtl/>
        </w:rPr>
        <w:t>شده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پذیرفته</w:t>
      </w:r>
      <w:r w:rsidRPr="00D914B7">
        <w:rPr>
          <w:sz w:val="22"/>
        </w:rPr>
        <w:t>‌</w:t>
      </w:r>
      <w:r w:rsidR="00112F52">
        <w:rPr>
          <w:rFonts w:hint="cs"/>
          <w:sz w:val="22"/>
          <w:rtl/>
        </w:rPr>
        <w:t xml:space="preserve"> </w:t>
      </w:r>
      <w:r w:rsidRPr="00D914B7">
        <w:rPr>
          <w:sz w:val="22"/>
          <w:rtl/>
        </w:rPr>
        <w:t>شده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گرفتن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تصمیم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هایی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مردم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نهادها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آنها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الزام</w:t>
      </w:r>
      <w:r w:rsidRPr="00D914B7">
        <w:rPr>
          <w:sz w:val="22"/>
        </w:rPr>
        <w:t>‌</w:t>
      </w:r>
      <w:r w:rsidRPr="00D914B7">
        <w:rPr>
          <w:sz w:val="22"/>
          <w:rtl/>
        </w:rPr>
        <w:t>آور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دانند</w:t>
      </w:r>
      <w:r w:rsidR="00BA0EEF">
        <w:rPr>
          <w:rFonts w:hint="cs"/>
          <w:sz w:val="22"/>
          <w:rtl/>
        </w:rPr>
        <w:t>.</w:t>
      </w:r>
      <w:r w:rsidR="00112F52">
        <w:rPr>
          <w:rFonts w:hint="cs"/>
          <w:sz w:val="22"/>
          <w:rtl/>
        </w:rPr>
        <w:t xml:space="preserve"> </w:t>
      </w:r>
      <w:r w:rsidRPr="00D914B7">
        <w:rPr>
          <w:sz w:val="22"/>
          <w:rtl/>
        </w:rPr>
        <w:t>وضع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اجرای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قانون،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ایجاد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نهادهای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سیاسی،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تثبیت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روش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پذیرفته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شده،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تأمین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مشارکت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رضایت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عمومی،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ساختن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نظام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نمایندگی،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شکل</w:t>
      </w:r>
      <w:r w:rsidRPr="00D914B7">
        <w:rPr>
          <w:sz w:val="22"/>
        </w:rPr>
        <w:t>‌</w:t>
      </w:r>
      <w:r w:rsidRPr="00D914B7">
        <w:rPr>
          <w:sz w:val="22"/>
          <w:rtl/>
        </w:rPr>
        <w:t>دادن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هویت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مشترک،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پیش</w:t>
      </w:r>
      <w:r w:rsidRPr="00D914B7">
        <w:rPr>
          <w:sz w:val="22"/>
        </w:rPr>
        <w:t>‌</w:t>
      </w:r>
      <w:r w:rsidRPr="00D914B7">
        <w:rPr>
          <w:sz w:val="22"/>
          <w:rtl/>
        </w:rPr>
        <w:t>بینی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جانشینی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ایجاد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دستگاه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اداری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قابل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اعتماد،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تبدیل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قدرت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خام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اقتدارند</w:t>
      </w:r>
      <w:r w:rsidR="00BA0EEF">
        <w:rPr>
          <w:rFonts w:hint="cs"/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هرچه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حکومت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تنها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ترس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متکی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باشد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نظم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شکننده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است؛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هرچه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قانون،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نهاد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حقانیت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حکمرانی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زور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بگیرد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ثبات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بیشتر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شود</w:t>
      </w:r>
      <w:r w:rsidR="00BA0EEF">
        <w:rPr>
          <w:sz w:val="22"/>
          <w:rtl/>
        </w:rPr>
        <w:t>.</w:t>
      </w:r>
    </w:p>
    <w:p w:rsidR="00C74EF6" w:rsidRPr="00D914B7" w:rsidRDefault="00D914B7" w:rsidP="00112F52">
      <w:pPr>
        <w:bidi/>
        <w:ind w:firstLine="720"/>
        <w:rPr>
          <w:sz w:val="22"/>
        </w:rPr>
      </w:pPr>
      <w:r w:rsidRPr="00D914B7">
        <w:rPr>
          <w:sz w:val="22"/>
          <w:rtl/>
        </w:rPr>
        <w:t>قدرت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نظامی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یکی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ابزارهای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ضروری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کشورداری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="00BA0EEF">
        <w:rPr>
          <w:rFonts w:hint="cs"/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قدرت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تواند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دفاع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سرزمین،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بازداشتن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دشمن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تجاوز،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حفظ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ارتباطی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تجاری،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مقابله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شورش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مسلحانه،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پشتیبانی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متحدان،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نجات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شهروندان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ایجاد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شرایط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مناسب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مذاکره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رود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کشورداری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جنگاوری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یکسان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نیست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ممکن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جنگ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پیروز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ولی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کشورداری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شکست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بخورد،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زیرا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پیروزی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نظامی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تواند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اشغال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پرهزینه،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دشمنی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پایدار،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فرسودگی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اقتصادی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فروپاشی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داخلی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دنبال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آورد</w:t>
      </w:r>
      <w:r w:rsidR="00BA0EEF">
        <w:rPr>
          <w:rFonts w:hint="cs"/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پرسش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کشوردار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فقط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آیا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توانیم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جنگ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پیروز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شویم؛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پرسش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مهم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جنگ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پس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پایان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وضعیت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سیاسی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ایجاد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خواهد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کرد</w:t>
      </w:r>
      <w:r w:rsidR="00BA0EEF">
        <w:rPr>
          <w:rFonts w:hint="cs"/>
          <w:sz w:val="22"/>
          <w:rtl/>
        </w:rPr>
        <w:t>.</w:t>
      </w:r>
      <w:r w:rsidR="00112F52">
        <w:rPr>
          <w:rFonts w:hint="cs"/>
          <w:sz w:val="22"/>
          <w:rtl/>
        </w:rPr>
        <w:t xml:space="preserve"> </w:t>
      </w:r>
      <w:r w:rsidRPr="00D914B7">
        <w:rPr>
          <w:sz w:val="22"/>
          <w:rtl/>
        </w:rPr>
        <w:t>گاه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عالی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ترین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شکل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کشورداری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رسیدن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هدف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سیاسی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بدون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جنگ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گاه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پرهیز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جنگ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تواند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فاجعه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بزرگ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آورد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تشخیص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یکدیگر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داوری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سیاسی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دارد</w:t>
      </w:r>
      <w:r w:rsidR="00BA0EEF">
        <w:rPr>
          <w:sz w:val="22"/>
          <w:rtl/>
        </w:rPr>
        <w:t>.</w:t>
      </w:r>
    </w:p>
    <w:p w:rsidR="00C74EF6" w:rsidRPr="00D914B7" w:rsidRDefault="00D914B7" w:rsidP="00BA0EEF">
      <w:pPr>
        <w:bidi/>
        <w:ind w:firstLine="720"/>
        <w:rPr>
          <w:sz w:val="22"/>
        </w:rPr>
      </w:pPr>
      <w:r w:rsidRPr="00D914B7">
        <w:rPr>
          <w:sz w:val="22"/>
          <w:rtl/>
        </w:rPr>
        <w:t>ساختن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نهادها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عنصر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کشورداری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="00BA0EEF">
        <w:rPr>
          <w:rFonts w:hint="cs"/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کشورداری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نباید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فقط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هوش،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اراده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مهارت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شخصی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فرمانروایان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دانست</w:t>
      </w:r>
      <w:r w:rsidR="00BA0EEF">
        <w:rPr>
          <w:rFonts w:hint="cs"/>
          <w:sz w:val="22"/>
          <w:rtl/>
        </w:rPr>
        <w:t>.</w:t>
      </w:r>
      <w:r w:rsidR="00112F52">
        <w:rPr>
          <w:rFonts w:hint="cs"/>
          <w:sz w:val="22"/>
          <w:rtl/>
        </w:rPr>
        <w:t xml:space="preserve"> </w:t>
      </w:r>
      <w:r w:rsidRPr="00D914B7">
        <w:rPr>
          <w:sz w:val="22"/>
          <w:rtl/>
        </w:rPr>
        <w:t>مهم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ترین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دستاورد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ساختن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نهادهایی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مستقل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اشخاص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ادامه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دهند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فرمانروای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توانا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ممکن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مشکلات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شخصاً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کند،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کشوردار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بزرگ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کسی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نهادی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بسازد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پس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مرگ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توانایی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مشکلات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داشته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باشد</w:t>
      </w:r>
      <w:r w:rsidR="00BA0EEF">
        <w:rPr>
          <w:rFonts w:hint="cs"/>
          <w:sz w:val="22"/>
          <w:rtl/>
        </w:rPr>
        <w:t xml:space="preserve">. </w:t>
      </w:r>
      <w:r w:rsidRPr="00D914B7">
        <w:rPr>
          <w:sz w:val="22"/>
          <w:rtl/>
        </w:rPr>
        <w:t>گذار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فرمانروایی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شخصی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کشورداری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نهادی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یکی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مهم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ترین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تحولات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تاریخ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سیاسی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بشر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="00BA0EEF">
        <w:rPr>
          <w:sz w:val="22"/>
          <w:rtl/>
        </w:rPr>
        <w:t>.</w:t>
      </w:r>
    </w:p>
    <w:p w:rsidR="00C74EF6" w:rsidRPr="00D914B7" w:rsidRDefault="00D914B7" w:rsidP="00BA0EEF">
      <w:pPr>
        <w:bidi/>
        <w:ind w:firstLine="720"/>
        <w:rPr>
          <w:sz w:val="22"/>
        </w:rPr>
      </w:pPr>
      <w:r w:rsidRPr="00D914B7">
        <w:rPr>
          <w:sz w:val="22"/>
          <w:rtl/>
        </w:rPr>
        <w:t>قانون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قدرت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امکان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دهد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رفتاری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پیش</w:t>
      </w:r>
      <w:r w:rsidRPr="00D914B7">
        <w:rPr>
          <w:sz w:val="22"/>
        </w:rPr>
        <w:t>‌</w:t>
      </w:r>
      <w:r w:rsidRPr="00D914B7">
        <w:rPr>
          <w:sz w:val="22"/>
          <w:rtl/>
        </w:rPr>
        <w:t>بینی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پذیر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پیدا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کند</w:t>
      </w:r>
      <w:r w:rsidR="00BA0EEF">
        <w:rPr>
          <w:rFonts w:hint="cs"/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قانون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اختلاف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بدون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توسل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خشونت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شخصی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کند؛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حقوق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وظایف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مردم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نهادها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مشخص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سازد؛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مالکیت،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مالیات،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ارث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قراردادها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تنظیم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کند؛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شیوه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اعمال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اقتدار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تعیین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نماید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وجود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تغییر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فرمانروایان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استمرار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بخشد</w:t>
      </w:r>
      <w:r w:rsidR="00BA0EEF">
        <w:rPr>
          <w:rFonts w:hint="cs"/>
          <w:sz w:val="22"/>
          <w:rtl/>
        </w:rPr>
        <w:t xml:space="preserve">. اما </w:t>
      </w:r>
      <w:r w:rsidRPr="00D914B7">
        <w:rPr>
          <w:sz w:val="22"/>
          <w:rtl/>
        </w:rPr>
        <w:t>کشورداری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خوب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معنای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تولید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شمار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بیشتری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قوانین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نیست؛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معنای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ساختن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نظام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حقوقی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فهمیدنی،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قابل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اجرا،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نسبتاً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پایدار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عین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حال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اصلاح</w:t>
      </w:r>
      <w:r w:rsidRPr="00D914B7">
        <w:rPr>
          <w:sz w:val="22"/>
        </w:rPr>
        <w:t>‌</w:t>
      </w:r>
      <w:r w:rsidRPr="00D914B7">
        <w:rPr>
          <w:sz w:val="22"/>
          <w:rtl/>
        </w:rPr>
        <w:t>پذیر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باشد</w:t>
      </w:r>
      <w:r w:rsidR="00BA0EEF">
        <w:rPr>
          <w:rFonts w:hint="cs"/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پرسش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بنیادی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آیا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فرمانروا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قانون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قرار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دارد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چارچوب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قانون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عمل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کند</w:t>
      </w:r>
      <w:r w:rsidR="00BA0EEF">
        <w:rPr>
          <w:sz w:val="22"/>
          <w:rtl/>
        </w:rPr>
        <w:t>.</w:t>
      </w:r>
    </w:p>
    <w:p w:rsidR="00C74EF6" w:rsidRPr="00D914B7" w:rsidRDefault="00D914B7" w:rsidP="00BA0EEF">
      <w:pPr>
        <w:bidi/>
        <w:ind w:firstLine="720"/>
        <w:rPr>
          <w:sz w:val="22"/>
        </w:rPr>
      </w:pPr>
      <w:r w:rsidRPr="00D914B7">
        <w:rPr>
          <w:sz w:val="22"/>
          <w:rtl/>
        </w:rPr>
        <w:t>مدیریت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اختلاف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اجتماعی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سیاسی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بخشی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کشورداری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جامعه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گروه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طبقات،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مناطق،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مذاهب،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زبان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نهادها،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منافع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برداشت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گوناگون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تشکیل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="00BA0EEF">
        <w:rPr>
          <w:rFonts w:hint="cs"/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کشورداری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قرار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تفاوت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نابود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کند؛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ترتیبی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پدید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آورد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آنها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بدون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نابود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کردن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کنار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یکدیگر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باقی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بمانند</w:t>
      </w:r>
      <w:r w:rsidR="00BA0EEF">
        <w:rPr>
          <w:rFonts w:hint="cs"/>
          <w:sz w:val="22"/>
          <w:rtl/>
        </w:rPr>
        <w:t xml:space="preserve">. </w:t>
      </w:r>
      <w:r w:rsidRPr="00D914B7">
        <w:rPr>
          <w:sz w:val="22"/>
          <w:rtl/>
        </w:rPr>
        <w:t>مذاکره،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سازش،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نمایندگی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سیاسی،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تمرکززدایی،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تقسیم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قدرت،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دادگاه،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حمایت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حقوق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اقلیت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رقابت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آزاد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قانونمند،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صورت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مختلف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مدیریت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اند</w:t>
      </w:r>
      <w:r w:rsidR="00BA0EEF">
        <w:rPr>
          <w:rFonts w:hint="cs"/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سرکوب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ممکن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مدتی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سکوت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ایجاد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کند،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سکوت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همیشه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نظم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نیست</w:t>
      </w:r>
      <w:r w:rsidR="00BA0EEF">
        <w:rPr>
          <w:rFonts w:hint="cs"/>
          <w:sz w:val="22"/>
          <w:rtl/>
        </w:rPr>
        <w:t xml:space="preserve">. </w:t>
      </w:r>
      <w:r w:rsidRPr="00D914B7">
        <w:rPr>
          <w:sz w:val="22"/>
          <w:rtl/>
        </w:rPr>
        <w:t>کشورداری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پخته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مخالفتی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نظام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سیاسی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قابل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پذیرش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نیرویی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واقعاً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موجودیت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تهدید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کند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تفاوت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بگذارد</w:t>
      </w:r>
      <w:r w:rsidR="00BA0EEF">
        <w:rPr>
          <w:sz w:val="22"/>
          <w:rtl/>
        </w:rPr>
        <w:t>.</w:t>
      </w:r>
    </w:p>
    <w:p w:rsidR="00C74EF6" w:rsidRPr="00D914B7" w:rsidRDefault="00D914B7" w:rsidP="00BA0EEF">
      <w:pPr>
        <w:bidi/>
        <w:ind w:firstLine="720"/>
        <w:rPr>
          <w:sz w:val="22"/>
        </w:rPr>
      </w:pPr>
      <w:r w:rsidRPr="00D914B7">
        <w:rPr>
          <w:sz w:val="22"/>
          <w:rtl/>
        </w:rPr>
        <w:t>کشورداری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توان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مجموعه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دستورهای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ثابت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فروکاست</w:t>
      </w:r>
      <w:r w:rsidR="00BA0EEF">
        <w:rPr>
          <w:rFonts w:hint="cs"/>
          <w:sz w:val="22"/>
          <w:rtl/>
        </w:rPr>
        <w:t xml:space="preserve">. </w:t>
      </w:r>
      <w:r w:rsidRPr="00D914B7">
        <w:rPr>
          <w:sz w:val="22"/>
          <w:rtl/>
        </w:rPr>
        <w:t>کشورداری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نیازمند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داوری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سیاسی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="00BA0EEF">
        <w:rPr>
          <w:rFonts w:hint="cs"/>
          <w:sz w:val="22"/>
          <w:rtl/>
        </w:rPr>
        <w:t>: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توانایی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شناخت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موقعیتی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یگانه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انتخاب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هایی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هیچ</w:t>
      </w:r>
      <w:r w:rsidRPr="00D914B7">
        <w:rPr>
          <w:sz w:val="22"/>
        </w:rPr>
        <w:t>‌</w:t>
      </w:r>
      <w:r w:rsidRPr="00D914B7">
        <w:rPr>
          <w:sz w:val="22"/>
          <w:rtl/>
        </w:rPr>
        <w:t>یک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کامل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نیستند</w:t>
      </w:r>
      <w:r w:rsidR="00BA0EEF">
        <w:rPr>
          <w:rFonts w:hint="cs"/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تشخیص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فوری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اساسی،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شناخت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آنچه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توان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تغییر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آنچه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فعلاً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تغییرپذیر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نیست،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پیش</w:t>
      </w:r>
      <w:r w:rsidRPr="00D914B7">
        <w:rPr>
          <w:sz w:val="22"/>
        </w:rPr>
        <w:t>‌</w:t>
      </w:r>
      <w:r w:rsidRPr="00D914B7">
        <w:rPr>
          <w:sz w:val="22"/>
          <w:rtl/>
        </w:rPr>
        <w:t>بینی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پیامدهای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ناخواسته،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شناخت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انگیزه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متحد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دشمن،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دانستن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زمان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سازش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زمان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مقاومت،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سنجش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خطر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شرایط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نامطمئن،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اجزای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داوری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اند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تاریخ،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نظریه،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آمار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اطلاعات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انتخاب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روشن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کنند،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هیچ</w:t>
      </w:r>
      <w:r w:rsidRPr="00D914B7">
        <w:rPr>
          <w:sz w:val="22"/>
        </w:rPr>
        <w:t>‌</w:t>
      </w:r>
      <w:r w:rsidRPr="00D914B7">
        <w:rPr>
          <w:sz w:val="22"/>
          <w:rtl/>
        </w:rPr>
        <w:t>کدام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توانند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صورت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ماشینی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تعیین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کنند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موقعیتی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ویژه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کرد</w:t>
      </w:r>
      <w:r w:rsidR="00BA0EEF">
        <w:rPr>
          <w:sz w:val="22"/>
          <w:rtl/>
        </w:rPr>
        <w:t>.</w:t>
      </w:r>
    </w:p>
    <w:p w:rsidR="00C74EF6" w:rsidRPr="00D914B7" w:rsidRDefault="00D914B7" w:rsidP="00D914B7">
      <w:pPr>
        <w:bidi/>
        <w:ind w:firstLine="720"/>
        <w:rPr>
          <w:sz w:val="22"/>
        </w:rPr>
      </w:pPr>
      <w:r w:rsidRPr="00D914B7">
        <w:rPr>
          <w:sz w:val="22"/>
          <w:rtl/>
        </w:rPr>
        <w:t>کشورداری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همچنین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تصمیم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امروز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آینده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پیوند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دهد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سیاست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روزمره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غالباً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گرفتار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انتخابات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آینده،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اعتراض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جاری،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بودجه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سالانه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نبرد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پیش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روست،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کشورداری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</w:t>
      </w:r>
      <w:r w:rsidRPr="00D914B7">
        <w:rPr>
          <w:sz w:val="22"/>
        </w:rPr>
        <w:t>‌</w:t>
      </w:r>
      <w:r w:rsidRPr="00D914B7">
        <w:rPr>
          <w:sz w:val="22"/>
          <w:rtl/>
        </w:rPr>
        <w:t>زمان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افق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زمانی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عمل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کند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سیاستی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ممکن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امروز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محبوب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باشد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فردای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تضعیف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کند؛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سیاستی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ممکن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امروز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هزینه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داشته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باشد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آینده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ثبات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توانایی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بیشتری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بسازد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آینده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نگری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معنای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پیشگویی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نیست؛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معنای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دیدن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رابطه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تصمیم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کنونی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امکان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ادامه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زندگی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="00BA0EEF">
        <w:rPr>
          <w:sz w:val="22"/>
          <w:rtl/>
        </w:rPr>
        <w:t>.</w:t>
      </w:r>
    </w:p>
    <w:p w:rsidR="00C74EF6" w:rsidRPr="00D914B7" w:rsidRDefault="00D914B7" w:rsidP="00D914B7">
      <w:pPr>
        <w:bidi/>
        <w:ind w:firstLine="720"/>
        <w:rPr>
          <w:sz w:val="22"/>
        </w:rPr>
      </w:pPr>
      <w:r w:rsidRPr="00D914B7">
        <w:rPr>
          <w:sz w:val="22"/>
          <w:rtl/>
        </w:rPr>
        <w:t>هیچ</w:t>
      </w:r>
      <w:r w:rsidRPr="00D914B7">
        <w:rPr>
          <w:sz w:val="22"/>
        </w:rPr>
        <w:t>‌</w:t>
      </w:r>
      <w:r w:rsidRPr="00D914B7">
        <w:rPr>
          <w:sz w:val="22"/>
          <w:rtl/>
        </w:rPr>
        <w:t>یک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عناصر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بدون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منابع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مادی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دستگاه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اجرا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تحقق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یابد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مالیات،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هزینه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عمومی،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پول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اعتبار،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تجارت،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زیرساخت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کشاورزی،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صنعت،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ذخیره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سازی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بحران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توزیع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بارها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منافع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اقتصادی،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قلمرو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کشورداری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قرار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دارند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درآمد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گرد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آورد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تواند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دفاع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خدمات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عمومی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فراهم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سازد؛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حکومتی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بیش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اندازه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جامعه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استخراج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کند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مردم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فقیر،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اقتصاد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فرسوده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زمینه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شورش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آماده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سازد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کشورداری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مالی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توانایی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دارد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خویشتن</w:t>
      </w:r>
      <w:r w:rsidRPr="00D914B7">
        <w:rPr>
          <w:sz w:val="22"/>
        </w:rPr>
        <w:t>‌</w:t>
      </w:r>
      <w:r w:rsidRPr="00D914B7">
        <w:rPr>
          <w:sz w:val="22"/>
          <w:rtl/>
        </w:rPr>
        <w:t>داری</w:t>
      </w:r>
      <w:r w:rsidR="00BA0EEF">
        <w:rPr>
          <w:sz w:val="22"/>
          <w:rtl/>
        </w:rPr>
        <w:t>.</w:t>
      </w:r>
    </w:p>
    <w:p w:rsidR="00C74EF6" w:rsidRPr="00D914B7" w:rsidRDefault="00D914B7" w:rsidP="00D914B7">
      <w:pPr>
        <w:bidi/>
        <w:ind w:firstLine="720"/>
        <w:rPr>
          <w:sz w:val="22"/>
        </w:rPr>
      </w:pP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سرانجام،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تصمیم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سیاسی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هنگامی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اجرا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نشود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چیزی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بیش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بیان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خواست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فرمانروا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حکومت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نیست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گردآوری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اطلاعات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معتبر،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شناخت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جامعه،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گزینش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کارگزاران،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تعیین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مسئولیت،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تخصیص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درآمد،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ثبت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اسناد،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هماهنگی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دستگاه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نظارت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مأموران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اصلاح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سیاست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ناموفق،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وظایف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دیوان</w:t>
      </w:r>
      <w:r w:rsidRPr="00D914B7">
        <w:rPr>
          <w:sz w:val="22"/>
        </w:rPr>
        <w:t>‌</w:t>
      </w:r>
      <w:r w:rsidRPr="00D914B7">
        <w:rPr>
          <w:sz w:val="22"/>
          <w:rtl/>
        </w:rPr>
        <w:t>سالاری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اند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رو،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دیوان</w:t>
      </w:r>
      <w:r w:rsidRPr="00D914B7">
        <w:rPr>
          <w:sz w:val="22"/>
        </w:rPr>
        <w:t>‌</w:t>
      </w:r>
      <w:r w:rsidRPr="00D914B7">
        <w:rPr>
          <w:sz w:val="22"/>
          <w:rtl/>
        </w:rPr>
        <w:t>سالاری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مجموعه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جایگاهی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مرکزی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دارد</w:t>
      </w:r>
      <w:r w:rsidR="00BA0EEF">
        <w:rPr>
          <w:sz w:val="22"/>
          <w:rtl/>
        </w:rPr>
        <w:t>.</w:t>
      </w:r>
    </w:p>
    <w:p w:rsidR="00C74EF6" w:rsidRPr="00D914B7" w:rsidRDefault="00D914B7" w:rsidP="00D914B7">
      <w:pPr>
        <w:keepNext/>
        <w:bidi/>
        <w:spacing w:before="240" w:after="120"/>
        <w:rPr>
          <w:sz w:val="22"/>
        </w:rPr>
      </w:pPr>
      <w:r w:rsidRPr="00D914B7">
        <w:rPr>
          <w:b/>
          <w:bCs/>
          <w:sz w:val="22"/>
          <w:rtl/>
        </w:rPr>
        <w:t>۵</w:t>
      </w:r>
      <w:r w:rsidR="00BA0EEF">
        <w:rPr>
          <w:b/>
          <w:sz w:val="22"/>
          <w:rtl/>
        </w:rPr>
        <w:t>.</w:t>
      </w:r>
      <w:r w:rsidRPr="00D914B7">
        <w:rPr>
          <w:b/>
          <w:sz w:val="22"/>
        </w:rPr>
        <w:t xml:space="preserve"> </w:t>
      </w:r>
      <w:r w:rsidRPr="00D914B7">
        <w:rPr>
          <w:b/>
          <w:bCs/>
          <w:sz w:val="22"/>
          <w:rtl/>
        </w:rPr>
        <w:t>دیوان</w:t>
      </w:r>
      <w:r w:rsidRPr="00D914B7">
        <w:rPr>
          <w:b/>
          <w:sz w:val="22"/>
        </w:rPr>
        <w:t>‌</w:t>
      </w:r>
      <w:r w:rsidRPr="00D914B7">
        <w:rPr>
          <w:b/>
          <w:bCs/>
          <w:sz w:val="22"/>
          <w:rtl/>
        </w:rPr>
        <w:t>سالاری</w:t>
      </w:r>
      <w:r w:rsidRPr="00D914B7">
        <w:rPr>
          <w:b/>
          <w:sz w:val="22"/>
        </w:rPr>
        <w:t xml:space="preserve"> </w:t>
      </w:r>
      <w:r w:rsidRPr="00D914B7">
        <w:rPr>
          <w:b/>
          <w:bCs/>
          <w:sz w:val="22"/>
          <w:rtl/>
        </w:rPr>
        <w:t>و</w:t>
      </w:r>
      <w:r w:rsidRPr="00D914B7">
        <w:rPr>
          <w:b/>
          <w:sz w:val="22"/>
        </w:rPr>
        <w:t xml:space="preserve"> </w:t>
      </w:r>
      <w:r w:rsidRPr="00D914B7">
        <w:rPr>
          <w:b/>
          <w:bCs/>
          <w:sz w:val="22"/>
          <w:rtl/>
        </w:rPr>
        <w:t>احوال</w:t>
      </w:r>
      <w:r w:rsidRPr="00D914B7">
        <w:rPr>
          <w:b/>
          <w:sz w:val="22"/>
        </w:rPr>
        <w:t xml:space="preserve"> </w:t>
      </w:r>
      <w:r w:rsidRPr="00D914B7">
        <w:rPr>
          <w:b/>
          <w:bCs/>
          <w:sz w:val="22"/>
          <w:rtl/>
        </w:rPr>
        <w:t>ملت</w:t>
      </w:r>
    </w:p>
    <w:p w:rsidR="00C74EF6" w:rsidRPr="00D914B7" w:rsidRDefault="00D914B7" w:rsidP="00BA0EEF">
      <w:pPr>
        <w:bidi/>
        <w:ind w:firstLine="720"/>
        <w:rPr>
          <w:sz w:val="22"/>
        </w:rPr>
      </w:pPr>
      <w:r w:rsidRPr="00D914B7">
        <w:rPr>
          <w:sz w:val="22"/>
          <w:rtl/>
        </w:rPr>
        <w:t>دیوان</w:t>
      </w:r>
      <w:r w:rsidRPr="00D914B7">
        <w:rPr>
          <w:sz w:val="22"/>
        </w:rPr>
        <w:t>‌</w:t>
      </w:r>
      <w:r w:rsidRPr="00D914B7">
        <w:rPr>
          <w:sz w:val="22"/>
          <w:rtl/>
        </w:rPr>
        <w:t>سالاری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کشورداری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مهم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ترین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نهاد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رسیدگی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عملی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احوال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</w:t>
      </w:r>
      <w:r w:rsidR="00BA0EEF">
        <w:rPr>
          <w:rFonts w:hint="cs"/>
          <w:sz w:val="22"/>
          <w:rtl/>
        </w:rPr>
        <w:t>ردم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زیرا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تنها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نهادی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تواند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خواست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سیاسی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پیوسته،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منظم،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فراگیر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قابل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سنجش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زندگی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روزمره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تبدیل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کند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فرمانروا،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رئیس</w:t>
      </w:r>
      <w:r w:rsidRPr="00D914B7">
        <w:rPr>
          <w:sz w:val="22"/>
        </w:rPr>
        <w:t>‌</w:t>
      </w:r>
      <w:r w:rsidRPr="00D914B7">
        <w:rPr>
          <w:sz w:val="22"/>
          <w:rtl/>
        </w:rPr>
        <w:t>جمهور،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مجلس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هیئت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دولت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ممکن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درباره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رفاه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مردم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تصمیم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بگیرند؛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دادگاه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ممکن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حقوق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آنان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دفاع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کند؛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قشون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ممکن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مرزها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حفاظت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نماید؛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نهادی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بداند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مردم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وضعی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زندگی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کنند،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نیازها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چیست،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منابع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کجاست،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تصمیم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چگونه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اجرا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شوند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نتایج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آنها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بوده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دیوان</w:t>
      </w:r>
      <w:r w:rsidRPr="00D914B7">
        <w:rPr>
          <w:sz w:val="22"/>
        </w:rPr>
        <w:t>‌</w:t>
      </w:r>
      <w:r w:rsidRPr="00D914B7">
        <w:rPr>
          <w:sz w:val="22"/>
          <w:rtl/>
        </w:rPr>
        <w:t>سالاری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="00BA0EEF">
        <w:rPr>
          <w:sz w:val="22"/>
          <w:rtl/>
        </w:rPr>
        <w:t>.</w:t>
      </w:r>
    </w:p>
    <w:p w:rsidR="00C74EF6" w:rsidRPr="00D914B7" w:rsidRDefault="00D914B7" w:rsidP="004341EC">
      <w:pPr>
        <w:bidi/>
        <w:ind w:firstLine="720"/>
        <w:rPr>
          <w:sz w:val="22"/>
        </w:rPr>
      </w:pPr>
      <w:r w:rsidRPr="00D914B7">
        <w:rPr>
          <w:sz w:val="22"/>
          <w:rtl/>
        </w:rPr>
        <w:t>بااین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همه،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دقت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مفهومی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مهمی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رعایت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کرد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دیوان</w:t>
      </w:r>
      <w:r w:rsidRPr="00D914B7">
        <w:rPr>
          <w:sz w:val="22"/>
        </w:rPr>
        <w:t>‌</w:t>
      </w:r>
      <w:r w:rsidRPr="00D914B7">
        <w:rPr>
          <w:sz w:val="22"/>
          <w:rtl/>
        </w:rPr>
        <w:t>سالاری</w:t>
      </w:r>
      <w:r w:rsidR="00BA0EEF">
        <w:rPr>
          <w:rFonts w:hint="cs"/>
          <w:sz w:val="22"/>
          <w:rtl/>
        </w:rPr>
        <w:t xml:space="preserve"> اگرچه 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لزوماً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مهم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ترین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نهاد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تعیین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خیر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مصلحت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ملت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نیست</w:t>
      </w:r>
      <w:r w:rsidR="004341EC">
        <w:rPr>
          <w:rFonts w:hint="cs"/>
          <w:sz w:val="22"/>
          <w:rtl/>
        </w:rPr>
        <w:t xml:space="preserve"> اما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مهم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ترین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نهاد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شناخت،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ثبت،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پیگیری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تأمین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عملی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احوال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ملت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تعیین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هدف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عمومی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نظام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مختلف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ممکن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عهده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فرمانروا،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مجلس،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حکومت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ملت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باشد،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تحقق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آنها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بدون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دستگاه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اداری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ممکن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نیست</w:t>
      </w:r>
      <w:r w:rsidR="00BA0EEF">
        <w:rPr>
          <w:sz w:val="22"/>
          <w:rtl/>
        </w:rPr>
        <w:t>.</w:t>
      </w:r>
    </w:p>
    <w:p w:rsidR="00C74EF6" w:rsidRPr="00D914B7" w:rsidRDefault="00D914B7" w:rsidP="004341EC">
      <w:pPr>
        <w:bidi/>
        <w:ind w:firstLine="720"/>
        <w:rPr>
          <w:sz w:val="22"/>
        </w:rPr>
      </w:pPr>
      <w:r w:rsidRPr="00D914B7">
        <w:rPr>
          <w:sz w:val="22"/>
          <w:rtl/>
        </w:rPr>
        <w:t>برای</w:t>
      </w:r>
      <w:r w:rsidRPr="00D914B7">
        <w:rPr>
          <w:sz w:val="22"/>
        </w:rPr>
        <w:t xml:space="preserve"> </w:t>
      </w:r>
      <w:r w:rsidR="004341EC">
        <w:rPr>
          <w:rFonts w:hint="cs"/>
          <w:sz w:val="22"/>
          <w:rtl/>
        </w:rPr>
        <w:t xml:space="preserve">یک </w:t>
      </w:r>
      <w:r w:rsidRPr="00D914B7">
        <w:rPr>
          <w:sz w:val="22"/>
          <w:rtl/>
        </w:rPr>
        <w:t>سیاست</w:t>
      </w:r>
      <w:r w:rsidRPr="00D914B7">
        <w:rPr>
          <w:sz w:val="22"/>
        </w:rPr>
        <w:t>‌</w:t>
      </w:r>
      <w:r w:rsidRPr="00D914B7">
        <w:rPr>
          <w:sz w:val="22"/>
          <w:rtl/>
        </w:rPr>
        <w:t>مدار</w:t>
      </w:r>
      <w:r w:rsidRPr="00D914B7">
        <w:rPr>
          <w:sz w:val="22"/>
        </w:rPr>
        <w:t xml:space="preserve"> </w:t>
      </w:r>
      <w:r w:rsidR="004341EC">
        <w:rPr>
          <w:rFonts w:hint="cs"/>
          <w:sz w:val="22"/>
          <w:rtl/>
        </w:rPr>
        <w:t>«</w:t>
      </w:r>
      <w:r w:rsidR="004341EC" w:rsidRPr="00D914B7">
        <w:rPr>
          <w:sz w:val="22"/>
          <w:rtl/>
        </w:rPr>
        <w:t>م</w:t>
      </w:r>
      <w:r w:rsidR="004341EC">
        <w:rPr>
          <w:rFonts w:hint="cs"/>
          <w:sz w:val="22"/>
          <w:rtl/>
        </w:rPr>
        <w:t>ردم</w:t>
      </w:r>
      <w:r w:rsidR="004341EC">
        <w:rPr>
          <w:rFonts w:hint="cs"/>
          <w:sz w:val="22"/>
          <w:rtl/>
        </w:rPr>
        <w:t xml:space="preserve">» </w:t>
      </w:r>
      <w:r w:rsidRPr="00D914B7">
        <w:rPr>
          <w:sz w:val="22"/>
          <w:rtl/>
        </w:rPr>
        <w:t>ممکن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مفهومی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کلی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باشد،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دیوان</w:t>
      </w:r>
      <w:r w:rsidRPr="00D914B7">
        <w:rPr>
          <w:sz w:val="22"/>
        </w:rPr>
        <w:t>‌</w:t>
      </w:r>
      <w:r w:rsidRPr="00D914B7">
        <w:rPr>
          <w:sz w:val="22"/>
          <w:rtl/>
        </w:rPr>
        <w:t>سالاری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مجموعه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احوال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مشخص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رسیدگی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واقعی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دانست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نفر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زندگی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کنند،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کجا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هستند،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تعداد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کودک،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سالمند،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بیمار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بیکار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وجود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دارد،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کسانی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مالک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زمین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اند،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کدام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منطقه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دچار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خشکسالی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کمبود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غذاست،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مالیات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کسی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میزان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گرفته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شود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کدام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راه،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مدرسه،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بیمارستان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شبکه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آب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ساختن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تعمیر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دارد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سرشماری،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ثبت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تولد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مرگ،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دفترهای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مالیاتی،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اسناد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مالکیت،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گزارش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قیمت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محصول،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آمار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بیماری،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شکایت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مردم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ارزیابی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نتیجه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سیاست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جامعه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مفهومی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انتزاعی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واقعیتی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قابل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شناخت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رسیدگی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تبدیل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کنند</w:t>
      </w:r>
      <w:r w:rsidR="00BA0EEF">
        <w:rPr>
          <w:sz w:val="22"/>
          <w:rtl/>
        </w:rPr>
        <w:t>.</w:t>
      </w:r>
    </w:p>
    <w:p w:rsidR="00C74EF6" w:rsidRPr="00D914B7" w:rsidRDefault="00D914B7" w:rsidP="00D914B7">
      <w:pPr>
        <w:bidi/>
        <w:ind w:firstLine="720"/>
        <w:rPr>
          <w:sz w:val="22"/>
        </w:rPr>
      </w:pPr>
      <w:r w:rsidRPr="00D914B7">
        <w:rPr>
          <w:sz w:val="22"/>
          <w:rtl/>
        </w:rPr>
        <w:t>دیوان</w:t>
      </w:r>
      <w:r w:rsidRPr="00D914B7">
        <w:rPr>
          <w:sz w:val="22"/>
        </w:rPr>
        <w:t>‌</w:t>
      </w:r>
      <w:r w:rsidRPr="00D914B7">
        <w:rPr>
          <w:sz w:val="22"/>
          <w:rtl/>
        </w:rPr>
        <w:t>سالاری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چشم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گوش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هیچ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مرکز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سیاسی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تواند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مستقیماً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احوال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مردم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آگاه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شود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فرمانروا،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حتی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خیرخواه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باشد،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بدون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شبکه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گردآوری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اطلاعات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برابر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جامعه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نابیناست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اساس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حدس،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شایعه،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تملق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اطرافیان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تصور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شخصی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عمل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کند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البته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آمار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دفتر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توانند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واقعیت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آشکار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پنهان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کنند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دستگاه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فاسد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ممکن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خوشایند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فرمانروا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آمار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دروغ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تولید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کند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بنابراین،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داشتن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دستگاه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اداری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کافی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نیست؛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دستگاه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حرفه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راستگو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برابر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قانون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پاسخ</w:t>
      </w:r>
      <w:r w:rsidRPr="00D914B7">
        <w:rPr>
          <w:sz w:val="22"/>
        </w:rPr>
        <w:t>‌</w:t>
      </w:r>
      <w:r w:rsidRPr="00D914B7">
        <w:rPr>
          <w:sz w:val="22"/>
          <w:rtl/>
        </w:rPr>
        <w:t>گو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باشد</w:t>
      </w:r>
      <w:r w:rsidR="00BA0EEF">
        <w:rPr>
          <w:sz w:val="22"/>
          <w:rtl/>
        </w:rPr>
        <w:t>.</w:t>
      </w:r>
    </w:p>
    <w:p w:rsidR="00C74EF6" w:rsidRPr="00D914B7" w:rsidRDefault="00D914B7" w:rsidP="00D914B7">
      <w:pPr>
        <w:bidi/>
        <w:ind w:firstLine="720"/>
        <w:rPr>
          <w:sz w:val="22"/>
        </w:rPr>
      </w:pPr>
      <w:r w:rsidRPr="00D914B7">
        <w:rPr>
          <w:sz w:val="22"/>
          <w:rtl/>
        </w:rPr>
        <w:t>دیوان</w:t>
      </w:r>
      <w:r w:rsidRPr="00D914B7">
        <w:rPr>
          <w:sz w:val="22"/>
        </w:rPr>
        <w:t>‌</w:t>
      </w:r>
      <w:r w:rsidRPr="00D914B7">
        <w:rPr>
          <w:sz w:val="22"/>
          <w:rtl/>
        </w:rPr>
        <w:t>سالاری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اجرایی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کشورداری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هست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فرمان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ساختن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مدرسه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هنگامی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زمین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تعیین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نشود،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بودجه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اختصاص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نیابد،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سازنده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انتخاب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نگردد،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آموزگار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استخدام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نشود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مدرسه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نظارت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صورت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نگیرد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تغییری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زندگی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مردم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ایجاد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کند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گرفتن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تصمیم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رسیدن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نتیجه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جامعه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فاصله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بزرگ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وجود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دارد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دیوان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فاصله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کند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راه،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اراده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سیاسی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سطح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خطابه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فرمان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سطح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زندگی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روزمره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رسد</w:t>
      </w:r>
      <w:r w:rsidR="00BA0EEF">
        <w:rPr>
          <w:sz w:val="22"/>
          <w:rtl/>
        </w:rPr>
        <w:t>.</w:t>
      </w:r>
    </w:p>
    <w:p w:rsidR="00C74EF6" w:rsidRPr="00D914B7" w:rsidRDefault="00D914B7" w:rsidP="00D914B7">
      <w:pPr>
        <w:bidi/>
        <w:ind w:firstLine="720"/>
        <w:rPr>
          <w:sz w:val="22"/>
        </w:rPr>
      </w:pPr>
      <w:r w:rsidRPr="00D914B7">
        <w:rPr>
          <w:sz w:val="22"/>
          <w:rtl/>
        </w:rPr>
        <w:t>نیازهای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مردم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تغییر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فرمانروا،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وزیر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حکومت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متوقف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شوند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آب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روز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باشد،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بیمارستان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کند،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مالیات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موعد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معین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گرد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آید،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اسناد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مالکیت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محفوظ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بماند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مدرسه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سال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دانش</w:t>
      </w:r>
      <w:r w:rsidRPr="00D914B7">
        <w:rPr>
          <w:sz w:val="22"/>
        </w:rPr>
        <w:t>‌</w:t>
      </w:r>
      <w:r w:rsidRPr="00D914B7">
        <w:rPr>
          <w:sz w:val="22"/>
          <w:rtl/>
        </w:rPr>
        <w:t>آموز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بپذیرد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سیاست</w:t>
      </w:r>
      <w:r w:rsidRPr="00D914B7">
        <w:rPr>
          <w:sz w:val="22"/>
        </w:rPr>
        <w:t>‌</w:t>
      </w:r>
      <w:r w:rsidRPr="00D914B7">
        <w:rPr>
          <w:sz w:val="22"/>
          <w:rtl/>
        </w:rPr>
        <w:t>مداران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آیند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روند،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رسیدگی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جامعه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تواند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رفت</w:t>
      </w:r>
      <w:r w:rsidRPr="00D914B7">
        <w:rPr>
          <w:sz w:val="22"/>
        </w:rPr>
        <w:t>‌</w:t>
      </w:r>
      <w:r w:rsidRPr="00D914B7">
        <w:rPr>
          <w:sz w:val="22"/>
          <w:rtl/>
        </w:rPr>
        <w:t>وآمد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آنان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آغاز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متوقف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شود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دیوان</w:t>
      </w:r>
      <w:r w:rsidRPr="00D914B7">
        <w:rPr>
          <w:sz w:val="22"/>
        </w:rPr>
        <w:t>‌</w:t>
      </w:r>
      <w:r w:rsidRPr="00D914B7">
        <w:rPr>
          <w:sz w:val="22"/>
          <w:rtl/>
        </w:rPr>
        <w:t>سالاری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زمان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متصل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کند</w:t>
      </w:r>
      <w:r w:rsidRPr="00D914B7">
        <w:rPr>
          <w:sz w:val="22"/>
        </w:rPr>
        <w:t xml:space="preserve">: </w:t>
      </w:r>
      <w:r w:rsidRPr="00D914B7">
        <w:rPr>
          <w:sz w:val="22"/>
          <w:rtl/>
        </w:rPr>
        <w:t>زمان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کوتاه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متغیر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سیاست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زمان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بلند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پیوسته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زندگی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اجتماعی</w:t>
      </w:r>
      <w:r w:rsidR="00BA0EEF">
        <w:rPr>
          <w:sz w:val="22"/>
          <w:rtl/>
        </w:rPr>
        <w:t>.</w:t>
      </w:r>
    </w:p>
    <w:p w:rsidR="00C74EF6" w:rsidRPr="00D914B7" w:rsidRDefault="00D914B7" w:rsidP="00D914B7">
      <w:pPr>
        <w:bidi/>
        <w:ind w:firstLine="720"/>
        <w:rPr>
          <w:sz w:val="22"/>
        </w:rPr>
      </w:pPr>
      <w:r w:rsidRPr="00D914B7">
        <w:rPr>
          <w:sz w:val="22"/>
          <w:rtl/>
        </w:rPr>
        <w:t>دیوان</w:t>
      </w:r>
      <w:r w:rsidRPr="00D914B7">
        <w:rPr>
          <w:sz w:val="22"/>
        </w:rPr>
        <w:t>‌</w:t>
      </w:r>
      <w:r w:rsidRPr="00D914B7">
        <w:rPr>
          <w:sz w:val="22"/>
          <w:rtl/>
        </w:rPr>
        <w:t>سالاری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حافظه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بداند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پیش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تصمیمی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گرفته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شده،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تعهدی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ایجاد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شده،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کدام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مالیات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پرداخت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شده،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مالکیت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زمین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کسی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تعلق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دارد،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کدام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پیمان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هنوز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اعتبار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دارد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طرحی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آغاز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کجا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پیش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رفته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حافظه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ذهن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فرمانروا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گیرد؛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بایگانی،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سند،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دفتر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گزارش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نگهداری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شود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هنگامی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اسناد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روند،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فقط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حکومت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بلکه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حقوق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مردم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آسیب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بینند،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زیرا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مالکیت،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سابقه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خدمت،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حکم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دادگاه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حق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برخورداری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امکانات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عمومی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ثبت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وابسته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اند</w:t>
      </w:r>
      <w:r w:rsidR="00BA0EEF">
        <w:rPr>
          <w:sz w:val="22"/>
          <w:rtl/>
        </w:rPr>
        <w:t>.</w:t>
      </w:r>
    </w:p>
    <w:p w:rsidR="00C74EF6" w:rsidRPr="00D914B7" w:rsidRDefault="00D914B7" w:rsidP="00D914B7">
      <w:pPr>
        <w:bidi/>
        <w:ind w:firstLine="720"/>
        <w:rPr>
          <w:sz w:val="22"/>
        </w:rPr>
      </w:pPr>
      <w:r w:rsidRPr="00D914B7">
        <w:rPr>
          <w:sz w:val="22"/>
          <w:rtl/>
        </w:rPr>
        <w:t>دیوان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مرکز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سیاسی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زندگی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محلی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پیوند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برقرار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کند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فرمان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منابع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مرکز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نقاط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مختلف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رساند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اطلاعات،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شکایت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پیرامون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مرکز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بازمی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گرداند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رابطه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دوسویه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باشد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حرکت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فقط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بالا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پایین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صورت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گیرد،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دیوان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ابزار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صدور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فرمان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تبدیل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شود؛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خواست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واقعیت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زندگی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مردم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پایین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بالا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منتقل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شود،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تواند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وسیله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واقعی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رسیدگی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باشد</w:t>
      </w:r>
      <w:r w:rsidR="00BA0EEF">
        <w:rPr>
          <w:sz w:val="22"/>
          <w:rtl/>
        </w:rPr>
        <w:t>.</w:t>
      </w:r>
    </w:p>
    <w:p w:rsidR="00C74EF6" w:rsidRPr="00D914B7" w:rsidRDefault="00D914B7" w:rsidP="00D914B7">
      <w:pPr>
        <w:bidi/>
        <w:ind w:firstLine="720"/>
        <w:rPr>
          <w:sz w:val="22"/>
        </w:rPr>
      </w:pPr>
      <w:r w:rsidRPr="00D914B7">
        <w:rPr>
          <w:sz w:val="22"/>
          <w:rtl/>
        </w:rPr>
        <w:t>دیوان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قانونمند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تواند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مردم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صاحبان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قدرت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حائل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شود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تعیین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حدود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اختیار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مأمور،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میزان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مالیات،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روش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ثبت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تصمیم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اعتراض،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خودسری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جلوگیری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کند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تنها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تابع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شخص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فرمانروا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گروه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حاکم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باشد،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توانایی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ضد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تبدیل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شود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خودسری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منظم،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گسترده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دائمی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سازد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دیوان</w:t>
      </w:r>
      <w:r w:rsidRPr="00D914B7">
        <w:rPr>
          <w:sz w:val="22"/>
        </w:rPr>
        <w:t>‌</w:t>
      </w:r>
      <w:r w:rsidRPr="00D914B7">
        <w:rPr>
          <w:sz w:val="22"/>
          <w:rtl/>
        </w:rPr>
        <w:t>سالاری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نیکی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ذوقی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فرمانروا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تواند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عدالت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عمومی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تبدیل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کند</w:t>
      </w:r>
      <w:r w:rsidRPr="00D914B7">
        <w:rPr>
          <w:sz w:val="22"/>
        </w:rPr>
        <w:t xml:space="preserve">: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بخششی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ممکن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نشود،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خدمتی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پدید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آورد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مردم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پایه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قانون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حق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مطالبه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دارند</w:t>
      </w:r>
      <w:r w:rsidR="00BA0EEF">
        <w:rPr>
          <w:sz w:val="22"/>
          <w:rtl/>
        </w:rPr>
        <w:t>.</w:t>
      </w:r>
    </w:p>
    <w:p w:rsidR="00C74EF6" w:rsidRPr="00D914B7" w:rsidRDefault="00D914B7" w:rsidP="00D914B7">
      <w:pPr>
        <w:bidi/>
        <w:ind w:firstLine="720"/>
        <w:rPr>
          <w:sz w:val="22"/>
        </w:rPr>
      </w:pP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دستگاه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منابع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پراکنده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گرد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آورد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توان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عمومی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تبدیل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کند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مالیات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کوچک،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هنگامی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منظم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گرد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آیند،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ساختن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راه،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بیمارستان،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شبکه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آب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دفاع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مشترک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ممکن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کنند؛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کارهایی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هیچ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خانواده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تنهایی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عهده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آنها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برنمی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آید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دستگاه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تواند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ابزار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غارت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تبدیل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زندگی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مردم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وسیله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تأمین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دربار،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قشون،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دینکاران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طبقه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حاکم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سازد</w:t>
      </w:r>
      <w:r w:rsidR="00BA0EEF">
        <w:rPr>
          <w:sz w:val="22"/>
          <w:rtl/>
        </w:rPr>
        <w:t>.</w:t>
      </w:r>
    </w:p>
    <w:p w:rsidR="00C74EF6" w:rsidRPr="00D914B7" w:rsidRDefault="00D914B7" w:rsidP="00D914B7">
      <w:pPr>
        <w:bidi/>
        <w:ind w:firstLine="720"/>
        <w:rPr>
          <w:sz w:val="22"/>
        </w:rPr>
      </w:pPr>
      <w:r w:rsidRPr="00D914B7">
        <w:rPr>
          <w:sz w:val="22"/>
          <w:rtl/>
        </w:rPr>
        <w:t>دیوان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توانمند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تواند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پیش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تبدیل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شدن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بحران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تشخیص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دهد</w:t>
      </w:r>
      <w:r w:rsidRPr="00D914B7">
        <w:rPr>
          <w:sz w:val="22"/>
        </w:rPr>
        <w:t xml:space="preserve">: </w:t>
      </w:r>
      <w:r w:rsidRPr="00D914B7">
        <w:rPr>
          <w:sz w:val="22"/>
          <w:rtl/>
        </w:rPr>
        <w:t>کاهش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محصول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پیش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قحطی،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افزایش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بیماری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پیش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گیری،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کمبود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آب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پیش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مهاجرت،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نارضایتی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پیش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شورش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فرسودگی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زیرساخت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پیش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فروپاشی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ببیند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رسیدگی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حقیقی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تنها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کمک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پس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وقوع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رنج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نیست؛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جلوگیری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رنج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قابل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پیشگیری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هست</w:t>
      </w:r>
      <w:r w:rsidR="00BA0EEF">
        <w:rPr>
          <w:sz w:val="22"/>
          <w:rtl/>
        </w:rPr>
        <w:t>.</w:t>
      </w:r>
    </w:p>
    <w:p w:rsidR="00C74EF6" w:rsidRPr="00D914B7" w:rsidRDefault="00D914B7" w:rsidP="00D914B7">
      <w:pPr>
        <w:bidi/>
        <w:ind w:firstLine="720"/>
        <w:rPr>
          <w:sz w:val="22"/>
        </w:rPr>
      </w:pPr>
      <w:r w:rsidRPr="00D914B7">
        <w:rPr>
          <w:sz w:val="22"/>
          <w:rtl/>
        </w:rPr>
        <w:t>پس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دیوان</w:t>
      </w:r>
      <w:r w:rsidRPr="00D914B7">
        <w:rPr>
          <w:sz w:val="22"/>
        </w:rPr>
        <w:t>‌</w:t>
      </w:r>
      <w:r w:rsidRPr="00D914B7">
        <w:rPr>
          <w:sz w:val="22"/>
          <w:rtl/>
        </w:rPr>
        <w:t>سالاری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ذاتاً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نیک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سکولار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نیست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دانشی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قادر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خدمت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کند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تواند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مؤثرترین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وسیله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سلطه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تبدیل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شود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دیوان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داند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مردم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کجا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هستند،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دارند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چگونه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توان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آنان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کنترل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کرد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تواند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مالیات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بگیرد،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اموال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توقیف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کند،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رفت</w:t>
      </w:r>
      <w:r w:rsidRPr="00D914B7">
        <w:rPr>
          <w:sz w:val="22"/>
        </w:rPr>
        <w:t>‌</w:t>
      </w:r>
      <w:r w:rsidRPr="00D914B7">
        <w:rPr>
          <w:sz w:val="22"/>
          <w:rtl/>
        </w:rPr>
        <w:t>وآمد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محدود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سازد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مخالفان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شناسایی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نماید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اهمیت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تاریخی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دیوان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پاکی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ذاتی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ناشی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شود؛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جایگاهش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تبدیل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تصمیم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عمل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ظرفیتی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ناشی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شود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حفظ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نابودی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زندگی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جمعی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اختیار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دارد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دیوان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تنها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هنگامی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خدمت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ملت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آید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زیر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فرمان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قانون،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شفافیت،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نظارت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امکان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شکایت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قرار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گیرد</w:t>
      </w:r>
      <w:r w:rsidR="00BA0EEF">
        <w:rPr>
          <w:sz w:val="22"/>
          <w:rtl/>
        </w:rPr>
        <w:t>.</w:t>
      </w:r>
    </w:p>
    <w:p w:rsidR="00C74EF6" w:rsidRPr="00D914B7" w:rsidRDefault="00D914B7" w:rsidP="00D914B7">
      <w:pPr>
        <w:keepNext/>
        <w:bidi/>
        <w:spacing w:before="240" w:after="120"/>
        <w:rPr>
          <w:sz w:val="22"/>
        </w:rPr>
      </w:pPr>
      <w:r w:rsidRPr="00D914B7">
        <w:rPr>
          <w:b/>
          <w:bCs/>
          <w:sz w:val="22"/>
          <w:rtl/>
        </w:rPr>
        <w:t>۶</w:t>
      </w:r>
      <w:r w:rsidR="00BA0EEF">
        <w:rPr>
          <w:b/>
          <w:sz w:val="22"/>
          <w:rtl/>
        </w:rPr>
        <w:t>.</w:t>
      </w:r>
      <w:r w:rsidRPr="00D914B7">
        <w:rPr>
          <w:b/>
          <w:sz w:val="22"/>
        </w:rPr>
        <w:t xml:space="preserve"> </w:t>
      </w:r>
      <w:r w:rsidRPr="00D914B7">
        <w:rPr>
          <w:b/>
          <w:bCs/>
          <w:sz w:val="22"/>
          <w:rtl/>
        </w:rPr>
        <w:t>چهار</w:t>
      </w:r>
      <w:r w:rsidRPr="00D914B7">
        <w:rPr>
          <w:b/>
          <w:sz w:val="22"/>
        </w:rPr>
        <w:t xml:space="preserve"> </w:t>
      </w:r>
      <w:r w:rsidRPr="00D914B7">
        <w:rPr>
          <w:b/>
          <w:bCs/>
          <w:sz w:val="22"/>
          <w:rtl/>
        </w:rPr>
        <w:t>نهاد</w:t>
      </w:r>
      <w:r w:rsidRPr="00D914B7">
        <w:rPr>
          <w:b/>
          <w:sz w:val="22"/>
        </w:rPr>
        <w:t xml:space="preserve"> </w:t>
      </w:r>
      <w:r w:rsidRPr="00D914B7">
        <w:rPr>
          <w:b/>
          <w:bCs/>
          <w:sz w:val="22"/>
          <w:rtl/>
        </w:rPr>
        <w:t>اصلی</w:t>
      </w:r>
      <w:r w:rsidRPr="00D914B7">
        <w:rPr>
          <w:b/>
          <w:sz w:val="22"/>
        </w:rPr>
        <w:t xml:space="preserve"> </w:t>
      </w:r>
      <w:r w:rsidRPr="00D914B7">
        <w:rPr>
          <w:b/>
          <w:bCs/>
          <w:sz w:val="22"/>
          <w:rtl/>
        </w:rPr>
        <w:t>و</w:t>
      </w:r>
      <w:r w:rsidRPr="00D914B7">
        <w:rPr>
          <w:b/>
          <w:sz w:val="22"/>
        </w:rPr>
        <w:t xml:space="preserve"> </w:t>
      </w:r>
      <w:r w:rsidRPr="00D914B7">
        <w:rPr>
          <w:b/>
          <w:bCs/>
          <w:sz w:val="22"/>
          <w:rtl/>
        </w:rPr>
        <w:t>نیروهای</w:t>
      </w:r>
      <w:r w:rsidRPr="00D914B7">
        <w:rPr>
          <w:b/>
          <w:sz w:val="22"/>
        </w:rPr>
        <w:t xml:space="preserve"> </w:t>
      </w:r>
      <w:r w:rsidRPr="00D914B7">
        <w:rPr>
          <w:b/>
          <w:bCs/>
          <w:sz w:val="22"/>
          <w:rtl/>
        </w:rPr>
        <w:t>اجتماعی</w:t>
      </w:r>
      <w:r w:rsidRPr="00D914B7">
        <w:rPr>
          <w:b/>
          <w:sz w:val="22"/>
        </w:rPr>
        <w:t xml:space="preserve"> </w:t>
      </w:r>
      <w:r w:rsidRPr="00D914B7">
        <w:rPr>
          <w:b/>
          <w:bCs/>
          <w:sz w:val="22"/>
          <w:rtl/>
        </w:rPr>
        <w:t>پیرامون</w:t>
      </w:r>
      <w:r w:rsidRPr="00D914B7">
        <w:rPr>
          <w:b/>
          <w:sz w:val="22"/>
        </w:rPr>
        <w:t xml:space="preserve"> </w:t>
      </w:r>
      <w:r w:rsidRPr="00D914B7">
        <w:rPr>
          <w:b/>
          <w:bCs/>
          <w:sz w:val="22"/>
          <w:rtl/>
        </w:rPr>
        <w:t>آنها</w:t>
      </w:r>
    </w:p>
    <w:p w:rsidR="00C74EF6" w:rsidRPr="00D914B7" w:rsidRDefault="00D914B7" w:rsidP="00D914B7">
      <w:pPr>
        <w:bidi/>
        <w:ind w:firstLine="720"/>
        <w:rPr>
          <w:sz w:val="22"/>
        </w:rPr>
      </w:pP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مجموعه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تاریخ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ایران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اساس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کارکرد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متقابل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چهار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نهاد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اصلی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قدرت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مطالعه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کند</w:t>
      </w:r>
      <w:r w:rsidRPr="00D914B7">
        <w:rPr>
          <w:sz w:val="22"/>
        </w:rPr>
        <w:t xml:space="preserve">: </w:t>
      </w:r>
      <w:r w:rsidRPr="00D914B7">
        <w:rPr>
          <w:sz w:val="22"/>
          <w:rtl/>
        </w:rPr>
        <w:t>فرمانروا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دربار</w:t>
      </w:r>
      <w:r w:rsidR="004341EC">
        <w:rPr>
          <w:rFonts w:hint="cs"/>
          <w:sz w:val="22"/>
          <w:rtl/>
        </w:rPr>
        <w:t xml:space="preserve"> یا مقر حکومت اش</w:t>
      </w:r>
      <w:r w:rsidRPr="00D914B7">
        <w:rPr>
          <w:sz w:val="22"/>
          <w:rtl/>
        </w:rPr>
        <w:t>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قشون،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دینکاران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دیوان</w:t>
      </w:r>
      <w:r w:rsidRPr="00D914B7">
        <w:rPr>
          <w:sz w:val="22"/>
        </w:rPr>
        <w:t>‌</w:t>
      </w:r>
      <w:r w:rsidRPr="00D914B7">
        <w:rPr>
          <w:sz w:val="22"/>
          <w:rtl/>
        </w:rPr>
        <w:t>سالاری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چهار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نهاد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همیشه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نام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صورت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وجود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نداشته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اند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فرمانروا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ممکن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شاه،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خلیفه،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سلطان،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امیر،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فقیه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رئیس</w:t>
      </w:r>
      <w:r w:rsidRPr="00D914B7">
        <w:rPr>
          <w:sz w:val="22"/>
        </w:rPr>
        <w:t>‌</w:t>
      </w:r>
      <w:r w:rsidRPr="00D914B7">
        <w:rPr>
          <w:sz w:val="22"/>
          <w:rtl/>
        </w:rPr>
        <w:t>جمهور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باشد؛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قشون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ممکن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سپاه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شاهی،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نیروی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قبیله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غلامان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نظامی،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ارتش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ملی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نیروی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ایدئولوژیک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باشد؛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دینکار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ممکن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موبد،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کاهن،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فقیه،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مجتهد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صاحب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منصب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مذهبی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باشد؛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دیوان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دبیرخانه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دفتر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خراج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وزارتخانه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سازمان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اداری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جدید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تحول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یافته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آنچه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ثابت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مانده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نام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شکل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آنها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نیست،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بلکه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وظیفه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جایگاه</w:t>
      </w:r>
      <w:r w:rsidR="004341EC">
        <w:rPr>
          <w:rFonts w:hint="cs"/>
          <w:sz w:val="22"/>
          <w:rtl/>
        </w:rPr>
        <w:t xml:space="preserve"> </w:t>
      </w:r>
      <w:r w:rsidRPr="00D914B7">
        <w:rPr>
          <w:sz w:val="22"/>
          <w:rtl/>
        </w:rPr>
        <w:t>شان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شبکه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قدرت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="00BA0EEF">
        <w:rPr>
          <w:sz w:val="22"/>
          <w:rtl/>
        </w:rPr>
        <w:t>.</w:t>
      </w:r>
    </w:p>
    <w:p w:rsidR="00C74EF6" w:rsidRPr="00D914B7" w:rsidRDefault="00D914B7" w:rsidP="00D914B7">
      <w:pPr>
        <w:bidi/>
        <w:ind w:firstLine="720"/>
        <w:rPr>
          <w:sz w:val="22"/>
        </w:rPr>
      </w:pPr>
      <w:r w:rsidRPr="00D914B7">
        <w:rPr>
          <w:sz w:val="22"/>
          <w:rtl/>
        </w:rPr>
        <w:t>فرمانروا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دربار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حامل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تمرکز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اقتدار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سیاسی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بوده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اند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پراکنده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متنوع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ایران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همواره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مرکزی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تصمیم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نهایی،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دفاع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مشترک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حفظ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یکپارچگی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داشته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دوره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طولانی،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سلطنت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پاسخ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تاریخی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بوده،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مرکز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سیاسی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نباید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ضرورت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همیشگی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یک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دودمان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شکل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خاص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سلطنت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یکی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گرفت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فرمانروا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تواند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نماد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وحدت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باشد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حال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تبدیل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دارایی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شخصی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خود،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پایه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فرسوده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کند</w:t>
      </w:r>
      <w:r w:rsidR="00BA0EEF">
        <w:rPr>
          <w:sz w:val="22"/>
          <w:rtl/>
        </w:rPr>
        <w:t>.</w:t>
      </w:r>
    </w:p>
    <w:p w:rsidR="00C74EF6" w:rsidRPr="00D914B7" w:rsidRDefault="00D914B7" w:rsidP="004341EC">
      <w:pPr>
        <w:bidi/>
        <w:ind w:firstLine="720"/>
        <w:rPr>
          <w:sz w:val="22"/>
        </w:rPr>
      </w:pPr>
      <w:r w:rsidRPr="00D914B7">
        <w:rPr>
          <w:sz w:val="22"/>
          <w:rtl/>
        </w:rPr>
        <w:t>قشون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حامل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قدرت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اجبار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دفاع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بدون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قشون،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فرمان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مرکز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برابر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شورش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مسلحانه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حمله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خارجی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پشتوانه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ماند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قشونی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دیوان،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قانون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هدف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سیاسی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جدا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تواند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صاحب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حکومت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تبدیل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گردد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بخش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بزرگی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تاریخ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ایران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داستان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فرماندهانی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نگهبانی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حکومت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پرورش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یافتند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سپس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حکومت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اختیار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گرفتند،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قشون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هایی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دفاع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ساخته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شدند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منابع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بلعیدند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رابطه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قشون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دیوان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بنیادی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="004341EC">
        <w:rPr>
          <w:rFonts w:hint="cs"/>
          <w:sz w:val="22"/>
          <w:rtl/>
        </w:rPr>
        <w:t>: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دیوان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هزینه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قشون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فراهم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آورد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</w:t>
      </w:r>
      <w:r w:rsidRPr="00D914B7">
        <w:rPr>
          <w:sz w:val="22"/>
        </w:rPr>
        <w:t>‌</w:t>
      </w:r>
      <w:r w:rsidRPr="00D914B7">
        <w:rPr>
          <w:sz w:val="22"/>
          <w:rtl/>
        </w:rPr>
        <w:t>زمان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وظیفه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حساب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محدود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کند</w:t>
      </w:r>
      <w:r w:rsidR="00BA0EEF">
        <w:rPr>
          <w:sz w:val="22"/>
          <w:rtl/>
        </w:rPr>
        <w:t>.</w:t>
      </w:r>
    </w:p>
    <w:p w:rsidR="00C74EF6" w:rsidRPr="00D914B7" w:rsidRDefault="00D914B7" w:rsidP="00D914B7">
      <w:pPr>
        <w:bidi/>
        <w:ind w:firstLine="720"/>
        <w:rPr>
          <w:sz w:val="22"/>
        </w:rPr>
      </w:pPr>
      <w:r w:rsidRPr="00D914B7">
        <w:rPr>
          <w:sz w:val="22"/>
          <w:rtl/>
        </w:rPr>
        <w:t>دینکاران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حامل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تفسیر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مقدس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یکی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سرچشمه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مهم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حقانیت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حکمرانی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بوده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اند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فرمانروا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غالباً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پذیرفته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شدن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قدرت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تأیید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دینی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داشته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نهاد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گسترش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آموزش،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آیین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اقتدار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اجتماعی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حمایت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حکومت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بهره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رابطه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همواره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ترس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نوسان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بوده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دینکار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تواند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فرمانروا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تأیید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حال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مدعی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داوری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نهایی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درباره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حق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باطل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اختیار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اوست؛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فرمانروا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تواند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اطاعت</w:t>
      </w:r>
      <w:r w:rsidRPr="00D914B7">
        <w:rPr>
          <w:sz w:val="22"/>
        </w:rPr>
        <w:t>‌</w:t>
      </w:r>
      <w:r w:rsidRPr="00D914B7">
        <w:rPr>
          <w:sz w:val="22"/>
          <w:rtl/>
        </w:rPr>
        <w:t>گرفتن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استفاده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</w:t>
      </w:r>
      <w:r w:rsidRPr="00D914B7">
        <w:rPr>
          <w:sz w:val="22"/>
        </w:rPr>
        <w:t>‌</w:t>
      </w:r>
      <w:r w:rsidRPr="00D914B7">
        <w:rPr>
          <w:sz w:val="22"/>
          <w:rtl/>
        </w:rPr>
        <w:t>زمان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بکوشد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نهاد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دینی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زیر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فرمان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نگاه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دارد</w:t>
      </w:r>
      <w:r w:rsidR="00BA0EEF">
        <w:rPr>
          <w:sz w:val="22"/>
          <w:rtl/>
        </w:rPr>
        <w:t>.</w:t>
      </w:r>
    </w:p>
    <w:p w:rsidR="00C74EF6" w:rsidRPr="00D914B7" w:rsidRDefault="00D914B7" w:rsidP="00D914B7">
      <w:pPr>
        <w:bidi/>
        <w:ind w:firstLine="720"/>
        <w:rPr>
          <w:sz w:val="22"/>
        </w:rPr>
      </w:pPr>
      <w:r w:rsidRPr="00D914B7">
        <w:rPr>
          <w:sz w:val="22"/>
          <w:rtl/>
        </w:rPr>
        <w:t>شاه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بدون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دیوان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تواند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مالیات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گرد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آورد،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قشون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تأمین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کند،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بسازد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فرمان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پایتخت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فراتر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ببرد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حال،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فرمانروا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قدرت</w:t>
      </w:r>
      <w:r w:rsidRPr="00D914B7">
        <w:rPr>
          <w:sz w:val="22"/>
        </w:rPr>
        <w:t>‌</w:t>
      </w:r>
      <w:r w:rsidRPr="00D914B7">
        <w:rPr>
          <w:sz w:val="22"/>
          <w:rtl/>
        </w:rPr>
        <w:t>گرفتن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دیوان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بیم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دارد،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زیرا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حساب،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قانون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روش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اداری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توانند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اراده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شخصی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محدود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کنند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دیوان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اجرای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تصمیم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اقتدار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سیاسی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قشون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نیازمند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تواند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کلی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آنها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جدا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سازد</w:t>
      </w:r>
      <w:r w:rsidR="00BA0EEF">
        <w:rPr>
          <w:sz w:val="22"/>
          <w:rtl/>
        </w:rPr>
        <w:t>.</w:t>
      </w:r>
    </w:p>
    <w:p w:rsidR="00C74EF6" w:rsidRPr="00D914B7" w:rsidRDefault="00D914B7" w:rsidP="00D914B7">
      <w:pPr>
        <w:bidi/>
        <w:ind w:firstLine="720"/>
        <w:rPr>
          <w:sz w:val="22"/>
        </w:rPr>
      </w:pP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پیرامون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چهار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نهاد،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نیروهای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اجتماعی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اقتصادی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دیگری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عمل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کرده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اند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بزرگ</w:t>
      </w:r>
      <w:r w:rsidRPr="00D914B7">
        <w:rPr>
          <w:sz w:val="22"/>
        </w:rPr>
        <w:t>‌</w:t>
      </w:r>
      <w:r w:rsidRPr="00D914B7">
        <w:rPr>
          <w:sz w:val="22"/>
          <w:rtl/>
        </w:rPr>
        <w:t>مالکی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بخش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بزرگی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تاریخ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ایران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فقط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صورت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مالکیت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اقتصادی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نبوده،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بلکه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پایه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نفوذ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محلی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قدرت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سیاسی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شمار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رفته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زمین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سرچشمه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ثروت،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قشون،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موقوفه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جایگاه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اجتماعی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بوده،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هرچند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حق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مالکیت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همیشه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استوار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مصون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اراده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حکومت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نبوده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بازار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تنها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محل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خرید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فروش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نبوده؛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تدریج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شبکه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مالی،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ارتباطی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اجتماعی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تبدیل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توانسته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سرمایه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جابه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جا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کند،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خبر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برساند،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جنبش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پشتیبانی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نماید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افکار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عمومی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اثر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بگذارد</w:t>
      </w:r>
      <w:r w:rsidR="00BA0EEF">
        <w:rPr>
          <w:sz w:val="22"/>
          <w:rtl/>
        </w:rPr>
        <w:t>.</w:t>
      </w:r>
    </w:p>
    <w:p w:rsidR="00C74EF6" w:rsidRPr="00D914B7" w:rsidRDefault="00D914B7" w:rsidP="00D914B7">
      <w:pPr>
        <w:bidi/>
        <w:ind w:firstLine="720"/>
        <w:rPr>
          <w:sz w:val="22"/>
        </w:rPr>
      </w:pPr>
      <w:r w:rsidRPr="00D914B7">
        <w:rPr>
          <w:sz w:val="22"/>
          <w:rtl/>
        </w:rPr>
        <w:t>بزرگ</w:t>
      </w:r>
      <w:r w:rsidRPr="00D914B7">
        <w:rPr>
          <w:sz w:val="22"/>
        </w:rPr>
        <w:t>‌</w:t>
      </w:r>
      <w:r w:rsidRPr="00D914B7">
        <w:rPr>
          <w:sz w:val="22"/>
          <w:rtl/>
        </w:rPr>
        <w:t>مالکان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بازار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نهاد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اصلی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کشورداری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معنای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دقیق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مجموعه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نیستند،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تغییر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موازنه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چهار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نهاد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اصلی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نقشی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تعیین</w:t>
      </w:r>
      <w:r w:rsidRPr="00D914B7">
        <w:rPr>
          <w:sz w:val="22"/>
        </w:rPr>
        <w:t>‌</w:t>
      </w:r>
      <w:r w:rsidRPr="00D914B7">
        <w:rPr>
          <w:sz w:val="22"/>
          <w:rtl/>
        </w:rPr>
        <w:t>کننده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داشته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اند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استقلال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بخشی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دینکاران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شیعه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پس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سقوط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صفویه،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مثال،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تنها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حاصل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نظریه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اجتهاد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مرجعیت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نبود؛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منابع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مالی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بازار،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موقوفات،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خمس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حمایت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برخی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مالکان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وابسته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بود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مشروطه،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نهضت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ملی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انقلاب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اسلامی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صورت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ترکیب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ائتلاف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یکسان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نبود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نباید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یک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حادثه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شمرد،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بدون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توجه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شبکه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مالی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اجتماعی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پیرامون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نهاد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توان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نقش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سیاسی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دینکاران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توضیح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داد</w:t>
      </w:r>
      <w:r w:rsidR="00BA0EEF">
        <w:rPr>
          <w:sz w:val="22"/>
          <w:rtl/>
        </w:rPr>
        <w:t>.</w:t>
      </w:r>
    </w:p>
    <w:p w:rsidR="00C74EF6" w:rsidRPr="00D914B7" w:rsidRDefault="00D914B7" w:rsidP="00D914B7">
      <w:pPr>
        <w:bidi/>
        <w:ind w:firstLine="720"/>
        <w:rPr>
          <w:sz w:val="22"/>
        </w:rPr>
      </w:pPr>
      <w:r w:rsidRPr="00D914B7">
        <w:rPr>
          <w:sz w:val="22"/>
          <w:rtl/>
        </w:rPr>
        <w:t>بنابراین،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موضوع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کتاب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تاریخ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جداگانه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چهار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نهاد،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بلکه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تاریخ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رابطه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آنهاست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یک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گاه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دیگری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متحد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شده،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گاه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علیه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برخاسته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گاه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حذف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نیروی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سوم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ائتلافی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موقت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یک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فرمانروا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ممکن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دیوان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علیه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قشون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متحد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شود،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سپس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مهار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دیوان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دینکاران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پناه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ببرد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قشون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ممکن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نام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حکومت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بگیرد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بعد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اداره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ناچار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استخدام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دیوانی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کنار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بود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آنچه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شکل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حکومت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تعیین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کند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فقط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قدرت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نیرو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نیست؛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نسبت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آرایش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آنها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دوره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="00BA0EEF">
        <w:rPr>
          <w:sz w:val="22"/>
          <w:rtl/>
        </w:rPr>
        <w:t>.</w:t>
      </w:r>
    </w:p>
    <w:p w:rsidR="00C74EF6" w:rsidRPr="00D914B7" w:rsidRDefault="00D914B7" w:rsidP="00D914B7">
      <w:pPr>
        <w:keepNext/>
        <w:bidi/>
        <w:spacing w:before="240" w:after="120"/>
        <w:rPr>
          <w:sz w:val="22"/>
        </w:rPr>
      </w:pPr>
      <w:r w:rsidRPr="00D914B7">
        <w:rPr>
          <w:b/>
          <w:bCs/>
          <w:sz w:val="22"/>
          <w:rtl/>
        </w:rPr>
        <w:t>۷</w:t>
      </w:r>
      <w:r w:rsidR="00BA0EEF">
        <w:rPr>
          <w:b/>
          <w:sz w:val="22"/>
          <w:rtl/>
        </w:rPr>
        <w:t>.</w:t>
      </w:r>
      <w:r w:rsidRPr="00D914B7">
        <w:rPr>
          <w:b/>
          <w:sz w:val="22"/>
        </w:rPr>
        <w:t xml:space="preserve"> </w:t>
      </w:r>
      <w:r w:rsidRPr="00D914B7">
        <w:rPr>
          <w:b/>
          <w:bCs/>
          <w:sz w:val="22"/>
          <w:rtl/>
        </w:rPr>
        <w:t>زبان</w:t>
      </w:r>
      <w:r w:rsidRPr="00D914B7">
        <w:rPr>
          <w:b/>
          <w:sz w:val="22"/>
        </w:rPr>
        <w:t xml:space="preserve"> </w:t>
      </w:r>
      <w:r w:rsidRPr="00D914B7">
        <w:rPr>
          <w:b/>
          <w:bCs/>
          <w:sz w:val="22"/>
          <w:rtl/>
        </w:rPr>
        <w:t>مفهومی</w:t>
      </w:r>
      <w:r w:rsidRPr="00D914B7">
        <w:rPr>
          <w:b/>
          <w:sz w:val="22"/>
        </w:rPr>
        <w:t xml:space="preserve"> </w:t>
      </w:r>
      <w:r w:rsidRPr="00D914B7">
        <w:rPr>
          <w:b/>
          <w:bCs/>
          <w:sz w:val="22"/>
          <w:rtl/>
        </w:rPr>
        <w:t>این</w:t>
      </w:r>
      <w:r w:rsidRPr="00D914B7">
        <w:rPr>
          <w:b/>
          <w:sz w:val="22"/>
        </w:rPr>
        <w:t xml:space="preserve"> </w:t>
      </w:r>
      <w:r w:rsidRPr="00D914B7">
        <w:rPr>
          <w:b/>
          <w:bCs/>
          <w:sz w:val="22"/>
          <w:rtl/>
        </w:rPr>
        <w:t>مجموعه</w:t>
      </w:r>
    </w:p>
    <w:p w:rsidR="00C74EF6" w:rsidRPr="00D914B7" w:rsidRDefault="00D914B7" w:rsidP="00ED10A7">
      <w:pPr>
        <w:bidi/>
        <w:ind w:firstLine="720"/>
        <w:rPr>
          <w:sz w:val="22"/>
        </w:rPr>
      </w:pPr>
      <w:r w:rsidRPr="00D914B7">
        <w:rPr>
          <w:sz w:val="22"/>
          <w:rtl/>
        </w:rPr>
        <w:t>برای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دنبال</w:t>
      </w:r>
      <w:r w:rsidRPr="00D914B7">
        <w:rPr>
          <w:sz w:val="22"/>
        </w:rPr>
        <w:t>‌</w:t>
      </w:r>
      <w:r w:rsidRPr="00D914B7">
        <w:rPr>
          <w:sz w:val="22"/>
          <w:rtl/>
        </w:rPr>
        <w:t>کردن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شبکه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قدرت،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معنای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واژه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آغاز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روشن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باشد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بسیاری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آشفتگی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گفت</w:t>
      </w:r>
      <w:r w:rsidRPr="00D914B7">
        <w:rPr>
          <w:sz w:val="22"/>
        </w:rPr>
        <w:t>‌</w:t>
      </w:r>
      <w:r w:rsidRPr="00D914B7">
        <w:rPr>
          <w:sz w:val="22"/>
          <w:rtl/>
        </w:rPr>
        <w:t>وگوی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سیاسی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ایران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آنجا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ناشی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شود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واژه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مشترک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معناهای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متفاوت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روند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="004341EC">
        <w:rPr>
          <w:rFonts w:hint="cs"/>
          <w:sz w:val="22"/>
          <w:rtl/>
        </w:rPr>
        <w:t>«</w:t>
      </w:r>
      <w:r w:rsidRPr="00D914B7">
        <w:rPr>
          <w:sz w:val="22"/>
          <w:rtl/>
        </w:rPr>
        <w:t>کشور</w:t>
      </w:r>
      <w:r w:rsidR="004341EC">
        <w:rPr>
          <w:rFonts w:hint="cs"/>
          <w:sz w:val="22"/>
          <w:rtl/>
        </w:rPr>
        <w:t>»</w:t>
      </w:r>
      <w:r w:rsidRPr="00D914B7">
        <w:rPr>
          <w:sz w:val="22"/>
          <w:rtl/>
        </w:rPr>
        <w:t>،</w:t>
      </w:r>
      <w:r w:rsidRPr="00D914B7">
        <w:rPr>
          <w:sz w:val="22"/>
        </w:rPr>
        <w:t xml:space="preserve"> </w:t>
      </w:r>
      <w:r w:rsidR="004341EC">
        <w:rPr>
          <w:rFonts w:hint="cs"/>
          <w:sz w:val="22"/>
          <w:rtl/>
        </w:rPr>
        <w:t>«</w:t>
      </w:r>
      <w:r w:rsidRPr="00D914B7">
        <w:rPr>
          <w:sz w:val="22"/>
          <w:rtl/>
        </w:rPr>
        <w:t>حکومت</w:t>
      </w:r>
      <w:r w:rsidR="004341EC">
        <w:rPr>
          <w:rFonts w:hint="cs"/>
          <w:sz w:val="22"/>
          <w:rtl/>
        </w:rPr>
        <w:t>»</w:t>
      </w:r>
      <w:r w:rsidRPr="00D914B7">
        <w:rPr>
          <w:sz w:val="22"/>
          <w:rtl/>
        </w:rPr>
        <w:t>،</w:t>
      </w:r>
      <w:r w:rsidRPr="00D914B7">
        <w:rPr>
          <w:sz w:val="22"/>
        </w:rPr>
        <w:t xml:space="preserve"> </w:t>
      </w:r>
      <w:r w:rsidR="004341EC">
        <w:rPr>
          <w:rFonts w:hint="cs"/>
          <w:sz w:val="22"/>
          <w:rtl/>
        </w:rPr>
        <w:t>«</w:t>
      </w:r>
      <w:r w:rsidRPr="00D914B7">
        <w:rPr>
          <w:sz w:val="22"/>
          <w:rtl/>
        </w:rPr>
        <w:t>دولت</w:t>
      </w:r>
      <w:r w:rsidR="004341EC">
        <w:rPr>
          <w:rFonts w:hint="cs"/>
          <w:sz w:val="22"/>
          <w:rtl/>
        </w:rPr>
        <w:t>»</w:t>
      </w:r>
      <w:r w:rsidRPr="00D914B7">
        <w:rPr>
          <w:sz w:val="22"/>
          <w:rtl/>
        </w:rPr>
        <w:t>،</w:t>
      </w:r>
      <w:r w:rsidRPr="00D914B7">
        <w:rPr>
          <w:sz w:val="22"/>
        </w:rPr>
        <w:t xml:space="preserve"> </w:t>
      </w:r>
      <w:r w:rsidR="004341EC">
        <w:rPr>
          <w:rFonts w:hint="cs"/>
          <w:sz w:val="22"/>
          <w:rtl/>
        </w:rPr>
        <w:t>«</w:t>
      </w:r>
      <w:r w:rsidRPr="00D914B7">
        <w:rPr>
          <w:sz w:val="22"/>
          <w:rtl/>
        </w:rPr>
        <w:t>حاکم</w:t>
      </w:r>
      <w:r w:rsidR="004341EC">
        <w:rPr>
          <w:rFonts w:hint="cs"/>
          <w:sz w:val="22"/>
          <w:rtl/>
        </w:rPr>
        <w:t>»</w:t>
      </w:r>
      <w:r w:rsidRPr="00D914B7">
        <w:rPr>
          <w:sz w:val="22"/>
          <w:rtl/>
        </w:rPr>
        <w:t>،</w:t>
      </w:r>
      <w:r w:rsidRPr="00D914B7">
        <w:rPr>
          <w:sz w:val="22"/>
        </w:rPr>
        <w:t xml:space="preserve"> </w:t>
      </w:r>
      <w:r w:rsidR="004341EC">
        <w:rPr>
          <w:rFonts w:hint="cs"/>
          <w:sz w:val="22"/>
          <w:rtl/>
        </w:rPr>
        <w:t>«</w:t>
      </w:r>
      <w:r w:rsidRPr="00D914B7">
        <w:rPr>
          <w:sz w:val="22"/>
          <w:rtl/>
        </w:rPr>
        <w:t>حاکمیت</w:t>
      </w:r>
      <w:r w:rsidR="004341EC">
        <w:rPr>
          <w:rFonts w:hint="cs"/>
          <w:sz w:val="22"/>
          <w:rtl/>
        </w:rPr>
        <w:t>»</w:t>
      </w:r>
      <w:r w:rsidRPr="00D914B7">
        <w:rPr>
          <w:sz w:val="22"/>
          <w:rtl/>
        </w:rPr>
        <w:t>،</w:t>
      </w:r>
      <w:r w:rsidR="004341EC">
        <w:rPr>
          <w:rFonts w:hint="cs"/>
          <w:sz w:val="22"/>
          <w:rtl/>
        </w:rPr>
        <w:t>«</w:t>
      </w:r>
      <w:r w:rsidRPr="00D914B7">
        <w:rPr>
          <w:sz w:val="22"/>
          <w:rtl/>
        </w:rPr>
        <w:t>ملت</w:t>
      </w:r>
      <w:r w:rsidR="004341EC">
        <w:rPr>
          <w:rFonts w:hint="cs"/>
          <w:sz w:val="22"/>
          <w:rtl/>
        </w:rPr>
        <w:t>»</w:t>
      </w:r>
      <w:r w:rsidRPr="00D914B7">
        <w:rPr>
          <w:sz w:val="22"/>
          <w:rtl/>
        </w:rPr>
        <w:t>،</w:t>
      </w:r>
      <w:r w:rsidRPr="00D914B7">
        <w:rPr>
          <w:sz w:val="22"/>
        </w:rPr>
        <w:t xml:space="preserve"> </w:t>
      </w:r>
      <w:r w:rsidR="004341EC">
        <w:rPr>
          <w:rFonts w:hint="cs"/>
          <w:sz w:val="22"/>
          <w:rtl/>
        </w:rPr>
        <w:t>«</w:t>
      </w:r>
      <w:r w:rsidRPr="00D914B7">
        <w:rPr>
          <w:sz w:val="22"/>
          <w:rtl/>
        </w:rPr>
        <w:t>مردم</w:t>
      </w:r>
      <w:r w:rsidR="004341EC">
        <w:rPr>
          <w:rFonts w:hint="cs"/>
          <w:sz w:val="22"/>
          <w:rtl/>
        </w:rPr>
        <w:t>»</w:t>
      </w:r>
      <w:r w:rsidRPr="00D914B7">
        <w:rPr>
          <w:sz w:val="22"/>
          <w:rtl/>
        </w:rPr>
        <w:t>،</w:t>
      </w:r>
      <w:r w:rsidRPr="00D914B7">
        <w:rPr>
          <w:sz w:val="22"/>
        </w:rPr>
        <w:t xml:space="preserve"> «</w:t>
      </w:r>
      <w:r w:rsidRPr="00D914B7">
        <w:rPr>
          <w:sz w:val="22"/>
          <w:rtl/>
        </w:rPr>
        <w:t>حقانیت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حکمرانی</w:t>
      </w:r>
      <w:r w:rsidR="004341EC">
        <w:rPr>
          <w:rFonts w:hint="cs"/>
          <w:sz w:val="22"/>
          <w:rtl/>
        </w:rPr>
        <w:t>»</w:t>
      </w:r>
      <w:r w:rsidRPr="00D914B7">
        <w:rPr>
          <w:sz w:val="22"/>
          <w:rtl/>
        </w:rPr>
        <w:t>،</w:t>
      </w:r>
      <w:r w:rsidRPr="00D914B7">
        <w:rPr>
          <w:sz w:val="22"/>
        </w:rPr>
        <w:t xml:space="preserve"> </w:t>
      </w:r>
      <w:r w:rsidR="004341EC">
        <w:rPr>
          <w:rFonts w:hint="cs"/>
          <w:sz w:val="22"/>
          <w:rtl/>
        </w:rPr>
        <w:t>«</w:t>
      </w:r>
      <w:r w:rsidRPr="00D914B7">
        <w:rPr>
          <w:sz w:val="22"/>
          <w:rtl/>
        </w:rPr>
        <w:t>دین</w:t>
      </w:r>
      <w:r w:rsidR="004341EC">
        <w:rPr>
          <w:rFonts w:hint="cs"/>
          <w:sz w:val="22"/>
          <w:rtl/>
        </w:rPr>
        <w:t>»</w:t>
      </w:r>
      <w:r w:rsidRPr="00D914B7">
        <w:rPr>
          <w:sz w:val="22"/>
          <w:rtl/>
        </w:rPr>
        <w:t>،</w:t>
      </w:r>
      <w:r w:rsidRPr="00D914B7">
        <w:rPr>
          <w:sz w:val="22"/>
        </w:rPr>
        <w:t xml:space="preserve"> </w:t>
      </w:r>
      <w:r w:rsidR="004341EC">
        <w:rPr>
          <w:rFonts w:hint="cs"/>
          <w:sz w:val="22"/>
          <w:rtl/>
        </w:rPr>
        <w:t>«</w:t>
      </w:r>
      <w:r w:rsidRPr="00D914B7">
        <w:rPr>
          <w:sz w:val="22"/>
          <w:rtl/>
        </w:rPr>
        <w:t>شریعت</w:t>
      </w:r>
      <w:r w:rsidR="00ED10A7">
        <w:rPr>
          <w:rFonts w:hint="cs"/>
          <w:sz w:val="22"/>
          <w:rtl/>
        </w:rPr>
        <w:t>»</w:t>
      </w:r>
      <w:r w:rsidRPr="00D914B7">
        <w:rPr>
          <w:sz w:val="22"/>
          <w:rtl/>
        </w:rPr>
        <w:t>،</w:t>
      </w:r>
      <w:r w:rsidRPr="00D914B7">
        <w:rPr>
          <w:sz w:val="22"/>
        </w:rPr>
        <w:t xml:space="preserve"> </w:t>
      </w:r>
      <w:r w:rsidR="00ED10A7">
        <w:rPr>
          <w:rFonts w:hint="cs"/>
          <w:sz w:val="22"/>
          <w:rtl/>
        </w:rPr>
        <w:t>«</w:t>
      </w:r>
      <w:r w:rsidRPr="00D914B7">
        <w:rPr>
          <w:sz w:val="22"/>
          <w:rtl/>
        </w:rPr>
        <w:t>دیوان</w:t>
      </w:r>
      <w:r w:rsidRPr="00D914B7">
        <w:rPr>
          <w:sz w:val="22"/>
        </w:rPr>
        <w:t>‌</w:t>
      </w:r>
      <w:r w:rsidRPr="00D914B7">
        <w:rPr>
          <w:sz w:val="22"/>
          <w:rtl/>
        </w:rPr>
        <w:t>سالاری</w:t>
      </w:r>
      <w:r w:rsidR="00ED10A7">
        <w:rPr>
          <w:rFonts w:hint="cs"/>
          <w:sz w:val="22"/>
          <w:rtl/>
        </w:rPr>
        <w:t>»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="00ED10A7">
        <w:rPr>
          <w:rFonts w:hint="cs"/>
          <w:sz w:val="22"/>
          <w:rtl/>
        </w:rPr>
        <w:t>«</w:t>
      </w:r>
      <w:r w:rsidRPr="00D914B7">
        <w:rPr>
          <w:sz w:val="22"/>
          <w:rtl/>
        </w:rPr>
        <w:t>سکولاریسم</w:t>
      </w:r>
      <w:r w:rsidR="00ED10A7">
        <w:rPr>
          <w:rFonts w:hint="cs"/>
          <w:sz w:val="22"/>
          <w:rtl/>
        </w:rPr>
        <w:t xml:space="preserve">»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دوره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مختلف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بارهای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متفاوت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یافته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اند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مجموعه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تواند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تاریخ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واژگان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پیشگفتار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بازگو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کند،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کاربرد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مشخص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سازد</w:t>
      </w:r>
      <w:r w:rsidR="00BA0EEF">
        <w:rPr>
          <w:sz w:val="22"/>
          <w:rtl/>
        </w:rPr>
        <w:t>.</w:t>
      </w:r>
    </w:p>
    <w:p w:rsidR="00C74EF6" w:rsidRPr="00D914B7" w:rsidRDefault="00ED10A7" w:rsidP="00ED10A7">
      <w:pPr>
        <w:bidi/>
        <w:ind w:firstLine="720"/>
        <w:rPr>
          <w:sz w:val="22"/>
        </w:rPr>
      </w:pPr>
      <w:r>
        <w:rPr>
          <w:rFonts w:hint="cs"/>
          <w:sz w:val="22"/>
          <w:rtl/>
        </w:rPr>
        <w:t>«</w:t>
      </w:r>
      <w:r w:rsidR="00D914B7" w:rsidRPr="00D914B7">
        <w:rPr>
          <w:sz w:val="22"/>
          <w:rtl/>
        </w:rPr>
        <w:t>کشور</w:t>
      </w:r>
      <w:r>
        <w:rPr>
          <w:rFonts w:hint="cs"/>
          <w:sz w:val="22"/>
          <w:rtl/>
        </w:rPr>
        <w:t xml:space="preserve">» </w:t>
      </w:r>
      <w:r w:rsidR="00D914B7" w:rsidRPr="00D914B7">
        <w:rPr>
          <w:sz w:val="22"/>
          <w:rtl/>
        </w:rPr>
        <w:t>در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این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کتاب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با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خاندان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فرمانروا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یا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حکومت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مستقر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یکی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نیست</w:t>
      </w:r>
      <w:r w:rsidR="00BA0EEF">
        <w:rPr>
          <w:sz w:val="22"/>
          <w:rtl/>
        </w:rPr>
        <w:t>.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کشور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مجموعه</w:t>
      </w:r>
      <w:r w:rsidR="00D914B7" w:rsidRPr="00D914B7">
        <w:rPr>
          <w:sz w:val="22"/>
        </w:rPr>
        <w:t>‌</w:t>
      </w:r>
      <w:r w:rsidR="00D914B7" w:rsidRPr="00D914B7">
        <w:rPr>
          <w:sz w:val="22"/>
          <w:rtl/>
        </w:rPr>
        <w:t>ای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تاریخی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از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سرزمین،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مردم،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راه</w:t>
      </w:r>
      <w:r w:rsidR="00D914B7" w:rsidRPr="00D914B7">
        <w:rPr>
          <w:sz w:val="22"/>
        </w:rPr>
        <w:t>‌</w:t>
      </w:r>
      <w:r w:rsidR="00D914B7" w:rsidRPr="00D914B7">
        <w:rPr>
          <w:sz w:val="22"/>
          <w:rtl/>
        </w:rPr>
        <w:t>ها،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شهرها،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شیوه</w:t>
      </w:r>
      <w:r w:rsidR="00D914B7" w:rsidRPr="00D914B7">
        <w:rPr>
          <w:sz w:val="22"/>
        </w:rPr>
        <w:t>‌</w:t>
      </w:r>
      <w:r w:rsidR="00D914B7" w:rsidRPr="00D914B7">
        <w:rPr>
          <w:sz w:val="22"/>
          <w:rtl/>
        </w:rPr>
        <w:t>های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تولید،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حافظه،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روابط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اجتماعی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و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نهادهایی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است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که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امکان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زندگی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جمعی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را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فراهم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می</w:t>
      </w:r>
      <w:r w:rsidR="00D914B7" w:rsidRPr="00D914B7">
        <w:rPr>
          <w:sz w:val="22"/>
        </w:rPr>
        <w:t>‌</w:t>
      </w:r>
      <w:r w:rsidR="00D914B7" w:rsidRPr="00D914B7">
        <w:rPr>
          <w:sz w:val="22"/>
          <w:rtl/>
        </w:rPr>
        <w:t>کنند</w:t>
      </w:r>
      <w:r w:rsidR="00BA0EEF">
        <w:rPr>
          <w:sz w:val="22"/>
          <w:rtl/>
        </w:rPr>
        <w:t>.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ممکن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است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حکومتی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سقوط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کند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و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کشور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باقی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بماند؛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همان</w:t>
      </w:r>
      <w:r w:rsidR="00D914B7" w:rsidRPr="00D914B7">
        <w:rPr>
          <w:sz w:val="22"/>
        </w:rPr>
        <w:t>‌</w:t>
      </w:r>
      <w:r w:rsidR="00D914B7" w:rsidRPr="00D914B7">
        <w:rPr>
          <w:sz w:val="22"/>
          <w:rtl/>
        </w:rPr>
        <w:t>گونه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که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ممکن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است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حکومتی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بر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سر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کار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باشد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اما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با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نابود</w:t>
      </w:r>
      <w:r>
        <w:rPr>
          <w:rFonts w:hint="cs"/>
          <w:sz w:val="22"/>
          <w:rtl/>
        </w:rPr>
        <w:t xml:space="preserve"> </w:t>
      </w:r>
      <w:r w:rsidR="00D914B7" w:rsidRPr="00D914B7">
        <w:rPr>
          <w:sz w:val="22"/>
          <w:rtl/>
        </w:rPr>
        <w:t>کردن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نهادها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و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منابع،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موجودیت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کشور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را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به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خطر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اندازد</w:t>
      </w:r>
      <w:r w:rsidR="00BA0EEF">
        <w:rPr>
          <w:sz w:val="22"/>
          <w:rtl/>
        </w:rPr>
        <w:t>.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تمایز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سقوط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حکومت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و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نابودی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کشور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یکی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از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پایه</w:t>
      </w:r>
      <w:r w:rsidR="00D914B7" w:rsidRPr="00D914B7">
        <w:rPr>
          <w:sz w:val="22"/>
        </w:rPr>
        <w:t>‌</w:t>
      </w:r>
      <w:r w:rsidR="00D914B7" w:rsidRPr="00D914B7">
        <w:rPr>
          <w:sz w:val="22"/>
          <w:rtl/>
        </w:rPr>
        <w:t>های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این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مجموعه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است</w:t>
      </w:r>
      <w:r w:rsidR="00BA0EEF">
        <w:rPr>
          <w:sz w:val="22"/>
          <w:rtl/>
        </w:rPr>
        <w:t>.</w:t>
      </w:r>
    </w:p>
    <w:p w:rsidR="00C74EF6" w:rsidRPr="00D914B7" w:rsidRDefault="00ED10A7" w:rsidP="00ED10A7">
      <w:pPr>
        <w:bidi/>
        <w:ind w:firstLine="720"/>
        <w:rPr>
          <w:sz w:val="22"/>
        </w:rPr>
      </w:pPr>
      <w:r>
        <w:rPr>
          <w:rFonts w:hint="cs"/>
          <w:sz w:val="22"/>
          <w:rtl/>
        </w:rPr>
        <w:t>«</w:t>
      </w:r>
      <w:r w:rsidR="00D914B7" w:rsidRPr="00D914B7">
        <w:rPr>
          <w:sz w:val="22"/>
          <w:rtl/>
        </w:rPr>
        <w:t>حاکم</w:t>
      </w:r>
      <w:r>
        <w:rPr>
          <w:rFonts w:hint="cs"/>
          <w:sz w:val="22"/>
          <w:rtl/>
        </w:rPr>
        <w:t>»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شخص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یا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نهادی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است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که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فرمان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می</w:t>
      </w:r>
      <w:r w:rsidR="00D914B7" w:rsidRPr="00D914B7">
        <w:rPr>
          <w:sz w:val="22"/>
        </w:rPr>
        <w:t>‌</w:t>
      </w:r>
      <w:r w:rsidR="00D914B7" w:rsidRPr="00D914B7">
        <w:rPr>
          <w:sz w:val="22"/>
          <w:rtl/>
        </w:rPr>
        <w:t>راند</w:t>
      </w:r>
      <w:r>
        <w:rPr>
          <w:rFonts w:hint="cs"/>
          <w:sz w:val="22"/>
          <w:rtl/>
        </w:rPr>
        <w:t>. «</w:t>
      </w:r>
      <w:r w:rsidR="00D914B7" w:rsidRPr="00D914B7">
        <w:rPr>
          <w:sz w:val="22"/>
          <w:rtl/>
        </w:rPr>
        <w:t>حکومت</w:t>
      </w:r>
      <w:r>
        <w:rPr>
          <w:rFonts w:hint="cs"/>
          <w:sz w:val="22"/>
          <w:rtl/>
        </w:rPr>
        <w:t>»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ساخت</w:t>
      </w:r>
      <w:r>
        <w:rPr>
          <w:rFonts w:hint="cs"/>
          <w:sz w:val="22"/>
          <w:rtl/>
        </w:rPr>
        <w:t>ار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و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گروهی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است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که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قدرت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سیاسی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را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در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دوره</w:t>
      </w:r>
      <w:r w:rsidR="00D914B7" w:rsidRPr="00D914B7">
        <w:rPr>
          <w:sz w:val="22"/>
        </w:rPr>
        <w:t>‌</w:t>
      </w:r>
      <w:r w:rsidR="00D914B7" w:rsidRPr="00D914B7">
        <w:rPr>
          <w:sz w:val="22"/>
          <w:rtl/>
        </w:rPr>
        <w:t>ای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معین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در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اختیار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دارد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و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تصمیم</w:t>
      </w:r>
      <w:r w:rsidR="00D914B7" w:rsidRPr="00D914B7">
        <w:rPr>
          <w:sz w:val="22"/>
        </w:rPr>
        <w:t>‌</w:t>
      </w:r>
      <w:r w:rsidR="00D914B7" w:rsidRPr="00D914B7">
        <w:rPr>
          <w:sz w:val="22"/>
          <w:rtl/>
        </w:rPr>
        <w:t>های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الزام</w:t>
      </w:r>
      <w:r w:rsidR="00D914B7" w:rsidRPr="00D914B7">
        <w:rPr>
          <w:sz w:val="22"/>
        </w:rPr>
        <w:t>‌</w:t>
      </w:r>
      <w:r w:rsidR="00D914B7" w:rsidRPr="00D914B7">
        <w:rPr>
          <w:sz w:val="22"/>
          <w:rtl/>
        </w:rPr>
        <w:t>آور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می</w:t>
      </w:r>
      <w:r w:rsidR="00D914B7" w:rsidRPr="00D914B7">
        <w:rPr>
          <w:sz w:val="22"/>
        </w:rPr>
        <w:t>‌</w:t>
      </w:r>
      <w:r w:rsidR="00D914B7" w:rsidRPr="00D914B7">
        <w:rPr>
          <w:sz w:val="22"/>
          <w:rtl/>
        </w:rPr>
        <w:t>گیرد</w:t>
      </w:r>
      <w:r w:rsidR="00BA0EEF">
        <w:rPr>
          <w:sz w:val="22"/>
          <w:rtl/>
        </w:rPr>
        <w:t>.</w:t>
      </w:r>
      <w:r w:rsidR="00D914B7" w:rsidRPr="00D914B7">
        <w:rPr>
          <w:sz w:val="22"/>
        </w:rPr>
        <w:t xml:space="preserve"> </w:t>
      </w:r>
      <w:r>
        <w:rPr>
          <w:rFonts w:hint="cs"/>
          <w:sz w:val="22"/>
          <w:rtl/>
        </w:rPr>
        <w:t>«</w:t>
      </w:r>
      <w:r w:rsidR="00D914B7" w:rsidRPr="00D914B7">
        <w:rPr>
          <w:sz w:val="22"/>
          <w:rtl/>
        </w:rPr>
        <w:t>حاکمیت</w:t>
      </w:r>
      <w:r>
        <w:rPr>
          <w:rFonts w:hint="cs"/>
          <w:sz w:val="22"/>
          <w:rtl/>
        </w:rPr>
        <w:t>»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حق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و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توان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تصمیم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نهایی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در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یک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قلمرو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است</w:t>
      </w:r>
      <w:r w:rsidR="00BA0EEF">
        <w:rPr>
          <w:sz w:val="22"/>
          <w:rtl/>
        </w:rPr>
        <w:t>.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در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دوران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جدید،</w:t>
      </w:r>
      <w:r w:rsidR="00D914B7" w:rsidRPr="00D914B7">
        <w:rPr>
          <w:sz w:val="22"/>
        </w:rPr>
        <w:t xml:space="preserve"> </w:t>
      </w:r>
      <w:r>
        <w:rPr>
          <w:rFonts w:hint="cs"/>
          <w:sz w:val="22"/>
          <w:rtl/>
        </w:rPr>
        <w:t>«</w:t>
      </w:r>
      <w:r w:rsidR="00D914B7" w:rsidRPr="00D914B7">
        <w:rPr>
          <w:sz w:val="22"/>
          <w:rtl/>
        </w:rPr>
        <w:t>دولت</w:t>
      </w:r>
      <w:r>
        <w:rPr>
          <w:rFonts w:hint="cs"/>
          <w:sz w:val="22"/>
          <w:rtl/>
        </w:rPr>
        <w:t xml:space="preserve">» </w:t>
      </w:r>
      <w:r w:rsidR="00D914B7" w:rsidRPr="00D914B7">
        <w:rPr>
          <w:sz w:val="22"/>
          <w:rtl/>
        </w:rPr>
        <w:t>معنایی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گسترده</w:t>
      </w:r>
      <w:r w:rsidR="00D914B7" w:rsidRPr="00D914B7">
        <w:rPr>
          <w:sz w:val="22"/>
        </w:rPr>
        <w:t>‌</w:t>
      </w:r>
      <w:r w:rsidR="00D914B7" w:rsidRPr="00D914B7">
        <w:rPr>
          <w:sz w:val="22"/>
          <w:rtl/>
        </w:rPr>
        <w:t>تر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از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حکومت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روز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دارد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و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به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مجموعه</w:t>
      </w:r>
      <w:r w:rsidR="00BA0EEF">
        <w:rPr>
          <w:sz w:val="22"/>
          <w:rtl/>
        </w:rPr>
        <w:t>ء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نسبتاً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پایدار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نهادهای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عمومی،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اداری،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حقوقی،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مالی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و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دفاعی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اشاره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می</w:t>
      </w:r>
      <w:r w:rsidR="00D914B7" w:rsidRPr="00D914B7">
        <w:rPr>
          <w:sz w:val="22"/>
        </w:rPr>
        <w:t>‌</w:t>
      </w:r>
      <w:r w:rsidR="00D914B7" w:rsidRPr="00D914B7">
        <w:rPr>
          <w:sz w:val="22"/>
          <w:rtl/>
        </w:rPr>
        <w:t>کند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که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با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آمدن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و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رفتن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یک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حکومت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از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میان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نمی</w:t>
      </w:r>
      <w:r w:rsidR="00D914B7" w:rsidRPr="00D914B7">
        <w:rPr>
          <w:sz w:val="22"/>
        </w:rPr>
        <w:t>‌</w:t>
      </w:r>
      <w:r w:rsidR="00D914B7" w:rsidRPr="00D914B7">
        <w:rPr>
          <w:sz w:val="22"/>
          <w:rtl/>
        </w:rPr>
        <w:t>روند</w:t>
      </w:r>
      <w:r w:rsidR="00BA0EEF">
        <w:rPr>
          <w:sz w:val="22"/>
          <w:rtl/>
        </w:rPr>
        <w:t>.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در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متون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تاریخی،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البته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واژه</w:t>
      </w:r>
      <w:r w:rsidR="00BA0EEF">
        <w:rPr>
          <w:sz w:val="22"/>
          <w:rtl/>
        </w:rPr>
        <w:t>ء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دولت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معناهای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دیگری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نیز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داشته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است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و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گاه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به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بخت،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اقتدار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یا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دوران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یک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خاندان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گفته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می</w:t>
      </w:r>
      <w:r w:rsidR="00D914B7" w:rsidRPr="00D914B7">
        <w:rPr>
          <w:sz w:val="22"/>
        </w:rPr>
        <w:t>‌</w:t>
      </w:r>
      <w:r w:rsidR="00D914B7" w:rsidRPr="00D914B7">
        <w:rPr>
          <w:sz w:val="22"/>
          <w:rtl/>
        </w:rPr>
        <w:t>شده؛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ازاین</w:t>
      </w:r>
      <w:r w:rsidR="00D914B7" w:rsidRPr="00D914B7">
        <w:rPr>
          <w:sz w:val="22"/>
        </w:rPr>
        <w:t>‌</w:t>
      </w:r>
      <w:r w:rsidR="00D914B7" w:rsidRPr="00D914B7">
        <w:rPr>
          <w:sz w:val="22"/>
          <w:rtl/>
        </w:rPr>
        <w:t>رو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کاربرد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آن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در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هر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دوره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باید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با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توجه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به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زمینه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فهمیده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شود</w:t>
      </w:r>
      <w:r w:rsidR="00BA0EEF">
        <w:rPr>
          <w:sz w:val="22"/>
          <w:rtl/>
        </w:rPr>
        <w:t>.</w:t>
      </w:r>
    </w:p>
    <w:p w:rsidR="00C74EF6" w:rsidRPr="00D914B7" w:rsidRDefault="00ED10A7" w:rsidP="00ED10A7">
      <w:pPr>
        <w:bidi/>
        <w:ind w:firstLine="720"/>
        <w:rPr>
          <w:sz w:val="22"/>
        </w:rPr>
      </w:pPr>
      <w:r>
        <w:rPr>
          <w:rFonts w:hint="cs"/>
          <w:sz w:val="22"/>
          <w:rtl/>
        </w:rPr>
        <w:t>«</w:t>
      </w:r>
      <w:r w:rsidR="00D914B7" w:rsidRPr="00D914B7">
        <w:rPr>
          <w:sz w:val="22"/>
          <w:rtl/>
        </w:rPr>
        <w:t>حقانیت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حکمرانی</w:t>
      </w:r>
      <w:r>
        <w:rPr>
          <w:rFonts w:hint="cs"/>
          <w:sz w:val="22"/>
          <w:rtl/>
        </w:rPr>
        <w:t>»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پاسخ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به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این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پرسش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است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که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یک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حاکم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یا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حکومت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بر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پایه</w:t>
      </w:r>
      <w:r w:rsidR="00BA0EEF">
        <w:rPr>
          <w:sz w:val="22"/>
          <w:rtl/>
        </w:rPr>
        <w:t>ء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چه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حقی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فرمان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می</w:t>
      </w:r>
      <w:r w:rsidR="00D914B7" w:rsidRPr="00D914B7">
        <w:rPr>
          <w:sz w:val="22"/>
        </w:rPr>
        <w:t>‌</w:t>
      </w:r>
      <w:r w:rsidR="00D914B7" w:rsidRPr="00D914B7">
        <w:rPr>
          <w:sz w:val="22"/>
          <w:rtl/>
        </w:rPr>
        <w:t>راند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و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چرا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دیگران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باید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تصمیم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او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را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الزام</w:t>
      </w:r>
      <w:r w:rsidR="00D914B7" w:rsidRPr="00D914B7">
        <w:rPr>
          <w:sz w:val="22"/>
        </w:rPr>
        <w:t>‌</w:t>
      </w:r>
      <w:r w:rsidR="00D914B7" w:rsidRPr="00D914B7">
        <w:rPr>
          <w:sz w:val="22"/>
          <w:rtl/>
        </w:rPr>
        <w:t>آور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بدانند</w:t>
      </w:r>
      <w:r w:rsidR="00BA0EEF">
        <w:rPr>
          <w:sz w:val="22"/>
          <w:rtl/>
        </w:rPr>
        <w:t>.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این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حق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در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دوره</w:t>
      </w:r>
      <w:r w:rsidR="00D914B7" w:rsidRPr="00D914B7">
        <w:rPr>
          <w:sz w:val="22"/>
        </w:rPr>
        <w:t>‌</w:t>
      </w:r>
      <w:r w:rsidR="00D914B7" w:rsidRPr="00D914B7">
        <w:rPr>
          <w:sz w:val="22"/>
          <w:rtl/>
        </w:rPr>
        <w:t>های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مختلف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به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خواست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خدا،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خون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و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دودمان،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فتح،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تأیید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دینکاران،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قانون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یا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اراده</w:t>
      </w:r>
      <w:r w:rsidR="00BA0EEF">
        <w:rPr>
          <w:sz w:val="22"/>
          <w:rtl/>
        </w:rPr>
        <w:t>ء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ملت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نسبت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داده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شده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است</w:t>
      </w:r>
      <w:r w:rsidR="00BA0EEF">
        <w:rPr>
          <w:sz w:val="22"/>
          <w:rtl/>
        </w:rPr>
        <w:t>.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توانایی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وادارکردن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مردم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به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اطاعت،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به</w:t>
      </w:r>
      <w:r w:rsidR="00D914B7" w:rsidRPr="00D914B7">
        <w:rPr>
          <w:sz w:val="22"/>
        </w:rPr>
        <w:t>‌</w:t>
      </w:r>
      <w:r w:rsidR="00D914B7" w:rsidRPr="00D914B7">
        <w:rPr>
          <w:sz w:val="22"/>
          <w:rtl/>
        </w:rPr>
        <w:t>تنهایی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حقانیت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نمی</w:t>
      </w:r>
      <w:r w:rsidR="00D914B7" w:rsidRPr="00D914B7">
        <w:rPr>
          <w:sz w:val="22"/>
        </w:rPr>
        <w:t>‌</w:t>
      </w:r>
      <w:r w:rsidR="00D914B7" w:rsidRPr="00D914B7">
        <w:rPr>
          <w:sz w:val="22"/>
          <w:rtl/>
        </w:rPr>
        <w:t>آفریند؛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همان</w:t>
      </w:r>
      <w:r w:rsidR="00D914B7" w:rsidRPr="00D914B7">
        <w:rPr>
          <w:sz w:val="22"/>
        </w:rPr>
        <w:t>‌</w:t>
      </w:r>
      <w:r w:rsidR="00D914B7" w:rsidRPr="00D914B7">
        <w:rPr>
          <w:sz w:val="22"/>
          <w:rtl/>
        </w:rPr>
        <w:t>گونه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که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ادعای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حق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بدون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توانایی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حکومت</w:t>
      </w:r>
      <w:r w:rsidR="00D914B7" w:rsidRPr="00D914B7">
        <w:rPr>
          <w:sz w:val="22"/>
        </w:rPr>
        <w:t>‌</w:t>
      </w:r>
      <w:r w:rsidR="00D914B7" w:rsidRPr="00D914B7">
        <w:rPr>
          <w:sz w:val="22"/>
          <w:rtl/>
        </w:rPr>
        <w:t>کردن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نیز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نظم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سیاسی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پایدار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نمی</w:t>
      </w:r>
      <w:r w:rsidR="00D914B7" w:rsidRPr="00D914B7">
        <w:rPr>
          <w:sz w:val="22"/>
        </w:rPr>
        <w:t>‌</w:t>
      </w:r>
      <w:r w:rsidR="00D914B7" w:rsidRPr="00D914B7">
        <w:rPr>
          <w:sz w:val="22"/>
          <w:rtl/>
        </w:rPr>
        <w:t>سازد</w:t>
      </w:r>
      <w:r w:rsidR="00BA0EEF">
        <w:rPr>
          <w:sz w:val="22"/>
          <w:rtl/>
        </w:rPr>
        <w:t>.</w:t>
      </w:r>
    </w:p>
    <w:p w:rsidR="00C74EF6" w:rsidRPr="00D914B7" w:rsidRDefault="00ED10A7" w:rsidP="00ED10A7">
      <w:pPr>
        <w:bidi/>
        <w:ind w:firstLine="720"/>
        <w:rPr>
          <w:sz w:val="22"/>
        </w:rPr>
      </w:pPr>
      <w:r>
        <w:rPr>
          <w:rFonts w:hint="cs"/>
          <w:sz w:val="22"/>
          <w:rtl/>
        </w:rPr>
        <w:t>«</w:t>
      </w:r>
      <w:r w:rsidR="00D914B7" w:rsidRPr="00D914B7">
        <w:rPr>
          <w:sz w:val="22"/>
          <w:rtl/>
        </w:rPr>
        <w:t>ملت</w:t>
      </w:r>
      <w:r>
        <w:rPr>
          <w:rFonts w:hint="cs"/>
          <w:sz w:val="22"/>
          <w:rtl/>
        </w:rPr>
        <w:t>»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در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متون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کلاسیک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فارسی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و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عربی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غالباً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به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معنای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دین،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آیین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یا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شریعت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به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کار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می</w:t>
      </w:r>
      <w:r w:rsidR="00D914B7" w:rsidRPr="00D914B7">
        <w:rPr>
          <w:sz w:val="22"/>
        </w:rPr>
        <w:t>‌</w:t>
      </w:r>
      <w:r w:rsidR="00D914B7" w:rsidRPr="00D914B7">
        <w:rPr>
          <w:sz w:val="22"/>
          <w:rtl/>
        </w:rPr>
        <w:t>رفت</w:t>
      </w:r>
      <w:r w:rsidR="00BA0EEF">
        <w:rPr>
          <w:sz w:val="22"/>
          <w:rtl/>
        </w:rPr>
        <w:t>.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در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دوران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جدید،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این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واژه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به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جامعه</w:t>
      </w:r>
      <w:r w:rsidR="00BA0EEF">
        <w:rPr>
          <w:sz w:val="22"/>
          <w:rtl/>
        </w:rPr>
        <w:t>ء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شهروندان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یک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کشور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اطلاق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شد؛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جامعه</w:t>
      </w:r>
      <w:r w:rsidR="00D914B7" w:rsidRPr="00D914B7">
        <w:rPr>
          <w:sz w:val="22"/>
        </w:rPr>
        <w:t>‌</w:t>
      </w:r>
      <w:r w:rsidR="00D914B7" w:rsidRPr="00D914B7">
        <w:rPr>
          <w:sz w:val="22"/>
          <w:rtl/>
        </w:rPr>
        <w:t>ای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که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اعضای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آن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صرف</w:t>
      </w:r>
      <w:r w:rsidR="00D914B7" w:rsidRPr="00D914B7">
        <w:rPr>
          <w:sz w:val="22"/>
        </w:rPr>
        <w:t>‌</w:t>
      </w:r>
      <w:r w:rsidR="00D914B7" w:rsidRPr="00D914B7">
        <w:rPr>
          <w:sz w:val="22"/>
          <w:rtl/>
        </w:rPr>
        <w:t>نظر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از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وابستگی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دینی،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قومی،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طبقاتی،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جنسی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یا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محلی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از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حقوق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برابر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برخوردارند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و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سرچشمه</w:t>
      </w:r>
      <w:r w:rsidR="00BA0EEF">
        <w:rPr>
          <w:sz w:val="22"/>
          <w:rtl/>
        </w:rPr>
        <w:t>ء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حقانیت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حکمرانی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به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شمار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می</w:t>
      </w:r>
      <w:r w:rsidR="00D914B7" w:rsidRPr="00D914B7">
        <w:rPr>
          <w:sz w:val="22"/>
        </w:rPr>
        <w:t>‌</w:t>
      </w:r>
      <w:r w:rsidR="00D914B7" w:rsidRPr="00D914B7">
        <w:rPr>
          <w:sz w:val="22"/>
          <w:rtl/>
        </w:rPr>
        <w:t>آیند</w:t>
      </w:r>
      <w:r w:rsidR="00BA0EEF">
        <w:rPr>
          <w:sz w:val="22"/>
          <w:rtl/>
        </w:rPr>
        <w:t>.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هرجا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این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کتاب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درباره</w:t>
      </w:r>
      <w:r w:rsidR="00BA0EEF">
        <w:rPr>
          <w:sz w:val="22"/>
          <w:rtl/>
        </w:rPr>
        <w:t>ء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دوره</w:t>
      </w:r>
      <w:r w:rsidR="00D914B7" w:rsidRPr="00D914B7">
        <w:rPr>
          <w:sz w:val="22"/>
        </w:rPr>
        <w:t>‌</w:t>
      </w:r>
      <w:r w:rsidR="00D914B7" w:rsidRPr="00D914B7">
        <w:rPr>
          <w:sz w:val="22"/>
          <w:rtl/>
        </w:rPr>
        <w:t>های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پیش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از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پیدایش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مفهوم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جدید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شهروندی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سخن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می</w:t>
      </w:r>
      <w:r w:rsidR="00D914B7" w:rsidRPr="00D914B7">
        <w:rPr>
          <w:sz w:val="22"/>
        </w:rPr>
        <w:t>‌</w:t>
      </w:r>
      <w:r w:rsidR="00D914B7" w:rsidRPr="00D914B7">
        <w:rPr>
          <w:sz w:val="22"/>
          <w:rtl/>
        </w:rPr>
        <w:t>گوید،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باید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میان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جمعیت،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رعایا،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اهالی،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امت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و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ملت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جدید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تفاوت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گذاشت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و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مفاهیم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امروز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را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بی</w:t>
      </w:r>
      <w:r w:rsidR="00D914B7" w:rsidRPr="00D914B7">
        <w:rPr>
          <w:sz w:val="22"/>
        </w:rPr>
        <w:t>‌</w:t>
      </w:r>
      <w:r w:rsidR="00D914B7" w:rsidRPr="00D914B7">
        <w:rPr>
          <w:sz w:val="22"/>
          <w:rtl/>
        </w:rPr>
        <w:t>احتیاط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به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گذشته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تحمیل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نکرد</w:t>
      </w:r>
      <w:r w:rsidR="00BA0EEF">
        <w:rPr>
          <w:sz w:val="22"/>
          <w:rtl/>
        </w:rPr>
        <w:t>.</w:t>
      </w:r>
    </w:p>
    <w:p w:rsidR="00C74EF6" w:rsidRPr="00D914B7" w:rsidRDefault="00D914B7" w:rsidP="00ED10A7">
      <w:pPr>
        <w:bidi/>
        <w:ind w:firstLine="720"/>
        <w:rPr>
          <w:sz w:val="22"/>
        </w:rPr>
      </w:pPr>
      <w:r w:rsidRPr="00D914B7">
        <w:rPr>
          <w:sz w:val="22"/>
          <w:rtl/>
        </w:rPr>
        <w:t>پسوند</w:t>
      </w:r>
      <w:r w:rsidRPr="00D914B7">
        <w:rPr>
          <w:sz w:val="22"/>
        </w:rPr>
        <w:t xml:space="preserve"> </w:t>
      </w:r>
      <w:r w:rsidR="00ED10A7">
        <w:rPr>
          <w:rFonts w:hint="cs"/>
          <w:sz w:val="22"/>
          <w:rtl/>
        </w:rPr>
        <w:t>«</w:t>
      </w:r>
      <w:r w:rsidRPr="00D914B7">
        <w:rPr>
          <w:sz w:val="22"/>
          <w:rtl/>
        </w:rPr>
        <w:t>سالاری</w:t>
      </w:r>
      <w:r w:rsidR="00ED10A7">
        <w:rPr>
          <w:rFonts w:hint="cs"/>
          <w:sz w:val="22"/>
          <w:rtl/>
        </w:rPr>
        <w:t>»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واژه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هایی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چون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مردم</w:t>
      </w:r>
      <w:r w:rsidRPr="00D914B7">
        <w:rPr>
          <w:sz w:val="22"/>
        </w:rPr>
        <w:t>‌</w:t>
      </w:r>
      <w:r w:rsidRPr="00D914B7">
        <w:rPr>
          <w:sz w:val="22"/>
          <w:rtl/>
        </w:rPr>
        <w:t>سالاری،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دیوان</w:t>
      </w:r>
      <w:r w:rsidRPr="00D914B7">
        <w:rPr>
          <w:sz w:val="22"/>
        </w:rPr>
        <w:t>‌</w:t>
      </w:r>
      <w:r w:rsidRPr="00D914B7">
        <w:rPr>
          <w:sz w:val="22"/>
          <w:rtl/>
        </w:rPr>
        <w:t>سالاری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دین</w:t>
      </w:r>
      <w:r w:rsidRPr="00D914B7">
        <w:rPr>
          <w:sz w:val="22"/>
        </w:rPr>
        <w:t>‌</w:t>
      </w:r>
      <w:r w:rsidRPr="00D914B7">
        <w:rPr>
          <w:sz w:val="22"/>
          <w:rtl/>
        </w:rPr>
        <w:t>سالاری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ترجمه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جاافتاده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صورت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گوناگون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قدرت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فرمانروایی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بااین</w:t>
      </w:r>
      <w:r w:rsidRPr="00D914B7">
        <w:rPr>
          <w:sz w:val="22"/>
        </w:rPr>
        <w:t>‌</w:t>
      </w:r>
      <w:r w:rsidRPr="00D914B7">
        <w:rPr>
          <w:sz w:val="22"/>
          <w:rtl/>
        </w:rPr>
        <w:t>حال،</w:t>
      </w:r>
      <w:r w:rsidRPr="00D914B7">
        <w:rPr>
          <w:sz w:val="22"/>
        </w:rPr>
        <w:t xml:space="preserve"> </w:t>
      </w:r>
      <w:r w:rsidR="00ED10A7">
        <w:rPr>
          <w:rFonts w:hint="cs"/>
          <w:sz w:val="22"/>
          <w:rtl/>
        </w:rPr>
        <w:t>«</w:t>
      </w:r>
      <w:r w:rsidRPr="00D914B7">
        <w:rPr>
          <w:sz w:val="22"/>
          <w:rtl/>
        </w:rPr>
        <w:t>سالاری</w:t>
      </w:r>
      <w:r w:rsidR="00ED10A7">
        <w:rPr>
          <w:rFonts w:hint="cs"/>
          <w:sz w:val="22"/>
          <w:rtl/>
        </w:rPr>
        <w:t>»</w:t>
      </w:r>
      <w:r w:rsidR="00ED10A7">
        <w:rPr>
          <w:sz w:val="22"/>
        </w:rPr>
        <w:t>»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ترکیب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لزوماً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معنای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وجود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شخصی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نام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سالار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نیست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دیوان</w:t>
      </w:r>
      <w:r w:rsidRPr="00D914B7">
        <w:rPr>
          <w:sz w:val="22"/>
        </w:rPr>
        <w:t>‌</w:t>
      </w:r>
      <w:r w:rsidRPr="00D914B7">
        <w:rPr>
          <w:sz w:val="22"/>
          <w:rtl/>
        </w:rPr>
        <w:t>سالاری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فقط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گروهی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کارمندان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فرمانروایی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مستقیم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آنان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نیست؛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شبکه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نهادها،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روش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دانش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کارکنانی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اداره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ممکن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کنند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دین</w:t>
      </w:r>
      <w:r w:rsidRPr="00D914B7">
        <w:rPr>
          <w:sz w:val="22"/>
        </w:rPr>
        <w:t>‌</w:t>
      </w:r>
      <w:r w:rsidRPr="00D914B7">
        <w:rPr>
          <w:sz w:val="22"/>
          <w:rtl/>
        </w:rPr>
        <w:t>سالاری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صرفاً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حضور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دینکار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حکومت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نیست؛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وضعیتی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نهاد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قواعد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دینی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تصمیم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سیاسی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حق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تقدم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یابند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مردم</w:t>
      </w:r>
      <w:r w:rsidRPr="00D914B7">
        <w:rPr>
          <w:sz w:val="22"/>
        </w:rPr>
        <w:t>‌</w:t>
      </w:r>
      <w:r w:rsidRPr="00D914B7">
        <w:rPr>
          <w:sz w:val="22"/>
          <w:rtl/>
        </w:rPr>
        <w:t>سالاری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معنای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جدید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حاکمیت</w:t>
      </w:r>
      <w:r w:rsidRPr="00D914B7">
        <w:rPr>
          <w:sz w:val="22"/>
        </w:rPr>
        <w:t xml:space="preserve"> </w:t>
      </w:r>
      <w:r w:rsidR="00ED10A7">
        <w:rPr>
          <w:rFonts w:hint="cs"/>
          <w:sz w:val="22"/>
          <w:rtl/>
        </w:rPr>
        <w:t>«</w:t>
      </w:r>
      <w:r w:rsidRPr="00D914B7">
        <w:rPr>
          <w:sz w:val="22"/>
          <w:rtl/>
        </w:rPr>
        <w:t>ملت</w:t>
      </w:r>
      <w:r w:rsidR="00ED10A7">
        <w:rPr>
          <w:rFonts w:hint="cs"/>
          <w:sz w:val="22"/>
          <w:rtl/>
        </w:rPr>
        <w:t>»</w:t>
      </w:r>
      <w:r w:rsidRPr="00D914B7">
        <w:rPr>
          <w:sz w:val="22"/>
        </w:rPr>
        <w:t xml:space="preserve"> </w:t>
      </w:r>
      <w:r w:rsidR="00ED10A7">
        <w:rPr>
          <w:rFonts w:hint="cs"/>
          <w:sz w:val="22"/>
          <w:rtl/>
        </w:rPr>
        <w:t>(</w:t>
      </w:r>
      <w:r w:rsidRPr="00D914B7">
        <w:rPr>
          <w:sz w:val="22"/>
          <w:rtl/>
        </w:rPr>
        <w:t>یعنی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جامعه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شهروندان</w:t>
      </w:r>
      <w:r w:rsidR="00ED10A7">
        <w:rPr>
          <w:rFonts w:hint="cs"/>
          <w:sz w:val="22"/>
          <w:rtl/>
        </w:rPr>
        <w:t>)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منتهی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استفاده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مبهم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نام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مردم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توجیه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قدرت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گروهی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خاص</w:t>
      </w:r>
      <w:r w:rsidR="00BA0EEF">
        <w:rPr>
          <w:sz w:val="22"/>
          <w:rtl/>
        </w:rPr>
        <w:t>.</w:t>
      </w:r>
    </w:p>
    <w:p w:rsidR="00C74EF6" w:rsidRPr="00D914B7" w:rsidRDefault="00ED10A7" w:rsidP="00ED10A7">
      <w:pPr>
        <w:bidi/>
        <w:ind w:firstLine="720"/>
        <w:rPr>
          <w:sz w:val="22"/>
        </w:rPr>
      </w:pPr>
      <w:r>
        <w:rPr>
          <w:rFonts w:hint="cs"/>
          <w:sz w:val="22"/>
          <w:rtl/>
        </w:rPr>
        <w:t>«</w:t>
      </w:r>
      <w:r w:rsidR="00D914B7" w:rsidRPr="00D914B7">
        <w:rPr>
          <w:sz w:val="22"/>
          <w:rtl/>
        </w:rPr>
        <w:t>دینکاران</w:t>
      </w:r>
      <w:r>
        <w:rPr>
          <w:rFonts w:hint="cs"/>
          <w:sz w:val="22"/>
          <w:rtl/>
        </w:rPr>
        <w:t>»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در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این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مجموعه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به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کسانی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گفته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می</w:t>
      </w:r>
      <w:r w:rsidR="00D914B7" w:rsidRPr="00D914B7">
        <w:rPr>
          <w:sz w:val="22"/>
        </w:rPr>
        <w:t>‌</w:t>
      </w:r>
      <w:r w:rsidR="00D914B7" w:rsidRPr="00D914B7">
        <w:rPr>
          <w:sz w:val="22"/>
          <w:rtl/>
        </w:rPr>
        <w:t>شود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که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فعالیت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اصلی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و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جایگاه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اجتماعی</w:t>
      </w:r>
      <w:r w:rsidR="00D914B7" w:rsidRPr="00D914B7">
        <w:rPr>
          <w:sz w:val="22"/>
        </w:rPr>
        <w:t>‌</w:t>
      </w:r>
      <w:r w:rsidR="00D914B7" w:rsidRPr="00D914B7">
        <w:rPr>
          <w:sz w:val="22"/>
          <w:rtl/>
        </w:rPr>
        <w:t>شان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از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تخصص،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منصب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یا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اقتدار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دینی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ناشی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می</w:t>
      </w:r>
      <w:r w:rsidR="00D914B7" w:rsidRPr="00D914B7">
        <w:rPr>
          <w:sz w:val="22"/>
        </w:rPr>
        <w:t>‌</w:t>
      </w:r>
      <w:r w:rsidR="00D914B7" w:rsidRPr="00D914B7">
        <w:rPr>
          <w:sz w:val="22"/>
          <w:rtl/>
        </w:rPr>
        <w:t>شود</w:t>
      </w:r>
      <w:r w:rsidR="00BA0EEF">
        <w:rPr>
          <w:sz w:val="22"/>
          <w:rtl/>
        </w:rPr>
        <w:t>.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این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واژه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از</w:t>
      </w:r>
      <w:r w:rsidR="00D914B7" w:rsidRPr="00D914B7">
        <w:rPr>
          <w:sz w:val="22"/>
        </w:rPr>
        <w:t xml:space="preserve"> </w:t>
      </w:r>
      <w:r>
        <w:rPr>
          <w:rFonts w:hint="cs"/>
          <w:sz w:val="22"/>
          <w:rtl/>
        </w:rPr>
        <w:t>«</w:t>
      </w:r>
      <w:r w:rsidR="00D914B7" w:rsidRPr="00D914B7">
        <w:rPr>
          <w:sz w:val="22"/>
          <w:rtl/>
        </w:rPr>
        <w:t>روحانیت</w:t>
      </w:r>
      <w:r>
        <w:rPr>
          <w:rFonts w:hint="cs"/>
          <w:sz w:val="22"/>
          <w:rtl/>
        </w:rPr>
        <w:t xml:space="preserve">» </w:t>
      </w:r>
      <w:r w:rsidR="00D914B7" w:rsidRPr="00D914B7">
        <w:rPr>
          <w:sz w:val="22"/>
          <w:rtl/>
        </w:rPr>
        <w:t>دقیق</w:t>
      </w:r>
      <w:r w:rsidR="00D914B7" w:rsidRPr="00D914B7">
        <w:rPr>
          <w:sz w:val="22"/>
        </w:rPr>
        <w:t>‌</w:t>
      </w:r>
      <w:r w:rsidR="00D914B7" w:rsidRPr="00D914B7">
        <w:rPr>
          <w:sz w:val="22"/>
          <w:rtl/>
        </w:rPr>
        <w:t>تر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است،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زیرا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وجود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جوهر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یا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طبقه</w:t>
      </w:r>
      <w:r w:rsidR="00D914B7" w:rsidRPr="00D914B7">
        <w:rPr>
          <w:sz w:val="22"/>
        </w:rPr>
        <w:t>‌</w:t>
      </w:r>
      <w:r w:rsidR="00D914B7" w:rsidRPr="00D914B7">
        <w:rPr>
          <w:sz w:val="22"/>
          <w:rtl/>
        </w:rPr>
        <w:t>ای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روحانی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را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پیش</w:t>
      </w:r>
      <w:r w:rsidR="00D914B7" w:rsidRPr="00D914B7">
        <w:rPr>
          <w:sz w:val="22"/>
        </w:rPr>
        <w:t>‌</w:t>
      </w:r>
      <w:r w:rsidR="00D914B7" w:rsidRPr="00D914B7">
        <w:rPr>
          <w:sz w:val="22"/>
          <w:rtl/>
        </w:rPr>
        <w:t>فرض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نمی</w:t>
      </w:r>
      <w:r w:rsidR="00D914B7" w:rsidRPr="00D914B7">
        <w:rPr>
          <w:sz w:val="22"/>
        </w:rPr>
        <w:t>‌</w:t>
      </w:r>
      <w:r w:rsidR="00D914B7" w:rsidRPr="00D914B7">
        <w:rPr>
          <w:sz w:val="22"/>
          <w:rtl/>
        </w:rPr>
        <w:t>گیرد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و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موبد،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کاهن،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فقیه،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مجتهد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و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دیگر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صاحبان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حرفه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و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اقتدار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دینی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را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در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دوره</w:t>
      </w:r>
      <w:r w:rsidR="00D914B7" w:rsidRPr="00D914B7">
        <w:rPr>
          <w:sz w:val="22"/>
        </w:rPr>
        <w:t>‌</w:t>
      </w:r>
      <w:r w:rsidR="00D914B7" w:rsidRPr="00D914B7">
        <w:rPr>
          <w:sz w:val="22"/>
          <w:rtl/>
        </w:rPr>
        <w:t>های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متفاوت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دربرمی</w:t>
      </w:r>
      <w:r w:rsidR="00D914B7" w:rsidRPr="00D914B7">
        <w:rPr>
          <w:sz w:val="22"/>
        </w:rPr>
        <w:t>‌</w:t>
      </w:r>
      <w:r w:rsidR="00D914B7" w:rsidRPr="00D914B7">
        <w:rPr>
          <w:sz w:val="22"/>
          <w:rtl/>
        </w:rPr>
        <w:t>گیرد</w:t>
      </w:r>
      <w:r w:rsidR="00BA0EEF">
        <w:rPr>
          <w:sz w:val="22"/>
          <w:rtl/>
        </w:rPr>
        <w:t>.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دینکار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با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مؤمن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یکسان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نیست</w:t>
      </w:r>
      <w:r w:rsidR="00BA0EEF">
        <w:rPr>
          <w:sz w:val="22"/>
          <w:rtl/>
        </w:rPr>
        <w:t>.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میلیون</w:t>
      </w:r>
      <w:r w:rsidR="00D914B7" w:rsidRPr="00D914B7">
        <w:rPr>
          <w:sz w:val="22"/>
        </w:rPr>
        <w:t>‌</w:t>
      </w:r>
      <w:r w:rsidR="00D914B7" w:rsidRPr="00D914B7">
        <w:rPr>
          <w:sz w:val="22"/>
          <w:rtl/>
        </w:rPr>
        <w:t>ها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انسان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ممکن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است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دیندار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باشند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بی</w:t>
      </w:r>
      <w:r w:rsidR="00D914B7" w:rsidRPr="00D914B7">
        <w:rPr>
          <w:sz w:val="22"/>
        </w:rPr>
        <w:t>‌</w:t>
      </w:r>
      <w:r w:rsidR="00D914B7" w:rsidRPr="00D914B7">
        <w:rPr>
          <w:sz w:val="22"/>
          <w:rtl/>
        </w:rPr>
        <w:t>آنکه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عضو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نهاد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دین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یا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صاحب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حق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تفسیر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و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فرمان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مذهبی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باشند</w:t>
      </w:r>
      <w:r w:rsidR="00BA0EEF">
        <w:rPr>
          <w:sz w:val="22"/>
          <w:rtl/>
        </w:rPr>
        <w:t>.</w:t>
      </w:r>
    </w:p>
    <w:p w:rsidR="00C74EF6" w:rsidRPr="00D914B7" w:rsidRDefault="00ED10A7" w:rsidP="00ED10A7">
      <w:pPr>
        <w:bidi/>
        <w:ind w:firstLine="720"/>
        <w:rPr>
          <w:sz w:val="22"/>
        </w:rPr>
      </w:pPr>
      <w:r>
        <w:rPr>
          <w:rFonts w:hint="cs"/>
          <w:sz w:val="22"/>
          <w:rtl/>
        </w:rPr>
        <w:t>«</w:t>
      </w:r>
      <w:r w:rsidR="00D914B7" w:rsidRPr="00D914B7">
        <w:rPr>
          <w:sz w:val="22"/>
          <w:rtl/>
        </w:rPr>
        <w:t>شریعت</w:t>
      </w:r>
      <w:r>
        <w:rPr>
          <w:rFonts w:hint="cs"/>
          <w:sz w:val="22"/>
          <w:rtl/>
        </w:rPr>
        <w:t>»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نیز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در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این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کتاب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با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ایمان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شخصی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یا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کلیت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دین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یکی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گرفته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نمی</w:t>
      </w:r>
      <w:r w:rsidR="00D914B7" w:rsidRPr="00D914B7">
        <w:rPr>
          <w:sz w:val="22"/>
        </w:rPr>
        <w:t>‌</w:t>
      </w:r>
      <w:r w:rsidR="00D914B7" w:rsidRPr="00D914B7">
        <w:rPr>
          <w:sz w:val="22"/>
          <w:rtl/>
        </w:rPr>
        <w:t>شود</w:t>
      </w:r>
      <w:r w:rsidR="00BA0EEF">
        <w:rPr>
          <w:sz w:val="22"/>
          <w:rtl/>
        </w:rPr>
        <w:t>.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مقصود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نظامی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از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قواعد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و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احکام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است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که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حقانیت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خود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را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به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حقیقتی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قدسی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و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فراتر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از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اراده</w:t>
      </w:r>
      <w:r w:rsidR="00BA0EEF">
        <w:rPr>
          <w:sz w:val="22"/>
          <w:rtl/>
        </w:rPr>
        <w:t>ء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انسان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نسبت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می</w:t>
      </w:r>
      <w:r w:rsidR="00D914B7" w:rsidRPr="00D914B7">
        <w:rPr>
          <w:sz w:val="22"/>
        </w:rPr>
        <w:t>‌</w:t>
      </w:r>
      <w:r w:rsidR="00D914B7" w:rsidRPr="00D914B7">
        <w:rPr>
          <w:sz w:val="22"/>
          <w:rtl/>
        </w:rPr>
        <w:t>دهد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و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مدعی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تنظیم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بخش</w:t>
      </w:r>
      <w:r w:rsidR="00D914B7" w:rsidRPr="00D914B7">
        <w:rPr>
          <w:sz w:val="22"/>
        </w:rPr>
        <w:t>‌</w:t>
      </w:r>
      <w:r w:rsidR="00D914B7" w:rsidRPr="00D914B7">
        <w:rPr>
          <w:sz w:val="22"/>
          <w:rtl/>
        </w:rPr>
        <w:t>هایی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از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زندگی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فردی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و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اجتماعی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است</w:t>
      </w:r>
      <w:r w:rsidR="00BA0EEF">
        <w:rPr>
          <w:sz w:val="22"/>
          <w:rtl/>
        </w:rPr>
        <w:t>.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فقه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و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دینکاران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در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طول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تاریخ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ابزارهایی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برای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تفسیر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و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سازگاری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با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شرایط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تازه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ساخته</w:t>
      </w:r>
      <w:r w:rsidR="00D914B7" w:rsidRPr="00D914B7">
        <w:rPr>
          <w:sz w:val="22"/>
        </w:rPr>
        <w:t>‌</w:t>
      </w:r>
      <w:r w:rsidR="00D914B7" w:rsidRPr="00D914B7">
        <w:rPr>
          <w:sz w:val="22"/>
          <w:rtl/>
        </w:rPr>
        <w:t>اند،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اما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همین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سازگاری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غالباً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اختیار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تغییر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را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در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انحصار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متخصصان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دینی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نگاه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داشته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است</w:t>
      </w:r>
      <w:r w:rsidR="00BA0EEF">
        <w:rPr>
          <w:sz w:val="22"/>
          <w:rtl/>
        </w:rPr>
        <w:t>.</w:t>
      </w:r>
    </w:p>
    <w:p w:rsidR="00C74EF6" w:rsidRPr="00D914B7" w:rsidRDefault="002D0479" w:rsidP="002D0479">
      <w:pPr>
        <w:bidi/>
        <w:ind w:firstLine="720"/>
        <w:rPr>
          <w:sz w:val="22"/>
        </w:rPr>
      </w:pPr>
      <w:r>
        <w:rPr>
          <w:rFonts w:hint="cs"/>
          <w:sz w:val="22"/>
          <w:rtl/>
        </w:rPr>
        <w:t>«</w:t>
      </w:r>
      <w:r w:rsidR="00D914B7" w:rsidRPr="00D914B7">
        <w:rPr>
          <w:sz w:val="22"/>
          <w:rtl/>
        </w:rPr>
        <w:t>سکولار</w:t>
      </w:r>
      <w:r>
        <w:rPr>
          <w:rFonts w:hint="cs"/>
          <w:sz w:val="22"/>
          <w:rtl/>
        </w:rPr>
        <w:t>یسم» و «سکولاریسم نو»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به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معنای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دشمنی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با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دین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یا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نفی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آزادی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باور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نیست</w:t>
      </w:r>
      <w:r>
        <w:rPr>
          <w:rFonts w:hint="cs"/>
          <w:sz w:val="22"/>
          <w:rtl/>
        </w:rPr>
        <w:t>ند</w:t>
      </w:r>
      <w:r w:rsidR="00BA0EEF">
        <w:rPr>
          <w:sz w:val="22"/>
          <w:rtl/>
        </w:rPr>
        <w:t>.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سکولارکردن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حکومت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یعنی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جداکردن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حق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فرمان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عمومی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و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قانون</w:t>
      </w:r>
      <w:r w:rsidR="00D914B7" w:rsidRPr="00D914B7">
        <w:rPr>
          <w:sz w:val="22"/>
        </w:rPr>
        <w:t>‌</w:t>
      </w:r>
      <w:r w:rsidR="00D914B7" w:rsidRPr="00D914B7">
        <w:rPr>
          <w:sz w:val="22"/>
          <w:rtl/>
        </w:rPr>
        <w:t>گذاری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از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ادعای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انحصاری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یک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دین،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مذهب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یا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ایدئولوژی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و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سپردن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آن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به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نهادهایی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که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از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اراده</w:t>
      </w:r>
      <w:r w:rsidR="00BA0EEF">
        <w:rPr>
          <w:sz w:val="22"/>
          <w:rtl/>
        </w:rPr>
        <w:t>ء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برابر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شهروندان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سرچشمه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می</w:t>
      </w:r>
      <w:r w:rsidR="00D914B7" w:rsidRPr="00D914B7">
        <w:rPr>
          <w:sz w:val="22"/>
        </w:rPr>
        <w:t>‌</w:t>
      </w:r>
      <w:r w:rsidR="00D914B7" w:rsidRPr="00D914B7">
        <w:rPr>
          <w:sz w:val="22"/>
          <w:rtl/>
        </w:rPr>
        <w:t>گیرند</w:t>
      </w:r>
      <w:r w:rsidR="00BA0EEF">
        <w:rPr>
          <w:sz w:val="22"/>
          <w:rtl/>
        </w:rPr>
        <w:t>.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جامعه</w:t>
      </w:r>
      <w:r w:rsidR="00BA0EEF">
        <w:rPr>
          <w:sz w:val="22"/>
          <w:rtl/>
        </w:rPr>
        <w:t>ء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سکولار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می</w:t>
      </w:r>
      <w:r w:rsidR="00D914B7" w:rsidRPr="00D914B7">
        <w:rPr>
          <w:sz w:val="22"/>
        </w:rPr>
        <w:t>‌</w:t>
      </w:r>
      <w:r w:rsidR="00D914B7" w:rsidRPr="00D914B7">
        <w:rPr>
          <w:sz w:val="22"/>
          <w:rtl/>
        </w:rPr>
        <w:t>تواند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دیندار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باشد؛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آنچه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سکولار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نیست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حکومتی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است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که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برای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گروهی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به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سبب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عقیده</w:t>
      </w:r>
      <w:r w:rsidR="00BA0EEF">
        <w:rPr>
          <w:sz w:val="22"/>
          <w:rtl/>
        </w:rPr>
        <w:t>ء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دینی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حق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سیاسی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بیشتر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قائل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شود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یا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قانون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عمومی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را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از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دسترس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تصمیم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و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اصلاح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شهروندان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بیرون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ببرد</w:t>
      </w:r>
      <w:r w:rsidR="00BA0EEF">
        <w:rPr>
          <w:sz w:val="22"/>
          <w:rtl/>
        </w:rPr>
        <w:t>.</w:t>
      </w:r>
    </w:p>
    <w:p w:rsidR="00C74EF6" w:rsidRPr="00D914B7" w:rsidRDefault="00D914B7" w:rsidP="00D914B7">
      <w:pPr>
        <w:keepNext/>
        <w:bidi/>
        <w:spacing w:before="240" w:after="120"/>
        <w:rPr>
          <w:sz w:val="22"/>
        </w:rPr>
      </w:pPr>
      <w:r w:rsidRPr="00D914B7">
        <w:rPr>
          <w:b/>
          <w:bCs/>
          <w:sz w:val="22"/>
          <w:rtl/>
        </w:rPr>
        <w:t>۸</w:t>
      </w:r>
      <w:r w:rsidR="00BA0EEF">
        <w:rPr>
          <w:b/>
          <w:sz w:val="22"/>
          <w:rtl/>
        </w:rPr>
        <w:t>.</w:t>
      </w:r>
      <w:r w:rsidRPr="00D914B7">
        <w:rPr>
          <w:b/>
          <w:sz w:val="22"/>
        </w:rPr>
        <w:t xml:space="preserve"> </w:t>
      </w:r>
      <w:r w:rsidRPr="00D914B7">
        <w:rPr>
          <w:b/>
          <w:bCs/>
          <w:sz w:val="22"/>
          <w:rtl/>
        </w:rPr>
        <w:t>عقل</w:t>
      </w:r>
      <w:r w:rsidRPr="00D914B7">
        <w:rPr>
          <w:b/>
          <w:sz w:val="22"/>
        </w:rPr>
        <w:t xml:space="preserve"> </w:t>
      </w:r>
      <w:r w:rsidRPr="00D914B7">
        <w:rPr>
          <w:b/>
          <w:bCs/>
          <w:sz w:val="22"/>
          <w:rtl/>
        </w:rPr>
        <w:t>کشورداری</w:t>
      </w:r>
      <w:r w:rsidRPr="00D914B7">
        <w:rPr>
          <w:b/>
          <w:sz w:val="22"/>
        </w:rPr>
        <w:t xml:space="preserve"> </w:t>
      </w:r>
      <w:r w:rsidRPr="00D914B7">
        <w:rPr>
          <w:b/>
          <w:bCs/>
          <w:sz w:val="22"/>
          <w:rtl/>
        </w:rPr>
        <w:t>و</w:t>
      </w:r>
      <w:r w:rsidRPr="00D914B7">
        <w:rPr>
          <w:b/>
          <w:sz w:val="22"/>
        </w:rPr>
        <w:t xml:space="preserve"> </w:t>
      </w:r>
      <w:r w:rsidRPr="00D914B7">
        <w:rPr>
          <w:b/>
          <w:bCs/>
          <w:sz w:val="22"/>
          <w:rtl/>
        </w:rPr>
        <w:t>مسئله</w:t>
      </w:r>
      <w:r w:rsidR="00BA0EEF">
        <w:rPr>
          <w:b/>
          <w:bCs/>
          <w:sz w:val="22"/>
          <w:rtl/>
        </w:rPr>
        <w:t>ء</w:t>
      </w:r>
      <w:r w:rsidRPr="00D914B7">
        <w:rPr>
          <w:b/>
          <w:sz w:val="22"/>
        </w:rPr>
        <w:t xml:space="preserve"> </w:t>
      </w:r>
      <w:r w:rsidRPr="00D914B7">
        <w:rPr>
          <w:b/>
          <w:bCs/>
          <w:sz w:val="22"/>
          <w:rtl/>
        </w:rPr>
        <w:t>سکولار</w:t>
      </w:r>
      <w:r w:rsidRPr="00D914B7">
        <w:rPr>
          <w:b/>
          <w:sz w:val="22"/>
        </w:rPr>
        <w:t xml:space="preserve"> </w:t>
      </w:r>
      <w:r w:rsidRPr="00D914B7">
        <w:rPr>
          <w:b/>
          <w:bCs/>
          <w:sz w:val="22"/>
          <w:rtl/>
        </w:rPr>
        <w:t>دموکراسی</w:t>
      </w:r>
    </w:p>
    <w:p w:rsidR="00C74EF6" w:rsidRPr="00D914B7" w:rsidRDefault="00D914B7" w:rsidP="002D0479">
      <w:pPr>
        <w:bidi/>
        <w:ind w:firstLine="720"/>
        <w:rPr>
          <w:sz w:val="22"/>
        </w:rPr>
      </w:pPr>
      <w:r w:rsidRPr="00D914B7">
        <w:rPr>
          <w:sz w:val="22"/>
          <w:rtl/>
        </w:rPr>
        <w:t>جامعه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انسانی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هرچه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گسترده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پیچیده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شود،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بیشتر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نظم،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تقسیم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کار،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تخصص،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قانون،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پیش</w:t>
      </w:r>
      <w:r w:rsidRPr="00D914B7">
        <w:rPr>
          <w:sz w:val="22"/>
        </w:rPr>
        <w:t>‌</w:t>
      </w:r>
      <w:r w:rsidRPr="00D914B7">
        <w:rPr>
          <w:sz w:val="22"/>
          <w:rtl/>
        </w:rPr>
        <w:t>بینی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پذیری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سازمان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اداری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پیدا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کند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نیازها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مستقل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حکومت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وجود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دارند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مردم،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صرف</w:t>
      </w:r>
      <w:r w:rsidRPr="00D914B7">
        <w:rPr>
          <w:sz w:val="22"/>
        </w:rPr>
        <w:t>‌</w:t>
      </w:r>
      <w:r w:rsidRPr="00D914B7">
        <w:rPr>
          <w:sz w:val="22"/>
          <w:rtl/>
        </w:rPr>
        <w:t>نظر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زیر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فرمان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شاه،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خلیفه،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سلطان،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فقیه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رئیس</w:t>
      </w:r>
      <w:r w:rsidRPr="00D914B7">
        <w:rPr>
          <w:sz w:val="22"/>
        </w:rPr>
        <w:t>‌</w:t>
      </w:r>
      <w:r w:rsidRPr="00D914B7">
        <w:rPr>
          <w:sz w:val="22"/>
          <w:rtl/>
        </w:rPr>
        <w:t>جمهور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زندگی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کنند،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ناچارند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تولید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کنند،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آب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تقسیم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نمایند،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بسازند،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تجارت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کنند،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امنیت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برقرار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سازند،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بیماری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مهار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کنند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بحران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اجتماعی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اداره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نمایند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ضرورت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نوعی</w:t>
      </w:r>
      <w:r w:rsidRPr="00D914B7">
        <w:rPr>
          <w:sz w:val="22"/>
        </w:rPr>
        <w:t xml:space="preserve"> </w:t>
      </w:r>
      <w:r w:rsidR="002D0479">
        <w:rPr>
          <w:rFonts w:hint="cs"/>
          <w:sz w:val="22"/>
          <w:rtl/>
        </w:rPr>
        <w:t>«</w:t>
      </w:r>
      <w:r w:rsidRPr="00D914B7">
        <w:rPr>
          <w:sz w:val="22"/>
          <w:rtl/>
        </w:rPr>
        <w:t>عقل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کشورداری</w:t>
      </w:r>
      <w:r w:rsidR="002D0479">
        <w:rPr>
          <w:rFonts w:hint="cs"/>
          <w:sz w:val="22"/>
          <w:rtl/>
        </w:rPr>
        <w:t>»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پدید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آید؛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عقلی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ناچار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پیامد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واقعی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تصمیم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بسنجد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فقط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آرمان،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فرمان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تقدس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بسنده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نکند</w:t>
      </w:r>
      <w:r w:rsidR="00BA0EEF">
        <w:rPr>
          <w:sz w:val="22"/>
          <w:rtl/>
        </w:rPr>
        <w:t>.</w:t>
      </w:r>
    </w:p>
    <w:p w:rsidR="00C74EF6" w:rsidRPr="00D914B7" w:rsidRDefault="00D914B7" w:rsidP="00D914B7">
      <w:pPr>
        <w:bidi/>
        <w:ind w:firstLine="720"/>
        <w:rPr>
          <w:sz w:val="22"/>
        </w:rPr>
      </w:pP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عقل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تاریخ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ایران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بیش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دیوان</w:t>
      </w:r>
      <w:r w:rsidRPr="00D914B7">
        <w:rPr>
          <w:sz w:val="22"/>
        </w:rPr>
        <w:t>‌</w:t>
      </w:r>
      <w:r w:rsidRPr="00D914B7">
        <w:rPr>
          <w:sz w:val="22"/>
          <w:rtl/>
        </w:rPr>
        <w:t>سالاری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انباشته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زیرا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دیوانیان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مالیات،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آب،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زمین،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قشون،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زندگی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روزانه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مردم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روبه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رو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بوده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اند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آنان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توانسته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همیشه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فقط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پایه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فرمانی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انتزاعی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عمل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کنند؛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ناچار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بوده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فرمانروا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توضیح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دهند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خزانه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توان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جنگ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تازه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ندارد،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افزایش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مالیات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شورش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آفریند،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تعرض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قشون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تولید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نابود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کند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حکمی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خاص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عمل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قابل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اجرا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نیست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جهت،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دیوان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توانسته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حامل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واقعیت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زندگی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برابر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خواست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نامحدود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قدرت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باشد</w:t>
      </w:r>
      <w:r w:rsidR="00BA0EEF">
        <w:rPr>
          <w:sz w:val="22"/>
          <w:rtl/>
        </w:rPr>
        <w:t>.</w:t>
      </w:r>
    </w:p>
    <w:p w:rsidR="00C74EF6" w:rsidRPr="00D914B7" w:rsidRDefault="00D914B7" w:rsidP="002D0479">
      <w:pPr>
        <w:bidi/>
        <w:ind w:firstLine="720"/>
        <w:rPr>
          <w:sz w:val="22"/>
        </w:rPr>
      </w:pPr>
      <w:r w:rsidRPr="00D914B7">
        <w:rPr>
          <w:sz w:val="22"/>
          <w:rtl/>
        </w:rPr>
        <w:t>اما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="002D0479">
        <w:rPr>
          <w:rFonts w:hint="cs"/>
          <w:sz w:val="22"/>
          <w:rtl/>
        </w:rPr>
        <w:t>«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توانسته</w:t>
      </w:r>
      <w:r w:rsidR="002D0479">
        <w:rPr>
          <w:rFonts w:hint="cs"/>
          <w:sz w:val="22"/>
          <w:rtl/>
        </w:rPr>
        <w:t>»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نباید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قانون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جبری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تاریخ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تبدیل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کرد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دیوان</w:t>
      </w:r>
      <w:r w:rsidRPr="00D914B7">
        <w:rPr>
          <w:sz w:val="22"/>
        </w:rPr>
        <w:t>‌</w:t>
      </w:r>
      <w:r w:rsidRPr="00D914B7">
        <w:rPr>
          <w:sz w:val="22"/>
          <w:rtl/>
        </w:rPr>
        <w:t>سالاری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تواند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خودکامگی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تعصب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کارآمدتر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سازد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دستگاه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اداری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حکومت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دینی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ممکن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فرمان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تبعیض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سرکوب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دقتی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بیشتر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قشون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پراکنده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اجرا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کند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تماس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واقعیت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اجتماعی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درون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دیوان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ظرفیتی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عقل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عملی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قانون</w:t>
      </w:r>
      <w:r w:rsidRPr="00D914B7">
        <w:rPr>
          <w:sz w:val="22"/>
        </w:rPr>
        <w:t>‌</w:t>
      </w:r>
      <w:r w:rsidRPr="00D914B7">
        <w:rPr>
          <w:sz w:val="22"/>
          <w:rtl/>
        </w:rPr>
        <w:t>مداری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ایجاد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کند،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تحقق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ظرفیت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استقلال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حرفه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پاسخ</w:t>
      </w:r>
      <w:r w:rsidRPr="00D914B7">
        <w:rPr>
          <w:sz w:val="22"/>
        </w:rPr>
        <w:t>‌</w:t>
      </w:r>
      <w:r w:rsidRPr="00D914B7">
        <w:rPr>
          <w:sz w:val="22"/>
          <w:rtl/>
        </w:rPr>
        <w:t>گویی،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حکومت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قانون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مهار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قدرت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وابسته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دیوان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ذاتاً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سکولار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دموکراتیک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نیست؛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یکی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میدان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هایی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امکان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گذار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نظم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سکولار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قانونی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پدید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آید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سرکوب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شود</w:t>
      </w:r>
      <w:r w:rsidR="00BA0EEF">
        <w:rPr>
          <w:sz w:val="22"/>
          <w:rtl/>
        </w:rPr>
        <w:t>.</w:t>
      </w:r>
    </w:p>
    <w:p w:rsidR="00C74EF6" w:rsidRPr="00D914B7" w:rsidRDefault="00D914B7" w:rsidP="00A83FB4">
      <w:pPr>
        <w:bidi/>
        <w:ind w:firstLine="720"/>
        <w:rPr>
          <w:sz w:val="22"/>
        </w:rPr>
      </w:pPr>
      <w:r w:rsidRPr="00D914B7">
        <w:rPr>
          <w:sz w:val="22"/>
          <w:rtl/>
        </w:rPr>
        <w:t>تنش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شریعت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کشورداری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دقت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فهمیده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شود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شریعت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حقانیت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حقیقتی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ثابت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قدسی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نسبت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دهد،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حال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آنکه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زندگی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اجتماعی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پیوسته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تغییر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کند</w:t>
      </w:r>
      <w:r w:rsidR="00A83FB4">
        <w:rPr>
          <w:rFonts w:hint="cs"/>
          <w:sz w:val="22"/>
          <w:rtl/>
        </w:rPr>
        <w:t>: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جمعیت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افزایش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یابد،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اقتصاد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فناوری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دگرگون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شوند،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ارتباطات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گسترش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یابند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مسائل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تازه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پدید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آیند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دینکاران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پاسخ</w:t>
      </w:r>
      <w:r w:rsidRPr="00D914B7">
        <w:rPr>
          <w:sz w:val="22"/>
        </w:rPr>
        <w:t>‌</w:t>
      </w:r>
      <w:r w:rsidRPr="00D914B7">
        <w:rPr>
          <w:sz w:val="22"/>
          <w:rtl/>
        </w:rPr>
        <w:t>گویی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تغییر،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اجتهاد،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فتوا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تفسیر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ساخته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اند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سازوکارها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امکان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سازگاری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دهند،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</w:t>
      </w:r>
      <w:r w:rsidRPr="00D914B7">
        <w:rPr>
          <w:sz w:val="22"/>
        </w:rPr>
        <w:t>‌</w:t>
      </w:r>
      <w:r w:rsidRPr="00D914B7">
        <w:rPr>
          <w:sz w:val="22"/>
          <w:rtl/>
        </w:rPr>
        <w:t>زمان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کوشند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حق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سازگارکردن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قواعد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قدسی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انحصار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نهاد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نگاه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دارند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کشمکش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تصمیم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نهایی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درباره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زندگی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متغیر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جامعه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اختیار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کسی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باشد</w:t>
      </w:r>
      <w:r w:rsidR="00BA0EEF">
        <w:rPr>
          <w:sz w:val="22"/>
          <w:rtl/>
        </w:rPr>
        <w:t>.</w:t>
      </w:r>
    </w:p>
    <w:p w:rsidR="00C74EF6" w:rsidRPr="00D914B7" w:rsidRDefault="00A83FB4" w:rsidP="00A83FB4">
      <w:pPr>
        <w:bidi/>
        <w:ind w:firstLine="720"/>
        <w:rPr>
          <w:sz w:val="22"/>
        </w:rPr>
      </w:pPr>
      <w:r>
        <w:rPr>
          <w:rFonts w:hint="cs"/>
          <w:sz w:val="22"/>
          <w:rtl/>
        </w:rPr>
        <w:t>«</w:t>
      </w:r>
      <w:r w:rsidR="00D914B7" w:rsidRPr="00D914B7">
        <w:rPr>
          <w:sz w:val="22"/>
          <w:rtl/>
        </w:rPr>
        <w:t>سکولار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دموکراسی</w:t>
      </w:r>
      <w:r>
        <w:rPr>
          <w:rFonts w:hint="cs"/>
          <w:sz w:val="22"/>
          <w:rtl/>
        </w:rPr>
        <w:t>»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در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این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مجموعه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حادثه</w:t>
      </w:r>
      <w:r w:rsidR="00D914B7" w:rsidRPr="00D914B7">
        <w:rPr>
          <w:sz w:val="22"/>
        </w:rPr>
        <w:t>‌</w:t>
      </w:r>
      <w:r w:rsidR="00D914B7" w:rsidRPr="00D914B7">
        <w:rPr>
          <w:sz w:val="22"/>
          <w:rtl/>
        </w:rPr>
        <w:t>ای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ناگهانی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یا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صرفاً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نسخه</w:t>
      </w:r>
      <w:r w:rsidR="00D914B7" w:rsidRPr="00D914B7">
        <w:rPr>
          <w:sz w:val="22"/>
        </w:rPr>
        <w:t>‌</w:t>
      </w:r>
      <w:r w:rsidR="00D914B7" w:rsidRPr="00D914B7">
        <w:rPr>
          <w:sz w:val="22"/>
          <w:rtl/>
        </w:rPr>
        <w:t>ای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واردشده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از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غرب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تلقی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نمی</w:t>
      </w:r>
      <w:r w:rsidR="00D914B7" w:rsidRPr="00D914B7">
        <w:rPr>
          <w:sz w:val="22"/>
        </w:rPr>
        <w:t>‌</w:t>
      </w:r>
      <w:r w:rsidR="00D914B7" w:rsidRPr="00D914B7">
        <w:rPr>
          <w:sz w:val="22"/>
          <w:rtl/>
        </w:rPr>
        <w:t>شود</w:t>
      </w:r>
      <w:r w:rsidR="00BA0EEF">
        <w:rPr>
          <w:sz w:val="22"/>
          <w:rtl/>
        </w:rPr>
        <w:t>.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اندیشه</w:t>
      </w:r>
      <w:r w:rsidR="00D914B7" w:rsidRPr="00D914B7">
        <w:rPr>
          <w:sz w:val="22"/>
        </w:rPr>
        <w:t>‌</w:t>
      </w:r>
      <w:r w:rsidR="00D914B7" w:rsidRPr="00D914B7">
        <w:rPr>
          <w:sz w:val="22"/>
          <w:rtl/>
        </w:rPr>
        <w:t>ها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و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نهادهای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جدید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غربی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در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تحول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ایران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نقشی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واقعی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و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انکارناپذیر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داشته</w:t>
      </w:r>
      <w:r w:rsidR="00D914B7" w:rsidRPr="00D914B7">
        <w:rPr>
          <w:sz w:val="22"/>
        </w:rPr>
        <w:t>‌</w:t>
      </w:r>
      <w:r w:rsidR="00D914B7" w:rsidRPr="00D914B7">
        <w:rPr>
          <w:sz w:val="22"/>
          <w:rtl/>
        </w:rPr>
        <w:t>اند،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اما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امکان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پذیرش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آنها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بر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زمینه</w:t>
      </w:r>
      <w:r w:rsidR="00D914B7" w:rsidRPr="00D914B7">
        <w:rPr>
          <w:sz w:val="22"/>
        </w:rPr>
        <w:t>‌</w:t>
      </w:r>
      <w:r w:rsidR="00D914B7" w:rsidRPr="00D914B7">
        <w:rPr>
          <w:sz w:val="22"/>
          <w:rtl/>
        </w:rPr>
        <w:t>ای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تاریخی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قرار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گرفته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است</w:t>
      </w:r>
      <w:r>
        <w:rPr>
          <w:rFonts w:hint="cs"/>
          <w:sz w:val="22"/>
          <w:rtl/>
        </w:rPr>
        <w:t>: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نیاز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جامعه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به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قانون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قابل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اصلاح،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تخصص،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پاسخ</w:t>
      </w:r>
      <w:r w:rsidR="00D914B7" w:rsidRPr="00D914B7">
        <w:rPr>
          <w:sz w:val="22"/>
        </w:rPr>
        <w:t>‌</w:t>
      </w:r>
      <w:r w:rsidR="00D914B7" w:rsidRPr="00D914B7">
        <w:rPr>
          <w:sz w:val="22"/>
          <w:rtl/>
        </w:rPr>
        <w:t>گویی،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محدودکردن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قدرت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شخصی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و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رهاکردن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اداره</w:t>
      </w:r>
      <w:r w:rsidR="00BA0EEF">
        <w:rPr>
          <w:sz w:val="22"/>
          <w:rtl/>
        </w:rPr>
        <w:t>ء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عمومی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از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انحصار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امر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قدسی</w:t>
      </w:r>
      <w:r w:rsidR="00BA0EEF">
        <w:rPr>
          <w:sz w:val="22"/>
          <w:rtl/>
        </w:rPr>
        <w:t>.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از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این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منظر،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سکولار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دموکراسی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نام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یک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سرنوشت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حتمی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نیست؛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صورت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مطلوب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و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ممکنِ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پاسخی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است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که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تجربه</w:t>
      </w:r>
      <w:r w:rsidR="00BA0EEF">
        <w:rPr>
          <w:sz w:val="22"/>
          <w:rtl/>
        </w:rPr>
        <w:t>ء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طولانی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کشورداری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می</w:t>
      </w:r>
      <w:r w:rsidR="00D914B7" w:rsidRPr="00D914B7">
        <w:rPr>
          <w:sz w:val="22"/>
        </w:rPr>
        <w:t>‌</w:t>
      </w:r>
      <w:r w:rsidR="00D914B7" w:rsidRPr="00D914B7">
        <w:rPr>
          <w:sz w:val="22"/>
          <w:rtl/>
        </w:rPr>
        <w:t>تواند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به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مسئله</w:t>
      </w:r>
      <w:r w:rsidR="00BA0EEF">
        <w:rPr>
          <w:sz w:val="22"/>
          <w:rtl/>
        </w:rPr>
        <w:t>ء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قدرت</w:t>
      </w:r>
      <w:r w:rsidR="00D914B7" w:rsidRPr="00D914B7">
        <w:rPr>
          <w:sz w:val="22"/>
        </w:rPr>
        <w:t xml:space="preserve"> </w:t>
      </w:r>
      <w:r w:rsidR="00D914B7" w:rsidRPr="00D914B7">
        <w:rPr>
          <w:sz w:val="22"/>
          <w:rtl/>
        </w:rPr>
        <w:t>بدهد</w:t>
      </w:r>
      <w:r w:rsidR="00BA0EEF">
        <w:rPr>
          <w:sz w:val="22"/>
          <w:rtl/>
        </w:rPr>
        <w:t>.</w:t>
      </w:r>
    </w:p>
    <w:p w:rsidR="00C74EF6" w:rsidRPr="00D914B7" w:rsidRDefault="00D914B7" w:rsidP="00552498">
      <w:pPr>
        <w:bidi/>
        <w:ind w:firstLine="720"/>
        <w:rPr>
          <w:sz w:val="22"/>
        </w:rPr>
      </w:pPr>
      <w:r w:rsidRPr="00D914B7">
        <w:rPr>
          <w:sz w:val="22"/>
          <w:rtl/>
        </w:rPr>
        <w:t>دموکراسی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بدون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کشورداری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تواند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وعده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هایی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اجرا،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نهادهایی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فرسوده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ناتوانی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حفظ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بینجامد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کشورداری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بدون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دموکراسی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ممکن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نظم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قدرت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بسازد،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مردم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وسیله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ادامه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حکومت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تبدیل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کند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سکولار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دموکراسی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کوشد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پیوند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دهد</w:t>
      </w:r>
      <w:r w:rsidR="00552498">
        <w:rPr>
          <w:rFonts w:hint="cs"/>
          <w:sz w:val="22"/>
          <w:rtl/>
        </w:rPr>
        <w:t xml:space="preserve">: </w:t>
      </w:r>
      <w:r w:rsidRPr="00D914B7">
        <w:rPr>
          <w:sz w:val="22"/>
          <w:rtl/>
        </w:rPr>
        <w:t>حکومتی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توانمند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اداره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دفاع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حال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محدود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قانون،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پاسخ</w:t>
      </w:r>
      <w:r w:rsidRPr="00D914B7">
        <w:rPr>
          <w:sz w:val="22"/>
        </w:rPr>
        <w:t>‌</w:t>
      </w:r>
      <w:r w:rsidRPr="00D914B7">
        <w:rPr>
          <w:sz w:val="22"/>
          <w:rtl/>
        </w:rPr>
        <w:t>گو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ملت،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طرف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برابر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باورهای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دینی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متعهد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کرامت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برابری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شهروندان</w:t>
      </w:r>
      <w:r w:rsidR="00BA0EEF">
        <w:rPr>
          <w:sz w:val="22"/>
          <w:rtl/>
        </w:rPr>
        <w:t>.</w:t>
      </w:r>
    </w:p>
    <w:p w:rsidR="00C74EF6" w:rsidRPr="00D914B7" w:rsidRDefault="00D914B7" w:rsidP="00552498">
      <w:pPr>
        <w:bidi/>
        <w:ind w:firstLine="720"/>
        <w:rPr>
          <w:sz w:val="22"/>
        </w:rPr>
      </w:pPr>
      <w:r w:rsidRPr="00D914B7">
        <w:rPr>
          <w:sz w:val="22"/>
          <w:rtl/>
        </w:rPr>
        <w:t>ازاین</w:t>
      </w:r>
      <w:r w:rsidRPr="00D914B7">
        <w:rPr>
          <w:sz w:val="22"/>
        </w:rPr>
        <w:t>‌</w:t>
      </w:r>
      <w:r w:rsidRPr="00D914B7">
        <w:rPr>
          <w:sz w:val="22"/>
          <w:rtl/>
        </w:rPr>
        <w:t>رو،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مجموعه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خواهد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اقدام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دیوانی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گامی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آگاهانه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سوی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دموکراسی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معرفی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کشمکش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دینکاران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سکولاریسم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بنامد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مسئله،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دنبال</w:t>
      </w:r>
      <w:r w:rsidRPr="00D914B7">
        <w:rPr>
          <w:sz w:val="22"/>
        </w:rPr>
        <w:t>‌</w:t>
      </w:r>
      <w:r w:rsidRPr="00D914B7">
        <w:rPr>
          <w:sz w:val="22"/>
          <w:rtl/>
        </w:rPr>
        <w:t>کردن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پیدایش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ظرفیت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موانع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="00552498">
        <w:rPr>
          <w:rFonts w:hint="cs"/>
          <w:sz w:val="22"/>
          <w:rtl/>
        </w:rPr>
        <w:t>: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هنگام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عقل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اداری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توانسته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اراده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شخصی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فرمان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قدسی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محدود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کند؛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هنگام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ابزار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آنها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تبدیل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شده؛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شرایطی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لازم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بوده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خدمت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فرمانروا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آرام</w:t>
      </w:r>
      <w:r w:rsidRPr="00D914B7">
        <w:rPr>
          <w:sz w:val="22"/>
        </w:rPr>
        <w:t>‌</w:t>
      </w:r>
      <w:r w:rsidRPr="00D914B7">
        <w:rPr>
          <w:sz w:val="22"/>
          <w:rtl/>
        </w:rPr>
        <w:t>آرام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خدمت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عمومی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حق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شهروندی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نزدیک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شود</w:t>
      </w:r>
      <w:r w:rsidR="00BA0EEF">
        <w:rPr>
          <w:sz w:val="22"/>
          <w:rtl/>
        </w:rPr>
        <w:t>.</w:t>
      </w:r>
    </w:p>
    <w:p w:rsidR="00C74EF6" w:rsidRPr="00D914B7" w:rsidRDefault="00D914B7" w:rsidP="00D914B7">
      <w:pPr>
        <w:keepNext/>
        <w:bidi/>
        <w:spacing w:before="240" w:after="120"/>
        <w:rPr>
          <w:sz w:val="22"/>
        </w:rPr>
      </w:pPr>
      <w:r w:rsidRPr="00D914B7">
        <w:rPr>
          <w:b/>
          <w:bCs/>
          <w:sz w:val="22"/>
          <w:rtl/>
        </w:rPr>
        <w:t>۹</w:t>
      </w:r>
      <w:r w:rsidR="00BA0EEF">
        <w:rPr>
          <w:b/>
          <w:sz w:val="22"/>
          <w:rtl/>
        </w:rPr>
        <w:t>.</w:t>
      </w:r>
      <w:r w:rsidRPr="00D914B7">
        <w:rPr>
          <w:b/>
          <w:sz w:val="22"/>
        </w:rPr>
        <w:t xml:space="preserve"> </w:t>
      </w:r>
      <w:r w:rsidRPr="00D914B7">
        <w:rPr>
          <w:b/>
          <w:bCs/>
          <w:sz w:val="22"/>
          <w:rtl/>
        </w:rPr>
        <w:t>روش</w:t>
      </w:r>
      <w:r w:rsidRPr="00D914B7">
        <w:rPr>
          <w:b/>
          <w:sz w:val="22"/>
        </w:rPr>
        <w:t xml:space="preserve"> </w:t>
      </w:r>
      <w:r w:rsidRPr="00D914B7">
        <w:rPr>
          <w:b/>
          <w:bCs/>
          <w:sz w:val="22"/>
          <w:rtl/>
        </w:rPr>
        <w:t>روایت</w:t>
      </w:r>
      <w:r w:rsidRPr="00D914B7">
        <w:rPr>
          <w:b/>
          <w:sz w:val="22"/>
        </w:rPr>
        <w:t xml:space="preserve"> </w:t>
      </w:r>
      <w:r w:rsidRPr="00D914B7">
        <w:rPr>
          <w:b/>
          <w:bCs/>
          <w:sz w:val="22"/>
          <w:rtl/>
        </w:rPr>
        <w:t>تاریخ</w:t>
      </w:r>
      <w:r w:rsidRPr="00D914B7">
        <w:rPr>
          <w:b/>
          <w:sz w:val="22"/>
        </w:rPr>
        <w:t xml:space="preserve"> </w:t>
      </w:r>
      <w:r w:rsidRPr="00D914B7">
        <w:rPr>
          <w:b/>
          <w:bCs/>
          <w:sz w:val="22"/>
          <w:rtl/>
        </w:rPr>
        <w:t>در</w:t>
      </w:r>
      <w:r w:rsidRPr="00D914B7">
        <w:rPr>
          <w:b/>
          <w:sz w:val="22"/>
        </w:rPr>
        <w:t xml:space="preserve"> </w:t>
      </w:r>
      <w:r w:rsidRPr="00D914B7">
        <w:rPr>
          <w:b/>
          <w:bCs/>
          <w:sz w:val="22"/>
          <w:rtl/>
        </w:rPr>
        <w:t>این</w:t>
      </w:r>
      <w:r w:rsidRPr="00D914B7">
        <w:rPr>
          <w:b/>
          <w:sz w:val="22"/>
        </w:rPr>
        <w:t xml:space="preserve"> </w:t>
      </w:r>
      <w:r w:rsidRPr="00D914B7">
        <w:rPr>
          <w:b/>
          <w:bCs/>
          <w:sz w:val="22"/>
          <w:rtl/>
        </w:rPr>
        <w:t>مجموعه</w:t>
      </w:r>
    </w:p>
    <w:p w:rsidR="00C74EF6" w:rsidRPr="00D914B7" w:rsidRDefault="00D914B7" w:rsidP="00D914B7">
      <w:pPr>
        <w:bidi/>
        <w:ind w:firstLine="720"/>
        <w:rPr>
          <w:sz w:val="22"/>
        </w:rPr>
      </w:pPr>
      <w:r w:rsidRPr="00D914B7">
        <w:rPr>
          <w:sz w:val="22"/>
          <w:rtl/>
        </w:rPr>
        <w:t>انگیزه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اصلی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مجموعه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نارضایتی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شیوه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غالباً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جامعه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ایران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تحولات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فهمیده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ایم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بیش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یک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قرن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گذشته،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ایرانیان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بارها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درباره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آزادی،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قانون،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عدالت،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تجدد،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انقلاب،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حکومت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دینی،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مشروطه،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جمهوریت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توسعه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سخن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گفته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اند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حکومت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تغییر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کرده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اند،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انقلاب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رخ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داده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اند،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قانون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نوشته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شده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ایدئولوژی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قدرت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گرفته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فروریخته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اند،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بسیاری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بحران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اصلی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همچنان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باقی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مانده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اند</w:t>
      </w:r>
      <w:r w:rsidR="00BA0EEF">
        <w:rPr>
          <w:sz w:val="22"/>
          <w:rtl/>
        </w:rPr>
        <w:t>.</w:t>
      </w:r>
    </w:p>
    <w:p w:rsidR="00C74EF6" w:rsidRPr="00D914B7" w:rsidRDefault="00D914B7" w:rsidP="00D914B7">
      <w:pPr>
        <w:bidi/>
        <w:ind w:firstLine="720"/>
        <w:rPr>
          <w:sz w:val="22"/>
        </w:rPr>
      </w:pPr>
      <w:r w:rsidRPr="00D914B7">
        <w:rPr>
          <w:sz w:val="22"/>
          <w:rtl/>
        </w:rPr>
        <w:t>گاه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چیز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شخصیت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شاهان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رهبران،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توطئه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دخالت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خارجی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انفجار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ناگهانی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انقلاب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فروکاسته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عوامل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واقعی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توان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آنها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حذف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کرد،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زیر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حوادث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روزمره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نیروهایی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ماندگارتر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عمل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کنند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مجموعه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کوشد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تاریخ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فقط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منظر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کسانی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فرمان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داده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اند،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بلکه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منظر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سازوکارهایی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بخواند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فرمان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ممکن،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ناممکن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دگرگون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کرده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اند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پرسش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فقط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کسی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حکومت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کرد؛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قدرت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واقعی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کدام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شبکه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قرار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داشت،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هزینه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کسی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پرداخت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کدام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نهاد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توانست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پس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رفتن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فرمانروا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باقی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بماند</w:t>
      </w:r>
      <w:r w:rsidR="00BA0EEF">
        <w:rPr>
          <w:sz w:val="22"/>
          <w:rtl/>
        </w:rPr>
        <w:t>.</w:t>
      </w:r>
    </w:p>
    <w:p w:rsidR="00C74EF6" w:rsidRPr="00D914B7" w:rsidRDefault="00D914B7" w:rsidP="00D914B7">
      <w:pPr>
        <w:bidi/>
        <w:ind w:firstLine="720"/>
        <w:rPr>
          <w:sz w:val="22"/>
        </w:rPr>
      </w:pPr>
      <w:r w:rsidRPr="00D914B7">
        <w:rPr>
          <w:sz w:val="22"/>
          <w:rtl/>
        </w:rPr>
        <w:t>ازاین</w:t>
      </w:r>
      <w:r w:rsidRPr="00D914B7">
        <w:rPr>
          <w:sz w:val="22"/>
        </w:rPr>
        <w:t>‌</w:t>
      </w:r>
      <w:r w:rsidRPr="00D914B7">
        <w:rPr>
          <w:sz w:val="22"/>
          <w:rtl/>
        </w:rPr>
        <w:t>رو،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سلسله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جنگ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آیین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زندگی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فرمانروایان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کتاب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حضور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دارند،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عنوان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موضوع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نهایی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یک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جنگ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هنگامی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اهمیت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یابد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آرایش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قشون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دیوان،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منبع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درآمد،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رابطه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مرکز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ولایت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تصور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حقانیت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حکمرانی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تغییر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دهد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یک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مذهب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هنگامی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وارد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تحلیل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سیاسی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شود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دینکاران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نهادی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تولید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قانون،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داوری،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آموزش،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مالیات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بسیج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اجتماعی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تبدیل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شوند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یک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وزیر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فقط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سبب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نزدیکی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شاه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مهم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نیست؛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اهمیت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نقشی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تبدیل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اراده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شاه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دستگاه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پایدار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محدودکردن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ایفا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کند</w:t>
      </w:r>
      <w:r w:rsidR="00BA0EEF">
        <w:rPr>
          <w:sz w:val="22"/>
          <w:rtl/>
        </w:rPr>
        <w:t>.</w:t>
      </w:r>
    </w:p>
    <w:p w:rsidR="00C74EF6" w:rsidRPr="00D914B7" w:rsidRDefault="00D914B7" w:rsidP="00D914B7">
      <w:pPr>
        <w:bidi/>
        <w:ind w:firstLine="720"/>
        <w:rPr>
          <w:sz w:val="22"/>
        </w:rPr>
      </w:pP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روایت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همچنین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شکست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قشون،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سقوط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حکومت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نابودی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تمایز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گذارد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ممکن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قشونی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شکست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بخورد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حکومت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باقی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بماند؛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ممکن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حکومتی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سقوط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مردم،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حافظه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نهادهایش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ادامه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یابد؛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ممکن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حکومتی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ظاهراً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نیرومند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باشد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فرسودن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منابع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پیوندهای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اجتماعی،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سوی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نابودی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ببرد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تمایز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اجازه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دهد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تداوم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ایران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پس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تغییر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مکرر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فرمانروایان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ببینیم،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آنکه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ویرانی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گسست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واقعی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انکار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کنیم</w:t>
      </w:r>
      <w:r w:rsidR="00BA0EEF">
        <w:rPr>
          <w:sz w:val="22"/>
          <w:rtl/>
        </w:rPr>
        <w:t>.</w:t>
      </w:r>
    </w:p>
    <w:p w:rsidR="00C74EF6" w:rsidRPr="00D914B7" w:rsidRDefault="00D914B7" w:rsidP="00D914B7">
      <w:pPr>
        <w:bidi/>
        <w:ind w:firstLine="720"/>
        <w:rPr>
          <w:sz w:val="22"/>
        </w:rPr>
      </w:pPr>
      <w:r w:rsidRPr="00D914B7">
        <w:rPr>
          <w:sz w:val="22"/>
          <w:rtl/>
        </w:rPr>
        <w:t>من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مجموعه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گزارش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قطعی،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روایت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مشهور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تفسیر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نویسنده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تفاوت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گذارم،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مدعی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نیستم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جا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داوری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نهایی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تاریخ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عرضه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کرده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ام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منابع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تاریخی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اغلب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وابستگان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دربار،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دینکاران،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پیروان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فاتحان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دشمنان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آنان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نوشته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شده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اند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ارقام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کشتار،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انگیزه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اشخاص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گفت</w:t>
      </w:r>
      <w:r w:rsidRPr="00D914B7">
        <w:rPr>
          <w:sz w:val="22"/>
        </w:rPr>
        <w:t>‌</w:t>
      </w:r>
      <w:r w:rsidRPr="00D914B7">
        <w:rPr>
          <w:sz w:val="22"/>
          <w:rtl/>
        </w:rPr>
        <w:t>وگوهای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خصوصی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گاه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افسانه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تبلیغ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آمیخته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اند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هرجا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قطعیت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ممکن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نباشد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حدود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دانسته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نشان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حال،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تردید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علمی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نباید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تحلیل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رابطه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نیروها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پیامدهای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قابل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مشاهده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بازدارد</w:t>
      </w:r>
      <w:r w:rsidR="00BA0EEF">
        <w:rPr>
          <w:sz w:val="22"/>
          <w:rtl/>
        </w:rPr>
        <w:t>.</w:t>
      </w:r>
    </w:p>
    <w:p w:rsidR="00C74EF6" w:rsidRPr="00D914B7" w:rsidRDefault="00D914B7" w:rsidP="00552498">
      <w:pPr>
        <w:bidi/>
        <w:ind w:firstLine="720"/>
        <w:rPr>
          <w:sz w:val="22"/>
        </w:rPr>
      </w:pPr>
      <w:r w:rsidRPr="00D914B7">
        <w:rPr>
          <w:sz w:val="22"/>
          <w:rtl/>
        </w:rPr>
        <w:t>خواننده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جلد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دوره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مستقل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روبه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رو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شود،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واژگان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پرسش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ثابت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مجموعه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بازمی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یابد</w:t>
      </w:r>
      <w:r w:rsidR="00552498">
        <w:rPr>
          <w:rFonts w:hint="cs"/>
          <w:sz w:val="22"/>
          <w:rtl/>
        </w:rPr>
        <w:t>: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چگونه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باقی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ماند؟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درآمد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چگونه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گرد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آمد؟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قشون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کسی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فرمان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برد؟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دینکاران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کجا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قدرت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گرفتند؟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دیوان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چگونه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فرمان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اجرا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تعدیل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کرد؟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جانشینی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چگونه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شد؟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مردم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رعیت،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مؤمن،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مالیات</w:t>
      </w:r>
      <w:r w:rsidRPr="00D914B7">
        <w:rPr>
          <w:sz w:val="22"/>
        </w:rPr>
        <w:t>‌</w:t>
      </w:r>
      <w:r w:rsidRPr="00D914B7">
        <w:rPr>
          <w:sz w:val="22"/>
          <w:rtl/>
        </w:rPr>
        <w:t>دهنده،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سرباز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شهروند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شمرده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شدند؟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پاسخ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دوره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متفاوت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تکرار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پرسش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امکان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مقایسه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تاریخی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فراهم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کند</w:t>
      </w:r>
      <w:r w:rsidR="00BA0EEF">
        <w:rPr>
          <w:sz w:val="22"/>
          <w:rtl/>
        </w:rPr>
        <w:t>.</w:t>
      </w:r>
    </w:p>
    <w:p w:rsidR="00C74EF6" w:rsidRPr="00D914B7" w:rsidRDefault="00D914B7" w:rsidP="00D914B7">
      <w:pPr>
        <w:keepNext/>
        <w:bidi/>
        <w:spacing w:before="240" w:after="120"/>
        <w:rPr>
          <w:sz w:val="22"/>
        </w:rPr>
      </w:pPr>
      <w:r w:rsidRPr="00D914B7">
        <w:rPr>
          <w:b/>
          <w:bCs/>
          <w:sz w:val="22"/>
          <w:rtl/>
        </w:rPr>
        <w:t>۱۰</w:t>
      </w:r>
      <w:r w:rsidR="00BA0EEF">
        <w:rPr>
          <w:b/>
          <w:sz w:val="22"/>
          <w:rtl/>
        </w:rPr>
        <w:t>.</w:t>
      </w:r>
      <w:r w:rsidRPr="00D914B7">
        <w:rPr>
          <w:b/>
          <w:sz w:val="22"/>
        </w:rPr>
        <w:t xml:space="preserve"> </w:t>
      </w:r>
      <w:r w:rsidRPr="00D914B7">
        <w:rPr>
          <w:b/>
          <w:bCs/>
          <w:sz w:val="22"/>
          <w:rtl/>
        </w:rPr>
        <w:t>مقصد</w:t>
      </w:r>
      <w:r w:rsidRPr="00D914B7">
        <w:rPr>
          <w:b/>
          <w:sz w:val="22"/>
        </w:rPr>
        <w:t xml:space="preserve"> </w:t>
      </w:r>
      <w:r w:rsidRPr="00D914B7">
        <w:rPr>
          <w:b/>
          <w:bCs/>
          <w:sz w:val="22"/>
          <w:rtl/>
        </w:rPr>
        <w:t>این</w:t>
      </w:r>
      <w:r w:rsidRPr="00D914B7">
        <w:rPr>
          <w:b/>
          <w:sz w:val="22"/>
        </w:rPr>
        <w:t xml:space="preserve"> </w:t>
      </w:r>
      <w:r w:rsidRPr="00D914B7">
        <w:rPr>
          <w:b/>
          <w:bCs/>
          <w:sz w:val="22"/>
          <w:rtl/>
        </w:rPr>
        <w:t>روایت</w:t>
      </w:r>
    </w:p>
    <w:p w:rsidR="00C74EF6" w:rsidRPr="00D914B7" w:rsidRDefault="00D914B7" w:rsidP="00D914B7">
      <w:pPr>
        <w:bidi/>
        <w:ind w:firstLine="720"/>
        <w:rPr>
          <w:sz w:val="22"/>
        </w:rPr>
      </w:pP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مجموعه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ستایش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دیوانیان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نیست؛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همان</w:t>
      </w:r>
      <w:r w:rsidRPr="00D914B7">
        <w:rPr>
          <w:sz w:val="22"/>
        </w:rPr>
        <w:t>‌</w:t>
      </w:r>
      <w:r w:rsidRPr="00D914B7">
        <w:rPr>
          <w:sz w:val="22"/>
          <w:rtl/>
        </w:rPr>
        <w:t>گونه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تاریخ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محکوم</w:t>
      </w:r>
      <w:r w:rsidRPr="00D914B7">
        <w:rPr>
          <w:sz w:val="22"/>
        </w:rPr>
        <w:t>‌</w:t>
      </w:r>
      <w:r w:rsidRPr="00D914B7">
        <w:rPr>
          <w:sz w:val="22"/>
          <w:rtl/>
        </w:rPr>
        <w:t>کردن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یکسره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شاهان،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نظامیان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دینکاران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نیست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چهار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نهاد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دوره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هایی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ادامه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زندگی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کمک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کرده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دوره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هایی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خطر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انداخته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اند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مسئله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آرایشی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قدرت،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خدمت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ملت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ممکن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کرده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آرایشی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نهادها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ابزار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حفظ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تبدیل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نموده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="00BA0EEF">
        <w:rPr>
          <w:sz w:val="22"/>
          <w:rtl/>
        </w:rPr>
        <w:t>.</w:t>
      </w:r>
    </w:p>
    <w:p w:rsidR="00C74EF6" w:rsidRPr="00D914B7" w:rsidRDefault="00D914B7" w:rsidP="00552498">
      <w:pPr>
        <w:bidi/>
        <w:ind w:firstLine="720"/>
        <w:rPr>
          <w:sz w:val="22"/>
        </w:rPr>
      </w:pPr>
      <w:r w:rsidRPr="00D914B7">
        <w:rPr>
          <w:sz w:val="22"/>
          <w:rtl/>
        </w:rPr>
        <w:t>اگر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مجموعه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ارزشی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داشته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باشد،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شاید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باشد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تاریخ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ایران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زاویه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کمتر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دیده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شده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روایت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کند</w:t>
      </w:r>
      <w:r w:rsidR="00552498">
        <w:rPr>
          <w:rFonts w:hint="cs"/>
          <w:sz w:val="22"/>
          <w:rtl/>
        </w:rPr>
        <w:t xml:space="preserve">: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زاویه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کشورداری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نیروهایی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فارغ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نام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حکومت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فرمانروایان،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امکان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ادامه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زندگی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جمعی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فراهم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آورده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اند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نگاه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کوشد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نشان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دهد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ایران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فقط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سبب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قهرمانی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شاهان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مقاومت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قشون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باقی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نمانده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است؛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سبب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مداوم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غالباً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بی</w:t>
      </w:r>
      <w:r w:rsidRPr="00D914B7">
        <w:rPr>
          <w:sz w:val="22"/>
        </w:rPr>
        <w:t>‌</w:t>
      </w:r>
      <w:r w:rsidRPr="00D914B7">
        <w:rPr>
          <w:sz w:val="22"/>
          <w:rtl/>
        </w:rPr>
        <w:t>نام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کسانی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باقی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مانده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آب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مالیات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آموزش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امنیت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سامان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داده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اند</w:t>
      </w:r>
      <w:r w:rsidR="00BA0EEF">
        <w:rPr>
          <w:sz w:val="22"/>
          <w:rtl/>
        </w:rPr>
        <w:t>.</w:t>
      </w:r>
    </w:p>
    <w:p w:rsidR="00C74EF6" w:rsidRPr="00D914B7" w:rsidRDefault="00D914B7" w:rsidP="00D914B7">
      <w:pPr>
        <w:bidi/>
        <w:ind w:firstLine="720"/>
        <w:rPr>
          <w:sz w:val="22"/>
        </w:rPr>
      </w:pP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حال،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ادامه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زندگی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تنهایی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کافی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نیست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ممکن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قرن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باقی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بماند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مردمش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همچنان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حق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تصمیم</w:t>
      </w:r>
      <w:r w:rsidRPr="00D914B7">
        <w:rPr>
          <w:sz w:val="22"/>
        </w:rPr>
        <w:t>‌</w:t>
      </w:r>
      <w:r w:rsidRPr="00D914B7">
        <w:rPr>
          <w:sz w:val="22"/>
          <w:rtl/>
        </w:rPr>
        <w:t>گیری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درباره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سرنوشت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خود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محروم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باشند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مقصد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نهایی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کشورداری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حفظ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زندگی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آزاد،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شایسته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ملت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باشد،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حفظ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دستگاه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قدرت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مردم</w:t>
      </w:r>
      <w:r w:rsidR="00BA0EEF">
        <w:rPr>
          <w:sz w:val="22"/>
          <w:rtl/>
        </w:rPr>
        <w:t>.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رو،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آرزوی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مجموعه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تنها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ساختن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حکومتی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کارآمد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نیست؛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پیوندزدن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توانایی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کشورداری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سکولار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دموکراسی،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تکثرگرایی،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حکومت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قانون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حاکمیت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ملت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است</w:t>
      </w:r>
      <w:r w:rsidR="00BA0EEF">
        <w:rPr>
          <w:sz w:val="22"/>
          <w:rtl/>
        </w:rPr>
        <w:t>.</w:t>
      </w:r>
    </w:p>
    <w:p w:rsidR="00C74EF6" w:rsidRPr="00D914B7" w:rsidRDefault="00D914B7" w:rsidP="00552498">
      <w:pPr>
        <w:bidi/>
        <w:ind w:firstLine="720"/>
        <w:rPr>
          <w:sz w:val="22"/>
        </w:rPr>
      </w:pP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="00552498">
        <w:rPr>
          <w:rFonts w:hint="cs"/>
          <w:sz w:val="22"/>
          <w:rtl/>
        </w:rPr>
        <w:t>محموعه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چنین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امیدی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نوشته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شده</w:t>
      </w:r>
      <w:r w:rsidR="00552498">
        <w:rPr>
          <w:rFonts w:hint="cs"/>
          <w:sz w:val="22"/>
          <w:rtl/>
        </w:rPr>
        <w:t xml:space="preserve"> </w:t>
      </w:r>
      <w:r w:rsidRPr="00D914B7">
        <w:rPr>
          <w:sz w:val="22"/>
        </w:rPr>
        <w:t>‌</w:t>
      </w:r>
      <w:r w:rsidR="00552498">
        <w:rPr>
          <w:sz w:val="22"/>
          <w:rtl/>
        </w:rPr>
        <w:t>ا</w:t>
      </w:r>
      <w:r w:rsidR="00552498">
        <w:rPr>
          <w:rFonts w:hint="cs"/>
          <w:sz w:val="22"/>
          <w:rtl/>
        </w:rPr>
        <w:t xml:space="preserve">ست: </w:t>
      </w:r>
      <w:r w:rsidRPr="00D914B7">
        <w:rPr>
          <w:sz w:val="22"/>
          <w:rtl/>
        </w:rPr>
        <w:t>امید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نسل</w:t>
      </w:r>
      <w:r w:rsidRPr="00D914B7">
        <w:rPr>
          <w:sz w:val="22"/>
        </w:rPr>
        <w:t>‌</w:t>
      </w:r>
      <w:r w:rsidRPr="00D914B7">
        <w:rPr>
          <w:sz w:val="22"/>
          <w:rtl/>
        </w:rPr>
        <w:t>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آینده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ایران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بتوانند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تجربه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طولانی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سرزمین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را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چون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افتخار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مصیبت،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بلکه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چون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دانشی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ساختن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آینده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گیرند؛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هیچ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فرمانروا،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قشون،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یا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دیوانی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بالاتر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ملت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قانون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قرار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نگیرد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نهادهای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قدرت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همان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مقصدی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کار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افتند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کشورداری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آغاز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در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پاسخ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به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پدید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آمد</w:t>
      </w:r>
      <w:r w:rsidR="00552498">
        <w:rPr>
          <w:rFonts w:hint="cs"/>
          <w:sz w:val="22"/>
          <w:rtl/>
        </w:rPr>
        <w:t>: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ادامه</w:t>
      </w:r>
      <w:r w:rsidR="00BA0EEF">
        <w:rPr>
          <w:sz w:val="22"/>
          <w:rtl/>
        </w:rPr>
        <w:t>ء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زندگی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جمعی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و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فراهم</w:t>
      </w:r>
      <w:r w:rsidRPr="00D914B7">
        <w:rPr>
          <w:sz w:val="22"/>
        </w:rPr>
        <w:t>‌</w:t>
      </w:r>
      <w:r w:rsidRPr="00D914B7">
        <w:rPr>
          <w:sz w:val="22"/>
          <w:rtl/>
        </w:rPr>
        <w:t>کردن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آینده</w:t>
      </w:r>
      <w:r w:rsidRPr="00D914B7">
        <w:rPr>
          <w:sz w:val="22"/>
        </w:rPr>
        <w:t>‌</w:t>
      </w:r>
      <w:r w:rsidRPr="00D914B7">
        <w:rPr>
          <w:sz w:val="22"/>
          <w:rtl/>
        </w:rPr>
        <w:t>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ممکن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برای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انسان</w:t>
      </w:r>
      <w:r w:rsidRPr="00D914B7">
        <w:rPr>
          <w:sz w:val="22"/>
        </w:rPr>
        <w:t xml:space="preserve"> </w:t>
      </w:r>
      <w:r w:rsidRPr="00D914B7">
        <w:rPr>
          <w:sz w:val="22"/>
          <w:rtl/>
        </w:rPr>
        <w:t>ایرانی</w:t>
      </w:r>
      <w:r w:rsidR="00BA0EEF">
        <w:rPr>
          <w:sz w:val="22"/>
          <w:rtl/>
        </w:rPr>
        <w:t>.</w:t>
      </w:r>
    </w:p>
    <w:sectPr w:rsidR="00C74EF6" w:rsidRPr="00D914B7" w:rsidSect="00034616">
      <w:footerReference w:type="default" r:id="rId9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31EB" w:rsidRDefault="004231EB" w:rsidP="00D914B7">
      <w:pPr>
        <w:spacing w:line="240" w:lineRule="auto"/>
      </w:pPr>
      <w:r>
        <w:separator/>
      </w:r>
    </w:p>
  </w:endnote>
  <w:endnote w:type="continuationSeparator" w:id="0">
    <w:p w:rsidR="004231EB" w:rsidRDefault="004231EB" w:rsidP="00D914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7751947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914B7" w:rsidRDefault="00D914B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231E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914B7" w:rsidRDefault="00D914B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31EB" w:rsidRDefault="004231EB" w:rsidP="00D914B7">
      <w:pPr>
        <w:spacing w:line="240" w:lineRule="auto"/>
      </w:pPr>
      <w:r>
        <w:separator/>
      </w:r>
    </w:p>
  </w:footnote>
  <w:footnote w:type="continuationSeparator" w:id="0">
    <w:p w:rsidR="004231EB" w:rsidRDefault="004231EB" w:rsidP="00D914B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12F52"/>
    <w:rsid w:val="0015074B"/>
    <w:rsid w:val="0029639D"/>
    <w:rsid w:val="002D0479"/>
    <w:rsid w:val="00326F90"/>
    <w:rsid w:val="004231EB"/>
    <w:rsid w:val="004341EC"/>
    <w:rsid w:val="00552498"/>
    <w:rsid w:val="00A83FB4"/>
    <w:rsid w:val="00AA1D8D"/>
    <w:rsid w:val="00B47730"/>
    <w:rsid w:val="00B95F47"/>
    <w:rsid w:val="00BA0EEF"/>
    <w:rsid w:val="00C74EF6"/>
    <w:rsid w:val="00CB0664"/>
    <w:rsid w:val="00D914B7"/>
    <w:rsid w:val="00ED10A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60" w:lineRule="auto"/>
    </w:pPr>
    <w:rPr>
      <w:rFonts w:ascii="Tahoma" w:eastAsia="Tahoma" w:hAnsi="Tahoma" w:cs="Tahom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60" w:lineRule="auto"/>
    </w:pPr>
    <w:rPr>
      <w:rFonts w:ascii="Tahoma" w:eastAsia="Tahoma" w:hAnsi="Tahoma" w:cs="Tahom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361E04F-9DAC-4F5F-AD62-C13B32D22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14</Pages>
  <Words>5181</Words>
  <Characters>29534</Characters>
  <Application>Microsoft Office Word</Application>
  <DocSecurity>0</DocSecurity>
  <Lines>246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پیشگفتار مشترک مجموعهٔ کشورداری ایرانی</vt:lpstr>
    </vt:vector>
  </TitlesOfParts>
  <Manager/>
  <Company/>
  <LinksUpToDate>false</LinksUpToDate>
  <CharactersWithSpaces>34646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پیشگفتار مشترک مجموعهٔ کشورداری ایرانی</dc:title>
  <dc:subject>پیشگفتار مشترک دوازده جلد مجموعهٔ کشورداری ایرانی</dc:subject>
  <dc:creator>اسماعیل نوری علا</dc:creator>
  <cp:keywords>کشورداری ایرانی، دیوان‌سالاری، سکولار دموکراسی</cp:keywords>
  <dc:description>generated by python-docx</dc:description>
  <cp:lastModifiedBy>Esmail</cp:lastModifiedBy>
  <cp:revision>6</cp:revision>
  <dcterms:created xsi:type="dcterms:W3CDTF">2013-12-23T23:15:00Z</dcterms:created>
  <dcterms:modified xsi:type="dcterms:W3CDTF">2026-08-10T19:16:00Z</dcterms:modified>
  <cp:category/>
</cp:coreProperties>
</file>