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5A9" w:rsidRPr="00F30A0B" w:rsidRDefault="00F30A0B" w:rsidP="00F30A0B">
      <w:pPr>
        <w:bidi/>
        <w:spacing w:before="2160" w:after="360"/>
        <w:rPr>
          <w:sz w:val="22"/>
        </w:rPr>
      </w:pPr>
      <w:r w:rsidRPr="00F30A0B">
        <w:rPr>
          <w:b/>
          <w:bCs/>
          <w:sz w:val="22"/>
          <w:rtl/>
        </w:rPr>
        <w:t>پیشگفتارهای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اختصاصی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دوازده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جلد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مجموعهٔ</w:t>
      </w:r>
      <w:r w:rsidRPr="00F30A0B">
        <w:rPr>
          <w:b/>
          <w:sz w:val="22"/>
        </w:rPr>
        <w:t xml:space="preserve"> «</w:t>
      </w:r>
      <w:r w:rsidRPr="00F30A0B">
        <w:rPr>
          <w:b/>
          <w:bCs/>
          <w:sz w:val="22"/>
          <w:rtl/>
        </w:rPr>
        <w:t>کشورداری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ایرانی</w:t>
      </w:r>
      <w:r w:rsidRPr="00F30A0B">
        <w:rPr>
          <w:b/>
          <w:sz w:val="22"/>
        </w:rPr>
        <w:t>»</w:t>
      </w:r>
    </w:p>
    <w:p w:rsidR="004C65A9" w:rsidRPr="00F30A0B" w:rsidRDefault="00F30A0B" w:rsidP="00F30A0B">
      <w:pPr>
        <w:keepNext/>
        <w:pageBreakBefore/>
        <w:bidi/>
        <w:spacing w:after="240"/>
        <w:rPr>
          <w:sz w:val="22"/>
        </w:rPr>
      </w:pPr>
      <w:r w:rsidRPr="00F30A0B">
        <w:rPr>
          <w:b/>
          <w:bCs/>
          <w:sz w:val="22"/>
          <w:rtl/>
        </w:rPr>
        <w:lastRenderedPageBreak/>
        <w:t>جلد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نخست</w:t>
      </w:r>
      <w:r w:rsidRPr="00F30A0B">
        <w:rPr>
          <w:b/>
          <w:sz w:val="22"/>
        </w:rPr>
        <w:t xml:space="preserve">: </w:t>
      </w:r>
      <w:r w:rsidRPr="00F30A0B">
        <w:rPr>
          <w:b/>
          <w:bCs/>
          <w:sz w:val="22"/>
          <w:rtl/>
        </w:rPr>
        <w:t>از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جنگ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جهانی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دوم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تا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انقلاب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۱۳۵۷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جلد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شهریور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۱۳۲۰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آغاز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شود؛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لحظه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اشغال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جنگ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جهانی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پادشاهی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رضاشاه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نخستین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اجرای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گستردهٔ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نظریهٔ</w:t>
      </w:r>
      <w:r w:rsidRPr="00F30A0B">
        <w:rPr>
          <w:sz w:val="22"/>
        </w:rPr>
        <w:t xml:space="preserve"> «</w:t>
      </w:r>
      <w:r w:rsidRPr="00F30A0B">
        <w:rPr>
          <w:sz w:val="22"/>
          <w:rtl/>
        </w:rPr>
        <w:t>مستبد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منور</w:t>
      </w:r>
      <w:r w:rsidRPr="00F30A0B">
        <w:rPr>
          <w:sz w:val="22"/>
        </w:rPr>
        <w:t xml:space="preserve">» </w:t>
      </w:r>
      <w:r w:rsidRPr="00F30A0B">
        <w:rPr>
          <w:sz w:val="22"/>
          <w:rtl/>
        </w:rPr>
        <w:t>پایان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رضاشاه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رفت،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ارتش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سراسری،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دیوانسالاری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گسترش</w:t>
      </w:r>
      <w:r w:rsidRPr="00F30A0B">
        <w:rPr>
          <w:sz w:val="22"/>
        </w:rPr>
        <w:t>‌</w:t>
      </w:r>
      <w:r w:rsidRPr="00F30A0B">
        <w:rPr>
          <w:sz w:val="22"/>
          <w:rtl/>
        </w:rPr>
        <w:t>یافته،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دادگستری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حکومت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مرکزی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باقی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ازاین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رو،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مسئله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فقط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تغییر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پادشاه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نبود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آزمود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آیا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قانون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اساسی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مشروطهٔ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مشروعه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روابط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واقعی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تنظیم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وزیران،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مجلس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دینکاران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تعادلی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پایدار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وجود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آورد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برداشت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رایجی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گوید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قانون،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فقط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سلطنت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حکومت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دخالت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نداشت،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قانون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سازگار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نیست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قوهٔ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اجرایی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تعلق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داشت،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فرماندهی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نیروهای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مسلح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اختیار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وزیران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منصوب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معزول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حال،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وزیران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مجلس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مسئول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مجلس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بازخواست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ساقط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بدین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سان،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اختیار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مسئولیت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یکدیگر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جدا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بودند</w:t>
      </w:r>
      <w:r w:rsidRPr="00F30A0B">
        <w:rPr>
          <w:sz w:val="22"/>
        </w:rPr>
        <w:t xml:space="preserve">: 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اختیار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داشت،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مسئول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مستقیم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سیاسی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نبود؛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وزیران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مسئول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ابزارهای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اعمال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اختیار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نداشتند؛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مجلس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دولت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بیندازد،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آنکه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ادارهٔ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عهده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گیرد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متناقض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نیز،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فتح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تهران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تشکیل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مجلس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کودتای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۱۲۹۹،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نزدیک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دوازده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آزموده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ثباتی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آشفتگی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کشانده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پس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شهریور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۱۳۲۰،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قانون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نزدیک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دوازده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دیگر،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ارتش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نیرومندتر،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دوباره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گذاشته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کشاکش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دربار،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مجلس،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دولت،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دینکاران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نیروهای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خارجی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سرانجام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۲۸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امرداد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۱۳۳۲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انجامید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محمدرضاشاه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تدریج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الگوی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مستبد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منور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بازگشت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پرسش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مرکزی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کتاب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استبداد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رضاشاهی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۱۳۲۰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سقوط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استبداد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محمدرضاشاهی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۱۳۵۷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ملت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منتقل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نکرد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روایت،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افزایش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نقش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نفت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تضعیف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استقلال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ناتوانی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نیروهای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سیاسی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بدیلی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قابل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اداره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پیوند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نارضایتی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داخلی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مداخلهٔ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خارجی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دنبال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انقلاب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۱۳۵۷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نگاه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فقط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فروپاشی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پادشاهی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نیست؛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لحظه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ضعف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دستگاه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کشورداری،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بیماری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تصمیم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سیاست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دولت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کارتر،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فعالیت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شبکهٔ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پیرامون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خمینی،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نقش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رسانه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خارجی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طرفی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ارتش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نارضایتی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عمومی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استقرار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حکومت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دینکاران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گشودند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کتاب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ستایش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مستبد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منور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نوشته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دفاع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مشروطهٔ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مشروعه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موضوع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سنجش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دوره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رفت</w:t>
      </w:r>
      <w:r w:rsidRPr="00F30A0B">
        <w:rPr>
          <w:sz w:val="22"/>
        </w:rPr>
        <w:t>‌</w:t>
      </w:r>
      <w:r w:rsidRPr="00F30A0B">
        <w:rPr>
          <w:sz w:val="22"/>
          <w:rtl/>
        </w:rPr>
        <w:t>وآمد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هیچ</w:t>
      </w:r>
      <w:r w:rsidRPr="00F30A0B">
        <w:rPr>
          <w:sz w:val="22"/>
        </w:rPr>
        <w:t>‌</w:t>
      </w:r>
      <w:r w:rsidRPr="00F30A0B">
        <w:rPr>
          <w:sz w:val="22"/>
          <w:rtl/>
        </w:rPr>
        <w:t>یک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نتوانست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سکولار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دموکراسی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پدید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آورد</w:t>
      </w:r>
      <w:r w:rsidRPr="00F30A0B">
        <w:rPr>
          <w:sz w:val="22"/>
        </w:rPr>
        <w:t xml:space="preserve">: </w:t>
      </w:r>
      <w:r w:rsidRPr="00F30A0B">
        <w:rPr>
          <w:sz w:val="22"/>
          <w:rtl/>
        </w:rPr>
        <w:t>آزادی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سیاسی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بدون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مسئلهٔ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دستگاه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اجرایی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ثباتی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انجامید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تمرکز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فرمانروا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قانون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نشاند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keepNext/>
        <w:pageBreakBefore/>
        <w:bidi/>
        <w:spacing w:after="240"/>
        <w:rPr>
          <w:sz w:val="22"/>
        </w:rPr>
      </w:pPr>
      <w:r w:rsidRPr="00F30A0B">
        <w:rPr>
          <w:b/>
          <w:bCs/>
          <w:sz w:val="22"/>
          <w:rtl/>
        </w:rPr>
        <w:t>جلد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دوم</w:t>
      </w:r>
      <w:r w:rsidRPr="00F30A0B">
        <w:rPr>
          <w:b/>
          <w:sz w:val="22"/>
        </w:rPr>
        <w:t xml:space="preserve">: </w:t>
      </w:r>
      <w:r w:rsidRPr="00F30A0B">
        <w:rPr>
          <w:b/>
          <w:bCs/>
          <w:sz w:val="22"/>
          <w:rtl/>
        </w:rPr>
        <w:t>از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ترور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ناصرالدین</w:t>
      </w:r>
      <w:r w:rsidRPr="00F30A0B">
        <w:rPr>
          <w:b/>
          <w:sz w:val="22"/>
        </w:rPr>
        <w:t>‌</w:t>
      </w:r>
      <w:r w:rsidRPr="00F30A0B">
        <w:rPr>
          <w:b/>
          <w:bCs/>
          <w:sz w:val="22"/>
          <w:rtl/>
        </w:rPr>
        <w:t>شاه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تا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پایان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پادشاهی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رضاشاه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جلد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شلیک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میرزارضا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کرمانی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ناصرالدین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آغاز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کناره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گیری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رضاشاه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شهریور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۱۳۲۰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یابد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فاصلهٔ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رویداد،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بنیادی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ترین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دگرگونی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تاریخ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کشورداری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تجربه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 xml:space="preserve">: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مطلقهٔ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قاجار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مطالبهٔ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عدالتخانه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مجلس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چالش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کشیده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قانون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اساسی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نوشته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مشروطهٔ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مشروعه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آزمایش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درآمد،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آزمایش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ثباتی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انجامید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سرانجام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جست</w:t>
      </w:r>
      <w:r w:rsidRPr="00F30A0B">
        <w:rPr>
          <w:sz w:val="22"/>
        </w:rPr>
        <w:t>‌</w:t>
      </w:r>
      <w:r w:rsidRPr="00F30A0B">
        <w:rPr>
          <w:sz w:val="22"/>
          <w:rtl/>
        </w:rPr>
        <w:t>وجوی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نظم،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پیدایش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مستبد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منور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هموار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ترور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ناصرالدین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فقط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پادشاه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نبود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حادثه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نشان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ترسی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سلطنت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طولانی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ترک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برداشته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نیروهایی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تازه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وارد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میدان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اند</w:t>
      </w:r>
      <w:r w:rsidRPr="00F30A0B">
        <w:rPr>
          <w:sz w:val="22"/>
        </w:rPr>
        <w:t xml:space="preserve">: </w:t>
      </w:r>
      <w:r w:rsidRPr="00F30A0B">
        <w:rPr>
          <w:sz w:val="22"/>
          <w:rtl/>
        </w:rPr>
        <w:t>دیوانیانی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ناتوانی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حکومت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دیدند،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روشنفکرانی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قانون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نمایندگی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خواستند،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بازاریانی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امتیازها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سامانی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آسیب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دیدند،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دینکارانی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توانستند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دربار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بایستند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خواهان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حفظ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حق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داوری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شریعت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مردمی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دادخواهی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مطالبهٔ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تغییر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پیوند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دادند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مشروطه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خواهان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اولیه،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بخش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مهمی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اندیشهٔ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سکولار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دموکرات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آنان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خواستند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ارادهٔ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شخص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محدود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قانونگذاری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مجلس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بسپارند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حکومت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مردم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مسئول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سازند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پیروزی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ناچار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دینکارانی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سازش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استقلال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قانون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شریعت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پذیرفتند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حاصل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سازش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قانون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اساسی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مشروطهٔ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مشروعه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قانونی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سلطنت،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ملت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شریعت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یکدیگر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قرار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آنکه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هنگام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تعارض،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تقدم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روشنی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تعیین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کتاب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سپس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نخستین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دورهٔ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اجرای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قانون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دنبال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 xml:space="preserve">: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فتح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تهران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مجلس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کودتای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۱۲۹۹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تغییر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درپی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دولت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پراکندگی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دخالت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خارجی،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ضعف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مالیه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سراسری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نشان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محدودکردن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تنهایی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ادارهٔ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کافی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نیست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شکست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تصور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نیرو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گرفت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آزادی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دولتی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مقتدر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دارد؛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دولتی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ارتش،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دادگستری،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آموزش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تازه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بسازد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پرسش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مرکزی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جلد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چگونه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انقلابی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محدودکردن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شخصی،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سرانجام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پیدایش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پادشاهی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انجامید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شخص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متمرکز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رضاشاه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بسیاری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ابزارهای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ضروری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نوین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دستگاهی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پدید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آورده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تدریج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ابزار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ارادهٔ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بنابراین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کتاب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داوری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میان</w:t>
      </w:r>
      <w:r w:rsidRPr="00F30A0B">
        <w:rPr>
          <w:sz w:val="22"/>
        </w:rPr>
        <w:t xml:space="preserve"> «</w:t>
      </w:r>
      <w:r w:rsidRPr="00F30A0B">
        <w:rPr>
          <w:sz w:val="22"/>
          <w:rtl/>
        </w:rPr>
        <w:t>مشروطهٔ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خوب</w:t>
      </w:r>
      <w:r w:rsidRPr="00F30A0B">
        <w:rPr>
          <w:sz w:val="22"/>
        </w:rPr>
        <w:t xml:space="preserve">»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«</w:t>
      </w:r>
      <w:r w:rsidRPr="00F30A0B">
        <w:rPr>
          <w:sz w:val="22"/>
          <w:rtl/>
        </w:rPr>
        <w:t>استبداد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بد</w:t>
      </w:r>
      <w:r w:rsidRPr="00F30A0B">
        <w:rPr>
          <w:sz w:val="22"/>
        </w:rPr>
        <w:t xml:space="preserve">» </w:t>
      </w:r>
      <w:r w:rsidRPr="00F30A0B">
        <w:rPr>
          <w:sz w:val="22"/>
          <w:rtl/>
        </w:rPr>
        <w:t>نیست؛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بررسی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شکست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کوشش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ناتمام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: </w:t>
      </w:r>
      <w:r w:rsidRPr="00F30A0B">
        <w:rPr>
          <w:sz w:val="22"/>
          <w:rtl/>
        </w:rPr>
        <w:t>ساختن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آزادی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بدون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دستگاه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اجرایی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پایدار،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دولت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مقتدر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بدون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مهار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قانونی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فرمانروا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keepNext/>
        <w:pageBreakBefore/>
        <w:bidi/>
        <w:spacing w:after="240"/>
        <w:rPr>
          <w:sz w:val="22"/>
        </w:rPr>
      </w:pPr>
      <w:r w:rsidRPr="00F30A0B">
        <w:rPr>
          <w:b/>
          <w:bCs/>
          <w:sz w:val="22"/>
          <w:rtl/>
        </w:rPr>
        <w:t>جلد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سوم</w:t>
      </w:r>
      <w:r w:rsidRPr="00F30A0B">
        <w:rPr>
          <w:b/>
          <w:sz w:val="22"/>
        </w:rPr>
        <w:t xml:space="preserve">: </w:t>
      </w:r>
      <w:r w:rsidRPr="00F30A0B">
        <w:rPr>
          <w:b/>
          <w:bCs/>
          <w:sz w:val="22"/>
          <w:rtl/>
        </w:rPr>
        <w:t>از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پادشاهی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نادرشاه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تا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قتل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امیرکبیر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جلد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برآمدن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نادرشاه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فروپاشی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صفویان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آغاز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قتل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امیرکبیر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حمام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یابد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فاصلهٔ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رویداد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کشمکش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بازسازی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حکومت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مرکزی،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خزانه،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پیوندهای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درونی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آسیب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نادر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نیروی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نظامی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دوباره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یکپارچه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دستگاهی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نساخت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مرگش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بتواند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نگاه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دارد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امیرکبیر،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سوی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دوره،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کوشید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مسئله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فقط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بلکه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اصلاح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مالیه،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آموزش،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صنعت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رابطهٔ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مرکز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ایالات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دربار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پناه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نادر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نمونهٔ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روشن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فرمانروایی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حفظ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نیروی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استوار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توانست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مهاجمان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عقب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سرزمین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رفته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بازگیرد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نظامی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احیا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حال،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کوشید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اقتدار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دینکاران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شیعه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صفویه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گسترش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یافته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محدود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سازد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طرح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مذهب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جعفری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ستیز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مذهبی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عثمانی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بکاهد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جنگ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پیوسته،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مالیات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سنگین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وابستگی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دستگاه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ارادهٔ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شخص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فرسود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نجاتش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برخاسته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پس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قتل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نادر،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مسئلهٔ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جانشینی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نشان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پیروزی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نظامی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گیرد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حکومت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کوتاه،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رقابت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خاندان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جنگ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مدعیان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ادامه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یافت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کریم</w:t>
      </w:r>
      <w:r w:rsidRPr="00F30A0B">
        <w:rPr>
          <w:sz w:val="22"/>
        </w:rPr>
        <w:t>‌</w:t>
      </w:r>
      <w:r w:rsidRPr="00F30A0B">
        <w:rPr>
          <w:sz w:val="22"/>
          <w:rtl/>
        </w:rPr>
        <w:t>خان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مدتی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آرامش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برقرار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سپس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آقامحمدخان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قاجار،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خشونت،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مرکز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سیاسی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تازه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قاجاریه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مسئله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قدیمی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روبه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رو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: </w:t>
      </w:r>
      <w:r w:rsidRPr="00F30A0B">
        <w:rPr>
          <w:sz w:val="22"/>
          <w:rtl/>
        </w:rPr>
        <w:t>چگونه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سرزمینی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پهناور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عمل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مانع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دربار،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شاهزادگان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منابع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ملک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شخصی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بدانند؟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شکست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روسیه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ناتوانی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آشکار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عباس</w:t>
      </w:r>
      <w:r w:rsidRPr="00F30A0B">
        <w:rPr>
          <w:sz w:val="22"/>
        </w:rPr>
        <w:t>‌</w:t>
      </w:r>
      <w:r w:rsidRPr="00F30A0B">
        <w:rPr>
          <w:sz w:val="22"/>
          <w:rtl/>
        </w:rPr>
        <w:t>میرزا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پیرامون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دریافتند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بدون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مالیه،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آموزش،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صنعت،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ارتباطات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ممکن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نیست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قائم</w:t>
      </w:r>
      <w:r w:rsidRPr="00F30A0B">
        <w:rPr>
          <w:sz w:val="22"/>
        </w:rPr>
        <w:t>‌</w:t>
      </w:r>
      <w:r w:rsidRPr="00F30A0B">
        <w:rPr>
          <w:sz w:val="22"/>
          <w:rtl/>
        </w:rPr>
        <w:t>مقام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دریافت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سیاست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کوشید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امیرکبیر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تلاش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گسترده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 xml:space="preserve">: </w:t>
      </w:r>
      <w:r w:rsidRPr="00F30A0B">
        <w:rPr>
          <w:sz w:val="22"/>
          <w:rtl/>
        </w:rPr>
        <w:t>دارالفنون،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اصلاح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مالیه،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تحدید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مستمری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تقویت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حمایت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تولید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مهار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نفوذ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دربار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دینکاران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اجزای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جداگانهٔ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برنامهٔ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نبودند؛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پاسخ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پرسش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کشورداری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پرسش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مرکزی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جلد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بارها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توانست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فرمانروایی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وزیری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توانا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پدید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آورد،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نتوانست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توانایی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شخصی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نهادی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ماندگار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نادر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ایستاد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خدمت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جنگ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گرفت؛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امیرکبیر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خدمت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نزدیک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بقای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برنامه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همچنان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حمایت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وابسته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قتل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نشان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زمانی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وزیر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نهادی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مستقل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خشم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دربار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نباشد،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اصلاح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متوقف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شود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keepNext/>
        <w:pageBreakBefore/>
        <w:bidi/>
        <w:spacing w:after="240"/>
        <w:rPr>
          <w:sz w:val="22"/>
        </w:rPr>
      </w:pPr>
      <w:r w:rsidRPr="00F30A0B">
        <w:rPr>
          <w:b/>
          <w:bCs/>
          <w:sz w:val="22"/>
          <w:rtl/>
        </w:rPr>
        <w:t>جلد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چهارم</w:t>
      </w:r>
      <w:r w:rsidRPr="00F30A0B">
        <w:rPr>
          <w:b/>
          <w:sz w:val="22"/>
        </w:rPr>
        <w:t xml:space="preserve">: </w:t>
      </w:r>
      <w:r w:rsidRPr="00F30A0B">
        <w:rPr>
          <w:b/>
          <w:bCs/>
          <w:sz w:val="22"/>
          <w:rtl/>
        </w:rPr>
        <w:t>از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قتل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امیرکبیر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تا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ترور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ناصرالدین</w:t>
      </w:r>
      <w:r w:rsidRPr="00F30A0B">
        <w:rPr>
          <w:b/>
          <w:sz w:val="22"/>
        </w:rPr>
        <w:t>‌</w:t>
      </w:r>
      <w:r w:rsidRPr="00F30A0B">
        <w:rPr>
          <w:b/>
          <w:bCs/>
          <w:sz w:val="22"/>
          <w:rtl/>
        </w:rPr>
        <w:t>شاه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جلد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قتل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امیرکبیر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آغاز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ترور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ناصرالدین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یابد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قتل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مرزهای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دوره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سازند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امکان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اصلاح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بالا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نرفت،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پیوسته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فشار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دربار،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امتیازخواهی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خارجی،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ضعف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مالیه،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دینکاران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اعتمادی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محدود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امیرکبیر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ولی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مسئله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حلشان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برخاسته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باقی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ماندند</w:t>
      </w:r>
      <w:r w:rsidRPr="00F30A0B">
        <w:rPr>
          <w:sz w:val="22"/>
        </w:rPr>
        <w:t xml:space="preserve">: </w:t>
      </w:r>
      <w:r w:rsidRPr="00F30A0B">
        <w:rPr>
          <w:sz w:val="22"/>
          <w:rtl/>
        </w:rPr>
        <w:t>قشون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ناکارآمد،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خزانهٔ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تهی،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ادارهٔ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پراکنده،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نفوذ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خارجی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فاصلهٔ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روزافزون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حکومت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مردم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ناصرالدین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کنارزدن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صدراعظم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شیوهٔ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گذشته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حکومت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حاضر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دستگاهی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مستقل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قانونمند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بسازد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اصلاحات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داد،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وزیرانی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کشید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نهادهای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تازه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آفرید؛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اصلاح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اختیار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شخصی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منافع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دربار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برخورد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کرد،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عقب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نشست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بدین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سان،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دولت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نوسازی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ترس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پیامدهای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سرگردان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دوره،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تماس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اروپا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گسترده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تلگراف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روزنامه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آموزش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تازه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پدید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آمد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دریافتند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ادارهٔ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موردی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ممکن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نیست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آگاهی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عقب</w:t>
      </w:r>
      <w:r w:rsidRPr="00F30A0B">
        <w:rPr>
          <w:sz w:val="22"/>
        </w:rPr>
        <w:t>‌</w:t>
      </w:r>
      <w:r w:rsidRPr="00F30A0B">
        <w:rPr>
          <w:sz w:val="22"/>
          <w:rtl/>
        </w:rPr>
        <w:t>ماندگی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الزاماً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اصلاح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انجامید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هر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اصلاح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هزینه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دشمن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داشت</w:t>
      </w:r>
      <w:r w:rsidRPr="00F30A0B">
        <w:rPr>
          <w:sz w:val="22"/>
        </w:rPr>
        <w:t xml:space="preserve">: </w:t>
      </w:r>
      <w:r w:rsidRPr="00F30A0B">
        <w:rPr>
          <w:sz w:val="22"/>
          <w:rtl/>
        </w:rPr>
        <w:t>نظم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مستمری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تیول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تهدید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کرد؛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قانون،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اختیار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محدود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ساخت؛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آموزش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تازه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انحصار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دینکاران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شکست؛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جلوگیری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امتیازهای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خارجی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منابع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درآمد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دربار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کاهش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داد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جنبش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تنباکو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نقطه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تعیین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کننده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دگرگونی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ائتلاف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بازار،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دینکاران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اعتراض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عمومی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نشان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دربار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تنها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مرکز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بسیج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نیست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فتوای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میرزای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شیرازی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توانست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قرارداد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اثر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پیروزی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معنای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پیدایش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حاکمیت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ملت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نبود؛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بیشتر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نشان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اقتدار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شبکهٔ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بازار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سلطنت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نیرویی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مستقل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شوند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پرسش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مرکزی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کتاب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چگونه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شکست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اصلاحات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امیرکبیر،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امتیازفروشی،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افزایش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نفوذ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خارجی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پیدایش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نیروهای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تازهٔ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اجتماعی،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فرمانروایی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طولانی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ناصرالدین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فرسودند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گلولهٔ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میرزارضا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کرمانی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ناگهانی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حکومتی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نیرومند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نبود؛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آشکارشدن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بحرانی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سال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رابطهٔ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دربار،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دینکاران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مردم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انباشته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مسئله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تنها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یافتن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فرمانروایی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بهتر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نبود؛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سخن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قانونی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بتواند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فرمانروایی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محدود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keepNext/>
        <w:pageBreakBefore/>
        <w:bidi/>
        <w:spacing w:after="240"/>
        <w:rPr>
          <w:sz w:val="22"/>
        </w:rPr>
      </w:pPr>
      <w:r w:rsidRPr="00F30A0B">
        <w:rPr>
          <w:b/>
          <w:bCs/>
          <w:sz w:val="22"/>
          <w:rtl/>
        </w:rPr>
        <w:t>جلد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پنجم</w:t>
      </w:r>
      <w:r w:rsidRPr="00F30A0B">
        <w:rPr>
          <w:b/>
          <w:sz w:val="22"/>
        </w:rPr>
        <w:t xml:space="preserve">: </w:t>
      </w:r>
      <w:r w:rsidRPr="00F30A0B">
        <w:rPr>
          <w:b/>
          <w:bCs/>
          <w:sz w:val="22"/>
          <w:rtl/>
        </w:rPr>
        <w:t>صفویان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و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رسمی</w:t>
      </w:r>
      <w:r w:rsidRPr="00F30A0B">
        <w:rPr>
          <w:b/>
          <w:sz w:val="22"/>
        </w:rPr>
        <w:t>‌</w:t>
      </w:r>
      <w:r w:rsidRPr="00F30A0B">
        <w:rPr>
          <w:b/>
          <w:bCs/>
          <w:sz w:val="22"/>
          <w:rtl/>
        </w:rPr>
        <w:t>شدن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تشیع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دوازده</w:t>
      </w:r>
      <w:r w:rsidRPr="00F30A0B">
        <w:rPr>
          <w:b/>
          <w:sz w:val="22"/>
        </w:rPr>
        <w:t>‌</w:t>
      </w:r>
      <w:r w:rsidRPr="00F30A0B">
        <w:rPr>
          <w:b/>
          <w:bCs/>
          <w:sz w:val="22"/>
          <w:rtl/>
        </w:rPr>
        <w:t>امامی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جلد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برآمدن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صفویان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رسمی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تشیع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دوازده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امامی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پردازد؛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تحولی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فقط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تغییر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مذهب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دربار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نبود،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بلکه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کشورداری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دگرگون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اسماعیل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نیروی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قزلباشان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سرزمینی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پراکنده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آورد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جداکردن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دولت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تازه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رقیب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عثمانی،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تشیع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نشان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هویت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سیاسی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پس،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تاج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رابطه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تازه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یکدیگر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نیازمند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رقیب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یکدیگر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صفویان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آغاز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کمبود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دینکاران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دوازده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امامی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روبه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رو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گروهی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فقیهان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جبل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عامل،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بحرین،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عراق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مراکز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شیعی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آوردند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دینکاران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فقط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آموزگار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عقیده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نبودند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آنان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قضاوت،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آموزش،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اوقاف،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تفسیر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شریعت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تأیید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حقانیت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حکمرانی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اختیار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گرفتند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تدریج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نهادی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صرفاً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انتصاب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سرچشمه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گرفت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برابر،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مهار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قزلباشان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ادارهٔ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سرزمین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دیوانسالاران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داشت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قشون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فتح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مالیات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بگیرد،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زمین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ثبت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نگاه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سراسر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اجرا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نماید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کشاکش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قزلباشان،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غلامان،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دینکاران،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صورت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واقعی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دولت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صفوی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انتقال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پایتخت،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ایجاد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تازه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اصلاحات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عباس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کوشش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برقراری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موازنه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رسمی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تشیع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یکپارچگی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سیاسی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رساند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روشن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عثمانی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پدید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آورد،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هزینه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داشت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تکثر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مذهبی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محدود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اجبار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سرکوب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گسترش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یافت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مقدس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ابزاری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حکومت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حال،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دینکاران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گسترش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آموزش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اوقاف،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اجتماعی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یافتند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بعدها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امکان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استقلال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بیشترشان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دولت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فراهم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پرسش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مرکزی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کتاب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چگونه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دولتی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برخاسته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طریقت،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تثبیت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مذهب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رسمی،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چگونه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نیروهایی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بدل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کاملاً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نبودند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سقوط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صفویان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فقط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نتیجهٔ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ضعف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سلطان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حسین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حملهٔ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افغان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نبود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فرسودگی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بحران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درباری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تضعیف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ناتوانی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حکومت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احوال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واقعی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مجموعه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ظاهراً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هنوز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مقدس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مقتدر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keepNext/>
        <w:pageBreakBefore/>
        <w:bidi/>
        <w:spacing w:after="240"/>
        <w:rPr>
          <w:sz w:val="22"/>
        </w:rPr>
      </w:pPr>
      <w:r w:rsidRPr="00F30A0B">
        <w:rPr>
          <w:b/>
          <w:bCs/>
          <w:sz w:val="22"/>
          <w:rtl/>
        </w:rPr>
        <w:t>جلد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ششم</w:t>
      </w:r>
      <w:r w:rsidRPr="00F30A0B">
        <w:rPr>
          <w:b/>
          <w:sz w:val="22"/>
        </w:rPr>
        <w:t xml:space="preserve">: </w:t>
      </w:r>
      <w:r w:rsidRPr="00F30A0B">
        <w:rPr>
          <w:b/>
          <w:bCs/>
          <w:sz w:val="22"/>
          <w:rtl/>
        </w:rPr>
        <w:t>مغولان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در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ایران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جلد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ورود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مغولان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آغاز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پیامدهای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فرمانروایی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مغول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تیموری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کشورداری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دنبال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حملهٔ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مغول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ویرانی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شهرها،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کشتار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مردم،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نابودی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شبکه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آبیاری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گسستن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بسیاری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پیوندهای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اقتصادی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همراه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بااین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همه،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تاریخ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دوره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فقط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داستان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ویرانی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نیست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فاتحان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خیلی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دریافتند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بگیرد،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اداره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مغولان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گردآوری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مالیات،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ثبت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زمین،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سامان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دادن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تنظیم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رابطهٔ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شهر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اردو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نگاه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داشتن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تولید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ناچار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دانش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بهره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گیرند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نیاز،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پلی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تازه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جامعهٔ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شکست</w:t>
      </w:r>
      <w:r w:rsidRPr="00F30A0B">
        <w:rPr>
          <w:sz w:val="22"/>
        </w:rPr>
        <w:t>‌</w:t>
      </w:r>
      <w:r w:rsidRPr="00F30A0B">
        <w:rPr>
          <w:sz w:val="22"/>
          <w:rtl/>
        </w:rPr>
        <w:t>خورده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دیوانیان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توانستند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غارت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بکاهند،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برنامهٔ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آبادانی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پیشنهاد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نظم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بدل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سازند؛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دانش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محاسبهٔ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دقیق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مالیات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بهره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کشی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منظم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رابطهٔ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دوره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پیوسته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ناپایدار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فرماندهان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مغول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زمین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درآمد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خواستند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دانست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تولیدکننده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نابود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شود،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مالیاتی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آینده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باقی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ماند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کشاکش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اندازهٔ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برداشت،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مالکیت،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پول،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امنیت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فقط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اختلافی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نبود؛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نزاع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فوری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فاتح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ضرورت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ادامهٔ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زندگی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اصلاحات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غازان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خان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کوشش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وزیرانی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رشیدالدین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فضل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الله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زمینه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فهمید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اسلام</w:t>
      </w:r>
      <w:r w:rsidRPr="00F30A0B">
        <w:rPr>
          <w:sz w:val="22"/>
        </w:rPr>
        <w:t>‌</w:t>
      </w:r>
      <w:r w:rsidRPr="00F30A0B">
        <w:rPr>
          <w:sz w:val="22"/>
          <w:rtl/>
        </w:rPr>
        <w:t>آوردن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ایلخانان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رابطهٔ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دگرگون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فاتح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بیگانه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پذیرفته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زبانی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حقانیت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داشت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مردم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بشناسند،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دینکاران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گسترش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اقتدار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حمایت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حکومت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نیازمند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پذیرفتن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اسلام،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مغولان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یکباره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ادامه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دهندگان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تفاوت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سنت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پیشین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نکرد؛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آرایش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خاندان،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پرسش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مرکزی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جلد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چگونه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کشورداری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ویرانگرترین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حمله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تاریخ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چگونه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ابزار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فرمانروایی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فاتحان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استمرار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فقط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بقای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ناشی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نشد؛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ماندن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دانش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اداره،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زبان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حافظهٔ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اسناد،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بازسازی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مردمی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پدید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آمد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زندگی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ویرانی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گرفتند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دوره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نشان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دهد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دیوانسالاری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ذاتاً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نجات</w:t>
      </w:r>
      <w:r w:rsidRPr="00F30A0B">
        <w:rPr>
          <w:sz w:val="22"/>
        </w:rPr>
        <w:t>‌</w:t>
      </w:r>
      <w:r w:rsidRPr="00F30A0B">
        <w:rPr>
          <w:sz w:val="22"/>
          <w:rtl/>
        </w:rPr>
        <w:t>بخش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ذاتاً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ستمگر؛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ارزش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رابطه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قانون،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مردم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وابسته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keepNext/>
        <w:pageBreakBefore/>
        <w:bidi/>
        <w:spacing w:after="240"/>
        <w:rPr>
          <w:sz w:val="22"/>
        </w:rPr>
      </w:pPr>
      <w:r w:rsidRPr="00F30A0B">
        <w:rPr>
          <w:b/>
          <w:bCs/>
          <w:sz w:val="22"/>
          <w:rtl/>
        </w:rPr>
        <w:t>جلد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هفتم</w:t>
      </w:r>
      <w:r w:rsidRPr="00F30A0B">
        <w:rPr>
          <w:b/>
          <w:sz w:val="22"/>
        </w:rPr>
        <w:t xml:space="preserve">: </w:t>
      </w:r>
      <w:r w:rsidRPr="00F30A0B">
        <w:rPr>
          <w:b/>
          <w:bCs/>
          <w:sz w:val="22"/>
          <w:rtl/>
        </w:rPr>
        <w:t>نومسلمانان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در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ایران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جلد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دوره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پردازد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استقرار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تدریجی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فرمانروایی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مسلمانان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آغاز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آستانهٔ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یورش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مغول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ادامه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یابد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موضوع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فقط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آمدن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تازه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نیست؛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دگرگونی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عمیق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رابطهٔ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حکومت،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ساسانی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شکست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خورد،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جامعه،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زبان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شهرها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بسیاری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شیوه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ادارهٔ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یکباره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نرفتند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فاتحان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حکومت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سرزمین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تازه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ناچار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بخشی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دستگاهی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شکست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گیرند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اسلام</w:t>
      </w:r>
      <w:r w:rsidRPr="00F30A0B">
        <w:rPr>
          <w:sz w:val="22"/>
        </w:rPr>
        <w:t>‌</w:t>
      </w:r>
      <w:r w:rsidRPr="00F30A0B">
        <w:rPr>
          <w:sz w:val="22"/>
          <w:rtl/>
        </w:rPr>
        <w:t>آوردن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حادثه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</w:t>
      </w:r>
      <w:r w:rsidRPr="00F30A0B">
        <w:rPr>
          <w:sz w:val="22"/>
        </w:rPr>
        <w:t>‌</w:t>
      </w:r>
      <w:r w:rsidRPr="00F30A0B">
        <w:rPr>
          <w:sz w:val="22"/>
          <w:rtl/>
        </w:rPr>
        <w:t>زمان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شکل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نبود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گروه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اعتقاد،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برخی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رهایی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محدودیت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حقوقی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برخی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پیوند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برخی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فرایندی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چندنسلی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مسلمان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تازه،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تفاوت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عرب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عجم،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مالیات،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موالی،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زبان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دسترسی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مقام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سیاسی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مسئله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تعیین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کننده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بودند</w:t>
      </w:r>
      <w:r w:rsidRPr="00F30A0B">
        <w:rPr>
          <w:sz w:val="22"/>
        </w:rPr>
        <w:t>. «</w:t>
      </w:r>
      <w:r w:rsidRPr="00F30A0B">
        <w:rPr>
          <w:sz w:val="22"/>
          <w:rtl/>
        </w:rPr>
        <w:t>نومسلمان</w:t>
      </w:r>
      <w:r w:rsidRPr="00F30A0B">
        <w:rPr>
          <w:sz w:val="22"/>
        </w:rPr>
        <w:t xml:space="preserve">» </w:t>
      </w:r>
      <w:r w:rsidRPr="00F30A0B">
        <w:rPr>
          <w:sz w:val="22"/>
          <w:rtl/>
        </w:rPr>
        <w:t>فقط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عقیده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تغییر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باشد؛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انسانی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کوشید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جایگاه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نظم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سیاسی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اجتماعی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تازه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پیدا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انتقال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زبان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روش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پیشین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عربی،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سپس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بازگشت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زبان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فارسی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صورت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تازهٔ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نشان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دهد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فتح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نظامی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جانشینی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کامل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فرهنگی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یکسان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نیست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خلافت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دانش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مالیاتی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داشت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دستگاه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تازه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ادامهٔ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افزایش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نفوذ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یافتند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گسترش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خاندان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حکومت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محلی،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دانش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دولت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مسلمان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فقط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نسخه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خلافت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عربی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شمار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آمدند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دوره،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دینکاران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گروهی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وابسته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سیاسی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شبکه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گسترده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فقیهان،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محدثان،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قاضیان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آموزگاران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مذاهب،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مدارس،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وقف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شریعت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زندگی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روزمره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ادارهٔ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جامعه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یافتند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هم</w:t>
      </w:r>
      <w:r w:rsidRPr="00F30A0B">
        <w:rPr>
          <w:sz w:val="22"/>
        </w:rPr>
        <w:t>‌</w:t>
      </w:r>
      <w:r w:rsidRPr="00F30A0B">
        <w:rPr>
          <w:sz w:val="22"/>
          <w:rtl/>
        </w:rPr>
        <w:t>زمان،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غلام،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نیروهای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قبیله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سلسله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ترک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تبار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آرایش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تغییر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دادند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بارها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کوشید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فرمانروای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نظامی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ضرورت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ادارهٔ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تعادل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برقرار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پرسش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مرکزی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کتاب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شکست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سیاسی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چگونه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نظم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اسلامی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نشد،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بلکه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جذب،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تغییر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بازآرایی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عناصر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صورت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تازه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روایت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فتح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رهایی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هزینه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داند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اشغال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کاهد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مسئله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فاتح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مغلوب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چگونه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کشاکشی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طولانی،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دستگاهی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پدید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آوردند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شریعت،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سلطنت،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یکدیگر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داشتند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تقدم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یکدیگر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کوشیدند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keepNext/>
        <w:pageBreakBefore/>
        <w:bidi/>
        <w:spacing w:after="240"/>
        <w:rPr>
          <w:sz w:val="22"/>
        </w:rPr>
      </w:pPr>
      <w:r w:rsidRPr="00F30A0B">
        <w:rPr>
          <w:b/>
          <w:bCs/>
          <w:sz w:val="22"/>
          <w:rtl/>
        </w:rPr>
        <w:t>جلد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هشتم</w:t>
      </w:r>
      <w:r w:rsidRPr="00F30A0B">
        <w:rPr>
          <w:b/>
          <w:sz w:val="22"/>
        </w:rPr>
        <w:t xml:space="preserve">: </w:t>
      </w:r>
      <w:r w:rsidRPr="00F30A0B">
        <w:rPr>
          <w:b/>
          <w:bCs/>
          <w:sz w:val="22"/>
          <w:rtl/>
        </w:rPr>
        <w:t>از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اسکندر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تا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قادسیه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جلد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فروپاشی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شاهنشاهی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هخامنشی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اسکندر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آغاز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شکست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ساسانیان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قادسیه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گشوده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فروپاشی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حکومت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یابد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میان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شکست،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نزدیک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هزار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کشورداری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جریان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داشت</w:t>
      </w:r>
      <w:r w:rsidRPr="00F30A0B">
        <w:rPr>
          <w:sz w:val="22"/>
        </w:rPr>
        <w:t xml:space="preserve">: </w:t>
      </w:r>
      <w:r w:rsidRPr="00F30A0B">
        <w:rPr>
          <w:sz w:val="22"/>
          <w:rtl/>
        </w:rPr>
        <w:t>جانشینان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اسکندر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کوشیدند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سرزمین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فتح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نگاه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دارند،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اشکانیان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الگویی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متفاوت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تمرکز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خودمختاری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ساسانیان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دولت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متمرکزتری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پیوند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تاج،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رسمی،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بنا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ورود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اسکندر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مردم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حافظهٔ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نبود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فاتحان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مقدونی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سلوکی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ناچار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مالیات،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شهرها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کارگزاران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دستگاه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پیشین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استفاده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حال،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حضور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یونانیان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شهرهای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تازه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رابطهٔ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فرهنگ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دگرگون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پرسش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آغاز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چیزی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رفتن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شکست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رود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چیزی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لایه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جامعه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باقی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ماند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اشکانیان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کم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تمرکزتر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حکومت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خاندان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بزرگ،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فرمانروایان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محلی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سواره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سهم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داشتند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شاهنشاه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حفظ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مجموعه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ناچار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سازش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موازنه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انعطاف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داشت،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جانشینی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بسیج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پایدار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منابع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دشوار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ساسانیان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واکنش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پراکندگی،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تمرکز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بیشتر،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منظم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پیوند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نزدیک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سلطنت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زرتشتی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برگزیدند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رسمی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دورهٔ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ساسانی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تاج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حقانیت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بخشید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یکپارچگی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رساند،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دینکاران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نهادی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صاحب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فشار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دگراندیشان،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نزاع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درونی،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سنگینی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مالیات،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جنگ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طولانی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بیزانس،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خاندان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بزرگ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بحران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جانشینی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حکومت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فرسودند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شکست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قادسیه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تنها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نتیجهٔ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نیروی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مهاجمان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دانست؛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رسیدن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اندازه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ناتوان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پرسش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مرکزی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جلد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گذر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هخامنشیان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حکومت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هلنی،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اشکانی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ساسانی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عناصر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کشورداری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باقی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ماندند،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چیزهایی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دگرگون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دستگاه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ساسانی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وجود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رسمی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نتوانست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دفاع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پاسخ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علت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خلاصه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شود؛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رابطهٔ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درازمدت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فرمانروا،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خاندان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دینکاران،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مردمی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نهفته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هزینهٔ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پرداختند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keepNext/>
        <w:pageBreakBefore/>
        <w:bidi/>
        <w:spacing w:after="240"/>
        <w:rPr>
          <w:sz w:val="22"/>
        </w:rPr>
      </w:pPr>
      <w:r w:rsidRPr="00F30A0B">
        <w:rPr>
          <w:b/>
          <w:bCs/>
          <w:sz w:val="22"/>
          <w:rtl/>
        </w:rPr>
        <w:t>جلد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نهم</w:t>
      </w:r>
      <w:r w:rsidRPr="00F30A0B">
        <w:rPr>
          <w:b/>
          <w:sz w:val="22"/>
        </w:rPr>
        <w:t xml:space="preserve">: </w:t>
      </w:r>
      <w:r w:rsidRPr="00F30A0B">
        <w:rPr>
          <w:b/>
          <w:bCs/>
          <w:sz w:val="22"/>
          <w:rtl/>
        </w:rPr>
        <w:t>از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مرگ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کورش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تا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مرگ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داریوش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سوم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جلد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حدود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۵۳۰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میلاد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آغاز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داریوش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سوم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فرمانروایی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هخامنشیان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۳۳۰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میلاد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یابد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کورش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شاهنشاهی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چندسرزمینی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بسیاری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ابزارهای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اداره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مهم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قاعدهٔ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جانشینی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ناتمام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گذاشت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پس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حکومت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مجموعه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وابسته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توافق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بنیان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گذار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دستگاهی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بتواند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غیاب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ادامه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یابد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کمبوجیه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فتوحات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مصر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گسترش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بحران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نشان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خاندان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تنهایی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جانشینی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ماجرای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بردیا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گئوماته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فقط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داستان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مدعی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دروغین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نیست؛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نشانهٔ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ابهام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مالکیت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تاج،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کمبود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قابل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اعتماد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کسانی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توانستند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حقیقت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سیاسی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اعلام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داریوش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پیروز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پیروزی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حقانیت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حکمرانی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نسب،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کتیبه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روایتی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رسمی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گذشته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داشت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اهمیت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داریوش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فتوحات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دستگاهی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منظم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پیوند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ساتراپی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چاپار،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مالیات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سامان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یافته،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اوزان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سکه،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بایگانی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تقسیم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امکان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دادند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مرکز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سرزمین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دوردست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بگیرد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اجرا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لوح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تخت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جمشید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نشان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دهند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شاهنشاهی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فقط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کاخ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جنگ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نشده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هزاران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کارگر،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دبیر،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حسابدار،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انباردار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مأمور،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زندگی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روزمرهٔ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ممکن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کردند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حال،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تمرکز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گسترش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دستگاه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هزینه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داشت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ساتراپ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ادارهٔ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سرزمین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اختیار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داشت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اختیار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رقیب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مرکز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قشون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اقوام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بسیار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وفاداری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همیشه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یکسان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نبود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دربار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خاندان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جانشینی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اثر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گذاشتند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جنگ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طولانی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منابع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مصرف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کردند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دین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مدارای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عملی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پررنگ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حمایت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اهورامزدا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پادشاه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کتیبه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داریوش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رسید،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هرچند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شاهنشاهی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همچنان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گوناگون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تحمل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>.</w:t>
      </w:r>
    </w:p>
    <w:p w:rsidR="004C65A9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پرسش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مرکزی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جلد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فتوحات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چگونه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دستگاه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ادارهٔ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بزرگ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ترین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شاهنشاهی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جهان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دستگاه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نزدیک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آورد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سرانجام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اسکندر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ریخت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پاسخ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نباید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فقط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نبوغ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اسکندر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ضعف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داریوش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سوم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جست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باید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چگونه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کشمکش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دربار،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جانشینی،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شورش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ساتراپی،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فرسایش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فاصلهٔ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مرکز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جامعه،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دستگاه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کاهش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بودند</w:t>
      </w:r>
      <w:r w:rsidRPr="00F30A0B">
        <w:rPr>
          <w:sz w:val="22"/>
        </w:rPr>
        <w:t>.</w:t>
      </w:r>
    </w:p>
    <w:p w:rsidR="00042B32" w:rsidRDefault="00042B32">
      <w:pPr>
        <w:spacing w:after="200" w:line="276" w:lineRule="auto"/>
        <w:rPr>
          <w:rFonts w:asciiTheme="majorBidi" w:hAnsiTheme="majorBidi" w:cstheme="majorBidi"/>
          <w:bCs/>
          <w:sz w:val="36"/>
          <w:szCs w:val="36"/>
          <w:rtl/>
        </w:rPr>
      </w:pPr>
      <w:r>
        <w:rPr>
          <w:rFonts w:asciiTheme="majorBidi" w:hAnsiTheme="majorBidi" w:cstheme="majorBidi"/>
          <w:bCs/>
          <w:sz w:val="36"/>
          <w:szCs w:val="36"/>
          <w:rtl/>
        </w:rPr>
        <w:br w:type="page"/>
      </w:r>
    </w:p>
    <w:p w:rsidR="00F255B4" w:rsidRDefault="00F255B4" w:rsidP="00F255B4">
      <w:pPr>
        <w:bidi/>
        <w:jc w:val="center"/>
        <w:rPr>
          <w:rFonts w:asciiTheme="majorBidi" w:hAnsiTheme="majorBidi" w:cstheme="majorBidi" w:hint="cs"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Cs/>
          <w:sz w:val="36"/>
          <w:szCs w:val="36"/>
          <w:rtl/>
        </w:rPr>
        <w:t>فهرست مطالب</w:t>
      </w:r>
    </w:p>
    <w:p w:rsidR="00F255B4" w:rsidRDefault="00F255B4" w:rsidP="00F255B4">
      <w:pPr>
        <w:bidi/>
        <w:rPr>
          <w:rFonts w:hint="cs"/>
          <w:b/>
          <w:sz w:val="22"/>
          <w:rtl/>
        </w:rPr>
      </w:pPr>
      <w:r>
        <w:rPr>
          <w:rFonts w:hint="cs"/>
          <w:b/>
          <w:sz w:val="22"/>
          <w:rtl/>
        </w:rPr>
        <w:t>پیشگفتار</w:t>
      </w:r>
    </w:p>
    <w:p w:rsidR="00F255B4" w:rsidRDefault="00F255B4" w:rsidP="00F255B4">
      <w:pPr>
        <w:bidi/>
        <w:rPr>
          <w:rFonts w:hint="cs"/>
          <w:b/>
          <w:sz w:val="22"/>
          <w:rtl/>
        </w:rPr>
      </w:pPr>
      <w:r>
        <w:rPr>
          <w:rFonts w:hint="cs"/>
          <w:b/>
          <w:sz w:val="22"/>
          <w:rtl/>
        </w:rPr>
        <w:t>سرآغاز</w:t>
      </w:r>
    </w:p>
    <w:p w:rsidR="00F255B4" w:rsidRDefault="00F255B4" w:rsidP="00F255B4">
      <w:pPr>
        <w:bidi/>
        <w:rPr>
          <w:rFonts w:hint="cs"/>
          <w:b/>
          <w:sz w:val="22"/>
          <w:rtl/>
        </w:rPr>
      </w:pPr>
      <w:r>
        <w:rPr>
          <w:rFonts w:hint="cs"/>
          <w:b/>
          <w:sz w:val="22"/>
          <w:rtl/>
        </w:rPr>
        <w:t>فصل نخست:</w:t>
      </w:r>
    </w:p>
    <w:p w:rsidR="00F255B4" w:rsidRDefault="00F255B4" w:rsidP="00F255B4">
      <w:pPr>
        <w:bidi/>
        <w:rPr>
          <w:rFonts w:hint="cs"/>
          <w:b/>
          <w:sz w:val="22"/>
          <w:rtl/>
        </w:rPr>
      </w:pPr>
      <w:r>
        <w:rPr>
          <w:rFonts w:hint="cs"/>
          <w:b/>
          <w:sz w:val="22"/>
          <w:rtl/>
        </w:rPr>
        <w:t>فصل دوم:</w:t>
      </w:r>
    </w:p>
    <w:p w:rsidR="00F255B4" w:rsidRDefault="00F255B4" w:rsidP="00F255B4">
      <w:pPr>
        <w:bidi/>
        <w:rPr>
          <w:rFonts w:hint="cs"/>
          <w:b/>
          <w:sz w:val="22"/>
          <w:rtl/>
        </w:rPr>
      </w:pPr>
      <w:r>
        <w:rPr>
          <w:rFonts w:hint="cs"/>
          <w:b/>
          <w:sz w:val="22"/>
          <w:rtl/>
        </w:rPr>
        <w:t xml:space="preserve">قصل سوم: </w:t>
      </w:r>
    </w:p>
    <w:p w:rsidR="00F255B4" w:rsidRDefault="00F255B4" w:rsidP="00F255B4">
      <w:pPr>
        <w:bidi/>
        <w:rPr>
          <w:rFonts w:hint="cs"/>
          <w:b/>
          <w:sz w:val="22"/>
          <w:rtl/>
        </w:rPr>
      </w:pPr>
      <w:r>
        <w:rPr>
          <w:rFonts w:hint="cs"/>
          <w:b/>
          <w:sz w:val="22"/>
          <w:rtl/>
        </w:rPr>
        <w:t xml:space="preserve">فصل چهارم: </w:t>
      </w:r>
    </w:p>
    <w:p w:rsidR="00F255B4" w:rsidRDefault="00F255B4" w:rsidP="00F255B4">
      <w:pPr>
        <w:bidi/>
        <w:rPr>
          <w:rFonts w:hint="cs"/>
          <w:b/>
          <w:sz w:val="22"/>
          <w:rtl/>
        </w:rPr>
      </w:pPr>
      <w:r>
        <w:rPr>
          <w:rFonts w:hint="cs"/>
          <w:b/>
          <w:sz w:val="22"/>
          <w:rtl/>
        </w:rPr>
        <w:t>فصل پنجم:</w:t>
      </w:r>
    </w:p>
    <w:p w:rsidR="00F255B4" w:rsidRDefault="00F255B4" w:rsidP="00F255B4">
      <w:pPr>
        <w:bidi/>
        <w:rPr>
          <w:rFonts w:hint="cs"/>
          <w:b/>
          <w:sz w:val="22"/>
          <w:rtl/>
        </w:rPr>
      </w:pPr>
      <w:r>
        <w:rPr>
          <w:rFonts w:hint="cs"/>
          <w:b/>
          <w:sz w:val="22"/>
          <w:rtl/>
        </w:rPr>
        <w:t>فصل ششم:</w:t>
      </w:r>
    </w:p>
    <w:p w:rsidR="00F255B4" w:rsidRDefault="00F255B4" w:rsidP="00F255B4">
      <w:pPr>
        <w:bidi/>
        <w:rPr>
          <w:rFonts w:hint="cs"/>
          <w:b/>
          <w:sz w:val="22"/>
          <w:rtl/>
        </w:rPr>
      </w:pPr>
      <w:r>
        <w:rPr>
          <w:rFonts w:hint="cs"/>
          <w:b/>
          <w:sz w:val="22"/>
          <w:rtl/>
        </w:rPr>
        <w:t>فصل هفتم:</w:t>
      </w:r>
    </w:p>
    <w:p w:rsidR="00F255B4" w:rsidRDefault="00F255B4" w:rsidP="00F255B4">
      <w:pPr>
        <w:bidi/>
        <w:rPr>
          <w:rFonts w:hint="cs"/>
          <w:b/>
          <w:sz w:val="22"/>
          <w:rtl/>
        </w:rPr>
      </w:pPr>
      <w:r>
        <w:rPr>
          <w:rFonts w:hint="cs"/>
          <w:b/>
          <w:sz w:val="22"/>
          <w:rtl/>
        </w:rPr>
        <w:t xml:space="preserve">فصل هشتم: </w:t>
      </w:r>
    </w:p>
    <w:p w:rsidR="00F255B4" w:rsidRDefault="00F255B4" w:rsidP="00F255B4">
      <w:pPr>
        <w:bidi/>
        <w:rPr>
          <w:rFonts w:hint="cs"/>
          <w:b/>
          <w:sz w:val="22"/>
          <w:rtl/>
        </w:rPr>
      </w:pPr>
      <w:r>
        <w:rPr>
          <w:rFonts w:hint="cs"/>
          <w:b/>
          <w:sz w:val="22"/>
          <w:rtl/>
        </w:rPr>
        <w:t xml:space="preserve">فصل نهم: </w:t>
      </w:r>
    </w:p>
    <w:p w:rsidR="00F255B4" w:rsidRDefault="00F255B4" w:rsidP="00F255B4">
      <w:pPr>
        <w:bidi/>
        <w:rPr>
          <w:rFonts w:hint="cs"/>
          <w:b/>
          <w:sz w:val="22"/>
          <w:rtl/>
        </w:rPr>
      </w:pPr>
      <w:r>
        <w:rPr>
          <w:rFonts w:hint="cs"/>
          <w:b/>
          <w:sz w:val="22"/>
          <w:rtl/>
        </w:rPr>
        <w:t xml:space="preserve">فصل دهم: </w:t>
      </w:r>
    </w:p>
    <w:p w:rsidR="00F255B4" w:rsidRDefault="00F255B4" w:rsidP="00F255B4">
      <w:pPr>
        <w:bidi/>
        <w:rPr>
          <w:rFonts w:hint="cs"/>
          <w:b/>
          <w:sz w:val="22"/>
          <w:rtl/>
        </w:rPr>
      </w:pPr>
      <w:r>
        <w:rPr>
          <w:rFonts w:hint="cs"/>
          <w:b/>
          <w:sz w:val="22"/>
          <w:rtl/>
        </w:rPr>
        <w:t xml:space="preserve">فصل یازدهم: </w:t>
      </w:r>
    </w:p>
    <w:p w:rsidR="00F255B4" w:rsidRDefault="00F255B4" w:rsidP="00F255B4">
      <w:pPr>
        <w:bidi/>
        <w:rPr>
          <w:rFonts w:hint="cs"/>
          <w:b/>
          <w:sz w:val="22"/>
          <w:rtl/>
        </w:rPr>
      </w:pPr>
      <w:r>
        <w:rPr>
          <w:rFonts w:hint="cs"/>
          <w:b/>
          <w:sz w:val="22"/>
          <w:rtl/>
        </w:rPr>
        <w:t>فصل دوازدهم:</w:t>
      </w:r>
    </w:p>
    <w:p w:rsidR="00F255B4" w:rsidRDefault="00F255B4" w:rsidP="00F255B4">
      <w:pPr>
        <w:bidi/>
        <w:rPr>
          <w:rFonts w:hint="cs"/>
          <w:b/>
          <w:sz w:val="22"/>
          <w:rtl/>
        </w:rPr>
      </w:pPr>
      <w:r>
        <w:rPr>
          <w:rFonts w:hint="cs"/>
          <w:b/>
          <w:sz w:val="22"/>
          <w:rtl/>
        </w:rPr>
        <w:t xml:space="preserve">فصل سیزدهم: </w:t>
      </w:r>
    </w:p>
    <w:p w:rsidR="00F255B4" w:rsidRDefault="00F255B4" w:rsidP="00F255B4">
      <w:pPr>
        <w:bidi/>
        <w:rPr>
          <w:rFonts w:hint="cs"/>
          <w:b/>
          <w:sz w:val="22"/>
          <w:rtl/>
        </w:rPr>
      </w:pPr>
      <w:r>
        <w:rPr>
          <w:rFonts w:hint="cs"/>
          <w:b/>
          <w:sz w:val="22"/>
          <w:rtl/>
        </w:rPr>
        <w:t xml:space="preserve">قصل چهاردهم: </w:t>
      </w:r>
    </w:p>
    <w:p w:rsidR="00F255B4" w:rsidRDefault="00F255B4" w:rsidP="00F255B4">
      <w:pPr>
        <w:bidi/>
        <w:rPr>
          <w:rFonts w:hint="cs"/>
          <w:b/>
          <w:sz w:val="22"/>
          <w:rtl/>
        </w:rPr>
      </w:pPr>
      <w:r>
        <w:rPr>
          <w:rFonts w:hint="cs"/>
          <w:b/>
          <w:sz w:val="22"/>
          <w:rtl/>
        </w:rPr>
        <w:t>فصل پانزدهم:</w:t>
      </w:r>
    </w:p>
    <w:p w:rsidR="00F255B4" w:rsidRPr="00F30A0B" w:rsidRDefault="00F255B4" w:rsidP="00F255B4">
      <w:pPr>
        <w:bidi/>
        <w:ind w:firstLine="720"/>
        <w:rPr>
          <w:sz w:val="22"/>
        </w:rPr>
      </w:pPr>
    </w:p>
    <w:p w:rsidR="004C65A9" w:rsidRPr="00F30A0B" w:rsidRDefault="00F30A0B" w:rsidP="00F30A0B">
      <w:pPr>
        <w:keepNext/>
        <w:pageBreakBefore/>
        <w:bidi/>
        <w:spacing w:after="240"/>
        <w:rPr>
          <w:sz w:val="22"/>
        </w:rPr>
      </w:pPr>
      <w:r w:rsidRPr="00F30A0B">
        <w:rPr>
          <w:b/>
          <w:bCs/>
          <w:sz w:val="22"/>
          <w:rtl/>
        </w:rPr>
        <w:t>جلد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دهم</w:t>
      </w:r>
      <w:r w:rsidRPr="00F30A0B">
        <w:rPr>
          <w:b/>
          <w:sz w:val="22"/>
        </w:rPr>
        <w:t xml:space="preserve">: </w:t>
      </w:r>
      <w:r w:rsidRPr="00F30A0B">
        <w:rPr>
          <w:b/>
          <w:bCs/>
          <w:sz w:val="22"/>
          <w:rtl/>
        </w:rPr>
        <w:t>کورش؛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پیدایش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یک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شیوهٔ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کشورداری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جلد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اختصاص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دارد؛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تکرار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افسانه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ستایش</w:t>
      </w:r>
      <w:r w:rsidRPr="00F30A0B">
        <w:rPr>
          <w:sz w:val="22"/>
        </w:rPr>
        <w:t>‌</w:t>
      </w:r>
      <w:r w:rsidRPr="00F30A0B">
        <w:rPr>
          <w:sz w:val="22"/>
          <w:rtl/>
        </w:rPr>
        <w:t>آمیز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دشمنانه،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بلکه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شناخت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لحظه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فرمانروایی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محلی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پارس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انشان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شاهنشاهی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چندسرزمینی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تاریخ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آغاز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شود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پیش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ایلام،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آشور،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بابل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دولت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تجربه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طولانی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مالیات،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اندوخته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اهمیت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میراث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تازه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آورد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مسئلهٔ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ادارهٔ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مردمانی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ناهم</w:t>
      </w:r>
      <w:r w:rsidRPr="00F30A0B">
        <w:rPr>
          <w:sz w:val="22"/>
        </w:rPr>
        <w:t>‌</w:t>
      </w:r>
      <w:r w:rsidRPr="00F30A0B">
        <w:rPr>
          <w:sz w:val="22"/>
          <w:rtl/>
        </w:rPr>
        <w:t>زبان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ناهم</w:t>
      </w:r>
      <w:r w:rsidRPr="00F30A0B">
        <w:rPr>
          <w:sz w:val="22"/>
        </w:rPr>
        <w:t>‌</w:t>
      </w:r>
      <w:r w:rsidRPr="00F30A0B">
        <w:rPr>
          <w:sz w:val="22"/>
          <w:rtl/>
        </w:rPr>
        <w:t>دین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مقیاسی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بزرگ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کشورداری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گذاشت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فاتح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شهری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بگیرد،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خزانه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تصرف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پیشین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براندازد؛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کشوردار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فردای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فتح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کشتزار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برسد،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مالیات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آید،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بماند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مردم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کارگزاران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محلی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ضرورتی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شورش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نبینند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کورش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لیدی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بابل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پیشین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نابود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نکرد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رأس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تغییر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بخشی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نخبگان،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روش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باقی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گذاشت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ادامهٔ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حکومت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بهره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گرفت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سیاست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نباید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صرفاً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مهربانی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صورت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باستانی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حقوق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بشر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دانست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مدارا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انتخابی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سیاسی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ضرورتی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عملی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گروه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کوچک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فاتحان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پارسی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سرزمین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مستقیماً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اداره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حفظ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مقام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آیین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محلی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هزینهٔ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فرمانروایی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کاهش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داد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دشمن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دیروز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شریک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مشروط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امروز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حال،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مقاومت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جنگ،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کشتار،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اسارت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گرفتن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خزانه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پاسخ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شود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فهم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</w:t>
      </w:r>
      <w:r w:rsidRPr="00F30A0B">
        <w:rPr>
          <w:sz w:val="22"/>
        </w:rPr>
        <w:t>‌</w:t>
      </w:r>
      <w:r w:rsidRPr="00F30A0B">
        <w:rPr>
          <w:sz w:val="22"/>
          <w:rtl/>
        </w:rPr>
        <w:t>زمان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سوی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فرمانروایی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دارد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منشور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بابلی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کورش،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روایت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یونانی،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حافظهٔ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یهودی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تصویر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جدید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ایرانی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یکسان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نیستند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هر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کدام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بخشی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واقعیت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نیازهای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سازندگان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آمیخته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کتاب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گزارش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نزدیک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رویداد،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افسانه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کاربرد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سیاسی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تفاوت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گذارد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هرجا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یقین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تاریخی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ممکن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نیست،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احتمال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واقعیت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قطعی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نشاند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پرسش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مرکزی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جلد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چگونه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مردمان،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سپاهیان،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دینکاران،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حکومت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متفاوت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تاج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آورد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توانایی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اش،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مسئلهٔ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جانشینی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نکرد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شاهنشاهی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شخص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خاندان،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پیروزی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توافق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محلی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استوار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همین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گسترش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سریع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ممکن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بنیان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گذار،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ابهام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جانشینی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نشان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توانایی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فرمانروا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هنوز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نهادی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پایدار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نشده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keepNext/>
        <w:pageBreakBefore/>
        <w:bidi/>
        <w:spacing w:after="240"/>
        <w:rPr>
          <w:sz w:val="22"/>
        </w:rPr>
      </w:pPr>
      <w:r w:rsidRPr="00F30A0B">
        <w:rPr>
          <w:b/>
          <w:bCs/>
          <w:sz w:val="22"/>
          <w:rtl/>
        </w:rPr>
        <w:t>جلد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یازدهم</w:t>
      </w:r>
      <w:r w:rsidRPr="00F30A0B">
        <w:rPr>
          <w:b/>
          <w:sz w:val="22"/>
        </w:rPr>
        <w:t xml:space="preserve">: </w:t>
      </w:r>
      <w:r w:rsidRPr="00F30A0B">
        <w:rPr>
          <w:b/>
          <w:bCs/>
          <w:sz w:val="22"/>
          <w:rtl/>
        </w:rPr>
        <w:t>انسان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اجتماعی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و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پیدایش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نهادهای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کشورداری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جلد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دورانی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تاریخ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نوشته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پردازد؛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زمانی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هنوز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شاهان،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تاریخ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جنگ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متن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ثبت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نشده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بسیاری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بنیان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کشورداری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پدید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آمدند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موضوع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پیدایش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ناگهانی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دولت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نیست،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بلکه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طولانی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انسانِ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نیازمند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آگاه،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زندگی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گروهی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تقسیم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حافظهٔ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جمعی،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مالکیت،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فرماندهی،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داوری،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دینکاری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رسید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انسان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تنهایی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نیازهای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برآورد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شکار،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دفاع،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پرورش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کودک،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نگهداری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آتش،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انتقال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تجربه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تهیهٔ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خوراک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همکاری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داشتند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همکاری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بدون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انتظار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متقابل،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شناخت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نقش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اختلاف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پایدار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ماند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همین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جا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پدید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آمد</w:t>
      </w:r>
      <w:r w:rsidRPr="00F30A0B">
        <w:rPr>
          <w:sz w:val="22"/>
        </w:rPr>
        <w:t xml:space="preserve">: </w:t>
      </w:r>
      <w:r w:rsidRPr="00F30A0B">
        <w:rPr>
          <w:sz w:val="22"/>
          <w:rtl/>
        </w:rPr>
        <w:t>توان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اثرگذاشتن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رفتار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دیگران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گرفتن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تصمیمی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نتیجه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تصمیم</w:t>
      </w:r>
      <w:r w:rsidRPr="00F30A0B">
        <w:rPr>
          <w:sz w:val="22"/>
        </w:rPr>
        <w:t>‌</w:t>
      </w:r>
      <w:r w:rsidRPr="00F30A0B">
        <w:rPr>
          <w:sz w:val="22"/>
          <w:rtl/>
        </w:rPr>
        <w:t>گیرنده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فراتر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رفت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فرمانده،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جنگاور،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ساحر،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دینکار،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داور،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کاتب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نگهبان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انبار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آغاز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نهادهایی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کامل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جدا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یکدیگر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نبودند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نقش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تدریج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کارهای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روزمره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متمایز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تکرار،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آموزش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انتقال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نسل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بعد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ثبات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یافتند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وظیفه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نخست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توانایی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شخصی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وابسته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هنگامی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نزدیک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گروه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انتظار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داشت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جایگاه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بنشیند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معینی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انجام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دهد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انباشت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محصول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پیدایش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مالکیت،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رابطهٔ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دگرگون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ذخیره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جامعه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قحطی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نجات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دهد،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نیازمند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نگهبان،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حساب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قاعدهٔ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توزیع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کسی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انبار،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زمین،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قشون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اختیار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داشت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خدمت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عمومی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سلطهٔ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شخصی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ازاین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رو،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پیدایش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نهادهای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کشورداری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</w:t>
      </w:r>
      <w:r w:rsidRPr="00F30A0B">
        <w:rPr>
          <w:sz w:val="22"/>
        </w:rPr>
        <w:t>‌</w:t>
      </w:r>
      <w:r w:rsidRPr="00F30A0B">
        <w:rPr>
          <w:sz w:val="22"/>
          <w:rtl/>
        </w:rPr>
        <w:t>زمان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پیدایش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ابزارهای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حفظ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زندگی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جمعی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امکان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سوءاستفاده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خط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ثبت،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حافظه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ذهن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اشخاص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بیرون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آوردند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مالیات،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مالکیت،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تعهد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توانستند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ثبت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شوند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فرمانروا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کاتب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باقی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بمانند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مرحله،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سرانجام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وزیر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پدیدار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شوند</w:t>
      </w:r>
      <w:r w:rsidRPr="00F30A0B">
        <w:rPr>
          <w:sz w:val="22"/>
        </w:rPr>
        <w:t xml:space="preserve">: </w:t>
      </w:r>
      <w:r w:rsidRPr="00F30A0B">
        <w:rPr>
          <w:sz w:val="22"/>
          <w:rtl/>
        </w:rPr>
        <w:t>کسان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دستگاهی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فرمانروا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اجرای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روزمرهٔ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فاصله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کنند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پرسش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مرکزی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کتاب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چگونه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ادامهٔ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زندگی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جمعی،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نهادهایی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ممکن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قدرت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مردم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جدا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ساختند؛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چگونه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توان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شخصی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آرام</w:t>
      </w:r>
      <w:r w:rsidRPr="00F30A0B">
        <w:rPr>
          <w:sz w:val="22"/>
        </w:rPr>
        <w:t>‌</w:t>
      </w:r>
      <w:r w:rsidRPr="00F30A0B">
        <w:rPr>
          <w:sz w:val="22"/>
          <w:rtl/>
        </w:rPr>
        <w:t>آرام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نقش،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مقام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سازمان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keepNext/>
        <w:pageBreakBefore/>
        <w:bidi/>
        <w:spacing w:after="240"/>
        <w:rPr>
          <w:sz w:val="22"/>
        </w:rPr>
      </w:pPr>
      <w:r w:rsidRPr="00F30A0B">
        <w:rPr>
          <w:b/>
          <w:bCs/>
          <w:sz w:val="22"/>
          <w:rtl/>
        </w:rPr>
        <w:t>جلد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دوازدهم</w:t>
      </w:r>
      <w:r w:rsidRPr="00F30A0B">
        <w:rPr>
          <w:b/>
          <w:sz w:val="22"/>
        </w:rPr>
        <w:t xml:space="preserve">: </w:t>
      </w:r>
      <w:r w:rsidRPr="00F30A0B">
        <w:rPr>
          <w:b/>
          <w:bCs/>
          <w:sz w:val="22"/>
          <w:rtl/>
        </w:rPr>
        <w:t>از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برآیش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زندگی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تا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مرگ</w:t>
      </w:r>
      <w:r w:rsidRPr="00F30A0B">
        <w:rPr>
          <w:b/>
          <w:sz w:val="22"/>
        </w:rPr>
        <w:t>‌</w:t>
      </w:r>
      <w:r w:rsidRPr="00F30A0B">
        <w:rPr>
          <w:b/>
          <w:bCs/>
          <w:sz w:val="22"/>
          <w:rtl/>
        </w:rPr>
        <w:t>آشنایی</w:t>
      </w:r>
      <w:r w:rsidRPr="00F30A0B">
        <w:rPr>
          <w:b/>
          <w:sz w:val="22"/>
        </w:rPr>
        <w:t xml:space="preserve"> </w:t>
      </w:r>
      <w:r w:rsidRPr="00F30A0B">
        <w:rPr>
          <w:b/>
          <w:bCs/>
          <w:sz w:val="22"/>
          <w:rtl/>
        </w:rPr>
        <w:t>انسان</w:t>
      </w:r>
    </w:p>
    <w:p w:rsidR="004C65A9" w:rsidRPr="00F30A0B" w:rsidRDefault="00F30A0B" w:rsidP="00F30A0B">
      <w:pPr>
        <w:bidi/>
        <w:ind w:firstLine="720"/>
        <w:rPr>
          <w:sz w:val="22"/>
        </w:rPr>
      </w:pPr>
      <w:bookmarkStart w:id="0" w:name="_GoBack"/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جلد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آغاز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هنوز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زندگی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وجود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ندارد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لحظه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یابد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انسان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فقط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میرد،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بلکه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ناگزیر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آگاه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شود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کتاب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تاریخ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قطعی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مستند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رویدادهای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پیشاتاریخ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نیست؛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بازسازی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مسیری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ممکن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منطقی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مادهٔ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جان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سازمان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زنده،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زندگی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نیاز،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رفتار،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رفتار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آگاهی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آگاهی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انتخاب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مرگ</w:t>
      </w:r>
      <w:r w:rsidRPr="00F30A0B">
        <w:rPr>
          <w:sz w:val="22"/>
        </w:rPr>
        <w:t>‌</w:t>
      </w:r>
      <w:r w:rsidRPr="00F30A0B">
        <w:rPr>
          <w:sz w:val="22"/>
          <w:rtl/>
        </w:rPr>
        <w:t>آشنایی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برد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نیاز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زندگی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وجود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مستقل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ندارد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تا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سازمانی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زنده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پدید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نیامده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باشد،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کمبود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کمبودِ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موجودی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باشد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ادامه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خطر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افتاده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جاندار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حفظ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سازمان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محیط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ماده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انرژی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بگیرد،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آسیب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جبران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تفاوت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بیرون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نگاه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دارد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نیاز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فاصله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وضع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موجود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جاندار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شرط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ادامهٔ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زندگی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پدید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آید</w:t>
      </w:r>
      <w:r w:rsidRPr="00F30A0B">
        <w:rPr>
          <w:sz w:val="22"/>
        </w:rPr>
        <w:t xml:space="preserve">: </w:t>
      </w:r>
      <w:r w:rsidRPr="00F30A0B">
        <w:rPr>
          <w:sz w:val="22"/>
          <w:rtl/>
        </w:rPr>
        <w:t>اگر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زندگی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جاندار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ادامه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یابد؛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نتواند،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فرایند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رقم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زند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نخستین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جانداران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قصد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زنده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ماندن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نداشتند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آنچه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دوامشان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کمک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باقی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ماند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سازمان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برد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حذف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شد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پیدایش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حس،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حرکت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دستگاه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عصبی،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رابطه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محیط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فعال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جاندار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توانست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تفاوت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دریافت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خطر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فرصت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پاسخ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دهد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امکان،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رفتاری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برگزیند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آگاهی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یکباره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کامل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پدید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نیامد؛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لایه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لایه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ساختمان</w:t>
      </w:r>
      <w:r w:rsidRPr="00F30A0B">
        <w:rPr>
          <w:sz w:val="22"/>
        </w:rPr>
        <w:t>‌</w:t>
      </w:r>
      <w:r w:rsidRPr="00F30A0B">
        <w:rPr>
          <w:sz w:val="22"/>
          <w:rtl/>
        </w:rPr>
        <w:t>هایی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نشست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حفظ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زندگی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شکل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گرفته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بودند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انسان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میراث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جدا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نیست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بدن،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ترس،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میل،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حافظه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مغز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حاصل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تاریخ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طولانی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زندگی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اما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انسان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حادثه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رخ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مسیر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جانداران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جدا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 xml:space="preserve">: </w:t>
      </w:r>
      <w:r w:rsidRPr="00F30A0B">
        <w:rPr>
          <w:sz w:val="22"/>
          <w:rtl/>
        </w:rPr>
        <w:t>توانست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نبودن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آینده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تصور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مرگ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آغاز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همراه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زندگی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بود،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موضوع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آگاهی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تبدیل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انسان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مردگان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خود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رها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نکرد،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برایشان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آیین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سفری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مجهز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کرد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ساختن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روایت،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نماد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حافظه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کوشید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گسست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چیره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شود</w:t>
      </w:r>
      <w:r w:rsidRPr="00F30A0B">
        <w:rPr>
          <w:sz w:val="22"/>
        </w:rPr>
        <w:t>.</w:t>
      </w:r>
    </w:p>
    <w:p w:rsidR="004C65A9" w:rsidRPr="00F30A0B" w:rsidRDefault="00F30A0B" w:rsidP="00F30A0B">
      <w:pPr>
        <w:bidi/>
        <w:ind w:firstLine="720"/>
        <w:rPr>
          <w:sz w:val="22"/>
        </w:rPr>
      </w:pPr>
      <w:r w:rsidRPr="00F30A0B">
        <w:rPr>
          <w:sz w:val="22"/>
          <w:rtl/>
        </w:rPr>
        <w:t>پرسش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مرکزی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کتاب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فاعل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کشورداری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چگونه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پیدایش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پدید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آمد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کسی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می</w:t>
      </w:r>
      <w:r w:rsidRPr="00F30A0B">
        <w:rPr>
          <w:sz w:val="22"/>
        </w:rPr>
        <w:t>‌</w:t>
      </w:r>
      <w:r w:rsidRPr="00F30A0B">
        <w:rPr>
          <w:sz w:val="22"/>
          <w:rtl/>
        </w:rPr>
        <w:t>تواند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دهد،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اطاعت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همکاری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نماید،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تجربه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منتقل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سازد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نهادی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برپا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نخست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جانداری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نیازمند،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سپس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موجودی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آگاه،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انتخاب</w:t>
      </w:r>
      <w:r w:rsidRPr="00F30A0B">
        <w:rPr>
          <w:sz w:val="22"/>
        </w:rPr>
        <w:t>‌</w:t>
      </w:r>
      <w:r w:rsidRPr="00F30A0B">
        <w:rPr>
          <w:sz w:val="22"/>
          <w:rtl/>
        </w:rPr>
        <w:t>کننده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مرگ</w:t>
      </w:r>
      <w:r w:rsidRPr="00F30A0B">
        <w:rPr>
          <w:sz w:val="22"/>
        </w:rPr>
        <w:t>‌</w:t>
      </w:r>
      <w:r w:rsidRPr="00F30A0B">
        <w:rPr>
          <w:sz w:val="22"/>
          <w:rtl/>
        </w:rPr>
        <w:t>آشنا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شده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باشد</w:t>
      </w:r>
      <w:r w:rsidRPr="00F30A0B">
        <w:rPr>
          <w:sz w:val="22"/>
        </w:rPr>
        <w:t xml:space="preserve">. </w:t>
      </w:r>
      <w:r w:rsidRPr="00F30A0B">
        <w:rPr>
          <w:sz w:val="22"/>
          <w:rtl/>
        </w:rPr>
        <w:t>بنابراین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آغاز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کشورداری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نباید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نخستین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تاج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نخستین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فرمان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جست؛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باید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برآیش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موجودی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پی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گرفت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برای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ادامهٔ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زندگی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به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دیگری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نیاز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یافت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و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توانست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آینده</w:t>
      </w:r>
      <w:r w:rsidRPr="00F30A0B">
        <w:rPr>
          <w:sz w:val="22"/>
        </w:rPr>
        <w:t>‌</w:t>
      </w:r>
      <w:r w:rsidRPr="00F30A0B">
        <w:rPr>
          <w:sz w:val="22"/>
          <w:rtl/>
        </w:rPr>
        <w:t>ای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فراتر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از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لحظهٔ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اکنون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را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تصور</w:t>
      </w:r>
      <w:r w:rsidRPr="00F30A0B">
        <w:rPr>
          <w:sz w:val="22"/>
        </w:rPr>
        <w:t xml:space="preserve"> </w:t>
      </w:r>
      <w:r w:rsidRPr="00F30A0B">
        <w:rPr>
          <w:sz w:val="22"/>
          <w:rtl/>
        </w:rPr>
        <w:t>کند</w:t>
      </w:r>
      <w:r w:rsidRPr="00F30A0B">
        <w:rPr>
          <w:sz w:val="22"/>
        </w:rPr>
        <w:t>.</w:t>
      </w:r>
      <w:bookmarkEnd w:id="0"/>
    </w:p>
    <w:sectPr w:rsidR="004C65A9" w:rsidRPr="00F30A0B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CBD" w:rsidRDefault="00236CBD" w:rsidP="00F255B4">
      <w:pPr>
        <w:spacing w:line="240" w:lineRule="auto"/>
      </w:pPr>
      <w:r>
        <w:separator/>
      </w:r>
    </w:p>
  </w:endnote>
  <w:endnote w:type="continuationSeparator" w:id="0">
    <w:p w:rsidR="00236CBD" w:rsidRDefault="00236CBD" w:rsidP="00F255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86559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255B4" w:rsidRDefault="00F255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6CB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255B4" w:rsidRDefault="00F255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CBD" w:rsidRDefault="00236CBD" w:rsidP="00F255B4">
      <w:pPr>
        <w:spacing w:line="240" w:lineRule="auto"/>
      </w:pPr>
      <w:r>
        <w:separator/>
      </w:r>
    </w:p>
  </w:footnote>
  <w:footnote w:type="continuationSeparator" w:id="0">
    <w:p w:rsidR="00236CBD" w:rsidRDefault="00236CBD" w:rsidP="00F255B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2B32"/>
    <w:rsid w:val="0006063C"/>
    <w:rsid w:val="000B58AA"/>
    <w:rsid w:val="0015074B"/>
    <w:rsid w:val="00236CBD"/>
    <w:rsid w:val="0029639D"/>
    <w:rsid w:val="00326F90"/>
    <w:rsid w:val="004C65A9"/>
    <w:rsid w:val="00AA1D8D"/>
    <w:rsid w:val="00B47730"/>
    <w:rsid w:val="00CB0664"/>
    <w:rsid w:val="00F255B4"/>
    <w:rsid w:val="00F30A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60" w:lineRule="auto"/>
    </w:pPr>
    <w:rPr>
      <w:rFonts w:ascii="Tahoma" w:eastAsia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60" w:lineRule="auto"/>
    </w:pPr>
    <w:rPr>
      <w:rFonts w:ascii="Tahoma" w:eastAsia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EE0DD6-0487-48E5-98F8-8FE572814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3745</Words>
  <Characters>21350</Characters>
  <Application>Microsoft Office Word</Application>
  <DocSecurity>0</DocSecurity>
  <Lines>177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پیشگفتارهای اختصاصی دوازده جلد مجموعهٔ کشورداری ایرانی</vt:lpstr>
    </vt:vector>
  </TitlesOfParts>
  <Manager/>
  <Company/>
  <LinksUpToDate>false</LinksUpToDate>
  <CharactersWithSpaces>25045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پیشگفتارهای اختصاصی دوازده جلد مجموعهٔ کشورداری ایرانی</dc:title>
  <dc:subject>پیشگفتارهای اختصاصی جلدهای مجموعهٔ کشورداری ایرانی</dc:subject>
  <dc:creator>اسماعیل نوری علا</dc:creator>
  <cp:keywords>کشورداری ایرانی، پیشگفتار، دیوانسالاری، سکولار دموکراسی</cp:keywords>
  <dc:description>generated by python-docx</dc:description>
  <cp:lastModifiedBy>Esmail</cp:lastModifiedBy>
  <cp:revision>2</cp:revision>
  <dcterms:created xsi:type="dcterms:W3CDTF">2013-12-23T23:15:00Z</dcterms:created>
  <dcterms:modified xsi:type="dcterms:W3CDTF">2026-08-11T00:33:00Z</dcterms:modified>
  <cp:category/>
</cp:coreProperties>
</file>