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ADF" w:rsidRDefault="00163ADF" w:rsidP="00CB088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63ADF" w:rsidRDefault="00163ADF" w:rsidP="00163AD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bookmarkStart w:id="0" w:name="_GoBack"/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کشور داری ایرانی</w:t>
      </w:r>
    </w:p>
    <w:p w:rsidR="00163ADF" w:rsidRDefault="00163ADF" w:rsidP="00163AD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63ADF" w:rsidRDefault="00163ADF" w:rsidP="00163AD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3E124E" w:rsidRDefault="004E2C5E" w:rsidP="00163AD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 w:rsidRPr="00381F37">
        <w:rPr>
          <w:rFonts w:asciiTheme="majorBidi" w:hAnsiTheme="majorBidi" w:cstheme="majorBidi"/>
          <w:b/>
          <w:bCs/>
          <w:sz w:val="36"/>
          <w:szCs w:val="36"/>
          <w:rtl/>
        </w:rPr>
        <w:t>ج</w:t>
      </w:r>
      <w:r w:rsidR="003E124E" w:rsidRPr="00381F37">
        <w:rPr>
          <w:rFonts w:asciiTheme="majorBidi" w:hAnsiTheme="majorBidi" w:cstheme="majorBidi"/>
          <w:b/>
          <w:bCs/>
          <w:sz w:val="36"/>
          <w:szCs w:val="36"/>
          <w:rtl/>
        </w:rPr>
        <w:t>لد اول</w:t>
      </w:r>
    </w:p>
    <w:p w:rsidR="00163ADF" w:rsidRDefault="00163ADF" w:rsidP="00163AD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از جنگ دوم جهانی تا انقلاب اسلامی</w:t>
      </w:r>
    </w:p>
    <w:p w:rsidR="00163ADF" w:rsidRDefault="00163ADF" w:rsidP="00163AD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63ADF" w:rsidRDefault="00163ADF" w:rsidP="00163AD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63ADF" w:rsidRDefault="00163ADF" w:rsidP="00163ADF">
      <w:pPr>
        <w:bidi/>
        <w:spacing w:line="240" w:lineRule="auto"/>
        <w:jc w:val="center"/>
        <w:rPr>
          <w:rFonts w:asciiTheme="majorBidi" w:hAnsiTheme="majorBidi" w:cstheme="majorBidi" w:hint="cs"/>
          <w:b/>
          <w:bCs/>
          <w:sz w:val="36"/>
          <w:szCs w:val="36"/>
          <w:rtl/>
        </w:rPr>
      </w:pPr>
    </w:p>
    <w:p w:rsidR="00163ADF" w:rsidRPr="00381F37" w:rsidRDefault="00163ADF" w:rsidP="00163ADF">
      <w:pPr>
        <w:bidi/>
        <w:spacing w:line="24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اسماعیل نوری علا</w:t>
      </w:r>
    </w:p>
    <w:bookmarkEnd w:id="0"/>
    <w:p w:rsidR="00163ADF" w:rsidRDefault="00163ADF">
      <w:r>
        <w:br w:type="page"/>
      </w:r>
    </w:p>
    <w:p w:rsidR="00163ADF" w:rsidRPr="00163ADF" w:rsidRDefault="00163ADF" w:rsidP="00163ADF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163ADF">
        <w:rPr>
          <w:rFonts w:asciiTheme="majorBidi" w:hAnsiTheme="majorBidi" w:cstheme="majorBidi"/>
          <w:b/>
          <w:bCs/>
          <w:sz w:val="36"/>
          <w:szCs w:val="36"/>
          <w:rtl/>
        </w:rPr>
        <w:lastRenderedPageBreak/>
        <w:t>فهرست مطالب</w:t>
      </w:r>
    </w:p>
    <w:p w:rsidR="003E124E" w:rsidRDefault="00163ADF" w:rsidP="00163ADF">
      <w:pPr>
        <w:bidi/>
        <w:spacing w:after="0" w:line="360" w:lineRule="auto"/>
        <w:rPr>
          <w:rStyle w:val="Hyperlink"/>
          <w:rFonts w:ascii="Tahoma" w:hAnsi="Tahoma" w:cs="Tahoma"/>
        </w:rPr>
      </w:pPr>
      <w:hyperlink w:anchor="Vol1Chapter00" w:history="1">
        <w:r w:rsidR="003E124E" w:rsidRPr="00E07569">
          <w:rPr>
            <w:rStyle w:val="Hyperlink"/>
            <w:rFonts w:ascii="Tahoma" w:hAnsi="Tahoma" w:cs="Tahoma" w:hint="cs"/>
            <w:rtl/>
          </w:rPr>
          <w:t>پیشگفتار</w:t>
        </w:r>
      </w:hyperlink>
    </w:p>
    <w:p w:rsidR="00CD2B08" w:rsidRDefault="00E43684" w:rsidP="00CD2B08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hyperlink w:anchor="Vol1Preface" w:history="1">
        <w:r w:rsidRPr="00E43684">
          <w:rPr>
            <w:rStyle w:val="Hyperlink"/>
            <w:rFonts w:ascii="Tahoma" w:hAnsi="Tahoma" w:cs="Tahoma" w:hint="cs"/>
            <w:rtl/>
            <w:lang w:bidi="fa-IR"/>
          </w:rPr>
          <w:t>سرآغ</w:t>
        </w:r>
        <w:r w:rsidRPr="00E43684">
          <w:rPr>
            <w:rStyle w:val="Hyperlink"/>
            <w:rFonts w:ascii="Tahoma" w:hAnsi="Tahoma" w:cs="Tahoma" w:hint="cs"/>
            <w:rtl/>
            <w:lang w:bidi="fa-IR"/>
          </w:rPr>
          <w:t>ا</w:t>
        </w:r>
        <w:r w:rsidRPr="00E43684">
          <w:rPr>
            <w:rStyle w:val="Hyperlink"/>
            <w:rFonts w:ascii="Tahoma" w:hAnsi="Tahoma" w:cs="Tahoma" w:hint="cs"/>
            <w:rtl/>
            <w:lang w:bidi="fa-IR"/>
          </w:rPr>
          <w:t>ز</w:t>
        </w:r>
      </w:hyperlink>
    </w:p>
    <w:p w:rsidR="003E124E" w:rsidRDefault="00163ADF" w:rsidP="00381F3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1" w:history="1">
        <w:r w:rsidR="003E124E" w:rsidRPr="003E124E">
          <w:rPr>
            <w:rStyle w:val="Hyperlink"/>
            <w:rFonts w:ascii="Tahoma" w:hAnsi="Tahoma" w:cs="Tahoma" w:hint="cs"/>
            <w:rtl/>
          </w:rPr>
          <w:t>فصل نخست</w:t>
        </w:r>
      </w:hyperlink>
      <w:r w:rsidR="004E2C5E">
        <w:rPr>
          <w:rFonts w:ascii="Tahoma" w:hAnsi="Tahoma" w:cs="Tahoma" w:hint="cs"/>
          <w:rtl/>
          <w:lang w:bidi="fa-IR"/>
        </w:rPr>
        <w:t xml:space="preserve">: </w:t>
      </w:r>
      <w:r w:rsidR="004E2C5E" w:rsidRPr="004E2C5E">
        <w:rPr>
          <w:rFonts w:ascii="Tahoma" w:hAnsi="Tahoma" w:cs="Tahoma" w:hint="cs"/>
          <w:rtl/>
          <w:lang w:bidi="fa-IR"/>
        </w:rPr>
        <w:t>ی</w:t>
      </w:r>
      <w:r w:rsidR="004E2C5E" w:rsidRPr="004E2C5E">
        <w:rPr>
          <w:rFonts w:ascii="Tahoma" w:hAnsi="Tahoma" w:cs="Tahoma" w:hint="eastAsia"/>
          <w:rtl/>
          <w:lang w:bidi="fa-IR"/>
        </w:rPr>
        <w:t>ک</w:t>
      </w:r>
      <w:r w:rsidR="004E2C5E" w:rsidRPr="004E2C5E">
        <w:rPr>
          <w:rFonts w:ascii="Tahoma" w:hAnsi="Tahoma" w:cs="Tahoma"/>
          <w:rtl/>
          <w:lang w:bidi="fa-IR"/>
        </w:rPr>
        <w:t xml:space="preserve"> بار د</w:t>
      </w:r>
      <w:r w:rsidR="004E2C5E" w:rsidRPr="004E2C5E">
        <w:rPr>
          <w:rFonts w:ascii="Tahoma" w:hAnsi="Tahoma" w:cs="Tahoma" w:hint="cs"/>
          <w:rtl/>
          <w:lang w:bidi="fa-IR"/>
        </w:rPr>
        <w:t>ی</w:t>
      </w:r>
      <w:r w:rsidR="004E2C5E" w:rsidRPr="004E2C5E">
        <w:rPr>
          <w:rFonts w:ascii="Tahoma" w:hAnsi="Tahoma" w:cs="Tahoma" w:hint="eastAsia"/>
          <w:rtl/>
          <w:lang w:bidi="fa-IR"/>
        </w:rPr>
        <w:t>گر؛</w:t>
      </w:r>
      <w:r w:rsidR="004E2C5E" w:rsidRPr="004E2C5E">
        <w:rPr>
          <w:rFonts w:ascii="Tahoma" w:hAnsi="Tahoma" w:cs="Tahoma"/>
          <w:rtl/>
          <w:lang w:bidi="fa-IR"/>
        </w:rPr>
        <w:t xml:space="preserve"> ا</w:t>
      </w:r>
      <w:r w:rsidR="004E2C5E" w:rsidRPr="004E2C5E">
        <w:rPr>
          <w:rFonts w:ascii="Tahoma" w:hAnsi="Tahoma" w:cs="Tahoma" w:hint="cs"/>
          <w:rtl/>
          <w:lang w:bidi="fa-IR"/>
        </w:rPr>
        <w:t>ی</w:t>
      </w:r>
      <w:r w:rsidR="004E2C5E" w:rsidRPr="004E2C5E">
        <w:rPr>
          <w:rFonts w:ascii="Tahoma" w:hAnsi="Tahoma" w:cs="Tahoma" w:hint="eastAsia"/>
          <w:rtl/>
          <w:lang w:bidi="fa-IR"/>
        </w:rPr>
        <w:t>ران</w:t>
      </w:r>
      <w:r w:rsidR="004E2C5E" w:rsidRPr="004E2C5E">
        <w:rPr>
          <w:rFonts w:ascii="Tahoma" w:hAnsi="Tahoma" w:cs="Tahoma"/>
          <w:rtl/>
          <w:lang w:bidi="fa-IR"/>
        </w:rPr>
        <w:t xml:space="preserve"> در م</w:t>
      </w:r>
      <w:r w:rsidR="004E2C5E" w:rsidRPr="004E2C5E">
        <w:rPr>
          <w:rFonts w:ascii="Tahoma" w:hAnsi="Tahoma" w:cs="Tahoma" w:hint="cs"/>
          <w:rtl/>
          <w:lang w:bidi="fa-IR"/>
        </w:rPr>
        <w:t>ی</w:t>
      </w:r>
      <w:r w:rsidR="004E2C5E" w:rsidRPr="004E2C5E">
        <w:rPr>
          <w:rFonts w:ascii="Tahoma" w:hAnsi="Tahoma" w:cs="Tahoma" w:hint="eastAsia"/>
          <w:rtl/>
          <w:lang w:bidi="fa-IR"/>
        </w:rPr>
        <w:t>ان</w:t>
      </w:r>
      <w:r w:rsidR="004E2C5E" w:rsidRPr="004E2C5E">
        <w:rPr>
          <w:rFonts w:ascii="Tahoma" w:hAnsi="Tahoma" w:cs="Tahoma"/>
          <w:rtl/>
          <w:lang w:bidi="fa-IR"/>
        </w:rPr>
        <w:t xml:space="preserve"> دو د</w:t>
      </w:r>
      <w:r w:rsidR="004E2C5E" w:rsidRPr="004E2C5E">
        <w:rPr>
          <w:rFonts w:ascii="Tahoma" w:hAnsi="Tahoma" w:cs="Tahoma" w:hint="cs"/>
          <w:rtl/>
          <w:lang w:bidi="fa-IR"/>
        </w:rPr>
        <w:t>ی</w:t>
      </w:r>
      <w:r w:rsidR="004E2C5E" w:rsidRPr="004E2C5E">
        <w:rPr>
          <w:rFonts w:ascii="Tahoma" w:hAnsi="Tahoma" w:cs="Tahoma" w:hint="eastAsia"/>
          <w:rtl/>
          <w:lang w:bidi="fa-IR"/>
        </w:rPr>
        <w:t>دگاه</w:t>
      </w:r>
    </w:p>
    <w:p w:rsidR="004E2C5E" w:rsidRPr="003E124E" w:rsidRDefault="00163ADF" w:rsidP="00381F37">
      <w:pPr>
        <w:bidi/>
        <w:spacing w:after="0" w:line="360" w:lineRule="auto"/>
        <w:rPr>
          <w:rFonts w:ascii="Tahoma" w:hAnsi="Tahoma" w:cs="Tahoma"/>
          <w:rtl/>
          <w:lang w:bidi="fa-IR"/>
        </w:rPr>
      </w:pPr>
      <w:hyperlink w:anchor="Vol1Chapter02" w:history="1">
        <w:r w:rsidR="004E2C5E" w:rsidRPr="004E2C5E">
          <w:rPr>
            <w:rStyle w:val="Hyperlink"/>
            <w:rFonts w:ascii="Tahoma" w:hAnsi="Tahoma" w:cs="Tahoma" w:hint="cs"/>
            <w:rtl/>
            <w:lang w:bidi="fa-IR"/>
          </w:rPr>
          <w:t>فصل دوم</w:t>
        </w:r>
      </w:hyperlink>
      <w:r w:rsidR="004E2C5E">
        <w:rPr>
          <w:rFonts w:ascii="Tahoma" w:hAnsi="Tahoma" w:cs="Tahoma" w:hint="cs"/>
          <w:rtl/>
          <w:lang w:bidi="fa-IR"/>
        </w:rPr>
        <w:t xml:space="preserve">: </w:t>
      </w:r>
      <w:r w:rsidR="007579CE" w:rsidRPr="00591D85">
        <w:rPr>
          <w:rFonts w:ascii="Tahoma" w:hAnsi="Tahoma" w:cs="Tahoma"/>
          <w:rtl/>
        </w:rPr>
        <w:t>دوازده سال دوم؛ آزما</w:t>
      </w:r>
      <w:r w:rsidR="007579CE" w:rsidRPr="00591D85">
        <w:rPr>
          <w:rFonts w:ascii="Tahoma" w:hAnsi="Tahoma" w:cs="Tahoma" w:hint="cs"/>
          <w:rtl/>
        </w:rPr>
        <w:t>ی</w:t>
      </w:r>
      <w:r w:rsidR="007579CE" w:rsidRPr="00591D85">
        <w:rPr>
          <w:rFonts w:ascii="Tahoma" w:hAnsi="Tahoma" w:cs="Tahoma" w:hint="eastAsia"/>
          <w:rtl/>
        </w:rPr>
        <w:t>ش</w:t>
      </w:r>
      <w:r w:rsidR="007579CE" w:rsidRPr="00591D85">
        <w:rPr>
          <w:rFonts w:ascii="Tahoma" w:hAnsi="Tahoma" w:cs="Tahoma"/>
          <w:rtl/>
        </w:rPr>
        <w:t xml:space="preserve"> دوبارهٔ مشروطهٔ مشروعه</w:t>
      </w:r>
    </w:p>
    <w:p w:rsidR="00CB088F" w:rsidRPr="0098446D" w:rsidRDefault="00163ADF" w:rsidP="00381F37">
      <w:pPr>
        <w:bidi/>
        <w:spacing w:after="0" w:line="360" w:lineRule="auto"/>
        <w:rPr>
          <w:rFonts w:ascii="Tahoma" w:hAnsi="Tahoma" w:cs="Tahoma"/>
        </w:rPr>
      </w:pPr>
      <w:hyperlink w:anchor="Vol1Chapter03" w:history="1">
        <w:r w:rsidR="00591D85" w:rsidRPr="00591D85">
          <w:rPr>
            <w:rStyle w:val="Hyperlink"/>
            <w:rFonts w:ascii="Tahoma" w:hAnsi="Tahoma" w:cs="Tahoma" w:hint="cs"/>
            <w:rtl/>
          </w:rPr>
          <w:t>فصل سوم:</w:t>
        </w:r>
      </w:hyperlink>
      <w:r w:rsidR="00591D85">
        <w:rPr>
          <w:rFonts w:ascii="Tahoma" w:hAnsi="Tahoma" w:cs="Tahoma" w:hint="cs"/>
          <w:rtl/>
        </w:rPr>
        <w:t xml:space="preserve"> </w:t>
      </w:r>
      <w:r w:rsidR="00CB088F">
        <w:rPr>
          <w:rFonts w:ascii="Tahoma" w:hAnsi="Tahoma" w:cs="Tahoma" w:hint="cs"/>
          <w:rtl/>
        </w:rPr>
        <w:t xml:space="preserve"> </w:t>
      </w:r>
      <w:r w:rsidR="00CB088F" w:rsidRPr="0098446D">
        <w:rPr>
          <w:rFonts w:ascii="Tahoma" w:hAnsi="Tahoma" w:cs="Tahoma"/>
          <w:rtl/>
        </w:rPr>
        <w:t>از گسترش اخت</w:t>
      </w:r>
      <w:r w:rsidR="00CB088F" w:rsidRPr="0098446D">
        <w:rPr>
          <w:rFonts w:ascii="Tahoma" w:hAnsi="Tahoma" w:cs="Tahoma" w:hint="cs"/>
          <w:rtl/>
        </w:rPr>
        <w:t>ی</w:t>
      </w:r>
      <w:r w:rsidR="00CB088F" w:rsidRPr="0098446D">
        <w:rPr>
          <w:rFonts w:ascii="Tahoma" w:hAnsi="Tahoma" w:cs="Tahoma" w:hint="eastAsia"/>
          <w:rtl/>
        </w:rPr>
        <w:t>ارات</w:t>
      </w:r>
      <w:r w:rsidR="00CB088F" w:rsidRPr="0098446D">
        <w:rPr>
          <w:rFonts w:ascii="Tahoma" w:hAnsi="Tahoma" w:cs="Tahoma"/>
          <w:rtl/>
        </w:rPr>
        <w:t xml:space="preserve"> شاه تا </w:t>
      </w:r>
      <w:r w:rsidR="00CB088F" w:rsidRPr="0098446D">
        <w:rPr>
          <w:rFonts w:ascii="Tahoma" w:hAnsi="Tahoma" w:cs="Tahoma"/>
          <w:rtl/>
          <w:lang w:bidi="fa-IR"/>
        </w:rPr>
        <w:t>۲۸</w:t>
      </w:r>
      <w:r w:rsidR="00CB088F" w:rsidRPr="0098446D">
        <w:rPr>
          <w:rFonts w:ascii="Tahoma" w:hAnsi="Tahoma" w:cs="Tahoma"/>
          <w:rtl/>
        </w:rPr>
        <w:t xml:space="preserve"> امرداد</w:t>
      </w:r>
    </w:p>
    <w:p w:rsidR="00381F37" w:rsidRPr="003D0FB8" w:rsidRDefault="00163ADF" w:rsidP="00381F37">
      <w:pPr>
        <w:bidi/>
        <w:spacing w:after="0" w:line="360" w:lineRule="auto"/>
        <w:rPr>
          <w:rFonts w:ascii="Tahoma" w:hAnsi="Tahoma" w:cs="Tahoma"/>
        </w:rPr>
      </w:pPr>
      <w:hyperlink w:anchor="Vol1Chapter04" w:history="1">
        <w:r w:rsidR="00CB088F" w:rsidRPr="008F19C0">
          <w:rPr>
            <w:rStyle w:val="Hyperlink"/>
            <w:rFonts w:ascii="Tahoma" w:hAnsi="Tahoma" w:cs="Tahoma" w:hint="cs"/>
            <w:rtl/>
          </w:rPr>
          <w:t>فصل چهارم</w:t>
        </w:r>
      </w:hyperlink>
      <w:r w:rsidR="00CB088F">
        <w:rPr>
          <w:rFonts w:ascii="Tahoma" w:hAnsi="Tahoma" w:cs="Tahoma" w:hint="cs"/>
          <w:rtl/>
        </w:rPr>
        <w:t xml:space="preserve">: </w:t>
      </w:r>
      <w:r w:rsidR="00381F37" w:rsidRPr="003D0FB8">
        <w:rPr>
          <w:rFonts w:ascii="Tahoma" w:hAnsi="Tahoma" w:cs="Tahoma"/>
          <w:rtl/>
        </w:rPr>
        <w:t>بازگشت تدر</w:t>
      </w:r>
      <w:r w:rsidR="00381F37" w:rsidRPr="003D0FB8">
        <w:rPr>
          <w:rFonts w:ascii="Tahoma" w:hAnsi="Tahoma" w:cs="Tahoma" w:hint="cs"/>
          <w:rtl/>
        </w:rPr>
        <w:t>ی</w:t>
      </w:r>
      <w:r w:rsidR="00381F37" w:rsidRPr="003D0FB8">
        <w:rPr>
          <w:rFonts w:ascii="Tahoma" w:hAnsi="Tahoma" w:cs="Tahoma" w:hint="eastAsia"/>
          <w:rtl/>
        </w:rPr>
        <w:t>ج</w:t>
      </w:r>
      <w:r w:rsidR="00381F37" w:rsidRPr="003D0FB8">
        <w:rPr>
          <w:rFonts w:ascii="Tahoma" w:hAnsi="Tahoma" w:cs="Tahoma" w:hint="cs"/>
          <w:rtl/>
        </w:rPr>
        <w:t>ی</w:t>
      </w:r>
      <w:r w:rsidR="00381F37" w:rsidRPr="003D0FB8">
        <w:rPr>
          <w:rFonts w:ascii="Tahoma" w:hAnsi="Tahoma" w:cs="Tahoma"/>
          <w:rtl/>
        </w:rPr>
        <w:t xml:space="preserve"> مستبد منور</w:t>
      </w:r>
    </w:p>
    <w:p w:rsidR="003E124E" w:rsidRDefault="00163ADF" w:rsidP="00381F37">
      <w:pPr>
        <w:bidi/>
        <w:spacing w:after="0" w:line="360" w:lineRule="auto"/>
        <w:rPr>
          <w:rFonts w:ascii="Tahoma" w:hAnsi="Tahoma" w:cs="Tahoma"/>
          <w:rtl/>
        </w:rPr>
      </w:pPr>
      <w:hyperlink w:anchor="Vol1Chapter05" w:history="1">
        <w:r w:rsidR="00381F37" w:rsidRPr="00654494">
          <w:rPr>
            <w:rStyle w:val="Hyperlink"/>
            <w:rFonts w:ascii="Tahoma" w:hAnsi="Tahoma" w:cs="Tahoma" w:hint="cs"/>
            <w:rtl/>
          </w:rPr>
          <w:t>فصل پنجم</w:t>
        </w:r>
      </w:hyperlink>
      <w:r w:rsidR="00381F37">
        <w:rPr>
          <w:rFonts w:ascii="Tahoma" w:hAnsi="Tahoma" w:cs="Tahoma" w:hint="cs"/>
          <w:rtl/>
        </w:rPr>
        <w:t xml:space="preserve">: </w:t>
      </w:r>
      <w:r w:rsidR="007B604F" w:rsidRPr="007B604F">
        <w:rPr>
          <w:rFonts w:ascii="Tahoma" w:hAnsi="Tahoma" w:cs="Tahoma"/>
          <w:rtl/>
        </w:rPr>
        <w:t>مستبد منور در اوج قدرت</w:t>
      </w:r>
    </w:p>
    <w:p w:rsidR="007B604F" w:rsidRDefault="00163ADF" w:rsidP="007B604F">
      <w:pPr>
        <w:bidi/>
        <w:spacing w:after="0" w:line="360" w:lineRule="auto"/>
        <w:rPr>
          <w:rFonts w:ascii="Tahoma" w:hAnsi="Tahoma" w:cs="Tahoma"/>
          <w:rtl/>
        </w:rPr>
      </w:pPr>
      <w:hyperlink w:anchor="Vol1Chapter06" w:history="1">
        <w:r w:rsidR="007B604F" w:rsidRPr="007B604F">
          <w:rPr>
            <w:rStyle w:val="Hyperlink"/>
            <w:rFonts w:ascii="Tahoma" w:hAnsi="Tahoma" w:cs="Tahoma" w:hint="cs"/>
            <w:rtl/>
          </w:rPr>
          <w:t>فصل ششم</w:t>
        </w:r>
      </w:hyperlink>
      <w:r w:rsidR="007B604F">
        <w:rPr>
          <w:rFonts w:ascii="Tahoma" w:hAnsi="Tahoma" w:cs="Tahoma" w:hint="cs"/>
          <w:rtl/>
        </w:rPr>
        <w:t xml:space="preserve">: </w:t>
      </w:r>
      <w:r w:rsidR="004E77D4" w:rsidRPr="004E77D4">
        <w:rPr>
          <w:rFonts w:ascii="Tahoma" w:hAnsi="Tahoma" w:cs="Tahoma"/>
          <w:rtl/>
        </w:rPr>
        <w:t>از فروپاش</w:t>
      </w:r>
      <w:r w:rsidR="004E77D4" w:rsidRPr="004E77D4">
        <w:rPr>
          <w:rFonts w:ascii="Tahoma" w:hAnsi="Tahoma" w:cs="Tahoma" w:hint="cs"/>
          <w:rtl/>
        </w:rPr>
        <w:t>ی</w:t>
      </w:r>
      <w:r w:rsidR="004E77D4" w:rsidRPr="004E77D4">
        <w:rPr>
          <w:rFonts w:ascii="Tahoma" w:hAnsi="Tahoma" w:cs="Tahoma"/>
          <w:rtl/>
        </w:rPr>
        <w:t xml:space="preserve"> مستبد منور تا برآمدن «چلب</w:t>
      </w:r>
      <w:r w:rsidR="004E77D4" w:rsidRPr="004E77D4">
        <w:rPr>
          <w:rFonts w:ascii="Tahoma" w:hAnsi="Tahoma" w:cs="Tahoma" w:hint="cs"/>
          <w:rtl/>
        </w:rPr>
        <w:t>ی</w:t>
      </w:r>
      <w:r w:rsidR="004E77D4" w:rsidRPr="004E77D4">
        <w:rPr>
          <w:rFonts w:ascii="Tahoma" w:hAnsi="Tahoma" w:cs="Tahoma"/>
          <w:rtl/>
        </w:rPr>
        <w:t xml:space="preserve"> ا</w:t>
      </w:r>
      <w:r w:rsidR="004E77D4" w:rsidRPr="004E77D4">
        <w:rPr>
          <w:rFonts w:ascii="Tahoma" w:hAnsi="Tahoma" w:cs="Tahoma" w:hint="cs"/>
          <w:rtl/>
        </w:rPr>
        <w:t>ی</w:t>
      </w:r>
      <w:r w:rsidR="004E77D4" w:rsidRPr="004E77D4">
        <w:rPr>
          <w:rFonts w:ascii="Tahoma" w:hAnsi="Tahoma" w:cs="Tahoma" w:hint="eastAsia"/>
          <w:rtl/>
        </w:rPr>
        <w:t>ران</w:t>
      </w:r>
      <w:r w:rsidR="004E77D4" w:rsidRPr="004E77D4">
        <w:rPr>
          <w:rFonts w:ascii="Tahoma" w:hAnsi="Tahoma" w:cs="Tahoma" w:hint="cs"/>
          <w:rtl/>
        </w:rPr>
        <w:t>ی</w:t>
      </w:r>
      <w:r w:rsidR="004E77D4" w:rsidRPr="004E77D4">
        <w:rPr>
          <w:rFonts w:ascii="Tahoma" w:hAnsi="Tahoma" w:cs="Tahoma" w:hint="eastAsia"/>
          <w:rtl/>
        </w:rPr>
        <w:t>»</w:t>
      </w:r>
    </w:p>
    <w:p w:rsidR="004E77D4" w:rsidRDefault="00163ADF" w:rsidP="004E77D4">
      <w:pPr>
        <w:bidi/>
        <w:spacing w:after="0" w:line="360" w:lineRule="auto"/>
        <w:rPr>
          <w:rFonts w:ascii="Tahoma" w:hAnsi="Tahoma" w:cs="Tahoma"/>
          <w:rtl/>
        </w:rPr>
      </w:pPr>
      <w:hyperlink w:anchor="Vol1Chapter07" w:history="1">
        <w:r w:rsidR="004E77D4" w:rsidRPr="004E77D4">
          <w:rPr>
            <w:rStyle w:val="Hyperlink"/>
            <w:rFonts w:ascii="Tahoma" w:hAnsi="Tahoma" w:cs="Tahoma" w:hint="cs"/>
            <w:rtl/>
          </w:rPr>
          <w:t>فصل هفتم</w:t>
        </w:r>
      </w:hyperlink>
      <w:r w:rsidR="004E77D4">
        <w:rPr>
          <w:rFonts w:ascii="Tahoma" w:hAnsi="Tahoma" w:cs="Tahoma" w:hint="cs"/>
          <w:rtl/>
        </w:rPr>
        <w:t xml:space="preserve">: </w:t>
      </w:r>
      <w:r w:rsidR="009D1EE9" w:rsidRPr="009D1EE9">
        <w:rPr>
          <w:rFonts w:ascii="Tahoma" w:hAnsi="Tahoma" w:cs="Tahoma"/>
          <w:rtl/>
        </w:rPr>
        <w:t>از دولت موقت تا حکومت د</w:t>
      </w:r>
      <w:r w:rsidR="009D1EE9" w:rsidRPr="009D1EE9">
        <w:rPr>
          <w:rFonts w:ascii="Tahoma" w:hAnsi="Tahoma" w:cs="Tahoma" w:hint="cs"/>
          <w:rtl/>
        </w:rPr>
        <w:t>ی</w:t>
      </w:r>
      <w:r w:rsidR="009D1EE9" w:rsidRPr="009D1EE9">
        <w:rPr>
          <w:rFonts w:ascii="Tahoma" w:hAnsi="Tahoma" w:cs="Tahoma" w:hint="eastAsia"/>
          <w:rtl/>
        </w:rPr>
        <w:t>نکاران</w:t>
      </w:r>
    </w:p>
    <w:p w:rsidR="00227EEC" w:rsidRDefault="00163ADF" w:rsidP="00227EEC">
      <w:pPr>
        <w:bidi/>
        <w:spacing w:after="0" w:line="360" w:lineRule="auto"/>
        <w:rPr>
          <w:rFonts w:ascii="Tahoma" w:hAnsi="Tahoma" w:cs="Tahoma"/>
          <w:rtl/>
        </w:rPr>
      </w:pPr>
      <w:hyperlink w:anchor="Vol1Chapter08" w:history="1">
        <w:r w:rsidR="00227EEC" w:rsidRPr="00227EEC">
          <w:rPr>
            <w:rStyle w:val="Hyperlink"/>
            <w:rFonts w:ascii="Tahoma" w:hAnsi="Tahoma" w:cs="Tahoma" w:hint="cs"/>
            <w:rtl/>
          </w:rPr>
          <w:t>فصل هشتم</w:t>
        </w:r>
      </w:hyperlink>
      <w:r w:rsidR="00227EEC">
        <w:rPr>
          <w:rFonts w:ascii="Tahoma" w:hAnsi="Tahoma" w:cs="Tahoma" w:hint="cs"/>
          <w:rtl/>
        </w:rPr>
        <w:t xml:space="preserve">: </w:t>
      </w:r>
      <w:r w:rsidR="00227EEC" w:rsidRPr="00227EEC">
        <w:rPr>
          <w:rFonts w:ascii="Tahoma" w:hAnsi="Tahoma" w:cs="Tahoma"/>
          <w:rtl/>
        </w:rPr>
        <w:t>دا</w:t>
      </w:r>
      <w:r w:rsidR="00227EEC" w:rsidRPr="00227EEC">
        <w:rPr>
          <w:rFonts w:ascii="Tahoma" w:hAnsi="Tahoma" w:cs="Tahoma" w:hint="cs"/>
          <w:rtl/>
        </w:rPr>
        <w:t>ی</w:t>
      </w:r>
      <w:r w:rsidR="00227EEC" w:rsidRPr="00227EEC">
        <w:rPr>
          <w:rFonts w:ascii="Tahoma" w:hAnsi="Tahoma" w:cs="Tahoma" w:hint="eastAsia"/>
          <w:rtl/>
        </w:rPr>
        <w:t>رهٔ</w:t>
      </w:r>
      <w:r w:rsidR="00227EEC" w:rsidRPr="00227EEC">
        <w:rPr>
          <w:rFonts w:ascii="Tahoma" w:hAnsi="Tahoma" w:cs="Tahoma"/>
          <w:rtl/>
        </w:rPr>
        <w:t xml:space="preserve"> بسته؛ از مشروطهٔ مشروعه تا حکومت د</w:t>
      </w:r>
      <w:r w:rsidR="00227EEC" w:rsidRPr="00227EEC">
        <w:rPr>
          <w:rFonts w:ascii="Tahoma" w:hAnsi="Tahoma" w:cs="Tahoma" w:hint="cs"/>
          <w:rtl/>
        </w:rPr>
        <w:t>ی</w:t>
      </w:r>
      <w:r w:rsidR="00227EEC" w:rsidRPr="00227EEC">
        <w:rPr>
          <w:rFonts w:ascii="Tahoma" w:hAnsi="Tahoma" w:cs="Tahoma" w:hint="eastAsia"/>
          <w:rtl/>
        </w:rPr>
        <w:t>نکاران</w:t>
      </w:r>
    </w:p>
    <w:p w:rsidR="009B7EE7" w:rsidRDefault="009B7EE7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9B7EE7" w:rsidRDefault="009B7EE7" w:rsidP="009B7EE7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1" w:name="Vol1Chapter00"/>
      <w:bookmarkEnd w:id="1"/>
      <w:r w:rsidRPr="009B7EE7">
        <w:rPr>
          <w:rFonts w:asciiTheme="majorBidi" w:hAnsiTheme="majorBidi" w:cstheme="majorBidi"/>
          <w:b/>
          <w:bCs/>
          <w:sz w:val="36"/>
          <w:szCs w:val="36"/>
          <w:rtl/>
        </w:rPr>
        <w:t>پیشگفتار</w:t>
      </w: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۱</w:t>
      </w:r>
      <w:r w:rsidRPr="00CD2B08">
        <w:rPr>
          <w:rFonts w:ascii="Tahoma" w:hAnsi="Tahoma" w:cs="Tahoma"/>
          <w:b/>
          <w:rtl/>
        </w:rPr>
        <w:t xml:space="preserve">. </w:t>
      </w:r>
      <w:r w:rsidRPr="00CD2B08">
        <w:rPr>
          <w:rFonts w:ascii="Tahoma" w:hAnsi="Tahoma" w:cs="Tahoma"/>
          <w:b/>
          <w:bCs/>
          <w:rtl/>
        </w:rPr>
        <w:t>چرا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این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مجموعه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را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نوشته</w:t>
      </w:r>
      <w:r w:rsidRPr="00CD2B08">
        <w:rPr>
          <w:rFonts w:ascii="Tahoma" w:hAnsi="Tahoma" w:cs="Tahoma"/>
          <w:b/>
        </w:rPr>
        <w:t>‌</w:t>
      </w:r>
      <w:r w:rsidRPr="00CD2B08">
        <w:rPr>
          <w:rFonts w:ascii="Tahoma" w:hAnsi="Tahoma" w:cs="Tahoma"/>
          <w:b/>
          <w:bCs/>
          <w:rtl/>
        </w:rPr>
        <w:t>ام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شاید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آخرین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گسترده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هشتاد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چهارمین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نویسم؛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کوشد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حاصل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اندیشیدن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سرگذشت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زادگاهم،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قالب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روایتی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منسجم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سال،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فرصت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نامحدودی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پژوهش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گستردهء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آرشیوی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نکته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ارجاع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 کاری که از نویسنده بر می آمده مقایسه اطلاعات اش با منابع عامی همچوم فرهنگنامه ها (وبخصوص ایرانیکا) بوده است اما واقعیت اینکه آنچه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کتاب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آمیزه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مطالعه،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تجربه،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حافظه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تأملاتی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طول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ذهن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انباشته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محدودیت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آغاز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بداند؛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نگارش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نقص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رویدادهای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نیمی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«دولت»،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زبان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فارسی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«دیوان»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گذشته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عضو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کوچکی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وظیفه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بعدها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پژوهشگر،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نویسنده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ناظر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همچنان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مسئلهء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درگیر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ماندم.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ازاین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علاقهء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«کشورداری»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صرفاً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علاقه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تجربهء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زیستهء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نزدیک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رسیدن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نتیجهء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فاصله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وعده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کارآمد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هیچ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نتیجه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نرسند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نتیجه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خلاف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مقصود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آغاز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پادشاهی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محمدرضاشاه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پهلوی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دنیا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آمدم،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همراه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سقوط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پادشاهی اش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آواره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نزدیک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شاهد زشت کاری 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رژیم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اسلامی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ام.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تمام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سال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ذهن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نکرده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: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چنین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پیشینهء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بارها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خودکامگی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 این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 xml:space="preserve"> همه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موجودیت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سلسله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ایدئولوژی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رفته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زخم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گسست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هایش،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است؟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پاسخی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تدریج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یافته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مفهوم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سالاری، در کل محموعهء گشورداری،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هدایت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پسِ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پشت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خلفا،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سلاطین،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رهبران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مذهبی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تشکیلات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گوناگون،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صدا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ماندگار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وظیفهء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تقسیم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اسناد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تأمین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کوشیده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فروپاشی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البته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اندازه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ناچار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حساب،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تقسیم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سازد.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شرایط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جغرافیایی،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جمعیتی،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اقتصادی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ویژه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طلب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پرورانده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پراکندگی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آبادی،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فاصلهء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مراکز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تنوع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زبان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شیوه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ضرورت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نگهداری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حمله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مکرر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بیرونی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درپی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خاندان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سبب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وابسته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پادشاه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سلسله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رود.</w:t>
      </w:r>
    </w:p>
    <w:p w:rsid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آید</w:t>
      </w:r>
      <w:r w:rsidRPr="00CD2B08">
        <w:rPr>
          <w:rFonts w:ascii="Tahoma" w:hAnsi="Tahoma" w:cs="Tahoma"/>
        </w:rPr>
        <w:t xml:space="preserve">: </w:t>
      </w:r>
      <w:r w:rsidRPr="00CD2B08">
        <w:rPr>
          <w:rFonts w:ascii="Tahoma" w:hAnsi="Tahoma" w:cs="Tahoma"/>
          <w:rtl/>
        </w:rPr>
        <w:t>موانع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سراسر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ناچار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حرکت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: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فشار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درآمده،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کوشیده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تعارض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بکاهد.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بسیاری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ضربه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موضوع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بررسی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دگرگونی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ستایش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چون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وچرای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بازگویی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2. مجموعه</w:t>
      </w:r>
      <w:r w:rsidRPr="00CD2B08">
        <w:rPr>
          <w:rFonts w:ascii="Tahoma" w:hAnsi="Tahoma" w:cs="Tahoma"/>
          <w:b/>
        </w:rPr>
        <w:t>‌</w:t>
      </w:r>
      <w:r w:rsidRPr="00CD2B08">
        <w:rPr>
          <w:rFonts w:ascii="Tahoma" w:hAnsi="Tahoma" w:cs="Tahoma"/>
          <w:b/>
          <w:bCs/>
          <w:rtl/>
        </w:rPr>
        <w:t>ای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دوازده</w:t>
      </w:r>
      <w:r w:rsidRPr="00CD2B08">
        <w:rPr>
          <w:rFonts w:ascii="Tahoma" w:hAnsi="Tahoma" w:cs="Tahoma"/>
          <w:b/>
        </w:rPr>
        <w:t>‌</w:t>
      </w:r>
      <w:r w:rsidRPr="00CD2B08">
        <w:rPr>
          <w:rFonts w:ascii="Tahoma" w:hAnsi="Tahoma" w:cs="Tahoma"/>
          <w:b/>
          <w:bCs/>
          <w:rtl/>
        </w:rPr>
        <w:t>جلدی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با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دو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شیوهء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خواندن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کتابی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مستقل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دوازده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جلدی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سرگذشت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ایرانی» 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پردازد.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 تک 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مسئله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اختصاص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خواننده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علاقه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جداگانه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ناچار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یازده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نباشد.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امتداد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تصویری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گسترده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پیدایش،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تحول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بحران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پردازند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اختصاص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معمولاً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«پیشاتاریخ»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نیامده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انسان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بسیاری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بنیادهای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همکاری،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تقسیم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انتقال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تجربه،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فرماندهی،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انباشت،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عدالت،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اخلاق،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نگهداری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حافظهء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پیدایش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نخستین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شاهنشاهی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ضروری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مبانی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فکری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چارچوب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ادراکی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نویسنده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روشن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ناگهان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ظهور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پادشاه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نوشتن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نخستین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آغاز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ترتیب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نامه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معمول هم تفاوت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ابتدا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بحران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مسائل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یافتن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ریشه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مرحله،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گذشته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گردد.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حرکت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گذشته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آغاز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ترتیب،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اجازه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نخست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مسئله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آثارش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حضور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ببیند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شناختن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پیدایش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لایه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بازگردد.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استقلال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حلقه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استدلال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مشترک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: </w:t>
      </w:r>
      <w:r w:rsidRPr="00CD2B08">
        <w:rPr>
          <w:rFonts w:ascii="Tahoma" w:hAnsi="Tahoma" w:cs="Tahoma"/>
          <w:rtl/>
        </w:rPr>
        <w:t>ساخته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پرداخته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بشری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دگرگونی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بسیار،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مراحل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تعقیب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سلطنت،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ثابت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تغییرناپذیر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نداشته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 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تازه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یافته،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درآمیخته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علیه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برخاسته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دلیل،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پیشگفتار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مشترک،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پیشگفتاری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اختصاصی 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زمانی،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جایگاه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استدلال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توضیح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دهد. پیشگفتار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مشترک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چیست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مقصد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زبانی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پیشگفتار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اختصاصی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خواننده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حلقه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زنجیره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بررسی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۳</w:t>
      </w:r>
      <w:r w:rsidRPr="00CD2B08">
        <w:rPr>
          <w:rFonts w:ascii="Tahoma" w:hAnsi="Tahoma" w:cs="Tahoma"/>
          <w:b/>
          <w:rtl/>
        </w:rPr>
        <w:t>.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کشورداری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چیست؟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منظور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«کشورداری» هنر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سازمان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یافته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لازم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برپایی،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هدایت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نیرومند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طول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 و لذا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مفهومی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گسترده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کردن،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مدیریت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دولتی،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دیپلماسی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راهبرد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ابزارهای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 مسئلهء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اقتصادی،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مناسبات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خارجی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روایت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هویت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بخش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هماهنگ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موجودیت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داخلی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بماند،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یابد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بسازد.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تعریفی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فشرده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گفت</w:t>
      </w:r>
      <w:r w:rsidRPr="00CD2B08">
        <w:rPr>
          <w:rFonts w:ascii="Tahoma" w:hAnsi="Tahoma" w:cs="Tahoma"/>
        </w:rPr>
        <w:t xml:space="preserve">: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عبارت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کارگیری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سنجیده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هماهنگ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دیپلماسی،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اقتصادی،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روایت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ــ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ضرورت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ــ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تحقق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هدف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مشترک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تنظیم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رابطه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راندن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روزمره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بگیرد،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بحران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سالم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ببرد،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استقلال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اختلاف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شرایط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تازه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آنکه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هدف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اساساً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ژرف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استمرار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استمرار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اصطلاح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اغلب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لحنی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ستایش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آمیز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مفهوم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خودی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اخلاقی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خنثی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خودکامه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تنظیم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جانشینی،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تمامیت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سرزمینی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مهارت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چشمگیری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دهد. 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مقابل،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دموکراتیک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سبب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کوتاه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بینی،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فرسایش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سردرگمی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راهبردی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ناموفق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بنابراین،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تفاوت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گذاشت.</w:t>
      </w:r>
    </w:p>
    <w:p w:rsid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کارآمد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تحقق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هدف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برخوردار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حقانیت،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اعمال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پذیرفته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رسمیت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شناخته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اخلاقی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کرامت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انسان،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حقوق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محدودیت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اخلاقی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رعایت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دموکراتیک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کارآمدی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رضایت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کثرت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گرایی،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حاکمیت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پیوند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ویژگی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چنین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آید.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ارزیابی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موفق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موفقیت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کسانی،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ابزارهایی،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تحمیل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هزینه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انسان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۴</w:t>
      </w:r>
      <w:r w:rsidRPr="00CD2B08">
        <w:rPr>
          <w:rFonts w:ascii="Tahoma" w:hAnsi="Tahoma" w:cs="Tahoma"/>
          <w:b/>
          <w:rtl/>
        </w:rPr>
        <w:t>.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عناصر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اساسی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کشورداری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برپایی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سروکار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درستی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بماند. 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الزام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سرزمین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اعمال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حاکمیت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تهدیدهای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داخلی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خارجی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جانشینی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گیرد؟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شورش،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داخلی،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تجاوز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خارجی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فروپاشی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جلوگیری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برکناری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نریزد؟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 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موفقیت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فروبپاشد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موفق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دانست. 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معیارهای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عنصر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بری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ایجاد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تنهایی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سازد.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اطاعت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 xml:space="preserve">شناخته 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پذیرفته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 xml:space="preserve"> 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الزام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دانند. وضع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ایجاد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تثبیت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پذیرفته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تأمین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مشارکت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رضایت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نمایندگی،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شکل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دادن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هویت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مشترک،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بینی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جانشینی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ایجاد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اعتماد،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ترس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شکننده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حقانیت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حکمرانی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بگیرد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ابزارهای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ضروری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سرزمین،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بازداشتن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دشمن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تجاوز،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ارتباطی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مقابله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مسلحانه،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پشتیبانی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متحدان،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نجات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شهروندان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ایجاد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شرایط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مناسب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مذاکره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جنگاوری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یکسان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بخورد،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پیروزی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اشغال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پرهزینه،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دشمنی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پایدار،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فرسودگی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اقتصادی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فروپاشی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داخلی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دنبال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شویم؛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وضعیت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ایجاد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کرد. 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عالی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رسیدن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هدف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پرهیز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فاجعه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بزرگ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تشخیص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عنصر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هوش،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اراده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مهارت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دانست. مهم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دستاورد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مستقل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اشخاص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مشکلات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بزرگ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بسازد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مشکلات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باشد. گذار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تحولات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بشر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رفتاری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بینی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پذیر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پیدا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اختلاف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توسل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خشونت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حقوق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وظایف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مشخص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سازد؛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مالکیت،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ارث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قراردادها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تنظیم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شیوهء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اعمال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نماید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استمرار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بخشد. اما 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تولید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شمار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بیشتری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قوانین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حقوقی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فهمیدنی،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نسبتاً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اصلاح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پذیر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بنیادی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چارچوب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مدیریت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اختلاف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گروه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طبقات،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مناطق،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مذاهب،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زبان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منافع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برداشت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گوناگون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تشکیل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تفاوت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ترتیبی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بمانند. مذاکره،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سازش،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نمایندگی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تمرکززدایی،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تقسیم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دادگاه،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حمایت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حقوق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اقلیت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رقابت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آزاد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قانونمند،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مختلف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مدیریت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سرکوب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ایجاد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همیشه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 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پخته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مخالفتی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پذیرش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موجودیت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تهدید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تفاوت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بگذارد.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دستورهای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ثابت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فروکاست. 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نیازمند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است: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شناخت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موقعیتی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یگانه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انتخاب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هیچ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تشخیص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اساسی،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شناخت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فعلاً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تغییرپذیر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بینی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پیامدهای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ناخواسته،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شناخت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انگیزه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متحد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دشمن،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دانستن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مقاومت،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سنجش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خطر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شرایط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نامطمئن،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اجزای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داوری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نظریه،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اطلاعات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انتخاب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روشن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هیچ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ماشینی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موقعیتی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ویژه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همچنین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پیوند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روزمره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غالباً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انتخابات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اعتراض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بودجهء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سالانه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افق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محبوب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فردای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تضعیف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هزینه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بیشتری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بسازد.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نگری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پیشگویی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رابطهء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کنونی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هیچ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عناصر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تحقق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یابد.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هزینه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پول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اعتبار،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تجارت،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زیرساخت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کشاورزی،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صنعت،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ذخیره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سازی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بحران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توزیع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بارها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منافع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اقتصادی،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قلمرو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درآمد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آورد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خدمات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اندازه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استخراج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فقیر،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اقتصاد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فرسوده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زمینهء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آماده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سازد.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خویشتن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داری.</w:t>
      </w:r>
    </w:p>
    <w:p w:rsid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سرانجام،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هنگامی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چیزی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گردآوری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اطلاعات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معتبر،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شناخت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گزینش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کارگزاران،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مسئولیت،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تخصیص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درآمد،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اسناد،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هماهنگی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مأموران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اصلاح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ناموفق،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وظایف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جایگاهی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۵</w:t>
      </w:r>
      <w:r w:rsidRPr="00CD2B08">
        <w:rPr>
          <w:rFonts w:ascii="Tahoma" w:hAnsi="Tahoma" w:cs="Tahoma"/>
          <w:b/>
          <w:rtl/>
        </w:rPr>
        <w:t>.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دیوان</w:t>
      </w:r>
      <w:r w:rsidRPr="00CD2B08">
        <w:rPr>
          <w:rFonts w:ascii="Tahoma" w:hAnsi="Tahoma" w:cs="Tahoma"/>
          <w:b/>
        </w:rPr>
        <w:t>‌</w:t>
      </w:r>
      <w:r w:rsidRPr="00CD2B08">
        <w:rPr>
          <w:rFonts w:ascii="Tahoma" w:hAnsi="Tahoma" w:cs="Tahoma"/>
          <w:b/>
          <w:bCs/>
          <w:rtl/>
        </w:rPr>
        <w:t>سالاری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و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احوال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ملت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رسیدگی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احوال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پیوسته،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منظم،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فراگیر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سنجش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روزمره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رئیس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جمهور،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مجلس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هیئت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رفاه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بگیرند؛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حقوق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مرزها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حفاظت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نماید؛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وضعی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چیست،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کجاست،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نتایج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بااین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همه،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دقت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مفهومی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رعایت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 اگرچه 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لزوماً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مصلحت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 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شناخت،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پیگیری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تأمین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احوال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هدف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مختلف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عهدهء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مجلس،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تحقق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 سیاست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مدار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«مردم» 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مفهومی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احوال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مشخص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رسیدگی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نفر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هستند،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تعداد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کودک،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سالمند،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بیمار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منطقه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دچار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خشکسالی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کمبود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غذاست،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میزان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مدرسه،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بیمارستان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تعمیر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سرشماری،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دفترهای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اسناد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مالکیت،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گزارش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قیمت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محصول،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بیماری،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ارزیابی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نتیجهء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مفهومی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انتزاعی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شناخت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رسیدگی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چشم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گوش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هیچ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مستقیماً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احوال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خیرخواه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گردآوری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اطلاعات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نابیناست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اساس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حدس،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شایعه،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تملق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اطرافیان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البته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آشکار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پنهان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فاسد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خوشایند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دروغ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تولید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بنابراین،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کافی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حرفه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راستگو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مدرسه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هنگامی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بودجه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اختصاص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نیابد،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انتخاب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نگردد،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آموزگار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استخدام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مدرسه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نگیرد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ایجاد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رسیدن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نتیجه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فاصله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بزرگ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فاصله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ارادهء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سطح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خطابه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سطح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روزمره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رسد.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نیازهای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وزیر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متوقف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بیمارستان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موعد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اسناد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مالکیت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محفوظ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بماند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مدرسه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آموز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بپذیرد.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مداران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آیند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رسیدگی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رفت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وآمد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آغاز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متوقف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متصل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: 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کوتاه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متغیر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پیوستهء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حافظهء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تعهدی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ایجاد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پرداخت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مالکیت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تعلق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اعتبار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طرحی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آغاز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حافظه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ذهن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گیرد؛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بایگانی،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گزارش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نگهداری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هنگامی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اسناد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حقوق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آسیب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بینند،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مالکیت،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سابقهء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خدمت،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برخورداری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وابسته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پیوند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نقاط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مختلف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رساند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اطلاعات،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پیرامون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گرداند.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رابطه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دوسویه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حرکت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بالا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گیرد،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ابزار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صدور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بالا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منتقل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وسیلهء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رسیدگی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قانونمند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صاحبان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حائل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حدود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اختیار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مأمور،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میزان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اعتراض،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خودسری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جلوگیری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گروه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حاکم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ضد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خودسری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منظم،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گسترده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دائمی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سازد.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ذوقی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عدالت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: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بخششی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آورد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مطالبهء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پراکنده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آورد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کوچک،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هنگامی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بیمارستان،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مشترک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هیچ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خانواده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عهدهء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آید.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ابزار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غارت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وسیلهء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تأمین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طبقهء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حاکم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توانمند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بحران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تشخیص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دهد</w:t>
      </w:r>
      <w:r w:rsidRPr="00CD2B08">
        <w:rPr>
          <w:rFonts w:ascii="Tahoma" w:hAnsi="Tahoma" w:cs="Tahoma"/>
        </w:rPr>
        <w:t xml:space="preserve">: </w:t>
      </w:r>
      <w:r w:rsidRPr="00CD2B08">
        <w:rPr>
          <w:rFonts w:ascii="Tahoma" w:hAnsi="Tahoma" w:cs="Tahoma"/>
          <w:rtl/>
        </w:rPr>
        <w:t>کاهش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محصول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قحطی،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افزایش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بیماری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گیری،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کمبود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مهاجرت،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نارضایتی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فرسودگی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زیرساخت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فروپاشی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ببیند.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رسیدگی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حقیقی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کمک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وقوع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رنج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جلوگیری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رنج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پیشگیری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هست.</w:t>
      </w:r>
    </w:p>
    <w:p w:rsid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ذاتاً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مؤثرترین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وسیلهء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سلطه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هستند،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کنترل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بگیرد،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اموال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توقیف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رفت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وآمد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محدود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مخالفان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شناسایی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نماید.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اهمیت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ذاتی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جایگاهش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ظرفیتی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نابودی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اختیار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هنگامی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شفافیت،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گیرد.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۶</w:t>
      </w:r>
      <w:r w:rsidRPr="00CD2B08">
        <w:rPr>
          <w:rFonts w:ascii="Tahoma" w:hAnsi="Tahoma" w:cs="Tahoma"/>
          <w:b/>
          <w:rtl/>
        </w:rPr>
        <w:t>.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چهار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نهاد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اصلی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و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نیروهای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اجتماعی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پیرامون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آنها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اساس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کارکرد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مطالعه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: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 یا مقر حکومت اش،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همیشه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نداشته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خلیفه،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سلطان،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امیر،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فقیه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رئیس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جمهور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سپاه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قبیله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غلامان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ارتش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ایدئولوژیک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موبد،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کاهن،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فقیه،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مجتهد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صاحب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منصب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مذهبی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دبیرخانه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خراج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وزارتخانه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تحول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ثابت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وظیفه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جایگاه شان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تمرکز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پراکنده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متنوع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همواره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مشترک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یکپارچگی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طولانی،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سلطنت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ضرورت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همیشگی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دودمان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سلطنت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وحدت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فرسوده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اجبار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مسلحانه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حملهء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خارجی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پشتوانه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ماند.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هدف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صاحب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بزرگی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داستان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فرماندهانی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نگهبانی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پرورش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یافتند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اختیار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بلعیدند.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رابطهء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بنیادی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است: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هزینهء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وظیفه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حساب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محدود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تفسیر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مقدس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سرچشمه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حقانیت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حکمرانی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غالباً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پذیرفته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تأیید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گسترش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آموزش،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حمایت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رابطه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همواره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ترس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نوسان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تأیید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باطل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اختیار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اطاعت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گرفتن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استفاده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بکوشد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شاه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تأمین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بسازد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پایتخت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ببرد.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حال،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گرفتن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حساب،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ارادهء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محدود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نیازمند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پیرامون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اقتصادی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بزرگ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مالکی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بزرگی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مالکیت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اقتصادی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نبوده،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نفوذ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شمار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سرچشمهء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ثروت،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موقوفه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جایگاه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مالکیت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همیشه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استوار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مصون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ارادهء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خرید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نبوده؛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تدریج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ارتباطی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سرمایه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برساند،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جنبش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پشتیبانی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افکار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اثر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بگذارد.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بزرگ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مالکان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دقیق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موازنهء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نقشی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تعیین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استقلال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شیعه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سقوط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صفویه،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مثال،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حاصل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نظریهء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مرجعیت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نبود؛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موقوفات،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خمس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حمایت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وابسته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مشروطه،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نهضت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انقلاب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اسلامی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ترکیب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ائتلاف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یکسان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حادثه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شمرد،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توجه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پیرامون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نقش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توضیح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داد.</w:t>
      </w:r>
    </w:p>
    <w:p w:rsid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بنابراین،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موضوع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کتاب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جداگانهء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رابطهء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متحد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علیه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برخاسته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حذف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سوم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ائتلافی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موقت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علیه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متحد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پناه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ببرد.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بگیرد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بعد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ناچار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استخدام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نسبت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آرایش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۷</w:t>
      </w:r>
      <w:r w:rsidRPr="00CD2B08">
        <w:rPr>
          <w:rFonts w:ascii="Tahoma" w:hAnsi="Tahoma" w:cs="Tahoma"/>
          <w:b/>
          <w:rtl/>
        </w:rPr>
        <w:t>.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زبان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مفهومی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این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مجموعه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دنبال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واژه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آغاز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روشن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بسیاری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آشفتگی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گفت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وگوی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واژه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مشترک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متفاوت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«کشور»،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«حکومت»،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«دولت»،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«حاکم»،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«حاکمیت»،«ملت»،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«مردم»،</w:t>
      </w:r>
      <w:r w:rsidRPr="00CD2B08">
        <w:rPr>
          <w:rFonts w:ascii="Tahoma" w:hAnsi="Tahoma" w:cs="Tahoma"/>
        </w:rPr>
        <w:t xml:space="preserve"> «</w:t>
      </w:r>
      <w:r w:rsidRPr="00CD2B08">
        <w:rPr>
          <w:rFonts w:ascii="Tahoma" w:hAnsi="Tahoma" w:cs="Tahoma"/>
          <w:rtl/>
        </w:rPr>
        <w:t>حقانیت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حکمرانی»،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«دین»،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«شریعت»،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«سکولاریسم» 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مختلف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بارهای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متفاوت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یافته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واژگان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پیشگفتار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کاربرد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مشخص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«کشور» 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کتاب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خاندان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مستقر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سرزمین،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شیوه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تولید،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حافظه،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روابط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سقوط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بماند؛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نابود 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موجودیت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خطر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اندازد.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تمایز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سقوط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نابودی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«حاکم»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راند. «حکومت»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گروهی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اختیار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الزام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گیرد.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«حاکمیت»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قلمرو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جدید،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«دولت» معنایی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گسترده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نسبتاً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حقوقی،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اشاره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رفتن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البته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واژهء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خاندان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شده؛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ازاین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کاربرد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توجه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زمینه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فهمیده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«حقانیت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حکمرانی»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حاکم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الزام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بدانند.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مختلف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دودمان،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فتح،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تأیید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ارادهء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نسبت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وادارکردن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اطاعت،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تنهایی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حقانیت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آفریند؛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ادعای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سازد.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«ملت»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کلاسیک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فارسی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عربی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غالباً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شریعت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رفت.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جدید،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واژه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شهروندان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اطلاق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اعضای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صرف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نظر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وابستگی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قومی،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طبقاتی،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حقوق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برخوردارند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سرچشمهء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حقانیت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حکمرانی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شمار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آیند.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کتاب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پیدایش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مفهوم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شهروندی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سخن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گوید،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رعایا،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اهالی،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تفاوت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گذاشت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مفاهیم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امروز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احتیاط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گذشته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تحمیل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نکرد.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پسوند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«سالاری»در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واژه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ترجمهء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جاافتاده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گوناگون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بااین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حال،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«سالاری»</w:t>
      </w:r>
      <w:r w:rsidRPr="00CD2B08">
        <w:rPr>
          <w:rFonts w:ascii="Tahoma" w:hAnsi="Tahoma" w:cs="Tahoma"/>
        </w:rPr>
        <w:t>»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ترکیب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لزوماً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گروهی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کارمندان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مستقیم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کارکنانی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صرفاً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حضور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وضعیتی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قواعد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تقدم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یابند.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حاکمیت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«ملت»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(یعنی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شهروندان)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منتهی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استفادهء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مبهم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توجیه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گروهی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خاص.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«دینکاران»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فعالیت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جایگاه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تخصص،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منصب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واژه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«روحانیت» دقیق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جوهر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طبقه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روحانی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فرض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گیرد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موبد،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کاهن،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فقیه،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مجتهد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صاحبان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حرفه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متفاوت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دربرمی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گیرد.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مؤمن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یکسان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میلیون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انسان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آنکه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عضو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صاحب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تفسیر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مذهبی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«شریعت»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کتاب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کلیت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مقصود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قواعد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احکام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حقانیت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حقیقتی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ارادهء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انسان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نسبت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تنظیم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طول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ابزارهایی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تفسیر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شرایط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تازه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غالباً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اختیار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انحصار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متخصصان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«سکولاریسم» و «سکولاریسم نو»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معنای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دشمنی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نفی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آزادی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یعنی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جداکردن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گذاری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ادعای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انحصاری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مذهب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ایدئولوژی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سپردن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ارادهء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شهروندان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سرچشمه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گیرند.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گروهی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سبب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عقیدهء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قائل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دسترس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اصلاح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شهروندان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بیرون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ببرد.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۸</w:t>
      </w:r>
      <w:r w:rsidRPr="00CD2B08">
        <w:rPr>
          <w:rFonts w:ascii="Tahoma" w:hAnsi="Tahoma" w:cs="Tahoma"/>
          <w:b/>
          <w:rtl/>
        </w:rPr>
        <w:t>.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عقل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کشورداری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و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مسئلهء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سکولار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دموکراسی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جامعهء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انسانی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گسترده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پیچیده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تقسیم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تخصص،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بینی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پذیری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پیدا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مستقل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وجود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صرف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نظر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خلیفه،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سلطان،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فقیه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رئیس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جمهور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ناچارند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تولید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تقسیم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نمایند،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بسازند،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تجارت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بیماری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بحران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نمایند.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ضرورت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«عقل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آید؛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عقلی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ناچار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پیامد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بسنجد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آرمان،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تقدس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نکند.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عقل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انباشته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زمین،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روزانه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توانسته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همیشه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انتزاعی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ناچار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توضیح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خزانه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تازه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ندارد،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افزایش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آفریند،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تعرض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تولید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جهت،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نامحدود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«می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توانسته»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جبری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سالاری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خودکامگی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تعصب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کارآمدتر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تبعیض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سرکوب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دقتی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پراکنده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تماس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ظرفیتی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عقل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مداری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ایجاد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تحقق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ظرفیت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استقلال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حرفه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وابسته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ذاتاً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دموکراتیک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میدان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گذار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سرکوب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تنش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شریعت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دقت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فهمیده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شریعت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حقانیت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حقیقتی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ثابت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نسبت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پیوسته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کند: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افزایش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یابد،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اقتصاد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فناوری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دگرگون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ارتباطات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گسترش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یابند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مسائل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تازه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آیند.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اجتهاد،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فتوا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تفسیر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سازوکارها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زمان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کوشند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سازگارکردن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قواعد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انحصار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کشمکش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متغیر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اختیار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«سکولار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دموکراسی»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حادثه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ناگهانی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صرفاً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نسخه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واردشده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غرب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تلقی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اندیشه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غربی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تحول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نقشی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انکارناپذیر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پذیرش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زمینه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است: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اصلاح،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تخصص،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محدودکردن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رهاکردن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انحصار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قدسی.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منظر،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دموکراسی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سرنوشت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حتمی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صورت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مطلوب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ممکنِ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تجربهء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طولانی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مسئلهء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بدهد.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دموکراسی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وعده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اجرا،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فرسوده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ناتوانی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بینجامد.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دموکراسی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بسازد،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وسیلهء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دموکراسی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کوشد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پیوند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دهد: حکومتی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توانمند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دفاع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محدود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طرف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برابر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باورهای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متعهد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کرامت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برابری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شهروندان.</w:t>
      </w:r>
    </w:p>
    <w:p w:rsid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ازاین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خواهد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اقدام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آگاهانه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دموکراسی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معرفی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کشمکش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سکولاریسم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بنامد.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مسئله،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دنبال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پیدایش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ظرفیت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موانع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است: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عقل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ارادهء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محدود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ابزار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شرایطی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لازم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آرام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آرام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عمومی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شهروندی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نزدیک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۹</w:t>
      </w:r>
      <w:r w:rsidRPr="00CD2B08">
        <w:rPr>
          <w:rFonts w:ascii="Tahoma" w:hAnsi="Tahoma" w:cs="Tahoma"/>
          <w:b/>
          <w:rtl/>
        </w:rPr>
        <w:t>.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روش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روایت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تاریخ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در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این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مجموعه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انگیزهء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نارضایتی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شیوه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غالباً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جامعهء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تحولات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فهمیده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ایم.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گذشته،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بارها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آزادی،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عدالت،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تجدد،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انقلاب،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مشروطه،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جمهوریت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توسعه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سخن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گفته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انقلاب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ایدئولوژی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فروریخته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بسیاری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بحران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اصلی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همچنان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مانده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شخصیت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رهبران،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توطئه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دخالت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خارجی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انفجار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ناگهانی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انقلاب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فروکاسته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عوامل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توان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حذف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حوادث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روزمره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ماندگارتر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عمل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کوشد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منظر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منظر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سازوکارهایی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بخواند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دگرگون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کرد؛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شبکه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هزینهء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پرداخت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کدام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رفتن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بماند.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ازاین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سلسله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آیین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کتاب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حضور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دارند،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عنوان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موضوع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نهایی.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جنگ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هنگامی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اهمیت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یابد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آرایش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درآمد،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رابطهء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مرکز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ولایت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حقانیت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حکمرانی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مذهب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هنگامی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تحلیل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سیاسی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تولید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داوری،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آموزش،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بسیج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شوند.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وزیر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سبب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نزدیکی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اهمیت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نقشی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ارادهء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پایدار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محدودکردن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ایفا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همچنین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سقوط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نابودی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تمایز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گذارد.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شکست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بخورد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بماند؛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سقوط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حافظه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یابد؛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ظاهراً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نیرومند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فرسودن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پیوندهای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اجتماعی،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نابودی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ببرد.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تمایز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اجازه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تداوم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پس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تغییر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مکرر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ببینیم،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آنکه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ویرانی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گسست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واقعی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کنیم.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گزارش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قطعی،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مشهور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تفسیر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نویسنده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تفاوت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گذارم،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عرضه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ام.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منابع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اغلب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وابستگان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پیروان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فاتحان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دشمنان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ارقام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کشتار،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انگیزهء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اشخاص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گفت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وگوهای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خصوصی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افسانه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تبلیغ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آمیخته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قطعیت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حدود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دانسته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حال،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تردید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علمی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تحلیل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رابطهء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پیامدهای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قابل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مشاهده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بازدارد.</w:t>
      </w:r>
    </w:p>
    <w:p w:rsid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خواننده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جلد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مستقل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روبه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رو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شود،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واژگان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ثابت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بازمی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یابد: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ماند؟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درآمد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کجا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گرفتند؟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اجرا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تعدیل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جانشینی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رعیت،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مؤمن،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دهنده،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سرباز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شهروند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شمرده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شدند؟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متفاوت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تکرار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پرسش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مقایسهء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</w:p>
    <w:p w:rsidR="00CD2B08" w:rsidRPr="00CD2B08" w:rsidRDefault="00CD2B08" w:rsidP="00CD2B08">
      <w:pPr>
        <w:keepNext/>
        <w:bidi/>
        <w:spacing w:after="0" w:line="360" w:lineRule="auto"/>
        <w:rPr>
          <w:rFonts w:ascii="Tahoma" w:hAnsi="Tahoma" w:cs="Tahoma"/>
        </w:rPr>
      </w:pPr>
      <w:r w:rsidRPr="00CD2B08">
        <w:rPr>
          <w:rFonts w:ascii="Tahoma" w:hAnsi="Tahoma" w:cs="Tahoma"/>
          <w:b/>
          <w:bCs/>
          <w:rtl/>
        </w:rPr>
        <w:t>۱۰</w:t>
      </w:r>
      <w:r w:rsidRPr="00CD2B08">
        <w:rPr>
          <w:rFonts w:ascii="Tahoma" w:hAnsi="Tahoma" w:cs="Tahoma"/>
          <w:b/>
          <w:rtl/>
        </w:rPr>
        <w:t>.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مقصد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این</w:t>
      </w:r>
      <w:r w:rsidRPr="00CD2B08">
        <w:rPr>
          <w:rFonts w:ascii="Tahoma" w:hAnsi="Tahoma" w:cs="Tahoma"/>
          <w:b/>
        </w:rPr>
        <w:t xml:space="preserve"> </w:t>
      </w:r>
      <w:r w:rsidRPr="00CD2B08">
        <w:rPr>
          <w:rFonts w:ascii="Tahoma" w:hAnsi="Tahoma" w:cs="Tahoma"/>
          <w:b/>
          <w:bCs/>
          <w:rtl/>
        </w:rPr>
        <w:t>روایت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ستایش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گونه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محکوم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یکسرهء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نظامیان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دینکاران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کمک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دوره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خطر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انداخته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مسئله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آرایشی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خدمت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کرده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آرایشی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ابزار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تبدیل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نموده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اگر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ارزشی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تاریخ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زاویه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کمتر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شده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روایت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کند: 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زاویهء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نیروهایی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فارغ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فرمانروایان،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امکان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فراهم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آورده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کوشد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نشان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دهد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فقط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سبب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قهرمانی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شاهان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مقاومت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نمانده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سبب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مداوم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غالباً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بی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نام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کسانی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آب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مالیات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آموزش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امنیت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اند.</w:t>
      </w:r>
    </w:p>
    <w:p w:rsidR="00CD2B08" w:rsidRPr="00CD2B08" w:rsidRDefault="00CD2B08" w:rsidP="00CD2B08">
      <w:pPr>
        <w:bidi/>
        <w:spacing w:after="0" w:line="360" w:lineRule="auto"/>
        <w:ind w:firstLine="720"/>
        <w:rPr>
          <w:rFonts w:ascii="Tahoma" w:hAnsi="Tahoma" w:cs="Tahoma"/>
        </w:rPr>
      </w:pP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حال،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کافی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قرن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باقی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بماند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مردمش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همچنان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حق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تصمیم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گیری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دربارهء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سرنوشت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خود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محروم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باشند.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مقصد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آزاد،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شایستهء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باشد،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حفظ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دستگاه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مردم.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رو،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آرزوی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مجموعه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تنها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کارآمد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نیست؛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پیوندزدن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توانایی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سکولار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دموکراسی،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تکثرگرایی،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حکومت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حاکمیت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است.</w:t>
      </w:r>
    </w:p>
    <w:p w:rsidR="00E43684" w:rsidRDefault="00CD2B08" w:rsidP="00CD2B08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محموعه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چنین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امیدی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نوشته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 xml:space="preserve">شده 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است: امید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نسل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بتوانند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تجربهء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طولانی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سرزمین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را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افتخار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مصیبت،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بلکه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دانشی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ساختن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گیرند؛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هیچ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فرمانروا،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قشون،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یا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دیوانی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بالاتر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ملت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قانون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قرار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نگیرد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نهادهای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قدرت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همان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مقصدی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کار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افتند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کشورداری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آغاز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در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پاسخ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به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پدید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آمد: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ادامهء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زندگی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جمعی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و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فراهم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کردن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آینده</w:t>
      </w:r>
      <w:r w:rsidRPr="00CD2B08">
        <w:rPr>
          <w:rFonts w:ascii="Tahoma" w:hAnsi="Tahoma" w:cs="Tahoma"/>
        </w:rPr>
        <w:t>‌</w:t>
      </w:r>
      <w:r w:rsidRPr="00CD2B08">
        <w:rPr>
          <w:rFonts w:ascii="Tahoma" w:hAnsi="Tahoma" w:cs="Tahoma"/>
          <w:rtl/>
        </w:rPr>
        <w:t>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ممکن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برای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انسان</w:t>
      </w:r>
      <w:r w:rsidRPr="00CD2B08">
        <w:rPr>
          <w:rFonts w:ascii="Tahoma" w:hAnsi="Tahoma" w:cs="Tahoma"/>
        </w:rPr>
        <w:t xml:space="preserve"> </w:t>
      </w:r>
      <w:r w:rsidRPr="00CD2B08">
        <w:rPr>
          <w:rFonts w:ascii="Tahoma" w:hAnsi="Tahoma" w:cs="Tahoma"/>
          <w:rtl/>
        </w:rPr>
        <w:t>ایرانی.</w:t>
      </w:r>
    </w:p>
    <w:p w:rsidR="00E43684" w:rsidRDefault="00E43684">
      <w:pPr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CD2B08" w:rsidRPr="00E43684" w:rsidRDefault="00E43684" w:rsidP="00E43684">
      <w:pPr>
        <w:bidi/>
        <w:spacing w:after="0"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2" w:name="Vol1Preface"/>
      <w:bookmarkEnd w:id="2"/>
      <w:r>
        <w:rPr>
          <w:rFonts w:asciiTheme="majorBidi" w:hAnsiTheme="majorBidi" w:cstheme="majorBidi" w:hint="cs"/>
          <w:b/>
          <w:bCs/>
          <w:sz w:val="36"/>
          <w:szCs w:val="36"/>
          <w:rtl/>
        </w:rPr>
        <w:t>سرآغاز</w:t>
      </w:r>
    </w:p>
    <w:p w:rsidR="00E43684" w:rsidRPr="00F30A0B" w:rsidRDefault="00E43684" w:rsidP="00E43684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جلد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شهریور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۱۳۲۰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آغاز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شود؛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لحظه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اشغال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جنگ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جهانی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پادشاهی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رضاشاه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نخستین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اجرای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گستردهٔ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نظریهٔ</w:t>
      </w:r>
      <w:r w:rsidRPr="00F30A0B">
        <w:rPr>
          <w:rFonts w:ascii="Tahoma" w:eastAsia="Tahoma" w:hAnsi="Tahoma" w:cs="Tahoma"/>
        </w:rPr>
        <w:t xml:space="preserve"> «</w:t>
      </w:r>
      <w:r w:rsidRPr="00F30A0B">
        <w:rPr>
          <w:rFonts w:ascii="Tahoma" w:eastAsia="Tahoma" w:hAnsi="Tahoma" w:cs="Tahoma"/>
          <w:rtl/>
        </w:rPr>
        <w:t>مستبد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منور</w:t>
      </w:r>
      <w:r w:rsidRPr="00F30A0B">
        <w:rPr>
          <w:rFonts w:ascii="Tahoma" w:eastAsia="Tahoma" w:hAnsi="Tahoma" w:cs="Tahoma"/>
        </w:rPr>
        <w:t xml:space="preserve">» </w:t>
      </w:r>
      <w:r w:rsidRPr="00F30A0B">
        <w:rPr>
          <w:rFonts w:ascii="Tahoma" w:eastAsia="Tahoma" w:hAnsi="Tahoma" w:cs="Tahoma"/>
          <w:rtl/>
        </w:rPr>
        <w:t>پایان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رضاشاه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رفت،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اما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ارتش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سراسری،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دیوانسالاری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گسترش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یافته،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دادگستری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حکومت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مرکزی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ساخته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باقی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ماند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ازاین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رو،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مسئله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فقط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تغییر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پادشاه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نبود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ایران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باید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آزمود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آیا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اساسی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مشروطهٔ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مشروعه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تواند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روابط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واقعی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قدرت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تنظیم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شاه،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وزیران،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مجلس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دینکاران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تعادلی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پایدار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وجود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آورد</w:t>
      </w:r>
      <w:r w:rsidRPr="00F30A0B">
        <w:rPr>
          <w:rFonts w:ascii="Tahoma" w:eastAsia="Tahoma" w:hAnsi="Tahoma" w:cs="Tahoma"/>
        </w:rPr>
        <w:t>.</w:t>
      </w:r>
    </w:p>
    <w:p w:rsidR="00E43684" w:rsidRPr="00F30A0B" w:rsidRDefault="00E43684" w:rsidP="00E43684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برداشت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رایجی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گوید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شاه،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پایهٔ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باید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فقط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سلطنت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کرد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حکومت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دخالت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نداشت،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ساختمان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سازگار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نیست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قوهٔ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اجرایی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تعلق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داشت،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فرماندهی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نیروهای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مسلح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اختیار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وزیران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منصوب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معزول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کرد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همان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حال،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وزیران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برابر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مجلس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مسئول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مجلس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توانست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آنان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بازخواست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یا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ساقط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کند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بدین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سان،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اختیار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مسئولیت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یکدیگر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جدا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بودند</w:t>
      </w:r>
      <w:r w:rsidRPr="00F30A0B">
        <w:rPr>
          <w:rFonts w:ascii="Tahoma" w:eastAsia="Tahoma" w:hAnsi="Tahoma" w:cs="Tahoma"/>
        </w:rPr>
        <w:t xml:space="preserve">: </w:t>
      </w:r>
      <w:r w:rsidRPr="00F30A0B">
        <w:rPr>
          <w:rFonts w:ascii="Tahoma" w:eastAsia="Tahoma" w:hAnsi="Tahoma" w:cs="Tahoma"/>
          <w:rtl/>
        </w:rPr>
        <w:t>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اختیار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داشت،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اما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مسئول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مستقیم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سیاسی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نبود؛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وزیران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مسئول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بودند،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اما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همهٔ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ابزارهای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اعمال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اختیار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نداشتند؛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مجلس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توانست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دولت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بیندازد،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آنکه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خود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ادارهٔ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عهده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گیرد</w:t>
      </w:r>
      <w:r w:rsidRPr="00F30A0B">
        <w:rPr>
          <w:rFonts w:ascii="Tahoma" w:eastAsia="Tahoma" w:hAnsi="Tahoma" w:cs="Tahoma"/>
        </w:rPr>
        <w:t>.</w:t>
      </w:r>
    </w:p>
    <w:p w:rsidR="00E43684" w:rsidRPr="00F30A0B" w:rsidRDefault="00E43684" w:rsidP="00E43684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ساختمان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متناقض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نیز،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فتح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تهران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تشکیل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مجلس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کودتای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۱۲۹۹،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نزدیک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دوازده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آزموده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ثباتی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آشفتگی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کشانده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بود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پس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شهریور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۱۳۲۰،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همان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نزدیک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دوازده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دیگر،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کشوری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ارتش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دیوانی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نیرومندتر،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دوباره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محک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گذاشته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کشاکش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دربار،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مجلس،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دولت،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قشون،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دینکاران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نیروهای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خارجی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سرانجام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۲۸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امرداد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۱۳۳۲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انجامید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پس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محمدرضاشاه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تدریج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الگوی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مستبد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منور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بازگشت</w:t>
      </w:r>
      <w:r w:rsidRPr="00F30A0B">
        <w:rPr>
          <w:rFonts w:ascii="Tahoma" w:eastAsia="Tahoma" w:hAnsi="Tahoma" w:cs="Tahoma"/>
        </w:rPr>
        <w:t>.</w:t>
      </w:r>
    </w:p>
    <w:p w:rsidR="00E43684" w:rsidRPr="00F30A0B" w:rsidRDefault="00E43684" w:rsidP="00E43684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پرسش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مرکزی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کتاب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چرا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پایان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استبداد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رضاشاهی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۱۳۲۰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سقوط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استبداد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محمدرضاشاهی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۱۳۵۷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قدرت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ملت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منتقل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نکرد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روایت،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افزایش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قدرت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شاه،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نقش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نفت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قشون،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تضعیف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استقلال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دیوان،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ناتوانی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نیروهای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سیاسی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ساختن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بدیلی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قابل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اداره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پیوند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نارضایتی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داخلی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مداخلهٔ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خارجی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دنبال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کند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انقلاب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۱۳۵۷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نگاه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فقط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فروپاشی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یک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پادشاهی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نیست؛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لحظه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ضعف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دستگاه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کشورداری،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بیماری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تصمیم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های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شاه،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سیاست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دولت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کارتر،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فعالیت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شبکهٔ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پیرامون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خمینی،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نقش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رسانه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های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خارجی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طرفی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ارتش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کنار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نارضایتی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عمومی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استقرار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حکومت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دینکاران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گشودند</w:t>
      </w:r>
      <w:r w:rsidRPr="00F30A0B">
        <w:rPr>
          <w:rFonts w:ascii="Tahoma" w:eastAsia="Tahoma" w:hAnsi="Tahoma" w:cs="Tahoma"/>
        </w:rPr>
        <w:t>.</w:t>
      </w:r>
    </w:p>
    <w:p w:rsidR="00E43684" w:rsidRPr="00F30A0B" w:rsidRDefault="00E43684" w:rsidP="00E43684">
      <w:pPr>
        <w:bidi/>
        <w:spacing w:after="0" w:line="360" w:lineRule="auto"/>
        <w:ind w:firstLine="720"/>
        <w:rPr>
          <w:rFonts w:ascii="Tahoma" w:hAnsi="Tahoma" w:cs="Tahoma"/>
        </w:rPr>
      </w:pP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کتاب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ستایش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مستبد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منور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نوشته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شده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دفاع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مشروطهٔ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مشروعه</w:t>
      </w:r>
      <w:r w:rsidRPr="00F30A0B">
        <w:rPr>
          <w:rFonts w:ascii="Tahoma" w:eastAsia="Tahoma" w:hAnsi="Tahoma" w:cs="Tahoma"/>
        </w:rPr>
        <w:t xml:space="preserve">. </w:t>
      </w:r>
      <w:r w:rsidRPr="00F30A0B">
        <w:rPr>
          <w:rFonts w:ascii="Tahoma" w:eastAsia="Tahoma" w:hAnsi="Tahoma" w:cs="Tahoma"/>
          <w:rtl/>
        </w:rPr>
        <w:t>موضوع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سنجش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راهی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ایران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این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دوره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میان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آنها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رفت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وآمد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کرد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هیچ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یک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نتوانست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سکولار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دموکراسی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پدید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آورد</w:t>
      </w:r>
      <w:r w:rsidRPr="00F30A0B">
        <w:rPr>
          <w:rFonts w:ascii="Tahoma" w:eastAsia="Tahoma" w:hAnsi="Tahoma" w:cs="Tahoma"/>
        </w:rPr>
        <w:t xml:space="preserve">: </w:t>
      </w:r>
      <w:r w:rsidRPr="00F30A0B">
        <w:rPr>
          <w:rFonts w:ascii="Tahoma" w:eastAsia="Tahoma" w:hAnsi="Tahoma" w:cs="Tahoma"/>
          <w:rtl/>
        </w:rPr>
        <w:t>آزادی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سیاسی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بدون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حل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مسئلهٔ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دستگاه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اجرایی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به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بی</w:t>
      </w:r>
      <w:r w:rsidRPr="00F30A0B">
        <w:rPr>
          <w:rFonts w:ascii="Tahoma" w:eastAsia="Tahoma" w:hAnsi="Tahoma" w:cs="Tahoma"/>
        </w:rPr>
        <w:t>‌</w:t>
      </w:r>
      <w:r w:rsidRPr="00F30A0B">
        <w:rPr>
          <w:rFonts w:ascii="Tahoma" w:eastAsia="Tahoma" w:hAnsi="Tahoma" w:cs="Tahoma"/>
          <w:rtl/>
        </w:rPr>
        <w:t>ثباتی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انجامید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و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تمرکز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قدرت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برای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ساختن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کشور،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فرمانروا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را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بر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فراز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قانون</w:t>
      </w:r>
      <w:r w:rsidRPr="00F30A0B">
        <w:rPr>
          <w:rFonts w:ascii="Tahoma" w:eastAsia="Tahoma" w:hAnsi="Tahoma" w:cs="Tahoma"/>
        </w:rPr>
        <w:t xml:space="preserve"> </w:t>
      </w:r>
      <w:r w:rsidRPr="00F30A0B">
        <w:rPr>
          <w:rFonts w:ascii="Tahoma" w:eastAsia="Tahoma" w:hAnsi="Tahoma" w:cs="Tahoma"/>
          <w:rtl/>
        </w:rPr>
        <w:t>نشاند</w:t>
      </w:r>
      <w:r w:rsidRPr="00F30A0B">
        <w:rPr>
          <w:rFonts w:ascii="Tahoma" w:eastAsia="Tahoma" w:hAnsi="Tahoma" w:cs="Tahoma"/>
        </w:rPr>
        <w:t>.</w:t>
      </w:r>
    </w:p>
    <w:p w:rsidR="00E43684" w:rsidRPr="00CD2B08" w:rsidRDefault="00E43684" w:rsidP="00E43684">
      <w:pPr>
        <w:bidi/>
        <w:spacing w:after="0" w:line="360" w:lineRule="auto"/>
        <w:rPr>
          <w:rFonts w:ascii="Tahoma" w:hAnsi="Tahoma" w:cs="Tahoma"/>
        </w:rPr>
      </w:pPr>
    </w:p>
    <w:p w:rsidR="00CD2B08" w:rsidRPr="00CD2B08" w:rsidRDefault="00CD2B08" w:rsidP="00CD2B08">
      <w:pPr>
        <w:bidi/>
        <w:spacing w:after="0" w:line="360" w:lineRule="auto"/>
        <w:rPr>
          <w:rFonts w:ascii="Tahoma" w:hAnsi="Tahoma" w:cs="Tahoma"/>
          <w:b/>
          <w:bCs/>
          <w:rtl/>
        </w:rPr>
      </w:pPr>
    </w:p>
    <w:p w:rsidR="00CD2B08" w:rsidRDefault="00CD2B08">
      <w:pPr>
        <w:rPr>
          <w:rFonts w:asciiTheme="majorBidi" w:hAnsiTheme="majorBidi" w:cstheme="majorBidi"/>
          <w:b/>
          <w:bCs/>
          <w:sz w:val="36"/>
          <w:szCs w:val="36"/>
          <w:rtl/>
        </w:rPr>
      </w:pPr>
      <w:r>
        <w:rPr>
          <w:rFonts w:asciiTheme="majorBidi" w:hAnsiTheme="majorBidi" w:cstheme="majorBidi"/>
          <w:b/>
          <w:bCs/>
          <w:sz w:val="36"/>
          <w:szCs w:val="36"/>
          <w:rtl/>
        </w:rPr>
        <w:br w:type="page"/>
      </w:r>
    </w:p>
    <w:p w:rsidR="003E124E" w:rsidRPr="004E2C5E" w:rsidRDefault="003E124E" w:rsidP="004E2C5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bookmarkStart w:id="3" w:name="Vol1Chapter01"/>
      <w:bookmarkEnd w:id="3"/>
      <w:r w:rsidRPr="004E2C5E">
        <w:rPr>
          <w:rFonts w:asciiTheme="majorBidi" w:hAnsiTheme="majorBidi" w:cstheme="majorBidi"/>
          <w:b/>
          <w:bCs/>
          <w:sz w:val="36"/>
          <w:szCs w:val="36"/>
          <w:rtl/>
        </w:rPr>
        <w:t>فصل نخست</w:t>
      </w:r>
    </w:p>
    <w:p w:rsidR="003E124E" w:rsidRPr="004E2C5E" w:rsidRDefault="004E2C5E" w:rsidP="004E2C5E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4E2C5E">
        <w:rPr>
          <w:rFonts w:asciiTheme="majorBidi" w:hAnsiTheme="majorBidi" w:cstheme="majorBidi"/>
          <w:b/>
          <w:bCs/>
          <w:sz w:val="36"/>
          <w:szCs w:val="36"/>
          <w:rtl/>
        </w:rPr>
        <w:t>یک بار دیگر؛ ایران در میان دو دیدگاه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در</w:t>
      </w:r>
      <w:r w:rsidRPr="003E124E">
        <w:rPr>
          <w:rFonts w:ascii="Tahoma" w:hAnsi="Tahoma" w:cs="Tahoma"/>
          <w:rtl/>
        </w:rPr>
        <w:t xml:space="preserve"> شهر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ور</w:t>
      </w:r>
      <w:r w:rsidRPr="003E124E">
        <w:rPr>
          <w:rFonts w:ascii="Tahoma" w:hAnsi="Tahoma" w:cs="Tahoma"/>
          <w:rtl/>
        </w:rPr>
        <w:t xml:space="preserve"> </w:t>
      </w:r>
      <w:r w:rsidRPr="003E124E">
        <w:rPr>
          <w:rFonts w:ascii="Tahoma" w:hAnsi="Tahoma" w:cs="Tahoma"/>
          <w:rtl/>
          <w:lang w:bidi="fa-IR"/>
        </w:rPr>
        <w:t>۱۳۲۰</w:t>
      </w:r>
      <w:r w:rsidRPr="003E124E">
        <w:rPr>
          <w:rFonts w:ascii="Tahoma" w:hAnsi="Tahoma" w:cs="Tahoma"/>
          <w:rtl/>
        </w:rPr>
        <w:t>، با کناره‌گ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رضاشاه، تنها دوران پادشاه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ک</w:t>
      </w:r>
      <w:r w:rsidRPr="003E124E">
        <w:rPr>
          <w:rFonts w:ascii="Tahoma" w:hAnsi="Tahoma" w:cs="Tahoma"/>
          <w:rtl/>
        </w:rPr>
        <w:t xml:space="preserve"> تن به پا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ان</w:t>
      </w:r>
      <w:r w:rsidRPr="003E124E">
        <w:rPr>
          <w:rFonts w:ascii="Tahoma" w:hAnsi="Tahoma" w:cs="Tahoma"/>
          <w:rtl/>
        </w:rPr>
        <w:t xml:space="preserve"> نرس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="00E43684">
        <w:rPr>
          <w:rFonts w:ascii="Tahoma" w:hAnsi="Tahoma" w:cs="Tahoma" w:hint="cs"/>
          <w:rtl/>
        </w:rPr>
        <w:t>؛</w:t>
      </w:r>
      <w:r w:rsidRPr="003E124E">
        <w:rPr>
          <w:rFonts w:ascii="Tahoma" w:hAnsi="Tahoma" w:cs="Tahoma"/>
          <w:rtl/>
        </w:rPr>
        <w:t xml:space="preserve"> آنچه پا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ان</w:t>
      </w:r>
      <w:r w:rsidRPr="003E124E">
        <w:rPr>
          <w:rFonts w:ascii="Tahoma" w:hAnsi="Tahoma" w:cs="Tahoma"/>
          <w:rtl/>
        </w:rPr>
        <w:t xml:space="preserve"> 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افت،</w:t>
      </w:r>
      <w:r w:rsidRPr="003E124E">
        <w:rPr>
          <w:rFonts w:ascii="Tahoma" w:hAnsi="Tahoma" w:cs="Tahoma"/>
          <w:rtl/>
        </w:rPr>
        <w:t xml:space="preserve"> اجرا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نظر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ه‌ا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در کشوردار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بود که پس از ناکام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انقلاب مشروطه، ضعف حکومت مرکز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،</w:t>
      </w:r>
      <w:r w:rsidRPr="003E124E">
        <w:rPr>
          <w:rFonts w:ascii="Tahoma" w:hAnsi="Tahoma" w:cs="Tahoma"/>
          <w:rtl/>
        </w:rPr>
        <w:t xml:space="preserve"> آشفتگ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سال‌ها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پا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پادشاه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قاجار، ناامن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گسترده و ناتوان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نهادها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مشروطه در ادارهٔ کشور پد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آمده بود. براساس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نظر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ه،</w:t>
      </w:r>
      <w:r w:rsidRPr="003E124E">
        <w:rPr>
          <w:rFonts w:ascii="Tahoma" w:hAnsi="Tahoma" w:cs="Tahoma"/>
          <w:rtl/>
        </w:rPr>
        <w:t xml:space="preserve">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پ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</w:t>
      </w:r>
      <w:r w:rsidRPr="003E124E">
        <w:rPr>
          <w:rFonts w:ascii="Tahoma" w:hAnsi="Tahoma" w:cs="Tahoma"/>
          <w:rtl/>
        </w:rPr>
        <w:t xml:space="preserve"> از آنکه بتواند به حاکم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قانون و نهادها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دموکرات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ک</w:t>
      </w:r>
      <w:r w:rsidRPr="003E124E">
        <w:rPr>
          <w:rFonts w:ascii="Tahoma" w:hAnsi="Tahoma" w:cs="Tahoma"/>
          <w:rtl/>
        </w:rPr>
        <w:t xml:space="preserve"> دست 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ابد،</w:t>
      </w:r>
      <w:r w:rsidRPr="003E124E">
        <w:rPr>
          <w:rFonts w:ascii="Tahoma" w:hAnsi="Tahoma" w:cs="Tahoma"/>
          <w:rtl/>
        </w:rPr>
        <w:t xml:space="preserve"> به فرمانروا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مقتدر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از</w:t>
      </w:r>
      <w:r w:rsidRPr="003E124E">
        <w:rPr>
          <w:rFonts w:ascii="Tahoma" w:hAnsi="Tahoma" w:cs="Tahoma"/>
          <w:rtl/>
        </w:rPr>
        <w:t xml:space="preserve"> داشت که امن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را برقرار کند، کشور را 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کپارچه</w:t>
      </w:r>
      <w:r w:rsidRPr="003E124E">
        <w:rPr>
          <w:rFonts w:ascii="Tahoma" w:hAnsi="Tahoma" w:cs="Tahoma"/>
          <w:rtl/>
        </w:rPr>
        <w:t xml:space="preserve"> سازد، ارتش و 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وانسالار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نو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پد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آورد و مقدمات ورود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به جها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جد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را فراهم کند. چن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فرمانروا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را «مستبد منور»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نام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دند</w:t>
      </w:r>
      <w:r w:rsidRPr="003E124E">
        <w:rPr>
          <w:rFonts w:ascii="Tahoma" w:hAnsi="Tahoma" w:cs="Tahoma"/>
          <w:rtl/>
        </w:rPr>
        <w:t>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نظر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ه</w:t>
      </w:r>
      <w:r w:rsidRPr="003E124E">
        <w:rPr>
          <w:rFonts w:ascii="Tahoma" w:hAnsi="Tahoma" w:cs="Tahoma"/>
          <w:rtl/>
        </w:rPr>
        <w:t xml:space="preserve"> لزوماً از دشمن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با آرمان‌ها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مشروطه‌خواهان اول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ه</w:t>
      </w:r>
      <w:r w:rsidRPr="003E124E">
        <w:rPr>
          <w:rFonts w:ascii="Tahoma" w:hAnsi="Tahoma" w:cs="Tahoma"/>
          <w:rtl/>
        </w:rPr>
        <w:t xml:space="preserve"> سرچشمه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گرفت</w:t>
      </w:r>
      <w:r w:rsidRPr="003E124E">
        <w:rPr>
          <w:rFonts w:ascii="Tahoma" w:hAnsi="Tahoma" w:cs="Tahoma"/>
          <w:rtl/>
        </w:rPr>
        <w:t>. بس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از هواداران آن خود از کسان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بودند که خواستار محدودشدن قدرت پادشاه، برقرار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حکومت قانون، تشک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ل</w:t>
      </w:r>
      <w:r w:rsidRPr="003E124E">
        <w:rPr>
          <w:rFonts w:ascii="Tahoma" w:hAnsi="Tahoma" w:cs="Tahoma"/>
          <w:rtl/>
        </w:rPr>
        <w:t xml:space="preserve"> مجلس،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جاد</w:t>
      </w:r>
      <w:r w:rsidRPr="003E124E">
        <w:rPr>
          <w:rFonts w:ascii="Tahoma" w:hAnsi="Tahoma" w:cs="Tahoma"/>
          <w:rtl/>
        </w:rPr>
        <w:t xml:space="preserve"> دادگستر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نو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ن،</w:t>
      </w:r>
      <w:r w:rsidRPr="003E124E">
        <w:rPr>
          <w:rFonts w:ascii="Tahoma" w:hAnsi="Tahoma" w:cs="Tahoma"/>
          <w:rtl/>
        </w:rPr>
        <w:t xml:space="preserve"> گسترش آموزش و نوساز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کشوردار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بودند. اما تجربهٔ سال‌</w:t>
      </w:r>
      <w:r w:rsidRPr="003E124E">
        <w:rPr>
          <w:rFonts w:ascii="Tahoma" w:hAnsi="Tahoma" w:cs="Tahoma" w:hint="eastAsia"/>
          <w:rtl/>
        </w:rPr>
        <w:t>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پس از انقلاب مشروطه آنان را به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نت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جه</w:t>
      </w:r>
      <w:r w:rsidRPr="003E124E">
        <w:rPr>
          <w:rFonts w:ascii="Tahoma" w:hAnsi="Tahoma" w:cs="Tahoma"/>
          <w:rtl/>
        </w:rPr>
        <w:t xml:space="preserve"> رسانده بود که قانون، بدون وجود حکومت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قادر به اجرا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آن، 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</w:t>
      </w:r>
      <w:r w:rsidRPr="003E124E">
        <w:rPr>
          <w:rFonts w:ascii="Tahoma" w:hAnsi="Tahoma" w:cs="Tahoma"/>
          <w:rtl/>
        </w:rPr>
        <w:t xml:space="preserve"> از نوشته‌ا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بر کاغذ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ست</w:t>
      </w:r>
      <w:r w:rsidRPr="003E124E">
        <w:rPr>
          <w:rFonts w:ascii="Tahoma" w:hAnsi="Tahoma" w:cs="Tahoma"/>
          <w:rtl/>
        </w:rPr>
        <w:t>. مجلس وجود داشت، اما ابزار اجرا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تصم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م‌ها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</w:t>
      </w:r>
      <w:r w:rsidRPr="003E124E">
        <w:rPr>
          <w:rFonts w:ascii="Tahoma" w:hAnsi="Tahoma" w:cs="Tahoma"/>
          <w:rtl/>
        </w:rPr>
        <w:t xml:space="preserve"> را در اخت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</w:t>
      </w:r>
      <w:r w:rsidRPr="003E124E">
        <w:rPr>
          <w:rFonts w:ascii="Tahoma" w:hAnsi="Tahoma" w:cs="Tahoma"/>
          <w:rtl/>
        </w:rPr>
        <w:t xml:space="preserve"> نداشت. دولت‌ها تشک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ل</w:t>
      </w:r>
      <w:r w:rsidRPr="003E124E">
        <w:rPr>
          <w:rFonts w:ascii="Tahoma" w:hAnsi="Tahoma" w:cs="Tahoma"/>
          <w:rtl/>
        </w:rPr>
        <w:t xml:space="preserve">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شدند،</w:t>
      </w:r>
      <w:r w:rsidRPr="003E124E">
        <w:rPr>
          <w:rFonts w:ascii="Tahoma" w:hAnsi="Tahoma" w:cs="Tahoma"/>
          <w:rtl/>
        </w:rPr>
        <w:t xml:space="preserve"> اما نه از درآمد کاف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برخوردار بودن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و نه از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رو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نظام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لازم برا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اجرا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تصم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م‌ها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شان</w:t>
      </w:r>
      <w:r w:rsidRPr="003E124E">
        <w:rPr>
          <w:rFonts w:ascii="Tahoma" w:hAnsi="Tahoma" w:cs="Tahoma"/>
          <w:rtl/>
        </w:rPr>
        <w:t xml:space="preserve"> در سراسر کشور. حکومت مرکز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ضع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ف</w:t>
      </w:r>
      <w:r w:rsidRPr="003E124E">
        <w:rPr>
          <w:rFonts w:ascii="Tahoma" w:hAnsi="Tahoma" w:cs="Tahoma"/>
          <w:rtl/>
        </w:rPr>
        <w:t xml:space="preserve"> شده بود، ب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آنکه</w:t>
      </w:r>
      <w:r w:rsidRPr="003E124E">
        <w:rPr>
          <w:rFonts w:ascii="Tahoma" w:hAnsi="Tahoma" w:cs="Tahoma"/>
          <w:rtl/>
        </w:rPr>
        <w:t xml:space="preserve"> نهادها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تازه‌تأس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س</w:t>
      </w:r>
      <w:r w:rsidRPr="003E124E">
        <w:rPr>
          <w:rFonts w:ascii="Tahoma" w:hAnsi="Tahoma" w:cs="Tahoma"/>
          <w:rtl/>
        </w:rPr>
        <w:t xml:space="preserve"> مشروطه بتوانند جا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خال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قدرت پ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را پر کنند.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در</w:t>
      </w:r>
      <w:r w:rsidRPr="003E124E">
        <w:rPr>
          <w:rFonts w:ascii="Tahoma" w:hAnsi="Tahoma" w:cs="Tahoma"/>
          <w:rtl/>
        </w:rPr>
        <w:t xml:space="preserve"> چن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وضع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،</w:t>
      </w:r>
      <w:r w:rsidRPr="003E124E">
        <w:rPr>
          <w:rFonts w:ascii="Tahoma" w:hAnsi="Tahoma" w:cs="Tahoma"/>
          <w:rtl/>
        </w:rPr>
        <w:t xml:space="preserve"> مسئله فقط انتخاب 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ان</w:t>
      </w:r>
      <w:r w:rsidRPr="003E124E">
        <w:rPr>
          <w:rFonts w:ascii="Tahoma" w:hAnsi="Tahoma" w:cs="Tahoma"/>
          <w:rtl/>
        </w:rPr>
        <w:t xml:space="preserve"> استبداد و آزاد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نبود. پرسش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بود که آ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</w:t>
      </w:r>
      <w:r w:rsidRPr="003E124E">
        <w:rPr>
          <w:rFonts w:ascii="Tahoma" w:hAnsi="Tahoma" w:cs="Tahoma"/>
          <w:rtl/>
        </w:rPr>
        <w:t xml:space="preserve">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توان</w:t>
      </w:r>
      <w:r w:rsidRPr="003E124E">
        <w:rPr>
          <w:rFonts w:ascii="Tahoma" w:hAnsi="Tahoma" w:cs="Tahoma"/>
          <w:rtl/>
        </w:rPr>
        <w:t xml:space="preserve"> بدون برخوردار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از حکومت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مقتدر، قانون را اجرا کرد، امن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را برقرار ساخت و از فروپاش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کشور جلوگ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کرد. نظر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هٔ</w:t>
      </w:r>
      <w:r w:rsidRPr="003E124E">
        <w:rPr>
          <w:rFonts w:ascii="Tahoma" w:hAnsi="Tahoma" w:cs="Tahoma"/>
          <w:rtl/>
        </w:rPr>
        <w:t xml:space="preserve"> مستبد منور پاسخ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به هم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پرسش بود. قرار بود فرمانروا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رومند،</w:t>
      </w:r>
      <w:r w:rsidRPr="003E124E">
        <w:rPr>
          <w:rFonts w:ascii="Tahoma" w:hAnsi="Tahoma" w:cs="Tahoma"/>
          <w:rtl/>
        </w:rPr>
        <w:t xml:space="preserve"> قدرت را در دست 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رد</w:t>
      </w:r>
      <w:r w:rsidRPr="003E124E">
        <w:rPr>
          <w:rFonts w:ascii="Tahoma" w:hAnsi="Tahoma" w:cs="Tahoma"/>
          <w:rtl/>
        </w:rPr>
        <w:t xml:space="preserve"> و از آن برا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ساختن نهادها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استفاده کند که بعدها زم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نهٔ</w:t>
      </w:r>
      <w:r w:rsidRPr="003E124E">
        <w:rPr>
          <w:rFonts w:ascii="Tahoma" w:hAnsi="Tahoma" w:cs="Tahoma"/>
          <w:rtl/>
        </w:rPr>
        <w:t xml:space="preserve"> کشوردار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قانون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و دموکرات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ک</w:t>
      </w:r>
      <w:r w:rsidRPr="003E124E">
        <w:rPr>
          <w:rFonts w:ascii="Tahoma" w:hAnsi="Tahoma" w:cs="Tahoma"/>
          <w:rtl/>
        </w:rPr>
        <w:t xml:space="preserve"> را فراهم آورند. استبداد قرار بود وس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له‌ا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موقت برا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رس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دن</w:t>
      </w:r>
      <w:r w:rsidRPr="003E124E">
        <w:rPr>
          <w:rFonts w:ascii="Tahoma" w:hAnsi="Tahoma" w:cs="Tahoma"/>
          <w:rtl/>
        </w:rPr>
        <w:t xml:space="preserve"> به قانون باشد، نه جانش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هم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آن.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اما</w:t>
      </w:r>
      <w:r w:rsidRPr="003E124E">
        <w:rPr>
          <w:rFonts w:ascii="Tahoma" w:hAnsi="Tahoma" w:cs="Tahoma"/>
          <w:rtl/>
        </w:rPr>
        <w:t xml:space="preserve"> قدرت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که به نام آماده‌کردن کشور برا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اجرا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قانون پد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آمد، به‌تدر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ج</w:t>
      </w:r>
      <w:r w:rsidRPr="003E124E">
        <w:rPr>
          <w:rFonts w:ascii="Tahoma" w:hAnsi="Tahoma" w:cs="Tahoma"/>
          <w:rtl/>
        </w:rPr>
        <w:t xml:space="preserve"> خود را بر فراز قانون قرار داد. رضاشاه توانست بس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از کارها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را انجام دهد که حکومت‌ها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پ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</w:t>
      </w:r>
      <w:r w:rsidRPr="003E124E">
        <w:rPr>
          <w:rFonts w:ascii="Tahoma" w:hAnsi="Tahoma" w:cs="Tahoma"/>
          <w:rtl/>
        </w:rPr>
        <w:t xml:space="preserve"> از او از انجامشان ناتوان مانده بودند. ارتش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سراسر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پد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آورد،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روها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و محل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را محدود </w:t>
      </w:r>
      <w:r w:rsidRPr="003E124E">
        <w:rPr>
          <w:rFonts w:ascii="Tahoma" w:hAnsi="Tahoma" w:cs="Tahoma" w:hint="eastAsia"/>
          <w:rtl/>
        </w:rPr>
        <w:t>کرد،</w:t>
      </w:r>
      <w:r w:rsidRPr="003E124E">
        <w:rPr>
          <w:rFonts w:ascii="Tahoma" w:hAnsi="Tahoma" w:cs="Tahoma"/>
          <w:rtl/>
        </w:rPr>
        <w:t xml:space="preserve"> امن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راه‌ها را افزا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</w:t>
      </w:r>
      <w:r w:rsidRPr="003E124E">
        <w:rPr>
          <w:rFonts w:ascii="Tahoma" w:hAnsi="Tahoma" w:cs="Tahoma"/>
          <w:rtl/>
        </w:rPr>
        <w:t xml:space="preserve"> داد، دستگاه ادار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را گسترش بخش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د،</w:t>
      </w:r>
      <w:r w:rsidRPr="003E124E">
        <w:rPr>
          <w:rFonts w:ascii="Tahoma" w:hAnsi="Tahoma" w:cs="Tahoma"/>
          <w:rtl/>
        </w:rPr>
        <w:t xml:space="preserve"> آموزش نو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را توسعه داد، دانشگاه تأس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س</w:t>
      </w:r>
      <w:r w:rsidRPr="003E124E">
        <w:rPr>
          <w:rFonts w:ascii="Tahoma" w:hAnsi="Tahoma" w:cs="Tahoma"/>
          <w:rtl/>
        </w:rPr>
        <w:t xml:space="preserve"> کرد، دادگستر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تازه‌ا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به وجود آورد و بخش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از وظا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ف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را که پ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ش‌تر</w:t>
      </w:r>
      <w:r w:rsidRPr="003E124E">
        <w:rPr>
          <w:rFonts w:ascii="Tahoma" w:hAnsi="Tahoma" w:cs="Tahoma"/>
          <w:rtl/>
        </w:rPr>
        <w:t xml:space="preserve"> در اخت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</w:t>
      </w:r>
      <w:r w:rsidRPr="003E124E">
        <w:rPr>
          <w:rFonts w:ascii="Tahoma" w:hAnsi="Tahoma" w:cs="Tahoma"/>
          <w:rtl/>
        </w:rPr>
        <w:t xml:space="preserve"> 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نکاران</w:t>
      </w:r>
      <w:r w:rsidRPr="003E124E">
        <w:rPr>
          <w:rFonts w:ascii="Tahoma" w:hAnsi="Tahoma" w:cs="Tahoma"/>
          <w:rtl/>
        </w:rPr>
        <w:t xml:space="preserve"> 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</w:t>
      </w:r>
      <w:r w:rsidRPr="003E124E">
        <w:rPr>
          <w:rFonts w:ascii="Tahoma" w:hAnsi="Tahoma" w:cs="Tahoma"/>
          <w:rtl/>
        </w:rPr>
        <w:t xml:space="preserve">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روها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پراکندهٔ محل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بود، به حکومت مرکز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انتقال داد. کشور ب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</w:t>
      </w:r>
      <w:r w:rsidRPr="003E124E">
        <w:rPr>
          <w:rFonts w:ascii="Tahoma" w:hAnsi="Tahoma" w:cs="Tahoma"/>
          <w:rtl/>
        </w:rPr>
        <w:t xml:space="preserve"> از گذ</w:t>
      </w:r>
      <w:r w:rsidRPr="003E124E">
        <w:rPr>
          <w:rFonts w:ascii="Tahoma" w:hAnsi="Tahoma" w:cs="Tahoma" w:hint="eastAsia"/>
          <w:rtl/>
        </w:rPr>
        <w:t>شته</w:t>
      </w:r>
      <w:r w:rsidRPr="003E124E">
        <w:rPr>
          <w:rFonts w:ascii="Tahoma" w:hAnsi="Tahoma" w:cs="Tahoma"/>
          <w:rtl/>
        </w:rPr>
        <w:t xml:space="preserve"> به واحد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کپارچه</w:t>
      </w:r>
      <w:r w:rsidRPr="003E124E">
        <w:rPr>
          <w:rFonts w:ascii="Tahoma" w:hAnsi="Tahoma" w:cs="Tahoma"/>
          <w:rtl/>
        </w:rPr>
        <w:t xml:space="preserve"> تبد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ل</w:t>
      </w:r>
      <w:r w:rsidRPr="003E124E">
        <w:rPr>
          <w:rFonts w:ascii="Tahoma" w:hAnsi="Tahoma" w:cs="Tahoma"/>
          <w:rtl/>
        </w:rPr>
        <w:t xml:space="preserve"> شد و 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وانسالار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توانست حضور حکومت را به نقاط دورتر برساند.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چ</w:t>
      </w:r>
      <w:r w:rsidRPr="003E124E">
        <w:rPr>
          <w:rFonts w:ascii="Tahoma" w:hAnsi="Tahoma" w:cs="Tahoma"/>
          <w:rtl/>
        </w:rPr>
        <w:t xml:space="preserve"> بررس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منصفانه‌ا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از کشوردار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رضاشاه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تواند</w:t>
      </w:r>
      <w:r w:rsidRPr="003E124E">
        <w:rPr>
          <w:rFonts w:ascii="Tahoma" w:hAnsi="Tahoma" w:cs="Tahoma"/>
          <w:rtl/>
        </w:rPr>
        <w:t xml:space="preserve">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دگرگون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ها</w:t>
      </w:r>
      <w:r w:rsidRPr="003E124E">
        <w:rPr>
          <w:rFonts w:ascii="Tahoma" w:hAnsi="Tahoma" w:cs="Tahoma"/>
          <w:rtl/>
        </w:rPr>
        <w:t xml:space="preserve"> را ناد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ده</w:t>
      </w:r>
      <w:r w:rsidRPr="003E124E">
        <w:rPr>
          <w:rFonts w:ascii="Tahoma" w:hAnsi="Tahoma" w:cs="Tahoma"/>
          <w:rtl/>
        </w:rPr>
        <w:t xml:space="preserve"> بگ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رد</w:t>
      </w:r>
      <w:r w:rsidRPr="003E124E">
        <w:rPr>
          <w:rFonts w:ascii="Tahoma" w:hAnsi="Tahoma" w:cs="Tahoma"/>
          <w:rtl/>
        </w:rPr>
        <w:t>. اما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توان</w:t>
      </w:r>
      <w:r w:rsidRPr="003E124E">
        <w:rPr>
          <w:rFonts w:ascii="Tahoma" w:hAnsi="Tahoma" w:cs="Tahoma"/>
          <w:rtl/>
        </w:rPr>
        <w:t xml:space="preserve"> بها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آنها را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ز</w:t>
      </w:r>
      <w:r w:rsidRPr="003E124E">
        <w:rPr>
          <w:rFonts w:ascii="Tahoma" w:hAnsi="Tahoma" w:cs="Tahoma"/>
          <w:rtl/>
        </w:rPr>
        <w:t xml:space="preserve"> از نظر دور داشت. مجلس باق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ماند، 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استقلال خود را از دست داد. انتخابات برگزار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شد،</w:t>
      </w:r>
      <w:r w:rsidRPr="003E124E">
        <w:rPr>
          <w:rFonts w:ascii="Tahoma" w:hAnsi="Tahoma" w:cs="Tahoma"/>
          <w:rtl/>
        </w:rPr>
        <w:t xml:space="preserve"> اما نت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جهٔ</w:t>
      </w:r>
      <w:r w:rsidRPr="003E124E">
        <w:rPr>
          <w:rFonts w:ascii="Tahoma" w:hAnsi="Tahoma" w:cs="Tahoma"/>
          <w:rtl/>
        </w:rPr>
        <w:t xml:space="preserve"> آن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توانست</w:t>
      </w:r>
      <w:r w:rsidRPr="003E124E">
        <w:rPr>
          <w:rFonts w:ascii="Tahoma" w:hAnsi="Tahoma" w:cs="Tahoma"/>
          <w:rtl/>
        </w:rPr>
        <w:t xml:space="preserve"> برخلاف خواست شاه باشد.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>ران وجود داشتند، اما امن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مقام و حت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جانشان به رضا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پادشاه وابسته بود.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لغو نشد، 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نهادها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پ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ش‌ب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شده</w:t>
      </w:r>
      <w:r w:rsidRPr="003E124E">
        <w:rPr>
          <w:rFonts w:ascii="Tahoma" w:hAnsi="Tahoma" w:cs="Tahoma"/>
          <w:rtl/>
        </w:rPr>
        <w:t xml:space="preserve"> در آن نتوانستند وظا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ف</w:t>
      </w:r>
      <w:r w:rsidRPr="003E124E">
        <w:rPr>
          <w:rFonts w:ascii="Tahoma" w:hAnsi="Tahoma" w:cs="Tahoma"/>
          <w:rtl/>
        </w:rPr>
        <w:t xml:space="preserve"> خود را مستقل از ارادهٔ شاه انجام دهند.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باا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ن‌همه،</w:t>
      </w:r>
      <w:r w:rsidRPr="003E124E">
        <w:rPr>
          <w:rFonts w:ascii="Tahoma" w:hAnsi="Tahoma" w:cs="Tahoma"/>
          <w:rtl/>
        </w:rPr>
        <w:t xml:space="preserve"> برا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فهم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دن</w:t>
      </w:r>
      <w:r w:rsidRPr="003E124E">
        <w:rPr>
          <w:rFonts w:ascii="Tahoma" w:hAnsi="Tahoma" w:cs="Tahoma"/>
          <w:rtl/>
        </w:rPr>
        <w:t xml:space="preserve"> آنچه در دورهٔ رضاشاه رخ داد، ابتدا با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ساختمان واقع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مشروطه را شناخت. اگر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به‌درست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شناخته نشود، تفاوت 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ان</w:t>
      </w:r>
      <w:r w:rsidRPr="003E124E">
        <w:rPr>
          <w:rFonts w:ascii="Tahoma" w:hAnsi="Tahoma" w:cs="Tahoma"/>
          <w:rtl/>
        </w:rPr>
        <w:t xml:space="preserve"> پادشاه مشروطه و مستبد منور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ز</w:t>
      </w:r>
      <w:r w:rsidRPr="003E124E">
        <w:rPr>
          <w:rFonts w:ascii="Tahoma" w:hAnsi="Tahoma" w:cs="Tahoma"/>
          <w:rtl/>
        </w:rPr>
        <w:t xml:space="preserve"> از 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ان</w:t>
      </w:r>
      <w:r w:rsidRPr="003E124E">
        <w:rPr>
          <w:rFonts w:ascii="Tahoma" w:hAnsi="Tahoma" w:cs="Tahoma"/>
          <w:rtl/>
        </w:rPr>
        <w:t xml:space="preserve">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رود</w:t>
      </w:r>
      <w:r w:rsidRPr="003E124E">
        <w:rPr>
          <w:rFonts w:ascii="Tahoma" w:hAnsi="Tahoma" w:cs="Tahoma"/>
          <w:rtl/>
        </w:rPr>
        <w:t xml:space="preserve"> و هرگونه دخالت شاه در امور کشور، به‌اشتباه، نقض قانون ا</w:t>
      </w:r>
      <w:r w:rsidRPr="003E124E">
        <w:rPr>
          <w:rFonts w:ascii="Tahoma" w:hAnsi="Tahoma" w:cs="Tahoma" w:hint="eastAsia"/>
          <w:rtl/>
        </w:rPr>
        <w:t>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تلق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شود</w:t>
      </w:r>
      <w:r w:rsidRPr="003E124E">
        <w:rPr>
          <w:rFonts w:ascii="Tahoma" w:hAnsi="Tahoma" w:cs="Tahoma"/>
          <w:rtl/>
        </w:rPr>
        <w:t>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ک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از تعب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رها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که بعدها دربارهٔ پادشاه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مشروطه رواج 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افت</w:t>
      </w:r>
      <w:r w:rsidRPr="003E124E">
        <w:rPr>
          <w:rFonts w:ascii="Tahoma" w:hAnsi="Tahoma" w:cs="Tahoma"/>
          <w:rtl/>
        </w:rPr>
        <w:t xml:space="preserve">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بود که «شاه با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سلطنت کند، نه حکومت».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عبارت چنان تکرار شد که گو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خلاصهٔ صر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ح</w:t>
      </w:r>
      <w:r w:rsidRPr="003E124E">
        <w:rPr>
          <w:rFonts w:ascii="Tahoma" w:hAnsi="Tahoma" w:cs="Tahoma"/>
          <w:rtl/>
        </w:rPr>
        <w:t xml:space="preserve">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مشروطهٔ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است. حال آنکه چن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عبارت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در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وجود نداشت و ساختمان قوهٔ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در آن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ز</w:t>
      </w:r>
      <w:r w:rsidRPr="003E124E">
        <w:rPr>
          <w:rFonts w:ascii="Tahoma" w:hAnsi="Tahoma" w:cs="Tahoma"/>
          <w:rtl/>
        </w:rPr>
        <w:t xml:space="preserve"> </w:t>
      </w:r>
      <w:r w:rsidRPr="003E124E">
        <w:rPr>
          <w:rFonts w:ascii="Tahoma" w:hAnsi="Tahoma" w:cs="Tahoma" w:hint="eastAsia"/>
          <w:rtl/>
        </w:rPr>
        <w:t>با</w:t>
      </w:r>
      <w:r w:rsidRPr="003E124E">
        <w:rPr>
          <w:rFonts w:ascii="Tahoma" w:hAnsi="Tahoma" w:cs="Tahoma"/>
          <w:rtl/>
        </w:rPr>
        <w:t xml:space="preserve">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تعب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</w:t>
      </w:r>
      <w:r w:rsidRPr="003E124E">
        <w:rPr>
          <w:rFonts w:ascii="Tahoma" w:hAnsi="Tahoma" w:cs="Tahoma"/>
          <w:rtl/>
        </w:rPr>
        <w:t xml:space="preserve"> سازگار نبود.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سخن، ب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ش</w:t>
      </w:r>
      <w:r w:rsidRPr="003E124E">
        <w:rPr>
          <w:rFonts w:ascii="Tahoma" w:hAnsi="Tahoma" w:cs="Tahoma"/>
          <w:rtl/>
        </w:rPr>
        <w:t xml:space="preserve"> از آنکه گزارش متن قانون باشد، تفس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از آن بود؛ تفس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که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خواست</w:t>
      </w:r>
      <w:r w:rsidRPr="003E124E">
        <w:rPr>
          <w:rFonts w:ascii="Tahoma" w:hAnsi="Tahoma" w:cs="Tahoma"/>
          <w:rtl/>
        </w:rPr>
        <w:t xml:space="preserve"> پادشاه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را به الگو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برخ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پادشاه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پارلمان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اروپا نزد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ک</w:t>
      </w:r>
      <w:r w:rsidRPr="003E124E">
        <w:rPr>
          <w:rFonts w:ascii="Tahoma" w:hAnsi="Tahoma" w:cs="Tahoma"/>
          <w:rtl/>
        </w:rPr>
        <w:t xml:space="preserve"> کند.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براساس</w:t>
      </w:r>
      <w:r w:rsidRPr="003E124E">
        <w:rPr>
          <w:rFonts w:ascii="Tahoma" w:hAnsi="Tahoma" w:cs="Tahoma"/>
          <w:rtl/>
        </w:rPr>
        <w:t xml:space="preserve"> متمم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،</w:t>
      </w:r>
      <w:r w:rsidRPr="003E124E">
        <w:rPr>
          <w:rFonts w:ascii="Tahoma" w:hAnsi="Tahoma" w:cs="Tahoma"/>
          <w:rtl/>
        </w:rPr>
        <w:t xml:space="preserve"> قوهٔ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به پادشاه تعلق داشت و قوان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و احکام به‌وس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لهٔ</w:t>
      </w:r>
      <w:r w:rsidRPr="003E124E">
        <w:rPr>
          <w:rFonts w:ascii="Tahoma" w:hAnsi="Tahoma" w:cs="Tahoma"/>
          <w:rtl/>
        </w:rPr>
        <w:t xml:space="preserve">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و مأموران دولت به نام او اجرا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شد</w:t>
      </w:r>
      <w:r w:rsidRPr="003E124E">
        <w:rPr>
          <w:rFonts w:ascii="Tahoma" w:hAnsi="Tahoma" w:cs="Tahoma"/>
          <w:rtl/>
        </w:rPr>
        <w:t>. شاه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را منصوب و معزول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کرد،</w:t>
      </w:r>
      <w:r w:rsidRPr="003E124E">
        <w:rPr>
          <w:rFonts w:ascii="Tahoma" w:hAnsi="Tahoma" w:cs="Tahoma"/>
          <w:rtl/>
        </w:rPr>
        <w:t xml:space="preserve"> فرمان‌ها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لازم برا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اجرا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قوان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به نام او صادر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شد</w:t>
      </w:r>
      <w:r w:rsidRPr="003E124E">
        <w:rPr>
          <w:rFonts w:ascii="Tahoma" w:hAnsi="Tahoma" w:cs="Tahoma"/>
          <w:rtl/>
        </w:rPr>
        <w:t xml:space="preserve"> و فرمانده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کل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روها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نظام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را برعهده </w:t>
      </w:r>
      <w:r w:rsidRPr="003E124E">
        <w:rPr>
          <w:rFonts w:ascii="Tahoma" w:hAnsi="Tahoma" w:cs="Tahoma" w:hint="eastAsia"/>
          <w:rtl/>
        </w:rPr>
        <w:t>داشت</w:t>
      </w:r>
      <w:r w:rsidRPr="003E124E">
        <w:rPr>
          <w:rFonts w:ascii="Tahoma" w:hAnsi="Tahoma" w:cs="Tahoma"/>
          <w:rtl/>
        </w:rPr>
        <w:t>. اعلان جنگ و صلح و امضا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معاهدات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ز</w:t>
      </w:r>
      <w:r w:rsidRPr="003E124E">
        <w:rPr>
          <w:rFonts w:ascii="Tahoma" w:hAnsi="Tahoma" w:cs="Tahoma"/>
          <w:rtl/>
        </w:rPr>
        <w:t xml:space="preserve"> از اخت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ارات</w:t>
      </w:r>
      <w:r w:rsidRPr="003E124E">
        <w:rPr>
          <w:rFonts w:ascii="Tahoma" w:hAnsi="Tahoma" w:cs="Tahoma"/>
          <w:rtl/>
        </w:rPr>
        <w:t xml:space="preserve"> سلطنت بود. بنابرا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شاه، مقام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صرفاً تشر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فات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و نماد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نبود که بر فراز دستگاه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قرار 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رد،</w:t>
      </w:r>
      <w:r w:rsidRPr="003E124E">
        <w:rPr>
          <w:rFonts w:ascii="Tahoma" w:hAnsi="Tahoma" w:cs="Tahoma"/>
          <w:rtl/>
        </w:rPr>
        <w:t xml:space="preserve"> ب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آنکه</w:t>
      </w:r>
      <w:r w:rsidRPr="003E124E">
        <w:rPr>
          <w:rFonts w:ascii="Tahoma" w:hAnsi="Tahoma" w:cs="Tahoma"/>
          <w:rtl/>
        </w:rPr>
        <w:t xml:space="preserve"> در کار آن دخالت کند. او در رأس قوهٔ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بود.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در</w:t>
      </w:r>
      <w:r w:rsidRPr="003E124E">
        <w:rPr>
          <w:rFonts w:ascii="Tahoma" w:hAnsi="Tahoma" w:cs="Tahoma"/>
          <w:rtl/>
        </w:rPr>
        <w:t xml:space="preserve"> همان حال،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در برابر مجلس مسئول بودند. فرمان شاه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توانست</w:t>
      </w:r>
      <w:r w:rsidRPr="003E124E">
        <w:rPr>
          <w:rFonts w:ascii="Tahoma" w:hAnsi="Tahoma" w:cs="Tahoma"/>
          <w:rtl/>
        </w:rPr>
        <w:t xml:space="preserve"> آنان را از مسئول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قانون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شان</w:t>
      </w:r>
      <w:r w:rsidRPr="003E124E">
        <w:rPr>
          <w:rFonts w:ascii="Tahoma" w:hAnsi="Tahoma" w:cs="Tahoma"/>
          <w:rtl/>
        </w:rPr>
        <w:t xml:space="preserve"> معاف کند. هر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</w:t>
      </w:r>
      <w:r w:rsidRPr="003E124E">
        <w:rPr>
          <w:rFonts w:ascii="Tahoma" w:hAnsi="Tahoma" w:cs="Tahoma"/>
          <w:rtl/>
        </w:rPr>
        <w:t xml:space="preserve"> با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پاسخ‌گو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اعمال مربوط به وزارتخانهٔ خود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بود</w:t>
      </w:r>
      <w:r w:rsidRPr="003E124E">
        <w:rPr>
          <w:rFonts w:ascii="Tahoma" w:hAnsi="Tahoma" w:cs="Tahoma"/>
          <w:rtl/>
        </w:rPr>
        <w:t xml:space="preserve"> و 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ئت</w:t>
      </w:r>
      <w:r w:rsidRPr="003E124E">
        <w:rPr>
          <w:rFonts w:ascii="Tahoma" w:hAnsi="Tahoma" w:cs="Tahoma"/>
          <w:rtl/>
        </w:rPr>
        <w:t xml:space="preserve">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ز</w:t>
      </w:r>
      <w:r w:rsidRPr="003E124E">
        <w:rPr>
          <w:rFonts w:ascii="Tahoma" w:hAnsi="Tahoma" w:cs="Tahoma"/>
          <w:rtl/>
        </w:rPr>
        <w:t xml:space="preserve"> در برابر مجلس مسئول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مشترک داشت. بد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ترت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ب،</w:t>
      </w:r>
      <w:r w:rsidRPr="003E124E">
        <w:rPr>
          <w:rFonts w:ascii="Tahoma" w:hAnsi="Tahoma" w:cs="Tahoma"/>
          <w:rtl/>
        </w:rPr>
        <w:t xml:space="preserve">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اخت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</w:t>
      </w:r>
      <w:r w:rsidRPr="003E124E">
        <w:rPr>
          <w:rFonts w:ascii="Tahoma" w:hAnsi="Tahoma" w:cs="Tahoma"/>
          <w:rtl/>
        </w:rPr>
        <w:t xml:space="preserve">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را به شاه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داد،</w:t>
      </w:r>
      <w:r w:rsidRPr="003E124E">
        <w:rPr>
          <w:rFonts w:ascii="Tahoma" w:hAnsi="Tahoma" w:cs="Tahoma"/>
          <w:rtl/>
        </w:rPr>
        <w:t xml:space="preserve"> اما مسئول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اجرا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آن را برعهدهٔ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گذاشت</w:t>
      </w:r>
      <w:r w:rsidRPr="003E124E">
        <w:rPr>
          <w:rFonts w:ascii="Tahoma" w:hAnsi="Tahoma" w:cs="Tahoma"/>
          <w:rtl/>
        </w:rPr>
        <w:t>. شاه فرمان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داد،</w:t>
      </w:r>
      <w:r w:rsidRPr="003E124E">
        <w:rPr>
          <w:rFonts w:ascii="Tahoma" w:hAnsi="Tahoma" w:cs="Tahoma"/>
          <w:rtl/>
        </w:rPr>
        <w:t xml:space="preserve"> 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با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مسئول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قانون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اجرا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فرمان را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پذ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رفتند</w:t>
      </w:r>
      <w:r w:rsidRPr="003E124E">
        <w:rPr>
          <w:rFonts w:ascii="Tahoma" w:hAnsi="Tahoma" w:cs="Tahoma"/>
          <w:rtl/>
        </w:rPr>
        <w:t>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ساختمان، با الگو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که در آن نخست‌وز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</w:t>
      </w:r>
      <w:r w:rsidRPr="003E124E">
        <w:rPr>
          <w:rFonts w:ascii="Tahoma" w:hAnsi="Tahoma" w:cs="Tahoma"/>
          <w:rtl/>
        </w:rPr>
        <w:t xml:space="preserve"> رئ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س</w:t>
      </w:r>
      <w:r w:rsidRPr="003E124E">
        <w:rPr>
          <w:rFonts w:ascii="Tahoma" w:hAnsi="Tahoma" w:cs="Tahoma"/>
          <w:rtl/>
        </w:rPr>
        <w:t xml:space="preserve"> مستقل دستگاه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و برخوردار از حقان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جداگانهٔ پارلمان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باشد، تفاوت داشت.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مشروطهٔ مشروعه مقام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به نام نخست‌وز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</w:t>
      </w:r>
      <w:r w:rsidRPr="003E124E">
        <w:rPr>
          <w:rFonts w:ascii="Tahoma" w:hAnsi="Tahoma" w:cs="Tahoma"/>
          <w:rtl/>
        </w:rPr>
        <w:t xml:space="preserve"> را، با اخت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ارات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که امروز از 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است</w:t>
      </w:r>
      <w:r w:rsidRPr="003E124E">
        <w:rPr>
          <w:rFonts w:ascii="Tahoma" w:hAnsi="Tahoma" w:cs="Tahoma"/>
          <w:rtl/>
        </w:rPr>
        <w:t xml:space="preserve"> قوهٔ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فهم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ده</w:t>
      </w:r>
      <w:r w:rsidRPr="003E124E">
        <w:rPr>
          <w:rFonts w:ascii="Tahoma" w:hAnsi="Tahoma" w:cs="Tahoma"/>
          <w:rtl/>
        </w:rPr>
        <w:t xml:space="preserve">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شود،</w:t>
      </w:r>
      <w:r w:rsidRPr="003E124E">
        <w:rPr>
          <w:rFonts w:ascii="Tahoma" w:hAnsi="Tahoma" w:cs="Tahoma"/>
          <w:rtl/>
        </w:rPr>
        <w:t xml:space="preserve"> تعر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ف</w:t>
      </w:r>
      <w:r w:rsidRPr="003E124E">
        <w:rPr>
          <w:rFonts w:ascii="Tahoma" w:hAnsi="Tahoma" w:cs="Tahoma"/>
          <w:rtl/>
        </w:rPr>
        <w:t xml:space="preserve"> نکرده بود. از </w:t>
      </w:r>
      <w:r w:rsidRPr="003E124E">
        <w:rPr>
          <w:rFonts w:ascii="Tahoma" w:hAnsi="Tahoma" w:cs="Tahoma" w:hint="eastAsia"/>
          <w:rtl/>
        </w:rPr>
        <w:t>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ئت</w:t>
      </w:r>
      <w:r w:rsidRPr="003E124E">
        <w:rPr>
          <w:rFonts w:ascii="Tahoma" w:hAnsi="Tahoma" w:cs="Tahoma"/>
          <w:rtl/>
        </w:rPr>
        <w:t xml:space="preserve">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ران،</w:t>
      </w:r>
      <w:r w:rsidRPr="003E124E">
        <w:rPr>
          <w:rFonts w:ascii="Tahoma" w:hAnsi="Tahoma" w:cs="Tahoma"/>
          <w:rtl/>
        </w:rPr>
        <w:t xml:space="preserve">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مسئول و رئ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س‌الوزرا</w:t>
      </w:r>
      <w:r w:rsidRPr="003E124E">
        <w:rPr>
          <w:rFonts w:ascii="Tahoma" w:hAnsi="Tahoma" w:cs="Tahoma"/>
          <w:rtl/>
        </w:rPr>
        <w:t xml:space="preserve"> سخن گفته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شد،</w:t>
      </w:r>
      <w:r w:rsidRPr="003E124E">
        <w:rPr>
          <w:rFonts w:ascii="Tahoma" w:hAnsi="Tahoma" w:cs="Tahoma"/>
          <w:rtl/>
        </w:rPr>
        <w:t xml:space="preserve"> اما قوهٔ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به نخست‌وز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</w:t>
      </w:r>
      <w:r w:rsidRPr="003E124E">
        <w:rPr>
          <w:rFonts w:ascii="Tahoma" w:hAnsi="Tahoma" w:cs="Tahoma"/>
          <w:rtl/>
        </w:rPr>
        <w:t xml:space="preserve"> واگذار نشده بود. رئ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س‌الوزرا</w:t>
      </w:r>
      <w:r w:rsidRPr="003E124E">
        <w:rPr>
          <w:rFonts w:ascii="Tahoma" w:hAnsi="Tahoma" w:cs="Tahoma"/>
          <w:rtl/>
        </w:rPr>
        <w:t xml:space="preserve"> در رأس 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ئت</w:t>
      </w:r>
      <w:r w:rsidRPr="003E124E">
        <w:rPr>
          <w:rFonts w:ascii="Tahoma" w:hAnsi="Tahoma" w:cs="Tahoma"/>
          <w:rtl/>
        </w:rPr>
        <w:t xml:space="preserve">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قرار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گرفت</w:t>
      </w:r>
      <w:r w:rsidRPr="003E124E">
        <w:rPr>
          <w:rFonts w:ascii="Tahoma" w:hAnsi="Tahoma" w:cs="Tahoma"/>
          <w:rtl/>
        </w:rPr>
        <w:t xml:space="preserve"> و مسئول مستق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م</w:t>
      </w:r>
      <w:r w:rsidRPr="003E124E">
        <w:rPr>
          <w:rFonts w:ascii="Tahoma" w:hAnsi="Tahoma" w:cs="Tahoma"/>
          <w:rtl/>
        </w:rPr>
        <w:t xml:space="preserve"> کار دولت بود، 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است</w:t>
      </w:r>
      <w:r w:rsidRPr="003E124E">
        <w:rPr>
          <w:rFonts w:ascii="Tahoma" w:hAnsi="Tahoma" w:cs="Tahoma"/>
          <w:rtl/>
        </w:rPr>
        <w:t xml:space="preserve"> نها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قوهٔ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همچنان از آن پادشاه بود.</w:t>
      </w:r>
    </w:p>
    <w:p w:rsidR="003E124E" w:rsidRP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در</w:t>
      </w:r>
      <w:r w:rsidRPr="003E124E">
        <w:rPr>
          <w:rFonts w:ascii="Tahoma" w:hAnsi="Tahoma" w:cs="Tahoma"/>
          <w:rtl/>
        </w:rPr>
        <w:t xml:space="preserve"> نت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جه،</w:t>
      </w:r>
      <w:r w:rsidRPr="003E124E">
        <w:rPr>
          <w:rFonts w:ascii="Tahoma" w:hAnsi="Tahoma" w:cs="Tahoma"/>
          <w:rtl/>
        </w:rPr>
        <w:t xml:space="preserve"> دخالت شاه در امور کشور، به‌خود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خود،</w:t>
      </w:r>
      <w:r w:rsidRPr="003E124E">
        <w:rPr>
          <w:rFonts w:ascii="Tahoma" w:hAnsi="Tahoma" w:cs="Tahoma"/>
          <w:rtl/>
        </w:rPr>
        <w:t xml:space="preserve"> نقض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محسوب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شد</w:t>
      </w:r>
      <w:r w:rsidRPr="003E124E">
        <w:rPr>
          <w:rFonts w:ascii="Tahoma" w:hAnsi="Tahoma" w:cs="Tahoma"/>
          <w:rtl/>
        </w:rPr>
        <w:t>. قانون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که شاه را در رأس قوهٔ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قرار داده بود،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توانست</w:t>
      </w:r>
      <w:r w:rsidRPr="003E124E">
        <w:rPr>
          <w:rFonts w:ascii="Tahoma" w:hAnsi="Tahoma" w:cs="Tahoma"/>
          <w:rtl/>
        </w:rPr>
        <w:t xml:space="preserve"> هم‌زمان از او بخواهد که در امور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دخالت نکند. مسئله در جا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گر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قرار داشت: شاه با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د</w:t>
      </w:r>
      <w:r w:rsidRPr="003E124E">
        <w:rPr>
          <w:rFonts w:ascii="Tahoma" w:hAnsi="Tahoma" w:cs="Tahoma"/>
          <w:rtl/>
        </w:rPr>
        <w:t xml:space="preserve"> اخت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ارات</w:t>
      </w:r>
      <w:r w:rsidRPr="003E124E">
        <w:rPr>
          <w:rFonts w:ascii="Tahoma" w:hAnsi="Tahoma" w:cs="Tahoma"/>
          <w:rtl/>
        </w:rPr>
        <w:t xml:space="preserve"> خود را در محدودهٔ </w:t>
      </w:r>
      <w:r w:rsidRPr="003E124E">
        <w:rPr>
          <w:rFonts w:ascii="Tahoma" w:hAnsi="Tahoma" w:cs="Tahoma" w:hint="eastAsia"/>
          <w:rtl/>
        </w:rPr>
        <w:t>قانون</w:t>
      </w:r>
      <w:r w:rsidRPr="003E124E">
        <w:rPr>
          <w:rFonts w:ascii="Tahoma" w:hAnsi="Tahoma" w:cs="Tahoma"/>
          <w:rtl/>
        </w:rPr>
        <w:t xml:space="preserve"> و از راه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اعمال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کرد</w:t>
      </w:r>
      <w:r w:rsidRPr="003E124E">
        <w:rPr>
          <w:rFonts w:ascii="Tahoma" w:hAnsi="Tahoma" w:cs="Tahoma"/>
          <w:rtl/>
        </w:rPr>
        <w:t xml:space="preserve"> که در برابر مجلس مسئول بودند. او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توانست</w:t>
      </w:r>
      <w:r w:rsidRPr="003E124E">
        <w:rPr>
          <w:rFonts w:ascii="Tahoma" w:hAnsi="Tahoma" w:cs="Tahoma"/>
          <w:rtl/>
        </w:rPr>
        <w:t xml:space="preserve"> از اخت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ارات</w:t>
      </w:r>
      <w:r w:rsidRPr="003E124E">
        <w:rPr>
          <w:rFonts w:ascii="Tahoma" w:hAnsi="Tahoma" w:cs="Tahoma"/>
          <w:rtl/>
        </w:rPr>
        <w:t xml:space="preserve">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برخوردار باشد، اما مسئول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و حق نظارت مجلس را از 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ان</w:t>
      </w:r>
      <w:r w:rsidRPr="003E124E">
        <w:rPr>
          <w:rFonts w:ascii="Tahoma" w:hAnsi="Tahoma" w:cs="Tahoma"/>
          <w:rtl/>
        </w:rPr>
        <w:t xml:space="preserve"> ببرد. تفاوت 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ان</w:t>
      </w:r>
      <w:r w:rsidRPr="003E124E">
        <w:rPr>
          <w:rFonts w:ascii="Tahoma" w:hAnsi="Tahoma" w:cs="Tahoma"/>
          <w:rtl/>
        </w:rPr>
        <w:t xml:space="preserve"> پادشاه مشروطه و مستبد منور در دخالت 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</w:t>
      </w:r>
      <w:r w:rsidRPr="003E124E">
        <w:rPr>
          <w:rFonts w:ascii="Tahoma" w:hAnsi="Tahoma" w:cs="Tahoma"/>
          <w:rtl/>
        </w:rPr>
        <w:t xml:space="preserve"> عدم دخالت شاه نبود؛ در حدود دخالت، چگونگ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اعمال اخت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</w:t>
      </w:r>
      <w:r w:rsidRPr="003E124E">
        <w:rPr>
          <w:rFonts w:ascii="Tahoma" w:hAnsi="Tahoma" w:cs="Tahoma"/>
          <w:rtl/>
        </w:rPr>
        <w:t xml:space="preserve"> و وجود 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</w:t>
      </w:r>
      <w:r w:rsidRPr="003E124E">
        <w:rPr>
          <w:rFonts w:ascii="Tahoma" w:hAnsi="Tahoma" w:cs="Tahoma"/>
          <w:rtl/>
        </w:rPr>
        <w:t xml:space="preserve"> فقدان مسئول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و نظارت قرار داشت.</w:t>
      </w:r>
    </w:p>
    <w:p w:rsidR="003E124E" w:rsidRDefault="003E124E" w:rsidP="003E124E">
      <w:pPr>
        <w:bidi/>
        <w:spacing w:after="0" w:line="360" w:lineRule="auto"/>
        <w:ind w:firstLine="720"/>
        <w:rPr>
          <w:rFonts w:ascii="Tahoma" w:hAnsi="Tahoma" w:cs="Tahoma"/>
        </w:rPr>
      </w:pPr>
      <w:r w:rsidRPr="003E124E">
        <w:rPr>
          <w:rFonts w:ascii="Tahoma" w:hAnsi="Tahoma" w:cs="Tahoma" w:hint="eastAsia"/>
          <w:rtl/>
        </w:rPr>
        <w:t>در</w:t>
      </w:r>
      <w:r w:rsidRPr="003E124E">
        <w:rPr>
          <w:rFonts w:ascii="Tahoma" w:hAnsi="Tahoma" w:cs="Tahoma"/>
          <w:rtl/>
        </w:rPr>
        <w:t xml:space="preserve"> دورهٔ رضاشاه،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توازن از 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ان</w:t>
      </w:r>
      <w:r w:rsidRPr="003E124E">
        <w:rPr>
          <w:rFonts w:ascii="Tahoma" w:hAnsi="Tahoma" w:cs="Tahoma"/>
          <w:rtl/>
        </w:rPr>
        <w:t xml:space="preserve"> رفت. شاه قوهٔ اجرا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را در اخت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ار</w:t>
      </w:r>
      <w:r w:rsidRPr="003E124E">
        <w:rPr>
          <w:rFonts w:ascii="Tahoma" w:hAnsi="Tahoma" w:cs="Tahoma"/>
          <w:rtl/>
        </w:rPr>
        <w:t xml:space="preserve"> داشت، اما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توانستند</w:t>
      </w:r>
      <w:r w:rsidRPr="003E124E">
        <w:rPr>
          <w:rFonts w:ascii="Tahoma" w:hAnsi="Tahoma" w:cs="Tahoma"/>
          <w:rtl/>
        </w:rPr>
        <w:t xml:space="preserve"> مسئول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واقع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تصم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م‌ها</w:t>
      </w:r>
      <w:r w:rsidRPr="003E124E">
        <w:rPr>
          <w:rFonts w:ascii="Tahoma" w:hAnsi="Tahoma" w:cs="Tahoma" w:hint="cs"/>
          <w:rtl/>
        </w:rPr>
        <w:t>یی</w:t>
      </w:r>
      <w:r w:rsidRPr="003E124E">
        <w:rPr>
          <w:rFonts w:ascii="Tahoma" w:hAnsi="Tahoma" w:cs="Tahoma"/>
          <w:rtl/>
        </w:rPr>
        <w:t xml:space="preserve"> را برعهده 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رند</w:t>
      </w:r>
      <w:r w:rsidRPr="003E124E">
        <w:rPr>
          <w:rFonts w:ascii="Tahoma" w:hAnsi="Tahoma" w:cs="Tahoma"/>
          <w:rtl/>
        </w:rPr>
        <w:t xml:space="preserve"> که از خودشان نبود. مجلس ن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ز</w:t>
      </w:r>
      <w:r w:rsidRPr="003E124E">
        <w:rPr>
          <w:rFonts w:ascii="Tahoma" w:hAnsi="Tahoma" w:cs="Tahoma"/>
          <w:rtl/>
        </w:rPr>
        <w:t xml:space="preserve"> توان نظارت مؤثر بر دولت و دربار را از دست داده بود. در ظاهر،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مسئول بودند؛ اما در </w:t>
      </w:r>
      <w:r w:rsidRPr="003E124E">
        <w:rPr>
          <w:rFonts w:ascii="Tahoma" w:hAnsi="Tahoma" w:cs="Tahoma" w:hint="eastAsia"/>
          <w:rtl/>
        </w:rPr>
        <w:t>عمل،</w:t>
      </w:r>
      <w:r w:rsidRPr="003E124E">
        <w:rPr>
          <w:rFonts w:ascii="Tahoma" w:hAnsi="Tahoma" w:cs="Tahoma"/>
          <w:rtl/>
        </w:rPr>
        <w:t xml:space="preserve"> همگ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از شاه فرمان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بردند</w:t>
      </w:r>
      <w:r w:rsidRPr="003E124E">
        <w:rPr>
          <w:rFonts w:ascii="Tahoma" w:hAnsi="Tahoma" w:cs="Tahoma"/>
          <w:rtl/>
        </w:rPr>
        <w:t>. در ظاهر، مجلس حق پرسش، است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ضاح</w:t>
      </w:r>
      <w:r w:rsidRPr="003E124E">
        <w:rPr>
          <w:rFonts w:ascii="Tahoma" w:hAnsi="Tahoma" w:cs="Tahoma"/>
          <w:rtl/>
        </w:rPr>
        <w:t xml:space="preserve"> و نظارت داشت؛ اما نما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ندگان</w:t>
      </w:r>
      <w:r w:rsidRPr="003E124E">
        <w:rPr>
          <w:rFonts w:ascii="Tahoma" w:hAnsi="Tahoma" w:cs="Tahoma"/>
          <w:rtl/>
        </w:rPr>
        <w:t xml:space="preserve"> نم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توانستند</w:t>
      </w:r>
      <w:r w:rsidRPr="003E124E">
        <w:rPr>
          <w:rFonts w:ascii="Tahoma" w:hAnsi="Tahoma" w:cs="Tahoma"/>
          <w:rtl/>
        </w:rPr>
        <w:t xml:space="preserve"> برخلاف خواست پادشاه عمل کنند. بد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ترت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ب،</w:t>
      </w:r>
      <w:r w:rsidRPr="003E124E">
        <w:rPr>
          <w:rFonts w:ascii="Tahoma" w:hAnsi="Tahoma" w:cs="Tahoma"/>
          <w:rtl/>
        </w:rPr>
        <w:t xml:space="preserve"> رضاشاه نه به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دل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ل</w:t>
      </w:r>
      <w:r w:rsidRPr="003E124E">
        <w:rPr>
          <w:rFonts w:ascii="Tahoma" w:hAnsi="Tahoma" w:cs="Tahoma"/>
          <w:rtl/>
        </w:rPr>
        <w:t xml:space="preserve"> که در امور کشور دخالت م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کرد،</w:t>
      </w:r>
      <w:r w:rsidRPr="003E124E">
        <w:rPr>
          <w:rFonts w:ascii="Tahoma" w:hAnsi="Tahoma" w:cs="Tahoma"/>
          <w:rtl/>
        </w:rPr>
        <w:t xml:space="preserve"> بلکه به ا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ن</w:t>
      </w:r>
      <w:r w:rsidRPr="003E124E">
        <w:rPr>
          <w:rFonts w:ascii="Tahoma" w:hAnsi="Tahoma" w:cs="Tahoma"/>
          <w:rtl/>
        </w:rPr>
        <w:t xml:space="preserve"> دل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ل</w:t>
      </w:r>
      <w:r w:rsidRPr="003E124E">
        <w:rPr>
          <w:rFonts w:ascii="Tahoma" w:hAnsi="Tahoma" w:cs="Tahoma"/>
          <w:rtl/>
        </w:rPr>
        <w:t xml:space="preserve"> که مسئول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ت</w:t>
      </w:r>
      <w:r w:rsidRPr="003E124E">
        <w:rPr>
          <w:rFonts w:ascii="Tahoma" w:hAnsi="Tahoma" w:cs="Tahoma"/>
          <w:rtl/>
        </w:rPr>
        <w:t xml:space="preserve"> وز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 w:hint="eastAsia"/>
          <w:rtl/>
        </w:rPr>
        <w:t>ران</w:t>
      </w:r>
      <w:r w:rsidRPr="003E124E">
        <w:rPr>
          <w:rFonts w:ascii="Tahoma" w:hAnsi="Tahoma" w:cs="Tahoma"/>
          <w:rtl/>
        </w:rPr>
        <w:t xml:space="preserve"> و نظارت مجلس را ب</w:t>
      </w:r>
      <w:r w:rsidRPr="003E124E">
        <w:rPr>
          <w:rFonts w:ascii="Tahoma" w:hAnsi="Tahoma" w:cs="Tahoma" w:hint="cs"/>
          <w:rtl/>
        </w:rPr>
        <w:t>ی‌</w:t>
      </w:r>
      <w:r w:rsidRPr="003E124E">
        <w:rPr>
          <w:rFonts w:ascii="Tahoma" w:hAnsi="Tahoma" w:cs="Tahoma" w:hint="eastAsia"/>
          <w:rtl/>
        </w:rPr>
        <w:t>اثر</w:t>
      </w:r>
      <w:r w:rsidRPr="003E124E">
        <w:rPr>
          <w:rFonts w:ascii="Tahoma" w:hAnsi="Tahoma" w:cs="Tahoma"/>
          <w:rtl/>
        </w:rPr>
        <w:t xml:space="preserve"> کرده بود، از حدود پادشاه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مقرر در قانون اساس</w:t>
      </w:r>
      <w:r w:rsidRPr="003E124E">
        <w:rPr>
          <w:rFonts w:ascii="Tahoma" w:hAnsi="Tahoma" w:cs="Tahoma" w:hint="cs"/>
          <w:rtl/>
        </w:rPr>
        <w:t>ی</w:t>
      </w:r>
      <w:r w:rsidRPr="003E124E">
        <w:rPr>
          <w:rFonts w:ascii="Tahoma" w:hAnsi="Tahoma" w:cs="Tahoma"/>
          <w:rtl/>
        </w:rPr>
        <w:t xml:space="preserve"> فراتر رفت.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/>
          <w:rtl/>
        </w:rPr>
        <w:t>نظر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هٔ</w:t>
      </w:r>
      <w:r w:rsidRPr="004E2C5E">
        <w:rPr>
          <w:rFonts w:ascii="Tahoma" w:hAnsi="Tahoma" w:cs="Tahoma"/>
          <w:rtl/>
        </w:rPr>
        <w:t xml:space="preserve"> مستبد منور در دوران رضاشاه به دستگاه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تمرکز همهٔ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کشوردار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 دست پادشاه تبد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</w:t>
      </w:r>
      <w:r w:rsidRPr="004E2C5E">
        <w:rPr>
          <w:rFonts w:ascii="Tahoma" w:hAnsi="Tahoma" w:cs="Tahoma"/>
          <w:rtl/>
        </w:rPr>
        <w:t xml:space="preserve"> شد. نظام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مستق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ماً</w:t>
      </w:r>
      <w:r w:rsidRPr="004E2C5E">
        <w:rPr>
          <w:rFonts w:ascii="Tahoma" w:hAnsi="Tahoma" w:cs="Tahoma"/>
          <w:rtl/>
        </w:rPr>
        <w:t xml:space="preserve"> از شاه فرمان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بردند</w:t>
      </w:r>
      <w:r w:rsidRPr="004E2C5E">
        <w:rPr>
          <w:rFonts w:ascii="Tahoma" w:hAnsi="Tahoma" w:cs="Tahoma"/>
          <w:rtl/>
        </w:rPr>
        <w:t>.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وانسالاران،</w:t>
      </w:r>
      <w:r w:rsidRPr="004E2C5E">
        <w:rPr>
          <w:rFonts w:ascii="Tahoma" w:hAnsi="Tahoma" w:cs="Tahoma"/>
          <w:rtl/>
        </w:rPr>
        <w:t xml:space="preserve"> با آنکه دستگاه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گسترده و نو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پد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آورده بودند، وفادار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خود را نه به قانون و ملت، بلکه به شخص شاه و </w:t>
      </w:r>
      <w:r w:rsidRPr="004E2C5E">
        <w:rPr>
          <w:rFonts w:ascii="Tahoma" w:hAnsi="Tahoma" w:cs="Tahoma" w:hint="eastAsia"/>
          <w:rtl/>
        </w:rPr>
        <w:t>دستگاه</w:t>
      </w:r>
      <w:r w:rsidRPr="004E2C5E">
        <w:rPr>
          <w:rFonts w:ascii="Tahoma" w:hAnsi="Tahoma" w:cs="Tahoma"/>
          <w:rtl/>
        </w:rPr>
        <w:t xml:space="preserve"> سلطنت عرضه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کردند</w:t>
      </w:r>
      <w:r w:rsidRPr="004E2C5E">
        <w:rPr>
          <w:rFonts w:ascii="Tahoma" w:hAnsi="Tahoma" w:cs="Tahoma"/>
          <w:rtl/>
        </w:rPr>
        <w:t>. دربار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در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رامون</w:t>
      </w:r>
      <w:r w:rsidRPr="004E2C5E">
        <w:rPr>
          <w:rFonts w:ascii="Tahoma" w:hAnsi="Tahoma" w:cs="Tahoma"/>
          <w:rtl/>
        </w:rPr>
        <w:t xml:space="preserve"> قدرت مرکز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قرار داشتند و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بخش بزرگ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نفوذ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قضا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و آموزش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خود را از دست داده بودند.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استبداد</w:t>
      </w:r>
      <w:r w:rsidRPr="004E2C5E">
        <w:rPr>
          <w:rFonts w:ascii="Tahoma" w:hAnsi="Tahoma" w:cs="Tahoma"/>
          <w:rtl/>
        </w:rPr>
        <w:t xml:space="preserve"> رضاشاه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با استبداد پادشاهان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تفاوت داشت. پادشاه مستبد سنت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شتر</w:t>
      </w:r>
      <w:r w:rsidRPr="004E2C5E">
        <w:rPr>
          <w:rFonts w:ascii="Tahoma" w:hAnsi="Tahoma" w:cs="Tahoma"/>
          <w:rtl/>
        </w:rPr>
        <w:t xml:space="preserve"> در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حفظ قدرت موروث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امت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ازات</w:t>
      </w:r>
      <w:r w:rsidRPr="004E2C5E">
        <w:rPr>
          <w:rFonts w:ascii="Tahoma" w:hAnsi="Tahoma" w:cs="Tahoma"/>
          <w:rtl/>
        </w:rPr>
        <w:t xml:space="preserve"> دربار بود؛ اما مستبد منور مدع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بود که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خواهد</w:t>
      </w:r>
      <w:r w:rsidRPr="004E2C5E">
        <w:rPr>
          <w:rFonts w:ascii="Tahoma" w:hAnsi="Tahoma" w:cs="Tahoma"/>
          <w:rtl/>
        </w:rPr>
        <w:t xml:space="preserve"> کشور را دگرگون کند. او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اجرا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برنامهٔ خود به ارتش سراسر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منظم، مدرسه، دانشگاه، دا</w:t>
      </w:r>
      <w:r w:rsidRPr="004E2C5E">
        <w:rPr>
          <w:rFonts w:ascii="Tahoma" w:hAnsi="Tahoma" w:cs="Tahoma" w:hint="eastAsia"/>
          <w:rtl/>
        </w:rPr>
        <w:t>دگستر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راه‌آهن، شبکهٔ ارتباط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دستگاه مال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تازه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از</w:t>
      </w:r>
      <w:r w:rsidRPr="004E2C5E">
        <w:rPr>
          <w:rFonts w:ascii="Tahoma" w:hAnsi="Tahoma" w:cs="Tahoma"/>
          <w:rtl/>
        </w:rPr>
        <w:t xml:space="preserve"> داشت. استبداد او بر ضعف نهادها استوار نبود، بلکه از راه گسترش نهادها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عمل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کرد</w:t>
      </w:r>
      <w:r w:rsidRPr="004E2C5E">
        <w:rPr>
          <w:rFonts w:ascii="Tahoma" w:hAnsi="Tahoma" w:cs="Tahoma"/>
          <w:rtl/>
        </w:rPr>
        <w:t xml:space="preserve"> که همگ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</w:t>
      </w:r>
      <w:r w:rsidRPr="004E2C5E">
        <w:rPr>
          <w:rFonts w:ascii="Tahoma" w:hAnsi="Tahoma" w:cs="Tahoma"/>
          <w:rtl/>
        </w:rPr>
        <w:t xml:space="preserve"> مرکز فرمان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گرفتند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ژگ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تناقض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دورهٔ رضاشاه را پد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آورد. کشور از نظر ادار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نظام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رومندتر</w:t>
      </w:r>
      <w:r w:rsidRPr="004E2C5E">
        <w:rPr>
          <w:rFonts w:ascii="Tahoma" w:hAnsi="Tahoma" w:cs="Tahoma"/>
          <w:rtl/>
        </w:rPr>
        <w:t xml:space="preserve"> شد، اما نهادها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آن استقلال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افتند</w:t>
      </w:r>
      <w:r w:rsidRPr="004E2C5E">
        <w:rPr>
          <w:rFonts w:ascii="Tahoma" w:hAnsi="Tahoma" w:cs="Tahoma"/>
          <w:rtl/>
        </w:rPr>
        <w:t>.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توسعه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افت،</w:t>
      </w:r>
      <w:r w:rsidRPr="004E2C5E">
        <w:rPr>
          <w:rFonts w:ascii="Tahoma" w:hAnsi="Tahoma" w:cs="Tahoma"/>
          <w:rtl/>
        </w:rPr>
        <w:t xml:space="preserve"> 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تابع پادشاه باق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ماند. ارتش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سراسر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جاد</w:t>
      </w:r>
      <w:r w:rsidRPr="004E2C5E">
        <w:rPr>
          <w:rFonts w:ascii="Tahoma" w:hAnsi="Tahoma" w:cs="Tahoma"/>
          <w:rtl/>
        </w:rPr>
        <w:t xml:space="preserve"> شد، 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ارتش 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از آنکه خود را تابع حکومت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بدا</w:t>
      </w:r>
      <w:r w:rsidRPr="004E2C5E">
        <w:rPr>
          <w:rFonts w:ascii="Tahoma" w:hAnsi="Tahoma" w:cs="Tahoma" w:hint="eastAsia"/>
          <w:rtl/>
        </w:rPr>
        <w:t>ند،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وابسته به شخص شاه بود. مجلس پابرجا ماند، 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اعمال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ارات</w:t>
      </w:r>
      <w:r w:rsidRPr="004E2C5E">
        <w:rPr>
          <w:rFonts w:ascii="Tahoma" w:hAnsi="Tahoma" w:cs="Tahoma"/>
          <w:rtl/>
        </w:rPr>
        <w:t xml:space="preserve">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خود بازماند. دستگاه قضا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از نفوذ مستق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فاصله گرفت، اما استقلال آن در برابر قدرت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تضم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نشد.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در</w:t>
      </w:r>
      <w:r w:rsidRPr="004E2C5E">
        <w:rPr>
          <w:rFonts w:ascii="Tahoma" w:hAnsi="Tahoma" w:cs="Tahoma"/>
          <w:rtl/>
        </w:rPr>
        <w:t xml:space="preserve"> سال </w:t>
      </w:r>
      <w:r w:rsidRPr="004E2C5E">
        <w:rPr>
          <w:rFonts w:ascii="Tahoma" w:hAnsi="Tahoma" w:cs="Tahoma"/>
          <w:rtl/>
          <w:lang w:bidi="fa-IR"/>
        </w:rPr>
        <w:t>۱۳۲۰</w:t>
      </w:r>
      <w:r w:rsidRPr="004E2C5E">
        <w:rPr>
          <w:rFonts w:ascii="Tahoma" w:hAnsi="Tahoma" w:cs="Tahoma"/>
          <w:rtl/>
        </w:rPr>
        <w:t>،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با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روزگار پا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قاجار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کسان</w:t>
      </w:r>
      <w:r w:rsidRPr="004E2C5E">
        <w:rPr>
          <w:rFonts w:ascii="Tahoma" w:hAnsi="Tahoma" w:cs="Tahoma"/>
          <w:rtl/>
        </w:rPr>
        <w:t xml:space="preserve"> نبود. حکومت مرکز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رومندتر</w:t>
      </w:r>
      <w:r w:rsidRPr="004E2C5E">
        <w:rPr>
          <w:rFonts w:ascii="Tahoma" w:hAnsi="Tahoma" w:cs="Tahoma"/>
          <w:rtl/>
        </w:rPr>
        <w:t xml:space="preserve"> شده بود، ارتش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سراسر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وجود داشت،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</w:t>
      </w:r>
      <w:r w:rsidRPr="004E2C5E">
        <w:rPr>
          <w:rFonts w:ascii="Tahoma" w:hAnsi="Tahoma" w:cs="Tahoma"/>
          <w:rtl/>
        </w:rPr>
        <w:t xml:space="preserve"> گسترش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افته</w:t>
      </w:r>
      <w:r w:rsidRPr="004E2C5E">
        <w:rPr>
          <w:rFonts w:ascii="Tahoma" w:hAnsi="Tahoma" w:cs="Tahoma"/>
          <w:rtl/>
        </w:rPr>
        <w:t xml:space="preserve"> بود، شمار تحص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ل‌کردگان</w:t>
      </w:r>
      <w:r w:rsidRPr="004E2C5E">
        <w:rPr>
          <w:rFonts w:ascii="Tahoma" w:hAnsi="Tahoma" w:cs="Tahoma"/>
          <w:rtl/>
        </w:rPr>
        <w:t xml:space="preserve"> افزا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افته</w:t>
      </w:r>
      <w:r w:rsidRPr="004E2C5E">
        <w:rPr>
          <w:rFonts w:ascii="Tahoma" w:hAnsi="Tahoma" w:cs="Tahoma"/>
          <w:rtl/>
        </w:rPr>
        <w:t xml:space="preserve"> و شهرها با نهادها و اند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شه‌ها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تازه آشنا شده بودند. مستبد منور بخش مهم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ابزارها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کشو</w:t>
      </w:r>
      <w:r w:rsidRPr="004E2C5E">
        <w:rPr>
          <w:rFonts w:ascii="Tahoma" w:hAnsi="Tahoma" w:cs="Tahoma" w:hint="eastAsia"/>
          <w:rtl/>
        </w:rPr>
        <w:t>ردار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را به وجود آورده بود. اما 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جامعهٔ دگرگون‌شده هنوز از نهادها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مستقل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برخوردار نبود که بتوانند در لحظهٔ ضعف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کناررفتن پادشاه، توازن مقرر در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را برقرار سازند.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جنگ</w:t>
      </w:r>
      <w:r w:rsidRPr="004E2C5E">
        <w:rPr>
          <w:rFonts w:ascii="Tahoma" w:hAnsi="Tahoma" w:cs="Tahoma"/>
          <w:rtl/>
        </w:rPr>
        <w:t xml:space="preserve"> جهان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دوم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ساختمان را در معرض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قرار داد که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آن آماده نشده بود.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اعلام ب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طرف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کرده بود، اما موقع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جغراف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کشور، مناسبات حکومت با آلمان و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از</w:t>
      </w:r>
      <w:r w:rsidRPr="004E2C5E">
        <w:rPr>
          <w:rFonts w:ascii="Tahoma" w:hAnsi="Tahoma" w:cs="Tahoma"/>
          <w:rtl/>
        </w:rPr>
        <w:t xml:space="preserve"> متفق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به راه ارتباط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رساندن تجه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زات</w:t>
      </w:r>
      <w:r w:rsidRPr="004E2C5E">
        <w:rPr>
          <w:rFonts w:ascii="Tahoma" w:hAnsi="Tahoma" w:cs="Tahoma"/>
          <w:rtl/>
        </w:rPr>
        <w:t xml:space="preserve"> به اتحاد شورو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ب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طرف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کشور را ب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اثر</w:t>
      </w:r>
      <w:r w:rsidRPr="004E2C5E">
        <w:rPr>
          <w:rFonts w:ascii="Tahoma" w:hAnsi="Tahoma" w:cs="Tahoma"/>
          <w:rtl/>
        </w:rPr>
        <w:t xml:space="preserve"> س</w:t>
      </w:r>
      <w:r w:rsidRPr="004E2C5E">
        <w:rPr>
          <w:rFonts w:ascii="Tahoma" w:hAnsi="Tahoma" w:cs="Tahoma" w:hint="eastAsia"/>
          <w:rtl/>
        </w:rPr>
        <w:t>اخت</w:t>
      </w:r>
      <w:r w:rsidRPr="004E2C5E">
        <w:rPr>
          <w:rFonts w:ascii="Tahoma" w:hAnsi="Tahoma" w:cs="Tahoma"/>
          <w:rtl/>
        </w:rPr>
        <w:t>. در سوم شهر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ور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۱۳۲۰</w:t>
      </w:r>
      <w:r w:rsidRPr="004E2C5E">
        <w:rPr>
          <w:rFonts w:ascii="Tahoma" w:hAnsi="Tahoma" w:cs="Tahoma"/>
          <w:rtl/>
        </w:rPr>
        <w:t>،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و اتحاد شورو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جنوب و شمال وارد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شدند.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ارتش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 رضاشاه ط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 دهه آن را به مهم‌تر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تک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ه‌گاه</w:t>
      </w:r>
      <w:r w:rsidRPr="004E2C5E">
        <w:rPr>
          <w:rFonts w:ascii="Tahoma" w:hAnsi="Tahoma" w:cs="Tahoma"/>
          <w:rtl/>
        </w:rPr>
        <w:t xml:space="preserve"> حکومت خود تبد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</w:t>
      </w:r>
      <w:r w:rsidRPr="004E2C5E">
        <w:rPr>
          <w:rFonts w:ascii="Tahoma" w:hAnsi="Tahoma" w:cs="Tahoma"/>
          <w:rtl/>
        </w:rPr>
        <w:t xml:space="preserve"> کرده بود، نتوانست در برابر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تهاجم مقاومت مؤثر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نشان دهد.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شکست تنها شکست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نظام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نبود؛ ضعف بن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کشوردار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متمرکز رضاشاه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را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آشکار کرد. دستگاه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 در داخل کشور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رومند</w:t>
      </w:r>
      <w:r w:rsidRPr="004E2C5E">
        <w:rPr>
          <w:rFonts w:ascii="Tahoma" w:hAnsi="Tahoma" w:cs="Tahoma"/>
          <w:rtl/>
        </w:rPr>
        <w:t xml:space="preserve"> و شکست‌ناپ</w:t>
      </w:r>
      <w:r w:rsidRPr="004E2C5E">
        <w:rPr>
          <w:rFonts w:ascii="Tahoma" w:hAnsi="Tahoma" w:cs="Tahoma" w:hint="eastAsia"/>
          <w:rtl/>
        </w:rPr>
        <w:t>ذ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به نظر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رس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د،</w:t>
      </w:r>
      <w:r w:rsidRPr="004E2C5E">
        <w:rPr>
          <w:rFonts w:ascii="Tahoma" w:hAnsi="Tahoma" w:cs="Tahoma"/>
          <w:rtl/>
        </w:rPr>
        <w:t xml:space="preserve"> در برابر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نتوانست از استقلال و تمام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کشور دفاع کند. تمرکز قدرت، فرمان‌بر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آورده بود، اما توان تصم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م‌گ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مستقل را در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فرماندهان و مد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از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برده بود.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رضاشاه</w:t>
      </w:r>
      <w:r w:rsidRPr="004E2C5E">
        <w:rPr>
          <w:rFonts w:ascii="Tahoma" w:hAnsi="Tahoma" w:cs="Tahoma"/>
          <w:rtl/>
        </w:rPr>
        <w:t xml:space="preserve"> سرانجام در </w:t>
      </w:r>
      <w:r w:rsidRPr="004E2C5E">
        <w:rPr>
          <w:rFonts w:ascii="Tahoma" w:hAnsi="Tahoma" w:cs="Tahoma"/>
          <w:rtl/>
          <w:lang w:bidi="fa-IR"/>
        </w:rPr>
        <w:t>۲۵</w:t>
      </w:r>
      <w:r w:rsidRPr="004E2C5E">
        <w:rPr>
          <w:rFonts w:ascii="Tahoma" w:hAnsi="Tahoma" w:cs="Tahoma"/>
          <w:rtl/>
        </w:rPr>
        <w:t xml:space="preserve"> شهر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ور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۱۳۲۰</w:t>
      </w:r>
      <w:r w:rsidRPr="004E2C5E">
        <w:rPr>
          <w:rFonts w:ascii="Tahoma" w:hAnsi="Tahoma" w:cs="Tahoma"/>
          <w:rtl/>
        </w:rPr>
        <w:t xml:space="preserve"> به سود 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عهد</w:t>
      </w:r>
      <w:r w:rsidRPr="004E2C5E">
        <w:rPr>
          <w:rFonts w:ascii="Tahoma" w:hAnsi="Tahoma" w:cs="Tahoma"/>
          <w:rtl/>
        </w:rPr>
        <w:t xml:space="preserve"> از پادشاه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کناره گرفت. محمدرضاشاه در 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ست‌و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ک‌سالگ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بر تخت نشست و محمدعل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فروغ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انتقال سلطنت را سامان داد. اجرا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نظر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هٔ</w:t>
      </w:r>
      <w:r w:rsidRPr="004E2C5E">
        <w:rPr>
          <w:rFonts w:ascii="Tahoma" w:hAnsi="Tahoma" w:cs="Tahoma"/>
          <w:rtl/>
        </w:rPr>
        <w:t xml:space="preserve"> مستبد منور نه با تصم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</w:t>
      </w:r>
      <w:r w:rsidRPr="004E2C5E">
        <w:rPr>
          <w:rFonts w:ascii="Tahoma" w:hAnsi="Tahoma" w:cs="Tahoma"/>
          <w:rtl/>
        </w:rPr>
        <w:t xml:space="preserve"> خود مستبد، نه با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نهادها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 و نه با 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ام</w:t>
      </w:r>
      <w:r w:rsidRPr="004E2C5E">
        <w:rPr>
          <w:rFonts w:ascii="Tahoma" w:hAnsi="Tahoma" w:cs="Tahoma"/>
          <w:rtl/>
        </w:rPr>
        <w:t xml:space="preserve"> مردم، بلکه در </w:t>
      </w:r>
      <w:r w:rsidRPr="004E2C5E">
        <w:rPr>
          <w:rFonts w:ascii="Tahoma" w:hAnsi="Tahoma" w:cs="Tahoma" w:hint="eastAsia"/>
          <w:rtl/>
        </w:rPr>
        <w:t>نت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جهٔ</w:t>
      </w:r>
      <w:r w:rsidRPr="004E2C5E">
        <w:rPr>
          <w:rFonts w:ascii="Tahoma" w:hAnsi="Tahoma" w:cs="Tahoma"/>
          <w:rtl/>
        </w:rPr>
        <w:t xml:space="preserve"> اشغال کشور و فشار دولت‌ها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با</w:t>
      </w:r>
      <w:r w:rsidRPr="004E2C5E">
        <w:rPr>
          <w:rFonts w:ascii="Tahoma" w:hAnsi="Tahoma" w:cs="Tahoma"/>
          <w:rtl/>
        </w:rPr>
        <w:t xml:space="preserve"> کناره‌گ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رضاشاه،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مشروطهٔ مشروعه بار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گر</w:t>
      </w:r>
      <w:r w:rsidRPr="004E2C5E">
        <w:rPr>
          <w:rFonts w:ascii="Tahoma" w:hAnsi="Tahoma" w:cs="Tahoma"/>
          <w:rtl/>
        </w:rPr>
        <w:t xml:space="preserve"> از 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سلطهٔ مستبد منور 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رون</w:t>
      </w:r>
      <w:r w:rsidRPr="004E2C5E">
        <w:rPr>
          <w:rFonts w:ascii="Tahoma" w:hAnsi="Tahoma" w:cs="Tahoma"/>
          <w:rtl/>
        </w:rPr>
        <w:t xml:space="preserve"> آمد و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ن‌بار</w:t>
      </w:r>
      <w:r w:rsidRPr="004E2C5E">
        <w:rPr>
          <w:rFonts w:ascii="Tahoma" w:hAnsi="Tahoma" w:cs="Tahoma"/>
          <w:rtl/>
        </w:rPr>
        <w:t xml:space="preserve"> امکان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</w:t>
      </w:r>
      <w:r w:rsidRPr="004E2C5E">
        <w:rPr>
          <w:rFonts w:ascii="Tahoma" w:hAnsi="Tahoma" w:cs="Tahoma"/>
          <w:rtl/>
        </w:rPr>
        <w:t xml:space="preserve"> مناسبات واقع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کشوردار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را تع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کند.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نخست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آن قانون نبود. پس از فتح تهران و تشک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</w:t>
      </w:r>
      <w:r w:rsidRPr="004E2C5E">
        <w:rPr>
          <w:rFonts w:ascii="Tahoma" w:hAnsi="Tahoma" w:cs="Tahoma"/>
          <w:rtl/>
        </w:rPr>
        <w:t xml:space="preserve"> مجلس دوم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مشروطهٔ مشروعه نزد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</w:t>
      </w:r>
      <w:r w:rsidRPr="004E2C5E">
        <w:rPr>
          <w:rFonts w:ascii="Tahoma" w:hAnsi="Tahoma" w:cs="Tahoma"/>
          <w:rtl/>
        </w:rPr>
        <w:t xml:space="preserve"> به دوازده سال بر کشور حاکم بود؛ اما نتوانست حکومت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باثبات و دستگاه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کارآمد پد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آورد. ب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ثبات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دولت‌ها، رقابت مراکز قدرت، ضعف ارتش، ناتوان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وان،</w:t>
      </w:r>
      <w:r w:rsidRPr="004E2C5E">
        <w:rPr>
          <w:rFonts w:ascii="Tahoma" w:hAnsi="Tahoma" w:cs="Tahoma"/>
          <w:rtl/>
        </w:rPr>
        <w:t xml:space="preserve"> مداخلهٔ دولت‌ها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کشاکش دربار، مجلس و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نکاران،</w:t>
      </w:r>
      <w:r w:rsidRPr="004E2C5E">
        <w:rPr>
          <w:rFonts w:ascii="Tahoma" w:hAnsi="Tahoma" w:cs="Tahoma"/>
          <w:rtl/>
        </w:rPr>
        <w:t xml:space="preserve"> کشور را چنان فرسوده کرد که بخش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مشروطه‌خواهان و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وانسالاران،</w:t>
      </w:r>
      <w:r w:rsidRPr="004E2C5E">
        <w:rPr>
          <w:rFonts w:ascii="Tahoma" w:hAnsi="Tahoma" w:cs="Tahoma"/>
          <w:rtl/>
        </w:rPr>
        <w:t xml:space="preserve"> نجات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را در ظهور مستبد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منور جست‌وجو کردند.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کودتا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۱۲۹۹</w:t>
      </w:r>
      <w:r w:rsidRPr="004E2C5E">
        <w:rPr>
          <w:rFonts w:ascii="Tahoma" w:hAnsi="Tahoma" w:cs="Tahoma"/>
          <w:rtl/>
        </w:rPr>
        <w:t xml:space="preserve"> را نم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</w:t>
      </w:r>
      <w:r w:rsidRPr="004E2C5E">
        <w:rPr>
          <w:rFonts w:ascii="Tahoma" w:hAnsi="Tahoma" w:cs="Tahoma"/>
          <w:rtl/>
        </w:rPr>
        <w:t xml:space="preserve"> جدا از شکست آن نخست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فهم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>. هنگام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مشروطهٔ مشروعه نتوانست دستگاه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منسجم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ادارهٔ کشور پد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آورد، اند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شهٔ</w:t>
      </w:r>
      <w:r w:rsidRPr="004E2C5E">
        <w:rPr>
          <w:rFonts w:ascii="Tahoma" w:hAnsi="Tahoma" w:cs="Tahoma"/>
          <w:rtl/>
        </w:rPr>
        <w:t xml:space="preserve"> تمرکز قدرت بار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گر</w:t>
      </w:r>
      <w:r w:rsidRPr="004E2C5E">
        <w:rPr>
          <w:rFonts w:ascii="Tahoma" w:hAnsi="Tahoma" w:cs="Tahoma"/>
          <w:rtl/>
        </w:rPr>
        <w:t xml:space="preserve"> حقان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</w:t>
      </w:r>
      <w:r w:rsidRPr="004E2C5E">
        <w:rPr>
          <w:rFonts w:ascii="Tahoma" w:hAnsi="Tahoma" w:cs="Tahoma"/>
          <w:rtl/>
        </w:rPr>
        <w:t>. رضاشاه محصول 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بازگشت بود. او از 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رون</w:t>
      </w:r>
      <w:r w:rsidRPr="004E2C5E">
        <w:rPr>
          <w:rFonts w:ascii="Tahoma" w:hAnsi="Tahoma" w:cs="Tahoma"/>
          <w:rtl/>
        </w:rPr>
        <w:t xml:space="preserve"> تار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خ</w:t>
      </w:r>
      <w:r w:rsidRPr="004E2C5E">
        <w:rPr>
          <w:rFonts w:ascii="Tahoma" w:hAnsi="Tahoma" w:cs="Tahoma"/>
          <w:rtl/>
        </w:rPr>
        <w:t xml:space="preserve"> مشروطه بر آن تحم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eastAsia"/>
          <w:rtl/>
        </w:rPr>
        <w:t>شد؛</w:t>
      </w:r>
      <w:r w:rsidRPr="004E2C5E">
        <w:rPr>
          <w:rFonts w:ascii="Tahoma" w:hAnsi="Tahoma" w:cs="Tahoma"/>
          <w:rtl/>
        </w:rPr>
        <w:t xml:space="preserve"> از درون ناتوان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نظام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برآمد که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خواست</w:t>
      </w:r>
      <w:r w:rsidRPr="004E2C5E">
        <w:rPr>
          <w:rFonts w:ascii="Tahoma" w:hAnsi="Tahoma" w:cs="Tahoma"/>
          <w:rtl/>
        </w:rPr>
        <w:t xml:space="preserve">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/>
          <w:rtl/>
        </w:rPr>
        <w:t xml:space="preserve">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شاه، مسئول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ران،</w:t>
      </w:r>
      <w:r w:rsidRPr="004E2C5E">
        <w:rPr>
          <w:rFonts w:ascii="Tahoma" w:hAnsi="Tahoma" w:cs="Tahoma"/>
          <w:rtl/>
        </w:rPr>
        <w:t xml:space="preserve"> نظارت مجلس و اقتدار شر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عت</w:t>
      </w:r>
      <w:r w:rsidRPr="004E2C5E">
        <w:rPr>
          <w:rFonts w:ascii="Tahoma" w:hAnsi="Tahoma" w:cs="Tahoma"/>
          <w:rtl/>
        </w:rPr>
        <w:t xml:space="preserve"> را هم‌زمان حفظ کند، اما نتوانست رابطه‌ا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دار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آنها برقرار سازد.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اکنون،</w:t>
      </w:r>
      <w:r w:rsidRPr="004E2C5E">
        <w:rPr>
          <w:rFonts w:ascii="Tahoma" w:hAnsi="Tahoma" w:cs="Tahoma"/>
          <w:rtl/>
        </w:rPr>
        <w:t xml:space="preserve"> در شهر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ور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۱۳۲۰</w:t>
      </w:r>
      <w:r w:rsidRPr="004E2C5E">
        <w:rPr>
          <w:rFonts w:ascii="Tahoma" w:hAnsi="Tahoma" w:cs="Tahoma"/>
          <w:rtl/>
        </w:rPr>
        <w:t>، همان نظام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ن‌بار</w:t>
      </w:r>
      <w:r w:rsidRPr="004E2C5E">
        <w:rPr>
          <w:rFonts w:ascii="Tahoma" w:hAnsi="Tahoma" w:cs="Tahoma"/>
          <w:rtl/>
        </w:rPr>
        <w:t xml:space="preserve"> به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گذاشته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شد</w:t>
      </w:r>
      <w:r w:rsidRPr="004E2C5E">
        <w:rPr>
          <w:rFonts w:ascii="Tahoma" w:hAnsi="Tahoma" w:cs="Tahoma"/>
          <w:rtl/>
        </w:rPr>
        <w:t>.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بار، برخلاف دوران پس از فتح تهران، ارتش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سراسر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گسترده، دادگستر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ن،</w:t>
      </w:r>
      <w:r w:rsidRPr="004E2C5E">
        <w:rPr>
          <w:rFonts w:ascii="Tahoma" w:hAnsi="Tahoma" w:cs="Tahoma"/>
          <w:rtl/>
        </w:rPr>
        <w:t xml:space="preserve"> نظام آموزش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جد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و حکومت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متمرکز از مستبد منور به جا مانده بود. در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نخست، مشروطهٔ مشروعه ب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حکومت مرکز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را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ساخت؛</w:t>
      </w:r>
      <w:r w:rsidRPr="004E2C5E">
        <w:rPr>
          <w:rFonts w:ascii="Tahoma" w:hAnsi="Tahoma" w:cs="Tahoma"/>
          <w:rtl/>
        </w:rPr>
        <w:t xml:space="preserve"> اما در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دوم، حکومت مرکز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ساخته شده بود و پرسش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بود که آ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نهادها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توانند</w:t>
      </w:r>
      <w:r w:rsidRPr="004E2C5E">
        <w:rPr>
          <w:rFonts w:ascii="Tahoma" w:hAnsi="Tahoma" w:cs="Tahoma"/>
          <w:rtl/>
        </w:rPr>
        <w:t xml:space="preserve"> آن را براساس قانون اداره کنند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نه.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چگونگ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دورهٔ رضاشاه از همان آغاز بر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دوم سا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</w:t>
      </w:r>
      <w:r w:rsidRPr="004E2C5E">
        <w:rPr>
          <w:rFonts w:ascii="Tahoma" w:hAnsi="Tahoma" w:cs="Tahoma"/>
          <w:rtl/>
        </w:rPr>
        <w:t xml:space="preserve"> انداخت.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بار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گر</w:t>
      </w:r>
      <w:r w:rsidRPr="004E2C5E">
        <w:rPr>
          <w:rFonts w:ascii="Tahoma" w:hAnsi="Tahoma" w:cs="Tahoma"/>
          <w:rtl/>
        </w:rPr>
        <w:t xml:space="preserve"> امکان اجرا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افته</w:t>
      </w:r>
      <w:r w:rsidRPr="004E2C5E">
        <w:rPr>
          <w:rFonts w:ascii="Tahoma" w:hAnsi="Tahoma" w:cs="Tahoma"/>
          <w:rtl/>
        </w:rPr>
        <w:t xml:space="preserve"> بود، اما در کشور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 بخش‌ها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از آن در اشغال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قرار داشت. مجلس امکان اعمال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/>
          <w:rtl/>
        </w:rPr>
        <w:t xml:space="preserve">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دا</w:t>
      </w:r>
      <w:r w:rsidRPr="004E2C5E">
        <w:rPr>
          <w:rFonts w:ascii="Tahoma" w:hAnsi="Tahoma" w:cs="Tahoma"/>
          <w:rtl/>
        </w:rPr>
        <w:t xml:space="preserve"> کرده بود، 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حاکم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مل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محدود بود. مطبوعات و ا</w:t>
      </w:r>
      <w:r w:rsidRPr="004E2C5E">
        <w:rPr>
          <w:rFonts w:ascii="Tahoma" w:hAnsi="Tahoma" w:cs="Tahoma" w:hint="eastAsia"/>
          <w:rtl/>
        </w:rPr>
        <w:t>حزاب</w:t>
      </w:r>
      <w:r w:rsidRPr="004E2C5E">
        <w:rPr>
          <w:rFonts w:ascii="Tahoma" w:hAnsi="Tahoma" w:cs="Tahoma"/>
          <w:rtl/>
        </w:rPr>
        <w:t xml:space="preserve"> پد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دار</w:t>
      </w:r>
      <w:r w:rsidRPr="004E2C5E">
        <w:rPr>
          <w:rFonts w:ascii="Tahoma" w:hAnsi="Tahoma" w:cs="Tahoma"/>
          <w:rtl/>
        </w:rPr>
        <w:t xml:space="preserve"> شدند، اما سفارتخانه‌ها و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در امور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انتخاب رجال و تشک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</w:t>
      </w:r>
      <w:r w:rsidRPr="004E2C5E">
        <w:rPr>
          <w:rFonts w:ascii="Tahoma" w:hAnsi="Tahoma" w:cs="Tahoma"/>
          <w:rtl/>
        </w:rPr>
        <w:t xml:space="preserve"> دولت‌ها مداخله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کردند</w:t>
      </w:r>
      <w:r w:rsidRPr="004E2C5E">
        <w:rPr>
          <w:rFonts w:ascii="Tahoma" w:hAnsi="Tahoma" w:cs="Tahoma"/>
          <w:rtl/>
        </w:rPr>
        <w:t>. شاه قدرت مطلق پدر را از دست داده بود، اما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کاهش قدرت لزوماً به معنا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انتقال حاکم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به ملت نبود.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محمدرضاشاه</w:t>
      </w:r>
      <w:r w:rsidRPr="004E2C5E">
        <w:rPr>
          <w:rFonts w:ascii="Tahoma" w:hAnsi="Tahoma" w:cs="Tahoma"/>
          <w:rtl/>
        </w:rPr>
        <w:t xml:space="preserve"> جوان در آغاز پادشاه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خود نه اقتدار پدر را داشت، نه ارتش کاملاً در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ارش</w:t>
      </w:r>
      <w:r w:rsidRPr="004E2C5E">
        <w:rPr>
          <w:rFonts w:ascii="Tahoma" w:hAnsi="Tahoma" w:cs="Tahoma"/>
          <w:rtl/>
        </w:rPr>
        <w:t xml:space="preserve"> بود و نه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</w:t>
      </w:r>
      <w:r w:rsidRPr="004E2C5E">
        <w:rPr>
          <w:rFonts w:ascii="Tahoma" w:hAnsi="Tahoma" w:cs="Tahoma"/>
          <w:rtl/>
        </w:rPr>
        <w:t xml:space="preserve">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و نما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ندگان</w:t>
      </w:r>
      <w:r w:rsidRPr="004E2C5E">
        <w:rPr>
          <w:rFonts w:ascii="Tahoma" w:hAnsi="Tahoma" w:cs="Tahoma"/>
          <w:rtl/>
        </w:rPr>
        <w:t xml:space="preserve"> را همچون دوران رضاشاه به فرمان‌بر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وادارد. اما او پادشاه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کشور و رئ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س</w:t>
      </w:r>
      <w:r w:rsidRPr="004E2C5E">
        <w:rPr>
          <w:rFonts w:ascii="Tahoma" w:hAnsi="Tahoma" w:cs="Tahoma"/>
          <w:rtl/>
        </w:rPr>
        <w:t xml:space="preserve"> قوهٔ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بود. بنابرا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مسئله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نبود که آ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حق داشت د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امور کشور دخالت کند.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حق و وظ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فه</w:t>
      </w:r>
      <w:r w:rsidRPr="004E2C5E">
        <w:rPr>
          <w:rFonts w:ascii="Tahoma" w:hAnsi="Tahoma" w:cs="Tahoma"/>
          <w:rtl/>
        </w:rPr>
        <w:t xml:space="preserve"> را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او شناخته بود. مسئله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بود که دخالت او چگونه صورت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</w:t>
      </w:r>
      <w:r w:rsidRPr="004E2C5E">
        <w:rPr>
          <w:rFonts w:ascii="Tahoma" w:hAnsi="Tahoma" w:cs="Tahoma"/>
          <w:rtl/>
        </w:rPr>
        <w:t xml:space="preserve"> و آ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ارات</w:t>
      </w:r>
      <w:r w:rsidRPr="004E2C5E">
        <w:rPr>
          <w:rFonts w:ascii="Tahoma" w:hAnsi="Tahoma" w:cs="Tahoma"/>
          <w:rtl/>
        </w:rPr>
        <w:t xml:space="preserve"> خود را در چهارچوب مسئول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و نظارت مجلس اعمال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کرد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کوش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همان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ارات</w:t>
      </w:r>
      <w:r w:rsidRPr="004E2C5E">
        <w:rPr>
          <w:rFonts w:ascii="Tahoma" w:hAnsi="Tahoma" w:cs="Tahoma"/>
          <w:rtl/>
        </w:rPr>
        <w:t xml:space="preserve"> را به قدرت شخص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پاسخ‌ناپذ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تبد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</w:t>
      </w:r>
      <w:r w:rsidRPr="004E2C5E">
        <w:rPr>
          <w:rFonts w:ascii="Tahoma" w:hAnsi="Tahoma" w:cs="Tahoma"/>
          <w:rtl/>
        </w:rPr>
        <w:t xml:space="preserve"> کن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در</w:t>
      </w:r>
      <w:r w:rsidRPr="004E2C5E">
        <w:rPr>
          <w:rFonts w:ascii="Tahoma" w:hAnsi="Tahoma" w:cs="Tahoma"/>
          <w:rtl/>
        </w:rPr>
        <w:t xml:space="preserve"> سو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گر،</w:t>
      </w:r>
      <w:r w:rsidRPr="004E2C5E">
        <w:rPr>
          <w:rFonts w:ascii="Tahoma" w:hAnsi="Tahoma" w:cs="Tahoma"/>
          <w:rtl/>
        </w:rPr>
        <w:t xml:space="preserve">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قرار داشتند. آنان با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از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</w:t>
      </w:r>
      <w:r w:rsidRPr="004E2C5E">
        <w:rPr>
          <w:rFonts w:ascii="Tahoma" w:hAnsi="Tahoma" w:cs="Tahoma"/>
          <w:rtl/>
        </w:rPr>
        <w:t xml:space="preserve"> سو با فرمان شاه ادارهٔ کشور را برعهده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گرفتند</w:t>
      </w:r>
      <w:r w:rsidRPr="004E2C5E">
        <w:rPr>
          <w:rFonts w:ascii="Tahoma" w:hAnsi="Tahoma" w:cs="Tahoma"/>
          <w:rtl/>
        </w:rPr>
        <w:t xml:space="preserve"> و از سو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گر،</w:t>
      </w:r>
      <w:r w:rsidRPr="004E2C5E">
        <w:rPr>
          <w:rFonts w:ascii="Tahoma" w:hAnsi="Tahoma" w:cs="Tahoma"/>
          <w:rtl/>
        </w:rPr>
        <w:t xml:space="preserve"> در برابر مجلس پاسخ‌گو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بودند</w:t>
      </w:r>
      <w:r w:rsidRPr="004E2C5E">
        <w:rPr>
          <w:rFonts w:ascii="Tahoma" w:hAnsi="Tahoma" w:cs="Tahoma"/>
          <w:rtl/>
        </w:rPr>
        <w:t>. اگر شاه تصم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</w:t>
      </w:r>
      <w:r w:rsidRPr="004E2C5E">
        <w:rPr>
          <w:rFonts w:ascii="Tahoma" w:hAnsi="Tahoma" w:cs="Tahoma"/>
          <w:rtl/>
        </w:rPr>
        <w:t xml:space="preserve"> که مجلس با آن مخالف بود، مسئول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آن تصم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</w:t>
      </w:r>
      <w:r w:rsidRPr="004E2C5E">
        <w:rPr>
          <w:rFonts w:ascii="Tahoma" w:hAnsi="Tahoma" w:cs="Tahoma"/>
          <w:rtl/>
        </w:rPr>
        <w:t xml:space="preserve"> برعهدهٔ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قرار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</w:t>
      </w:r>
      <w:r w:rsidRPr="004E2C5E">
        <w:rPr>
          <w:rFonts w:ascii="Tahoma" w:hAnsi="Tahoma" w:cs="Tahoma"/>
          <w:rtl/>
        </w:rPr>
        <w:t>.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نم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</w:t>
      </w:r>
      <w:r w:rsidRPr="004E2C5E">
        <w:rPr>
          <w:rFonts w:ascii="Tahoma" w:hAnsi="Tahoma" w:cs="Tahoma"/>
          <w:rtl/>
        </w:rPr>
        <w:t xml:space="preserve"> با استناد به فرمان شاه از خود سلب مسئول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کند؛ اما اگر در برابر ارادهٔ پادشاه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ستاد،</w:t>
      </w:r>
      <w:r w:rsidRPr="004E2C5E">
        <w:rPr>
          <w:rFonts w:ascii="Tahoma" w:hAnsi="Tahoma" w:cs="Tahoma"/>
          <w:rtl/>
        </w:rPr>
        <w:t xml:space="preserve"> شاه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/>
          <w:rtl/>
        </w:rPr>
        <w:t xml:space="preserve"> عزل او را داشت. در نت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جه،</w:t>
      </w:r>
      <w:r w:rsidRPr="004E2C5E">
        <w:rPr>
          <w:rFonts w:ascii="Tahoma" w:hAnsi="Tahoma" w:cs="Tahoma"/>
          <w:rtl/>
        </w:rPr>
        <w:t xml:space="preserve">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مسئول تصم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بود که ممکن بود خود در گرفتن آن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/>
          <w:rtl/>
        </w:rPr>
        <w:t xml:space="preserve"> کامل نداشته باشد.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مجلس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با تناقض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مشابه روبه‌رو بود. نما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ندگان</w:t>
      </w:r>
      <w:r w:rsidRPr="004E2C5E">
        <w:rPr>
          <w:rFonts w:ascii="Tahoma" w:hAnsi="Tahoma" w:cs="Tahoma"/>
          <w:rtl/>
        </w:rPr>
        <w:t xml:space="preserve"> حق داشتند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را مورد پرسش و است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ضاح</w:t>
      </w:r>
      <w:r w:rsidRPr="004E2C5E">
        <w:rPr>
          <w:rFonts w:ascii="Tahoma" w:hAnsi="Tahoma" w:cs="Tahoma"/>
          <w:rtl/>
        </w:rPr>
        <w:t xml:space="preserve"> قرار دهند و دولت را وادار به پاسخ‌گو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کنند. اما مجلس رئ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س</w:t>
      </w:r>
      <w:r w:rsidRPr="004E2C5E">
        <w:rPr>
          <w:rFonts w:ascii="Tahoma" w:hAnsi="Tahoma" w:cs="Tahoma"/>
          <w:rtl/>
        </w:rPr>
        <w:t xml:space="preserve"> مستقل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قوهٔ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انتخاب نم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کرد</w:t>
      </w:r>
      <w:r w:rsidRPr="004E2C5E">
        <w:rPr>
          <w:rFonts w:ascii="Tahoma" w:hAnsi="Tahoma" w:cs="Tahoma"/>
          <w:rtl/>
        </w:rPr>
        <w:t xml:space="preserve"> که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/>
          <w:rtl/>
        </w:rPr>
        <w:t xml:space="preserve"> خود را مستق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ماً</w:t>
      </w:r>
      <w:r w:rsidRPr="004E2C5E">
        <w:rPr>
          <w:rFonts w:ascii="Tahoma" w:hAnsi="Tahoma" w:cs="Tahoma"/>
          <w:rtl/>
        </w:rPr>
        <w:t xml:space="preserve"> از اکثر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نما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ندگان</w:t>
      </w:r>
      <w:r w:rsidRPr="004E2C5E">
        <w:rPr>
          <w:rFonts w:ascii="Tahoma" w:hAnsi="Tahoma" w:cs="Tahoma"/>
          <w:rtl/>
        </w:rPr>
        <w:t xml:space="preserve"> گرفته باشد. دولت با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هم اعتماد شاه و هم حما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مجلس را به دست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آورد</w:t>
      </w:r>
      <w:r w:rsidRPr="004E2C5E">
        <w:rPr>
          <w:rFonts w:ascii="Tahoma" w:hAnsi="Tahoma" w:cs="Tahoma"/>
          <w:rtl/>
        </w:rPr>
        <w:t>. ازا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ن‌رو،</w:t>
      </w:r>
      <w:r w:rsidRPr="004E2C5E">
        <w:rPr>
          <w:rFonts w:ascii="Tahoma" w:hAnsi="Tahoma" w:cs="Tahoma"/>
          <w:rtl/>
        </w:rPr>
        <w:t xml:space="preserve"> هر دولت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دو سرچشمهٔ قدرت قرار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</w:t>
      </w:r>
      <w:r w:rsidRPr="004E2C5E">
        <w:rPr>
          <w:rFonts w:ascii="Tahoma" w:hAnsi="Tahoma" w:cs="Tahoma"/>
          <w:rtl/>
        </w:rPr>
        <w:t>: پادشاه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 قوهٔ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به او تعلق داشت و مجلس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در برابر آن مسئول بودند.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دوگانگ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حاصل سهو قانون‌گذاران نبود.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 حاصل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کامل مشروطه‌خواهان اول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نبود. آنان خواهان محدودشدن قدرت خودکامه، حاکم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قانون، تشک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</w:t>
      </w:r>
      <w:r w:rsidRPr="004E2C5E">
        <w:rPr>
          <w:rFonts w:ascii="Tahoma" w:hAnsi="Tahoma" w:cs="Tahoma"/>
          <w:rtl/>
        </w:rPr>
        <w:t xml:space="preserve"> مجلس و انتقال حق تصم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م‌گ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دربارهٔ سرنوشت کشور به ملت بودند. بخش مهم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روشنفکران و کوشندگان اول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هٔ</w:t>
      </w:r>
      <w:r w:rsidRPr="004E2C5E">
        <w:rPr>
          <w:rFonts w:ascii="Tahoma" w:hAnsi="Tahoma" w:cs="Tahoma"/>
          <w:rtl/>
        </w:rPr>
        <w:t xml:space="preserve"> مشروطه، در بن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اد</w:t>
      </w:r>
      <w:r w:rsidRPr="004E2C5E">
        <w:rPr>
          <w:rFonts w:ascii="Tahoma" w:hAnsi="Tahoma" w:cs="Tahoma"/>
          <w:rtl/>
        </w:rPr>
        <w:t xml:space="preserve"> اند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شهٔ</w:t>
      </w:r>
      <w:r w:rsidRPr="004E2C5E">
        <w:rPr>
          <w:rFonts w:ascii="Tahoma" w:hAnsi="Tahoma" w:cs="Tahoma"/>
          <w:rtl/>
        </w:rPr>
        <w:t xml:space="preserve"> خود سکولار و دموکرات بودند؛ حت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اگر در آن روزگار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دو واژه را به معنا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امروز به کار نم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بردند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اما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نم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توانستند</w:t>
      </w:r>
      <w:r w:rsidRPr="004E2C5E">
        <w:rPr>
          <w:rFonts w:ascii="Tahoma" w:hAnsi="Tahoma" w:cs="Tahoma"/>
          <w:rtl/>
        </w:rPr>
        <w:t xml:space="preserve"> حکومت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را بپذ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رند</w:t>
      </w:r>
      <w:r w:rsidRPr="004E2C5E">
        <w:rPr>
          <w:rFonts w:ascii="Tahoma" w:hAnsi="Tahoma" w:cs="Tahoma"/>
          <w:rtl/>
        </w:rPr>
        <w:t xml:space="preserve"> که قانون‌گذار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را به‌طور کامل از شر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عت</w:t>
      </w:r>
      <w:r w:rsidRPr="004E2C5E">
        <w:rPr>
          <w:rFonts w:ascii="Tahoma" w:hAnsi="Tahoma" w:cs="Tahoma"/>
          <w:rtl/>
        </w:rPr>
        <w:t xml:space="preserve"> جدا کند و حق حاکم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را ب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واسطه</w:t>
      </w:r>
      <w:r w:rsidRPr="004E2C5E">
        <w:rPr>
          <w:rFonts w:ascii="Tahoma" w:hAnsi="Tahoma" w:cs="Tahoma"/>
          <w:rtl/>
        </w:rPr>
        <w:t xml:space="preserve"> به ملت بسپارد. نت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جهٔ</w:t>
      </w:r>
      <w:r w:rsidRPr="004E2C5E">
        <w:rPr>
          <w:rFonts w:ascii="Tahoma" w:hAnsi="Tahoma" w:cs="Tahoma"/>
          <w:rtl/>
        </w:rPr>
        <w:t xml:space="preserve"> کشاکش و سازش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دو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رو،</w:t>
      </w:r>
      <w:r w:rsidRPr="004E2C5E">
        <w:rPr>
          <w:rFonts w:ascii="Tahoma" w:hAnsi="Tahoma" w:cs="Tahoma"/>
          <w:rtl/>
        </w:rPr>
        <w:t xml:space="preserve">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مشروطهٔ مشروعه بود؛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 از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</w:t>
      </w:r>
      <w:r w:rsidRPr="004E2C5E">
        <w:rPr>
          <w:rFonts w:ascii="Tahoma" w:hAnsi="Tahoma" w:cs="Tahoma"/>
          <w:rtl/>
        </w:rPr>
        <w:t xml:space="preserve"> سو مجلس و نقش ملت را به رسم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شناخت</w:t>
      </w:r>
      <w:r w:rsidRPr="004E2C5E">
        <w:rPr>
          <w:rFonts w:ascii="Tahoma" w:hAnsi="Tahoma" w:cs="Tahoma"/>
          <w:rtl/>
        </w:rPr>
        <w:t xml:space="preserve"> و از سو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گر،</w:t>
      </w:r>
      <w:r w:rsidRPr="004E2C5E">
        <w:rPr>
          <w:rFonts w:ascii="Tahoma" w:hAnsi="Tahoma" w:cs="Tahoma"/>
          <w:rtl/>
        </w:rPr>
        <w:t xml:space="preserve"> قانون‌گذار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را به عدم مخالفت با شر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عت</w:t>
      </w:r>
      <w:r w:rsidRPr="004E2C5E">
        <w:rPr>
          <w:rFonts w:ascii="Tahoma" w:hAnsi="Tahoma" w:cs="Tahoma"/>
          <w:rtl/>
        </w:rPr>
        <w:t xml:space="preserve"> مق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کرد</w:t>
      </w:r>
      <w:r w:rsidRPr="004E2C5E">
        <w:rPr>
          <w:rFonts w:ascii="Tahoma" w:hAnsi="Tahoma" w:cs="Tahoma"/>
          <w:rtl/>
        </w:rPr>
        <w:t xml:space="preserve"> و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جا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 نظارت بر قوان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در نظر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بنابرا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ن،</w:t>
      </w:r>
      <w:r w:rsidRPr="004E2C5E">
        <w:rPr>
          <w:rFonts w:ascii="Tahoma" w:hAnsi="Tahoma" w:cs="Tahoma"/>
          <w:rtl/>
        </w:rPr>
        <w:t xml:space="preserve"> دوم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پس از شهر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ور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۱۳۲۰</w:t>
      </w:r>
      <w:r w:rsidRPr="004E2C5E">
        <w:rPr>
          <w:rFonts w:ascii="Tahoma" w:hAnsi="Tahoma" w:cs="Tahoma"/>
          <w:rtl/>
        </w:rPr>
        <w:t xml:space="preserve"> فقط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رابطهٔ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شاه و مجلس نبود.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با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رابطهٔ دربار، نظام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ان،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و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وانسالاران</w:t>
      </w:r>
      <w:r w:rsidRPr="004E2C5E">
        <w:rPr>
          <w:rFonts w:ascii="Tahoma" w:hAnsi="Tahoma" w:cs="Tahoma"/>
          <w:rtl/>
        </w:rPr>
        <w:t xml:space="preserve"> را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از نو تع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کرد</w:t>
      </w:r>
      <w:r w:rsidRPr="004E2C5E">
        <w:rPr>
          <w:rFonts w:ascii="Tahoma" w:hAnsi="Tahoma" w:cs="Tahoma"/>
          <w:rtl/>
        </w:rPr>
        <w:t xml:space="preserve">. هر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</w:t>
      </w:r>
      <w:r w:rsidRPr="004E2C5E">
        <w:rPr>
          <w:rFonts w:ascii="Tahoma" w:hAnsi="Tahoma" w:cs="Tahoma"/>
          <w:rtl/>
        </w:rPr>
        <w:t xml:space="preserve"> از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روها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</w:t>
      </w:r>
      <w:r w:rsidRPr="004E2C5E">
        <w:rPr>
          <w:rFonts w:ascii="Tahoma" w:hAnsi="Tahoma" w:cs="Tahoma"/>
          <w:rtl/>
        </w:rPr>
        <w:t xml:space="preserve"> به بخش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قانون، سنت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واقع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قدرت استناد کند و سهم خود را در کشوردار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افزا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دهد.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دربار</w:t>
      </w:r>
      <w:r w:rsidRPr="004E2C5E">
        <w:rPr>
          <w:rFonts w:ascii="Tahoma" w:hAnsi="Tahoma" w:cs="Tahoma"/>
          <w:rtl/>
        </w:rPr>
        <w:t xml:space="preserve"> با کناررفتن رضاشاه ضع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ف</w:t>
      </w:r>
      <w:r w:rsidRPr="004E2C5E">
        <w:rPr>
          <w:rFonts w:ascii="Tahoma" w:hAnsi="Tahoma" w:cs="Tahoma"/>
          <w:rtl/>
        </w:rPr>
        <w:t xml:space="preserve"> شده بود، اما از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نرفته بود. محمدرضاشاه تاج را از پدر به ارث برده و با ادا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سوگند در مجلس، مقام پادشاه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را به دست آورده بود. انتقال سلطنت در چهارچوب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صورت گرفت و 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امر بقا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سلسلهٔ پهلو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را ممکن ساخت. شاه جوان </w:t>
      </w:r>
      <w:r w:rsidRPr="004E2C5E">
        <w:rPr>
          <w:rFonts w:ascii="Tahoma" w:hAnsi="Tahoma" w:cs="Tahoma" w:hint="eastAsia"/>
          <w:rtl/>
        </w:rPr>
        <w:t>مقام</w:t>
      </w:r>
      <w:r w:rsidRPr="004E2C5E">
        <w:rPr>
          <w:rFonts w:ascii="Tahoma" w:hAnsi="Tahoma" w:cs="Tahoma"/>
          <w:rtl/>
        </w:rPr>
        <w:t xml:space="preserve"> و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ارات</w:t>
      </w:r>
      <w:r w:rsidRPr="004E2C5E">
        <w:rPr>
          <w:rFonts w:ascii="Tahoma" w:hAnsi="Tahoma" w:cs="Tahoma"/>
          <w:rtl/>
        </w:rPr>
        <w:t xml:space="preserve"> خود را از همان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</w:t>
      </w:r>
      <w:r w:rsidRPr="004E2C5E">
        <w:rPr>
          <w:rFonts w:ascii="Tahoma" w:hAnsi="Tahoma" w:cs="Tahoma"/>
          <w:rtl/>
        </w:rPr>
        <w:t xml:space="preserve"> که مجلس و مسئول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را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به رسم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شناخت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دربار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پس از سال‌ها فرمان‌بر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رضاشاه، دوباره امکان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افتند</w:t>
      </w:r>
      <w:r w:rsidRPr="004E2C5E">
        <w:rPr>
          <w:rFonts w:ascii="Tahoma" w:hAnsi="Tahoma" w:cs="Tahoma"/>
          <w:rtl/>
        </w:rPr>
        <w:t xml:space="preserve"> به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مؤثر در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است</w:t>
      </w:r>
      <w:r w:rsidRPr="004E2C5E">
        <w:rPr>
          <w:rFonts w:ascii="Tahoma" w:hAnsi="Tahoma" w:cs="Tahoma"/>
          <w:rtl/>
        </w:rPr>
        <w:t xml:space="preserve"> تبد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</w:t>
      </w:r>
      <w:r w:rsidRPr="004E2C5E">
        <w:rPr>
          <w:rFonts w:ascii="Tahoma" w:hAnsi="Tahoma" w:cs="Tahoma"/>
          <w:rtl/>
        </w:rPr>
        <w:t xml:space="preserve"> شوند. دربار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گر</w:t>
      </w:r>
      <w:r w:rsidRPr="004E2C5E">
        <w:rPr>
          <w:rFonts w:ascii="Tahoma" w:hAnsi="Tahoma" w:cs="Tahoma"/>
          <w:rtl/>
        </w:rPr>
        <w:t xml:space="preserve"> مرکز بلامنازع فرمان نبود، اما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</w:t>
      </w:r>
      <w:r w:rsidRPr="004E2C5E">
        <w:rPr>
          <w:rFonts w:ascii="Tahoma" w:hAnsi="Tahoma" w:cs="Tahoma"/>
          <w:rtl/>
        </w:rPr>
        <w:t xml:space="preserve"> محل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وند</w:t>
      </w:r>
      <w:r w:rsidRPr="004E2C5E">
        <w:rPr>
          <w:rFonts w:ascii="Tahoma" w:hAnsi="Tahoma" w:cs="Tahoma"/>
          <w:rtl/>
        </w:rPr>
        <w:t xml:space="preserve"> شاه با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است‌مداران،</w:t>
      </w:r>
      <w:r w:rsidRPr="004E2C5E">
        <w:rPr>
          <w:rFonts w:ascii="Tahoma" w:hAnsi="Tahoma" w:cs="Tahoma"/>
          <w:rtl/>
        </w:rPr>
        <w:t xml:space="preserve"> زم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ن‌داران،</w:t>
      </w:r>
      <w:r w:rsidRPr="004E2C5E">
        <w:rPr>
          <w:rFonts w:ascii="Tahoma" w:hAnsi="Tahoma" w:cs="Tahoma"/>
          <w:rtl/>
        </w:rPr>
        <w:t xml:space="preserve"> نظام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ان،</w:t>
      </w:r>
      <w:r w:rsidRPr="004E2C5E">
        <w:rPr>
          <w:rFonts w:ascii="Tahoma" w:hAnsi="Tahoma" w:cs="Tahoma"/>
          <w:rtl/>
        </w:rPr>
        <w:t xml:space="preserve"> نما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ندگان</w:t>
      </w:r>
      <w:r w:rsidRPr="004E2C5E">
        <w:rPr>
          <w:rFonts w:ascii="Tahoma" w:hAnsi="Tahoma" w:cs="Tahoma"/>
          <w:rtl/>
        </w:rPr>
        <w:t xml:space="preserve"> مجلس و سفارتخانه‌ها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باشد. هرچه قد</w:t>
      </w:r>
      <w:r w:rsidRPr="004E2C5E">
        <w:rPr>
          <w:rFonts w:ascii="Tahoma" w:hAnsi="Tahoma" w:cs="Tahoma" w:hint="eastAsia"/>
          <w:rtl/>
        </w:rPr>
        <w:t>رت</w:t>
      </w:r>
      <w:r w:rsidRPr="004E2C5E">
        <w:rPr>
          <w:rFonts w:ascii="Tahoma" w:hAnsi="Tahoma" w:cs="Tahoma"/>
          <w:rtl/>
        </w:rPr>
        <w:t xml:space="preserve"> مستق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</w:t>
      </w:r>
      <w:r w:rsidRPr="004E2C5E">
        <w:rPr>
          <w:rFonts w:ascii="Tahoma" w:hAnsi="Tahoma" w:cs="Tahoma"/>
          <w:rtl/>
        </w:rPr>
        <w:t xml:space="preserve"> شاه محدودتر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شد،</w:t>
      </w:r>
      <w:r w:rsidRPr="004E2C5E">
        <w:rPr>
          <w:rFonts w:ascii="Tahoma" w:hAnsi="Tahoma" w:cs="Tahoma"/>
          <w:rtl/>
        </w:rPr>
        <w:t xml:space="preserve"> اهم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روابط غ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ررسم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دربار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ساختن ائتلاف‌ها، حما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از دولت‌ها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برانداختن آنها افزا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ی‌ی</w:t>
      </w:r>
      <w:r w:rsidRPr="004E2C5E">
        <w:rPr>
          <w:rFonts w:ascii="Tahoma" w:hAnsi="Tahoma" w:cs="Tahoma" w:hint="eastAsia"/>
          <w:rtl/>
        </w:rPr>
        <w:t>افت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نظام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در وضع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دوگانه قرار داشتند. ارتش رضاشاه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 برابر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ورش</w:t>
      </w:r>
      <w:r w:rsidRPr="004E2C5E">
        <w:rPr>
          <w:rFonts w:ascii="Tahoma" w:hAnsi="Tahoma" w:cs="Tahoma"/>
          <w:rtl/>
        </w:rPr>
        <w:t xml:space="preserve"> متفق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فروپاش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ده</w:t>
      </w:r>
      <w:r w:rsidRPr="004E2C5E">
        <w:rPr>
          <w:rFonts w:ascii="Tahoma" w:hAnsi="Tahoma" w:cs="Tahoma"/>
          <w:rtl/>
        </w:rPr>
        <w:t xml:space="preserve"> و اعتبارش آس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ب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ده</w:t>
      </w:r>
      <w:r w:rsidRPr="004E2C5E">
        <w:rPr>
          <w:rFonts w:ascii="Tahoma" w:hAnsi="Tahoma" w:cs="Tahoma"/>
          <w:rtl/>
        </w:rPr>
        <w:t xml:space="preserve"> بود، اما سازمان آن باق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مانده بود.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ارتش، برخلاف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پراکندهٔ دوران قاجار، نهاد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سراسر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متمرکز بود و فرمانده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کل آن، براساس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به شاه تعلق داشت.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وند</w:t>
      </w:r>
      <w:r w:rsidRPr="004E2C5E">
        <w:rPr>
          <w:rFonts w:ascii="Tahoma" w:hAnsi="Tahoma" w:cs="Tahoma"/>
          <w:rtl/>
        </w:rPr>
        <w:t xml:space="preserve"> شاه و ارتش صرفاً بازماندهٔ استبداد رضاشاه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نبود؛ 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شه‌ا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داشت. پرسش آن بود که آ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شاه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/>
          <w:rtl/>
        </w:rPr>
        <w:t xml:space="preserve"> را در چهارچوب حکومت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به کار خواهد برد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از ارتش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گسترش قدرت شخص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خود استفاده خواهد کرد.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از سقوط رضاشاه سود بردند.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است‌ها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او بخش‌ها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از نفوذ اجتماع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قضا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و آموزش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آنان را محدود کرده بود.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جاد</w:t>
      </w:r>
      <w:r w:rsidRPr="004E2C5E">
        <w:rPr>
          <w:rFonts w:ascii="Tahoma" w:hAnsi="Tahoma" w:cs="Tahoma"/>
          <w:rtl/>
        </w:rPr>
        <w:t xml:space="preserve"> دادگستر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ن،</w:t>
      </w:r>
      <w:r w:rsidRPr="004E2C5E">
        <w:rPr>
          <w:rFonts w:ascii="Tahoma" w:hAnsi="Tahoma" w:cs="Tahoma"/>
          <w:rtl/>
        </w:rPr>
        <w:t xml:space="preserve"> گسترش مدارس دولت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کشف حجاب و انتقال بس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وظا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ف</w:t>
      </w:r>
      <w:r w:rsidRPr="004E2C5E">
        <w:rPr>
          <w:rFonts w:ascii="Tahoma" w:hAnsi="Tahoma" w:cs="Tahoma"/>
          <w:rtl/>
        </w:rPr>
        <w:t xml:space="preserve"> شرع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به حکومت، فاصله‌ا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عم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ق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آنان و حکومت رضاشاه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جاد</w:t>
      </w:r>
      <w:r w:rsidRPr="004E2C5E">
        <w:rPr>
          <w:rFonts w:ascii="Tahoma" w:hAnsi="Tahoma" w:cs="Tahoma"/>
          <w:rtl/>
        </w:rPr>
        <w:t xml:space="preserve"> کرده بود. پس از کناره‌گ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رضاشاه،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دوباره امکان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افتند</w:t>
      </w:r>
      <w:r w:rsidRPr="004E2C5E">
        <w:rPr>
          <w:rFonts w:ascii="Tahoma" w:hAnsi="Tahoma" w:cs="Tahoma"/>
          <w:rtl/>
        </w:rPr>
        <w:t xml:space="preserve"> شبکه‌ها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خود را بازساز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کنند، به عرصهٔ عموم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بازگردند و خواستار باز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موقع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ازدست‌رفته شوند.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بازگشت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به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است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کاملاً 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رون</w:t>
      </w:r>
      <w:r w:rsidRPr="004E2C5E">
        <w:rPr>
          <w:rFonts w:ascii="Tahoma" w:hAnsi="Tahoma" w:cs="Tahoma"/>
          <w:rtl/>
        </w:rPr>
        <w:t xml:space="preserve"> از ساختمان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نبود. مشروطهٔ مشروعه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آنان جا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 حفظ شر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عت</w:t>
      </w:r>
      <w:r w:rsidRPr="004E2C5E">
        <w:rPr>
          <w:rFonts w:ascii="Tahoma" w:hAnsi="Tahoma" w:cs="Tahoma"/>
          <w:rtl/>
        </w:rPr>
        <w:t xml:space="preserve"> و نظارت بر قانون‌گذار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 نظر گرفته بود. هرچند برخ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اصول مربوط به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نظارت در عمل اجرا نشده بود، بن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اد</w:t>
      </w:r>
      <w:r w:rsidRPr="004E2C5E">
        <w:rPr>
          <w:rFonts w:ascii="Tahoma" w:hAnsi="Tahoma" w:cs="Tahoma"/>
          <w:rtl/>
        </w:rPr>
        <w:t xml:space="preserve"> نظر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حضور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در کشوردار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ه</w:t>
      </w:r>
      <w:r w:rsidRPr="004E2C5E">
        <w:rPr>
          <w:rFonts w:ascii="Tahoma" w:hAnsi="Tahoma" w:cs="Tahoma" w:hint="eastAsia"/>
          <w:rtl/>
        </w:rPr>
        <w:t>مچنان</w:t>
      </w:r>
      <w:r w:rsidRPr="004E2C5E">
        <w:rPr>
          <w:rFonts w:ascii="Tahoma" w:hAnsi="Tahoma" w:cs="Tahoma"/>
          <w:rtl/>
        </w:rPr>
        <w:t xml:space="preserve"> در قانون باق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مانده بود. آنان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توانستند</w:t>
      </w:r>
      <w:r w:rsidRPr="004E2C5E">
        <w:rPr>
          <w:rFonts w:ascii="Tahoma" w:hAnsi="Tahoma" w:cs="Tahoma"/>
          <w:rtl/>
        </w:rPr>
        <w:t xml:space="preserve"> ادعا کنند که بازگشتشان به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است</w:t>
      </w:r>
      <w:r w:rsidRPr="004E2C5E">
        <w:rPr>
          <w:rFonts w:ascii="Tahoma" w:hAnsi="Tahoma" w:cs="Tahoma"/>
          <w:rtl/>
        </w:rPr>
        <w:t xml:space="preserve"> نه تعرض به مشروطه، بلکه اجرا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بخش فراموش‌شدهٔ همان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است.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همه در موقع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ده‌تر</w:t>
      </w:r>
      <w:r w:rsidRPr="004E2C5E">
        <w:rPr>
          <w:rFonts w:ascii="Tahoma" w:hAnsi="Tahoma" w:cs="Tahoma"/>
          <w:rtl/>
        </w:rPr>
        <w:t xml:space="preserve"> قرار داشت. وزارتخانه‌ها، ادارات، دادگستر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نظام آموزش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دستگاه مال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کشور با رفتن رضاشاه از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نرفتند.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</w:t>
      </w:r>
      <w:r w:rsidRPr="004E2C5E">
        <w:rPr>
          <w:rFonts w:ascii="Tahoma" w:hAnsi="Tahoma" w:cs="Tahoma"/>
          <w:rtl/>
        </w:rPr>
        <w:t xml:space="preserve"> توانسته بود از سازندهٔ خود عمر طولان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دا</w:t>
      </w:r>
      <w:r w:rsidRPr="004E2C5E">
        <w:rPr>
          <w:rFonts w:ascii="Tahoma" w:hAnsi="Tahoma" w:cs="Tahoma"/>
          <w:rtl/>
        </w:rPr>
        <w:t xml:space="preserve"> کند؛ اما هنوز معلوم نبود که وفادار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آن از شخص پادشاه به قا</w:t>
      </w:r>
      <w:r w:rsidRPr="004E2C5E">
        <w:rPr>
          <w:rFonts w:ascii="Tahoma" w:hAnsi="Tahoma" w:cs="Tahoma" w:hint="eastAsia"/>
          <w:rtl/>
        </w:rPr>
        <w:t>نون</w:t>
      </w:r>
      <w:r w:rsidRPr="004E2C5E">
        <w:rPr>
          <w:rFonts w:ascii="Tahoma" w:hAnsi="Tahoma" w:cs="Tahoma"/>
          <w:rtl/>
        </w:rPr>
        <w:t xml:space="preserve"> و کشور منتقل شده است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نه. بس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از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وانسالاران</w:t>
      </w:r>
      <w:r w:rsidRPr="004E2C5E">
        <w:rPr>
          <w:rFonts w:ascii="Tahoma" w:hAnsi="Tahoma" w:cs="Tahoma"/>
          <w:rtl/>
        </w:rPr>
        <w:t xml:space="preserve"> به نظم و نوساز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دورهٔ رضاشاه باور داشتند و از بازگشت آشفتگ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سال‌ها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پس از فتح تهران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ترس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دند</w:t>
      </w:r>
      <w:r w:rsidRPr="004E2C5E">
        <w:rPr>
          <w:rFonts w:ascii="Tahoma" w:hAnsi="Tahoma" w:cs="Tahoma"/>
          <w:rtl/>
        </w:rPr>
        <w:t>. در همان حال، تجربه کرده بودند که حکومت شخص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چگونه امن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حقوق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استقلال ادار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حت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جان خدمتگزاران حکومت ر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به ارادهٔ پادشاه وابسته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کند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محمدعل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فروغ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نمونهٔ برجستهٔ 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موقع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بود. او از رجال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از سازندگان فکر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و ادار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حکومت جد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به شمار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رفت،</w:t>
      </w:r>
      <w:r w:rsidRPr="004E2C5E">
        <w:rPr>
          <w:rFonts w:ascii="Tahoma" w:hAnsi="Tahoma" w:cs="Tahoma"/>
          <w:rtl/>
        </w:rPr>
        <w:t xml:space="preserve"> اما خود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طعم کنارگذاشته‌شدن در دوران رضاشاه را چش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ده</w:t>
      </w:r>
      <w:r w:rsidRPr="004E2C5E">
        <w:rPr>
          <w:rFonts w:ascii="Tahoma" w:hAnsi="Tahoma" w:cs="Tahoma"/>
          <w:rtl/>
        </w:rPr>
        <w:t xml:space="preserve"> بود. در روزها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بحران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شهر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ور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۱۳۲۰</w:t>
      </w:r>
      <w:r w:rsidRPr="004E2C5E">
        <w:rPr>
          <w:rFonts w:ascii="Tahoma" w:hAnsi="Tahoma" w:cs="Tahoma"/>
          <w:rtl/>
        </w:rPr>
        <w:t>، دوباره به نخست‌وز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فراخوانده شد تا با متفق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 w:hint="eastAsia"/>
          <w:rtl/>
        </w:rPr>
        <w:t>مذاکره</w:t>
      </w:r>
      <w:r w:rsidRPr="004E2C5E">
        <w:rPr>
          <w:rFonts w:ascii="Tahoma" w:hAnsi="Tahoma" w:cs="Tahoma"/>
          <w:rtl/>
        </w:rPr>
        <w:t xml:space="preserve"> کند، انتقال سلطنت را سامان دهد و از فروپاش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دستگاه حکومت جلوگ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کند. نقش او نشان داد که حت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مستبد منور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در لحظهٔ سقوط به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ازمند</w:t>
      </w:r>
      <w:r w:rsidRPr="004E2C5E">
        <w:rPr>
          <w:rFonts w:ascii="Tahoma" w:hAnsi="Tahoma" w:cs="Tahoma"/>
          <w:rtl/>
        </w:rPr>
        <w:t xml:space="preserve"> است که بتوانند استمرار کشور را از سرنوشت شخص او جدا کنند.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در</w:t>
      </w:r>
      <w:r w:rsidRPr="004E2C5E">
        <w:rPr>
          <w:rFonts w:ascii="Tahoma" w:hAnsi="Tahoma" w:cs="Tahoma"/>
          <w:rtl/>
        </w:rPr>
        <w:t xml:space="preserve"> کنار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چهار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تار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خ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عامل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با قدرت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فوق‌العاده وارد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دان</w:t>
      </w:r>
      <w:r w:rsidRPr="004E2C5E">
        <w:rPr>
          <w:rFonts w:ascii="Tahoma" w:hAnsi="Tahoma" w:cs="Tahoma"/>
          <w:rtl/>
        </w:rPr>
        <w:t xml:space="preserve"> شده بود. دخالت دولت‌ها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 کشوردار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پد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ده‌ا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تازه نبود. نخست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دورهٔ اجرا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مشروطهٔ مشروعه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در 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فشار روس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</w:t>
      </w:r>
      <w:r w:rsidRPr="004E2C5E">
        <w:rPr>
          <w:rFonts w:ascii="Tahoma" w:hAnsi="Tahoma" w:cs="Tahoma"/>
          <w:rtl/>
        </w:rPr>
        <w:t xml:space="preserve"> و بر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و سپس در دل آشوب جنگ جهان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اول سپر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شده بود. اکنون، در دوم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دوره، بخش‌ها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از کشور مستق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ماً</w:t>
      </w:r>
      <w:r w:rsidRPr="004E2C5E">
        <w:rPr>
          <w:rFonts w:ascii="Tahoma" w:hAnsi="Tahoma" w:cs="Tahoma"/>
          <w:rtl/>
        </w:rPr>
        <w:t xml:space="preserve"> در اشغال ارتش‌ها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گانه</w:t>
      </w:r>
      <w:r w:rsidRPr="004E2C5E">
        <w:rPr>
          <w:rFonts w:ascii="Tahoma" w:hAnsi="Tahoma" w:cs="Tahoma"/>
          <w:rtl/>
        </w:rPr>
        <w:t xml:space="preserve"> قرار داشت. دولت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وجود داشت، 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ارش</w:t>
      </w:r>
      <w:r w:rsidRPr="004E2C5E">
        <w:rPr>
          <w:rFonts w:ascii="Tahoma" w:hAnsi="Tahoma" w:cs="Tahoma"/>
          <w:rtl/>
        </w:rPr>
        <w:t xml:space="preserve"> در سراسر سرزم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کسان</w:t>
      </w:r>
      <w:r w:rsidRPr="004E2C5E">
        <w:rPr>
          <w:rFonts w:ascii="Tahoma" w:hAnsi="Tahoma" w:cs="Tahoma"/>
          <w:rtl/>
        </w:rPr>
        <w:t xml:space="preserve"> نبود.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ازا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ن‌رو،</w:t>
      </w:r>
      <w:r w:rsidRPr="004E2C5E">
        <w:rPr>
          <w:rFonts w:ascii="Tahoma" w:hAnsi="Tahoma" w:cs="Tahoma"/>
          <w:rtl/>
        </w:rPr>
        <w:t xml:space="preserve"> دوم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مشروطهٔ مشروعه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ز،</w:t>
      </w:r>
      <w:r w:rsidRPr="004E2C5E">
        <w:rPr>
          <w:rFonts w:ascii="Tahoma" w:hAnsi="Tahoma" w:cs="Tahoma"/>
          <w:rtl/>
        </w:rPr>
        <w:t xml:space="preserve"> همچون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نخست، در شرا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ط</w:t>
      </w:r>
      <w:r w:rsidRPr="004E2C5E">
        <w:rPr>
          <w:rFonts w:ascii="Tahoma" w:hAnsi="Tahoma" w:cs="Tahoma"/>
          <w:rtl/>
        </w:rPr>
        <w:t xml:space="preserve"> استقلال کامل کشور صورت نگرفت. در هر دو دوره،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در کشور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اجرا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شد</w:t>
      </w:r>
      <w:r w:rsidRPr="004E2C5E">
        <w:rPr>
          <w:rFonts w:ascii="Tahoma" w:hAnsi="Tahoma" w:cs="Tahoma"/>
          <w:rtl/>
        </w:rPr>
        <w:t xml:space="preserve"> که قدرت‌ها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نه‌تنها از 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رون</w:t>
      </w:r>
      <w:r w:rsidRPr="004E2C5E">
        <w:rPr>
          <w:rFonts w:ascii="Tahoma" w:hAnsi="Tahoma" w:cs="Tahoma"/>
          <w:rtl/>
        </w:rPr>
        <w:t xml:space="preserve"> بر آن فشار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آوردند،</w:t>
      </w:r>
      <w:r w:rsidRPr="004E2C5E">
        <w:rPr>
          <w:rFonts w:ascii="Tahoma" w:hAnsi="Tahoma" w:cs="Tahoma"/>
          <w:rtl/>
        </w:rPr>
        <w:t xml:space="preserve"> بلکه در درون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است</w:t>
      </w:r>
      <w:r w:rsidRPr="004E2C5E">
        <w:rPr>
          <w:rFonts w:ascii="Tahoma" w:hAnsi="Tahoma" w:cs="Tahoma"/>
          <w:rtl/>
        </w:rPr>
        <w:t xml:space="preserve"> آن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رو،</w:t>
      </w:r>
      <w:r w:rsidRPr="004E2C5E">
        <w:rPr>
          <w:rFonts w:ascii="Tahoma" w:hAnsi="Tahoma" w:cs="Tahoma"/>
          <w:rtl/>
        </w:rPr>
        <w:t xml:space="preserve"> متحد و حوزهٔ ن</w:t>
      </w:r>
      <w:r w:rsidRPr="004E2C5E">
        <w:rPr>
          <w:rFonts w:ascii="Tahoma" w:hAnsi="Tahoma" w:cs="Tahoma" w:hint="eastAsia"/>
          <w:rtl/>
        </w:rPr>
        <w:t>فوذ</w:t>
      </w:r>
      <w:r w:rsidRPr="004E2C5E">
        <w:rPr>
          <w:rFonts w:ascii="Tahoma" w:hAnsi="Tahoma" w:cs="Tahoma"/>
          <w:rtl/>
        </w:rPr>
        <w:t xml:space="preserve"> داشتند. باا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ن‌همه،</w:t>
      </w:r>
      <w:r w:rsidRPr="004E2C5E">
        <w:rPr>
          <w:rFonts w:ascii="Tahoma" w:hAnsi="Tahoma" w:cs="Tahoma"/>
          <w:rtl/>
        </w:rPr>
        <w:t xml:space="preserve"> دخالت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تواند</w:t>
      </w:r>
      <w:r w:rsidRPr="004E2C5E">
        <w:rPr>
          <w:rFonts w:ascii="Tahoma" w:hAnsi="Tahoma" w:cs="Tahoma"/>
          <w:rtl/>
        </w:rPr>
        <w:t xml:space="preserve"> به‌تنها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شکست هر دو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را توض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ح</w:t>
      </w:r>
      <w:r w:rsidRPr="004E2C5E">
        <w:rPr>
          <w:rFonts w:ascii="Tahoma" w:hAnsi="Tahoma" w:cs="Tahoma"/>
          <w:rtl/>
        </w:rPr>
        <w:t xml:space="preserve"> دهد؛ 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</w:t>
      </w:r>
      <w:r w:rsidRPr="004E2C5E">
        <w:rPr>
          <w:rFonts w:ascii="Tahoma" w:hAnsi="Tahoma" w:cs="Tahoma"/>
          <w:rtl/>
        </w:rPr>
        <w:t xml:space="preserve"> هم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مداخلات از شکاف‌ها، تناقض‌ها و ناتوان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داخل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بهره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گرفتند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دوره‌ا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 با شهر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ور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۱۳۲۰</w:t>
      </w:r>
      <w:r w:rsidRPr="004E2C5E">
        <w:rPr>
          <w:rFonts w:ascii="Tahoma" w:hAnsi="Tahoma" w:cs="Tahoma"/>
          <w:rtl/>
        </w:rPr>
        <w:t xml:space="preserve"> آغاز شد، نه بازگشت به آرمان‌ها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سکولار و دموکرات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</w:t>
      </w:r>
      <w:r w:rsidRPr="004E2C5E">
        <w:rPr>
          <w:rFonts w:ascii="Tahoma" w:hAnsi="Tahoma" w:cs="Tahoma"/>
          <w:rtl/>
        </w:rPr>
        <w:t xml:space="preserve"> مشروطه‌خواهان اول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</w:t>
      </w:r>
      <w:r w:rsidRPr="004E2C5E">
        <w:rPr>
          <w:rFonts w:ascii="Tahoma" w:hAnsi="Tahoma" w:cs="Tahoma"/>
          <w:rtl/>
        </w:rPr>
        <w:t xml:space="preserve"> بود و نه ادامهٔ سادهٔ استبداد رضاشاه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>. آنچه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ن‌بار</w:t>
      </w:r>
      <w:r w:rsidRPr="004E2C5E">
        <w:rPr>
          <w:rFonts w:ascii="Tahoma" w:hAnsi="Tahoma" w:cs="Tahoma"/>
          <w:rtl/>
        </w:rPr>
        <w:t xml:space="preserve"> به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گذاشته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شد،</w:t>
      </w:r>
      <w:r w:rsidRPr="004E2C5E">
        <w:rPr>
          <w:rFonts w:ascii="Tahoma" w:hAnsi="Tahoma" w:cs="Tahoma"/>
          <w:rtl/>
        </w:rPr>
        <w:t xml:space="preserve"> همان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مشروطهٔ مشروعه بود؛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 قوهٔ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را به شاه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سپرد،</w:t>
      </w:r>
      <w:r w:rsidRPr="004E2C5E">
        <w:rPr>
          <w:rFonts w:ascii="Tahoma" w:hAnsi="Tahoma" w:cs="Tahoma"/>
          <w:rtl/>
        </w:rPr>
        <w:t xml:space="preserve">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را در برابر مجلس مسئول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کرد،</w:t>
      </w:r>
      <w:r w:rsidRPr="004E2C5E">
        <w:rPr>
          <w:rFonts w:ascii="Tahoma" w:hAnsi="Tahoma" w:cs="Tahoma"/>
          <w:rtl/>
        </w:rPr>
        <w:t xml:space="preserve"> حق نظارت بر دولت را به نما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ندگان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داد</w:t>
      </w:r>
      <w:r w:rsidRPr="004E2C5E">
        <w:rPr>
          <w:rFonts w:ascii="Tahoma" w:hAnsi="Tahoma" w:cs="Tahoma"/>
          <w:rtl/>
        </w:rPr>
        <w:t xml:space="preserve"> و در همان حال،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شر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عت</w:t>
      </w:r>
      <w:r w:rsidRPr="004E2C5E">
        <w:rPr>
          <w:rFonts w:ascii="Tahoma" w:hAnsi="Tahoma" w:cs="Tahoma"/>
          <w:rtl/>
        </w:rPr>
        <w:t xml:space="preserve"> و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جا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گاه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 قانون‌گذار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 نظر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گرفت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پرسش</w:t>
      </w:r>
      <w:r w:rsidRPr="004E2C5E">
        <w:rPr>
          <w:rFonts w:ascii="Tahoma" w:hAnsi="Tahoma" w:cs="Tahoma"/>
          <w:rtl/>
        </w:rPr>
        <w:t xml:space="preserve"> اصل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نبود که آ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شاه جوان حاضر خواهد شد فقط سلطنت کند و حکومت را به نخست‌وز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بسپارد. چن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ترت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در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ش‌ب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نشده بود. پرسش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بود که آ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محمدرضاشاه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</w:t>
      </w:r>
      <w:r w:rsidRPr="004E2C5E">
        <w:rPr>
          <w:rFonts w:ascii="Tahoma" w:hAnsi="Tahoma" w:cs="Tahoma"/>
          <w:rtl/>
        </w:rPr>
        <w:t xml:space="preserve"> 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است</w:t>
      </w:r>
      <w:r w:rsidRPr="004E2C5E">
        <w:rPr>
          <w:rFonts w:ascii="Tahoma" w:hAnsi="Tahoma" w:cs="Tahoma"/>
          <w:rtl/>
        </w:rPr>
        <w:t xml:space="preserve"> قوهٔ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را برعهده داشته باشد، ب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آنکه</w:t>
      </w:r>
      <w:r w:rsidRPr="004E2C5E">
        <w:rPr>
          <w:rFonts w:ascii="Tahoma" w:hAnsi="Tahoma" w:cs="Tahoma"/>
          <w:rtl/>
        </w:rPr>
        <w:t xml:space="preserve"> مسئول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و نظارت مجل</w:t>
      </w:r>
      <w:r w:rsidRPr="004E2C5E">
        <w:rPr>
          <w:rFonts w:ascii="Tahoma" w:hAnsi="Tahoma" w:cs="Tahoma" w:hint="eastAsia"/>
          <w:rtl/>
        </w:rPr>
        <w:t>س</w:t>
      </w:r>
      <w:r w:rsidRPr="004E2C5E">
        <w:rPr>
          <w:rFonts w:ascii="Tahoma" w:hAnsi="Tahoma" w:cs="Tahoma"/>
          <w:rtl/>
        </w:rPr>
        <w:t xml:space="preserve"> را از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ببرد. در سو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گر،</w:t>
      </w:r>
      <w:r w:rsidRPr="004E2C5E">
        <w:rPr>
          <w:rFonts w:ascii="Tahoma" w:hAnsi="Tahoma" w:cs="Tahoma"/>
          <w:rtl/>
        </w:rPr>
        <w:t xml:space="preserve"> آ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توانستند</w:t>
      </w:r>
      <w:r w:rsidRPr="004E2C5E">
        <w:rPr>
          <w:rFonts w:ascii="Tahoma" w:hAnsi="Tahoma" w:cs="Tahoma"/>
          <w:rtl/>
        </w:rPr>
        <w:t xml:space="preserve"> هم منصوب شاه باشند و هم در برابر مجلس مسئول بمانند؟ آ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مجلس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</w:t>
      </w:r>
      <w:r w:rsidRPr="004E2C5E">
        <w:rPr>
          <w:rFonts w:ascii="Tahoma" w:hAnsi="Tahoma" w:cs="Tahoma"/>
          <w:rtl/>
        </w:rPr>
        <w:t xml:space="preserve"> بر دولت نظارت کند، ب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آنکه</w:t>
      </w:r>
      <w:r w:rsidRPr="004E2C5E">
        <w:rPr>
          <w:rFonts w:ascii="Tahoma" w:hAnsi="Tahoma" w:cs="Tahoma"/>
          <w:rtl/>
        </w:rPr>
        <w:t xml:space="preserve"> خود به جانش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قوهٔ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تبد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ل</w:t>
      </w:r>
      <w:r w:rsidRPr="004E2C5E">
        <w:rPr>
          <w:rFonts w:ascii="Tahoma" w:hAnsi="Tahoma" w:cs="Tahoma"/>
          <w:rtl/>
        </w:rPr>
        <w:t xml:space="preserve"> شود؟ و آ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/>
          <w:rtl/>
        </w:rPr>
        <w:t xml:space="preserve">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توانستند</w:t>
      </w:r>
      <w:r w:rsidRPr="004E2C5E">
        <w:rPr>
          <w:rFonts w:ascii="Tahoma" w:hAnsi="Tahoma" w:cs="Tahoma"/>
          <w:rtl/>
        </w:rPr>
        <w:t xml:space="preserve"> در محدودهٔ مقرر در قانون باق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بمانند،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>ا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کوش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دند</w:t>
      </w:r>
      <w:r w:rsidRPr="004E2C5E">
        <w:rPr>
          <w:rFonts w:ascii="Tahoma" w:hAnsi="Tahoma" w:cs="Tahoma"/>
          <w:rtl/>
        </w:rPr>
        <w:t xml:space="preserve"> شر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عت</w:t>
      </w:r>
      <w:r w:rsidRPr="004E2C5E">
        <w:rPr>
          <w:rFonts w:ascii="Tahoma" w:hAnsi="Tahoma" w:cs="Tahoma"/>
          <w:rtl/>
        </w:rPr>
        <w:t xml:space="preserve"> را بر همهٔ نهادها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انتخاب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مسلط سازند؟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سال‌ها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۱۳۲۰</w:t>
      </w:r>
      <w:r w:rsidRPr="004E2C5E">
        <w:rPr>
          <w:rFonts w:ascii="Tahoma" w:hAnsi="Tahoma" w:cs="Tahoma"/>
          <w:rtl/>
        </w:rPr>
        <w:t xml:space="preserve"> تا </w:t>
      </w:r>
      <w:r w:rsidRPr="004E2C5E">
        <w:rPr>
          <w:rFonts w:ascii="Tahoma" w:hAnsi="Tahoma" w:cs="Tahoma"/>
          <w:rtl/>
          <w:lang w:bidi="fa-IR"/>
        </w:rPr>
        <w:t>۱۳۳۲</w:t>
      </w:r>
      <w:r w:rsidRPr="004E2C5E">
        <w:rPr>
          <w:rFonts w:ascii="Tahoma" w:hAnsi="Tahoma" w:cs="Tahoma"/>
          <w:rtl/>
        </w:rPr>
        <w:t xml:space="preserve"> را با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دوم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دورهٔ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قانون اساس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مشروطهٔ مشروعه دانست؛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که، همچون دورهٔ پس از فتح تهران، نزد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</w:t>
      </w:r>
      <w:r w:rsidRPr="004E2C5E">
        <w:rPr>
          <w:rFonts w:ascii="Tahoma" w:hAnsi="Tahoma" w:cs="Tahoma"/>
          <w:rtl/>
        </w:rPr>
        <w:t xml:space="preserve"> به دوازده سال دوام آورد. در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سال‌ها، شاه حضور و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/>
          <w:rtl/>
        </w:rPr>
        <w:t xml:space="preserve"> داشت، اما قدرت مطلق نداشت. مجلس فعال بود، اما رئ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س</w:t>
      </w:r>
      <w:r w:rsidRPr="004E2C5E">
        <w:rPr>
          <w:rFonts w:ascii="Tahoma" w:hAnsi="Tahoma" w:cs="Tahoma"/>
          <w:rtl/>
        </w:rPr>
        <w:t xml:space="preserve"> مستقل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قوهٔ ا</w:t>
      </w:r>
      <w:r w:rsidRPr="004E2C5E">
        <w:rPr>
          <w:rFonts w:ascii="Tahoma" w:hAnsi="Tahoma" w:cs="Tahoma" w:hint="eastAsia"/>
          <w:rtl/>
        </w:rPr>
        <w:t>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تع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نم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کرد</w:t>
      </w:r>
      <w:r w:rsidRPr="004E2C5E">
        <w:rPr>
          <w:rFonts w:ascii="Tahoma" w:hAnsi="Tahoma" w:cs="Tahoma"/>
          <w:rtl/>
        </w:rPr>
        <w:t>.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مسئول بودند، اما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ارادهٔ شاه و خواست مجلس قرار داشتند.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نکاران</w:t>
      </w:r>
      <w:r w:rsidRPr="004E2C5E">
        <w:rPr>
          <w:rFonts w:ascii="Tahoma" w:hAnsi="Tahoma" w:cs="Tahoma"/>
          <w:rtl/>
        </w:rPr>
        <w:t xml:space="preserve"> دوباره به صحنه بازگشته بودند و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کوش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 xml:space="preserve"> در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تغ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پ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درپ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دولت‌ها استمرار دستگاه حکومت را حفظ کند.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آزما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</w:t>
      </w:r>
      <w:r w:rsidRPr="004E2C5E">
        <w:rPr>
          <w:rFonts w:ascii="Tahoma" w:hAnsi="Tahoma" w:cs="Tahoma"/>
          <w:rtl/>
        </w:rPr>
        <w:t xml:space="preserve"> نتوانست توازن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پا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دار</w:t>
      </w:r>
      <w:r w:rsidRPr="004E2C5E">
        <w:rPr>
          <w:rFonts w:ascii="Tahoma" w:hAnsi="Tahoma" w:cs="Tahoma"/>
          <w:rtl/>
        </w:rPr>
        <w:t xml:space="preserve"> 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ان</w:t>
      </w:r>
      <w:r w:rsidRPr="004E2C5E">
        <w:rPr>
          <w:rFonts w:ascii="Tahoma" w:hAnsi="Tahoma" w:cs="Tahoma"/>
          <w:rtl/>
        </w:rPr>
        <w:t xml:space="preserve"> اخت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ار</w:t>
      </w:r>
      <w:r w:rsidRPr="004E2C5E">
        <w:rPr>
          <w:rFonts w:ascii="Tahoma" w:hAnsi="Tahoma" w:cs="Tahoma"/>
          <w:rtl/>
        </w:rPr>
        <w:t xml:space="preserve"> و مسئول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ت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جاد</w:t>
      </w:r>
      <w:r w:rsidRPr="004E2C5E">
        <w:rPr>
          <w:rFonts w:ascii="Tahoma" w:hAnsi="Tahoma" w:cs="Tahoma"/>
          <w:rtl/>
        </w:rPr>
        <w:t xml:space="preserve"> کند. دوگانگ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ساختمان قوهٔ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رقابت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چهارگانه، حضور قدرت‌ها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خارج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،</w:t>
      </w:r>
      <w:r w:rsidRPr="004E2C5E">
        <w:rPr>
          <w:rFonts w:ascii="Tahoma" w:hAnsi="Tahoma" w:cs="Tahoma"/>
          <w:rtl/>
        </w:rPr>
        <w:t xml:space="preserve"> ضعف احزاب و ب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ثبات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دولت‌ها، کشوردار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را به سو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بحران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کشاند که در </w:t>
      </w:r>
      <w:r w:rsidRPr="004E2C5E">
        <w:rPr>
          <w:rFonts w:ascii="Tahoma" w:hAnsi="Tahoma" w:cs="Tahoma"/>
          <w:rtl/>
          <w:lang w:bidi="fa-IR"/>
        </w:rPr>
        <w:t>۲۸</w:t>
      </w:r>
      <w:r w:rsidRPr="004E2C5E">
        <w:rPr>
          <w:rFonts w:ascii="Tahoma" w:hAnsi="Tahoma" w:cs="Tahoma"/>
          <w:rtl/>
        </w:rPr>
        <w:t xml:space="preserve"> امرداد </w:t>
      </w:r>
      <w:r w:rsidRPr="004E2C5E">
        <w:rPr>
          <w:rFonts w:ascii="Tahoma" w:hAnsi="Tahoma" w:cs="Tahoma"/>
          <w:rtl/>
          <w:lang w:bidi="fa-IR"/>
        </w:rPr>
        <w:t>۱۳۳۲</w:t>
      </w:r>
      <w:r w:rsidRPr="004E2C5E">
        <w:rPr>
          <w:rFonts w:ascii="Tahoma" w:hAnsi="Tahoma" w:cs="Tahoma"/>
          <w:rtl/>
        </w:rPr>
        <w:t xml:space="preserve"> به نقطهٔ تع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 w:hint="eastAsia"/>
          <w:rtl/>
        </w:rPr>
        <w:t>ن‌کنندهٔ</w:t>
      </w:r>
      <w:r w:rsidRPr="004E2C5E">
        <w:rPr>
          <w:rFonts w:ascii="Tahoma" w:hAnsi="Tahoma" w:cs="Tahoma"/>
          <w:rtl/>
        </w:rPr>
        <w:t xml:space="preserve"> خ</w:t>
      </w:r>
      <w:r w:rsidRPr="004E2C5E">
        <w:rPr>
          <w:rFonts w:ascii="Tahoma" w:hAnsi="Tahoma" w:cs="Tahoma" w:hint="eastAsia"/>
          <w:rtl/>
        </w:rPr>
        <w:t>ود</w:t>
      </w:r>
      <w:r w:rsidRPr="004E2C5E">
        <w:rPr>
          <w:rFonts w:ascii="Tahoma" w:hAnsi="Tahoma" w:cs="Tahoma"/>
          <w:rtl/>
        </w:rPr>
        <w:t xml:space="preserve"> رس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>.</w:t>
      </w:r>
    </w:p>
    <w:p w:rsidR="004E2C5E" w:rsidRP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</w:rPr>
      </w:pPr>
      <w:r w:rsidRPr="004E2C5E">
        <w:rPr>
          <w:rFonts w:ascii="Tahoma" w:hAnsi="Tahoma" w:cs="Tahoma" w:hint="eastAsia"/>
          <w:rtl/>
        </w:rPr>
        <w:t>پس</w:t>
      </w:r>
      <w:r w:rsidRPr="004E2C5E">
        <w:rPr>
          <w:rFonts w:ascii="Tahoma" w:hAnsi="Tahoma" w:cs="Tahoma"/>
          <w:rtl/>
        </w:rPr>
        <w:t xml:space="preserve"> از </w:t>
      </w:r>
      <w:r w:rsidRPr="004E2C5E">
        <w:rPr>
          <w:rFonts w:ascii="Tahoma" w:hAnsi="Tahoma" w:cs="Tahoma"/>
          <w:rtl/>
          <w:lang w:bidi="fa-IR"/>
        </w:rPr>
        <w:t>۲۸</w:t>
      </w:r>
      <w:r w:rsidRPr="004E2C5E">
        <w:rPr>
          <w:rFonts w:ascii="Tahoma" w:hAnsi="Tahoma" w:cs="Tahoma"/>
          <w:rtl/>
        </w:rPr>
        <w:t xml:space="preserve"> امرداد، محمدرضاشاه از 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است</w:t>
      </w:r>
      <w:r w:rsidRPr="004E2C5E">
        <w:rPr>
          <w:rFonts w:ascii="Tahoma" w:hAnsi="Tahoma" w:cs="Tahoma"/>
          <w:rtl/>
        </w:rPr>
        <w:t xml:space="preserve"> قانون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قوهٔ اجرا</w:t>
      </w:r>
      <w:r w:rsidRPr="004E2C5E">
        <w:rPr>
          <w:rFonts w:ascii="Tahoma" w:hAnsi="Tahoma" w:cs="Tahoma" w:hint="cs"/>
          <w:rtl/>
        </w:rPr>
        <w:t>یی</w:t>
      </w:r>
      <w:r w:rsidRPr="004E2C5E">
        <w:rPr>
          <w:rFonts w:ascii="Tahoma" w:hAnsi="Tahoma" w:cs="Tahoma"/>
          <w:rtl/>
        </w:rPr>
        <w:t xml:space="preserve"> به سو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تمرکز هرچه ب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شتر</w:t>
      </w:r>
      <w:r w:rsidRPr="004E2C5E">
        <w:rPr>
          <w:rFonts w:ascii="Tahoma" w:hAnsi="Tahoma" w:cs="Tahoma"/>
          <w:rtl/>
        </w:rPr>
        <w:t xml:space="preserve"> قدرت در شخص خود حرکت کرد. 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حرکت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کباره</w:t>
      </w:r>
      <w:r w:rsidRPr="004E2C5E">
        <w:rPr>
          <w:rFonts w:ascii="Tahoma" w:hAnsi="Tahoma" w:cs="Tahoma"/>
          <w:rtl/>
        </w:rPr>
        <w:t xml:space="preserve"> کامل نشد، اما سرآغاز بازگشت تدر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ج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نظر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هٔ</w:t>
      </w:r>
      <w:r w:rsidRPr="004E2C5E">
        <w:rPr>
          <w:rFonts w:ascii="Tahoma" w:hAnsi="Tahoma" w:cs="Tahoma"/>
          <w:rtl/>
        </w:rPr>
        <w:t xml:space="preserve"> مستبد منور بود. بار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گر</w:t>
      </w:r>
      <w:r w:rsidRPr="004E2C5E">
        <w:rPr>
          <w:rFonts w:ascii="Tahoma" w:hAnsi="Tahoma" w:cs="Tahoma"/>
          <w:rtl/>
        </w:rPr>
        <w:t xml:space="preserve"> قرار شد شاه با تک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ه</w:t>
      </w:r>
      <w:r w:rsidRPr="004E2C5E">
        <w:rPr>
          <w:rFonts w:ascii="Tahoma" w:hAnsi="Tahoma" w:cs="Tahoma"/>
          <w:rtl/>
        </w:rPr>
        <w:t xml:space="preserve"> بر ارتش و 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وانسالار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کشور را نوساز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کند و در ه</w:t>
      </w:r>
      <w:r w:rsidRPr="004E2C5E">
        <w:rPr>
          <w:rFonts w:ascii="Tahoma" w:hAnsi="Tahoma" w:cs="Tahoma" w:hint="eastAsia"/>
          <w:rtl/>
        </w:rPr>
        <w:t>مان</w:t>
      </w:r>
      <w:r w:rsidRPr="004E2C5E">
        <w:rPr>
          <w:rFonts w:ascii="Tahoma" w:hAnsi="Tahoma" w:cs="Tahoma"/>
          <w:rtl/>
        </w:rPr>
        <w:t xml:space="preserve"> حال، مجلس، وز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ران</w:t>
      </w:r>
      <w:r w:rsidRPr="004E2C5E">
        <w:rPr>
          <w:rFonts w:ascii="Tahoma" w:hAnsi="Tahoma" w:cs="Tahoma"/>
          <w:rtl/>
        </w:rPr>
        <w:t xml:space="preserve"> و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روها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اس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را ز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ر</w:t>
      </w:r>
      <w:r w:rsidRPr="004E2C5E">
        <w:rPr>
          <w:rFonts w:ascii="Tahoma" w:hAnsi="Tahoma" w:cs="Tahoma"/>
          <w:rtl/>
        </w:rPr>
        <w:t xml:space="preserve"> فرمان خود درآورد.</w:t>
      </w:r>
    </w:p>
    <w:p w:rsidR="004E2C5E" w:rsidRDefault="004E2C5E" w:rsidP="004E2C5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4E2C5E">
        <w:rPr>
          <w:rFonts w:ascii="Tahoma" w:hAnsi="Tahoma" w:cs="Tahoma" w:hint="eastAsia"/>
          <w:rtl/>
        </w:rPr>
        <w:t>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تقارن را نم</w:t>
      </w:r>
      <w:r w:rsidRPr="004E2C5E">
        <w:rPr>
          <w:rFonts w:ascii="Tahoma" w:hAnsi="Tahoma" w:cs="Tahoma" w:hint="cs"/>
          <w:rtl/>
        </w:rPr>
        <w:t>ی‌</w:t>
      </w:r>
      <w:r w:rsidRPr="004E2C5E">
        <w:rPr>
          <w:rFonts w:ascii="Tahoma" w:hAnsi="Tahoma" w:cs="Tahoma" w:hint="eastAsia"/>
          <w:rtl/>
        </w:rPr>
        <w:t>توان</w:t>
      </w:r>
      <w:r w:rsidRPr="004E2C5E">
        <w:rPr>
          <w:rFonts w:ascii="Tahoma" w:hAnsi="Tahoma" w:cs="Tahoma"/>
          <w:rtl/>
        </w:rPr>
        <w:t xml:space="preserve"> ناد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ده</w:t>
      </w:r>
      <w:r w:rsidRPr="004E2C5E">
        <w:rPr>
          <w:rFonts w:ascii="Tahoma" w:hAnsi="Tahoma" w:cs="Tahoma"/>
          <w:rtl/>
        </w:rPr>
        <w:t xml:space="preserve"> گرفت. نخست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دورهٔ اجرا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مشروطهٔ مشروعه، از فتح تهران و مجلس دوم تا کودتا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۱۲۹۹</w:t>
      </w:r>
      <w:r w:rsidRPr="004E2C5E">
        <w:rPr>
          <w:rFonts w:ascii="Tahoma" w:hAnsi="Tahoma" w:cs="Tahoma"/>
          <w:rtl/>
        </w:rPr>
        <w:t>، نزد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ک</w:t>
      </w:r>
      <w:r w:rsidRPr="004E2C5E">
        <w:rPr>
          <w:rFonts w:ascii="Tahoma" w:hAnsi="Tahoma" w:cs="Tahoma"/>
          <w:rtl/>
        </w:rPr>
        <w:t xml:space="preserve"> به دوازده سال دوام آورد و به پ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دا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ش</w:t>
      </w:r>
      <w:r w:rsidRPr="004E2C5E">
        <w:rPr>
          <w:rFonts w:ascii="Tahoma" w:hAnsi="Tahoma" w:cs="Tahoma"/>
          <w:rtl/>
        </w:rPr>
        <w:t xml:space="preserve"> مستبد منور انجام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>. دوم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ن</w:t>
      </w:r>
      <w:r w:rsidRPr="004E2C5E">
        <w:rPr>
          <w:rFonts w:ascii="Tahoma" w:hAnsi="Tahoma" w:cs="Tahoma"/>
          <w:rtl/>
        </w:rPr>
        <w:t xml:space="preserve"> دوره ن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ز،</w:t>
      </w:r>
      <w:r w:rsidRPr="004E2C5E">
        <w:rPr>
          <w:rFonts w:ascii="Tahoma" w:hAnsi="Tahoma" w:cs="Tahoma"/>
          <w:rtl/>
        </w:rPr>
        <w:t xml:space="preserve"> از شهر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ور</w:t>
      </w:r>
      <w:r w:rsidRPr="004E2C5E">
        <w:rPr>
          <w:rFonts w:ascii="Tahoma" w:hAnsi="Tahoma" w:cs="Tahoma"/>
          <w:rtl/>
        </w:rPr>
        <w:t xml:space="preserve"> </w:t>
      </w:r>
      <w:r w:rsidRPr="004E2C5E">
        <w:rPr>
          <w:rFonts w:ascii="Tahoma" w:hAnsi="Tahoma" w:cs="Tahoma"/>
          <w:rtl/>
          <w:lang w:bidi="fa-IR"/>
        </w:rPr>
        <w:t>۱۳۲۰</w:t>
      </w:r>
      <w:r w:rsidRPr="004E2C5E">
        <w:rPr>
          <w:rFonts w:ascii="Tahoma" w:hAnsi="Tahoma" w:cs="Tahoma"/>
          <w:rtl/>
        </w:rPr>
        <w:t xml:space="preserve"> تا </w:t>
      </w:r>
      <w:r w:rsidRPr="004E2C5E">
        <w:rPr>
          <w:rFonts w:ascii="Tahoma" w:hAnsi="Tahoma" w:cs="Tahoma"/>
          <w:rtl/>
          <w:lang w:bidi="fa-IR"/>
        </w:rPr>
        <w:t>۲۸</w:t>
      </w:r>
      <w:r w:rsidRPr="004E2C5E">
        <w:rPr>
          <w:rFonts w:ascii="Tahoma" w:hAnsi="Tahoma" w:cs="Tahoma"/>
          <w:rtl/>
        </w:rPr>
        <w:t xml:space="preserve"> امرداد </w:t>
      </w:r>
      <w:r w:rsidRPr="004E2C5E">
        <w:rPr>
          <w:rFonts w:ascii="Tahoma" w:hAnsi="Tahoma" w:cs="Tahoma"/>
          <w:rtl/>
          <w:lang w:bidi="fa-IR"/>
        </w:rPr>
        <w:t>۱۳۳۲</w:t>
      </w:r>
      <w:r w:rsidRPr="004E2C5E">
        <w:rPr>
          <w:rFonts w:ascii="Tahoma" w:hAnsi="Tahoma" w:cs="Tahoma"/>
          <w:rtl/>
        </w:rPr>
        <w:t>، تقر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باً</w:t>
      </w:r>
      <w:r w:rsidRPr="004E2C5E">
        <w:rPr>
          <w:rFonts w:ascii="Tahoma" w:hAnsi="Tahoma" w:cs="Tahoma"/>
          <w:rtl/>
        </w:rPr>
        <w:t xml:space="preserve"> دوازده سال ادامه 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افت</w:t>
      </w:r>
      <w:r w:rsidRPr="004E2C5E">
        <w:rPr>
          <w:rFonts w:ascii="Tahoma" w:hAnsi="Tahoma" w:cs="Tahoma"/>
          <w:rtl/>
        </w:rPr>
        <w:t xml:space="preserve"> و به بازگشت مستبد منور انجام</w:t>
      </w:r>
      <w:r w:rsidRPr="004E2C5E">
        <w:rPr>
          <w:rFonts w:ascii="Tahoma" w:hAnsi="Tahoma" w:cs="Tahoma" w:hint="cs"/>
          <w:rtl/>
        </w:rPr>
        <w:t>ی</w:t>
      </w:r>
      <w:r w:rsidRPr="004E2C5E">
        <w:rPr>
          <w:rFonts w:ascii="Tahoma" w:hAnsi="Tahoma" w:cs="Tahoma" w:hint="eastAsia"/>
          <w:rtl/>
        </w:rPr>
        <w:t>د</w:t>
      </w:r>
      <w:r w:rsidRPr="004E2C5E">
        <w:rPr>
          <w:rFonts w:ascii="Tahoma" w:hAnsi="Tahoma" w:cs="Tahoma"/>
          <w:rtl/>
        </w:rPr>
        <w:t>.</w:t>
      </w:r>
    </w:p>
    <w:p w:rsidR="004E2C5E" w:rsidRDefault="004E2C5E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4E2C5E" w:rsidRPr="00591D85" w:rsidRDefault="004E2C5E" w:rsidP="00591D85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4" w:name="Vol1Chapter02"/>
      <w:bookmarkEnd w:id="4"/>
      <w:r w:rsidRPr="00591D85">
        <w:rPr>
          <w:rFonts w:asciiTheme="majorBidi" w:hAnsiTheme="majorBidi" w:cstheme="majorBidi"/>
          <w:b/>
          <w:bCs/>
          <w:sz w:val="36"/>
          <w:szCs w:val="36"/>
          <w:rtl/>
        </w:rPr>
        <w:t>فصل دوم</w:t>
      </w:r>
    </w:p>
    <w:p w:rsidR="00591D85" w:rsidRPr="00591D85" w:rsidRDefault="00591D85" w:rsidP="00591D85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591D85">
        <w:rPr>
          <w:rFonts w:asciiTheme="majorBidi" w:hAnsiTheme="majorBidi" w:cstheme="majorBidi"/>
          <w:b/>
          <w:bCs/>
          <w:sz w:val="36"/>
          <w:szCs w:val="36"/>
          <w:rtl/>
        </w:rPr>
        <w:t>دوازده سال دوم؛ آزمایش دوبارهٔ مشروطهٔ مشروعه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دوم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آزما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اجرا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مشروطهٔ مشروعه در وضع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آغاز شد که 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چ‌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/>
          <w:rtl/>
        </w:rPr>
        <w:t xml:space="preserve"> از شرا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ط</w:t>
      </w:r>
      <w:r w:rsidRPr="00591D85">
        <w:rPr>
          <w:rFonts w:ascii="Tahoma" w:hAnsi="Tahoma" w:cs="Tahoma"/>
          <w:rtl/>
        </w:rPr>
        <w:t xml:space="preserve"> لازم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داور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منصفانه دربارهٔ آن فراهم نبود. پادشاه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در نت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جهٔ</w:t>
      </w:r>
      <w:r w:rsidRPr="00591D85">
        <w:rPr>
          <w:rFonts w:ascii="Tahoma" w:hAnsi="Tahoma" w:cs="Tahoma"/>
          <w:rtl/>
        </w:rPr>
        <w:t xml:space="preserve"> اشغال کشور ناچار به کناره‌گ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شده بود؛ پادشاه تازه جوان، کم‌تجربه و فاقد اقتدار مستقل بود؛ ارتش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ستون اصل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حکومت رضاشاه شمرده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شد،</w:t>
      </w:r>
      <w:r w:rsidRPr="00591D85">
        <w:rPr>
          <w:rFonts w:ascii="Tahoma" w:hAnsi="Tahoma" w:cs="Tahoma"/>
          <w:rtl/>
        </w:rPr>
        <w:t xml:space="preserve"> در برخورد با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اشغالگر از هم گس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خته</w:t>
      </w:r>
      <w:r w:rsidRPr="00591D85">
        <w:rPr>
          <w:rFonts w:ascii="Tahoma" w:hAnsi="Tahoma" w:cs="Tahoma"/>
          <w:rtl/>
        </w:rPr>
        <w:t xml:space="preserve"> بود؛ مجلس موجود از انتخابات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برآمده بود که در دورهٔ استبداد منور انجام گرفته بود؛ و دولت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در سرزم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حکومت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</w:t>
      </w:r>
      <w:r w:rsidRPr="00591D85">
        <w:rPr>
          <w:rFonts w:ascii="Tahoma" w:hAnsi="Tahoma" w:cs="Tahoma"/>
          <w:rtl/>
        </w:rPr>
        <w:t xml:space="preserve"> که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/>
          <w:rtl/>
        </w:rPr>
        <w:t xml:space="preserve"> بخش‌ها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بزرگ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آن عملاً در دست ارتش‌ها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و ا</w:t>
      </w:r>
      <w:r w:rsidRPr="00591D85">
        <w:rPr>
          <w:rFonts w:ascii="Tahoma" w:hAnsi="Tahoma" w:cs="Tahoma" w:hint="eastAsia"/>
          <w:rtl/>
        </w:rPr>
        <w:t>تحاد</w:t>
      </w:r>
      <w:r w:rsidRPr="00591D85">
        <w:rPr>
          <w:rFonts w:ascii="Tahoma" w:hAnsi="Tahoma" w:cs="Tahoma"/>
          <w:rtl/>
        </w:rPr>
        <w:t xml:space="preserve"> شورو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قرار داشت.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وضع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از همان آغاز تناقض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دل دوم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آزما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پد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آورد.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دوباره امکان اجرا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افته</w:t>
      </w:r>
      <w:r w:rsidRPr="00591D85">
        <w:rPr>
          <w:rFonts w:ascii="Tahoma" w:hAnsi="Tahoma" w:cs="Tahoma"/>
          <w:rtl/>
        </w:rPr>
        <w:t xml:space="preserve"> بود، اما حاکم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مل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که شرط نخست اجرا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هر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است، وجود کامل نداشت. شاه قدرت مطلق پدر را از دست داده بود، اما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قدرت به نهاد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و مسئول منتقل نشده </w:t>
      </w:r>
      <w:r w:rsidRPr="00591D85">
        <w:rPr>
          <w:rFonts w:ascii="Tahoma" w:hAnsi="Tahoma" w:cs="Tahoma" w:hint="eastAsia"/>
          <w:rtl/>
        </w:rPr>
        <w:t>بود</w:t>
      </w:r>
      <w:r w:rsidRPr="00591D85">
        <w:rPr>
          <w:rFonts w:ascii="Tahoma" w:hAnsi="Tahoma" w:cs="Tahoma"/>
          <w:rtl/>
        </w:rPr>
        <w:t>. مجلس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توانست</w:t>
      </w:r>
      <w:r w:rsidRPr="00591D85">
        <w:rPr>
          <w:rFonts w:ascii="Tahoma" w:hAnsi="Tahoma" w:cs="Tahoma"/>
          <w:rtl/>
        </w:rPr>
        <w:t xml:space="preserve"> سخن بگو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و دولت را مورد پرسش قرار دهد، اما خود آن مجلس از انتخابات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آزاد و مستقل 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رون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امده</w:t>
      </w:r>
      <w:r w:rsidRPr="00591D85">
        <w:rPr>
          <w:rFonts w:ascii="Tahoma" w:hAnsi="Tahoma" w:cs="Tahoma"/>
          <w:rtl/>
        </w:rPr>
        <w:t xml:space="preserve"> بود.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در برابر مجلس مسئول بودند، 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ادارهٔ کشور ناچار بودند خواست‌ها و محدود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اشغالگر را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در نظر بگ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رند</w:t>
      </w:r>
      <w:r w:rsidRPr="00591D85">
        <w:rPr>
          <w:rFonts w:ascii="Tahoma" w:hAnsi="Tahoma" w:cs="Tahoma"/>
          <w:rtl/>
        </w:rPr>
        <w:t>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ازا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ن‌رو،</w:t>
      </w:r>
      <w:r w:rsidRPr="00591D85">
        <w:rPr>
          <w:rFonts w:ascii="Tahoma" w:hAnsi="Tahoma" w:cs="Tahoma"/>
          <w:rtl/>
        </w:rPr>
        <w:t xml:space="preserve"> شهر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ور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/>
          <w:rtl/>
          <w:lang w:bidi="fa-IR"/>
        </w:rPr>
        <w:t>۱۳۲۰</w:t>
      </w:r>
      <w:r w:rsidRPr="00591D85">
        <w:rPr>
          <w:rFonts w:ascii="Tahoma" w:hAnsi="Tahoma" w:cs="Tahoma"/>
          <w:rtl/>
        </w:rPr>
        <w:t xml:space="preserve"> را نبا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روز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دانست که در آن استبداد به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رس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و دموکراس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آغاز شد. آنچه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افت،</w:t>
      </w:r>
      <w:r w:rsidRPr="00591D85">
        <w:rPr>
          <w:rFonts w:ascii="Tahoma" w:hAnsi="Tahoma" w:cs="Tahoma"/>
          <w:rtl/>
        </w:rPr>
        <w:t xml:space="preserve"> تمرکز همهٔ قدرت در دست رضاشاه بود. با کناررفتن او،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که نزد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/>
          <w:rtl/>
        </w:rPr>
        <w:t xml:space="preserve"> به دو دهه 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فشار حکومت مرکز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قرار گرفته بودند، دوباره امکان حرکت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افتند؛</w:t>
      </w:r>
      <w:r w:rsidRPr="00591D85">
        <w:rPr>
          <w:rFonts w:ascii="Tahoma" w:hAnsi="Tahoma" w:cs="Tahoma"/>
          <w:rtl/>
        </w:rPr>
        <w:t xml:space="preserve"> ام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آزاد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/>
          <w:rtl/>
        </w:rPr>
        <w:t xml:space="preserve"> لزوماً به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حاکم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ملت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کشوردار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قانون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منجر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شد</w:t>
      </w:r>
      <w:r w:rsidRPr="00591D85">
        <w:rPr>
          <w:rFonts w:ascii="Tahoma" w:hAnsi="Tahoma" w:cs="Tahoma"/>
          <w:rtl/>
        </w:rPr>
        <w:t>. آنچه پد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آمد، 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دان</w:t>
      </w:r>
      <w:r w:rsidRPr="00591D85">
        <w:rPr>
          <w:rFonts w:ascii="Tahoma" w:hAnsi="Tahoma" w:cs="Tahoma"/>
          <w:rtl/>
        </w:rPr>
        <w:t xml:space="preserve"> تازه‌ا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رقابت دربار، مجلس،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ران،</w:t>
      </w:r>
      <w:r w:rsidRPr="00591D85">
        <w:rPr>
          <w:rFonts w:ascii="Tahoma" w:hAnsi="Tahoma" w:cs="Tahoma"/>
          <w:rtl/>
        </w:rPr>
        <w:t xml:space="preserve"> نظام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ان،</w:t>
      </w:r>
      <w:r w:rsidRPr="00591D85">
        <w:rPr>
          <w:rFonts w:ascii="Tahoma" w:hAnsi="Tahoma" w:cs="Tahoma"/>
          <w:rtl/>
        </w:rPr>
        <w:t xml:space="preserve">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نکاران،</w:t>
      </w:r>
      <w:r w:rsidRPr="00591D85">
        <w:rPr>
          <w:rFonts w:ascii="Tahoma" w:hAnsi="Tahoma" w:cs="Tahoma"/>
          <w:rtl/>
        </w:rPr>
        <w:t xml:space="preserve">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وانسالاران،</w:t>
      </w:r>
      <w:r w:rsidRPr="00591D85">
        <w:rPr>
          <w:rFonts w:ascii="Tahoma" w:hAnsi="Tahoma" w:cs="Tahoma"/>
          <w:rtl/>
        </w:rPr>
        <w:t xml:space="preserve"> صاحبان ثروت،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محل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احزاب تازه‌تأس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س</w:t>
      </w:r>
      <w:r w:rsidRPr="00591D85">
        <w:rPr>
          <w:rFonts w:ascii="Tahoma" w:hAnsi="Tahoma" w:cs="Tahoma"/>
          <w:rtl/>
        </w:rPr>
        <w:t xml:space="preserve"> و دولت‌ها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خارج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بود.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در</w:t>
      </w:r>
      <w:r w:rsidRPr="00591D85">
        <w:rPr>
          <w:rFonts w:ascii="Tahoma" w:hAnsi="Tahoma" w:cs="Tahoma"/>
          <w:rtl/>
        </w:rPr>
        <w:t xml:space="preserve"> نخست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دورهٔ دوازده‌ساله، از فتح تهران تا کودتا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/>
          <w:rtl/>
          <w:lang w:bidi="fa-IR"/>
        </w:rPr>
        <w:t>۱۲۹۹</w:t>
      </w:r>
      <w:r w:rsidRPr="00591D85">
        <w:rPr>
          <w:rFonts w:ascii="Tahoma" w:hAnsi="Tahoma" w:cs="Tahoma"/>
          <w:rtl/>
        </w:rPr>
        <w:t>، ضعف حکومت مرکز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علت‌ها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اصل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ناکام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مشروطهٔ مشروعه بود. دولت ابزار لازم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اجرا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تصم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خود را نداشت. ارتش واحد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کار نبود، درآمد حکومت ناچ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بود،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وان</w:t>
      </w:r>
      <w:r w:rsidRPr="00591D85">
        <w:rPr>
          <w:rFonts w:ascii="Tahoma" w:hAnsi="Tahoma" w:cs="Tahoma"/>
          <w:rtl/>
        </w:rPr>
        <w:t xml:space="preserve"> در سراسر کشور حضور مؤثر نداشت و بخش‌ها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از سرزم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نفوذ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محل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خارج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قرار گرفته بود. در دوم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دورهٔ دوازده‌ساله، بخش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کمبودها برطرف شده بود. رضاشاه ارتش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سراسر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وانسالار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گسترده و دستگاه حکومت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متمرکز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به جا گذاشته بود. بنابرا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ن،</w:t>
      </w:r>
      <w:r w:rsidRPr="00591D85">
        <w:rPr>
          <w:rFonts w:ascii="Tahoma" w:hAnsi="Tahoma" w:cs="Tahoma"/>
          <w:rtl/>
        </w:rPr>
        <w:t xml:space="preserve"> اگر آزما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دوم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شکست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خورد،</w:t>
      </w:r>
      <w:r w:rsidRPr="00591D85">
        <w:rPr>
          <w:rFonts w:ascii="Tahoma" w:hAnsi="Tahoma" w:cs="Tahoma"/>
          <w:rtl/>
        </w:rPr>
        <w:t xml:space="preserve">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گر</w:t>
      </w:r>
      <w:r w:rsidRPr="00591D85">
        <w:rPr>
          <w:rFonts w:ascii="Tahoma" w:hAnsi="Tahoma" w:cs="Tahoma"/>
          <w:rtl/>
        </w:rPr>
        <w:t xml:space="preserve">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شد</w:t>
      </w:r>
      <w:r w:rsidRPr="00591D85">
        <w:rPr>
          <w:rFonts w:ascii="Tahoma" w:hAnsi="Tahoma" w:cs="Tahoma"/>
          <w:rtl/>
        </w:rPr>
        <w:t xml:space="preserve"> همهٔ مسئول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را بر دوش فقدان ابزارها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کشوردار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گذاشت.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اما</w:t>
      </w:r>
      <w:r w:rsidRPr="00591D85">
        <w:rPr>
          <w:rFonts w:ascii="Tahoma" w:hAnsi="Tahoma" w:cs="Tahoma"/>
          <w:rtl/>
        </w:rPr>
        <w:t xml:space="preserve"> ابزارها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که رضاشاه ساخته بود،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خدمت به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/>
          <w:rtl/>
        </w:rPr>
        <w:t xml:space="preserve"> حکومت قانون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پاسخ‌گو ترب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نشده بودند. ارتش به فرمان‌بر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شخص شاه عادت کرده بود، نه به اطاعت از دولت مسئول در برابر مجلس.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وانسالار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دستورها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مرکز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کرد،</w:t>
      </w:r>
      <w:r w:rsidRPr="00591D85">
        <w:rPr>
          <w:rFonts w:ascii="Tahoma" w:hAnsi="Tahoma" w:cs="Tahoma"/>
          <w:rtl/>
        </w:rPr>
        <w:t xml:space="preserve"> اما هنوز استقلال حرفه‌ا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وفادار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eastAsia"/>
          <w:rtl/>
        </w:rPr>
        <w:t>هاد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آن به قانون استوار نشده بود. مجلس سال‌ها به تصو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ب</w:t>
      </w:r>
      <w:r w:rsidRPr="00591D85">
        <w:rPr>
          <w:rFonts w:ascii="Tahoma" w:hAnsi="Tahoma" w:cs="Tahoma"/>
          <w:rtl/>
        </w:rPr>
        <w:t xml:space="preserve"> تصم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گرفته‌شده خو کرده بود و احزاب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مستقل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وجود نداشتند که بتوانند 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جامعه، مجلس و حکومت رابطه‌ا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دار</w:t>
      </w:r>
      <w:r w:rsidRPr="00591D85">
        <w:rPr>
          <w:rFonts w:ascii="Tahoma" w:hAnsi="Tahoma" w:cs="Tahoma"/>
          <w:rtl/>
        </w:rPr>
        <w:t xml:space="preserve"> برقرار کنند. در نت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جه،</w:t>
      </w:r>
      <w:r w:rsidRPr="00591D85">
        <w:rPr>
          <w:rFonts w:ascii="Tahoma" w:hAnsi="Tahoma" w:cs="Tahoma"/>
          <w:rtl/>
        </w:rPr>
        <w:t xml:space="preserve"> کشور دارا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ابزارها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حکومت مرکز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بود، 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هنوز فاقد من</w:t>
      </w:r>
      <w:r w:rsidRPr="00591D85">
        <w:rPr>
          <w:rFonts w:ascii="Tahoma" w:hAnsi="Tahoma" w:cs="Tahoma" w:hint="eastAsia"/>
          <w:rtl/>
        </w:rPr>
        <w:t>اسبات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بود که استفادهٔ قانون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مسئولانه از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ابزارها را تضم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کند.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محمدعل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فروغ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چن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شرا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ط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بار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گر</w:t>
      </w:r>
      <w:r w:rsidRPr="00591D85">
        <w:rPr>
          <w:rFonts w:ascii="Tahoma" w:hAnsi="Tahoma" w:cs="Tahoma"/>
          <w:rtl/>
        </w:rPr>
        <w:t xml:space="preserve"> به صحنه فراخوانده شد. وظ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فهٔ</w:t>
      </w:r>
      <w:r w:rsidRPr="00591D85">
        <w:rPr>
          <w:rFonts w:ascii="Tahoma" w:hAnsi="Tahoma" w:cs="Tahoma"/>
          <w:rtl/>
        </w:rPr>
        <w:t xml:space="preserve"> فور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او نجات نظام مشروطه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برقرار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دموکراس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نبود. نخست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از فروپاش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کشور جلوگ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کرد،</w:t>
      </w:r>
      <w:r w:rsidRPr="00591D85">
        <w:rPr>
          <w:rFonts w:ascii="Tahoma" w:hAnsi="Tahoma" w:cs="Tahoma"/>
          <w:rtl/>
        </w:rPr>
        <w:t xml:space="preserve"> با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اشغالگر به توافق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رس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د،</w:t>
      </w:r>
      <w:r w:rsidRPr="00591D85">
        <w:rPr>
          <w:rFonts w:ascii="Tahoma" w:hAnsi="Tahoma" w:cs="Tahoma"/>
          <w:rtl/>
        </w:rPr>
        <w:t xml:space="preserve"> کناره‌گ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رضاشاه را سامان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داد</w:t>
      </w:r>
      <w:r w:rsidRPr="00591D85">
        <w:rPr>
          <w:rFonts w:ascii="Tahoma" w:hAnsi="Tahoma" w:cs="Tahoma"/>
          <w:rtl/>
        </w:rPr>
        <w:t xml:space="preserve"> و انتقال تاج به 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عهد</w:t>
      </w:r>
      <w:r w:rsidRPr="00591D85">
        <w:rPr>
          <w:rFonts w:ascii="Tahoma" w:hAnsi="Tahoma" w:cs="Tahoma"/>
          <w:rtl/>
        </w:rPr>
        <w:t xml:space="preserve"> را ممکن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ساخت</w:t>
      </w:r>
      <w:r w:rsidRPr="00591D85">
        <w:rPr>
          <w:rFonts w:ascii="Tahoma" w:hAnsi="Tahoma" w:cs="Tahoma"/>
          <w:rtl/>
        </w:rPr>
        <w:t>. اگر انتقال سلطنت به‌سرعت و در چهارچوب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صورت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گرفت،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احتمال وجود داشت که دولت‌ها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اشغالگر دربارهٔ ادامهٔ پادشاه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پهلو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بازگرداندن قاجار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حت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تغ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کامل نظام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تصم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</w:t>
      </w:r>
      <w:r w:rsidRPr="00591D85">
        <w:rPr>
          <w:rFonts w:ascii="Tahoma" w:hAnsi="Tahoma" w:cs="Tahoma"/>
          <w:rtl/>
        </w:rPr>
        <w:t xml:space="preserve">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گر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رند</w:t>
      </w:r>
      <w:r w:rsidRPr="00591D85">
        <w:rPr>
          <w:rFonts w:ascii="Tahoma" w:hAnsi="Tahoma" w:cs="Tahoma"/>
          <w:rtl/>
        </w:rPr>
        <w:t>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فروغ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راه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پادشاه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رضاشاه و بقا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دستگاه کشوردار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فاصله گذاشت. رضاشاه رفت، اما کشور و حکومت با او از 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نرفت. 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عهد</w:t>
      </w:r>
      <w:r w:rsidRPr="00591D85">
        <w:rPr>
          <w:rFonts w:ascii="Tahoma" w:hAnsi="Tahoma" w:cs="Tahoma"/>
          <w:rtl/>
        </w:rPr>
        <w:t xml:space="preserve"> در مجلس سوگند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اد</w:t>
      </w:r>
      <w:r w:rsidRPr="00591D85">
        <w:rPr>
          <w:rFonts w:ascii="Tahoma" w:hAnsi="Tahoma" w:cs="Tahoma"/>
          <w:rtl/>
        </w:rPr>
        <w:t xml:space="preserve"> کرد و به‌عنوان محمدرضاشاه بر تخت نشست.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انتقال نشان داد که حت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پس از نزد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/>
          <w:rtl/>
        </w:rPr>
        <w:t xml:space="preserve"> به دو دهه حکومت </w:t>
      </w:r>
      <w:r w:rsidRPr="00591D85">
        <w:rPr>
          <w:rFonts w:ascii="Tahoma" w:hAnsi="Tahoma" w:cs="Tahoma" w:hint="eastAsia"/>
          <w:rtl/>
        </w:rPr>
        <w:t>شخص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هنوز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توانست</w:t>
      </w:r>
      <w:r w:rsidRPr="00591D85">
        <w:rPr>
          <w:rFonts w:ascii="Tahoma" w:hAnsi="Tahoma" w:cs="Tahoma"/>
          <w:rtl/>
        </w:rPr>
        <w:t xml:space="preserve"> وس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لهٔ</w:t>
      </w:r>
      <w:r w:rsidRPr="00591D85">
        <w:rPr>
          <w:rFonts w:ascii="Tahoma" w:hAnsi="Tahoma" w:cs="Tahoma"/>
          <w:rtl/>
        </w:rPr>
        <w:t xml:space="preserve"> استمرار کشور باشد. اما هم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انتقال، محمدرضاشاه را در موقع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قرار داد که از آغاز دارا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دو سرچشمهٔ متفاوت بود: تاج را از پدر به ارث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برد،</w:t>
      </w:r>
      <w:r w:rsidRPr="00591D85">
        <w:rPr>
          <w:rFonts w:ascii="Tahoma" w:hAnsi="Tahoma" w:cs="Tahoma"/>
          <w:rtl/>
        </w:rPr>
        <w:t xml:space="preserve"> 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حق اعمال پادشاه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از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سوگند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گرفت</w:t>
      </w:r>
      <w:r w:rsidRPr="00591D85">
        <w:rPr>
          <w:rFonts w:ascii="Tahoma" w:hAnsi="Tahoma" w:cs="Tahoma"/>
          <w:rtl/>
        </w:rPr>
        <w:t xml:space="preserve"> که در برابر مجلس ادا </w:t>
      </w:r>
      <w:r w:rsidRPr="00591D85">
        <w:rPr>
          <w:rFonts w:ascii="Tahoma" w:hAnsi="Tahoma" w:cs="Tahoma" w:hint="eastAsia"/>
          <w:rtl/>
        </w:rPr>
        <w:t>کرده</w:t>
      </w:r>
      <w:r w:rsidRPr="00591D85">
        <w:rPr>
          <w:rFonts w:ascii="Tahoma" w:hAnsi="Tahoma" w:cs="Tahoma"/>
          <w:rtl/>
        </w:rPr>
        <w:t xml:space="preserve"> بود.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پادشاه</w:t>
      </w:r>
      <w:r w:rsidRPr="00591D85">
        <w:rPr>
          <w:rFonts w:ascii="Tahoma" w:hAnsi="Tahoma" w:cs="Tahoma"/>
          <w:rtl/>
        </w:rPr>
        <w:t xml:space="preserve"> تازه در 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ست‌و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ک‌سالگ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با دستگاه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روبه‌رو شد که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فرمان‌بر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پدر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مقتدر ساخته شده بود، اما اکنون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فرمان پسر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جوان و فاقد اقتدار قرار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گرفت</w:t>
      </w:r>
      <w:r w:rsidRPr="00591D85">
        <w:rPr>
          <w:rFonts w:ascii="Tahoma" w:hAnsi="Tahoma" w:cs="Tahoma"/>
          <w:rtl/>
        </w:rPr>
        <w:t>. او براساس قانون، رئ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س</w:t>
      </w:r>
      <w:r w:rsidRPr="00591D85">
        <w:rPr>
          <w:rFonts w:ascii="Tahoma" w:hAnsi="Tahoma" w:cs="Tahoma"/>
          <w:rtl/>
        </w:rPr>
        <w:t xml:space="preserve"> قوهٔ اجرا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و فرمانده کل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نظام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بود؛ اما اشغال کشور امکان اعمال ک</w:t>
      </w:r>
      <w:r w:rsidRPr="00591D85">
        <w:rPr>
          <w:rFonts w:ascii="Tahoma" w:hAnsi="Tahoma" w:cs="Tahoma" w:hint="eastAsia"/>
          <w:rtl/>
        </w:rPr>
        <w:t>امل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ارات</w:t>
      </w:r>
      <w:r w:rsidRPr="00591D85">
        <w:rPr>
          <w:rFonts w:ascii="Tahoma" w:hAnsi="Tahoma" w:cs="Tahoma"/>
          <w:rtl/>
        </w:rPr>
        <w:t xml:space="preserve"> را از او گرفته بود. فرمانده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ارتش در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/>
          <w:rtl/>
        </w:rPr>
        <w:t xml:space="preserve"> قانون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او قرار داشت، 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خارج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دربارهٔ جابه‌جا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ارتش، امکانات نظام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حت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حضور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برخ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مناطق تصم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گرفتند</w:t>
      </w:r>
      <w:r w:rsidRPr="00591D85">
        <w:rPr>
          <w:rFonts w:ascii="Tahoma" w:hAnsi="Tahoma" w:cs="Tahoma"/>
          <w:rtl/>
        </w:rPr>
        <w:t>. حق انتصاب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شاه محفوظ بود، اما دولت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توانست</w:t>
      </w:r>
      <w:r w:rsidRPr="00591D85">
        <w:rPr>
          <w:rFonts w:ascii="Tahoma" w:hAnsi="Tahoma" w:cs="Tahoma"/>
          <w:rtl/>
        </w:rPr>
        <w:t xml:space="preserve"> بدون توجه به نظر قدرت‌ها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اشغالگر تشک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</w:t>
      </w:r>
      <w:r w:rsidRPr="00591D85">
        <w:rPr>
          <w:rFonts w:ascii="Tahoma" w:hAnsi="Tahoma" w:cs="Tahoma"/>
          <w:rtl/>
        </w:rPr>
        <w:t xml:space="preserve"> شود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دوام آورد.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نخست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تجربهٔ محمدرضاشاه از پادشاه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بود: برخوردار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ارات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قانون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شناخته بود، بدون داشتن قدرت لازم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اعمال کامل آنها. سال‌ها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بعد نشان داد که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تجربه چگونه در ذهن او باق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ماند. او ضعف آغاز سلطنت خود را نه نت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جهٔ</w:t>
      </w:r>
      <w:r w:rsidRPr="00591D85">
        <w:rPr>
          <w:rFonts w:ascii="Tahoma" w:hAnsi="Tahoma" w:cs="Tahoma"/>
          <w:rtl/>
        </w:rPr>
        <w:t xml:space="preserve"> ضرورت اجرا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قانون و مس</w:t>
      </w:r>
      <w:r w:rsidRPr="00591D85">
        <w:rPr>
          <w:rFonts w:ascii="Tahoma" w:hAnsi="Tahoma" w:cs="Tahoma" w:hint="eastAsia"/>
          <w:rtl/>
        </w:rPr>
        <w:t>ئول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ت‌پذ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حکومت، بلکه حاصل ناتوان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پادشاه در مهار مجلس،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ران،</w:t>
      </w:r>
      <w:r w:rsidRPr="00591D85">
        <w:rPr>
          <w:rFonts w:ascii="Tahoma" w:hAnsi="Tahoma" w:cs="Tahoma"/>
          <w:rtl/>
        </w:rPr>
        <w:t xml:space="preserve"> احزاب و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خارج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>. از هم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ن‌جا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</w:t>
      </w:r>
      <w:r w:rsidRPr="00591D85">
        <w:rPr>
          <w:rFonts w:ascii="Tahoma" w:hAnsi="Tahoma" w:cs="Tahoma"/>
          <w:rtl/>
        </w:rPr>
        <w:t xml:space="preserve"> به بازساز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قدرت پدرانه،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از آنکه امکان تحقق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ابد،</w:t>
      </w:r>
      <w:r w:rsidRPr="00591D85">
        <w:rPr>
          <w:rFonts w:ascii="Tahoma" w:hAnsi="Tahoma" w:cs="Tahoma"/>
          <w:rtl/>
        </w:rPr>
        <w:t xml:space="preserve"> در پادشاه جوان شکل گرفت.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اما</w:t>
      </w:r>
      <w:r w:rsidRPr="00591D85">
        <w:rPr>
          <w:rFonts w:ascii="Tahoma" w:hAnsi="Tahoma" w:cs="Tahoma"/>
          <w:rtl/>
        </w:rPr>
        <w:t xml:space="preserve"> در شهر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ور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/>
          <w:rtl/>
          <w:lang w:bidi="fa-IR"/>
        </w:rPr>
        <w:t>۱۳۲۰</w:t>
      </w:r>
      <w:r w:rsidRPr="00591D85">
        <w:rPr>
          <w:rFonts w:ascii="Tahoma" w:hAnsi="Tahoma" w:cs="Tahoma"/>
          <w:rtl/>
        </w:rPr>
        <w:t xml:space="preserve">، شاه هنوز تنها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باز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گران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دان</w:t>
      </w:r>
      <w:r w:rsidRPr="00591D85">
        <w:rPr>
          <w:rFonts w:ascii="Tahoma" w:hAnsi="Tahoma" w:cs="Tahoma"/>
          <w:rtl/>
        </w:rPr>
        <w:t xml:space="preserve"> بود. مجلس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زدهم،</w:t>
      </w:r>
      <w:r w:rsidRPr="00591D85">
        <w:rPr>
          <w:rFonts w:ascii="Tahoma" w:hAnsi="Tahoma" w:cs="Tahoma"/>
          <w:rtl/>
        </w:rPr>
        <w:t xml:space="preserve"> که دورهٔ آن از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آغاز شده بود، محصول انتخابات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بود که 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نظارت حکومت رضاشاه انجام گرفته بود. بس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نما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ندگان</w:t>
      </w:r>
      <w:r w:rsidRPr="00591D85">
        <w:rPr>
          <w:rFonts w:ascii="Tahoma" w:hAnsi="Tahoma" w:cs="Tahoma"/>
          <w:rtl/>
        </w:rPr>
        <w:t xml:space="preserve"> نه بر اثر رقابت آزاد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بلکه با تأ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دستگاه حکومت وارد مجلس ش</w:t>
      </w:r>
      <w:r w:rsidRPr="00591D85">
        <w:rPr>
          <w:rFonts w:ascii="Tahoma" w:hAnsi="Tahoma" w:cs="Tahoma" w:hint="eastAsia"/>
          <w:rtl/>
        </w:rPr>
        <w:t>ده</w:t>
      </w:r>
      <w:r w:rsidRPr="00591D85">
        <w:rPr>
          <w:rFonts w:ascii="Tahoma" w:hAnsi="Tahoma" w:cs="Tahoma"/>
          <w:rtl/>
        </w:rPr>
        <w:t xml:space="preserve"> بودند. بنابرا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مجلس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پس از کناره‌گ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رضاشاه ناگهان امکان سخن‌گفتن و اعمال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افته</w:t>
      </w:r>
      <w:r w:rsidRPr="00591D85">
        <w:rPr>
          <w:rFonts w:ascii="Tahoma" w:hAnsi="Tahoma" w:cs="Tahoma"/>
          <w:rtl/>
        </w:rPr>
        <w:t xml:space="preserve"> بود، خود از دل همان نظم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رون</w:t>
      </w:r>
      <w:r w:rsidRPr="00591D85">
        <w:rPr>
          <w:rFonts w:ascii="Tahoma" w:hAnsi="Tahoma" w:cs="Tahoma"/>
          <w:rtl/>
        </w:rPr>
        <w:t xml:space="preserve"> آمده بود که اکنون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افته</w:t>
      </w:r>
      <w:r w:rsidRPr="00591D85">
        <w:rPr>
          <w:rFonts w:ascii="Tahoma" w:hAnsi="Tahoma" w:cs="Tahoma"/>
          <w:rtl/>
        </w:rPr>
        <w:t xml:space="preserve"> تلق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شد</w:t>
      </w:r>
      <w:r w:rsidRPr="00591D85">
        <w:rPr>
          <w:rFonts w:ascii="Tahoma" w:hAnsi="Tahoma" w:cs="Tahoma"/>
          <w:rtl/>
        </w:rPr>
        <w:t>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نکته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فهم دشوار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آزما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دوم اهم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دارد. اجرا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شد</w:t>
      </w:r>
      <w:r w:rsidRPr="00591D85">
        <w:rPr>
          <w:rFonts w:ascii="Tahoma" w:hAnsi="Tahoma" w:cs="Tahoma"/>
          <w:rtl/>
        </w:rPr>
        <w:t xml:space="preserve"> صرفاً با بازکردن درها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مجلس و آزادگذاشتن نما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ندگان</w:t>
      </w:r>
      <w:r w:rsidRPr="00591D85">
        <w:rPr>
          <w:rFonts w:ascii="Tahoma" w:hAnsi="Tahoma" w:cs="Tahoma"/>
          <w:rtl/>
        </w:rPr>
        <w:t xml:space="preserve"> آغاز کرد. نهادها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که سال‌ها استقلال خود را از دست داده بودند، با کناررفتن مستبد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کباره</w:t>
      </w:r>
      <w:r w:rsidRPr="00591D85">
        <w:rPr>
          <w:rFonts w:ascii="Tahoma" w:hAnsi="Tahoma" w:cs="Tahoma"/>
          <w:rtl/>
        </w:rPr>
        <w:t xml:space="preserve"> مستقل و مسئول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شدند</w:t>
      </w:r>
      <w:r w:rsidRPr="00591D85">
        <w:rPr>
          <w:rFonts w:ascii="Tahoma" w:hAnsi="Tahoma" w:cs="Tahoma"/>
          <w:rtl/>
        </w:rPr>
        <w:t>. نما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ندگان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eastAsia"/>
          <w:rtl/>
        </w:rPr>
        <w:t>که</w:t>
      </w:r>
      <w:r w:rsidRPr="00591D85">
        <w:rPr>
          <w:rFonts w:ascii="Tahoma" w:hAnsi="Tahoma" w:cs="Tahoma"/>
          <w:rtl/>
        </w:rPr>
        <w:t xml:space="preserve">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فرمان‌بر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انتخاب شده بودند، اکنون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وظ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فهٔ</w:t>
      </w:r>
      <w:r w:rsidRPr="00591D85">
        <w:rPr>
          <w:rFonts w:ascii="Tahoma" w:hAnsi="Tahoma" w:cs="Tahoma"/>
          <w:rtl/>
        </w:rPr>
        <w:t xml:space="preserve"> نظارت بر دولت را برعهده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گرفتند</w:t>
      </w:r>
      <w:r w:rsidRPr="00591D85">
        <w:rPr>
          <w:rFonts w:ascii="Tahoma" w:hAnsi="Tahoma" w:cs="Tahoma"/>
          <w:rtl/>
        </w:rPr>
        <w:t>.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به اجرا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ارادهٔ شاه عادت داشتند،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در برابر مجلس پاسخ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دادند</w:t>
      </w:r>
      <w:r w:rsidRPr="00591D85">
        <w:rPr>
          <w:rFonts w:ascii="Tahoma" w:hAnsi="Tahoma" w:cs="Tahoma"/>
          <w:rtl/>
        </w:rPr>
        <w:t>.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وانسالاران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فرمان را از بالا در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افت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کردند،</w:t>
      </w:r>
      <w:r w:rsidRPr="00591D85">
        <w:rPr>
          <w:rFonts w:ascii="Tahoma" w:hAnsi="Tahoma" w:cs="Tahoma"/>
          <w:rtl/>
        </w:rPr>
        <w:t xml:space="preserve">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شاه،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و مجلس تما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گذاشتند</w:t>
      </w:r>
      <w:r w:rsidRPr="00591D85">
        <w:rPr>
          <w:rFonts w:ascii="Tahoma" w:hAnsi="Tahoma" w:cs="Tahoma"/>
          <w:rtl/>
        </w:rPr>
        <w:t>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به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ترت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ب،</w:t>
      </w:r>
      <w:r w:rsidRPr="00591D85">
        <w:rPr>
          <w:rFonts w:ascii="Tahoma" w:hAnsi="Tahoma" w:cs="Tahoma"/>
          <w:rtl/>
        </w:rPr>
        <w:t xml:space="preserve"> نخست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دولت‌ها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پس از رضاشاه فقط کشور را اداره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کردند؛</w:t>
      </w:r>
      <w:r w:rsidRPr="00591D85">
        <w:rPr>
          <w:rFonts w:ascii="Tahoma" w:hAnsi="Tahoma" w:cs="Tahoma"/>
          <w:rtl/>
        </w:rPr>
        <w:t xml:space="preserve"> آنها ناخواسته در حال آموختن دوبارهٔ مناسبات مشروطه بودند. شاه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آموخت</w:t>
      </w:r>
      <w:r w:rsidRPr="00591D85">
        <w:rPr>
          <w:rFonts w:ascii="Tahoma" w:hAnsi="Tahoma" w:cs="Tahoma"/>
          <w:rtl/>
        </w:rPr>
        <w:t xml:space="preserve"> که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ارات</w:t>
      </w:r>
      <w:r w:rsidRPr="00591D85">
        <w:rPr>
          <w:rFonts w:ascii="Tahoma" w:hAnsi="Tahoma" w:cs="Tahoma"/>
          <w:rtl/>
        </w:rPr>
        <w:t xml:space="preserve"> اجرا</w:t>
      </w:r>
      <w:r w:rsidRPr="00591D85">
        <w:rPr>
          <w:rFonts w:ascii="Tahoma" w:hAnsi="Tahoma" w:cs="Tahoma" w:hint="cs"/>
          <w:rtl/>
        </w:rPr>
        <w:t>یی‌</w:t>
      </w:r>
      <w:r w:rsidRPr="00591D85">
        <w:rPr>
          <w:rFonts w:ascii="Tahoma" w:hAnsi="Tahoma" w:cs="Tahoma" w:hint="eastAsia"/>
          <w:rtl/>
        </w:rPr>
        <w:t>اش</w:t>
      </w:r>
      <w:r w:rsidRPr="00591D85">
        <w:rPr>
          <w:rFonts w:ascii="Tahoma" w:hAnsi="Tahoma" w:cs="Tahoma"/>
          <w:rtl/>
        </w:rPr>
        <w:t xml:space="preserve"> از راه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مسئول اعمال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شود</w:t>
      </w:r>
      <w:r w:rsidRPr="00591D85">
        <w:rPr>
          <w:rFonts w:ascii="Tahoma" w:hAnsi="Tahoma" w:cs="Tahoma"/>
          <w:rtl/>
        </w:rPr>
        <w:t>.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آموختند</w:t>
      </w:r>
      <w:r w:rsidRPr="00591D85">
        <w:rPr>
          <w:rFonts w:ascii="Tahoma" w:hAnsi="Tahoma" w:cs="Tahoma"/>
          <w:rtl/>
        </w:rPr>
        <w:t xml:space="preserve"> که فرمان شاه آنان را از پاسخ‌</w:t>
      </w:r>
      <w:r w:rsidRPr="00591D85">
        <w:rPr>
          <w:rFonts w:ascii="Tahoma" w:hAnsi="Tahoma" w:cs="Tahoma" w:hint="eastAsia"/>
          <w:rtl/>
        </w:rPr>
        <w:t>گو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به مجلس معاف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کند</w:t>
      </w:r>
      <w:r w:rsidRPr="00591D85">
        <w:rPr>
          <w:rFonts w:ascii="Tahoma" w:hAnsi="Tahoma" w:cs="Tahoma"/>
          <w:rtl/>
        </w:rPr>
        <w:t>. مجلس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آموخت</w:t>
      </w:r>
      <w:r w:rsidRPr="00591D85">
        <w:rPr>
          <w:rFonts w:ascii="Tahoma" w:hAnsi="Tahoma" w:cs="Tahoma"/>
          <w:rtl/>
        </w:rPr>
        <w:t xml:space="preserve"> که نظارت بر دولت با تصرف کار دستگاه اجرا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کسان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ست</w:t>
      </w:r>
      <w:r w:rsidRPr="00591D85">
        <w:rPr>
          <w:rFonts w:ascii="Tahoma" w:hAnsi="Tahoma" w:cs="Tahoma"/>
          <w:rtl/>
        </w:rPr>
        <w:t>. اما 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چ</w:t>
      </w:r>
      <w:r w:rsidRPr="00591D85">
        <w:rPr>
          <w:rFonts w:ascii="Tahoma" w:hAnsi="Tahoma" w:cs="Tahoma"/>
          <w:rtl/>
        </w:rPr>
        <w:t xml:space="preserve"> آموزگار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درس وجود نداشت و نخست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تجربهٔ دوازده‌ساله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به‌جا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الگو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موفق، خاطره‌ا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آشفتگ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فروپاش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به جا گذاشته بود.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در</w:t>
      </w:r>
      <w:r w:rsidRPr="00591D85">
        <w:rPr>
          <w:rFonts w:ascii="Tahoma" w:hAnsi="Tahoma" w:cs="Tahoma"/>
          <w:rtl/>
        </w:rPr>
        <w:t xml:space="preserve"> همان حال، جامعه‌ا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نزد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/>
          <w:rtl/>
        </w:rPr>
        <w:t xml:space="preserve"> به دو دهه از فعال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سازمان‌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افتهٔ</w:t>
      </w:r>
      <w:r w:rsidRPr="00591D85">
        <w:rPr>
          <w:rFonts w:ascii="Tahoma" w:hAnsi="Tahoma" w:cs="Tahoma"/>
          <w:rtl/>
        </w:rPr>
        <w:t xml:space="preserve">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محروم مانده بود، ناگهان با فضا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بازتر روبه‌رو شد. روزنامه‌ها و مجلات تازه‌ا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انتشار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افتند،</w:t>
      </w:r>
      <w:r w:rsidRPr="00591D85">
        <w:rPr>
          <w:rFonts w:ascii="Tahoma" w:hAnsi="Tahoma" w:cs="Tahoma"/>
          <w:rtl/>
        </w:rPr>
        <w:t xml:space="preserve"> گروه‌ها و جمع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تشک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</w:t>
      </w:r>
      <w:r w:rsidRPr="00591D85">
        <w:rPr>
          <w:rFonts w:ascii="Tahoma" w:hAnsi="Tahoma" w:cs="Tahoma"/>
          <w:rtl/>
        </w:rPr>
        <w:t xml:space="preserve"> شدند و کسان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از صحنه کنار گذاشته شده، زندان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تبع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شده بودند، دوباره به فعال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پرداختند. حزب توده در همان سال </w:t>
      </w:r>
      <w:r w:rsidRPr="00591D85">
        <w:rPr>
          <w:rFonts w:ascii="Tahoma" w:hAnsi="Tahoma" w:cs="Tahoma"/>
          <w:rtl/>
          <w:lang w:bidi="fa-IR"/>
        </w:rPr>
        <w:t>۱۳۲۰</w:t>
      </w:r>
      <w:r w:rsidRPr="00591D85">
        <w:rPr>
          <w:rFonts w:ascii="Tahoma" w:hAnsi="Tahoma" w:cs="Tahoma"/>
          <w:rtl/>
        </w:rPr>
        <w:t xml:space="preserve"> شکل گرفت و توانست از آزاد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زندان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نارضا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کارگران و کارمندان، حضور ارتش شورو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شمال و جاذبهٔ اند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شه‌ها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سوس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ست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بهره 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رد</w:t>
      </w:r>
      <w:r w:rsidRPr="00591D85">
        <w:rPr>
          <w:rFonts w:ascii="Tahoma" w:hAnsi="Tahoma" w:cs="Tahoma"/>
          <w:rtl/>
        </w:rPr>
        <w:t>. اندک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بعد، احزاب و جمع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ت‌ها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با گرا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سلطنت‌طلب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مذهب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محل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هوادار دولت‌ها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خارج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پد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آمدند. سال‌ها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اشغال به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پرتحرک‌تر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دوره‌ها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فعال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حزب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مطبوعات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تبد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</w:t>
      </w:r>
      <w:r w:rsidRPr="00591D85">
        <w:rPr>
          <w:rFonts w:ascii="Tahoma" w:hAnsi="Tahoma" w:cs="Tahoma"/>
          <w:rtl/>
        </w:rPr>
        <w:t xml:space="preserve"> شد. گاه‌شمار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کا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اما</w:t>
      </w:r>
      <w:r w:rsidRPr="00591D85">
        <w:rPr>
          <w:rFonts w:ascii="Tahoma" w:hAnsi="Tahoma" w:cs="Tahoma"/>
          <w:rtl/>
        </w:rPr>
        <w:t xml:space="preserve"> تکثر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لزوماً به معنا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استقرار دموکراس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نبود. 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شتر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حزب‌ها هنوز سازمان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دار،</w:t>
      </w:r>
      <w:r w:rsidRPr="00591D85">
        <w:rPr>
          <w:rFonts w:ascii="Tahoma" w:hAnsi="Tahoma" w:cs="Tahoma"/>
          <w:rtl/>
        </w:rPr>
        <w:t xml:space="preserve"> برنامه‌ا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روشن و منابع مال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مستقل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نداشتند. برخ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به شخص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/>
          <w:rtl/>
        </w:rPr>
        <w:t xml:space="preserve">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است‌مدار</w:t>
      </w:r>
      <w:r w:rsidRPr="00591D85">
        <w:rPr>
          <w:rFonts w:ascii="Tahoma" w:hAnsi="Tahoma" w:cs="Tahoma"/>
          <w:rtl/>
        </w:rPr>
        <w:t xml:space="preserve"> وابسته بودند، برخ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بر شبکه‌ها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محل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خانوادگ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تک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ه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کردند</w:t>
      </w:r>
      <w:r w:rsidRPr="00591D85">
        <w:rPr>
          <w:rFonts w:ascii="Tahoma" w:hAnsi="Tahoma" w:cs="Tahoma"/>
          <w:rtl/>
        </w:rPr>
        <w:t xml:space="preserve"> و برخ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حما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مستق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غ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رمستق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</w:t>
      </w:r>
      <w:r w:rsidRPr="00591D85">
        <w:rPr>
          <w:rFonts w:ascii="Tahoma" w:hAnsi="Tahoma" w:cs="Tahoma"/>
          <w:rtl/>
        </w:rPr>
        <w:t xml:space="preserve"> قدرت‌ها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خارج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برخوردار بودند. احزاب به‌جا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آنکه واسطه‌ا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جامعه و حکومت شوند، خود به ابزار تازه‌ا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رقابت مراکز قدرت تبد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شدند</w:t>
      </w:r>
      <w:r w:rsidRPr="00591D85">
        <w:rPr>
          <w:rFonts w:ascii="Tahoma" w:hAnsi="Tahoma" w:cs="Tahoma"/>
          <w:rtl/>
        </w:rPr>
        <w:t>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وضع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با آرمان تکثر 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تفاوت داشت. در دموکراس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تکثر هنگام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تواند</w:t>
      </w:r>
      <w:r w:rsidRPr="00591D85">
        <w:rPr>
          <w:rFonts w:ascii="Tahoma" w:hAnsi="Tahoma" w:cs="Tahoma"/>
          <w:rtl/>
        </w:rPr>
        <w:t xml:space="preserve"> به کشوردار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رساند که همهٔ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/>
          <w:rtl/>
        </w:rPr>
        <w:t xml:space="preserve"> قواعد مشترک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بپذ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رند</w:t>
      </w:r>
      <w:r w:rsidRPr="00591D85">
        <w:rPr>
          <w:rFonts w:ascii="Tahoma" w:hAnsi="Tahoma" w:cs="Tahoma"/>
          <w:rtl/>
        </w:rPr>
        <w:t xml:space="preserve"> و رقابتشان در محدودهٔ نهادها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قانون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صورت 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رد</w:t>
      </w:r>
      <w:r w:rsidRPr="00591D85">
        <w:rPr>
          <w:rFonts w:ascii="Tahoma" w:hAnsi="Tahoma" w:cs="Tahoma"/>
          <w:rtl/>
        </w:rPr>
        <w:t>. اما در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پس از شهر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ور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/>
          <w:rtl/>
          <w:lang w:bidi="fa-IR"/>
        </w:rPr>
        <w:t>۱۳۲۰</w:t>
      </w:r>
      <w:r w:rsidRPr="00591D85">
        <w:rPr>
          <w:rFonts w:ascii="Tahoma" w:hAnsi="Tahoma" w:cs="Tahoma"/>
          <w:rtl/>
        </w:rPr>
        <w:t>، هنوز توافق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دار</w:t>
      </w:r>
      <w:r w:rsidRPr="00591D85">
        <w:rPr>
          <w:rFonts w:ascii="Tahoma" w:hAnsi="Tahoma" w:cs="Tahoma"/>
          <w:rtl/>
        </w:rPr>
        <w:t xml:space="preserve"> بر سر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قواعد وجو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نداشت. برخ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/>
          <w:rtl/>
        </w:rPr>
        <w:t xml:space="preserve"> مجلس را وس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لهٔ</w:t>
      </w:r>
      <w:r w:rsidRPr="00591D85">
        <w:rPr>
          <w:rFonts w:ascii="Tahoma" w:hAnsi="Tahoma" w:cs="Tahoma"/>
          <w:rtl/>
        </w:rPr>
        <w:t xml:space="preserve"> رس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دن</w:t>
      </w:r>
      <w:r w:rsidRPr="00591D85">
        <w:rPr>
          <w:rFonts w:ascii="Tahoma" w:hAnsi="Tahoma" w:cs="Tahoma"/>
          <w:rtl/>
        </w:rPr>
        <w:t xml:space="preserve"> به قدرت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دانستند،</w:t>
      </w:r>
      <w:r w:rsidRPr="00591D85">
        <w:rPr>
          <w:rFonts w:ascii="Tahoma" w:hAnsi="Tahoma" w:cs="Tahoma"/>
          <w:rtl/>
        </w:rPr>
        <w:t xml:space="preserve"> ب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آنکه</w:t>
      </w:r>
      <w:r w:rsidRPr="00591D85">
        <w:rPr>
          <w:rFonts w:ascii="Tahoma" w:hAnsi="Tahoma" w:cs="Tahoma"/>
          <w:rtl/>
        </w:rPr>
        <w:t xml:space="preserve"> پس از شکست انتخابات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به نت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جهٔ</w:t>
      </w:r>
      <w:r w:rsidRPr="00591D85">
        <w:rPr>
          <w:rFonts w:ascii="Tahoma" w:hAnsi="Tahoma" w:cs="Tahoma"/>
          <w:rtl/>
        </w:rPr>
        <w:t xml:space="preserve"> آن تن دهند. برخ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به دربار پناه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بردند،</w:t>
      </w:r>
      <w:r w:rsidRPr="00591D85">
        <w:rPr>
          <w:rFonts w:ascii="Tahoma" w:hAnsi="Tahoma" w:cs="Tahoma"/>
          <w:rtl/>
        </w:rPr>
        <w:t xml:space="preserve"> برخ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سفارتخانه‌ها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خواستند،</w:t>
      </w:r>
      <w:r w:rsidRPr="00591D85">
        <w:rPr>
          <w:rFonts w:ascii="Tahoma" w:hAnsi="Tahoma" w:cs="Tahoma"/>
          <w:rtl/>
        </w:rPr>
        <w:t xml:space="preserve"> برخ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ابان</w:t>
      </w:r>
      <w:r w:rsidRPr="00591D85">
        <w:rPr>
          <w:rFonts w:ascii="Tahoma" w:hAnsi="Tahoma" w:cs="Tahoma"/>
          <w:rtl/>
        </w:rPr>
        <w:t xml:space="preserve"> را جانش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نهادها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قانون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کردند</w:t>
      </w:r>
      <w:r w:rsidRPr="00591D85">
        <w:rPr>
          <w:rFonts w:ascii="Tahoma" w:hAnsi="Tahoma" w:cs="Tahoma"/>
          <w:rtl/>
        </w:rPr>
        <w:t xml:space="preserve"> و برخ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حذف رق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بان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eastAsia"/>
          <w:rtl/>
        </w:rPr>
        <w:t>خود</w:t>
      </w:r>
      <w:r w:rsidRPr="00591D85">
        <w:rPr>
          <w:rFonts w:ascii="Tahoma" w:hAnsi="Tahoma" w:cs="Tahoma"/>
          <w:rtl/>
        </w:rPr>
        <w:t xml:space="preserve"> به خشونت رو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آوردند</w:t>
      </w:r>
      <w:r w:rsidRPr="00591D85">
        <w:rPr>
          <w:rFonts w:ascii="Tahoma" w:hAnsi="Tahoma" w:cs="Tahoma"/>
          <w:rtl/>
        </w:rPr>
        <w:t>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نکاران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از نخست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روزها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پس از کناره‌گ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رضاشاه به صحنه بازگشتند. محدود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ت‌ها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که حکومت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بر لباس، آموزش، مدارس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محاکم شرع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حضور اجتماع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آنان اعمال کرده بود، کاهش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افت</w:t>
      </w:r>
      <w:r w:rsidRPr="00591D85">
        <w:rPr>
          <w:rFonts w:ascii="Tahoma" w:hAnsi="Tahoma" w:cs="Tahoma"/>
          <w:rtl/>
        </w:rPr>
        <w:t>. مسئلهٔ حجاب بار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گر</w:t>
      </w:r>
      <w:r w:rsidRPr="00591D85">
        <w:rPr>
          <w:rFonts w:ascii="Tahoma" w:hAnsi="Tahoma" w:cs="Tahoma"/>
          <w:rtl/>
        </w:rPr>
        <w:t xml:space="preserve"> مطرح شد و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نکاران</w:t>
      </w:r>
      <w:r w:rsidRPr="00591D85">
        <w:rPr>
          <w:rFonts w:ascii="Tahoma" w:hAnsi="Tahoma" w:cs="Tahoma"/>
          <w:rtl/>
        </w:rPr>
        <w:t xml:space="preserve"> خواهان بازگرداندن حوزه‌ها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شد</w:t>
      </w:r>
      <w:r w:rsidRPr="00591D85">
        <w:rPr>
          <w:rFonts w:ascii="Tahoma" w:hAnsi="Tahoma" w:cs="Tahoma" w:hint="eastAsia"/>
          <w:rtl/>
        </w:rPr>
        <w:t>ند</w:t>
      </w:r>
      <w:r w:rsidRPr="00591D85">
        <w:rPr>
          <w:rFonts w:ascii="Tahoma" w:hAnsi="Tahoma" w:cs="Tahoma"/>
          <w:rtl/>
        </w:rPr>
        <w:t xml:space="preserve"> که رضاشاه از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ارشان</w:t>
      </w:r>
      <w:r w:rsidRPr="00591D85">
        <w:rPr>
          <w:rFonts w:ascii="Tahoma" w:hAnsi="Tahoma" w:cs="Tahoma"/>
          <w:rtl/>
        </w:rPr>
        <w:t xml:space="preserve"> 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رون</w:t>
      </w:r>
      <w:r w:rsidRPr="00591D85">
        <w:rPr>
          <w:rFonts w:ascii="Tahoma" w:hAnsi="Tahoma" w:cs="Tahoma"/>
          <w:rtl/>
        </w:rPr>
        <w:t xml:space="preserve"> آورده بود.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دابوالقاسم</w:t>
      </w:r>
      <w:r w:rsidRPr="00591D85">
        <w:rPr>
          <w:rFonts w:ascii="Tahoma" w:hAnsi="Tahoma" w:cs="Tahoma"/>
          <w:rtl/>
        </w:rPr>
        <w:t xml:space="preserve"> کاشان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مهر </w:t>
      </w:r>
      <w:r w:rsidRPr="00591D85">
        <w:rPr>
          <w:rFonts w:ascii="Tahoma" w:hAnsi="Tahoma" w:cs="Tahoma"/>
          <w:rtl/>
          <w:lang w:bidi="fa-IR"/>
        </w:rPr>
        <w:t>۱۳۲۰</w:t>
      </w:r>
      <w:r w:rsidRPr="00591D85">
        <w:rPr>
          <w:rFonts w:ascii="Tahoma" w:hAnsi="Tahoma" w:cs="Tahoma"/>
          <w:rtl/>
        </w:rPr>
        <w:t xml:space="preserve">، کمتر از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/>
          <w:rtl/>
        </w:rPr>
        <w:t xml:space="preserve"> ماه پس از آغاز پادشاه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محمدرضاشاه، در نامه‌ا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به فروغ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بر ضرورت اجرا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احکام اله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تأک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کرد و از جا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گز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ن‌شدن</w:t>
      </w:r>
      <w:r w:rsidRPr="00591D85">
        <w:rPr>
          <w:rFonts w:ascii="Tahoma" w:hAnsi="Tahoma" w:cs="Tahoma"/>
          <w:rtl/>
        </w:rPr>
        <w:t xml:space="preserve"> مدارس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با مدارس جد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و رفتار مأموران با زنان محجبه و عمامه‌داران شکا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کرد.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نامه نشان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داد</w:t>
      </w:r>
      <w:r w:rsidRPr="00591D85">
        <w:rPr>
          <w:rFonts w:ascii="Tahoma" w:hAnsi="Tahoma" w:cs="Tahoma"/>
          <w:rtl/>
        </w:rPr>
        <w:t xml:space="preserve"> که 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نکاران</w:t>
      </w:r>
      <w:r w:rsidRPr="00591D85">
        <w:rPr>
          <w:rFonts w:ascii="Tahoma" w:hAnsi="Tahoma" w:cs="Tahoma"/>
          <w:rtl/>
        </w:rPr>
        <w:t xml:space="preserve"> سقوط رضاشاه را فقط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فشار بر خود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دانستند؛</w:t>
      </w:r>
      <w:r w:rsidRPr="00591D85">
        <w:rPr>
          <w:rFonts w:ascii="Tahoma" w:hAnsi="Tahoma" w:cs="Tahoma"/>
          <w:rtl/>
        </w:rPr>
        <w:t xml:space="preserve"> آن را فرصت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بازگرداندن شر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عت</w:t>
      </w:r>
      <w:r w:rsidRPr="00591D85">
        <w:rPr>
          <w:rFonts w:ascii="Tahoma" w:hAnsi="Tahoma" w:cs="Tahoma"/>
          <w:rtl/>
        </w:rPr>
        <w:t xml:space="preserve"> به مرکز کشوردار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دند</w:t>
      </w:r>
      <w:r w:rsidRPr="00591D85">
        <w:rPr>
          <w:rFonts w:ascii="Tahoma" w:hAnsi="Tahoma" w:cs="Tahoma"/>
          <w:rtl/>
        </w:rPr>
        <w:t>. زندگ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نامهٔ</w:t>
      </w:r>
      <w:r w:rsidRPr="00591D85">
        <w:rPr>
          <w:rFonts w:ascii="Tahoma" w:hAnsi="Tahoma" w:cs="Tahoma"/>
          <w:rtl/>
        </w:rPr>
        <w:t xml:space="preserve"> کاشان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کا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بد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ن‌سان،</w:t>
      </w:r>
      <w:r w:rsidRPr="00591D85">
        <w:rPr>
          <w:rFonts w:ascii="Tahoma" w:hAnsi="Tahoma" w:cs="Tahoma"/>
          <w:rtl/>
        </w:rPr>
        <w:t xml:space="preserve"> مشروطهٔ مشروعه از همان آغاز دوم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آزما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با دو حرکت متضاد روبه‌رو شد.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سکولار و دموکرات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کوش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دند</w:t>
      </w:r>
      <w:r w:rsidRPr="00591D85">
        <w:rPr>
          <w:rFonts w:ascii="Tahoma" w:hAnsi="Tahoma" w:cs="Tahoma"/>
          <w:rtl/>
        </w:rPr>
        <w:t xml:space="preserve"> از آزاد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مطبوعات، احزاب و مجلس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نزد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ک‌کردن</w:t>
      </w:r>
      <w:r w:rsidRPr="00591D85">
        <w:rPr>
          <w:rFonts w:ascii="Tahoma" w:hAnsi="Tahoma" w:cs="Tahoma"/>
          <w:rtl/>
        </w:rPr>
        <w:t xml:space="preserve"> حکومت به آرمان‌ها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مشروطه‌خواهان اول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ه</w:t>
      </w:r>
      <w:r w:rsidRPr="00591D85">
        <w:rPr>
          <w:rFonts w:ascii="Tahoma" w:hAnsi="Tahoma" w:cs="Tahoma"/>
          <w:rtl/>
        </w:rPr>
        <w:t xml:space="preserve"> استفاده کنند.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نکاران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به همان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استناد </w:t>
      </w:r>
      <w:r w:rsidRPr="00591D85">
        <w:rPr>
          <w:rFonts w:ascii="Tahoma" w:hAnsi="Tahoma" w:cs="Tahoma" w:hint="eastAsia"/>
          <w:rtl/>
        </w:rPr>
        <w:t>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کردند</w:t>
      </w:r>
      <w:r w:rsidRPr="00591D85">
        <w:rPr>
          <w:rFonts w:ascii="Tahoma" w:hAnsi="Tahoma" w:cs="Tahoma"/>
          <w:rtl/>
        </w:rPr>
        <w:t xml:space="preserve"> تا جا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گاه</w:t>
      </w:r>
      <w:r w:rsidRPr="00591D85">
        <w:rPr>
          <w:rFonts w:ascii="Tahoma" w:hAnsi="Tahoma" w:cs="Tahoma"/>
          <w:rtl/>
        </w:rPr>
        <w:t xml:space="preserve"> شر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عت</w:t>
      </w:r>
      <w:r w:rsidRPr="00591D85">
        <w:rPr>
          <w:rFonts w:ascii="Tahoma" w:hAnsi="Tahoma" w:cs="Tahoma"/>
          <w:rtl/>
        </w:rPr>
        <w:t xml:space="preserve"> را اح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کنند و بخش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قدرت ازدست‌رفتهٔ خود را بازپس 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رند</w:t>
      </w:r>
      <w:r w:rsidRPr="00591D85">
        <w:rPr>
          <w:rFonts w:ascii="Tahoma" w:hAnsi="Tahoma" w:cs="Tahoma"/>
          <w:rtl/>
        </w:rPr>
        <w:t>. هر دو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توانستند</w:t>
      </w:r>
      <w:r w:rsidRPr="00591D85">
        <w:rPr>
          <w:rFonts w:ascii="Tahoma" w:hAnsi="Tahoma" w:cs="Tahoma"/>
          <w:rtl/>
        </w:rPr>
        <w:t xml:space="preserve"> ادعا کنند که خواهان اجرا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قانون اساس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اند،</w:t>
      </w:r>
      <w:r w:rsidRPr="00591D85">
        <w:rPr>
          <w:rFonts w:ascii="Tahoma" w:hAnsi="Tahoma" w:cs="Tahoma"/>
          <w:rtl/>
        </w:rPr>
        <w:t xml:space="preserve"> اما هر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</w:t>
      </w:r>
      <w:r w:rsidRPr="00591D85">
        <w:rPr>
          <w:rFonts w:ascii="Tahoma" w:hAnsi="Tahoma" w:cs="Tahoma"/>
          <w:rtl/>
        </w:rPr>
        <w:t xml:space="preserve"> بخش متفاوت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آن را اصل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دانست</w:t>
      </w:r>
      <w:r w:rsidRPr="00591D85">
        <w:rPr>
          <w:rFonts w:ascii="Tahoma" w:hAnsi="Tahoma" w:cs="Tahoma"/>
          <w:rtl/>
        </w:rPr>
        <w:t>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دولت</w:t>
      </w:r>
      <w:r w:rsidRPr="00591D85">
        <w:rPr>
          <w:rFonts w:ascii="Tahoma" w:hAnsi="Tahoma" w:cs="Tahoma"/>
          <w:rtl/>
        </w:rPr>
        <w:t xml:space="preserve"> فروغ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در 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کشاکش، فور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مسئله را حل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</w:t>
      </w:r>
      <w:r w:rsidRPr="00591D85">
        <w:rPr>
          <w:rFonts w:ascii="Tahoma" w:hAnsi="Tahoma" w:cs="Tahoma"/>
          <w:rtl/>
        </w:rPr>
        <w:t>: تبد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</w:t>
      </w:r>
      <w:r w:rsidRPr="00591D85">
        <w:rPr>
          <w:rFonts w:ascii="Tahoma" w:hAnsi="Tahoma" w:cs="Tahoma"/>
          <w:rtl/>
        </w:rPr>
        <w:t xml:space="preserve"> اشغال نظام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به رابطه‌ا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دست‌کم دارا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صورت حقوق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باشد و زمان خروج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خارج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مشخص کند.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مان</w:t>
      </w:r>
      <w:r w:rsidRPr="00591D85">
        <w:rPr>
          <w:rFonts w:ascii="Tahoma" w:hAnsi="Tahoma" w:cs="Tahoma"/>
          <w:rtl/>
        </w:rPr>
        <w:t xml:space="preserve"> سه‌جانبهٔ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ران،</w:t>
      </w:r>
      <w:r w:rsidRPr="00591D85">
        <w:rPr>
          <w:rFonts w:ascii="Tahoma" w:hAnsi="Tahoma" w:cs="Tahoma"/>
          <w:rtl/>
        </w:rPr>
        <w:t xml:space="preserve"> بر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و اتحاد شورو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بهمن </w:t>
      </w:r>
      <w:r w:rsidRPr="00591D85">
        <w:rPr>
          <w:rFonts w:ascii="Tahoma" w:hAnsi="Tahoma" w:cs="Tahoma"/>
          <w:rtl/>
          <w:lang w:bidi="fa-IR"/>
        </w:rPr>
        <w:t>۱۳۲۰</w:t>
      </w:r>
      <w:r w:rsidRPr="00591D85">
        <w:rPr>
          <w:rFonts w:ascii="Tahoma" w:hAnsi="Tahoma" w:cs="Tahoma"/>
          <w:rtl/>
        </w:rPr>
        <w:t xml:space="preserve"> حضور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متفق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را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مدت جنگ به رسم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شناخت و آنان را متعهد کرد که پس از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جنگ خاک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را ترک کنند.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متعهد شد امکانات ارتباط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تدارکات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خود را در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/>
          <w:rtl/>
        </w:rPr>
        <w:t xml:space="preserve"> متفق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بگذارد.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مان،</w:t>
      </w:r>
      <w:r w:rsidRPr="00591D85">
        <w:rPr>
          <w:rFonts w:ascii="Tahoma" w:hAnsi="Tahoma" w:cs="Tahoma"/>
          <w:rtl/>
        </w:rPr>
        <w:t xml:space="preserve"> اشغال را 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ان</w:t>
      </w:r>
      <w:r w:rsidRPr="00591D85">
        <w:rPr>
          <w:rFonts w:ascii="Tahoma" w:hAnsi="Tahoma" w:cs="Tahoma"/>
          <w:rtl/>
        </w:rPr>
        <w:t xml:space="preserve"> نداد، اما کوش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آن حد و زمان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تع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کند.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باا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ن‌همه،</w:t>
      </w:r>
      <w:r w:rsidRPr="00591D85">
        <w:rPr>
          <w:rFonts w:ascii="Tahoma" w:hAnsi="Tahoma" w:cs="Tahoma"/>
          <w:rtl/>
        </w:rPr>
        <w:t xml:space="preserve"> واقع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قدرت با متن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مان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کسان</w:t>
      </w:r>
      <w:r w:rsidRPr="00591D85">
        <w:rPr>
          <w:rFonts w:ascii="Tahoma" w:hAnsi="Tahoma" w:cs="Tahoma"/>
          <w:rtl/>
        </w:rPr>
        <w:t xml:space="preserve"> نبود. در مناطق 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اشغال شورو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مأموران حکومت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توانستند</w:t>
      </w:r>
      <w:r w:rsidRPr="00591D85">
        <w:rPr>
          <w:rFonts w:ascii="Tahoma" w:hAnsi="Tahoma" w:cs="Tahoma"/>
          <w:rtl/>
        </w:rPr>
        <w:t xml:space="preserve"> آزادانه عمل کنند و جابه‌جا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نظام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غلات و کالاها بدون موافقت اشغالگران امکان‌پذ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نبود. در جنوب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بر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بر راه‌ها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ارتباط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منابع نفت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eastAsia"/>
          <w:rtl/>
        </w:rPr>
        <w:t>و</w:t>
      </w:r>
      <w:r w:rsidRPr="00591D85">
        <w:rPr>
          <w:rFonts w:ascii="Tahoma" w:hAnsi="Tahoma" w:cs="Tahoma"/>
          <w:rtl/>
        </w:rPr>
        <w:t xml:space="preserve"> تصم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حکومت فشار وارد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</w:t>
      </w:r>
      <w:r w:rsidRPr="00591D85">
        <w:rPr>
          <w:rFonts w:ascii="Tahoma" w:hAnsi="Tahoma" w:cs="Tahoma"/>
          <w:rtl/>
        </w:rPr>
        <w:t>. راه‌آهن سراسر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،</w:t>
      </w:r>
      <w:r w:rsidRPr="00591D85">
        <w:rPr>
          <w:rFonts w:ascii="Tahoma" w:hAnsi="Tahoma" w:cs="Tahoma"/>
          <w:rtl/>
        </w:rPr>
        <w:t xml:space="preserve"> که از مهم‌تر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ساخته‌ها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دورهٔ رضاشاه بود، به «پل 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»</w:t>
      </w:r>
      <w:r w:rsidRPr="00591D85">
        <w:rPr>
          <w:rFonts w:ascii="Tahoma" w:hAnsi="Tahoma" w:cs="Tahoma"/>
          <w:rtl/>
        </w:rPr>
        <w:t xml:space="preserve"> متفق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تبد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ل</w:t>
      </w:r>
      <w:r w:rsidRPr="00591D85">
        <w:rPr>
          <w:rFonts w:ascii="Tahoma" w:hAnsi="Tahoma" w:cs="Tahoma"/>
          <w:rtl/>
        </w:rPr>
        <w:t xml:space="preserve"> شد و 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از آنکه در خدمت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ازها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داخل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باشد، برا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رساندن تجه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زات</w:t>
      </w:r>
      <w:r w:rsidRPr="00591D85">
        <w:rPr>
          <w:rFonts w:ascii="Tahoma" w:hAnsi="Tahoma" w:cs="Tahoma"/>
          <w:rtl/>
        </w:rPr>
        <w:t xml:space="preserve"> به اتحاد شورو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به کار رفت.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وضع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بار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گر</w:t>
      </w:r>
      <w:r w:rsidRPr="00591D85">
        <w:rPr>
          <w:rFonts w:ascii="Tahoma" w:hAnsi="Tahoma" w:cs="Tahoma"/>
          <w:rtl/>
        </w:rPr>
        <w:t xml:space="preserve"> رابطهٔ استقلال و کشوردار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آشکار کرد.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توانست</w:t>
      </w:r>
      <w:r w:rsidRPr="00591D85">
        <w:rPr>
          <w:rFonts w:ascii="Tahoma" w:hAnsi="Tahoma" w:cs="Tahoma"/>
          <w:rtl/>
        </w:rPr>
        <w:t xml:space="preserve"> حدود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ارات</w:t>
      </w:r>
      <w:r w:rsidRPr="00591D85">
        <w:rPr>
          <w:rFonts w:ascii="Tahoma" w:hAnsi="Tahoma" w:cs="Tahoma"/>
          <w:rtl/>
        </w:rPr>
        <w:t xml:space="preserve"> شاه،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و مجلس را تع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کند، اما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توانست</w:t>
      </w:r>
      <w:r w:rsidRPr="00591D85">
        <w:rPr>
          <w:rFonts w:ascii="Tahoma" w:hAnsi="Tahoma" w:cs="Tahoma"/>
          <w:rtl/>
        </w:rPr>
        <w:t xml:space="preserve"> قدرت ارتش‌ها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خارج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محدود سازد. مجلس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توانست</w:t>
      </w:r>
      <w:r w:rsidRPr="00591D85">
        <w:rPr>
          <w:rFonts w:ascii="Tahoma" w:hAnsi="Tahoma" w:cs="Tahoma"/>
          <w:rtl/>
        </w:rPr>
        <w:t xml:space="preserve">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است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ضاح</w:t>
      </w:r>
      <w:r w:rsidRPr="00591D85">
        <w:rPr>
          <w:rFonts w:ascii="Tahoma" w:hAnsi="Tahoma" w:cs="Tahoma"/>
          <w:rtl/>
        </w:rPr>
        <w:t xml:space="preserve"> کند، اما فرمانده بر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شورو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در </w:t>
      </w:r>
      <w:r w:rsidRPr="00591D85">
        <w:rPr>
          <w:rFonts w:ascii="Tahoma" w:hAnsi="Tahoma" w:cs="Tahoma" w:hint="eastAsia"/>
          <w:rtl/>
        </w:rPr>
        <w:t>برابر</w:t>
      </w:r>
      <w:r w:rsidRPr="00591D85">
        <w:rPr>
          <w:rFonts w:ascii="Tahoma" w:hAnsi="Tahoma" w:cs="Tahoma"/>
          <w:rtl/>
        </w:rPr>
        <w:t xml:space="preserve"> آن مسئول نبود. دولت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پاسخ‌گو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کمبود نان، ناامن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تورم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بود،</w:t>
      </w:r>
      <w:r w:rsidRPr="00591D85">
        <w:rPr>
          <w:rFonts w:ascii="Tahoma" w:hAnsi="Tahoma" w:cs="Tahoma"/>
          <w:rtl/>
        </w:rPr>
        <w:t xml:space="preserve"> در حال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بر جابه‌جا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غلات، راه‌آهن و بخش مهم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از امکانات کشور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/>
          <w:rtl/>
        </w:rPr>
        <w:t xml:space="preserve"> کامل نداشت.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به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ترت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ب،</w:t>
      </w:r>
      <w:r w:rsidRPr="00591D85">
        <w:rPr>
          <w:rFonts w:ascii="Tahoma" w:hAnsi="Tahoma" w:cs="Tahoma"/>
          <w:rtl/>
        </w:rPr>
        <w:t xml:space="preserve"> دوم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آزما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مشروطهٔ مشروعه از نخست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روز خود با مسئله‌ا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روبه‌رو شد که در آزما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اول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وجود داشت: نهادها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داخل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/>
          <w:rtl/>
        </w:rPr>
        <w:t xml:space="preserve"> مسئول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ادارهٔ کشور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برعهده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گرفتند</w:t>
      </w:r>
      <w:r w:rsidRPr="00591D85">
        <w:rPr>
          <w:rFonts w:ascii="Tahoma" w:hAnsi="Tahoma" w:cs="Tahoma"/>
          <w:rtl/>
        </w:rPr>
        <w:t xml:space="preserve"> که همهٔ ابزارها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اعمال حاکم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بر آن در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ارشان</w:t>
      </w:r>
      <w:r w:rsidRPr="00591D85">
        <w:rPr>
          <w:rFonts w:ascii="Tahoma" w:hAnsi="Tahoma" w:cs="Tahoma"/>
          <w:rtl/>
        </w:rPr>
        <w:t xml:space="preserve"> نبود. تفاوت در آن بود که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بار حکومت مرکز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وانسالار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گسترده‌تر بودند و هم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امر انتظار جامعه از دولت را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افزا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داده بود. مردم کمبود نان، گران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و ناامن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از حکومت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دند،</w:t>
      </w:r>
      <w:r w:rsidRPr="00591D85">
        <w:rPr>
          <w:rFonts w:ascii="Tahoma" w:hAnsi="Tahoma" w:cs="Tahoma"/>
          <w:rtl/>
        </w:rPr>
        <w:t xml:space="preserve"> اما حکومت نم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توانست</w:t>
      </w:r>
      <w:r w:rsidRPr="00591D85">
        <w:rPr>
          <w:rFonts w:ascii="Tahoma" w:hAnsi="Tahoma" w:cs="Tahoma"/>
          <w:rtl/>
        </w:rPr>
        <w:t xml:space="preserve"> مسئول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را به گردن اشغالگران 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ندازد</w:t>
      </w:r>
      <w:r w:rsidRPr="00591D85">
        <w:rPr>
          <w:rFonts w:ascii="Tahoma" w:hAnsi="Tahoma" w:cs="Tahoma"/>
          <w:rtl/>
        </w:rPr>
        <w:t xml:space="preserve"> و از پاسخ‌گو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بگر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زد</w:t>
      </w:r>
      <w:r w:rsidRPr="00591D85">
        <w:rPr>
          <w:rFonts w:ascii="Tahoma" w:hAnsi="Tahoma" w:cs="Tahoma"/>
          <w:rtl/>
        </w:rPr>
        <w:t>.</w:t>
      </w:r>
    </w:p>
    <w:p w:rsidR="00591D85" w:rsidRPr="00591D85" w:rsidRDefault="00591D85" w:rsidP="00591D85">
      <w:pPr>
        <w:bidi/>
        <w:spacing w:after="0" w:line="360" w:lineRule="auto"/>
        <w:ind w:firstLine="720"/>
        <w:rPr>
          <w:rFonts w:ascii="Tahoma" w:hAnsi="Tahoma" w:cs="Tahoma"/>
        </w:rPr>
      </w:pPr>
      <w:r w:rsidRPr="00591D85">
        <w:rPr>
          <w:rFonts w:ascii="Tahoma" w:hAnsi="Tahoma" w:cs="Tahoma" w:hint="eastAsia"/>
          <w:rtl/>
        </w:rPr>
        <w:t>فروغ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پس از انجام مهم‌تر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وظا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ف</w:t>
      </w:r>
      <w:r w:rsidRPr="00591D85">
        <w:rPr>
          <w:rFonts w:ascii="Tahoma" w:hAnsi="Tahoma" w:cs="Tahoma"/>
          <w:rtl/>
        </w:rPr>
        <w:t xml:space="preserve"> خود از نخست‌وز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کنار رفت، اما مسئله‌ا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که دولت او با آن روبه‌رو شده بود باق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ماند: چگونه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توان</w:t>
      </w:r>
      <w:r w:rsidRPr="00591D85">
        <w:rPr>
          <w:rFonts w:ascii="Tahoma" w:hAnsi="Tahoma" w:cs="Tahoma"/>
          <w:rtl/>
        </w:rPr>
        <w:t xml:space="preserve"> قانون اساس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را در کشور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اجرا کرد که شاه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/>
          <w:rtl/>
        </w:rPr>
        <w:t xml:space="preserve"> قانون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داشت اما قدرت کاف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نداشت، وز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مسئول بودند اما اخت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ار</w:t>
      </w:r>
      <w:r w:rsidRPr="00591D85">
        <w:rPr>
          <w:rFonts w:ascii="Tahoma" w:hAnsi="Tahoma" w:cs="Tahoma"/>
          <w:rtl/>
        </w:rPr>
        <w:t xml:space="preserve"> کامل نداشتند، </w:t>
      </w:r>
      <w:r w:rsidRPr="00591D85">
        <w:rPr>
          <w:rFonts w:ascii="Tahoma" w:hAnsi="Tahoma" w:cs="Tahoma" w:hint="eastAsia"/>
          <w:rtl/>
        </w:rPr>
        <w:t>مجلس</w:t>
      </w:r>
      <w:r w:rsidRPr="00591D85">
        <w:rPr>
          <w:rFonts w:ascii="Tahoma" w:hAnsi="Tahoma" w:cs="Tahoma"/>
          <w:rtl/>
        </w:rPr>
        <w:t xml:space="preserve"> حق نظارت داشت اما خود از انتخابات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آزاد 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رون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امده</w:t>
      </w:r>
      <w:r w:rsidRPr="00591D85">
        <w:rPr>
          <w:rFonts w:ascii="Tahoma" w:hAnsi="Tahoma" w:cs="Tahoma"/>
          <w:rtl/>
        </w:rPr>
        <w:t xml:space="preserve"> بود، و دولت‌ها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خارج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بدون پذ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رش</w:t>
      </w:r>
      <w:r w:rsidRPr="00591D85">
        <w:rPr>
          <w:rFonts w:ascii="Tahoma" w:hAnsi="Tahoma" w:cs="Tahoma"/>
          <w:rtl/>
        </w:rPr>
        <w:t xml:space="preserve"> مسئول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ت</w:t>
      </w:r>
      <w:r w:rsidRPr="00591D85">
        <w:rPr>
          <w:rFonts w:ascii="Tahoma" w:hAnsi="Tahoma" w:cs="Tahoma"/>
          <w:rtl/>
        </w:rPr>
        <w:t xml:space="preserve"> در کشوردار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ران</w:t>
      </w:r>
      <w:r w:rsidRPr="00591D85">
        <w:rPr>
          <w:rFonts w:ascii="Tahoma" w:hAnsi="Tahoma" w:cs="Tahoma"/>
          <w:rtl/>
        </w:rPr>
        <w:t xml:space="preserve"> دخالت م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کردند؟</w:t>
      </w:r>
    </w:p>
    <w:p w:rsidR="004E2C5E" w:rsidRDefault="00591D85" w:rsidP="00591D85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پرسش با رفتن فروغ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پاسخ داده نشد. برعکس، تغ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 w:hint="eastAsia"/>
          <w:rtl/>
        </w:rPr>
        <w:t>ر</w:t>
      </w:r>
      <w:r w:rsidRPr="00591D85">
        <w:rPr>
          <w:rFonts w:ascii="Tahoma" w:hAnsi="Tahoma" w:cs="Tahoma"/>
          <w:rtl/>
        </w:rPr>
        <w:t xml:space="preserve"> پ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درپ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دولت‌ها، بحران نان، گسترش احزاب وابسته 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ا</w:t>
      </w:r>
      <w:r w:rsidRPr="00591D85">
        <w:rPr>
          <w:rFonts w:ascii="Tahoma" w:hAnsi="Tahoma" w:cs="Tahoma"/>
          <w:rtl/>
        </w:rPr>
        <w:t xml:space="preserve"> ناپا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دار</w:t>
      </w:r>
      <w:r w:rsidRPr="00591D85">
        <w:rPr>
          <w:rFonts w:ascii="Tahoma" w:hAnsi="Tahoma" w:cs="Tahoma"/>
          <w:rtl/>
        </w:rPr>
        <w:t xml:space="preserve"> و رقابت شاه و مجلس، به‌زود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/>
          <w:rtl/>
        </w:rPr>
        <w:t xml:space="preserve"> نشان داد که دوم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آزما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ش</w:t>
      </w:r>
      <w:r w:rsidRPr="00591D85">
        <w:rPr>
          <w:rFonts w:ascii="Tahoma" w:hAnsi="Tahoma" w:cs="Tahoma"/>
          <w:rtl/>
        </w:rPr>
        <w:t xml:space="preserve"> ن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ز</w:t>
      </w:r>
      <w:r w:rsidRPr="00591D85">
        <w:rPr>
          <w:rFonts w:ascii="Tahoma" w:hAnsi="Tahoma" w:cs="Tahoma"/>
          <w:rtl/>
        </w:rPr>
        <w:t xml:space="preserve"> همان ب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مار</w:t>
      </w:r>
      <w:r w:rsidRPr="00591D85">
        <w:rPr>
          <w:rFonts w:ascii="Tahoma" w:hAnsi="Tahoma" w:cs="Tahoma" w:hint="cs"/>
          <w:rtl/>
        </w:rPr>
        <w:t>ی‌</w:t>
      </w:r>
      <w:r w:rsidRPr="00591D85">
        <w:rPr>
          <w:rFonts w:ascii="Tahoma" w:hAnsi="Tahoma" w:cs="Tahoma" w:hint="eastAsia"/>
          <w:rtl/>
        </w:rPr>
        <w:t>ها</w:t>
      </w:r>
      <w:r w:rsidRPr="00591D85">
        <w:rPr>
          <w:rFonts w:ascii="Tahoma" w:hAnsi="Tahoma" w:cs="Tahoma" w:hint="cs"/>
          <w:rtl/>
        </w:rPr>
        <w:t>یی</w:t>
      </w:r>
      <w:r w:rsidRPr="00591D85">
        <w:rPr>
          <w:rFonts w:ascii="Tahoma" w:hAnsi="Tahoma" w:cs="Tahoma"/>
          <w:rtl/>
        </w:rPr>
        <w:t xml:space="preserve"> را با خود دارد که نخست</w:t>
      </w:r>
      <w:r w:rsidRPr="00591D85">
        <w:rPr>
          <w:rFonts w:ascii="Tahoma" w:hAnsi="Tahoma" w:cs="Tahoma" w:hint="cs"/>
          <w:rtl/>
        </w:rPr>
        <w:t>ی</w:t>
      </w:r>
      <w:r w:rsidRPr="00591D85">
        <w:rPr>
          <w:rFonts w:ascii="Tahoma" w:hAnsi="Tahoma" w:cs="Tahoma" w:hint="eastAsia"/>
          <w:rtl/>
        </w:rPr>
        <w:t>ن</w:t>
      </w:r>
      <w:r w:rsidRPr="00591D85">
        <w:rPr>
          <w:rFonts w:ascii="Tahoma" w:hAnsi="Tahoma" w:cs="Tahoma"/>
          <w:rtl/>
        </w:rPr>
        <w:t xml:space="preserve"> دورهٔ دوازده‌ساله را از درون فرسوده بود.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/>
          <w:rtl/>
        </w:rPr>
        <w:t>کناره‌گ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فروغ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نخست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مرحلهٔ انتقال قدرت بود، اما مسئله‌ا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که با سقوط رضاشاه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آمده بود حل نکرد. قانون اساس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دوباره امکان اجرا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افته</w:t>
      </w:r>
      <w:r w:rsidRPr="00EF1C4B">
        <w:rPr>
          <w:rFonts w:ascii="Tahoma" w:hAnsi="Tahoma" w:cs="Tahoma"/>
          <w:rtl/>
        </w:rPr>
        <w:t xml:space="preserve"> بود، 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چ‌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از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کشوردار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هنوز جا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گاه</w:t>
      </w:r>
      <w:r w:rsidRPr="00EF1C4B">
        <w:rPr>
          <w:rFonts w:ascii="Tahoma" w:hAnsi="Tahoma" w:cs="Tahoma"/>
          <w:rtl/>
        </w:rPr>
        <w:t xml:space="preserve"> تازهٔ خود را نپذ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رفته</w:t>
      </w:r>
      <w:r w:rsidRPr="00EF1C4B">
        <w:rPr>
          <w:rFonts w:ascii="Tahoma" w:hAnsi="Tahoma" w:cs="Tahoma"/>
          <w:rtl/>
        </w:rPr>
        <w:t xml:space="preserve"> بودند. شاه جوان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خواست</w:t>
      </w:r>
      <w:r w:rsidRPr="00EF1C4B">
        <w:rPr>
          <w:rFonts w:ascii="Tahoma" w:hAnsi="Tahoma" w:cs="Tahoma"/>
          <w:rtl/>
        </w:rPr>
        <w:t xml:space="preserve"> اخت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ارات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ک</w:t>
      </w:r>
      <w:r w:rsidRPr="00EF1C4B">
        <w:rPr>
          <w:rFonts w:ascii="Tahoma" w:hAnsi="Tahoma" w:cs="Tahoma" w:hint="eastAsia"/>
          <w:rtl/>
        </w:rPr>
        <w:t>ه</w:t>
      </w:r>
      <w:r w:rsidRPr="00EF1C4B">
        <w:rPr>
          <w:rFonts w:ascii="Tahoma" w:hAnsi="Tahoma" w:cs="Tahoma"/>
          <w:rtl/>
        </w:rPr>
        <w:t xml:space="preserve"> قانون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شناخته بود اعمال کند، اما قدرت لازم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تحم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ارادهٔ خود را نداشت. مجلس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خواست</w:t>
      </w:r>
      <w:r w:rsidRPr="00EF1C4B">
        <w:rPr>
          <w:rFonts w:ascii="Tahoma" w:hAnsi="Tahoma" w:cs="Tahoma"/>
          <w:rtl/>
        </w:rPr>
        <w:t xml:space="preserve"> بر دولت نظارت کند، اما هنوز خود را از عادت‌ها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دوران رضاشاه رها نکرده بود. 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در برابر مجلس مسئول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بودند،</w:t>
      </w:r>
      <w:r w:rsidRPr="00EF1C4B">
        <w:rPr>
          <w:rFonts w:ascii="Tahoma" w:hAnsi="Tahoma" w:cs="Tahoma"/>
          <w:rtl/>
        </w:rPr>
        <w:t xml:space="preserve"> 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دوام دولت به رضا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شاه، همراه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سفا</w:t>
      </w:r>
      <w:r w:rsidRPr="00EF1C4B">
        <w:rPr>
          <w:rFonts w:ascii="Tahoma" w:hAnsi="Tahoma" w:cs="Tahoma" w:hint="eastAsia"/>
          <w:rtl/>
        </w:rPr>
        <w:t>رتخانه‌ها</w:t>
      </w:r>
      <w:r w:rsidRPr="00EF1C4B">
        <w:rPr>
          <w:rFonts w:ascii="Tahoma" w:hAnsi="Tahoma" w:cs="Tahoma"/>
          <w:rtl/>
        </w:rPr>
        <w:t xml:space="preserve"> و پشت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گروه‌ها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بانفوذ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از</w:t>
      </w:r>
      <w:r w:rsidRPr="00EF1C4B">
        <w:rPr>
          <w:rFonts w:ascii="Tahoma" w:hAnsi="Tahoma" w:cs="Tahoma"/>
          <w:rtl/>
        </w:rPr>
        <w:t xml:space="preserve"> داشتند.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وانسالار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کوش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دستگاه کشور را اداره کند، اما هر تغ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دولت، 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و مد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تازه‌ا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بر آن تحم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وضع، دولت را به ضع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ف‌تر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حلقهٔ کشوردار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کرد. شاه از اخت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</w:t>
      </w:r>
      <w:r w:rsidRPr="00EF1C4B">
        <w:rPr>
          <w:rFonts w:ascii="Tahoma" w:hAnsi="Tahoma" w:cs="Tahoma"/>
          <w:rtl/>
        </w:rPr>
        <w:t xml:space="preserve"> قانون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برخوردار بود، مجلس حق نظارت و است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ضاح</w:t>
      </w:r>
      <w:r w:rsidRPr="00EF1C4B">
        <w:rPr>
          <w:rFonts w:ascii="Tahoma" w:hAnsi="Tahoma" w:cs="Tahoma"/>
          <w:rtl/>
        </w:rPr>
        <w:t xml:space="preserve"> داشت،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/>
          <w:rtl/>
        </w:rPr>
        <w:t xml:space="preserve"> شبکه‌ها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اجتماع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مذهب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خود را دوباره فعال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کردند،</w:t>
      </w:r>
      <w:r w:rsidRPr="00EF1C4B">
        <w:rPr>
          <w:rFonts w:ascii="Tahoma" w:hAnsi="Tahoma" w:cs="Tahoma"/>
          <w:rtl/>
        </w:rPr>
        <w:t xml:space="preserve">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در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موقع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بودند و قدرت‌ها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مستق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ماً</w:t>
      </w:r>
      <w:r w:rsidRPr="00EF1C4B">
        <w:rPr>
          <w:rFonts w:ascii="Tahoma" w:hAnsi="Tahoma" w:cs="Tahoma"/>
          <w:rtl/>
        </w:rPr>
        <w:t xml:space="preserve"> بر تص</w:t>
      </w:r>
      <w:r w:rsidRPr="00EF1C4B">
        <w:rPr>
          <w:rFonts w:ascii="Tahoma" w:hAnsi="Tahoma" w:cs="Tahoma" w:hint="eastAsia"/>
          <w:rtl/>
        </w:rPr>
        <w:t>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کشور اثر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گذاشتند؛</w:t>
      </w:r>
      <w:r w:rsidRPr="00EF1C4B">
        <w:rPr>
          <w:rFonts w:ascii="Tahoma" w:hAnsi="Tahoma" w:cs="Tahoma"/>
          <w:rtl/>
        </w:rPr>
        <w:t xml:space="preserve"> اما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نها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همهٔ نابسامان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ها</w:t>
      </w:r>
      <w:r w:rsidRPr="00EF1C4B">
        <w:rPr>
          <w:rFonts w:ascii="Tahoma" w:hAnsi="Tahoma" w:cs="Tahoma"/>
          <w:rtl/>
        </w:rPr>
        <w:t xml:space="preserve"> برعهدهٔ 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ئت</w:t>
      </w:r>
      <w:r w:rsidRPr="00EF1C4B">
        <w:rPr>
          <w:rFonts w:ascii="Tahoma" w:hAnsi="Tahoma" w:cs="Tahoma"/>
          <w:rtl/>
        </w:rPr>
        <w:t xml:space="preserve"> 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قرار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گرفت</w:t>
      </w:r>
      <w:r w:rsidRPr="00EF1C4B">
        <w:rPr>
          <w:rFonts w:ascii="Tahoma" w:hAnsi="Tahoma" w:cs="Tahoma"/>
          <w:rtl/>
        </w:rPr>
        <w:t>. دولت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ابزار کامل اجرا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تصم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خود را در اخت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</w:t>
      </w:r>
      <w:r w:rsidRPr="00EF1C4B">
        <w:rPr>
          <w:rFonts w:ascii="Tahoma" w:hAnsi="Tahoma" w:cs="Tahoma"/>
          <w:rtl/>
        </w:rPr>
        <w:t xml:space="preserve"> نداشت،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در برابر مجلس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پاسخ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 xml:space="preserve"> که خود در ادارهٔ کشور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مستق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</w:t>
      </w:r>
      <w:r w:rsidRPr="00EF1C4B">
        <w:rPr>
          <w:rFonts w:ascii="Tahoma" w:hAnsi="Tahoma" w:cs="Tahoma"/>
          <w:rtl/>
        </w:rPr>
        <w:t xml:space="preserve"> نداشت.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نجا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تناقض‌ها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اصل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قانون اساس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مشروطهٔ مشروعه آشکار شد. قوهٔ اجرا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به شاه تعلق داشت، اما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اعمال آن برعهدهٔ 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بود. مجلس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</w:t>
      </w:r>
      <w:r w:rsidRPr="00EF1C4B">
        <w:rPr>
          <w:rFonts w:ascii="Tahoma" w:hAnsi="Tahoma" w:cs="Tahoma"/>
          <w:rtl/>
        </w:rPr>
        <w:t xml:space="preserve"> 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را برکنار کند، 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 برابر نتا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برکنار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نداشت. شاه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</w:t>
      </w:r>
      <w:r w:rsidRPr="00EF1C4B">
        <w:rPr>
          <w:rFonts w:ascii="Tahoma" w:hAnsi="Tahoma" w:cs="Tahoma"/>
          <w:rtl/>
        </w:rPr>
        <w:t xml:space="preserve"> 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را منصوب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معزول کند، ب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آنکه</w:t>
      </w:r>
      <w:r w:rsidRPr="00EF1C4B">
        <w:rPr>
          <w:rFonts w:ascii="Tahoma" w:hAnsi="Tahoma" w:cs="Tahoma"/>
          <w:rtl/>
        </w:rPr>
        <w:t xml:space="preserve">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تصم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</w:t>
      </w:r>
      <w:r w:rsidRPr="00EF1C4B">
        <w:rPr>
          <w:rFonts w:ascii="Tahoma" w:hAnsi="Tahoma" w:cs="Tahoma"/>
          <w:rtl/>
        </w:rPr>
        <w:t xml:space="preserve"> او مستق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ماً</w:t>
      </w:r>
      <w:r w:rsidRPr="00EF1C4B">
        <w:rPr>
          <w:rFonts w:ascii="Tahoma" w:hAnsi="Tahoma" w:cs="Tahoma"/>
          <w:rtl/>
        </w:rPr>
        <w:t xml:space="preserve"> متوجه خودش شود. در نت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جه،</w:t>
      </w:r>
      <w:r w:rsidRPr="00EF1C4B">
        <w:rPr>
          <w:rFonts w:ascii="Tahoma" w:hAnsi="Tahoma" w:cs="Tahoma"/>
          <w:rtl/>
        </w:rPr>
        <w:t xml:space="preserve"> هر دو سو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قدرت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توانستند</w:t>
      </w:r>
      <w:r w:rsidRPr="00EF1C4B">
        <w:rPr>
          <w:rFonts w:ascii="Tahoma" w:hAnsi="Tahoma" w:cs="Tahoma"/>
          <w:rtl/>
        </w:rPr>
        <w:t xml:space="preserve"> در کار دولت دخالت کنند و هر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ک،</w:t>
      </w:r>
      <w:r w:rsidRPr="00EF1C4B">
        <w:rPr>
          <w:rFonts w:ascii="Tahoma" w:hAnsi="Tahoma" w:cs="Tahoma"/>
          <w:rtl/>
        </w:rPr>
        <w:t xml:space="preserve"> هنگام شکست،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را بر دوش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بگذارند.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پس از فروغ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در 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دو قدرت حرکت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</w:t>
      </w:r>
      <w:r w:rsidRPr="00EF1C4B">
        <w:rPr>
          <w:rFonts w:ascii="Tahoma" w:hAnsi="Tahoma" w:cs="Tahoma"/>
          <w:rtl/>
        </w:rPr>
        <w:t>. اگر به شاه نزد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شدند،</w:t>
      </w:r>
      <w:r w:rsidRPr="00EF1C4B">
        <w:rPr>
          <w:rFonts w:ascii="Tahoma" w:hAnsi="Tahoma" w:cs="Tahoma"/>
          <w:rtl/>
        </w:rPr>
        <w:t xml:space="preserve"> مجلس آنان را عامل دربار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خواند</w:t>
      </w:r>
      <w:r w:rsidRPr="00EF1C4B">
        <w:rPr>
          <w:rFonts w:ascii="Tahoma" w:hAnsi="Tahoma" w:cs="Tahoma"/>
          <w:rtl/>
        </w:rPr>
        <w:t>. اگر به مجلس تک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ه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کردند،</w:t>
      </w:r>
      <w:r w:rsidRPr="00EF1C4B">
        <w:rPr>
          <w:rFonts w:ascii="Tahoma" w:hAnsi="Tahoma" w:cs="Tahoma"/>
          <w:rtl/>
        </w:rPr>
        <w:t xml:space="preserve"> حما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شاه را از دست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دادند</w:t>
      </w:r>
      <w:r w:rsidRPr="00EF1C4B">
        <w:rPr>
          <w:rFonts w:ascii="Tahoma" w:hAnsi="Tahoma" w:cs="Tahoma"/>
          <w:rtl/>
        </w:rPr>
        <w:t>. اگر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کوش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دند</w:t>
      </w:r>
      <w:r w:rsidRPr="00EF1C4B">
        <w:rPr>
          <w:rFonts w:ascii="Tahoma" w:hAnsi="Tahoma" w:cs="Tahoma"/>
          <w:rtl/>
        </w:rPr>
        <w:t xml:space="preserve"> قدرت مستقل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دولت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آورند، هم دربار و هم نما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ندگان</w:t>
      </w:r>
      <w:r w:rsidRPr="00EF1C4B">
        <w:rPr>
          <w:rFonts w:ascii="Tahoma" w:hAnsi="Tahoma" w:cs="Tahoma"/>
          <w:rtl/>
        </w:rPr>
        <w:t xml:space="preserve"> با</w:t>
      </w:r>
      <w:r w:rsidRPr="00EF1C4B">
        <w:rPr>
          <w:rFonts w:ascii="Tahoma" w:hAnsi="Tahoma" w:cs="Tahoma" w:hint="eastAsia"/>
          <w:rtl/>
        </w:rPr>
        <w:t>نفوذ</w:t>
      </w:r>
      <w:r w:rsidRPr="00EF1C4B">
        <w:rPr>
          <w:rFonts w:ascii="Tahoma" w:hAnsi="Tahoma" w:cs="Tahoma"/>
          <w:rtl/>
        </w:rPr>
        <w:t xml:space="preserve"> آنان را رق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</w:t>
      </w:r>
      <w:r w:rsidRPr="00EF1C4B">
        <w:rPr>
          <w:rFonts w:ascii="Tahoma" w:hAnsi="Tahoma" w:cs="Tahoma"/>
          <w:rtl/>
        </w:rPr>
        <w:t xml:space="preserve"> خود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دند</w:t>
      </w:r>
      <w:r w:rsidRPr="00EF1C4B">
        <w:rPr>
          <w:rFonts w:ascii="Tahoma" w:hAnsi="Tahoma" w:cs="Tahoma"/>
          <w:rtl/>
        </w:rPr>
        <w:t>. 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ن‌سان،</w:t>
      </w:r>
      <w:r w:rsidRPr="00EF1C4B">
        <w:rPr>
          <w:rFonts w:ascii="Tahoma" w:hAnsi="Tahoma" w:cs="Tahoma"/>
          <w:rtl/>
        </w:rPr>
        <w:t xml:space="preserve"> مقام رئ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س‌الوزرا</w:t>
      </w:r>
      <w:r w:rsidRPr="00EF1C4B">
        <w:rPr>
          <w:rFonts w:ascii="Tahoma" w:hAnsi="Tahoma" w:cs="Tahoma"/>
          <w:rtl/>
        </w:rPr>
        <w:t xml:space="preserve"> که در قانون اساس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به‌عنوان رئ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</w:t>
      </w:r>
      <w:r w:rsidRPr="00EF1C4B">
        <w:rPr>
          <w:rFonts w:ascii="Tahoma" w:hAnsi="Tahoma" w:cs="Tahoma"/>
          <w:rtl/>
        </w:rPr>
        <w:t xml:space="preserve"> مستقل قوهٔ اجرا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تعر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ف</w:t>
      </w:r>
      <w:r w:rsidRPr="00EF1C4B">
        <w:rPr>
          <w:rFonts w:ascii="Tahoma" w:hAnsi="Tahoma" w:cs="Tahoma"/>
          <w:rtl/>
        </w:rPr>
        <w:t xml:space="preserve"> نشده بود، به 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دان</w:t>
      </w:r>
      <w:r w:rsidRPr="00EF1C4B">
        <w:rPr>
          <w:rFonts w:ascii="Tahoma" w:hAnsi="Tahoma" w:cs="Tahoma"/>
          <w:rtl/>
        </w:rPr>
        <w:t xml:space="preserve"> کشاکش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شد که 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چ‌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حاضر نبودند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کامل کشوردار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برعهده 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رند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همان حال، اشغال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زندگ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روزمرهٔ مردم را به‌شدت آس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</w:t>
      </w:r>
      <w:r w:rsidRPr="00EF1C4B">
        <w:rPr>
          <w:rFonts w:ascii="Tahoma" w:hAnsi="Tahoma" w:cs="Tahoma"/>
          <w:rtl/>
        </w:rPr>
        <w:t xml:space="preserve"> زده بود.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از</w:t>
      </w:r>
      <w:r w:rsidRPr="00EF1C4B">
        <w:rPr>
          <w:rFonts w:ascii="Tahoma" w:hAnsi="Tahoma" w:cs="Tahoma"/>
          <w:rtl/>
        </w:rPr>
        <w:t xml:space="preserve"> ارتش‌ها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متفق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به مواد غذا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وسا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حمل‌ونقل و راه‌آهن، همراه با آشفتگ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بازار، احتکار، تورم و کاهش ارزش پول، کمبودها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گسترده‌ا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آورد. غله در کشور وجود داشت، اما انتقال آن از منا</w:t>
      </w:r>
      <w:r w:rsidRPr="00EF1C4B">
        <w:rPr>
          <w:rFonts w:ascii="Tahoma" w:hAnsi="Tahoma" w:cs="Tahoma" w:hint="eastAsia"/>
          <w:rtl/>
        </w:rPr>
        <w:t>طق</w:t>
      </w:r>
      <w:r w:rsidRPr="00EF1C4B">
        <w:rPr>
          <w:rFonts w:ascii="Tahoma" w:hAnsi="Tahoma" w:cs="Tahoma"/>
          <w:rtl/>
        </w:rPr>
        <w:t xml:space="preserve"> تول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دکننده</w:t>
      </w:r>
      <w:r w:rsidRPr="00EF1C4B">
        <w:rPr>
          <w:rFonts w:ascii="Tahoma" w:hAnsi="Tahoma" w:cs="Tahoma"/>
          <w:rtl/>
        </w:rPr>
        <w:t xml:space="preserve"> به شهرها دشوار شده بود. بخش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وسا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حمل‌ونقل در اخت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اشغالگر قرار داشت و در مناطق شمال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مقامات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 جابه‌جا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غلات نظارت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</w:t>
      </w:r>
      <w:r w:rsidRPr="00EF1C4B">
        <w:rPr>
          <w:rFonts w:ascii="Tahoma" w:hAnsi="Tahoma" w:cs="Tahoma"/>
          <w:rtl/>
        </w:rPr>
        <w:t>. حکومت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نان مردم را تأم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کرد،</w:t>
      </w:r>
      <w:r w:rsidRPr="00EF1C4B">
        <w:rPr>
          <w:rFonts w:ascii="Tahoma" w:hAnsi="Tahoma" w:cs="Tahoma"/>
          <w:rtl/>
        </w:rPr>
        <w:t xml:space="preserve"> اما بر همهٔ راه‌ها و منابع خود تسلط نداشت.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بحران</w:t>
      </w:r>
      <w:r w:rsidRPr="00EF1C4B">
        <w:rPr>
          <w:rFonts w:ascii="Tahoma" w:hAnsi="Tahoma" w:cs="Tahoma"/>
          <w:rtl/>
        </w:rPr>
        <w:t xml:space="preserve"> نان فقط بحران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اقتصاد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نبود. نان در جامعه‌ا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بخش بزرگ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مردم درآمد خود را صرف خوراک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کردند،</w:t>
      </w:r>
      <w:r w:rsidRPr="00EF1C4B">
        <w:rPr>
          <w:rFonts w:ascii="Tahoma" w:hAnsi="Tahoma" w:cs="Tahoma"/>
          <w:rtl/>
        </w:rPr>
        <w:t xml:space="preserve"> مع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</w:t>
      </w:r>
      <w:r w:rsidRPr="00EF1C4B">
        <w:rPr>
          <w:rFonts w:ascii="Tahoma" w:hAnsi="Tahoma" w:cs="Tahoma"/>
          <w:rtl/>
        </w:rPr>
        <w:t xml:space="preserve"> مستق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</w:t>
      </w:r>
      <w:r w:rsidRPr="00EF1C4B">
        <w:rPr>
          <w:rFonts w:ascii="Tahoma" w:hAnsi="Tahoma" w:cs="Tahoma"/>
          <w:rtl/>
        </w:rPr>
        <w:t xml:space="preserve"> توانا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حکومت بود. دولت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</w:t>
      </w:r>
      <w:r w:rsidRPr="00EF1C4B">
        <w:rPr>
          <w:rFonts w:ascii="Tahoma" w:hAnsi="Tahoma" w:cs="Tahoma"/>
          <w:rtl/>
        </w:rPr>
        <w:t xml:space="preserve"> نان فراهم کند، در چشم مردم حقان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خود را از دست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>. 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چ</w:t>
      </w:r>
      <w:r w:rsidRPr="00EF1C4B">
        <w:rPr>
          <w:rFonts w:ascii="Tahoma" w:hAnsi="Tahoma" w:cs="Tahoma"/>
          <w:rtl/>
        </w:rPr>
        <w:t xml:space="preserve"> توض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ح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دربارهٔ اشغال، کمبود وسا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نقل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ه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دخالت دولت‌ها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</w:t>
      </w:r>
      <w:r w:rsidRPr="00EF1C4B">
        <w:rPr>
          <w:rFonts w:ascii="Tahoma" w:hAnsi="Tahoma" w:cs="Tahoma"/>
          <w:rtl/>
        </w:rPr>
        <w:t xml:space="preserve"> گرسنگ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مردم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ساعت‌ها در صف نانوا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ستادند</w:t>
      </w:r>
      <w:r w:rsidRPr="00EF1C4B">
        <w:rPr>
          <w:rFonts w:ascii="Tahoma" w:hAnsi="Tahoma" w:cs="Tahoma"/>
          <w:rtl/>
        </w:rPr>
        <w:t xml:space="preserve"> قابل‌تحمل سازد.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مرداد </w:t>
      </w:r>
      <w:r w:rsidRPr="00EF1C4B">
        <w:rPr>
          <w:rFonts w:ascii="Tahoma" w:hAnsi="Tahoma" w:cs="Tahoma"/>
          <w:rtl/>
          <w:lang w:bidi="fa-IR"/>
        </w:rPr>
        <w:t>۱۳۲۱</w:t>
      </w:r>
      <w:r w:rsidRPr="00EF1C4B">
        <w:rPr>
          <w:rFonts w:ascii="Tahoma" w:hAnsi="Tahoma" w:cs="Tahoma"/>
          <w:rtl/>
        </w:rPr>
        <w:t>، احمد قوام، که از رجال باتجربهٔ دوران قاجار و پهلو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بود، به 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>. قوام از آن گروه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وانسالاران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بود که قدرت دولت را شرط کشوردار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دانستند</w:t>
      </w:r>
      <w:r w:rsidRPr="00EF1C4B">
        <w:rPr>
          <w:rFonts w:ascii="Tahoma" w:hAnsi="Tahoma" w:cs="Tahoma"/>
          <w:rtl/>
        </w:rPr>
        <w:t>. او نه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خواست</w:t>
      </w:r>
      <w:r w:rsidRPr="00EF1C4B">
        <w:rPr>
          <w:rFonts w:ascii="Tahoma" w:hAnsi="Tahoma" w:cs="Tahoma"/>
          <w:rtl/>
        </w:rPr>
        <w:t xml:space="preserve"> مجر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اخت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</w:t>
      </w:r>
      <w:r w:rsidRPr="00EF1C4B">
        <w:rPr>
          <w:rFonts w:ascii="Tahoma" w:hAnsi="Tahoma" w:cs="Tahoma"/>
          <w:rtl/>
        </w:rPr>
        <w:t xml:space="preserve"> دربار باشد و نه حاضر بود دولت را به صورت کم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تابع مجلس </w:t>
      </w:r>
      <w:r w:rsidRPr="00EF1C4B">
        <w:rPr>
          <w:rFonts w:ascii="Tahoma" w:hAnsi="Tahoma" w:cs="Tahoma" w:hint="eastAsia"/>
          <w:rtl/>
        </w:rPr>
        <w:t>اداره</w:t>
      </w:r>
      <w:r w:rsidRPr="00EF1C4B">
        <w:rPr>
          <w:rFonts w:ascii="Tahoma" w:hAnsi="Tahoma" w:cs="Tahoma"/>
          <w:rtl/>
        </w:rPr>
        <w:t xml:space="preserve"> کند.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کوش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گاه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مستقل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آورد و از رقابت شاه، مجلس و دولت‌ها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افزا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قدرت دولت استفاده کند.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هم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کوشش، او را از همان آغاز با محمدرضاشاه و گروه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نما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ندگان</w:t>
      </w:r>
      <w:r w:rsidRPr="00EF1C4B">
        <w:rPr>
          <w:rFonts w:ascii="Tahoma" w:hAnsi="Tahoma" w:cs="Tahoma"/>
          <w:rtl/>
        </w:rPr>
        <w:t xml:space="preserve"> روبه‌رو ساخت. شاه جوان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که قوام به دل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تجربه، روابط و شخص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خود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تواند</w:t>
      </w:r>
      <w:r w:rsidRPr="00EF1C4B">
        <w:rPr>
          <w:rFonts w:ascii="Tahoma" w:hAnsi="Tahoma" w:cs="Tahoma"/>
          <w:rtl/>
        </w:rPr>
        <w:t xml:space="preserve"> مرکز مستقل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 برابر دربار به وجود آورد. قوام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شاه را جوان و فاقد تجربه‌ا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دانست</w:t>
      </w:r>
      <w:r w:rsidRPr="00EF1C4B">
        <w:rPr>
          <w:rFonts w:ascii="Tahoma" w:hAnsi="Tahoma" w:cs="Tahoma"/>
          <w:rtl/>
        </w:rPr>
        <w:t xml:space="preserve"> که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در حدود اخ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ارات</w:t>
      </w:r>
      <w:r w:rsidRPr="00EF1C4B">
        <w:rPr>
          <w:rFonts w:ascii="Tahoma" w:hAnsi="Tahoma" w:cs="Tahoma"/>
          <w:rtl/>
        </w:rPr>
        <w:t xml:space="preserve"> قانون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خود باق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بماند. اختلاف آنان فقط اختلاف دو شخص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نبود؛ کشاکش بر سر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بود که در عمل چه کس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دستگاه اجرا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را هدا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کند</w:t>
      </w:r>
      <w:r w:rsidRPr="00EF1C4B">
        <w:rPr>
          <w:rFonts w:ascii="Tahoma" w:hAnsi="Tahoma" w:cs="Tahoma"/>
          <w:rtl/>
        </w:rPr>
        <w:t>: پادشاه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قانون قوهٔ اجرا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را به او سپرده بود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رئ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س‌الوزرا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که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ادارهٔ کشور را در برابر مجلس برعهده داشت.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قوام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تقو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دولت خود از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الات</w:t>
      </w:r>
      <w:r w:rsidRPr="00EF1C4B">
        <w:rPr>
          <w:rFonts w:ascii="Tahoma" w:hAnsi="Tahoma" w:cs="Tahoma"/>
          <w:rtl/>
        </w:rPr>
        <w:t xml:space="preserve"> متحده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خواست. حضور آمر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کا</w:t>
      </w:r>
      <w:r w:rsidRPr="00EF1C4B">
        <w:rPr>
          <w:rFonts w:ascii="Tahoma" w:hAnsi="Tahoma" w:cs="Tahoma"/>
          <w:rtl/>
        </w:rPr>
        <w:t xml:space="preserve"> در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هنوز با سابقهٔ استعمار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روس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ه</w:t>
      </w:r>
      <w:r w:rsidRPr="00EF1C4B">
        <w:rPr>
          <w:rFonts w:ascii="Tahoma" w:hAnsi="Tahoma" w:cs="Tahoma"/>
          <w:rtl/>
        </w:rPr>
        <w:t xml:space="preserve"> و بر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کسان</w:t>
      </w:r>
      <w:r w:rsidRPr="00EF1C4B">
        <w:rPr>
          <w:rFonts w:ascii="Tahoma" w:hAnsi="Tahoma" w:cs="Tahoma"/>
          <w:rtl/>
        </w:rPr>
        <w:t xml:space="preserve"> دانسته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شد</w:t>
      </w:r>
      <w:r w:rsidRPr="00EF1C4B">
        <w:rPr>
          <w:rFonts w:ascii="Tahoma" w:hAnsi="Tahoma" w:cs="Tahoma"/>
          <w:rtl/>
        </w:rPr>
        <w:t xml:space="preserve"> و برخ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رجال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دوار</w:t>
      </w:r>
      <w:r w:rsidRPr="00EF1C4B">
        <w:rPr>
          <w:rFonts w:ascii="Tahoma" w:hAnsi="Tahoma" w:cs="Tahoma"/>
          <w:rtl/>
        </w:rPr>
        <w:t xml:space="preserve"> بودند بتوانند از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سوم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محدودکردن دو قدرت قد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استفاده کنند. مستشاران آمر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سامان‌دادن امور مال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انتظام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به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آمدند. اما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اقدام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تناقض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تازه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آورد: دولت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خواست</w:t>
      </w:r>
      <w:r w:rsidRPr="00EF1C4B">
        <w:rPr>
          <w:rFonts w:ascii="Tahoma" w:hAnsi="Tahoma" w:cs="Tahoma"/>
          <w:rtl/>
        </w:rPr>
        <w:t xml:space="preserve"> در برابر بر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و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استقلال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به دست آورد،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دست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به آن استقلال ناچار بود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قدرت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به دستگاه کشوردار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باز کند.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بحران</w:t>
      </w:r>
      <w:r w:rsidRPr="00EF1C4B">
        <w:rPr>
          <w:rFonts w:ascii="Tahoma" w:hAnsi="Tahoma" w:cs="Tahoma"/>
          <w:rtl/>
        </w:rPr>
        <w:t xml:space="preserve"> نان در آذر </w:t>
      </w:r>
      <w:r w:rsidRPr="00EF1C4B">
        <w:rPr>
          <w:rFonts w:ascii="Tahoma" w:hAnsi="Tahoma" w:cs="Tahoma"/>
          <w:rtl/>
          <w:lang w:bidi="fa-IR"/>
        </w:rPr>
        <w:t>۱۳۲۱</w:t>
      </w:r>
      <w:r w:rsidRPr="00EF1C4B">
        <w:rPr>
          <w:rFonts w:ascii="Tahoma" w:hAnsi="Tahoma" w:cs="Tahoma"/>
          <w:rtl/>
        </w:rPr>
        <w:t xml:space="preserve"> به شورش خ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ابان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انجام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>. گروه‌ها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از مردم و دانش‌آموزان در تهران به خ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ابان</w:t>
      </w:r>
      <w:r w:rsidRPr="00EF1C4B">
        <w:rPr>
          <w:rFonts w:ascii="Tahoma" w:hAnsi="Tahoma" w:cs="Tahoma"/>
          <w:rtl/>
        </w:rPr>
        <w:t xml:space="preserve"> آمدند. ساختمان مجلس مورد هجوم قرار گرفت، مغازه‌ها غارت شدند و خانهٔ قوام به آتش کش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ده</w:t>
      </w:r>
      <w:r w:rsidRPr="00EF1C4B">
        <w:rPr>
          <w:rFonts w:ascii="Tahoma" w:hAnsi="Tahoma" w:cs="Tahoma"/>
          <w:rtl/>
        </w:rPr>
        <w:t xml:space="preserve"> شد.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انتظام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مهار شورش وارد عمل شدند و شمار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کشته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زخم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شدند.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نکه</w:t>
      </w:r>
      <w:r w:rsidRPr="00EF1C4B">
        <w:rPr>
          <w:rFonts w:ascii="Tahoma" w:hAnsi="Tahoma" w:cs="Tahoma"/>
          <w:rtl/>
        </w:rPr>
        <w:t xml:space="preserve"> چه کسان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شورش را آغاز کردند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از آن بهره بردند، محل اختلاف بود؛ اما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روشن بود: بحران اقتصاد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به وس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 کشاکش قدرت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شده بود.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شاه</w:t>
      </w:r>
      <w:r w:rsidRPr="00EF1C4B">
        <w:rPr>
          <w:rFonts w:ascii="Tahoma" w:hAnsi="Tahoma" w:cs="Tahoma"/>
          <w:rtl/>
        </w:rPr>
        <w:t xml:space="preserve"> و دربار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توانستند</w:t>
      </w:r>
      <w:r w:rsidRPr="00EF1C4B">
        <w:rPr>
          <w:rFonts w:ascii="Tahoma" w:hAnsi="Tahoma" w:cs="Tahoma"/>
          <w:rtl/>
        </w:rPr>
        <w:t xml:space="preserve"> از نارضا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عموم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تضع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ف</w:t>
      </w:r>
      <w:r w:rsidRPr="00EF1C4B">
        <w:rPr>
          <w:rFonts w:ascii="Tahoma" w:hAnsi="Tahoma" w:cs="Tahoma"/>
          <w:rtl/>
        </w:rPr>
        <w:t xml:space="preserve"> 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استفاده کنند که در برابر آنان استقلال نشان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>. مخالفان قوام در مجلس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توانستند</w:t>
      </w:r>
      <w:r w:rsidRPr="00EF1C4B">
        <w:rPr>
          <w:rFonts w:ascii="Tahoma" w:hAnsi="Tahoma" w:cs="Tahoma"/>
          <w:rtl/>
        </w:rPr>
        <w:t xml:space="preserve"> ناکام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دولت در تأم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نان را نشانهٔ ب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کفا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او بدانند.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تازه‌فعال‌شده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توانستند</w:t>
      </w:r>
      <w:r w:rsidRPr="00EF1C4B">
        <w:rPr>
          <w:rFonts w:ascii="Tahoma" w:hAnsi="Tahoma" w:cs="Tahoma"/>
          <w:rtl/>
        </w:rPr>
        <w:t xml:space="preserve"> خ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ابان</w:t>
      </w:r>
      <w:r w:rsidRPr="00EF1C4B">
        <w:rPr>
          <w:rFonts w:ascii="Tahoma" w:hAnsi="Tahoma" w:cs="Tahoma"/>
          <w:rtl/>
        </w:rPr>
        <w:t xml:space="preserve"> را به 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دان</w:t>
      </w:r>
      <w:r w:rsidRPr="00EF1C4B">
        <w:rPr>
          <w:rFonts w:ascii="Tahoma" w:hAnsi="Tahoma" w:cs="Tahoma"/>
          <w:rtl/>
        </w:rPr>
        <w:t xml:space="preserve"> فشار بر حکومت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کنند و سفارتخانه‌ها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توانستند</w:t>
      </w:r>
      <w:r w:rsidRPr="00EF1C4B">
        <w:rPr>
          <w:rFonts w:ascii="Tahoma" w:hAnsi="Tahoma" w:cs="Tahoma"/>
          <w:rtl/>
        </w:rPr>
        <w:t xml:space="preserve"> هر بحران داخل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افزا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نفوذ خود به کار 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رند</w:t>
      </w:r>
      <w:r w:rsidRPr="00EF1C4B">
        <w:rPr>
          <w:rFonts w:ascii="Tahoma" w:hAnsi="Tahoma" w:cs="Tahoma"/>
          <w:rtl/>
        </w:rPr>
        <w:t>. 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ن‌سان،</w:t>
      </w:r>
      <w:r w:rsidRPr="00EF1C4B">
        <w:rPr>
          <w:rFonts w:ascii="Tahoma" w:hAnsi="Tahoma" w:cs="Tahoma"/>
          <w:rtl/>
        </w:rPr>
        <w:t xml:space="preserve"> گرسنگ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مردم به بخش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رقابت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شد که 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چ‌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کامل حل آن را برعهده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گرفتند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واکنش</w:t>
      </w:r>
      <w:r w:rsidRPr="00EF1C4B">
        <w:rPr>
          <w:rFonts w:ascii="Tahoma" w:hAnsi="Tahoma" w:cs="Tahoma"/>
          <w:rtl/>
        </w:rPr>
        <w:t xml:space="preserve"> قوام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نشان داد که آزاد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پس از رضاشاه هنوز بر بن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ادها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استوار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قرار ندارند. او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مهار بحران، حکومت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برقرار کرد و مطبوعات را بست. 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خواست</w:t>
      </w:r>
      <w:r w:rsidRPr="00EF1C4B">
        <w:rPr>
          <w:rFonts w:ascii="Tahoma" w:hAnsi="Tahoma" w:cs="Tahoma"/>
          <w:rtl/>
        </w:rPr>
        <w:t xml:space="preserve"> در برابر دربار و مجلس از استقلال دولت دفاع کند، هنگام 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ارو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با خ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ابان</w:t>
      </w:r>
      <w:r w:rsidRPr="00EF1C4B">
        <w:rPr>
          <w:rFonts w:ascii="Tahoma" w:hAnsi="Tahoma" w:cs="Tahoma"/>
          <w:rtl/>
        </w:rPr>
        <w:t xml:space="preserve"> به همان ابز</w:t>
      </w:r>
      <w:r w:rsidRPr="00EF1C4B">
        <w:rPr>
          <w:rFonts w:ascii="Tahoma" w:hAnsi="Tahoma" w:cs="Tahoma" w:hint="eastAsia"/>
          <w:rtl/>
        </w:rPr>
        <w:t>ارها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آورد که حکومت مقتدر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به کار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برد</w:t>
      </w:r>
      <w:r w:rsidRPr="00EF1C4B">
        <w:rPr>
          <w:rFonts w:ascii="Tahoma" w:hAnsi="Tahoma" w:cs="Tahoma"/>
          <w:rtl/>
        </w:rPr>
        <w:t>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نخست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نشانه‌ها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بازگشت اند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شهٔ</w:t>
      </w:r>
      <w:r w:rsidRPr="00EF1C4B">
        <w:rPr>
          <w:rFonts w:ascii="Tahoma" w:hAnsi="Tahoma" w:cs="Tahoma"/>
          <w:rtl/>
        </w:rPr>
        <w:t xml:space="preserve"> اقتدار بود: هنگام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نهادها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مشروطه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توانستند</w:t>
      </w:r>
      <w:r w:rsidRPr="00EF1C4B">
        <w:rPr>
          <w:rFonts w:ascii="Tahoma" w:hAnsi="Tahoma" w:cs="Tahoma"/>
          <w:rtl/>
        </w:rPr>
        <w:t xml:space="preserve"> بحران را مهار کنند، تعط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ل‌کردن</w:t>
      </w:r>
      <w:r w:rsidRPr="00EF1C4B">
        <w:rPr>
          <w:rFonts w:ascii="Tahoma" w:hAnsi="Tahoma" w:cs="Tahoma"/>
          <w:rtl/>
        </w:rPr>
        <w:t xml:space="preserve"> آزاد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استفاده از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آسان‌تر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پاسخ به نظر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رس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دولت</w:t>
      </w:r>
      <w:r w:rsidRPr="00EF1C4B">
        <w:rPr>
          <w:rFonts w:ascii="Tahoma" w:hAnsi="Tahoma" w:cs="Tahoma"/>
          <w:rtl/>
        </w:rPr>
        <w:t xml:space="preserve"> قوام در بهمن </w:t>
      </w:r>
      <w:r w:rsidRPr="00EF1C4B">
        <w:rPr>
          <w:rFonts w:ascii="Tahoma" w:hAnsi="Tahoma" w:cs="Tahoma"/>
          <w:rtl/>
          <w:lang w:bidi="fa-IR"/>
        </w:rPr>
        <w:t>۱۳۲۱</w:t>
      </w:r>
      <w:r w:rsidRPr="00EF1C4B">
        <w:rPr>
          <w:rFonts w:ascii="Tahoma" w:hAnsi="Tahoma" w:cs="Tahoma"/>
          <w:rtl/>
        </w:rPr>
        <w:t xml:space="preserve"> سقوط کرد. عمر کوتاه آن نشان داد که رئ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س‌الوزرا،</w:t>
      </w:r>
      <w:r w:rsidRPr="00EF1C4B">
        <w:rPr>
          <w:rFonts w:ascii="Tahoma" w:hAnsi="Tahoma" w:cs="Tahoma"/>
          <w:rtl/>
        </w:rPr>
        <w:t xml:space="preserve"> با وجود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گسترده،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تواند</w:t>
      </w:r>
      <w:r w:rsidRPr="00EF1C4B">
        <w:rPr>
          <w:rFonts w:ascii="Tahoma" w:hAnsi="Tahoma" w:cs="Tahoma"/>
          <w:rtl/>
        </w:rPr>
        <w:t xml:space="preserve"> بدون توافق دربار، مجلس و قدرت‌ها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دولت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/>
          <w:rtl/>
        </w:rPr>
        <w:t xml:space="preserve"> تشک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دهد. اما سقوط قوام مسئله را حل نکرد. دولت‌ها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پس از او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با همان مشکلات روبه‌رو شدند: کمبو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کالا، تورم، حضور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رقابت احزاب، اختلاف شاه و مجلس و ناتوان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جاد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ان،</w:t>
      </w:r>
      <w:r w:rsidRPr="00EF1C4B">
        <w:rPr>
          <w:rFonts w:ascii="Tahoma" w:hAnsi="Tahoma" w:cs="Tahoma"/>
          <w:rtl/>
        </w:rPr>
        <w:t xml:space="preserve">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وانسالار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تنها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بود که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بدون توجه به تغ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دولت‌ها به کار خود ادامه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>. مأموران وزارت دارا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مال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ات</w:t>
      </w:r>
      <w:r w:rsidRPr="00EF1C4B">
        <w:rPr>
          <w:rFonts w:ascii="Tahoma" w:hAnsi="Tahoma" w:cs="Tahoma"/>
          <w:rtl/>
        </w:rPr>
        <w:t xml:space="preserve"> جمع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کردند؛</w:t>
      </w:r>
      <w:r w:rsidRPr="00EF1C4B">
        <w:rPr>
          <w:rFonts w:ascii="Tahoma" w:hAnsi="Tahoma" w:cs="Tahoma"/>
          <w:rtl/>
        </w:rPr>
        <w:t xml:space="preserve"> وزارت کشور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استانداران و فرمانداران را اداره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کرد؛</w:t>
      </w:r>
      <w:r w:rsidRPr="00EF1C4B">
        <w:rPr>
          <w:rFonts w:ascii="Tahoma" w:hAnsi="Tahoma" w:cs="Tahoma"/>
          <w:rtl/>
        </w:rPr>
        <w:t xml:space="preserve"> دادگستر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به دعاو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</w:t>
      </w:r>
      <w:r w:rsidRPr="00EF1C4B">
        <w:rPr>
          <w:rFonts w:ascii="Tahoma" w:hAnsi="Tahoma" w:cs="Tahoma"/>
          <w:rtl/>
        </w:rPr>
        <w:t xml:space="preserve"> و دستگاه آموزش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مدارس را باز نگاه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داشت</w:t>
      </w:r>
      <w:r w:rsidRPr="00EF1C4B">
        <w:rPr>
          <w:rFonts w:ascii="Tahoma" w:hAnsi="Tahoma" w:cs="Tahoma"/>
          <w:rtl/>
        </w:rPr>
        <w:t>. اما تغ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پ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درپ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و نفوذ نما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ندگان،</w:t>
      </w:r>
      <w:r w:rsidRPr="00EF1C4B">
        <w:rPr>
          <w:rFonts w:ascii="Tahoma" w:hAnsi="Tahoma" w:cs="Tahoma"/>
          <w:rtl/>
        </w:rPr>
        <w:t xml:space="preserve"> دربار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و سفارتخانه‌ها در انتصاب‌ها، استقلال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وان</w:t>
      </w:r>
      <w:r w:rsidRPr="00EF1C4B">
        <w:rPr>
          <w:rFonts w:ascii="Tahoma" w:hAnsi="Tahoma" w:cs="Tahoma"/>
          <w:rtl/>
        </w:rPr>
        <w:t xml:space="preserve"> را فرسوده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</w:t>
      </w:r>
      <w:r w:rsidRPr="00EF1C4B">
        <w:rPr>
          <w:rFonts w:ascii="Tahoma" w:hAnsi="Tahoma" w:cs="Tahoma"/>
          <w:rtl/>
        </w:rPr>
        <w:t>.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وانسالار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گسترده‌تر از دورهٔ قاجار بود، 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هنوز به نهاد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مستقل و وفادار به کشور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نشده بود.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مشکل فقط در تهران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ده</w:t>
      </w:r>
      <w:r w:rsidRPr="00EF1C4B">
        <w:rPr>
          <w:rFonts w:ascii="Tahoma" w:hAnsi="Tahoma" w:cs="Tahoma"/>
          <w:rtl/>
        </w:rPr>
        <w:t xml:space="preserve">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شد</w:t>
      </w:r>
      <w:r w:rsidRPr="00EF1C4B">
        <w:rPr>
          <w:rFonts w:ascii="Tahoma" w:hAnsi="Tahoma" w:cs="Tahoma"/>
          <w:rtl/>
        </w:rPr>
        <w:t>. با سقوط رضاشاه، برخ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سران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لات،</w:t>
      </w:r>
      <w:r w:rsidRPr="00EF1C4B">
        <w:rPr>
          <w:rFonts w:ascii="Tahoma" w:hAnsi="Tahoma" w:cs="Tahoma"/>
          <w:rtl/>
        </w:rPr>
        <w:t xml:space="preserve"> مالکان و صاحبان قدرت محل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در دورهٔ او سرکوب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تبع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شده بودند، دوباره به مناطق خود بازگشتند. در بعض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نقاط، آنان کوش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دند</w:t>
      </w:r>
      <w:r w:rsidRPr="00EF1C4B">
        <w:rPr>
          <w:rFonts w:ascii="Tahoma" w:hAnsi="Tahoma" w:cs="Tahoma"/>
          <w:rtl/>
        </w:rPr>
        <w:t xml:space="preserve"> اقتدار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را باز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ابند</w:t>
      </w:r>
      <w:r w:rsidRPr="00EF1C4B">
        <w:rPr>
          <w:rFonts w:ascii="Tahoma" w:hAnsi="Tahoma" w:cs="Tahoma"/>
          <w:rtl/>
        </w:rPr>
        <w:t>. حکومت مرکز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هنوز از ارتش و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وان</w:t>
      </w:r>
      <w:r w:rsidRPr="00EF1C4B">
        <w:rPr>
          <w:rFonts w:ascii="Tahoma" w:hAnsi="Tahoma" w:cs="Tahoma"/>
          <w:rtl/>
        </w:rPr>
        <w:t xml:space="preserve"> بر</w:t>
      </w:r>
      <w:r w:rsidRPr="00EF1C4B">
        <w:rPr>
          <w:rFonts w:ascii="Tahoma" w:hAnsi="Tahoma" w:cs="Tahoma" w:hint="eastAsia"/>
          <w:rtl/>
        </w:rPr>
        <w:t>خوردار</w:t>
      </w:r>
      <w:r w:rsidRPr="00EF1C4B">
        <w:rPr>
          <w:rFonts w:ascii="Tahoma" w:hAnsi="Tahoma" w:cs="Tahoma"/>
          <w:rtl/>
        </w:rPr>
        <w:t xml:space="preserve"> بود و توانست بس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حرکت‌ها را مهار کند؛ اما بازگشت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محل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نشان داد که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کپارچگ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کشور هنوز کاملاً از شخص رضاشاه به نهادها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/>
          <w:rtl/>
        </w:rPr>
        <w:t xml:space="preserve"> منتقل نشده است.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نخست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دورهٔ اجرا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مشروطهٔ مشروعه، ضعف حکومت مرکز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به قدرت‌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افتن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محل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انجام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ده</w:t>
      </w:r>
      <w:r w:rsidRPr="00EF1C4B">
        <w:rPr>
          <w:rFonts w:ascii="Tahoma" w:hAnsi="Tahoma" w:cs="Tahoma"/>
          <w:rtl/>
        </w:rPr>
        <w:t xml:space="preserve"> بود. در دورهٔ دوم، حکومت مرکز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ابزارها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مقابله با آنان داشت؛ اما استفاده از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ابزارها بار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نقش ارتش را در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است</w:t>
      </w:r>
      <w:r w:rsidRPr="00EF1C4B">
        <w:rPr>
          <w:rFonts w:ascii="Tahoma" w:hAnsi="Tahoma" w:cs="Tahoma"/>
          <w:rtl/>
        </w:rPr>
        <w:t xml:space="preserve"> افزا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>. هرگاه دولت غ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مهار بحران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ناتوان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شد،</w:t>
      </w:r>
      <w:r w:rsidRPr="00EF1C4B">
        <w:rPr>
          <w:rFonts w:ascii="Tahoma" w:hAnsi="Tahoma" w:cs="Tahoma"/>
          <w:rtl/>
        </w:rPr>
        <w:t xml:space="preserve">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فراخوانده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شدند</w:t>
      </w:r>
      <w:r w:rsidRPr="00EF1C4B">
        <w:rPr>
          <w:rFonts w:ascii="Tahoma" w:hAnsi="Tahoma" w:cs="Tahoma"/>
          <w:rtl/>
        </w:rPr>
        <w:t xml:space="preserve"> و هر بار که ارتش مشکل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حل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کرد،</w:t>
      </w:r>
      <w:r w:rsidRPr="00EF1C4B">
        <w:rPr>
          <w:rFonts w:ascii="Tahoma" w:hAnsi="Tahoma" w:cs="Tahoma"/>
          <w:rtl/>
        </w:rPr>
        <w:t xml:space="preserve"> اهم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آن افزا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ی‌ی</w:t>
      </w:r>
      <w:r w:rsidRPr="00EF1C4B">
        <w:rPr>
          <w:rFonts w:ascii="Tahoma" w:hAnsi="Tahoma" w:cs="Tahoma" w:hint="eastAsia"/>
          <w:rtl/>
        </w:rPr>
        <w:t>افت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محمدرضاشاه</w:t>
      </w:r>
      <w:r w:rsidRPr="00EF1C4B">
        <w:rPr>
          <w:rFonts w:ascii="Tahoma" w:hAnsi="Tahoma" w:cs="Tahoma"/>
          <w:rtl/>
        </w:rPr>
        <w:t xml:space="preserve"> از هم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راه توانست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وند</w:t>
      </w:r>
      <w:r w:rsidRPr="00EF1C4B">
        <w:rPr>
          <w:rFonts w:ascii="Tahoma" w:hAnsi="Tahoma" w:cs="Tahoma"/>
          <w:rtl/>
        </w:rPr>
        <w:t xml:space="preserve"> خود را با ارتش حفظ کند و به‌تدر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</w:t>
      </w:r>
      <w:r w:rsidRPr="00EF1C4B">
        <w:rPr>
          <w:rFonts w:ascii="Tahoma" w:hAnsi="Tahoma" w:cs="Tahoma"/>
          <w:rtl/>
        </w:rPr>
        <w:t xml:space="preserve"> گسترش دهد. قانون اساس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فرمانده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کل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مسلح را به شاه سپرده بود و افسران ارشد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شرفت</w:t>
      </w:r>
      <w:r w:rsidRPr="00EF1C4B">
        <w:rPr>
          <w:rFonts w:ascii="Tahoma" w:hAnsi="Tahoma" w:cs="Tahoma"/>
          <w:rtl/>
        </w:rPr>
        <w:t xml:space="preserve"> خود را به رضا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دستگاه سلطنت وابسته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دند</w:t>
      </w:r>
      <w:r w:rsidRPr="00EF1C4B">
        <w:rPr>
          <w:rFonts w:ascii="Tahoma" w:hAnsi="Tahoma" w:cs="Tahoma"/>
          <w:rtl/>
        </w:rPr>
        <w:t>. در دوره‌ا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دولت‌ها پ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درپ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تغ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کردند،</w:t>
      </w:r>
      <w:r w:rsidRPr="00EF1C4B">
        <w:rPr>
          <w:rFonts w:ascii="Tahoma" w:hAnsi="Tahoma" w:cs="Tahoma"/>
          <w:rtl/>
        </w:rPr>
        <w:t xml:space="preserve"> ش</w:t>
      </w:r>
      <w:r w:rsidRPr="00EF1C4B">
        <w:rPr>
          <w:rFonts w:ascii="Tahoma" w:hAnsi="Tahoma" w:cs="Tahoma" w:hint="eastAsia"/>
          <w:rtl/>
        </w:rPr>
        <w:t>اه</w:t>
      </w:r>
      <w:r w:rsidRPr="00EF1C4B">
        <w:rPr>
          <w:rFonts w:ascii="Tahoma" w:hAnsi="Tahoma" w:cs="Tahoma"/>
          <w:rtl/>
        </w:rPr>
        <w:t xml:space="preserve"> و ارتش از استمرار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برخوردار بودند. هر دولت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آمد</w:t>
      </w:r>
      <w:r w:rsidRPr="00EF1C4B">
        <w:rPr>
          <w:rFonts w:ascii="Tahoma" w:hAnsi="Tahoma" w:cs="Tahoma"/>
          <w:rtl/>
        </w:rPr>
        <w:t xml:space="preserve"> و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رفت،</w:t>
      </w:r>
      <w:r w:rsidRPr="00EF1C4B">
        <w:rPr>
          <w:rFonts w:ascii="Tahoma" w:hAnsi="Tahoma" w:cs="Tahoma"/>
          <w:rtl/>
        </w:rPr>
        <w:t xml:space="preserve"> اما مقام پادشاه و سازمان ارتش باق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ماند</w:t>
      </w:r>
      <w:r w:rsidRPr="00EF1C4B">
        <w:rPr>
          <w:rFonts w:ascii="Tahoma" w:hAnsi="Tahoma" w:cs="Tahoma"/>
          <w:rtl/>
        </w:rPr>
        <w:t>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استمرار، به‌تدر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</w:t>
      </w:r>
      <w:r w:rsidRPr="00EF1C4B">
        <w:rPr>
          <w:rFonts w:ascii="Tahoma" w:hAnsi="Tahoma" w:cs="Tahoma"/>
          <w:rtl/>
        </w:rPr>
        <w:t xml:space="preserve"> کفهٔ قدرت را به سود دربار سنگ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مجلس</w:t>
      </w:r>
      <w:r w:rsidRPr="00EF1C4B">
        <w:rPr>
          <w:rFonts w:ascii="Tahoma" w:hAnsi="Tahoma" w:cs="Tahoma"/>
          <w:rtl/>
        </w:rPr>
        <w:t xml:space="preserve"> چهاردهم، برخلاف مجلس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زدهم،</w:t>
      </w:r>
      <w:r w:rsidRPr="00EF1C4B">
        <w:rPr>
          <w:rFonts w:ascii="Tahoma" w:hAnsi="Tahoma" w:cs="Tahoma"/>
          <w:rtl/>
        </w:rPr>
        <w:t xml:space="preserve"> در فضا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بازتر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انتخاب شد. رجال قد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مالکان، نما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ندگان</w:t>
      </w:r>
      <w:r w:rsidRPr="00EF1C4B">
        <w:rPr>
          <w:rFonts w:ascii="Tahoma" w:hAnsi="Tahoma" w:cs="Tahoma"/>
          <w:rtl/>
        </w:rPr>
        <w:t xml:space="preserve"> محل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هواداران دربار،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نزد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به بر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ا،</w:t>
      </w:r>
      <w:r w:rsidRPr="00EF1C4B">
        <w:rPr>
          <w:rFonts w:ascii="Tahoma" w:hAnsi="Tahoma" w:cs="Tahoma"/>
          <w:rtl/>
        </w:rPr>
        <w:t xml:space="preserve"> حزب توده و شخص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مستقل در آن حضور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افتند</w:t>
      </w:r>
      <w:r w:rsidRPr="00EF1C4B">
        <w:rPr>
          <w:rFonts w:ascii="Tahoma" w:hAnsi="Tahoma" w:cs="Tahoma"/>
          <w:rtl/>
        </w:rPr>
        <w:t>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گوناگون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</w:t>
      </w:r>
      <w:r w:rsidRPr="00EF1C4B">
        <w:rPr>
          <w:rFonts w:ascii="Tahoma" w:hAnsi="Tahoma" w:cs="Tahoma"/>
          <w:rtl/>
        </w:rPr>
        <w:t xml:space="preserve"> نشانه‌ا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ح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ات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باشد، اما فقدان احزاب سرا</w:t>
      </w:r>
      <w:r w:rsidRPr="00EF1C4B">
        <w:rPr>
          <w:rFonts w:ascii="Tahoma" w:hAnsi="Tahoma" w:cs="Tahoma" w:hint="eastAsia"/>
          <w:rtl/>
        </w:rPr>
        <w:t>سر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منضبط موجب شد مجلس به مجموعه‌ا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فراکس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ون‌ها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ناپا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/>
          <w:rtl/>
        </w:rPr>
        <w:t xml:space="preserve">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شود. حما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نما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ندگان</w:t>
      </w:r>
      <w:r w:rsidRPr="00EF1C4B">
        <w:rPr>
          <w:rFonts w:ascii="Tahoma" w:hAnsi="Tahoma" w:cs="Tahoma"/>
          <w:rtl/>
        </w:rPr>
        <w:t xml:space="preserve"> از دولت‌ها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شتر</w:t>
      </w:r>
      <w:r w:rsidRPr="00EF1C4B">
        <w:rPr>
          <w:rFonts w:ascii="Tahoma" w:hAnsi="Tahoma" w:cs="Tahoma"/>
          <w:rtl/>
        </w:rPr>
        <w:t xml:space="preserve"> بر روابط شخص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منافع محل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ائتلاف‌ها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زودگذر استوار بود تا بر برنامه‌ا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مشخص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کشوردار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نت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جه،</w:t>
      </w:r>
      <w:r w:rsidRPr="00EF1C4B">
        <w:rPr>
          <w:rFonts w:ascii="Tahoma" w:hAnsi="Tahoma" w:cs="Tahoma"/>
          <w:rtl/>
        </w:rPr>
        <w:t xml:space="preserve"> دولت‌ها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توانستند</w:t>
      </w:r>
      <w:r w:rsidRPr="00EF1C4B">
        <w:rPr>
          <w:rFonts w:ascii="Tahoma" w:hAnsi="Tahoma" w:cs="Tahoma"/>
          <w:rtl/>
        </w:rPr>
        <w:t xml:space="preserve"> به اکثر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/>
          <w:rtl/>
        </w:rPr>
        <w:t xml:space="preserve"> تک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ه</w:t>
      </w:r>
      <w:r w:rsidRPr="00EF1C4B">
        <w:rPr>
          <w:rFonts w:ascii="Tahoma" w:hAnsi="Tahoma" w:cs="Tahoma"/>
          <w:rtl/>
        </w:rPr>
        <w:t xml:space="preserve"> کنند. 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تشک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کاب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نه</w:t>
      </w:r>
      <w:r w:rsidRPr="00EF1C4B">
        <w:rPr>
          <w:rFonts w:ascii="Tahoma" w:hAnsi="Tahoma" w:cs="Tahoma"/>
          <w:rtl/>
        </w:rPr>
        <w:t xml:space="preserve">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حما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گروه‌ها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را به دست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آورد</w:t>
      </w:r>
      <w:r w:rsidRPr="00EF1C4B">
        <w:rPr>
          <w:rFonts w:ascii="Tahoma" w:hAnsi="Tahoma" w:cs="Tahoma"/>
          <w:rtl/>
        </w:rPr>
        <w:t xml:space="preserve"> که ممکن بود اندک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بعد به مخالفانش بپ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وندند</w:t>
      </w:r>
      <w:r w:rsidRPr="00EF1C4B">
        <w:rPr>
          <w:rFonts w:ascii="Tahoma" w:hAnsi="Tahoma" w:cs="Tahoma"/>
          <w:rtl/>
        </w:rPr>
        <w:t>. 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حفظ مقام خود فقط به 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وابسته نبودند؛ آنان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روابطشان را با شاه، نما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ندگان</w:t>
      </w:r>
      <w:r w:rsidRPr="00EF1C4B">
        <w:rPr>
          <w:rFonts w:ascii="Tahoma" w:hAnsi="Tahoma" w:cs="Tahoma"/>
          <w:rtl/>
        </w:rPr>
        <w:t xml:space="preserve"> بانفوذ، دربار و گاه سفارتخانه‌ها حفظ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</w:t>
      </w:r>
      <w:r w:rsidRPr="00EF1C4B">
        <w:rPr>
          <w:rFonts w:ascii="Tahoma" w:hAnsi="Tahoma" w:cs="Tahoma"/>
          <w:rtl/>
        </w:rPr>
        <w:t>. 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ئت</w:t>
      </w:r>
      <w:r w:rsidRPr="00EF1C4B">
        <w:rPr>
          <w:rFonts w:ascii="Tahoma" w:hAnsi="Tahoma" w:cs="Tahoma"/>
          <w:rtl/>
        </w:rPr>
        <w:t xml:space="preserve"> 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ران،</w:t>
      </w:r>
      <w:r w:rsidRPr="00EF1C4B">
        <w:rPr>
          <w:rFonts w:ascii="Tahoma" w:hAnsi="Tahoma" w:cs="Tahoma"/>
          <w:rtl/>
        </w:rPr>
        <w:t xml:space="preserve"> که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دستگاه اجرا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واحد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بود،</w:t>
      </w:r>
      <w:r w:rsidRPr="00EF1C4B">
        <w:rPr>
          <w:rFonts w:ascii="Tahoma" w:hAnsi="Tahoma" w:cs="Tahoma"/>
          <w:rtl/>
        </w:rPr>
        <w:t xml:space="preserve"> به محل تلاق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وفادار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متفاوت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شده بود.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حزب</w:t>
      </w:r>
      <w:r w:rsidRPr="00EF1C4B">
        <w:rPr>
          <w:rFonts w:ascii="Tahoma" w:hAnsi="Tahoma" w:cs="Tahoma"/>
          <w:rtl/>
        </w:rPr>
        <w:t xml:space="preserve"> توده در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فضا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آشفته سر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ع‌تر</w:t>
      </w:r>
      <w:r w:rsidRPr="00EF1C4B">
        <w:rPr>
          <w:rFonts w:ascii="Tahoma" w:hAnsi="Tahoma" w:cs="Tahoma"/>
          <w:rtl/>
        </w:rPr>
        <w:t xml:space="preserve"> از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احزاب رشد کرد.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حزب از سازمان، مطبوعات، شبکه‌ها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کارگر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زبان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تازه‌ا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برخوردار بود. آزاد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زندان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دورهٔ رضاشاه، نارضا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کارگران و کارمندان و حضور ارتش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 شمال، زم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نهٔ</w:t>
      </w:r>
      <w:r w:rsidRPr="00EF1C4B">
        <w:rPr>
          <w:rFonts w:ascii="Tahoma" w:hAnsi="Tahoma" w:cs="Tahoma"/>
          <w:rtl/>
        </w:rPr>
        <w:t xml:space="preserve"> گسترش آن را فراهم آورد. حزب توانست در اتحاد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ه‌ها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کارگر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روشنفکران و در برخ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مناطق شمال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نفوذ چشمگ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</w:t>
      </w:r>
      <w:r w:rsidRPr="00EF1C4B">
        <w:rPr>
          <w:rFonts w:ascii="Tahoma" w:hAnsi="Tahoma" w:cs="Tahoma"/>
          <w:rtl/>
        </w:rPr>
        <w:t xml:space="preserve"> کند.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توان</w:t>
      </w:r>
      <w:r w:rsidRPr="00EF1C4B">
        <w:rPr>
          <w:rFonts w:ascii="Tahoma" w:hAnsi="Tahoma" w:cs="Tahoma"/>
          <w:rtl/>
        </w:rPr>
        <w:t xml:space="preserve"> سازمان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حزب توده، در مقا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سه</w:t>
      </w:r>
      <w:r w:rsidRPr="00EF1C4B">
        <w:rPr>
          <w:rFonts w:ascii="Tahoma" w:hAnsi="Tahoma" w:cs="Tahoma"/>
          <w:rtl/>
        </w:rPr>
        <w:t xml:space="preserve"> با گروه‌ها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پراکندهٔ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گر،</w:t>
      </w:r>
      <w:r w:rsidRPr="00EF1C4B">
        <w:rPr>
          <w:rFonts w:ascii="Tahoma" w:hAnsi="Tahoma" w:cs="Tahoma"/>
          <w:rtl/>
        </w:rPr>
        <w:t xml:space="preserve"> آن را به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جد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کرد. اما نزد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آن به اتحاد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همان آغاز پرسش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اساس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دربارهٔ استقلالش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آورد. هنگام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منافع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و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 برابر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قرار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گرفتند،</w:t>
      </w:r>
      <w:r w:rsidRPr="00EF1C4B">
        <w:rPr>
          <w:rFonts w:ascii="Tahoma" w:hAnsi="Tahoma" w:cs="Tahoma"/>
          <w:rtl/>
        </w:rPr>
        <w:t xml:space="preserve"> معلوم نبود حزب </w:t>
      </w:r>
      <w:r w:rsidRPr="00EF1C4B">
        <w:rPr>
          <w:rFonts w:ascii="Tahoma" w:hAnsi="Tahoma" w:cs="Tahoma" w:hint="eastAsia"/>
          <w:rtl/>
        </w:rPr>
        <w:t>جانب</w:t>
      </w:r>
      <w:r w:rsidRPr="00EF1C4B">
        <w:rPr>
          <w:rFonts w:ascii="Tahoma" w:hAnsi="Tahoma" w:cs="Tahoma"/>
          <w:rtl/>
        </w:rPr>
        <w:t xml:space="preserve"> کدام‌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را خواهد گرفت.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مسئله به‌و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ژه</w:t>
      </w:r>
      <w:r w:rsidRPr="00EF1C4B">
        <w:rPr>
          <w:rFonts w:ascii="Tahoma" w:hAnsi="Tahoma" w:cs="Tahoma"/>
          <w:rtl/>
        </w:rPr>
        <w:t xml:space="preserve"> در موضوع امت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از</w:t>
      </w:r>
      <w:r w:rsidRPr="00EF1C4B">
        <w:rPr>
          <w:rFonts w:ascii="Tahoma" w:hAnsi="Tahoma" w:cs="Tahoma"/>
          <w:rtl/>
        </w:rPr>
        <w:t xml:space="preserve"> نفت شمال و سپس بحران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آشکار شد.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رشد</w:t>
      </w:r>
      <w:r w:rsidRPr="00EF1C4B">
        <w:rPr>
          <w:rFonts w:ascii="Tahoma" w:hAnsi="Tahoma" w:cs="Tahoma"/>
          <w:rtl/>
        </w:rPr>
        <w:t xml:space="preserve"> حزب توده، دربار، ارتش، زم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ن‌داران،</w:t>
      </w:r>
      <w:r w:rsidRPr="00EF1C4B">
        <w:rPr>
          <w:rFonts w:ascii="Tahoma" w:hAnsi="Tahoma" w:cs="Tahoma"/>
          <w:rtl/>
        </w:rPr>
        <w:t xml:space="preserve"> دولت بر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و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/>
          <w:rtl/>
        </w:rPr>
        <w:t xml:space="preserve"> را نگران کرد؛ هرچند نگران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هر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از سرچشمه‌ا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متفاوت برم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خاست</w:t>
      </w:r>
      <w:r w:rsidRPr="00EF1C4B">
        <w:rPr>
          <w:rFonts w:ascii="Tahoma" w:hAnsi="Tahoma" w:cs="Tahoma"/>
          <w:rtl/>
        </w:rPr>
        <w:t>. دربار و ارتش آن را خطر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سلطنت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دند</w:t>
      </w:r>
      <w:r w:rsidRPr="00EF1C4B">
        <w:rPr>
          <w:rFonts w:ascii="Tahoma" w:hAnsi="Tahoma" w:cs="Tahoma"/>
          <w:rtl/>
        </w:rPr>
        <w:t>. مالکان از شعارها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اجتماع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فعال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کارگر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آن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ترس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دند</w:t>
      </w:r>
      <w:r w:rsidRPr="00EF1C4B">
        <w:rPr>
          <w:rFonts w:ascii="Tahoma" w:hAnsi="Tahoma" w:cs="Tahoma"/>
          <w:rtl/>
        </w:rPr>
        <w:t>. بر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گسترش نفوذ شو</w:t>
      </w:r>
      <w:r w:rsidRPr="00EF1C4B">
        <w:rPr>
          <w:rFonts w:ascii="Tahoma" w:hAnsi="Tahoma" w:cs="Tahoma" w:hint="eastAsia"/>
          <w:rtl/>
        </w:rPr>
        <w:t>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تهد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منافع خود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دانست</w:t>
      </w:r>
      <w:r w:rsidRPr="00EF1C4B">
        <w:rPr>
          <w:rFonts w:ascii="Tahoma" w:hAnsi="Tahoma" w:cs="Tahoma"/>
          <w:rtl/>
        </w:rPr>
        <w:t xml:space="preserve"> و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/>
          <w:rtl/>
        </w:rPr>
        <w:t xml:space="preserve"> با اند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شه‌ها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کمون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آن مخالفت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ن‌سان،</w:t>
      </w:r>
      <w:r w:rsidRPr="00EF1C4B">
        <w:rPr>
          <w:rFonts w:ascii="Tahoma" w:hAnsi="Tahoma" w:cs="Tahoma"/>
          <w:rtl/>
        </w:rPr>
        <w:t xml:space="preserve"> دشمن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 حزب توده توانست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را که در مسائل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با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اختلاف داشتند به هم نزد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کند. دربار،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و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/>
          <w:rtl/>
        </w:rPr>
        <w:t xml:space="preserve"> به‌تدر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</w:t>
      </w:r>
      <w:r w:rsidRPr="00EF1C4B">
        <w:rPr>
          <w:rFonts w:ascii="Tahoma" w:hAnsi="Tahoma" w:cs="Tahoma"/>
          <w:rtl/>
        </w:rPr>
        <w:t xml:space="preserve"> 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افتند</w:t>
      </w:r>
      <w:r w:rsidRPr="00EF1C4B">
        <w:rPr>
          <w:rFonts w:ascii="Tahoma" w:hAnsi="Tahoma" w:cs="Tahoma"/>
          <w:rtl/>
        </w:rPr>
        <w:t xml:space="preserve"> که مقابله با کمون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سم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تواند</w:t>
      </w:r>
      <w:r w:rsidRPr="00EF1C4B">
        <w:rPr>
          <w:rFonts w:ascii="Tahoma" w:hAnsi="Tahoma" w:cs="Tahoma"/>
          <w:rtl/>
        </w:rPr>
        <w:t xml:space="preserve"> زم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مشترک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همکار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آنان باشد.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همکار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هنوز به ائتلاف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منظم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eastAsia"/>
          <w:rtl/>
        </w:rPr>
        <w:t>شده</w:t>
      </w:r>
      <w:r w:rsidRPr="00EF1C4B">
        <w:rPr>
          <w:rFonts w:ascii="Tahoma" w:hAnsi="Tahoma" w:cs="Tahoma"/>
          <w:rtl/>
        </w:rPr>
        <w:t xml:space="preserve"> بود، اما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ه‌ها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را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آورد که بعدها در بحران مل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شدن</w:t>
      </w:r>
      <w:r w:rsidRPr="00EF1C4B">
        <w:rPr>
          <w:rFonts w:ascii="Tahoma" w:hAnsi="Tahoma" w:cs="Tahoma"/>
          <w:rtl/>
        </w:rPr>
        <w:t xml:space="preserve"> نفت و حوادث </w:t>
      </w:r>
      <w:r w:rsidRPr="00EF1C4B">
        <w:rPr>
          <w:rFonts w:ascii="Tahoma" w:hAnsi="Tahoma" w:cs="Tahoma"/>
          <w:rtl/>
          <w:lang w:bidi="fa-IR"/>
        </w:rPr>
        <w:t>۲۸</w:t>
      </w:r>
      <w:r w:rsidRPr="00EF1C4B">
        <w:rPr>
          <w:rFonts w:ascii="Tahoma" w:hAnsi="Tahoma" w:cs="Tahoma"/>
          <w:rtl/>
        </w:rPr>
        <w:t xml:space="preserve"> امرداد اهم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سو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گر،</w:t>
      </w:r>
      <w:r w:rsidRPr="00EF1C4B">
        <w:rPr>
          <w:rFonts w:ascii="Tahoma" w:hAnsi="Tahoma" w:cs="Tahoma"/>
          <w:rtl/>
        </w:rPr>
        <w:t xml:space="preserve">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سازمان‌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افته‌تر</w:t>
      </w:r>
      <w:r w:rsidRPr="00EF1C4B">
        <w:rPr>
          <w:rFonts w:ascii="Tahoma" w:hAnsi="Tahoma" w:cs="Tahoma"/>
          <w:rtl/>
        </w:rPr>
        <w:t xml:space="preserve"> وارد 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دان</w:t>
      </w:r>
      <w:r w:rsidRPr="00EF1C4B">
        <w:rPr>
          <w:rFonts w:ascii="Tahoma" w:hAnsi="Tahoma" w:cs="Tahoma"/>
          <w:rtl/>
        </w:rPr>
        <w:t xml:space="preserve"> شدند. بازگشت آنان فقط به مطالبهٔ آزاد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پوشش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بازگشا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مدارس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محدود نماند. آنان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خواستند</w:t>
      </w:r>
      <w:r w:rsidRPr="00EF1C4B">
        <w:rPr>
          <w:rFonts w:ascii="Tahoma" w:hAnsi="Tahoma" w:cs="Tahoma"/>
          <w:rtl/>
        </w:rPr>
        <w:t xml:space="preserve"> نشان دهند که سقوط رضاشاه شکست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سکولار او و آغاز بازگشت شر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عت</w:t>
      </w:r>
      <w:r w:rsidRPr="00EF1C4B">
        <w:rPr>
          <w:rFonts w:ascii="Tahoma" w:hAnsi="Tahoma" w:cs="Tahoma"/>
          <w:rtl/>
        </w:rPr>
        <w:t xml:space="preserve"> به عرصهٔ عموم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است. مسجد، بازار، 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ئت‌ها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مذهب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شبکهٔ وعاظ بار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به ابزارها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شدند.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هم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فضا، گروه فدائ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اسلام به رهبر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نواب صفو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آمد.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گروه برخلاف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از راه موعظه، فتوا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ارتباط با بازار عمل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کردند،</w:t>
      </w:r>
      <w:r w:rsidRPr="00EF1C4B">
        <w:rPr>
          <w:rFonts w:ascii="Tahoma" w:hAnsi="Tahoma" w:cs="Tahoma"/>
          <w:rtl/>
        </w:rPr>
        <w:t xml:space="preserve"> خشونت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وس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لهٔ</w:t>
      </w:r>
      <w:r w:rsidRPr="00EF1C4B">
        <w:rPr>
          <w:rFonts w:ascii="Tahoma" w:hAnsi="Tahoma" w:cs="Tahoma"/>
          <w:rtl/>
        </w:rPr>
        <w:t xml:space="preserve"> اجرا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احکام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دانست</w:t>
      </w:r>
      <w:r w:rsidRPr="00EF1C4B">
        <w:rPr>
          <w:rFonts w:ascii="Tahoma" w:hAnsi="Tahoma" w:cs="Tahoma"/>
          <w:rtl/>
        </w:rPr>
        <w:t>. آنان خواهان حکومت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اسلام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اجرا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عت</w:t>
      </w:r>
      <w:r w:rsidRPr="00EF1C4B">
        <w:rPr>
          <w:rFonts w:ascii="Tahoma" w:hAnsi="Tahoma" w:cs="Tahoma"/>
          <w:rtl/>
        </w:rPr>
        <w:t xml:space="preserve"> بودند و حذف کسان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که د</w:t>
      </w:r>
      <w:r w:rsidRPr="00EF1C4B">
        <w:rPr>
          <w:rFonts w:ascii="Tahoma" w:hAnsi="Tahoma" w:cs="Tahoma" w:hint="eastAsia"/>
          <w:rtl/>
        </w:rPr>
        <w:t>شمن</w:t>
      </w:r>
      <w:r w:rsidRPr="00EF1C4B">
        <w:rPr>
          <w:rFonts w:ascii="Tahoma" w:hAnsi="Tahoma" w:cs="Tahoma"/>
          <w:rtl/>
        </w:rPr>
        <w:t xml:space="preserve"> اسلام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شمردند</w:t>
      </w:r>
      <w:r w:rsidRPr="00EF1C4B">
        <w:rPr>
          <w:rFonts w:ascii="Tahoma" w:hAnsi="Tahoma" w:cs="Tahoma"/>
          <w:rtl/>
        </w:rPr>
        <w:t xml:space="preserve"> روا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دانستند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قتل</w:t>
      </w:r>
      <w:r w:rsidRPr="00EF1C4B">
        <w:rPr>
          <w:rFonts w:ascii="Tahoma" w:hAnsi="Tahoma" w:cs="Tahoma"/>
          <w:rtl/>
        </w:rPr>
        <w:t xml:space="preserve"> احمد کسرو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 اسفند </w:t>
      </w:r>
      <w:r w:rsidRPr="00EF1C4B">
        <w:rPr>
          <w:rFonts w:ascii="Tahoma" w:hAnsi="Tahoma" w:cs="Tahoma"/>
          <w:rtl/>
          <w:lang w:bidi="fa-IR"/>
        </w:rPr>
        <w:t>۱۳۲۴</w:t>
      </w:r>
      <w:r w:rsidRPr="00EF1C4B">
        <w:rPr>
          <w:rFonts w:ascii="Tahoma" w:hAnsi="Tahoma" w:cs="Tahoma"/>
          <w:rtl/>
        </w:rPr>
        <w:t xml:space="preserve"> در ساختمان دادگستر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فقط ترور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نو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سنده</w:t>
      </w:r>
      <w:r w:rsidRPr="00EF1C4B">
        <w:rPr>
          <w:rFonts w:ascii="Tahoma" w:hAnsi="Tahoma" w:cs="Tahoma"/>
          <w:rtl/>
        </w:rPr>
        <w:t xml:space="preserve"> و منتقد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نبود.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حادثه نشان داد که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آمده است که قانون و دادگستر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موجود را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دفاع از شر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عت</w:t>
      </w:r>
      <w:r w:rsidRPr="00EF1C4B">
        <w:rPr>
          <w:rFonts w:ascii="Tahoma" w:hAnsi="Tahoma" w:cs="Tahoma"/>
          <w:rtl/>
        </w:rPr>
        <w:t xml:space="preserve"> کاف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داند</w:t>
      </w:r>
      <w:r w:rsidRPr="00EF1C4B">
        <w:rPr>
          <w:rFonts w:ascii="Tahoma" w:hAnsi="Tahoma" w:cs="Tahoma"/>
          <w:rtl/>
        </w:rPr>
        <w:t xml:space="preserve"> و خود را مجاز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شمارد</w:t>
      </w:r>
      <w:r w:rsidRPr="00EF1C4B">
        <w:rPr>
          <w:rFonts w:ascii="Tahoma" w:hAnsi="Tahoma" w:cs="Tahoma"/>
          <w:rtl/>
        </w:rPr>
        <w:t xml:space="preserve"> حکم صادر کند و آن را به اجرا بگذارد. اهم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حادثه در آن بود که قتل در مکان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رخ داد که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نماد انحصار حکومت بر قضاوت و مجازات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بود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واکنش</w:t>
      </w:r>
      <w:r w:rsidRPr="00EF1C4B">
        <w:rPr>
          <w:rFonts w:ascii="Tahoma" w:hAnsi="Tahoma" w:cs="Tahoma"/>
          <w:rtl/>
        </w:rPr>
        <w:t xml:space="preserve"> بخش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/>
          <w:rtl/>
        </w:rPr>
        <w:t xml:space="preserve"> و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به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ترورها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نشان داد که مرز 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فعال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قانون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خشونت مذهب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روشن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ست</w:t>
      </w:r>
      <w:r w:rsidRPr="00EF1C4B">
        <w:rPr>
          <w:rFonts w:ascii="Tahoma" w:hAnsi="Tahoma" w:cs="Tahoma"/>
          <w:rtl/>
        </w:rPr>
        <w:t>. گروه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ممکن بود با 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وهٔ</w:t>
      </w:r>
      <w:r w:rsidRPr="00EF1C4B">
        <w:rPr>
          <w:rFonts w:ascii="Tahoma" w:hAnsi="Tahoma" w:cs="Tahoma"/>
          <w:rtl/>
        </w:rPr>
        <w:t xml:space="preserve"> فدائ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اسلام موافق نباشند، اما از محکوم‌کردن صر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ح</w:t>
      </w:r>
      <w:r w:rsidRPr="00EF1C4B">
        <w:rPr>
          <w:rFonts w:ascii="Tahoma" w:hAnsi="Tahoma" w:cs="Tahoma"/>
          <w:rtl/>
        </w:rPr>
        <w:t xml:space="preserve"> آنان پره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نت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جهٔ</w:t>
      </w:r>
      <w:r w:rsidRPr="00EF1C4B">
        <w:rPr>
          <w:rFonts w:ascii="Tahoma" w:hAnsi="Tahoma" w:cs="Tahoma"/>
          <w:rtl/>
        </w:rPr>
        <w:t xml:space="preserve"> عملشان را سودمند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دانستند</w:t>
      </w:r>
      <w:r w:rsidRPr="00EF1C4B">
        <w:rPr>
          <w:rFonts w:ascii="Tahoma" w:hAnsi="Tahoma" w:cs="Tahoma"/>
          <w:rtl/>
        </w:rPr>
        <w:t>. 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eastAsia"/>
          <w:rtl/>
        </w:rPr>
        <w:t>ترت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ب،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کوچک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گاه</w:t>
      </w:r>
      <w:r w:rsidRPr="00EF1C4B">
        <w:rPr>
          <w:rFonts w:ascii="Tahoma" w:hAnsi="Tahoma" w:cs="Tahoma"/>
          <w:rtl/>
        </w:rPr>
        <w:t xml:space="preserve"> اجتماع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گسترده‌ا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نداشت،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</w:t>
      </w:r>
      <w:r w:rsidRPr="00EF1C4B">
        <w:rPr>
          <w:rFonts w:ascii="Tahoma" w:hAnsi="Tahoma" w:cs="Tahoma"/>
          <w:rtl/>
        </w:rPr>
        <w:t xml:space="preserve"> با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جاد</w:t>
      </w:r>
      <w:r w:rsidRPr="00EF1C4B">
        <w:rPr>
          <w:rFonts w:ascii="Tahoma" w:hAnsi="Tahoma" w:cs="Tahoma"/>
          <w:rtl/>
        </w:rPr>
        <w:t xml:space="preserve"> ترس و حذف اشخاص، بر تصم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کشوردار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اثر بگذارد.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مشروطهٔ مشروعه،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نظارت بر عدم مخالفت قوان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با شر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عت</w:t>
      </w:r>
      <w:r w:rsidRPr="00EF1C4B">
        <w:rPr>
          <w:rFonts w:ascii="Tahoma" w:hAnsi="Tahoma" w:cs="Tahoma"/>
          <w:rtl/>
        </w:rPr>
        <w:t xml:space="preserve"> جا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گاه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افته</w:t>
      </w:r>
      <w:r w:rsidRPr="00EF1C4B">
        <w:rPr>
          <w:rFonts w:ascii="Tahoma" w:hAnsi="Tahoma" w:cs="Tahoma"/>
          <w:rtl/>
        </w:rPr>
        <w:t xml:space="preserve"> بودند؛ اما فدائ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اسلام از محدودهٔ هم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سازش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فراتر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رفتند</w:t>
      </w:r>
      <w:r w:rsidRPr="00EF1C4B">
        <w:rPr>
          <w:rFonts w:ascii="Tahoma" w:hAnsi="Tahoma" w:cs="Tahoma"/>
          <w:rtl/>
        </w:rPr>
        <w:t>. آنان به نظارت بر قانون رضا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نداشتند و خواهان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شر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عت</w:t>
      </w:r>
      <w:r w:rsidRPr="00EF1C4B">
        <w:rPr>
          <w:rFonts w:ascii="Tahoma" w:hAnsi="Tahoma" w:cs="Tahoma"/>
          <w:rtl/>
        </w:rPr>
        <w:t xml:space="preserve"> به سرچشمهٔ اصل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حکومت بودند. در واقع، همان تضاد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eastAsia"/>
          <w:rtl/>
        </w:rPr>
        <w:t>که</w:t>
      </w:r>
      <w:r w:rsidRPr="00EF1C4B">
        <w:rPr>
          <w:rFonts w:ascii="Tahoma" w:hAnsi="Tahoma" w:cs="Tahoma"/>
          <w:rtl/>
        </w:rPr>
        <w:t xml:space="preserve"> از زمان تدو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متمم قانون اساس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درون نظام باق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مانده بود، اکنون به صورت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مسلحانه و خشونت‌آم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به صحنه بازم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گشت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هم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زمان،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جنگ جهان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دوم آزمون بزرگ‌تر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حکومت قرار داد. براساس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مان</w:t>
      </w:r>
      <w:r w:rsidRPr="00EF1C4B">
        <w:rPr>
          <w:rFonts w:ascii="Tahoma" w:hAnsi="Tahoma" w:cs="Tahoma"/>
          <w:rtl/>
        </w:rPr>
        <w:t xml:space="preserve"> سه‌جانبه،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پس از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جنگ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را ترک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کردند</w:t>
      </w:r>
      <w:r w:rsidRPr="00EF1C4B">
        <w:rPr>
          <w:rFonts w:ascii="Tahoma" w:hAnsi="Tahoma" w:cs="Tahoma"/>
          <w:rtl/>
        </w:rPr>
        <w:t>. بر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و آمر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کا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خروج آماده شدند، اما اتحاد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رون‌بردن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خود از شمال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خود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کرد. حضور ارتش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مانع از آن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شد</w:t>
      </w:r>
      <w:r w:rsidRPr="00EF1C4B">
        <w:rPr>
          <w:rFonts w:ascii="Tahoma" w:hAnsi="Tahoma" w:cs="Tahoma"/>
          <w:rtl/>
        </w:rPr>
        <w:t xml:space="preserve"> که حکومت مرکز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اقتدار خود را در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اعمال کند.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آذر </w:t>
      </w:r>
      <w:r w:rsidRPr="00EF1C4B">
        <w:rPr>
          <w:rFonts w:ascii="Tahoma" w:hAnsi="Tahoma" w:cs="Tahoma"/>
          <w:rtl/>
          <w:lang w:bidi="fa-IR"/>
        </w:rPr>
        <w:t>۱۳۲۴</w:t>
      </w:r>
      <w:r w:rsidRPr="00EF1C4B">
        <w:rPr>
          <w:rFonts w:ascii="Tahoma" w:hAnsi="Tahoma" w:cs="Tahoma"/>
          <w:rtl/>
        </w:rPr>
        <w:t>، فرقهٔ دموکرات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به رهبر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جعفر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شه‌ور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با پشت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حکومت خودمختار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 تبر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تشک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داد.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که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مقابله حرکت کرده بودند، اجازه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افتند</w:t>
      </w:r>
      <w:r w:rsidRPr="00EF1C4B">
        <w:rPr>
          <w:rFonts w:ascii="Tahoma" w:hAnsi="Tahoma" w:cs="Tahoma"/>
          <w:rtl/>
        </w:rPr>
        <w:t xml:space="preserve"> از مناطق 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کنترل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عبور کنند. اندک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بعد، در کردستان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جمهور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مهابا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آمد. 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ن‌سان،</w:t>
      </w:r>
      <w:r w:rsidRPr="00EF1C4B">
        <w:rPr>
          <w:rFonts w:ascii="Tahoma" w:hAnsi="Tahoma" w:cs="Tahoma"/>
          <w:rtl/>
        </w:rPr>
        <w:t xml:space="preserve"> مسئله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فقط رقابت احزاب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اختلاف شاه و مجلس نبود؛ تمام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سرزم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در معرض خطر قرار گرفته بود.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بحران</w:t>
      </w:r>
      <w:r w:rsidRPr="00EF1C4B">
        <w:rPr>
          <w:rFonts w:ascii="Tahoma" w:hAnsi="Tahoma" w:cs="Tahoma"/>
          <w:rtl/>
        </w:rPr>
        <w:t xml:space="preserve">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ضعف همهٔ نهادها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حکومت را آشکار کرد. شاه فرمانده کل ارتش بود، اما نم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را به منطقه بفرستد. دولت مسئول حفظ تمام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کشور بود، اما قدرت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لازم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ارو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با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نداشت. مجلس نما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ندهٔ</w:t>
      </w:r>
      <w:r w:rsidRPr="00EF1C4B">
        <w:rPr>
          <w:rFonts w:ascii="Tahoma" w:hAnsi="Tahoma" w:cs="Tahoma"/>
          <w:rtl/>
        </w:rPr>
        <w:t xml:space="preserve"> ملت بود، 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ابزار اجرا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بازگ</w:t>
      </w:r>
      <w:r w:rsidRPr="00EF1C4B">
        <w:rPr>
          <w:rFonts w:ascii="Tahoma" w:hAnsi="Tahoma" w:cs="Tahoma" w:hint="eastAsia"/>
          <w:rtl/>
        </w:rPr>
        <w:t>رداندن</w:t>
      </w:r>
      <w:r w:rsidRPr="00EF1C4B">
        <w:rPr>
          <w:rFonts w:ascii="Tahoma" w:hAnsi="Tahoma" w:cs="Tahoma"/>
          <w:rtl/>
        </w:rPr>
        <w:t xml:space="preserve"> حاکم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در اخت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ارش</w:t>
      </w:r>
      <w:r w:rsidRPr="00EF1C4B">
        <w:rPr>
          <w:rFonts w:ascii="Tahoma" w:hAnsi="Tahoma" w:cs="Tahoma"/>
          <w:rtl/>
        </w:rPr>
        <w:t xml:space="preserve"> نبود. حزب توده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به‌جا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ستادن</w:t>
      </w:r>
      <w:r w:rsidRPr="00EF1C4B">
        <w:rPr>
          <w:rFonts w:ascii="Tahoma" w:hAnsi="Tahoma" w:cs="Tahoma"/>
          <w:rtl/>
        </w:rPr>
        <w:t xml:space="preserve"> در کنار حکومت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ران،</w:t>
      </w:r>
      <w:r w:rsidRPr="00EF1C4B">
        <w:rPr>
          <w:rFonts w:ascii="Tahoma" w:hAnsi="Tahoma" w:cs="Tahoma"/>
          <w:rtl/>
        </w:rPr>
        <w:t xml:space="preserve"> از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است</w:t>
      </w:r>
      <w:r w:rsidRPr="00EF1C4B">
        <w:rPr>
          <w:rFonts w:ascii="Tahoma" w:hAnsi="Tahoma" w:cs="Tahoma"/>
          <w:rtl/>
        </w:rPr>
        <w:t xml:space="preserve">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فرقهٔ دموکرات دفاع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</w:t>
      </w:r>
      <w:r w:rsidRPr="00EF1C4B">
        <w:rPr>
          <w:rFonts w:ascii="Tahoma" w:hAnsi="Tahoma" w:cs="Tahoma"/>
          <w:rtl/>
        </w:rPr>
        <w:t xml:space="preserve"> و بدگمان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دربارهٔ وابستگ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خود را افزا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در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لحظه، بار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احمد قوام به 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>. بازگشت او نشان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 xml:space="preserve"> که در هنگام بحران، نظام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ناچار است به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وانسالار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باتجربه و قدرتمند پناه ببرد. قوام نه محبوب دربار بود، نه نما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ندهٔ</w:t>
      </w:r>
      <w:r w:rsidRPr="00EF1C4B">
        <w:rPr>
          <w:rFonts w:ascii="Tahoma" w:hAnsi="Tahoma" w:cs="Tahoma"/>
          <w:rtl/>
        </w:rPr>
        <w:t xml:space="preserve"> آرمان‌گرا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نه رهبر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ک</w:t>
      </w:r>
      <w:r w:rsidRPr="00EF1C4B">
        <w:rPr>
          <w:rFonts w:ascii="Tahoma" w:hAnsi="Tahoma" w:cs="Tahoma"/>
          <w:rtl/>
        </w:rPr>
        <w:t xml:space="preserve"> جنبش مردم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>. سرما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هٔ</w:t>
      </w:r>
      <w:r w:rsidRPr="00EF1C4B">
        <w:rPr>
          <w:rFonts w:ascii="Tahoma" w:hAnsi="Tahoma" w:cs="Tahoma"/>
          <w:rtl/>
        </w:rPr>
        <w:t xml:space="preserve"> اصل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او تج</w:t>
      </w:r>
      <w:r w:rsidRPr="00EF1C4B">
        <w:rPr>
          <w:rFonts w:ascii="Tahoma" w:hAnsi="Tahoma" w:cs="Tahoma" w:hint="eastAsia"/>
          <w:rtl/>
        </w:rPr>
        <w:t>ربهٔ</w:t>
      </w:r>
      <w:r w:rsidRPr="00EF1C4B">
        <w:rPr>
          <w:rFonts w:ascii="Tahoma" w:hAnsi="Tahoma" w:cs="Tahoma"/>
          <w:rtl/>
        </w:rPr>
        <w:t xml:space="preserve"> کشوردار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شناخت قدرت‌ها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توانا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استفاده از اختلاف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</w:t>
      </w:r>
      <w:r w:rsidRPr="00EF1C4B">
        <w:rPr>
          <w:rFonts w:ascii="Tahoma" w:hAnsi="Tahoma" w:cs="Tahoma"/>
          <w:rtl/>
        </w:rPr>
        <w:t xml:space="preserve"> بود.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قوام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حل بحران به مسکو رفت و مستق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ماً</w:t>
      </w:r>
      <w:r w:rsidRPr="00EF1C4B">
        <w:rPr>
          <w:rFonts w:ascii="Tahoma" w:hAnsi="Tahoma" w:cs="Tahoma"/>
          <w:rtl/>
        </w:rPr>
        <w:t xml:space="preserve"> با استال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مذاکره کرد. او کوش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با وعدهٔ بررس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امت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از</w:t>
      </w:r>
      <w:r w:rsidRPr="00EF1C4B">
        <w:rPr>
          <w:rFonts w:ascii="Tahoma" w:hAnsi="Tahoma" w:cs="Tahoma"/>
          <w:rtl/>
        </w:rPr>
        <w:t xml:space="preserve"> نفت شمال و تشک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شرکت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مشترک، زم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نهٔ</w:t>
      </w:r>
      <w:r w:rsidRPr="00EF1C4B">
        <w:rPr>
          <w:rFonts w:ascii="Tahoma" w:hAnsi="Tahoma" w:cs="Tahoma"/>
          <w:rtl/>
        </w:rPr>
        <w:t xml:space="preserve"> خروج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فراهم کند؛ اما واگذار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امت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از</w:t>
      </w:r>
      <w:r w:rsidRPr="00EF1C4B">
        <w:rPr>
          <w:rFonts w:ascii="Tahoma" w:hAnsi="Tahoma" w:cs="Tahoma"/>
          <w:rtl/>
        </w:rPr>
        <w:t xml:space="preserve"> را به تصو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</w:t>
      </w:r>
      <w:r w:rsidRPr="00EF1C4B">
        <w:rPr>
          <w:rFonts w:ascii="Tahoma" w:hAnsi="Tahoma" w:cs="Tahoma"/>
          <w:rtl/>
        </w:rPr>
        <w:t xml:space="preserve"> مجلس آ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نده</w:t>
      </w:r>
      <w:r w:rsidRPr="00EF1C4B">
        <w:rPr>
          <w:rFonts w:ascii="Tahoma" w:hAnsi="Tahoma" w:cs="Tahoma"/>
          <w:rtl/>
        </w:rPr>
        <w:t xml:space="preserve"> وابسته ساخت.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است</w:t>
      </w:r>
      <w:r w:rsidRPr="00EF1C4B">
        <w:rPr>
          <w:rFonts w:ascii="Tahoma" w:hAnsi="Tahoma" w:cs="Tahoma"/>
          <w:rtl/>
        </w:rPr>
        <w:t xml:space="preserve"> خطرناک بود، 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>‌توانست به واگذار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بخش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منابع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نجامد؛</w:t>
      </w:r>
      <w:r w:rsidRPr="00EF1C4B">
        <w:rPr>
          <w:rFonts w:ascii="Tahoma" w:hAnsi="Tahoma" w:cs="Tahoma"/>
          <w:rtl/>
        </w:rPr>
        <w:t xml:space="preserve"> اما قوام از همان دوگانگ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قانون اساس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بهره گرفت که در موارد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موجب ب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ثبات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شده بود. دولت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</w:t>
      </w:r>
      <w:r w:rsidRPr="00EF1C4B">
        <w:rPr>
          <w:rFonts w:ascii="Tahoma" w:hAnsi="Tahoma" w:cs="Tahoma"/>
          <w:rtl/>
        </w:rPr>
        <w:t xml:space="preserve"> مذاکره و توافق مقدمات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کند، 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تصم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</w:t>
      </w:r>
      <w:r w:rsidRPr="00EF1C4B">
        <w:rPr>
          <w:rFonts w:ascii="Tahoma" w:hAnsi="Tahoma" w:cs="Tahoma"/>
          <w:rtl/>
        </w:rPr>
        <w:t xml:space="preserve"> نها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دربارهٔ امت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از</w:t>
      </w:r>
      <w:r w:rsidRPr="00EF1C4B">
        <w:rPr>
          <w:rFonts w:ascii="Tahoma" w:hAnsi="Tahoma" w:cs="Tahoma"/>
          <w:rtl/>
        </w:rPr>
        <w:t xml:space="preserve"> به مجلس تعلق داشت.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هم‌زمان،</w:t>
      </w:r>
      <w:r w:rsidRPr="00EF1C4B">
        <w:rPr>
          <w:rFonts w:ascii="Tahoma" w:hAnsi="Tahoma" w:cs="Tahoma"/>
          <w:rtl/>
        </w:rPr>
        <w:t xml:space="preserve"> مسئلهٔ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به شورا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امن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سازمان ملل متحد برده شد و فشار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ن‌الملل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 اتحاد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افزا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</w:t>
      </w:r>
      <w:r w:rsidRPr="00EF1C4B">
        <w:rPr>
          <w:rFonts w:ascii="Tahoma" w:hAnsi="Tahoma" w:cs="Tahoma"/>
          <w:rtl/>
        </w:rPr>
        <w:t>.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سرانجام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را از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خارج کرد. پس از خروج آنان، حکومت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شه‌ور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پشت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بان</w:t>
      </w:r>
      <w:r w:rsidRPr="00EF1C4B">
        <w:rPr>
          <w:rFonts w:ascii="Tahoma" w:hAnsi="Tahoma" w:cs="Tahoma"/>
          <w:rtl/>
        </w:rPr>
        <w:t xml:space="preserve"> اصل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خود را از دست داد. ارتش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در آذر </w:t>
      </w:r>
      <w:r w:rsidRPr="00EF1C4B">
        <w:rPr>
          <w:rFonts w:ascii="Tahoma" w:hAnsi="Tahoma" w:cs="Tahoma"/>
          <w:rtl/>
          <w:lang w:bidi="fa-IR"/>
        </w:rPr>
        <w:t>۱۳۲۵</w:t>
      </w:r>
      <w:r w:rsidRPr="00EF1C4B">
        <w:rPr>
          <w:rFonts w:ascii="Tahoma" w:hAnsi="Tahoma" w:cs="Tahoma"/>
          <w:rtl/>
        </w:rPr>
        <w:t xml:space="preserve"> وارد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شد و حکومت فرقهٔ دموکرات فروپاش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>.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شه‌ور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 شمار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همراهانش به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ختند</w:t>
      </w:r>
      <w:r w:rsidRPr="00EF1C4B">
        <w:rPr>
          <w:rFonts w:ascii="Tahoma" w:hAnsi="Tahoma" w:cs="Tahoma"/>
          <w:rtl/>
        </w:rPr>
        <w:t xml:space="preserve"> و حاکم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حکومت مرکز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 منطقه بازگشت.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محمدرضاشاه</w:t>
      </w:r>
      <w:r w:rsidRPr="00EF1C4B">
        <w:rPr>
          <w:rFonts w:ascii="Tahoma" w:hAnsi="Tahoma" w:cs="Tahoma"/>
          <w:rtl/>
        </w:rPr>
        <w:t xml:space="preserve"> و ارتش از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شتر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بهرهٔ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بردند. ورود ارتش به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به‌عنوان نجات کشور و تجد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حاکم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مل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معرف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شد و شاه توانست خود را پادشاه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نشان دهد که تمام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سرزم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را حفظ کرده است. ارتش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در شهر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ور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/>
          <w:rtl/>
          <w:lang w:bidi="fa-IR"/>
        </w:rPr>
        <w:t>۱۳۲۰</w:t>
      </w:r>
      <w:r w:rsidRPr="00EF1C4B">
        <w:rPr>
          <w:rFonts w:ascii="Tahoma" w:hAnsi="Tahoma" w:cs="Tahoma"/>
          <w:rtl/>
        </w:rPr>
        <w:t xml:space="preserve"> بدون مقاومت مؤثر فروپا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ده</w:t>
      </w:r>
      <w:r w:rsidRPr="00EF1C4B">
        <w:rPr>
          <w:rFonts w:ascii="Tahoma" w:hAnsi="Tahoma" w:cs="Tahoma"/>
          <w:rtl/>
        </w:rPr>
        <w:t xml:space="preserve"> بود، پنج سال بعد با عنوان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نجات‌بخش به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بازگشت.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دگرگون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وند</w:t>
      </w:r>
      <w:r w:rsidRPr="00EF1C4B">
        <w:rPr>
          <w:rFonts w:ascii="Tahoma" w:hAnsi="Tahoma" w:cs="Tahoma"/>
          <w:rtl/>
        </w:rPr>
        <w:t xml:space="preserve"> شاه و نظام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را استوارتر کرد.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اما</w:t>
      </w:r>
      <w:r w:rsidRPr="00EF1C4B">
        <w:rPr>
          <w:rFonts w:ascii="Tahoma" w:hAnsi="Tahoma" w:cs="Tahoma"/>
          <w:rtl/>
        </w:rPr>
        <w:t xml:space="preserve">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تنها حاصل فرمان شاه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حرکت ارتش نبود. خروج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جهٔ</w:t>
      </w:r>
      <w:r w:rsidRPr="00EF1C4B">
        <w:rPr>
          <w:rFonts w:ascii="Tahoma" w:hAnsi="Tahoma" w:cs="Tahoma"/>
          <w:rtl/>
        </w:rPr>
        <w:t xml:space="preserve"> ترک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مذاکرهٔ قوام، فشار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ن‌الملل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طرح شکا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در شورا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امن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و تغ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شرا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ط</w:t>
      </w:r>
      <w:r w:rsidRPr="00EF1C4B">
        <w:rPr>
          <w:rFonts w:ascii="Tahoma" w:hAnsi="Tahoma" w:cs="Tahoma"/>
          <w:rtl/>
        </w:rPr>
        <w:t xml:space="preserve"> پس از جنگ بود. ارتش زمان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توانست وارد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شود که مانع اصل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عن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حضور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رفته بود. باا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ن‌همه،</w:t>
      </w:r>
      <w:r w:rsidRPr="00EF1C4B">
        <w:rPr>
          <w:rFonts w:ascii="Tahoma" w:hAnsi="Tahoma" w:cs="Tahoma"/>
          <w:rtl/>
        </w:rPr>
        <w:t xml:space="preserve"> در حافظهٔ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دربار، نقش قوام و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پلماس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او به‌تدر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</w:t>
      </w:r>
      <w:r w:rsidRPr="00EF1C4B">
        <w:rPr>
          <w:rFonts w:ascii="Tahoma" w:hAnsi="Tahoma" w:cs="Tahoma"/>
          <w:rtl/>
        </w:rPr>
        <w:t xml:space="preserve"> کم‌رنگ و نقش شاه و ارتش برجسته شد.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قوام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کوش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به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هٔ</w:t>
      </w:r>
      <w:r w:rsidRPr="00EF1C4B">
        <w:rPr>
          <w:rFonts w:ascii="Tahoma" w:hAnsi="Tahoma" w:cs="Tahoma"/>
          <w:rtl/>
        </w:rPr>
        <w:t xml:space="preserve"> قدرت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خود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کند. او حزب دموکرات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را تشک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داد تا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دولت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گاه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سازمان‌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افته</w:t>
      </w:r>
      <w:r w:rsidRPr="00EF1C4B">
        <w:rPr>
          <w:rFonts w:ascii="Tahoma" w:hAnsi="Tahoma" w:cs="Tahoma"/>
          <w:rtl/>
        </w:rPr>
        <w:t xml:space="preserve"> فراهم آورد و از وابستگ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کامل به دربار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فراکس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ون‌ها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ناپا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/>
          <w:rtl/>
        </w:rPr>
        <w:t xml:space="preserve"> مجلس رها شود. اما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حزب، 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از آنکه از پا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و از درون جامعه پ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آمده باشد، از بالا و با استفاده از امکانات دولت ساخته شده بود. قوام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خواست</w:t>
      </w:r>
      <w:r w:rsidRPr="00EF1C4B">
        <w:rPr>
          <w:rFonts w:ascii="Tahoma" w:hAnsi="Tahoma" w:cs="Tahoma"/>
          <w:rtl/>
        </w:rPr>
        <w:t xml:space="preserve"> 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جاد</w:t>
      </w:r>
      <w:r w:rsidRPr="00EF1C4B">
        <w:rPr>
          <w:rFonts w:ascii="Tahoma" w:hAnsi="Tahoma" w:cs="Tahoma"/>
          <w:rtl/>
        </w:rPr>
        <w:t xml:space="preserve"> کند که مشروطهٔ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</w:t>
      </w:r>
      <w:r w:rsidRPr="00EF1C4B">
        <w:rPr>
          <w:rFonts w:ascii="Tahoma" w:hAnsi="Tahoma" w:cs="Tahoma"/>
          <w:rtl/>
        </w:rPr>
        <w:t xml:space="preserve"> فاقد آن بود: حزب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اکثر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مجلس را در اخت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</w:t>
      </w:r>
      <w:r w:rsidRPr="00EF1C4B">
        <w:rPr>
          <w:rFonts w:ascii="Tahoma" w:hAnsi="Tahoma" w:cs="Tahoma"/>
          <w:rtl/>
        </w:rPr>
        <w:t xml:space="preserve"> 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رد</w:t>
      </w:r>
      <w:r w:rsidRPr="00EF1C4B">
        <w:rPr>
          <w:rFonts w:ascii="Tahoma" w:hAnsi="Tahoma" w:cs="Tahoma"/>
          <w:rtl/>
        </w:rPr>
        <w:t xml:space="preserve"> و از دولت حما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کند. 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چون حزب به قدرت دولت وابسته بود، با سقوط قوام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توان ادامهٔ ح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>ات مستقل نداشت.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/>
          <w:rtl/>
        </w:rPr>
        <w:t>انتخابات مجلس پانزدهم 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نفوذ دولت قوام برگزار شد.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امر تناقض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نشان داد. 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دولت از فراکس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ون‌ها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ناپا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/>
          <w:rtl/>
        </w:rPr>
        <w:t xml:space="preserve"> مجلس به اکثر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منظم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از</w:t>
      </w:r>
      <w:r w:rsidRPr="00EF1C4B">
        <w:rPr>
          <w:rFonts w:ascii="Tahoma" w:hAnsi="Tahoma" w:cs="Tahoma"/>
          <w:rtl/>
        </w:rPr>
        <w:t xml:space="preserve"> داشت، ناچار شد از دستگاه اجرا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ساختن آن اکثر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استفاده کند. 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ترت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ب،</w:t>
      </w:r>
      <w:r w:rsidRPr="00EF1C4B">
        <w:rPr>
          <w:rFonts w:ascii="Tahoma" w:hAnsi="Tahoma" w:cs="Tahoma"/>
          <w:rtl/>
        </w:rPr>
        <w:t xml:space="preserve"> به‌جا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آنکه </w:t>
      </w:r>
      <w:r w:rsidRPr="00EF1C4B">
        <w:rPr>
          <w:rFonts w:ascii="Tahoma" w:hAnsi="Tahoma" w:cs="Tahoma" w:hint="eastAsia"/>
          <w:rtl/>
        </w:rPr>
        <w:t>حزب</w:t>
      </w:r>
      <w:r w:rsidRPr="00EF1C4B">
        <w:rPr>
          <w:rFonts w:ascii="Tahoma" w:hAnsi="Tahoma" w:cs="Tahoma"/>
          <w:rtl/>
        </w:rPr>
        <w:t xml:space="preserve"> از جامعه به مجلس و سپس به دولت برسد، دولت حزب را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ساخت</w:t>
      </w:r>
      <w:r w:rsidRPr="00EF1C4B">
        <w:rPr>
          <w:rFonts w:ascii="Tahoma" w:hAnsi="Tahoma" w:cs="Tahoma"/>
          <w:rtl/>
        </w:rPr>
        <w:t xml:space="preserve"> و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کوش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مجلس را در اخت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</w:t>
      </w:r>
      <w:r w:rsidRPr="00EF1C4B">
        <w:rPr>
          <w:rFonts w:ascii="Tahoma" w:hAnsi="Tahoma" w:cs="Tahoma"/>
          <w:rtl/>
        </w:rPr>
        <w:t xml:space="preserve"> آن قرار دهد. همان روش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رضاشاه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مهار انتخابات به کار برده بود،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بار به نام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جاد</w:t>
      </w:r>
      <w:r w:rsidRPr="00EF1C4B">
        <w:rPr>
          <w:rFonts w:ascii="Tahoma" w:hAnsi="Tahoma" w:cs="Tahoma"/>
          <w:rtl/>
        </w:rPr>
        <w:t xml:space="preserve"> دولت پارلمان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تکرار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مجلس</w:t>
      </w:r>
      <w:r w:rsidRPr="00EF1C4B">
        <w:rPr>
          <w:rFonts w:ascii="Tahoma" w:hAnsi="Tahoma" w:cs="Tahoma"/>
          <w:rtl/>
        </w:rPr>
        <w:t xml:space="preserve"> پانزدهم سرانجام موافقت‌نامهٔ نفت شمال را رد کرد. قوام توانسته بود با وعدهٔ امت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اجرا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آن به تصو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</w:t>
      </w:r>
      <w:r w:rsidRPr="00EF1C4B">
        <w:rPr>
          <w:rFonts w:ascii="Tahoma" w:hAnsi="Tahoma" w:cs="Tahoma"/>
          <w:rtl/>
        </w:rPr>
        <w:t xml:space="preserve"> مجلس وابسته بود، خروج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تسه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کند و سپس مجلس از تصو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</w:t>
      </w:r>
      <w:r w:rsidRPr="00EF1C4B">
        <w:rPr>
          <w:rFonts w:ascii="Tahoma" w:hAnsi="Tahoma" w:cs="Tahoma"/>
          <w:rtl/>
        </w:rPr>
        <w:t xml:space="preserve"> آن خوددار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کرد. از نظر حفظ منافع و تمام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ران،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است</w:t>
      </w:r>
      <w:r w:rsidRPr="00EF1C4B">
        <w:rPr>
          <w:rFonts w:ascii="Tahoma" w:hAnsi="Tahoma" w:cs="Tahoma"/>
          <w:rtl/>
        </w:rPr>
        <w:t xml:space="preserve"> موفق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بزرگ بود؛ ا</w:t>
      </w:r>
      <w:r w:rsidRPr="00EF1C4B">
        <w:rPr>
          <w:rFonts w:ascii="Tahoma" w:hAnsi="Tahoma" w:cs="Tahoma" w:hint="eastAsia"/>
          <w:rtl/>
        </w:rPr>
        <w:t>ما</w:t>
      </w:r>
      <w:r w:rsidRPr="00EF1C4B">
        <w:rPr>
          <w:rFonts w:ascii="Tahoma" w:hAnsi="Tahoma" w:cs="Tahoma"/>
          <w:rtl/>
        </w:rPr>
        <w:t xml:space="preserve"> از نظر ساختمان کشوردار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بار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نشان داد که دولت و مجلس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توانند</w:t>
      </w:r>
      <w:r w:rsidRPr="00EF1C4B">
        <w:rPr>
          <w:rFonts w:ascii="Tahoma" w:hAnsi="Tahoma" w:cs="Tahoma"/>
          <w:rtl/>
        </w:rPr>
        <w:t xml:space="preserve"> نقش‌ها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متفاوت و حت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متضاد برعهده 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رند</w:t>
      </w:r>
      <w:r w:rsidRPr="00EF1C4B">
        <w:rPr>
          <w:rFonts w:ascii="Tahoma" w:hAnsi="Tahoma" w:cs="Tahoma"/>
          <w:rtl/>
        </w:rPr>
        <w:t xml:space="preserve"> و هر کدام مسئول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بخش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تصم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</w:t>
      </w:r>
      <w:r w:rsidRPr="00EF1C4B">
        <w:rPr>
          <w:rFonts w:ascii="Tahoma" w:hAnsi="Tahoma" w:cs="Tahoma"/>
          <w:rtl/>
        </w:rPr>
        <w:t xml:space="preserve"> را به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واگذارند.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بحران</w:t>
      </w:r>
      <w:r w:rsidRPr="00EF1C4B">
        <w:rPr>
          <w:rFonts w:ascii="Tahoma" w:hAnsi="Tahoma" w:cs="Tahoma"/>
          <w:rtl/>
        </w:rPr>
        <w:t xml:space="preserve">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ظاهراً با پ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حکومت مرکز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ان</w:t>
      </w:r>
      <w:r w:rsidRPr="00EF1C4B">
        <w:rPr>
          <w:rFonts w:ascii="Tahoma" w:hAnsi="Tahoma" w:cs="Tahoma"/>
          <w:rtl/>
        </w:rPr>
        <w:t xml:space="preserve">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افت،</w:t>
      </w:r>
      <w:r w:rsidRPr="00EF1C4B">
        <w:rPr>
          <w:rFonts w:ascii="Tahoma" w:hAnsi="Tahoma" w:cs="Tahoma"/>
          <w:rtl/>
        </w:rPr>
        <w:t xml:space="preserve"> اما تعادل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/>
          <w:rtl/>
        </w:rPr>
        <w:t xml:space="preserve"> را دگرگون کرد. حزب توده به سبب حما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از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است</w:t>
      </w:r>
      <w:r w:rsidRPr="00EF1C4B">
        <w:rPr>
          <w:rFonts w:ascii="Tahoma" w:hAnsi="Tahoma" w:cs="Tahoma"/>
          <w:rtl/>
        </w:rPr>
        <w:t xml:space="preserve"> شورو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اعتبار مل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خود را آس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ب‌د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ده</w:t>
      </w:r>
      <w:r w:rsidRPr="00EF1C4B">
        <w:rPr>
          <w:rFonts w:ascii="Tahoma" w:hAnsi="Tahoma" w:cs="Tahoma"/>
          <w:rtl/>
        </w:rPr>
        <w:t xml:space="preserve">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>. ارتش و شاه از بازگشت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</w:t>
      </w:r>
      <w:r w:rsidRPr="00EF1C4B">
        <w:rPr>
          <w:rFonts w:ascii="Tahoma" w:hAnsi="Tahoma" w:cs="Tahoma"/>
          <w:rtl/>
        </w:rPr>
        <w:t xml:space="preserve"> قدرت گرفتند. قوام نشان داد که نخست‌وز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باتجربه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تواند</w:t>
      </w:r>
      <w:r w:rsidRPr="00EF1C4B">
        <w:rPr>
          <w:rFonts w:ascii="Tahoma" w:hAnsi="Tahoma" w:cs="Tahoma"/>
          <w:rtl/>
        </w:rPr>
        <w:t xml:space="preserve"> در برابر شاه و قدرت‌ها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استقلال داشته باشد، اما هم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استقلال او را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دربار خطرناک‌تر ساخت.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/>
          <w:rtl/>
        </w:rPr>
        <w:t xml:space="preserve"> و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روها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محافظه‌کار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خطر کمون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سم</w:t>
      </w:r>
      <w:r w:rsidRPr="00EF1C4B">
        <w:rPr>
          <w:rFonts w:ascii="Tahoma" w:hAnsi="Tahoma" w:cs="Tahoma"/>
          <w:rtl/>
        </w:rPr>
        <w:t xml:space="preserve"> را وس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گسترش نفوذ خود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افتند</w:t>
      </w:r>
      <w:r w:rsidRPr="00EF1C4B">
        <w:rPr>
          <w:rFonts w:ascii="Tahoma" w:hAnsi="Tahoma" w:cs="Tahoma"/>
          <w:rtl/>
        </w:rPr>
        <w:t>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نخست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سال‌ها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دوم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آزما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مشروطهٔ مشروعه به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نت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جه</w:t>
      </w:r>
      <w:r w:rsidRPr="00EF1C4B">
        <w:rPr>
          <w:rFonts w:ascii="Tahoma" w:hAnsi="Tahoma" w:cs="Tahoma"/>
          <w:rtl/>
        </w:rPr>
        <w:t xml:space="preserve"> رس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ده</w:t>
      </w:r>
      <w:r w:rsidRPr="00EF1C4B">
        <w:rPr>
          <w:rFonts w:ascii="Tahoma" w:hAnsi="Tahoma" w:cs="Tahoma"/>
          <w:rtl/>
        </w:rPr>
        <w:t xml:space="preserve"> بود: آزاد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بازگشته بود، اما دولت‌ها ناپا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/>
          <w:rtl/>
        </w:rPr>
        <w:t xml:space="preserve"> بودند؛ احزاب پد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</w:t>
      </w:r>
      <w:r w:rsidRPr="00EF1C4B">
        <w:rPr>
          <w:rFonts w:ascii="Tahoma" w:hAnsi="Tahoma" w:cs="Tahoma"/>
          <w:rtl/>
        </w:rPr>
        <w:t xml:space="preserve"> آمده بودند، اما بخش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آنها به قدرت‌ها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وابسته 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</w:t>
      </w:r>
      <w:r w:rsidRPr="00EF1C4B">
        <w:rPr>
          <w:rFonts w:ascii="Tahoma" w:hAnsi="Tahoma" w:cs="Tahoma"/>
          <w:rtl/>
        </w:rPr>
        <w:t xml:space="preserve"> به دستگاه دولت متک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بودند؛ مجلس فعال شده بود، اما هنوز نتوانسته بود </w:t>
      </w:r>
      <w:r w:rsidRPr="00EF1C4B">
        <w:rPr>
          <w:rFonts w:ascii="Tahoma" w:hAnsi="Tahoma" w:cs="Tahoma" w:hint="eastAsia"/>
          <w:rtl/>
        </w:rPr>
        <w:t>اکثر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پا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دار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ادارهٔ کشور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جاد</w:t>
      </w:r>
      <w:r w:rsidRPr="00EF1C4B">
        <w:rPr>
          <w:rFonts w:ascii="Tahoma" w:hAnsi="Tahoma" w:cs="Tahoma"/>
          <w:rtl/>
        </w:rPr>
        <w:t xml:space="preserve"> کند؛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نکاران</w:t>
      </w:r>
      <w:r w:rsidRPr="00EF1C4B">
        <w:rPr>
          <w:rFonts w:ascii="Tahoma" w:hAnsi="Tahoma" w:cs="Tahoma"/>
          <w:rtl/>
        </w:rPr>
        <w:t xml:space="preserve"> به صحنه بازگشته بودند و در کنار فعال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قانون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خشونت مذهب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سر برآورده بود؛ و شاه و ارتش، با بهره‌گ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بحران آذربا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جان،</w:t>
      </w:r>
      <w:r w:rsidRPr="00EF1C4B">
        <w:rPr>
          <w:rFonts w:ascii="Tahoma" w:hAnsi="Tahoma" w:cs="Tahoma"/>
          <w:rtl/>
        </w:rPr>
        <w:t xml:space="preserve"> نخست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گام بزرگ را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باز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اب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قدرت برداشته بودند.</w:t>
      </w:r>
    </w:p>
    <w:p w:rsidR="00EF1C4B" w:rsidRP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</w:rPr>
      </w:pPr>
      <w:r w:rsidRPr="00EF1C4B">
        <w:rPr>
          <w:rFonts w:ascii="Tahoma" w:hAnsi="Tahoma" w:cs="Tahoma" w:hint="eastAsia"/>
          <w:rtl/>
        </w:rPr>
        <w:t>آزما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دوم هنوز به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مه</w:t>
      </w:r>
      <w:r w:rsidRPr="00EF1C4B">
        <w:rPr>
          <w:rFonts w:ascii="Tahoma" w:hAnsi="Tahoma" w:cs="Tahoma"/>
          <w:rtl/>
        </w:rPr>
        <w:t xml:space="preserve"> نرس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ده</w:t>
      </w:r>
      <w:r w:rsidRPr="00EF1C4B">
        <w:rPr>
          <w:rFonts w:ascii="Tahoma" w:hAnsi="Tahoma" w:cs="Tahoma"/>
          <w:rtl/>
        </w:rPr>
        <w:t xml:space="preserve"> بود، اما جهت حرکت آن آشکار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شد</w:t>
      </w:r>
      <w:r w:rsidRPr="00EF1C4B">
        <w:rPr>
          <w:rFonts w:ascii="Tahoma" w:hAnsi="Tahoma" w:cs="Tahoma"/>
          <w:rtl/>
        </w:rPr>
        <w:t>. هر بحران، به‌جا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آنکه نهادها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قانون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استوارتر کند،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از</w:t>
      </w:r>
      <w:r w:rsidRPr="00EF1C4B">
        <w:rPr>
          <w:rFonts w:ascii="Tahoma" w:hAnsi="Tahoma" w:cs="Tahoma"/>
          <w:rtl/>
        </w:rPr>
        <w:t xml:space="preserve"> به تمرکز قدرت را افزا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>. هر دولت ضع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ف،</w:t>
      </w:r>
      <w:r w:rsidRPr="00EF1C4B">
        <w:rPr>
          <w:rFonts w:ascii="Tahoma" w:hAnsi="Tahoma" w:cs="Tahoma"/>
          <w:rtl/>
        </w:rPr>
        <w:t xml:space="preserve"> استدلال هواداران مستبد منور را تقو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ت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</w:t>
      </w:r>
      <w:r w:rsidRPr="00EF1C4B">
        <w:rPr>
          <w:rFonts w:ascii="Tahoma" w:hAnsi="Tahoma" w:cs="Tahoma"/>
          <w:rtl/>
        </w:rPr>
        <w:t>. هر آشوب خ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ابان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ارزش آزاد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را در چشم بخش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از جامعه کاهش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>. هر دخالت خارج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ارتش و سلطنت را ضرور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تر</w:t>
      </w:r>
      <w:r w:rsidRPr="00EF1C4B">
        <w:rPr>
          <w:rFonts w:ascii="Tahoma" w:hAnsi="Tahoma" w:cs="Tahoma"/>
          <w:rtl/>
        </w:rPr>
        <w:t xml:space="preserve"> جلوه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>. و هر ترور 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،</w:t>
      </w:r>
      <w:r w:rsidRPr="00EF1C4B">
        <w:rPr>
          <w:rFonts w:ascii="Tahoma" w:hAnsi="Tahoma" w:cs="Tahoma"/>
          <w:rtl/>
        </w:rPr>
        <w:t xml:space="preserve">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تصور را گسترش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داد</w:t>
      </w:r>
      <w:r w:rsidRPr="00EF1C4B">
        <w:rPr>
          <w:rFonts w:ascii="Tahoma" w:hAnsi="Tahoma" w:cs="Tahoma"/>
          <w:rtl/>
        </w:rPr>
        <w:t xml:space="preserve"> که قانون و مجلس به‌تنها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/>
          <w:rtl/>
        </w:rPr>
        <w:t xml:space="preserve"> قادر به حفظ کشور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ستند</w:t>
      </w:r>
      <w:r w:rsidRPr="00EF1C4B">
        <w:rPr>
          <w:rFonts w:ascii="Tahoma" w:hAnsi="Tahoma" w:cs="Tahoma"/>
          <w:rtl/>
        </w:rPr>
        <w:t>.</w:t>
      </w:r>
    </w:p>
    <w:p w:rsidR="00EF1C4B" w:rsidRDefault="00EF1C4B" w:rsidP="00EF1C4B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EF1C4B">
        <w:rPr>
          <w:rFonts w:ascii="Tahoma" w:hAnsi="Tahoma" w:cs="Tahoma" w:hint="eastAsia"/>
          <w:rtl/>
        </w:rPr>
        <w:t>گام</w:t>
      </w:r>
      <w:r w:rsidRPr="00EF1C4B">
        <w:rPr>
          <w:rFonts w:ascii="Tahoma" w:hAnsi="Tahoma" w:cs="Tahoma"/>
          <w:rtl/>
        </w:rPr>
        <w:t xml:space="preserve"> بعد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در 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ن</w:t>
      </w:r>
      <w:r w:rsidRPr="00EF1C4B">
        <w:rPr>
          <w:rFonts w:ascii="Tahoma" w:hAnsi="Tahoma" w:cs="Tahoma"/>
          <w:rtl/>
        </w:rPr>
        <w:t xml:space="preserve"> مس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ر،</w:t>
      </w:r>
      <w:r w:rsidRPr="00EF1C4B">
        <w:rPr>
          <w:rFonts w:ascii="Tahoma" w:hAnsi="Tahoma" w:cs="Tahoma"/>
          <w:rtl/>
        </w:rPr>
        <w:t xml:space="preserve"> سوءقصد به محمدرضاشاه در بهمن </w:t>
      </w:r>
      <w:r w:rsidRPr="00EF1C4B">
        <w:rPr>
          <w:rFonts w:ascii="Tahoma" w:hAnsi="Tahoma" w:cs="Tahoma"/>
          <w:rtl/>
          <w:lang w:bidi="fa-IR"/>
        </w:rPr>
        <w:t>۱۳۲۷</w:t>
      </w:r>
      <w:r w:rsidRPr="00EF1C4B">
        <w:rPr>
          <w:rFonts w:ascii="Tahoma" w:hAnsi="Tahoma" w:cs="Tahoma"/>
          <w:rtl/>
        </w:rPr>
        <w:t xml:space="preserve"> بود. حادثه‌ا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که در ظاهر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توانست</w:t>
      </w:r>
      <w:r w:rsidRPr="00EF1C4B">
        <w:rPr>
          <w:rFonts w:ascii="Tahoma" w:hAnsi="Tahoma" w:cs="Tahoma"/>
          <w:rtl/>
        </w:rPr>
        <w:t xml:space="preserve"> فقط حمله‌ا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به جان پادشاه تلق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شود، به وس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له‌ا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برا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تغ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توازن قانون اساس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تبد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ل</w:t>
      </w:r>
      <w:r w:rsidRPr="00EF1C4B">
        <w:rPr>
          <w:rFonts w:ascii="Tahoma" w:hAnsi="Tahoma" w:cs="Tahoma"/>
          <w:rtl/>
        </w:rPr>
        <w:t xml:space="preserve"> شد و به شاه امکان داد اخت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ارات</w:t>
      </w:r>
      <w:r w:rsidRPr="00EF1C4B">
        <w:rPr>
          <w:rFonts w:ascii="Tahoma" w:hAnsi="Tahoma" w:cs="Tahoma"/>
          <w:rtl/>
        </w:rPr>
        <w:t xml:space="preserve"> خود را گسترش دهد. از آن پس، مسئله د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گر</w:t>
      </w:r>
      <w:r w:rsidRPr="00EF1C4B">
        <w:rPr>
          <w:rFonts w:ascii="Tahoma" w:hAnsi="Tahoma" w:cs="Tahoma"/>
          <w:rtl/>
        </w:rPr>
        <w:t xml:space="preserve"> فقط اجرا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/>
          <w:rtl/>
        </w:rPr>
        <w:t xml:space="preserve"> قا</w:t>
      </w:r>
      <w:r w:rsidRPr="00EF1C4B">
        <w:rPr>
          <w:rFonts w:ascii="Tahoma" w:hAnsi="Tahoma" w:cs="Tahoma" w:hint="eastAsia"/>
          <w:rtl/>
        </w:rPr>
        <w:t>نون</w:t>
      </w:r>
      <w:r w:rsidRPr="00EF1C4B">
        <w:rPr>
          <w:rFonts w:ascii="Tahoma" w:hAnsi="Tahoma" w:cs="Tahoma"/>
          <w:rtl/>
        </w:rPr>
        <w:t xml:space="preserve"> موجود نبود؛ خود قانون ن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ز</w:t>
      </w:r>
      <w:r w:rsidRPr="00EF1C4B">
        <w:rPr>
          <w:rFonts w:ascii="Tahoma" w:hAnsi="Tahoma" w:cs="Tahoma"/>
          <w:rtl/>
        </w:rPr>
        <w:t xml:space="preserve"> در جهت افزا</w:t>
      </w:r>
      <w:r w:rsidRPr="00EF1C4B">
        <w:rPr>
          <w:rFonts w:ascii="Tahoma" w:hAnsi="Tahoma" w:cs="Tahoma" w:hint="cs"/>
          <w:rtl/>
        </w:rPr>
        <w:t>ی</w:t>
      </w:r>
      <w:r w:rsidRPr="00EF1C4B">
        <w:rPr>
          <w:rFonts w:ascii="Tahoma" w:hAnsi="Tahoma" w:cs="Tahoma" w:hint="eastAsia"/>
          <w:rtl/>
        </w:rPr>
        <w:t>ش</w:t>
      </w:r>
      <w:r w:rsidRPr="00EF1C4B">
        <w:rPr>
          <w:rFonts w:ascii="Tahoma" w:hAnsi="Tahoma" w:cs="Tahoma"/>
          <w:rtl/>
        </w:rPr>
        <w:t xml:space="preserve"> قدرت سلطنت تغ</w:t>
      </w:r>
      <w:r w:rsidRPr="00EF1C4B">
        <w:rPr>
          <w:rFonts w:ascii="Tahoma" w:hAnsi="Tahoma" w:cs="Tahoma" w:hint="cs"/>
          <w:rtl/>
        </w:rPr>
        <w:t>یی</w:t>
      </w:r>
      <w:r w:rsidRPr="00EF1C4B">
        <w:rPr>
          <w:rFonts w:ascii="Tahoma" w:hAnsi="Tahoma" w:cs="Tahoma" w:hint="eastAsia"/>
          <w:rtl/>
        </w:rPr>
        <w:t>ر</w:t>
      </w:r>
      <w:r w:rsidRPr="00EF1C4B">
        <w:rPr>
          <w:rFonts w:ascii="Tahoma" w:hAnsi="Tahoma" w:cs="Tahoma"/>
          <w:rtl/>
        </w:rPr>
        <w:t xml:space="preserve"> م</w:t>
      </w:r>
      <w:r w:rsidRPr="00EF1C4B">
        <w:rPr>
          <w:rFonts w:ascii="Tahoma" w:hAnsi="Tahoma" w:cs="Tahoma" w:hint="cs"/>
          <w:rtl/>
        </w:rPr>
        <w:t>ی‌</w:t>
      </w:r>
      <w:r w:rsidRPr="00EF1C4B">
        <w:rPr>
          <w:rFonts w:ascii="Tahoma" w:hAnsi="Tahoma" w:cs="Tahoma" w:hint="eastAsia"/>
          <w:rtl/>
        </w:rPr>
        <w:t>کرد</w:t>
      </w:r>
      <w:r w:rsidRPr="00EF1C4B">
        <w:rPr>
          <w:rFonts w:ascii="Tahoma" w:hAnsi="Tahoma" w:cs="Tahoma"/>
          <w:rtl/>
        </w:rPr>
        <w:t>.</w:t>
      </w:r>
    </w:p>
    <w:p w:rsidR="00591D85" w:rsidRDefault="00591D85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591D85" w:rsidRPr="00CB088F" w:rsidRDefault="00591D85" w:rsidP="00CB088F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5" w:name="Vol1Chapter03"/>
      <w:bookmarkEnd w:id="5"/>
      <w:r w:rsidRPr="00CB088F">
        <w:rPr>
          <w:rFonts w:asciiTheme="majorBidi" w:hAnsiTheme="majorBidi" w:cstheme="majorBidi"/>
          <w:b/>
          <w:bCs/>
          <w:sz w:val="36"/>
          <w:szCs w:val="36"/>
          <w:rtl/>
        </w:rPr>
        <w:t>فصل سوم</w:t>
      </w:r>
    </w:p>
    <w:p w:rsidR="0098446D" w:rsidRPr="00CB088F" w:rsidRDefault="0098446D" w:rsidP="00CB088F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CB088F">
        <w:rPr>
          <w:rFonts w:asciiTheme="majorBidi" w:hAnsiTheme="majorBidi" w:cstheme="majorBidi"/>
          <w:b/>
          <w:bCs/>
          <w:sz w:val="36"/>
          <w:szCs w:val="36"/>
          <w:rtl/>
        </w:rPr>
        <w:t xml:space="preserve">از گسترش اختیارات شاه تا </w:t>
      </w:r>
      <w:r w:rsidRPr="00CB088F">
        <w:rPr>
          <w:rFonts w:asciiTheme="majorBidi" w:hAnsiTheme="majorBidi" w:cstheme="majorBidi"/>
          <w:b/>
          <w:bCs/>
          <w:sz w:val="36"/>
          <w:szCs w:val="36"/>
          <w:rtl/>
          <w:lang w:bidi="fa-IR"/>
        </w:rPr>
        <w:t>۲۸</w:t>
      </w:r>
      <w:r w:rsidRPr="00CB088F">
        <w:rPr>
          <w:rFonts w:asciiTheme="majorBidi" w:hAnsiTheme="majorBidi" w:cstheme="majorBidi"/>
          <w:b/>
          <w:bCs/>
          <w:sz w:val="36"/>
          <w:szCs w:val="36"/>
          <w:rtl/>
        </w:rPr>
        <w:t xml:space="preserve"> امرداد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سوءقصد</w:t>
      </w:r>
      <w:r w:rsidRPr="0098446D">
        <w:rPr>
          <w:rFonts w:ascii="Tahoma" w:hAnsi="Tahoma" w:cs="Tahoma"/>
          <w:rtl/>
        </w:rPr>
        <w:t xml:space="preserve"> به محمدرضاشاه در پانزدهم بهمن </w:t>
      </w:r>
      <w:r w:rsidRPr="0098446D">
        <w:rPr>
          <w:rFonts w:ascii="Tahoma" w:hAnsi="Tahoma" w:cs="Tahoma"/>
          <w:rtl/>
          <w:lang w:bidi="fa-IR"/>
        </w:rPr>
        <w:t>۱۳۲۷</w:t>
      </w:r>
      <w:r w:rsidRPr="0098446D">
        <w:rPr>
          <w:rFonts w:ascii="Tahoma" w:hAnsi="Tahoma" w:cs="Tahoma"/>
          <w:rtl/>
        </w:rPr>
        <w:t>، در محوطهٔ دانشگاه تهران، نقطهٔ عطف دوم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دورهٔ اجرا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مشروطهٔ مشروعه بود. تا آن هنگام، شاه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فعال کشوردار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شمار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رفت،</w:t>
      </w:r>
      <w:r w:rsidRPr="0098446D">
        <w:rPr>
          <w:rFonts w:ascii="Tahoma" w:hAnsi="Tahoma" w:cs="Tahoma"/>
          <w:rtl/>
        </w:rPr>
        <w:t xml:space="preserve"> اما هنوز نتوانسته بود بر مجلس، 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ئت</w:t>
      </w:r>
      <w:r w:rsidRPr="0098446D">
        <w:rPr>
          <w:rFonts w:ascii="Tahoma" w:hAnsi="Tahoma" w:cs="Tahoma"/>
          <w:rtl/>
        </w:rPr>
        <w:t xml:space="preserve"> 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ران،</w:t>
      </w:r>
      <w:r w:rsidRPr="0098446D">
        <w:rPr>
          <w:rFonts w:ascii="Tahoma" w:hAnsi="Tahoma" w:cs="Tahoma"/>
          <w:rtl/>
        </w:rPr>
        <w:t xml:space="preserve"> مطبوعات، احزاب و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وانسالار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تسلط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ابد</w:t>
      </w:r>
      <w:r w:rsidRPr="0098446D">
        <w:rPr>
          <w:rFonts w:ascii="Tahoma" w:hAnsi="Tahoma" w:cs="Tahoma"/>
          <w:rtl/>
        </w:rPr>
        <w:t>. بحران آذربا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جان</w:t>
      </w:r>
      <w:r w:rsidRPr="0098446D">
        <w:rPr>
          <w:rFonts w:ascii="Tahoma" w:hAnsi="Tahoma" w:cs="Tahoma"/>
          <w:rtl/>
        </w:rPr>
        <w:t xml:space="preserve"> و بازگشت ارتش به تبر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موقع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او را تقو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کرده بود، ول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تقو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هنوز به تمرکز کامل قدرت در دست سلطنت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نجام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ده</w:t>
      </w:r>
      <w:r w:rsidRPr="0098446D">
        <w:rPr>
          <w:rFonts w:ascii="Tahoma" w:hAnsi="Tahoma" w:cs="Tahoma"/>
          <w:rtl/>
        </w:rPr>
        <w:t xml:space="preserve"> بود.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سوءقصد،</w:t>
      </w:r>
      <w:r w:rsidRPr="0098446D">
        <w:rPr>
          <w:rFonts w:ascii="Tahoma" w:hAnsi="Tahoma" w:cs="Tahoma"/>
          <w:rtl/>
        </w:rPr>
        <w:t xml:space="preserve">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روند را شتاب بخش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>. ناصر فخرآرا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که با عنوان خبرنگار در مراسم سالگرد تأس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س</w:t>
      </w:r>
      <w:r w:rsidRPr="0098446D">
        <w:rPr>
          <w:rFonts w:ascii="Tahoma" w:hAnsi="Tahoma" w:cs="Tahoma"/>
          <w:rtl/>
        </w:rPr>
        <w:t xml:space="preserve"> دانشگاه حضور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افته</w:t>
      </w:r>
      <w:r w:rsidRPr="0098446D">
        <w:rPr>
          <w:rFonts w:ascii="Tahoma" w:hAnsi="Tahoma" w:cs="Tahoma"/>
          <w:rtl/>
        </w:rPr>
        <w:t xml:space="preserve"> بود، چند گلوله به سو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شاه شل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/>
          <w:rtl/>
        </w:rPr>
        <w:t xml:space="preserve"> کرد. شاه زخم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شد، اما جان سالم به در برد و ضارب در همان محل کشته شد. کشته‌شدن فور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او امکان بازجو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محاکمه و روشن‌شد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همهٔ ارتباطاتش را از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برد. ازا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ن‌رو،</w:t>
      </w:r>
      <w:r w:rsidRPr="0098446D">
        <w:rPr>
          <w:rFonts w:ascii="Tahoma" w:hAnsi="Tahoma" w:cs="Tahoma"/>
          <w:rtl/>
        </w:rPr>
        <w:t xml:space="preserve"> دربارهٔ عاملان و طراحان احتمال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سوءقصد روا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متفاوت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پد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آمد و حادثه هرگز به صورت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کاملاً ب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ابهام</w:t>
      </w:r>
      <w:r w:rsidRPr="0098446D">
        <w:rPr>
          <w:rFonts w:ascii="Tahoma" w:hAnsi="Tahoma" w:cs="Tahoma"/>
          <w:rtl/>
        </w:rPr>
        <w:t xml:space="preserve"> روشن نشد.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باا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ن‌همه،</w:t>
      </w:r>
      <w:r w:rsidRPr="0098446D">
        <w:rPr>
          <w:rFonts w:ascii="Tahoma" w:hAnsi="Tahoma" w:cs="Tahoma"/>
          <w:rtl/>
        </w:rPr>
        <w:t xml:space="preserve"> اهم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تار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خ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سوءقصد فقط در هو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ضارب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کسان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احتمالاً پشت سر او قرار داشتند نبود. اهم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اصل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در چگونگ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استفادهٔ حکومت و دربار از آن قرار داشت. حزب توده غ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رقانون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اعلام شد، مطبوعات و فعالان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فشار قرار گرفتند و حکومت نظام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گسترش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افت</w:t>
      </w:r>
      <w:r w:rsidRPr="0098446D">
        <w:rPr>
          <w:rFonts w:ascii="Tahoma" w:hAnsi="Tahoma" w:cs="Tahoma"/>
          <w:rtl/>
        </w:rPr>
        <w:t>. حادثه‌ا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موضوع تحق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ق</w:t>
      </w:r>
      <w:r w:rsidRPr="0098446D">
        <w:rPr>
          <w:rFonts w:ascii="Tahoma" w:hAnsi="Tahoma" w:cs="Tahoma"/>
          <w:rtl/>
        </w:rPr>
        <w:t xml:space="preserve"> قضا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و مجازات عاملان مشخص آن باشد، به فرصت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محدودکردن فضا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توازن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روها</w:t>
      </w:r>
      <w:r w:rsidRPr="0098446D">
        <w:rPr>
          <w:rFonts w:ascii="Tahoma" w:hAnsi="Tahoma" w:cs="Tahoma"/>
          <w:rtl/>
        </w:rPr>
        <w:t xml:space="preserve"> به سود شاه تبد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شد.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نخست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ن‌بار</w:t>
      </w:r>
      <w:r w:rsidRPr="0098446D">
        <w:rPr>
          <w:rFonts w:ascii="Tahoma" w:hAnsi="Tahoma" w:cs="Tahoma"/>
          <w:rtl/>
        </w:rPr>
        <w:t xml:space="preserve"> نبود که خشونت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راه را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گسترش اقتدار حکومت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گشود</w:t>
      </w:r>
      <w:r w:rsidRPr="0098446D">
        <w:rPr>
          <w:rFonts w:ascii="Tahoma" w:hAnsi="Tahoma" w:cs="Tahoma"/>
          <w:rtl/>
        </w:rPr>
        <w:t>. در نخست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دورهٔ اجرا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مشروطهٔ مشروعه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هر آشوب، ترور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بحران، استدلال هواداران تمرکز قدرت را تقو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کرده بود. اکنون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سوءقصد به شاه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تصور را گسترش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داد</w:t>
      </w:r>
      <w:r w:rsidRPr="0098446D">
        <w:rPr>
          <w:rFonts w:ascii="Tahoma" w:hAnsi="Tahoma" w:cs="Tahoma"/>
          <w:rtl/>
        </w:rPr>
        <w:t xml:space="preserve"> که آزاد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مطبوعات، فع</w:t>
      </w:r>
      <w:r w:rsidRPr="0098446D">
        <w:rPr>
          <w:rFonts w:ascii="Tahoma" w:hAnsi="Tahoma" w:cs="Tahoma" w:hint="eastAsia"/>
          <w:rtl/>
        </w:rPr>
        <w:t>ال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احزاب و پراکندگ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قدرت، امن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شخص پادشاه و ثبات کشور را تهد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کند</w:t>
      </w:r>
      <w:r w:rsidRPr="0098446D">
        <w:rPr>
          <w:rFonts w:ascii="Tahoma" w:hAnsi="Tahoma" w:cs="Tahoma"/>
          <w:rtl/>
        </w:rPr>
        <w:t xml:space="preserve"> و حکومت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مقابله با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خطرها به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ارات</w:t>
      </w:r>
      <w:r w:rsidRPr="0098446D">
        <w:rPr>
          <w:rFonts w:ascii="Tahoma" w:hAnsi="Tahoma" w:cs="Tahoma"/>
          <w:rtl/>
        </w:rPr>
        <w:t xml:space="preserve">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شتر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از</w:t>
      </w:r>
      <w:r w:rsidRPr="0098446D">
        <w:rPr>
          <w:rFonts w:ascii="Tahoma" w:hAnsi="Tahoma" w:cs="Tahoma"/>
          <w:rtl/>
        </w:rPr>
        <w:t xml:space="preserve"> دارد.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اما</w:t>
      </w:r>
      <w:r w:rsidRPr="0098446D">
        <w:rPr>
          <w:rFonts w:ascii="Tahoma" w:hAnsi="Tahoma" w:cs="Tahoma"/>
          <w:rtl/>
        </w:rPr>
        <w:t xml:space="preserve"> مسئله فقط حفظ جان شاه نبود. محمدرضاشاه از سال‌ها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نخست سلطنت خود کوش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ده</w:t>
      </w:r>
      <w:r w:rsidRPr="0098446D">
        <w:rPr>
          <w:rFonts w:ascii="Tahoma" w:hAnsi="Tahoma" w:cs="Tahoma"/>
          <w:rtl/>
        </w:rPr>
        <w:t xml:space="preserve"> بود راه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گسترش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ارات</w:t>
      </w:r>
      <w:r w:rsidRPr="0098446D">
        <w:rPr>
          <w:rFonts w:ascii="Tahoma" w:hAnsi="Tahoma" w:cs="Tahoma"/>
          <w:rtl/>
        </w:rPr>
        <w:t xml:space="preserve"> سلطنت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ابد</w:t>
      </w:r>
      <w:r w:rsidRPr="0098446D">
        <w:rPr>
          <w:rFonts w:ascii="Tahoma" w:hAnsi="Tahoma" w:cs="Tahoma"/>
          <w:rtl/>
        </w:rPr>
        <w:t>. او تجربهٔ ضعف سال‌ها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پس از اشغال،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پ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درپ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دولت‌ها، قدرت‌گ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مجلس، استقلال نخست‌وز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چون قوام و گسترش حزب توده را نشانهٔ ناکارآم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ترت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بات</w:t>
      </w:r>
      <w:r w:rsidRPr="0098446D">
        <w:rPr>
          <w:rFonts w:ascii="Tahoma" w:hAnsi="Tahoma" w:cs="Tahoma"/>
          <w:rtl/>
        </w:rPr>
        <w:t xml:space="preserve"> موجود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دانست</w:t>
      </w:r>
      <w:r w:rsidRPr="0098446D">
        <w:rPr>
          <w:rFonts w:ascii="Tahoma" w:hAnsi="Tahoma" w:cs="Tahoma"/>
          <w:rtl/>
        </w:rPr>
        <w:t>. از نظر او، کشور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در معرض نفوذ شورو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فشار 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ا،</w:t>
      </w:r>
      <w:r w:rsidRPr="0098446D">
        <w:rPr>
          <w:rFonts w:ascii="Tahoma" w:hAnsi="Tahoma" w:cs="Tahoma"/>
          <w:rtl/>
        </w:rPr>
        <w:t xml:space="preserve"> تجز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ه‌طلب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آشوب داخل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قرار داشت، نم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با پادشاه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ناتوان و دولت‌ها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کوتاه‌عمر اداره شود.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داور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بخش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واقع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را در خود داشت. دولت‌ها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ناپا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دار</w:t>
      </w:r>
      <w:r w:rsidRPr="0098446D">
        <w:rPr>
          <w:rFonts w:ascii="Tahoma" w:hAnsi="Tahoma" w:cs="Tahoma"/>
          <w:rtl/>
        </w:rPr>
        <w:t xml:space="preserve"> و فراکس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ون‌ها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متغ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مجلس نتوانسته بودند دستگاه اجرا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را از ثبات لازم برخوردار سازند. اما راه‌حل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شاه جست‌وجو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کرد،</w:t>
      </w:r>
      <w:r w:rsidRPr="0098446D">
        <w:rPr>
          <w:rFonts w:ascii="Tahoma" w:hAnsi="Tahoma" w:cs="Tahoma"/>
          <w:rtl/>
        </w:rPr>
        <w:t xml:space="preserve"> استوارکردن مسئول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ران،</w:t>
      </w:r>
      <w:r w:rsidRPr="0098446D">
        <w:rPr>
          <w:rFonts w:ascii="Tahoma" w:hAnsi="Tahoma" w:cs="Tahoma"/>
          <w:rtl/>
        </w:rPr>
        <w:t xml:space="preserve"> استقلال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وانسالار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پ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احزاب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نبود؛ او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خواست</w:t>
      </w:r>
      <w:r w:rsidRPr="0098446D">
        <w:rPr>
          <w:rFonts w:ascii="Tahoma" w:hAnsi="Tahoma" w:cs="Tahoma"/>
          <w:rtl/>
        </w:rPr>
        <w:t xml:space="preserve"> با افزا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ارات</w:t>
      </w:r>
      <w:r w:rsidRPr="0098446D">
        <w:rPr>
          <w:rFonts w:ascii="Tahoma" w:hAnsi="Tahoma" w:cs="Tahoma"/>
          <w:rtl/>
        </w:rPr>
        <w:t xml:space="preserve"> سلطنت، مرکز ثابت و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رومند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در رأس کشوردار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جاد</w:t>
      </w:r>
      <w:r w:rsidRPr="0098446D">
        <w:rPr>
          <w:rFonts w:ascii="Tahoma" w:hAnsi="Tahoma" w:cs="Tahoma"/>
          <w:rtl/>
        </w:rPr>
        <w:t xml:space="preserve"> کند. به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ترت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ب،</w:t>
      </w:r>
      <w:r w:rsidRPr="0098446D">
        <w:rPr>
          <w:rFonts w:ascii="Tahoma" w:hAnsi="Tahoma" w:cs="Tahoma"/>
          <w:rtl/>
        </w:rPr>
        <w:t xml:space="preserve"> اند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شهٔ</w:t>
      </w:r>
      <w:r w:rsidRPr="0098446D">
        <w:rPr>
          <w:rFonts w:ascii="Tahoma" w:hAnsi="Tahoma" w:cs="Tahoma"/>
          <w:rtl/>
        </w:rPr>
        <w:t xml:space="preserve"> مستبد منور، که پس از کناره‌گ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رضاشاه عقب نشسته بود، بار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گر</w:t>
      </w:r>
      <w:r w:rsidRPr="0098446D">
        <w:rPr>
          <w:rFonts w:ascii="Tahoma" w:hAnsi="Tahoma" w:cs="Tahoma"/>
          <w:rtl/>
        </w:rPr>
        <w:t xml:space="preserve"> آرام‌آرام به صورت پاسخ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ممکن به ب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ثبات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مشروطهٔ مشروعه ظاهر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</w:t>
      </w:r>
      <w:r w:rsidRPr="0098446D">
        <w:rPr>
          <w:rFonts w:ascii="Tahoma" w:hAnsi="Tahoma" w:cs="Tahoma"/>
          <w:rtl/>
        </w:rPr>
        <w:t>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سوءقصد</w:t>
      </w:r>
      <w:r w:rsidRPr="0098446D">
        <w:rPr>
          <w:rFonts w:ascii="Tahoma" w:hAnsi="Tahoma" w:cs="Tahoma"/>
          <w:rtl/>
        </w:rPr>
        <w:t xml:space="preserve"> به شاه فرصت لازم را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تشک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مجلس مؤسسان و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قانون اساس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فراهم آورد. مجلس مؤسسان در ارد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بهشت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/>
          <w:rtl/>
          <w:lang w:bidi="fa-IR"/>
        </w:rPr>
        <w:t>۱۳۲۸</w:t>
      </w:r>
      <w:r w:rsidRPr="0098446D">
        <w:rPr>
          <w:rFonts w:ascii="Tahoma" w:hAnsi="Tahoma" w:cs="Tahoma"/>
          <w:rtl/>
        </w:rPr>
        <w:t xml:space="preserve">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</w:t>
      </w:r>
      <w:r w:rsidRPr="0098446D">
        <w:rPr>
          <w:rFonts w:ascii="Tahoma" w:hAnsi="Tahoma" w:cs="Tahoma"/>
          <w:rtl/>
        </w:rPr>
        <w:t xml:space="preserve"> انحلال مجلس شورا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را، با شرا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ط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شاه به رسم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شناخت.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اهم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بن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داشت؛ 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</w:t>
      </w:r>
      <w:r w:rsidRPr="0098446D">
        <w:rPr>
          <w:rFonts w:ascii="Tahoma" w:hAnsi="Tahoma" w:cs="Tahoma"/>
          <w:rtl/>
        </w:rPr>
        <w:t xml:space="preserve"> شاه تا آن زمان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را منصوب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معزول کند، اما در برابر مجلس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با او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دولت مورد حما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تش</w:t>
      </w:r>
      <w:r w:rsidRPr="0098446D">
        <w:rPr>
          <w:rFonts w:ascii="Tahoma" w:hAnsi="Tahoma" w:cs="Tahoma"/>
          <w:rtl/>
        </w:rPr>
        <w:t xml:space="preserve"> مخالفت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کرد،</w:t>
      </w:r>
      <w:r w:rsidRPr="0098446D">
        <w:rPr>
          <w:rFonts w:ascii="Tahoma" w:hAnsi="Tahoma" w:cs="Tahoma"/>
          <w:rtl/>
        </w:rPr>
        <w:t xml:space="preserve"> ابزار مستق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م</w:t>
      </w:r>
      <w:r w:rsidRPr="0098446D">
        <w:rPr>
          <w:rFonts w:ascii="Tahoma" w:hAnsi="Tahoma" w:cs="Tahoma"/>
          <w:rtl/>
        </w:rPr>
        <w:t xml:space="preserve"> و روشن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پا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ان‌دادن</w:t>
      </w:r>
      <w:r w:rsidRPr="0098446D">
        <w:rPr>
          <w:rFonts w:ascii="Tahoma" w:hAnsi="Tahoma" w:cs="Tahoma"/>
          <w:rtl/>
        </w:rPr>
        <w:t xml:space="preserve"> به دورهٔ آن مجلس نداشت. با به‌دست‌آوردن حق انحلال، قدرت شاه در برابر نما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ندگان</w:t>
      </w:r>
      <w:r w:rsidRPr="0098446D">
        <w:rPr>
          <w:rFonts w:ascii="Tahoma" w:hAnsi="Tahoma" w:cs="Tahoma"/>
          <w:rtl/>
        </w:rPr>
        <w:t xml:space="preserve"> افزا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افت</w:t>
      </w:r>
      <w:r w:rsidRPr="0098446D">
        <w:rPr>
          <w:rFonts w:ascii="Tahoma" w:hAnsi="Tahoma" w:cs="Tahoma"/>
          <w:rtl/>
        </w:rPr>
        <w:t>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از</w:t>
      </w:r>
      <w:r w:rsidRPr="0098446D">
        <w:rPr>
          <w:rFonts w:ascii="Tahoma" w:hAnsi="Tahoma" w:cs="Tahoma"/>
          <w:rtl/>
        </w:rPr>
        <w:t xml:space="preserve"> نظر ظاهر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حق انحلال مجلس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وس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حل بن‌بست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قوهٔ اجرا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و قوهٔ مقننه باشد. در بس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نظام‌ها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پارلمان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انحلال مجلس و مراجعهٔ دوباره به رأ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مردم راه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داور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دولت و نما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ندگان</w:t>
      </w:r>
      <w:r w:rsidRPr="0098446D">
        <w:rPr>
          <w:rFonts w:ascii="Tahoma" w:hAnsi="Tahoma" w:cs="Tahoma"/>
          <w:rtl/>
        </w:rPr>
        <w:t xml:space="preserve"> است. اما در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ران،</w:t>
      </w:r>
      <w:r w:rsidRPr="0098446D">
        <w:rPr>
          <w:rFonts w:ascii="Tahoma" w:hAnsi="Tahoma" w:cs="Tahoma"/>
          <w:rtl/>
        </w:rPr>
        <w:t xml:space="preserve"> انتخابات هنوز از آزاد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سل</w:t>
      </w:r>
      <w:r w:rsidRPr="0098446D">
        <w:rPr>
          <w:rFonts w:ascii="Tahoma" w:hAnsi="Tahoma" w:cs="Tahoma" w:hint="eastAsia"/>
          <w:rtl/>
        </w:rPr>
        <w:t>امت</w:t>
      </w:r>
      <w:r w:rsidRPr="0098446D">
        <w:rPr>
          <w:rFonts w:ascii="Tahoma" w:hAnsi="Tahoma" w:cs="Tahoma"/>
          <w:rtl/>
        </w:rPr>
        <w:t xml:space="preserve"> لازم برخوردار نبود و دربار، دولت، مالکان و مقامات محل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توانستند</w:t>
      </w:r>
      <w:r w:rsidRPr="0098446D">
        <w:rPr>
          <w:rFonts w:ascii="Tahoma" w:hAnsi="Tahoma" w:cs="Tahoma"/>
          <w:rtl/>
        </w:rPr>
        <w:t xml:space="preserve"> بر نت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جهٔ</w:t>
      </w:r>
      <w:r w:rsidRPr="0098446D">
        <w:rPr>
          <w:rFonts w:ascii="Tahoma" w:hAnsi="Tahoma" w:cs="Tahoma"/>
          <w:rtl/>
        </w:rPr>
        <w:t xml:space="preserve"> آن اثر بگذارند. در چن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شرا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ط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حق انحلال ممکن بود به‌جا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بازگرداندن تصم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م</w:t>
      </w:r>
      <w:r w:rsidRPr="0098446D">
        <w:rPr>
          <w:rFonts w:ascii="Tahoma" w:hAnsi="Tahoma" w:cs="Tahoma"/>
          <w:rtl/>
        </w:rPr>
        <w:t xml:space="preserve"> به ملت، به شاه امکان دهد مجلس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ناسازگار را کنار بزند و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تشک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مجلس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مط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ع‌تر</w:t>
      </w:r>
      <w:r w:rsidRPr="0098446D">
        <w:rPr>
          <w:rFonts w:ascii="Tahoma" w:hAnsi="Tahoma" w:cs="Tahoma"/>
          <w:rtl/>
        </w:rPr>
        <w:t xml:space="preserve"> کوشش کند.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مشکل</w:t>
      </w:r>
      <w:r w:rsidRPr="0098446D">
        <w:rPr>
          <w:rFonts w:ascii="Tahoma" w:hAnsi="Tahoma" w:cs="Tahoma"/>
          <w:rtl/>
        </w:rPr>
        <w:t xml:space="preserve"> در وجود اصل انحلال به‌تنها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نبود؛ در نبود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قرار داشت که بتواند استفاده از آن را محدود و انتخابات بعد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را آزاد و سالم تضم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کند. اگر شاه مجلس را منحل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کرد</w:t>
      </w:r>
      <w:r w:rsidRPr="0098446D">
        <w:rPr>
          <w:rFonts w:ascii="Tahoma" w:hAnsi="Tahoma" w:cs="Tahoma"/>
          <w:rtl/>
        </w:rPr>
        <w:t xml:space="preserve"> و سپس دربار و دولت در انتخابات تازه دخالت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کردند،</w:t>
      </w:r>
      <w:r w:rsidRPr="0098446D">
        <w:rPr>
          <w:rFonts w:ascii="Tahoma" w:hAnsi="Tahoma" w:cs="Tahoma"/>
          <w:rtl/>
        </w:rPr>
        <w:t xml:space="preserve"> انحلال نه راه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حل اختلاف، بلکه </w:t>
      </w:r>
      <w:r w:rsidRPr="0098446D">
        <w:rPr>
          <w:rFonts w:ascii="Tahoma" w:hAnsi="Tahoma" w:cs="Tahoma" w:hint="eastAsia"/>
          <w:rtl/>
        </w:rPr>
        <w:t>وس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مط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ع‌کردن</w:t>
      </w:r>
      <w:r w:rsidRPr="0098446D">
        <w:rPr>
          <w:rFonts w:ascii="Tahoma" w:hAnsi="Tahoma" w:cs="Tahoma"/>
          <w:rtl/>
        </w:rPr>
        <w:t xml:space="preserve"> قوهٔ مقننه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</w:t>
      </w:r>
      <w:r w:rsidRPr="0098446D">
        <w:rPr>
          <w:rFonts w:ascii="Tahoma" w:hAnsi="Tahoma" w:cs="Tahoma"/>
          <w:rtl/>
        </w:rPr>
        <w:t>. 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ن‌سان،</w:t>
      </w:r>
      <w:r w:rsidRPr="0098446D">
        <w:rPr>
          <w:rFonts w:ascii="Tahoma" w:hAnsi="Tahoma" w:cs="Tahoma"/>
          <w:rtl/>
        </w:rPr>
        <w:t xml:space="preserve">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به نام رفع بن‌بست در قانون اساس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انجام گرفت،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تعادل شکنندهٔ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شاه و مجلس را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شتر</w:t>
      </w:r>
      <w:r w:rsidRPr="0098446D">
        <w:rPr>
          <w:rFonts w:ascii="Tahoma" w:hAnsi="Tahoma" w:cs="Tahoma"/>
          <w:rtl/>
        </w:rPr>
        <w:t xml:space="preserve"> به سود سلطنت برهم زند.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هم‌زمان،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گر</w:t>
      </w:r>
      <w:r w:rsidRPr="0098446D">
        <w:rPr>
          <w:rFonts w:ascii="Tahoma" w:hAnsi="Tahoma" w:cs="Tahoma"/>
          <w:rtl/>
        </w:rPr>
        <w:t xml:space="preserve"> از نهادها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پ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ش‌ب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شده</w:t>
      </w:r>
      <w:r w:rsidRPr="0098446D">
        <w:rPr>
          <w:rFonts w:ascii="Tahoma" w:hAnsi="Tahoma" w:cs="Tahoma"/>
          <w:rtl/>
        </w:rPr>
        <w:t xml:space="preserve"> در قانون اساس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عن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مجلس سنا، پس از سال‌ها تأخ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تشک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شد. قانون اساس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وجود دو مجلس را مقرر کرده بود، اما مجلس سنا تا آن زمان تشک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نشده بود.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سناتورها را شاه منصوب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کرد</w:t>
      </w:r>
      <w:r w:rsidRPr="0098446D">
        <w:rPr>
          <w:rFonts w:ascii="Tahoma" w:hAnsi="Tahoma" w:cs="Tahoma"/>
          <w:rtl/>
        </w:rPr>
        <w:t xml:space="preserve"> و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م</w:t>
      </w:r>
      <w:r w:rsidRPr="0098446D">
        <w:rPr>
          <w:rFonts w:ascii="Tahoma" w:hAnsi="Tahoma" w:cs="Tahoma"/>
          <w:rtl/>
        </w:rPr>
        <w:t xml:space="preserve">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گر</w:t>
      </w:r>
      <w:r w:rsidRPr="0098446D">
        <w:rPr>
          <w:rFonts w:ascii="Tahoma" w:hAnsi="Tahoma" w:cs="Tahoma"/>
          <w:rtl/>
        </w:rPr>
        <w:t xml:space="preserve"> از راه انتخابات برگز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ده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شدند</w:t>
      </w:r>
      <w:r w:rsidRPr="0098446D">
        <w:rPr>
          <w:rFonts w:ascii="Tahoma" w:hAnsi="Tahoma" w:cs="Tahoma"/>
          <w:rtl/>
        </w:rPr>
        <w:t>. در نت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جه،</w:t>
      </w:r>
      <w:r w:rsidRPr="0098446D">
        <w:rPr>
          <w:rFonts w:ascii="Tahoma" w:hAnsi="Tahoma" w:cs="Tahoma"/>
          <w:rtl/>
        </w:rPr>
        <w:t xml:space="preserve"> تشک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سنا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پا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گاه</w:t>
      </w:r>
      <w:r w:rsidRPr="0098446D">
        <w:rPr>
          <w:rFonts w:ascii="Tahoma" w:hAnsi="Tahoma" w:cs="Tahoma"/>
          <w:rtl/>
        </w:rPr>
        <w:t xml:space="preserve"> تازه‌ا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در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</w:t>
      </w:r>
      <w:r w:rsidRPr="0098446D">
        <w:rPr>
          <w:rFonts w:ascii="Tahoma" w:hAnsi="Tahoma" w:cs="Tahoma"/>
          <w:rtl/>
        </w:rPr>
        <w:t xml:space="preserve"> سلطنت قرار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داد</w:t>
      </w:r>
      <w:r w:rsidRPr="0098446D">
        <w:rPr>
          <w:rFonts w:ascii="Tahoma" w:hAnsi="Tahoma" w:cs="Tahoma"/>
          <w:rtl/>
        </w:rPr>
        <w:t>. شاه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از سناتورها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منصوب خود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اثرگذار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مستق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م</w:t>
      </w:r>
      <w:r w:rsidRPr="0098446D">
        <w:rPr>
          <w:rFonts w:ascii="Tahoma" w:hAnsi="Tahoma" w:cs="Tahoma"/>
          <w:rtl/>
        </w:rPr>
        <w:t xml:space="preserve"> بر قانون‌گذار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جاد</w:t>
      </w:r>
      <w:r w:rsidRPr="0098446D">
        <w:rPr>
          <w:rFonts w:ascii="Tahoma" w:hAnsi="Tahoma" w:cs="Tahoma"/>
          <w:rtl/>
        </w:rPr>
        <w:t xml:space="preserve"> موازنه در برابر مجلس شورا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استفاده کند.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ترت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ب،</w:t>
      </w:r>
      <w:r w:rsidRPr="0098446D">
        <w:rPr>
          <w:rFonts w:ascii="Tahoma" w:hAnsi="Tahoma" w:cs="Tahoma"/>
          <w:rtl/>
        </w:rPr>
        <w:t xml:space="preserve"> سوءقصد به شاه به نقطه‌ا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اجرا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دو بخش معطل‌مانده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ر‌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افتهٔ</w:t>
      </w:r>
      <w:r w:rsidRPr="0098446D">
        <w:rPr>
          <w:rFonts w:ascii="Tahoma" w:hAnsi="Tahoma" w:cs="Tahoma"/>
          <w:rtl/>
        </w:rPr>
        <w:t xml:space="preserve"> ساختمان مشروطه تبد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شد: مجلس سنا تشک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</w:t>
      </w:r>
      <w:r w:rsidRPr="0098446D">
        <w:rPr>
          <w:rFonts w:ascii="Tahoma" w:hAnsi="Tahoma" w:cs="Tahoma"/>
          <w:rtl/>
        </w:rPr>
        <w:t xml:space="preserve"> و حق انحلال مجلس در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</w:t>
      </w:r>
      <w:r w:rsidRPr="0098446D">
        <w:rPr>
          <w:rFonts w:ascii="Tahoma" w:hAnsi="Tahoma" w:cs="Tahoma"/>
          <w:rtl/>
        </w:rPr>
        <w:t xml:space="preserve"> شاه قرار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گرفت</w:t>
      </w:r>
      <w:r w:rsidRPr="0098446D">
        <w:rPr>
          <w:rFonts w:ascii="Tahoma" w:hAnsi="Tahoma" w:cs="Tahoma"/>
          <w:rtl/>
        </w:rPr>
        <w:t>. هر دو اقدام را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</w:t>
      </w:r>
      <w:r w:rsidRPr="0098446D">
        <w:rPr>
          <w:rFonts w:ascii="Tahoma" w:hAnsi="Tahoma" w:cs="Tahoma"/>
          <w:rtl/>
        </w:rPr>
        <w:t xml:space="preserve"> در ظاهر به قانون اساس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ضرورت تکم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نهادها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آن نسبت داد؛ اما </w:t>
      </w:r>
      <w:r w:rsidRPr="0098446D">
        <w:rPr>
          <w:rFonts w:ascii="Tahoma" w:hAnsi="Tahoma" w:cs="Tahoma" w:hint="eastAsia"/>
          <w:rtl/>
        </w:rPr>
        <w:t>نت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جهٔ</w:t>
      </w:r>
      <w:r w:rsidRPr="0098446D">
        <w:rPr>
          <w:rFonts w:ascii="Tahoma" w:hAnsi="Tahoma" w:cs="Tahoma"/>
          <w:rtl/>
        </w:rPr>
        <w:t xml:space="preserve"> عمل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آنها افزا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توان سلطنت در برابر مجلس و 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ئت</w:t>
      </w:r>
      <w:r w:rsidRPr="0098446D">
        <w:rPr>
          <w:rFonts w:ascii="Tahoma" w:hAnsi="Tahoma" w:cs="Tahoma"/>
          <w:rtl/>
        </w:rPr>
        <w:t xml:space="preserve"> 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بود.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همان پ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دگ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است که بررس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دورهٔ محمدرضاشاه را دشوار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کند</w:t>
      </w:r>
      <w:r w:rsidRPr="0098446D">
        <w:rPr>
          <w:rFonts w:ascii="Tahoma" w:hAnsi="Tahoma" w:cs="Tahoma"/>
          <w:rtl/>
        </w:rPr>
        <w:t>. افزا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قدرت شاه هم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شه</w:t>
      </w:r>
      <w:r w:rsidRPr="0098446D">
        <w:rPr>
          <w:rFonts w:ascii="Tahoma" w:hAnsi="Tahoma" w:cs="Tahoma"/>
          <w:rtl/>
        </w:rPr>
        <w:t xml:space="preserve"> از راه نقض آشکار قانون صورت نم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گرفت</w:t>
      </w:r>
      <w:r w:rsidRPr="0098446D">
        <w:rPr>
          <w:rFonts w:ascii="Tahoma" w:hAnsi="Tahoma" w:cs="Tahoma"/>
          <w:rtl/>
        </w:rPr>
        <w:t>. گاه خود قانون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داده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اصول اجرا‌نشدهٔ آن به صورت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اجرا درم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آمد</w:t>
      </w:r>
      <w:r w:rsidRPr="0098446D">
        <w:rPr>
          <w:rFonts w:ascii="Tahoma" w:hAnsi="Tahoma" w:cs="Tahoma"/>
          <w:rtl/>
        </w:rPr>
        <w:t xml:space="preserve"> که کفهٔ قدرت را به سود دربار سنگ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ن‌تر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کرد</w:t>
      </w:r>
      <w:r w:rsidRPr="0098446D">
        <w:rPr>
          <w:rFonts w:ascii="Tahoma" w:hAnsi="Tahoma" w:cs="Tahoma"/>
          <w:rtl/>
        </w:rPr>
        <w:t>. ازا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>ن‌رو، مرز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است</w:t>
      </w:r>
      <w:r w:rsidRPr="0098446D">
        <w:rPr>
          <w:rFonts w:ascii="Tahoma" w:hAnsi="Tahoma" w:cs="Tahoma"/>
          <w:rtl/>
        </w:rPr>
        <w:t xml:space="preserve"> قانون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شاه بر قوهٔ اجرا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و حرکت او به سو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استبداد منور را نم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</w:t>
      </w:r>
      <w:r w:rsidRPr="0098446D">
        <w:rPr>
          <w:rFonts w:ascii="Tahoma" w:hAnsi="Tahoma" w:cs="Tahoma"/>
          <w:rtl/>
        </w:rPr>
        <w:t xml:space="preserve"> فقط با شمردن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ارات</w:t>
      </w:r>
      <w:r w:rsidRPr="0098446D">
        <w:rPr>
          <w:rFonts w:ascii="Tahoma" w:hAnsi="Tahoma" w:cs="Tahoma"/>
          <w:rtl/>
        </w:rPr>
        <w:t xml:space="preserve"> مندرج در قانون تشخ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ص</w:t>
      </w:r>
      <w:r w:rsidRPr="0098446D">
        <w:rPr>
          <w:rFonts w:ascii="Tahoma" w:hAnsi="Tahoma" w:cs="Tahoma"/>
          <w:rtl/>
        </w:rPr>
        <w:t xml:space="preserve"> داد. با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ارات</w:t>
      </w:r>
      <w:r w:rsidRPr="0098446D">
        <w:rPr>
          <w:rFonts w:ascii="Tahoma" w:hAnsi="Tahoma" w:cs="Tahoma"/>
          <w:rtl/>
        </w:rPr>
        <w:t xml:space="preserve"> در چه شرا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ط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با چه هدف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در برابر کدام نهادها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مسئول به کار گرفته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شدند</w:t>
      </w:r>
      <w:r w:rsidRPr="0098446D">
        <w:rPr>
          <w:rFonts w:ascii="Tahoma" w:hAnsi="Tahoma" w:cs="Tahoma"/>
          <w:rtl/>
        </w:rPr>
        <w:t>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اگر</w:t>
      </w:r>
      <w:r w:rsidRPr="0098446D">
        <w:rPr>
          <w:rFonts w:ascii="Tahoma" w:hAnsi="Tahoma" w:cs="Tahoma"/>
          <w:rtl/>
        </w:rPr>
        <w:t xml:space="preserve"> حق انحلال مجلس با انتخابات آزاد، مطبوعات مستقل، احزاب پا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دار</w:t>
      </w:r>
      <w:r w:rsidRPr="0098446D">
        <w:rPr>
          <w:rFonts w:ascii="Tahoma" w:hAnsi="Tahoma" w:cs="Tahoma"/>
          <w:rtl/>
        </w:rPr>
        <w:t xml:space="preserve"> و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وانسالار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طرف</w:t>
      </w:r>
      <w:r w:rsidRPr="0098446D">
        <w:rPr>
          <w:rFonts w:ascii="Tahoma" w:hAnsi="Tahoma" w:cs="Tahoma"/>
          <w:rtl/>
        </w:rPr>
        <w:t xml:space="preserve"> همراه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شد،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جزئ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/>
          <w:rtl/>
        </w:rPr>
        <w:t xml:space="preserve"> نظام مشروطه باشد. اما اگر همان حق در کشور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کار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رفت</w:t>
      </w:r>
      <w:r w:rsidRPr="0098446D">
        <w:rPr>
          <w:rFonts w:ascii="Tahoma" w:hAnsi="Tahoma" w:cs="Tahoma"/>
          <w:rtl/>
        </w:rPr>
        <w:t xml:space="preserve"> که انتخاباتش 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نفوذ دربار، دولت و صاحبان قدرت محل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بود،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راه بازگشت </w:t>
      </w:r>
      <w:r w:rsidRPr="0098446D">
        <w:rPr>
          <w:rFonts w:ascii="Tahoma" w:hAnsi="Tahoma" w:cs="Tahoma" w:hint="eastAsia"/>
          <w:rtl/>
        </w:rPr>
        <w:t>حکومت</w:t>
      </w:r>
      <w:r w:rsidRPr="0098446D">
        <w:rPr>
          <w:rFonts w:ascii="Tahoma" w:hAnsi="Tahoma" w:cs="Tahoma"/>
          <w:rtl/>
        </w:rPr>
        <w:t xml:space="preserve"> شخص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را هموار کند. بنابرا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ن،</w:t>
      </w:r>
      <w:r w:rsidRPr="0098446D">
        <w:rPr>
          <w:rFonts w:ascii="Tahoma" w:hAnsi="Tahoma" w:cs="Tahoma"/>
          <w:rtl/>
        </w:rPr>
        <w:t xml:space="preserve"> مسئله بار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گر</w:t>
      </w:r>
      <w:r w:rsidRPr="0098446D">
        <w:rPr>
          <w:rFonts w:ascii="Tahoma" w:hAnsi="Tahoma" w:cs="Tahoma"/>
          <w:rtl/>
        </w:rPr>
        <w:t xml:space="preserve"> نه صرف وجود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</w:t>
      </w:r>
      <w:r w:rsidRPr="0098446D">
        <w:rPr>
          <w:rFonts w:ascii="Tahoma" w:hAnsi="Tahoma" w:cs="Tahoma"/>
          <w:rtl/>
        </w:rPr>
        <w:t xml:space="preserve"> شاه، بلکه فقدان سازوکارها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مؤثر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مسئول‌ساختن و محدودکردن کاربرد آن بود.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</w:t>
      </w:r>
      <w:r w:rsidRPr="0098446D">
        <w:rPr>
          <w:rFonts w:ascii="Tahoma" w:hAnsi="Tahoma" w:cs="Tahoma"/>
          <w:rtl/>
        </w:rPr>
        <w:t xml:space="preserve">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در برابر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رات</w:t>
      </w:r>
      <w:r w:rsidRPr="0098446D">
        <w:rPr>
          <w:rFonts w:ascii="Tahoma" w:hAnsi="Tahoma" w:cs="Tahoma"/>
          <w:rtl/>
        </w:rPr>
        <w:t xml:space="preserve"> ساکت نماندند. نگران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اصل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بخش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آنان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بود که تشک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مجلس مؤسسان به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اصول مربوط به مذهب رسم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نظارت شرع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نجامد</w:t>
      </w:r>
      <w:r w:rsidRPr="0098446D">
        <w:rPr>
          <w:rFonts w:ascii="Tahoma" w:hAnsi="Tahoma" w:cs="Tahoma"/>
          <w:rtl/>
        </w:rPr>
        <w:t>. آنان با اصل افزا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ارات</w:t>
      </w:r>
      <w:r w:rsidRPr="0098446D">
        <w:rPr>
          <w:rFonts w:ascii="Tahoma" w:hAnsi="Tahoma" w:cs="Tahoma"/>
          <w:rtl/>
        </w:rPr>
        <w:t xml:space="preserve"> شاه لزوماً مخالفت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نداشتند؛ آنچه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شان</w:t>
      </w:r>
      <w:r w:rsidRPr="0098446D">
        <w:rPr>
          <w:rFonts w:ascii="Tahoma" w:hAnsi="Tahoma" w:cs="Tahoma"/>
          <w:rtl/>
        </w:rPr>
        <w:t xml:space="preserve"> اهم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شتر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داشت، حفظ جا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گاه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 w:hint="eastAsia"/>
          <w:rtl/>
        </w:rPr>
        <w:t>شر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عت</w:t>
      </w:r>
      <w:r w:rsidRPr="0098446D">
        <w:rPr>
          <w:rFonts w:ascii="Tahoma" w:hAnsi="Tahoma" w:cs="Tahoma"/>
          <w:rtl/>
        </w:rPr>
        <w:t xml:space="preserve"> و امت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ازها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قانون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</w:t>
      </w:r>
      <w:r w:rsidRPr="0098446D">
        <w:rPr>
          <w:rFonts w:ascii="Tahoma" w:hAnsi="Tahoma" w:cs="Tahoma"/>
          <w:rtl/>
        </w:rPr>
        <w:t xml:space="preserve"> بود. هنگام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از سو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شاه اطم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نان</w:t>
      </w:r>
      <w:r w:rsidRPr="0098446D">
        <w:rPr>
          <w:rFonts w:ascii="Tahoma" w:hAnsi="Tahoma" w:cs="Tahoma"/>
          <w:rtl/>
        </w:rPr>
        <w:t xml:space="preserve"> داده شد که اصول مذهب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قانون اساس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دست‌نخورده باق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خواهد ماند، بخش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مخالفت آنان کاهش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افت</w:t>
      </w:r>
      <w:r w:rsidRPr="0098446D">
        <w:rPr>
          <w:rFonts w:ascii="Tahoma" w:hAnsi="Tahoma" w:cs="Tahoma"/>
          <w:rtl/>
        </w:rPr>
        <w:t>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واکنش معنا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مهم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داشت.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توانستند</w:t>
      </w:r>
      <w:r w:rsidRPr="0098446D">
        <w:rPr>
          <w:rFonts w:ascii="Tahoma" w:hAnsi="Tahoma" w:cs="Tahoma"/>
          <w:rtl/>
        </w:rPr>
        <w:t xml:space="preserve"> با تمرکز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شتر</w:t>
      </w:r>
      <w:r w:rsidRPr="0098446D">
        <w:rPr>
          <w:rFonts w:ascii="Tahoma" w:hAnsi="Tahoma" w:cs="Tahoma"/>
          <w:rtl/>
        </w:rPr>
        <w:t xml:space="preserve"> قدرت در دست شاه کنار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ند،</w:t>
      </w:r>
      <w:r w:rsidRPr="0098446D">
        <w:rPr>
          <w:rFonts w:ascii="Tahoma" w:hAnsi="Tahoma" w:cs="Tahoma"/>
          <w:rtl/>
        </w:rPr>
        <w:t xml:space="preserve"> به شرط آنکه شاه به قلمرو قانون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اجتماع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آنان تعرض نکند. در نت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جه،</w:t>
      </w:r>
      <w:r w:rsidRPr="0098446D">
        <w:rPr>
          <w:rFonts w:ascii="Tahoma" w:hAnsi="Tahoma" w:cs="Tahoma"/>
          <w:rtl/>
        </w:rPr>
        <w:t xml:space="preserve"> اختلاف اصل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آنان با سلطنت بر سر دموکراس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محدودکردن قدرت نبود؛ بر سر سهم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و شر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عت</w:t>
      </w:r>
      <w:r w:rsidRPr="0098446D">
        <w:rPr>
          <w:rFonts w:ascii="Tahoma" w:hAnsi="Tahoma" w:cs="Tahoma"/>
          <w:rtl/>
        </w:rPr>
        <w:t xml:space="preserve"> در کشوردا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قرار داشت. همان‌گونه که گروه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</w:t>
      </w:r>
      <w:r w:rsidRPr="0098446D">
        <w:rPr>
          <w:rFonts w:ascii="Tahoma" w:hAnsi="Tahoma" w:cs="Tahoma"/>
          <w:rtl/>
        </w:rPr>
        <w:t xml:space="preserve"> با انتقال سلطنت از قاجار به پهلو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کنار آمده بودند، اکنون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توانستند</w:t>
      </w:r>
      <w:r w:rsidRPr="0098446D">
        <w:rPr>
          <w:rFonts w:ascii="Tahoma" w:hAnsi="Tahoma" w:cs="Tahoma"/>
          <w:rtl/>
        </w:rPr>
        <w:t xml:space="preserve"> افزا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ارات</w:t>
      </w:r>
      <w:r w:rsidRPr="0098446D">
        <w:rPr>
          <w:rFonts w:ascii="Tahoma" w:hAnsi="Tahoma" w:cs="Tahoma"/>
          <w:rtl/>
        </w:rPr>
        <w:t xml:space="preserve"> محمدرضاشاه را بپذ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رند،</w:t>
      </w:r>
      <w:r w:rsidRPr="0098446D">
        <w:rPr>
          <w:rFonts w:ascii="Tahoma" w:hAnsi="Tahoma" w:cs="Tahoma"/>
          <w:rtl/>
        </w:rPr>
        <w:t xml:space="preserve"> مشروط بر آنکه جا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گاه</w:t>
      </w:r>
      <w:r w:rsidRPr="0098446D">
        <w:rPr>
          <w:rFonts w:ascii="Tahoma" w:hAnsi="Tahoma" w:cs="Tahoma"/>
          <w:rtl/>
        </w:rPr>
        <w:t xml:space="preserve"> خودشان محفوظ بماند.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امکان همکار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دربار و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نکاران،</w:t>
      </w:r>
      <w:r w:rsidRPr="0098446D">
        <w:rPr>
          <w:rFonts w:ascii="Tahoma" w:hAnsi="Tahoma" w:cs="Tahoma"/>
          <w:rtl/>
        </w:rPr>
        <w:t xml:space="preserve"> بعدها اهم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شتر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پ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دا</w:t>
      </w:r>
      <w:r w:rsidRPr="0098446D">
        <w:rPr>
          <w:rFonts w:ascii="Tahoma" w:hAnsi="Tahoma" w:cs="Tahoma"/>
          <w:rtl/>
        </w:rPr>
        <w:t xml:space="preserve"> کرد. هر دو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</w:t>
      </w:r>
      <w:r w:rsidRPr="0098446D">
        <w:rPr>
          <w:rFonts w:ascii="Tahoma" w:hAnsi="Tahoma" w:cs="Tahoma"/>
          <w:rtl/>
        </w:rPr>
        <w:t xml:space="preserve"> از گسترش حزب توده و اند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شه‌ها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کمون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ست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هراس داشتند. دربار کمون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سم</w:t>
      </w:r>
      <w:r w:rsidRPr="0098446D">
        <w:rPr>
          <w:rFonts w:ascii="Tahoma" w:hAnsi="Tahoma" w:cs="Tahoma"/>
          <w:rtl/>
        </w:rPr>
        <w:t xml:space="preserve"> را تهد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سلطنت و تمام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کشور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دانست</w:t>
      </w:r>
      <w:r w:rsidRPr="0098446D">
        <w:rPr>
          <w:rFonts w:ascii="Tahoma" w:hAnsi="Tahoma" w:cs="Tahoma"/>
          <w:rtl/>
        </w:rPr>
        <w:t xml:space="preserve"> و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</w:t>
      </w:r>
      <w:r w:rsidRPr="0098446D">
        <w:rPr>
          <w:rFonts w:ascii="Tahoma" w:hAnsi="Tahoma" w:cs="Tahoma"/>
          <w:rtl/>
        </w:rPr>
        <w:t xml:space="preserve"> آن را دشمن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و مالک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تلق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کردند</w:t>
      </w:r>
      <w:r w:rsidRPr="0098446D">
        <w:rPr>
          <w:rFonts w:ascii="Tahoma" w:hAnsi="Tahoma" w:cs="Tahoma"/>
          <w:rtl/>
        </w:rPr>
        <w:t>. مبارزه با کمون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>سم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زم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نهٔ</w:t>
      </w:r>
      <w:r w:rsidRPr="0098446D">
        <w:rPr>
          <w:rFonts w:ascii="Tahoma" w:hAnsi="Tahoma" w:cs="Tahoma"/>
          <w:rtl/>
        </w:rPr>
        <w:t xml:space="preserve"> مشترک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نزد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ک‌شدن</w:t>
      </w:r>
      <w:r w:rsidRPr="0098446D">
        <w:rPr>
          <w:rFonts w:ascii="Tahoma" w:hAnsi="Tahoma" w:cs="Tahoma"/>
          <w:rtl/>
        </w:rPr>
        <w:t xml:space="preserve"> آنان فراهم کند، هرچند اختلاف بر سر آموزش، دادگستر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حقوق زنان و حدود دخالت شر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عت</w:t>
      </w:r>
      <w:r w:rsidRPr="0098446D">
        <w:rPr>
          <w:rFonts w:ascii="Tahoma" w:hAnsi="Tahoma" w:cs="Tahoma"/>
          <w:rtl/>
        </w:rPr>
        <w:t xml:space="preserve"> همچنان باق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بود.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در</w:t>
      </w:r>
      <w:r w:rsidRPr="0098446D">
        <w:rPr>
          <w:rFonts w:ascii="Tahoma" w:hAnsi="Tahoma" w:cs="Tahoma"/>
          <w:rtl/>
        </w:rPr>
        <w:t xml:space="preserve"> همان حال، خشونت مذهب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ابزارها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مؤثر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است</w:t>
      </w:r>
      <w:r w:rsidRPr="0098446D">
        <w:rPr>
          <w:rFonts w:ascii="Tahoma" w:hAnsi="Tahoma" w:cs="Tahoma"/>
          <w:rtl/>
        </w:rPr>
        <w:t xml:space="preserve"> تبد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شده بود. فدائ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اسلام نشان داده بودند که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حذف مخالفان خود به ترور متوسل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شوند</w:t>
      </w:r>
      <w:r w:rsidRPr="0098446D">
        <w:rPr>
          <w:rFonts w:ascii="Tahoma" w:hAnsi="Tahoma" w:cs="Tahoma"/>
          <w:rtl/>
        </w:rPr>
        <w:t>. آنان سازمان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بزرگ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حزب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برخوردار از نما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ندگان</w:t>
      </w:r>
      <w:r w:rsidRPr="0098446D">
        <w:rPr>
          <w:rFonts w:ascii="Tahoma" w:hAnsi="Tahoma" w:cs="Tahoma"/>
          <w:rtl/>
        </w:rPr>
        <w:t xml:space="preserve"> فراوان نداشتند، اما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توانستند</w:t>
      </w:r>
      <w:r w:rsidRPr="0098446D">
        <w:rPr>
          <w:rFonts w:ascii="Tahoma" w:hAnsi="Tahoma" w:cs="Tahoma"/>
          <w:rtl/>
        </w:rPr>
        <w:t xml:space="preserve"> با تهد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و کشتن اشخاص، مس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ت</w:t>
      </w:r>
      <w:r w:rsidRPr="0098446D">
        <w:rPr>
          <w:rFonts w:ascii="Tahoma" w:hAnsi="Tahoma" w:cs="Tahoma" w:hint="eastAsia"/>
          <w:rtl/>
        </w:rPr>
        <w:t>صم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م‌گ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حکومت را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دهند.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توانا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به برخ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</w:t>
      </w:r>
      <w:r w:rsidRPr="0098446D">
        <w:rPr>
          <w:rFonts w:ascii="Tahoma" w:hAnsi="Tahoma" w:cs="Tahoma"/>
          <w:rtl/>
        </w:rPr>
        <w:t xml:space="preserve"> و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است‌مداران</w:t>
      </w:r>
      <w:r w:rsidRPr="0098446D">
        <w:rPr>
          <w:rFonts w:ascii="Tahoma" w:hAnsi="Tahoma" w:cs="Tahoma"/>
          <w:rtl/>
        </w:rPr>
        <w:t xml:space="preserve"> امکان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داد</w:t>
      </w:r>
      <w:r w:rsidRPr="0098446D">
        <w:rPr>
          <w:rFonts w:ascii="Tahoma" w:hAnsi="Tahoma" w:cs="Tahoma"/>
          <w:rtl/>
        </w:rPr>
        <w:t xml:space="preserve"> بدون پذ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رش</w:t>
      </w:r>
      <w:r w:rsidRPr="0098446D">
        <w:rPr>
          <w:rFonts w:ascii="Tahoma" w:hAnsi="Tahoma" w:cs="Tahoma"/>
          <w:rtl/>
        </w:rPr>
        <w:t xml:space="preserve"> مسئول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مستق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م</w:t>
      </w:r>
      <w:r w:rsidRPr="0098446D">
        <w:rPr>
          <w:rFonts w:ascii="Tahoma" w:hAnsi="Tahoma" w:cs="Tahoma"/>
          <w:rtl/>
        </w:rPr>
        <w:t xml:space="preserve"> خشونت، از نتا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</w:t>
      </w:r>
      <w:r w:rsidRPr="0098446D">
        <w:rPr>
          <w:rFonts w:ascii="Tahoma" w:hAnsi="Tahoma" w:cs="Tahoma"/>
          <w:rtl/>
        </w:rPr>
        <w:t xml:space="preserve"> آن بهره‌مند شوند.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عبدالحس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هژ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ر،</w:t>
      </w:r>
      <w:r w:rsidRPr="0098446D">
        <w:rPr>
          <w:rFonts w:ascii="Tahoma" w:hAnsi="Tahoma" w:cs="Tahoma"/>
          <w:rtl/>
        </w:rPr>
        <w:t xml:space="preserve"> که پس از نخست‌وز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وزارت دربار رس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ده</w:t>
      </w:r>
      <w:r w:rsidRPr="0098446D">
        <w:rPr>
          <w:rFonts w:ascii="Tahoma" w:hAnsi="Tahoma" w:cs="Tahoma"/>
          <w:rtl/>
        </w:rPr>
        <w:t xml:space="preserve"> بود، در آبان </w:t>
      </w:r>
      <w:r w:rsidRPr="0098446D">
        <w:rPr>
          <w:rFonts w:ascii="Tahoma" w:hAnsi="Tahoma" w:cs="Tahoma"/>
          <w:rtl/>
          <w:lang w:bidi="fa-IR"/>
        </w:rPr>
        <w:t>۱۳۲۸</w:t>
      </w:r>
      <w:r w:rsidRPr="0098446D">
        <w:rPr>
          <w:rFonts w:ascii="Tahoma" w:hAnsi="Tahoma" w:cs="Tahoma"/>
          <w:rtl/>
        </w:rPr>
        <w:t xml:space="preserve"> به دست حس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امام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از اعضا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فدائ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اسلام، ترور شد. هژ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به دخالت در انتخابات مجلس شانزدهم به سود دربار متهم بود. ترور او فقط حذف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نزد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کان</w:t>
      </w:r>
      <w:r w:rsidRPr="0098446D">
        <w:rPr>
          <w:rFonts w:ascii="Tahoma" w:hAnsi="Tahoma" w:cs="Tahoma"/>
          <w:rtl/>
        </w:rPr>
        <w:t xml:space="preserve"> شاه نبود؛ در روند انتخابات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اثر گ</w:t>
      </w:r>
      <w:r w:rsidRPr="0098446D">
        <w:rPr>
          <w:rFonts w:ascii="Tahoma" w:hAnsi="Tahoma" w:cs="Tahoma" w:hint="eastAsia"/>
          <w:rtl/>
        </w:rPr>
        <w:t>ذاشت</w:t>
      </w:r>
      <w:r w:rsidRPr="0098446D">
        <w:rPr>
          <w:rFonts w:ascii="Tahoma" w:hAnsi="Tahoma" w:cs="Tahoma"/>
          <w:rtl/>
        </w:rPr>
        <w:t xml:space="preserve"> و نشان داد که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مذهب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مسلح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تواند</w:t>
      </w:r>
      <w:r w:rsidRPr="0098446D">
        <w:rPr>
          <w:rFonts w:ascii="Tahoma" w:hAnsi="Tahoma" w:cs="Tahoma"/>
          <w:rtl/>
        </w:rPr>
        <w:t xml:space="preserve"> در کشاکش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دربار و مخالفان آن دخالت کند.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انتخابات</w:t>
      </w:r>
      <w:r w:rsidRPr="0098446D">
        <w:rPr>
          <w:rFonts w:ascii="Tahoma" w:hAnsi="Tahoma" w:cs="Tahoma"/>
          <w:rtl/>
        </w:rPr>
        <w:t xml:space="preserve"> مجلس شانزدهم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مهم‌تر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صحنه‌ها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کشاکش بود. گروه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است‌مداران</w:t>
      </w:r>
      <w:r w:rsidRPr="0098446D">
        <w:rPr>
          <w:rFonts w:ascii="Tahoma" w:hAnsi="Tahoma" w:cs="Tahoma"/>
          <w:rtl/>
        </w:rPr>
        <w:t xml:space="preserve"> و شخص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به رهبر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محمد مصدق، انتخابات را 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نفوذ دربار و دولت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دانستند</w:t>
      </w:r>
      <w:r w:rsidRPr="0098446D">
        <w:rPr>
          <w:rFonts w:ascii="Tahoma" w:hAnsi="Tahoma" w:cs="Tahoma"/>
          <w:rtl/>
        </w:rPr>
        <w:t>. آنان در اعتراض به چگونگ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برگزار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انتخابات در دربار متحصن شدند.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تحصن به تشک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جبههٔ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انجام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د؛</w:t>
      </w:r>
      <w:r w:rsidRPr="0098446D">
        <w:rPr>
          <w:rFonts w:ascii="Tahoma" w:hAnsi="Tahoma" w:cs="Tahoma"/>
          <w:rtl/>
        </w:rPr>
        <w:t xml:space="preserve"> ائتلاف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آزاد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خواه</w:t>
      </w:r>
      <w:r w:rsidRPr="0098446D">
        <w:rPr>
          <w:rFonts w:ascii="Tahoma" w:hAnsi="Tahoma" w:cs="Tahoma"/>
          <w:rtl/>
        </w:rPr>
        <w:t xml:space="preserve"> و مخالف نفوذ خارج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خواهان انتخابات آزاد و اجرا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قانون مل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شدن</w:t>
      </w:r>
      <w:r w:rsidRPr="0098446D">
        <w:rPr>
          <w:rFonts w:ascii="Tahoma" w:hAnsi="Tahoma" w:cs="Tahoma"/>
          <w:rtl/>
        </w:rPr>
        <w:t xml:space="preserve"> نفت بود.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انتخاب</w:t>
      </w:r>
      <w:r w:rsidRPr="0098446D">
        <w:rPr>
          <w:rFonts w:ascii="Tahoma" w:hAnsi="Tahoma" w:cs="Tahoma"/>
          <w:rtl/>
        </w:rPr>
        <w:t xml:space="preserve"> دربار به‌عنوان محل تحصن خود حامل تناقض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بود. معترضان از دخالت دستگاه سلطنت در انتخابات شکا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داشتند، اما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دادخواه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همان دربار پناه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بردند</w:t>
      </w:r>
      <w:r w:rsidRPr="0098446D">
        <w:rPr>
          <w:rFonts w:ascii="Tahoma" w:hAnsi="Tahoma" w:cs="Tahoma"/>
          <w:rtl/>
        </w:rPr>
        <w:t>.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رفتار نشان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داد</w:t>
      </w:r>
      <w:r w:rsidRPr="0098446D">
        <w:rPr>
          <w:rFonts w:ascii="Tahoma" w:hAnsi="Tahoma" w:cs="Tahoma"/>
          <w:rtl/>
        </w:rPr>
        <w:t xml:space="preserve"> که شاه هنوز فقط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طرف‌ها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دعوا نبود؛ در ذهن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است‌مداران،</w:t>
      </w:r>
      <w:r w:rsidRPr="0098446D">
        <w:rPr>
          <w:rFonts w:ascii="Tahoma" w:hAnsi="Tahoma" w:cs="Tahoma"/>
          <w:rtl/>
        </w:rPr>
        <w:t xml:space="preserve"> مرجع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رفع ش</w:t>
      </w:r>
      <w:r w:rsidRPr="0098446D">
        <w:rPr>
          <w:rFonts w:ascii="Tahoma" w:hAnsi="Tahoma" w:cs="Tahoma" w:hint="eastAsia"/>
          <w:rtl/>
        </w:rPr>
        <w:t>کا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شمرده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</w:t>
      </w:r>
      <w:r w:rsidRPr="0098446D">
        <w:rPr>
          <w:rFonts w:ascii="Tahoma" w:hAnsi="Tahoma" w:cs="Tahoma"/>
          <w:rtl/>
        </w:rPr>
        <w:t>. قانون اساس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او را در رأس قوهٔ اجرا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قرار داده بود و سنت پادشاه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نقش پدرانه و داورانه‌ا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قائل بود. اما هم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دوگانگ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شاه امکان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داد</w:t>
      </w:r>
      <w:r w:rsidRPr="0098446D">
        <w:rPr>
          <w:rFonts w:ascii="Tahoma" w:hAnsi="Tahoma" w:cs="Tahoma"/>
          <w:rtl/>
        </w:rPr>
        <w:t xml:space="preserve"> هم در انتخابات اثر بگذارد و هم خود را داور اعتراض به آن اثرگذار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نشان دهد.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جبههٔ</w:t>
      </w:r>
      <w:r w:rsidRPr="0098446D">
        <w:rPr>
          <w:rFonts w:ascii="Tahoma" w:hAnsi="Tahoma" w:cs="Tahoma"/>
          <w:rtl/>
        </w:rPr>
        <w:t xml:space="preserve">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آغاز حزب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کپارچه</w:t>
      </w:r>
      <w:r w:rsidRPr="0098446D">
        <w:rPr>
          <w:rFonts w:ascii="Tahoma" w:hAnsi="Tahoma" w:cs="Tahoma"/>
          <w:rtl/>
        </w:rPr>
        <w:t xml:space="preserve"> نبود. مجموعه‌ا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شخص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ت‌ها</w:t>
      </w:r>
      <w:r w:rsidRPr="0098446D">
        <w:rPr>
          <w:rFonts w:ascii="Tahoma" w:hAnsi="Tahoma" w:cs="Tahoma"/>
          <w:rtl/>
        </w:rPr>
        <w:t xml:space="preserve"> و گروه‌ها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بود که در مخالفت با نفوذ 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ا،</w:t>
      </w:r>
      <w:r w:rsidRPr="0098446D">
        <w:rPr>
          <w:rFonts w:ascii="Tahoma" w:hAnsi="Tahoma" w:cs="Tahoma"/>
          <w:rtl/>
        </w:rPr>
        <w:t xml:space="preserve"> دخالت دربار در انتخابات و امت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ازها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شرکت نفت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و انگل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س</w:t>
      </w:r>
      <w:r w:rsidRPr="0098446D">
        <w:rPr>
          <w:rFonts w:ascii="Tahoma" w:hAnsi="Tahoma" w:cs="Tahoma"/>
          <w:rtl/>
        </w:rPr>
        <w:t xml:space="preserve"> به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گر</w:t>
      </w:r>
      <w:r w:rsidRPr="0098446D">
        <w:rPr>
          <w:rFonts w:ascii="Tahoma" w:hAnsi="Tahoma" w:cs="Tahoma"/>
          <w:rtl/>
        </w:rPr>
        <w:t xml:space="preserve"> نزد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/>
          <w:rtl/>
        </w:rPr>
        <w:t xml:space="preserve"> شده بودند. بعض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آنان سکولار و دموکرات بودند، برخ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گرا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مذهب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داشتن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و بعض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از هر 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مل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گرا</w:t>
      </w:r>
      <w:r w:rsidRPr="0098446D">
        <w:rPr>
          <w:rFonts w:ascii="Tahoma" w:hAnsi="Tahoma" w:cs="Tahoma"/>
          <w:rtl/>
        </w:rPr>
        <w:t xml:space="preserve"> بودند. آنچه آنان را متحد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کرد،</w:t>
      </w:r>
      <w:r w:rsidRPr="0098446D">
        <w:rPr>
          <w:rFonts w:ascii="Tahoma" w:hAnsi="Tahoma" w:cs="Tahoma"/>
          <w:rtl/>
        </w:rPr>
        <w:t xml:space="preserve"> برنامه‌ا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کامل و مشترک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کشوردار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نبود؛ مسئلهٔ انتخابات آزاد و سپس مل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شدن</w:t>
      </w:r>
      <w:r w:rsidRPr="0098446D">
        <w:rPr>
          <w:rFonts w:ascii="Tahoma" w:hAnsi="Tahoma" w:cs="Tahoma"/>
          <w:rtl/>
        </w:rPr>
        <w:t xml:space="preserve"> صنعت نفت بود.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ژگ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در آغاز به جبههٔ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توان گسترده‌ا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داد</w:t>
      </w:r>
      <w:r w:rsidRPr="0098446D">
        <w:rPr>
          <w:rFonts w:ascii="Tahoma" w:hAnsi="Tahoma" w:cs="Tahoma"/>
          <w:rtl/>
        </w:rPr>
        <w:t>. هرکس از نفوذ 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ا،</w:t>
      </w:r>
      <w:r w:rsidRPr="0098446D">
        <w:rPr>
          <w:rFonts w:ascii="Tahoma" w:hAnsi="Tahoma" w:cs="Tahoma"/>
          <w:rtl/>
        </w:rPr>
        <w:t xml:space="preserve"> شرکت نفت، دخالت دربار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فساد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ناراض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بود،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در کنار آن قرار 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رد</w:t>
      </w:r>
      <w:r w:rsidRPr="0098446D">
        <w:rPr>
          <w:rFonts w:ascii="Tahoma" w:hAnsi="Tahoma" w:cs="Tahoma"/>
          <w:rtl/>
        </w:rPr>
        <w:t>. اما هم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گوناگون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بعدها به نقطهٔ ضعف آن تبد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شد؛ 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</w:t>
      </w:r>
      <w:r w:rsidRPr="0098446D">
        <w:rPr>
          <w:rFonts w:ascii="Tahoma" w:hAnsi="Tahoma" w:cs="Tahoma"/>
          <w:rtl/>
        </w:rPr>
        <w:t xml:space="preserve"> هنگام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مسئله از مخالفت با دشمن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مشترک به </w:t>
      </w:r>
      <w:r w:rsidRPr="0098446D">
        <w:rPr>
          <w:rFonts w:ascii="Tahoma" w:hAnsi="Tahoma" w:cs="Tahoma" w:hint="eastAsia"/>
          <w:rtl/>
        </w:rPr>
        <w:t>چگونگ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ادارهٔ کشور رس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د،</w:t>
      </w:r>
      <w:r w:rsidRPr="0098446D">
        <w:rPr>
          <w:rFonts w:ascii="Tahoma" w:hAnsi="Tahoma" w:cs="Tahoma"/>
          <w:rtl/>
        </w:rPr>
        <w:t xml:space="preserve"> اختلاف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تشک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ل‌دهندهٔ</w:t>
      </w:r>
      <w:r w:rsidRPr="0098446D">
        <w:rPr>
          <w:rFonts w:ascii="Tahoma" w:hAnsi="Tahoma" w:cs="Tahoma"/>
          <w:rtl/>
        </w:rPr>
        <w:t xml:space="preserve"> جبهه آشکار شد.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در</w:t>
      </w:r>
      <w:r w:rsidRPr="0098446D">
        <w:rPr>
          <w:rFonts w:ascii="Tahoma" w:hAnsi="Tahoma" w:cs="Tahoma"/>
          <w:rtl/>
        </w:rPr>
        <w:t xml:space="preserve">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ان،</w:t>
      </w:r>
      <w:r w:rsidRPr="0098446D">
        <w:rPr>
          <w:rFonts w:ascii="Tahoma" w:hAnsi="Tahoma" w:cs="Tahoma"/>
          <w:rtl/>
        </w:rPr>
        <w:t xml:space="preserve"> مسئلهٔ نفت به مرکز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است</w:t>
      </w:r>
      <w:r w:rsidRPr="0098446D">
        <w:rPr>
          <w:rFonts w:ascii="Tahoma" w:hAnsi="Tahoma" w:cs="Tahoma"/>
          <w:rtl/>
        </w:rPr>
        <w:t xml:space="preserve">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تبد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</w:t>
      </w:r>
      <w:r w:rsidRPr="0098446D">
        <w:rPr>
          <w:rFonts w:ascii="Tahoma" w:hAnsi="Tahoma" w:cs="Tahoma"/>
          <w:rtl/>
        </w:rPr>
        <w:t>. قرارداد شرکت نفت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و انگل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س</w:t>
      </w:r>
      <w:r w:rsidRPr="0098446D">
        <w:rPr>
          <w:rFonts w:ascii="Tahoma" w:hAnsi="Tahoma" w:cs="Tahoma"/>
          <w:rtl/>
        </w:rPr>
        <w:t xml:space="preserve"> نه فقط قرارداد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اقتصاد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بلکه نماد دخالت و برتر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در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بود. درآمد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از منابع نفت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خود با سود و قدرت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شرکت و دولت 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به دست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آوردند</w:t>
      </w:r>
      <w:r w:rsidRPr="0098446D">
        <w:rPr>
          <w:rFonts w:ascii="Tahoma" w:hAnsi="Tahoma" w:cs="Tahoma"/>
          <w:rtl/>
        </w:rPr>
        <w:t xml:space="preserve"> تناسب ندا</w:t>
      </w:r>
      <w:r w:rsidRPr="0098446D">
        <w:rPr>
          <w:rFonts w:ascii="Tahoma" w:hAnsi="Tahoma" w:cs="Tahoma" w:hint="eastAsia"/>
          <w:rtl/>
        </w:rPr>
        <w:t>شت</w:t>
      </w:r>
      <w:r w:rsidRPr="0098446D">
        <w:rPr>
          <w:rFonts w:ascii="Tahoma" w:hAnsi="Tahoma" w:cs="Tahoma"/>
          <w:rtl/>
        </w:rPr>
        <w:t xml:space="preserve"> و فعال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شرکت در بخش‌ها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از جنوب، حکومت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درون حکومت پد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آورده بود. اعتراض به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وضع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گروه‌ها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گوناگون جامعه را، از مل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گرا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سکولار تا بازار و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نکاران،</w:t>
      </w:r>
      <w:r w:rsidRPr="0098446D">
        <w:rPr>
          <w:rFonts w:ascii="Tahoma" w:hAnsi="Tahoma" w:cs="Tahoma"/>
          <w:rtl/>
        </w:rPr>
        <w:t xml:space="preserve"> به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گر</w:t>
      </w:r>
      <w:r w:rsidRPr="0098446D">
        <w:rPr>
          <w:rFonts w:ascii="Tahoma" w:hAnsi="Tahoma" w:cs="Tahoma"/>
          <w:rtl/>
        </w:rPr>
        <w:t xml:space="preserve"> نزد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/>
          <w:rtl/>
        </w:rPr>
        <w:t xml:space="preserve"> کند.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دربار</w:t>
      </w:r>
      <w:r w:rsidRPr="0098446D">
        <w:rPr>
          <w:rFonts w:ascii="Tahoma" w:hAnsi="Tahoma" w:cs="Tahoma"/>
          <w:rtl/>
        </w:rPr>
        <w:t xml:space="preserve">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با اصل افزا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درآمد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و اصلاح قرارداد مخالفت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نداشت. محمدرضاشاه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خواست</w:t>
      </w:r>
      <w:r w:rsidRPr="0098446D">
        <w:rPr>
          <w:rFonts w:ascii="Tahoma" w:hAnsi="Tahoma" w:cs="Tahoma"/>
          <w:rtl/>
        </w:rPr>
        <w:t xml:space="preserve"> منابع 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شتر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ارتش و برنامه‌ها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توسعه در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</w:t>
      </w:r>
      <w:r w:rsidRPr="0098446D">
        <w:rPr>
          <w:rFonts w:ascii="Tahoma" w:hAnsi="Tahoma" w:cs="Tahoma"/>
          <w:rtl/>
        </w:rPr>
        <w:t xml:space="preserve"> حکومت قرار 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رد</w:t>
      </w:r>
      <w:r w:rsidRPr="0098446D">
        <w:rPr>
          <w:rFonts w:ascii="Tahoma" w:hAnsi="Tahoma" w:cs="Tahoma"/>
          <w:rtl/>
        </w:rPr>
        <w:t>. اختلاف بر سر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بود که چه کس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رهبر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مبارزه با شرکت نفت و 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را در دست خواهد گرفت و نت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جهٔ</w:t>
      </w:r>
      <w:r w:rsidRPr="0098446D">
        <w:rPr>
          <w:rFonts w:ascii="Tahoma" w:hAnsi="Tahoma" w:cs="Tahoma"/>
          <w:rtl/>
        </w:rPr>
        <w:t xml:space="preserve"> آن </w:t>
      </w:r>
      <w:r w:rsidRPr="0098446D">
        <w:rPr>
          <w:rFonts w:ascii="Tahoma" w:hAnsi="Tahoma" w:cs="Tahoma" w:hint="eastAsia"/>
          <w:rtl/>
        </w:rPr>
        <w:t>به</w:t>
      </w:r>
      <w:r w:rsidRPr="0098446D">
        <w:rPr>
          <w:rFonts w:ascii="Tahoma" w:hAnsi="Tahoma" w:cs="Tahoma"/>
          <w:rtl/>
        </w:rPr>
        <w:t xml:space="preserve"> افزا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قدرت کدام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</w:t>
      </w:r>
      <w:r w:rsidRPr="0098446D">
        <w:rPr>
          <w:rFonts w:ascii="Tahoma" w:hAnsi="Tahoma" w:cs="Tahoma"/>
          <w:rtl/>
        </w:rPr>
        <w:t xml:space="preserve"> خواهد انجام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>. اگر شاه و دولت قرارداد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بهتر به دست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آوردند،</w:t>
      </w:r>
      <w:r w:rsidRPr="0098446D">
        <w:rPr>
          <w:rFonts w:ascii="Tahoma" w:hAnsi="Tahoma" w:cs="Tahoma"/>
          <w:rtl/>
        </w:rPr>
        <w:t xml:space="preserve"> سلطنت تقو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شد؛</w:t>
      </w:r>
      <w:r w:rsidRPr="0098446D">
        <w:rPr>
          <w:rFonts w:ascii="Tahoma" w:hAnsi="Tahoma" w:cs="Tahoma"/>
          <w:rtl/>
        </w:rPr>
        <w:t xml:space="preserve"> اگر مجلس و جبههٔ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نفت را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کردند،</w:t>
      </w:r>
      <w:r w:rsidRPr="0098446D">
        <w:rPr>
          <w:rFonts w:ascii="Tahoma" w:hAnsi="Tahoma" w:cs="Tahoma"/>
          <w:rtl/>
        </w:rPr>
        <w:t xml:space="preserve"> مرکز قدرت به سو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مصدق و جنبش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انتقال م</w:t>
      </w:r>
      <w:r w:rsidRPr="0098446D">
        <w:rPr>
          <w:rFonts w:ascii="Tahoma" w:hAnsi="Tahoma" w:cs="Tahoma" w:hint="cs"/>
          <w:rtl/>
        </w:rPr>
        <w:t>ی‌ی</w:t>
      </w:r>
      <w:r w:rsidRPr="0098446D">
        <w:rPr>
          <w:rFonts w:ascii="Tahoma" w:hAnsi="Tahoma" w:cs="Tahoma" w:hint="eastAsia"/>
          <w:rtl/>
        </w:rPr>
        <w:t>افت</w:t>
      </w:r>
      <w:r w:rsidRPr="0098446D">
        <w:rPr>
          <w:rFonts w:ascii="Tahoma" w:hAnsi="Tahoma" w:cs="Tahoma"/>
          <w:rtl/>
        </w:rPr>
        <w:t>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در</w:t>
      </w:r>
      <w:r w:rsidRPr="0098446D">
        <w:rPr>
          <w:rFonts w:ascii="Tahoma" w:hAnsi="Tahoma" w:cs="Tahoma"/>
          <w:rtl/>
        </w:rPr>
        <w:t xml:space="preserve"> چن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وضع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،</w:t>
      </w:r>
      <w:r w:rsidRPr="0098446D">
        <w:rPr>
          <w:rFonts w:ascii="Tahoma" w:hAnsi="Tahoma" w:cs="Tahoma"/>
          <w:rtl/>
        </w:rPr>
        <w:t xml:space="preserve"> سپهبد حاج‌عل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رزم‌آرا در 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</w:t>
      </w:r>
      <w:r w:rsidRPr="0098446D">
        <w:rPr>
          <w:rFonts w:ascii="Tahoma" w:hAnsi="Tahoma" w:cs="Tahoma"/>
          <w:rtl/>
          <w:lang w:bidi="fa-IR"/>
        </w:rPr>
        <w:t>۱۳۲۹</w:t>
      </w:r>
      <w:r w:rsidRPr="0098446D">
        <w:rPr>
          <w:rFonts w:ascii="Tahoma" w:hAnsi="Tahoma" w:cs="Tahoma"/>
          <w:rtl/>
        </w:rPr>
        <w:t xml:space="preserve"> به نخست‌وز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>. او نظام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کارآزموده، رئ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س</w:t>
      </w:r>
      <w:r w:rsidRPr="0098446D">
        <w:rPr>
          <w:rFonts w:ascii="Tahoma" w:hAnsi="Tahoma" w:cs="Tahoma"/>
          <w:rtl/>
        </w:rPr>
        <w:t xml:space="preserve"> پ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ستاد ارتش و برخوردار از شناخت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گسترده از کشور بود. رزم‌آرا از دل همان ارتش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برخاسته بود که رضاشاه ساخته و محمدرضاشاه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کوش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دوباره آن را به تک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ه‌گاه</w:t>
      </w:r>
      <w:r w:rsidRPr="0098446D">
        <w:rPr>
          <w:rFonts w:ascii="Tahoma" w:hAnsi="Tahoma" w:cs="Tahoma"/>
          <w:rtl/>
        </w:rPr>
        <w:t xml:space="preserve"> سلط</w:t>
      </w:r>
      <w:r w:rsidRPr="0098446D">
        <w:rPr>
          <w:rFonts w:ascii="Tahoma" w:hAnsi="Tahoma" w:cs="Tahoma" w:hint="eastAsia"/>
          <w:rtl/>
        </w:rPr>
        <w:t>نت</w:t>
      </w:r>
      <w:r w:rsidRPr="0098446D">
        <w:rPr>
          <w:rFonts w:ascii="Tahoma" w:hAnsi="Tahoma" w:cs="Tahoma"/>
          <w:rtl/>
        </w:rPr>
        <w:t xml:space="preserve"> تبد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کند. اما او شخص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نبود که به‌آسان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در فرمان دربار باق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بماند. تجربه، توان ادار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ارتباطش با ارتش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او را به مرکز مستقل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قدرت تبد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کند.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انتصاب</w:t>
      </w:r>
      <w:r w:rsidRPr="0098446D">
        <w:rPr>
          <w:rFonts w:ascii="Tahoma" w:hAnsi="Tahoma" w:cs="Tahoma"/>
          <w:rtl/>
        </w:rPr>
        <w:t xml:space="preserve"> رزم‌آرا بار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گر</w:t>
      </w:r>
      <w:r w:rsidRPr="0098446D">
        <w:rPr>
          <w:rFonts w:ascii="Tahoma" w:hAnsi="Tahoma" w:cs="Tahoma"/>
          <w:rtl/>
        </w:rPr>
        <w:t xml:space="preserve"> مسئلهٔ مستبد منور را به شکل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تازه مطرح کرد. پس از سال‌ها ب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ثبات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دولت‌ها، گروه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از رجال و ناظران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نت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جه</w:t>
      </w:r>
      <w:r w:rsidRPr="0098446D">
        <w:rPr>
          <w:rFonts w:ascii="Tahoma" w:hAnsi="Tahoma" w:cs="Tahoma"/>
          <w:rtl/>
        </w:rPr>
        <w:t xml:space="preserve"> رس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ده</w:t>
      </w:r>
      <w:r w:rsidRPr="0098446D">
        <w:rPr>
          <w:rFonts w:ascii="Tahoma" w:hAnsi="Tahoma" w:cs="Tahoma"/>
          <w:rtl/>
        </w:rPr>
        <w:t xml:space="preserve"> بودند که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ران</w:t>
      </w:r>
      <w:r w:rsidRPr="0098446D">
        <w:rPr>
          <w:rFonts w:ascii="Tahoma" w:hAnsi="Tahoma" w:cs="Tahoma"/>
          <w:rtl/>
        </w:rPr>
        <w:t xml:space="preserve"> به نخست‌وز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مقتدر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از</w:t>
      </w:r>
      <w:r w:rsidRPr="0098446D">
        <w:rPr>
          <w:rFonts w:ascii="Tahoma" w:hAnsi="Tahoma" w:cs="Tahoma"/>
          <w:rtl/>
        </w:rPr>
        <w:t xml:space="preserve"> دارد که بتواند مجلس،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وان</w:t>
      </w:r>
      <w:r w:rsidRPr="0098446D">
        <w:rPr>
          <w:rFonts w:ascii="Tahoma" w:hAnsi="Tahoma" w:cs="Tahoma"/>
          <w:rtl/>
        </w:rPr>
        <w:t xml:space="preserve"> و ارتش را منظم کند، اصلاحات ادار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انجام ده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و مسئلهٔ نفت را از راه مذاکره حل کند.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بار مستبد منور لزوماً در مقام شاه ظاهر نم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شد؛</w:t>
      </w:r>
      <w:r w:rsidRPr="0098446D">
        <w:rPr>
          <w:rFonts w:ascii="Tahoma" w:hAnsi="Tahoma" w:cs="Tahoma"/>
          <w:rtl/>
        </w:rPr>
        <w:t xml:space="preserve"> ممکن بود نخست‌وز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نظام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همان نقش را برعهده 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رد</w:t>
      </w:r>
      <w:r w:rsidRPr="0098446D">
        <w:rPr>
          <w:rFonts w:ascii="Tahoma" w:hAnsi="Tahoma" w:cs="Tahoma"/>
          <w:rtl/>
        </w:rPr>
        <w:t>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اما</w:t>
      </w:r>
      <w:r w:rsidRPr="0098446D">
        <w:rPr>
          <w:rFonts w:ascii="Tahoma" w:hAnsi="Tahoma" w:cs="Tahoma"/>
          <w:rtl/>
        </w:rPr>
        <w:t xml:space="preserve"> ظهور رزم‌آرا هم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شاه و هم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جبههٔ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خطر داشت. شاه نم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توانست</w:t>
      </w:r>
      <w:r w:rsidRPr="0098446D">
        <w:rPr>
          <w:rFonts w:ascii="Tahoma" w:hAnsi="Tahoma" w:cs="Tahoma"/>
          <w:rtl/>
        </w:rPr>
        <w:t xml:space="preserve"> آسوده باشد که نخست‌وز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نظام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بانفوذ، ارتش و دستگاه اجرا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را 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اخت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ار</w:t>
      </w:r>
      <w:r w:rsidRPr="0098446D">
        <w:rPr>
          <w:rFonts w:ascii="Tahoma" w:hAnsi="Tahoma" w:cs="Tahoma"/>
          <w:rtl/>
        </w:rPr>
        <w:t xml:space="preserve"> خود 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رد</w:t>
      </w:r>
      <w:r w:rsidRPr="0098446D">
        <w:rPr>
          <w:rFonts w:ascii="Tahoma" w:hAnsi="Tahoma" w:cs="Tahoma"/>
          <w:rtl/>
        </w:rPr>
        <w:t>. جبههٔ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او را مانع مل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شدن</w:t>
      </w:r>
      <w:r w:rsidRPr="0098446D">
        <w:rPr>
          <w:rFonts w:ascii="Tahoma" w:hAnsi="Tahoma" w:cs="Tahoma"/>
          <w:rtl/>
        </w:rPr>
        <w:t xml:space="preserve"> نفت و زم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نه‌ساز</w:t>
      </w:r>
      <w:r w:rsidRPr="0098446D">
        <w:rPr>
          <w:rFonts w:ascii="Tahoma" w:hAnsi="Tahoma" w:cs="Tahoma"/>
          <w:rtl/>
        </w:rPr>
        <w:t xml:space="preserve"> حکومت نظام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دانست</w:t>
      </w:r>
      <w:r w:rsidRPr="0098446D">
        <w:rPr>
          <w:rFonts w:ascii="Tahoma" w:hAnsi="Tahoma" w:cs="Tahoma"/>
          <w:rtl/>
        </w:rPr>
        <w:t>.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</w:t>
      </w:r>
      <w:r w:rsidRPr="0098446D">
        <w:rPr>
          <w:rFonts w:ascii="Tahoma" w:hAnsi="Tahoma" w:cs="Tahoma"/>
          <w:rtl/>
        </w:rPr>
        <w:t xml:space="preserve"> و فدائ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اسلام 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ز</w:t>
      </w:r>
      <w:r w:rsidRPr="0098446D">
        <w:rPr>
          <w:rFonts w:ascii="Tahoma" w:hAnsi="Tahoma" w:cs="Tahoma"/>
          <w:rtl/>
        </w:rPr>
        <w:t xml:space="preserve"> با او دشمن بودند. به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ترت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ب،</w:t>
      </w:r>
      <w:r w:rsidRPr="0098446D">
        <w:rPr>
          <w:rFonts w:ascii="Tahoma" w:hAnsi="Tahoma" w:cs="Tahoma"/>
          <w:rtl/>
        </w:rPr>
        <w:t xml:space="preserve"> رزم‌آرا در مرکز مخالفت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روها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قرار گرفت که اهداف 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کسان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نداشتند، اما هر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/>
          <w:rtl/>
        </w:rPr>
        <w:t xml:space="preserve"> ادامهٔ کار او را تهد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موقع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خود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دند</w:t>
      </w:r>
      <w:r w:rsidRPr="0098446D">
        <w:rPr>
          <w:rFonts w:ascii="Tahoma" w:hAnsi="Tahoma" w:cs="Tahoma"/>
          <w:rtl/>
        </w:rPr>
        <w:t>.</w:t>
      </w:r>
    </w:p>
    <w:p w:rsidR="0098446D" w:rsidRPr="0098446D" w:rsidRDefault="0098446D" w:rsidP="0098446D">
      <w:pPr>
        <w:bidi/>
        <w:spacing w:after="0" w:line="360" w:lineRule="auto"/>
        <w:ind w:firstLine="720"/>
        <w:rPr>
          <w:rFonts w:ascii="Tahoma" w:hAnsi="Tahoma" w:cs="Tahoma"/>
        </w:rPr>
      </w:pPr>
      <w:r w:rsidRPr="0098446D">
        <w:rPr>
          <w:rFonts w:ascii="Tahoma" w:hAnsi="Tahoma" w:cs="Tahoma" w:hint="eastAsia"/>
          <w:rtl/>
        </w:rPr>
        <w:t>نبرد</w:t>
      </w:r>
      <w:r w:rsidRPr="0098446D">
        <w:rPr>
          <w:rFonts w:ascii="Tahoma" w:hAnsi="Tahoma" w:cs="Tahoma"/>
          <w:rtl/>
        </w:rPr>
        <w:t xml:space="preserve"> بر سر قوهٔ اجرا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اکنون وارد مرحله‌ا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تازه شده بود. شاه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خواست</w:t>
      </w:r>
      <w:r w:rsidRPr="0098446D">
        <w:rPr>
          <w:rFonts w:ascii="Tahoma" w:hAnsi="Tahoma" w:cs="Tahoma"/>
          <w:rtl/>
        </w:rPr>
        <w:t xml:space="preserve"> سلطنت را به مرکز پا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دار</w:t>
      </w:r>
      <w:r w:rsidRPr="0098446D">
        <w:rPr>
          <w:rFonts w:ascii="Tahoma" w:hAnsi="Tahoma" w:cs="Tahoma"/>
          <w:rtl/>
        </w:rPr>
        <w:t xml:space="preserve"> قدرت تبد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ل</w:t>
      </w:r>
      <w:r w:rsidRPr="0098446D">
        <w:rPr>
          <w:rFonts w:ascii="Tahoma" w:hAnsi="Tahoma" w:cs="Tahoma"/>
          <w:rtl/>
        </w:rPr>
        <w:t xml:space="preserve"> کند. رزم‌آرا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کوش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نخست‌وز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مقتدر و متک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ارتش پد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آورد. مجلس و جبههٔ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خواستند</w:t>
      </w:r>
      <w:r w:rsidRPr="0098446D">
        <w:rPr>
          <w:rFonts w:ascii="Tahoma" w:hAnsi="Tahoma" w:cs="Tahoma"/>
          <w:rtl/>
        </w:rPr>
        <w:t xml:space="preserve"> ارادهٔ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را از راه جنبش مل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قانون‌گذار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اعمال کنند. 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نکاران</w:t>
      </w:r>
      <w:r w:rsidRPr="0098446D">
        <w:rPr>
          <w:rFonts w:ascii="Tahoma" w:hAnsi="Tahoma" w:cs="Tahoma"/>
          <w:rtl/>
        </w:rPr>
        <w:t xml:space="preserve"> در پ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افزا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ش</w:t>
      </w:r>
      <w:r w:rsidRPr="0098446D">
        <w:rPr>
          <w:rFonts w:ascii="Tahoma" w:hAnsi="Tahoma" w:cs="Tahoma"/>
          <w:rtl/>
        </w:rPr>
        <w:t xml:space="preserve"> سهم شر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عت</w:t>
      </w:r>
      <w:r w:rsidRPr="0098446D">
        <w:rPr>
          <w:rFonts w:ascii="Tahoma" w:hAnsi="Tahoma" w:cs="Tahoma"/>
          <w:rtl/>
        </w:rPr>
        <w:t xml:space="preserve"> و شبکه‌ها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مذهب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در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است</w:t>
      </w:r>
      <w:r w:rsidRPr="0098446D">
        <w:rPr>
          <w:rFonts w:ascii="Tahoma" w:hAnsi="Tahoma" w:cs="Tahoma"/>
          <w:rtl/>
        </w:rPr>
        <w:t xml:space="preserve"> بودند. بر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تان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خواست</w:t>
      </w:r>
      <w:r w:rsidRPr="0098446D">
        <w:rPr>
          <w:rFonts w:ascii="Tahoma" w:hAnsi="Tahoma" w:cs="Tahoma"/>
          <w:rtl/>
        </w:rPr>
        <w:t xml:space="preserve"> منافع نفت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خود را حفظ کند و حزب توده م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کوش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</w:t>
      </w:r>
      <w:r w:rsidRPr="0098446D">
        <w:rPr>
          <w:rFonts w:ascii="Tahoma" w:hAnsi="Tahoma" w:cs="Tahoma"/>
          <w:rtl/>
        </w:rPr>
        <w:t xml:space="preserve"> بحران را به سود گسترش نفوذ شورو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چپ به کار 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رد</w:t>
      </w:r>
      <w:r w:rsidRPr="0098446D">
        <w:rPr>
          <w:rFonts w:ascii="Tahoma" w:hAnsi="Tahoma" w:cs="Tahoma"/>
          <w:rtl/>
        </w:rPr>
        <w:t>.</w:t>
      </w:r>
    </w:p>
    <w:p w:rsidR="005054F0" w:rsidRDefault="0098446D" w:rsidP="0098446D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98446D">
        <w:rPr>
          <w:rFonts w:ascii="Tahoma" w:hAnsi="Tahoma" w:cs="Tahoma" w:hint="eastAsia"/>
          <w:rtl/>
        </w:rPr>
        <w:t>در</w:t>
      </w:r>
      <w:r w:rsidRPr="0098446D">
        <w:rPr>
          <w:rFonts w:ascii="Tahoma" w:hAnsi="Tahoma" w:cs="Tahoma"/>
          <w:rtl/>
        </w:rPr>
        <w:t xml:space="preserve"> 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ن</w:t>
      </w:r>
      <w:r w:rsidRPr="0098446D">
        <w:rPr>
          <w:rFonts w:ascii="Tahoma" w:hAnsi="Tahoma" w:cs="Tahoma"/>
          <w:rtl/>
        </w:rPr>
        <w:t xml:space="preserve">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دان،</w:t>
      </w:r>
      <w:r w:rsidRPr="0098446D">
        <w:rPr>
          <w:rFonts w:ascii="Tahoma" w:hAnsi="Tahoma" w:cs="Tahoma"/>
          <w:rtl/>
        </w:rPr>
        <w:t xml:space="preserve"> ه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چ‌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ک</w:t>
      </w:r>
      <w:r w:rsidRPr="0098446D">
        <w:rPr>
          <w:rFonts w:ascii="Tahoma" w:hAnsi="Tahoma" w:cs="Tahoma"/>
          <w:rtl/>
        </w:rPr>
        <w:t xml:space="preserve"> از 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روها</w:t>
      </w:r>
      <w:r w:rsidRPr="0098446D">
        <w:rPr>
          <w:rFonts w:ascii="Tahoma" w:hAnsi="Tahoma" w:cs="Tahoma"/>
          <w:rtl/>
        </w:rPr>
        <w:t xml:space="preserve"> به‌تنها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/>
          <w:rtl/>
        </w:rPr>
        <w:t xml:space="preserve"> قادر به غلبه نبود. اما گلوله‌ا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که در اسفند </w:t>
      </w:r>
      <w:r w:rsidRPr="0098446D">
        <w:rPr>
          <w:rFonts w:ascii="Tahoma" w:hAnsi="Tahoma" w:cs="Tahoma"/>
          <w:rtl/>
          <w:lang w:bidi="fa-IR"/>
        </w:rPr>
        <w:t>۱۳۲۹</w:t>
      </w:r>
      <w:r w:rsidRPr="0098446D">
        <w:rPr>
          <w:rFonts w:ascii="Tahoma" w:hAnsi="Tahoma" w:cs="Tahoma"/>
          <w:rtl/>
        </w:rPr>
        <w:t xml:space="preserve"> رزم‌آرا را از م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ان</w:t>
      </w:r>
      <w:r w:rsidRPr="0098446D">
        <w:rPr>
          <w:rFonts w:ascii="Tahoma" w:hAnsi="Tahoma" w:cs="Tahoma"/>
          <w:rtl/>
        </w:rPr>
        <w:t xml:space="preserve"> برد، تعادل را به‌سرعت تغ</w:t>
      </w:r>
      <w:r w:rsidRPr="0098446D">
        <w:rPr>
          <w:rFonts w:ascii="Tahoma" w:hAnsi="Tahoma" w:cs="Tahoma" w:hint="cs"/>
          <w:rtl/>
        </w:rPr>
        <w:t>یی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/>
          <w:rtl/>
        </w:rPr>
        <w:t xml:space="preserve"> داد و راه را برا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مل</w:t>
      </w:r>
      <w:r w:rsidRPr="0098446D">
        <w:rPr>
          <w:rFonts w:ascii="Tahoma" w:hAnsi="Tahoma" w:cs="Tahoma" w:hint="cs"/>
          <w:rtl/>
        </w:rPr>
        <w:t>ی‌</w:t>
      </w:r>
      <w:r w:rsidRPr="0098446D">
        <w:rPr>
          <w:rFonts w:ascii="Tahoma" w:hAnsi="Tahoma" w:cs="Tahoma" w:hint="eastAsia"/>
          <w:rtl/>
        </w:rPr>
        <w:t>شدن</w:t>
      </w:r>
      <w:r w:rsidRPr="0098446D">
        <w:rPr>
          <w:rFonts w:ascii="Tahoma" w:hAnsi="Tahoma" w:cs="Tahoma"/>
          <w:rtl/>
        </w:rPr>
        <w:t xml:space="preserve"> صنعت نفت و نخست‌وز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محمد مصدق گشود. بار د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گر،</w:t>
      </w:r>
      <w:r w:rsidRPr="0098446D">
        <w:rPr>
          <w:rFonts w:ascii="Tahoma" w:hAnsi="Tahoma" w:cs="Tahoma"/>
          <w:rtl/>
        </w:rPr>
        <w:t xml:space="preserve"> خشونت 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اس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کار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را انجام داد که نهادها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مشرو</w:t>
      </w:r>
      <w:r w:rsidRPr="0098446D">
        <w:rPr>
          <w:rFonts w:ascii="Tahoma" w:hAnsi="Tahoma" w:cs="Tahoma" w:hint="eastAsia"/>
          <w:rtl/>
        </w:rPr>
        <w:t>طه</w:t>
      </w:r>
      <w:r w:rsidRPr="0098446D">
        <w:rPr>
          <w:rFonts w:ascii="Tahoma" w:hAnsi="Tahoma" w:cs="Tahoma"/>
          <w:rtl/>
        </w:rPr>
        <w:t xml:space="preserve"> نتوانسته بودند از راه گفت‌وگو، رأ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و مسئول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 w:hint="eastAsia"/>
          <w:rtl/>
        </w:rPr>
        <w:t>ت</w:t>
      </w:r>
      <w:r w:rsidRPr="0098446D">
        <w:rPr>
          <w:rFonts w:ascii="Tahoma" w:hAnsi="Tahoma" w:cs="Tahoma"/>
          <w:rtl/>
        </w:rPr>
        <w:t xml:space="preserve"> قانون</w:t>
      </w:r>
      <w:r w:rsidRPr="0098446D">
        <w:rPr>
          <w:rFonts w:ascii="Tahoma" w:hAnsi="Tahoma" w:cs="Tahoma" w:hint="cs"/>
          <w:rtl/>
        </w:rPr>
        <w:t>ی</w:t>
      </w:r>
      <w:r w:rsidRPr="0098446D">
        <w:rPr>
          <w:rFonts w:ascii="Tahoma" w:hAnsi="Tahoma" w:cs="Tahoma"/>
          <w:rtl/>
        </w:rPr>
        <w:t xml:space="preserve"> به انجام رسانند.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/>
          <w:rtl/>
        </w:rPr>
        <w:t xml:space="preserve">رزم‌آرا در شانزدهم اسفند </w:t>
      </w:r>
      <w:r w:rsidRPr="006179EA">
        <w:rPr>
          <w:rFonts w:ascii="Tahoma" w:hAnsi="Tahoma" w:cs="Tahoma"/>
          <w:rtl/>
          <w:lang w:bidi="fa-IR"/>
        </w:rPr>
        <w:t>۱۳۲۹</w:t>
      </w:r>
      <w:r w:rsidRPr="006179EA">
        <w:rPr>
          <w:rFonts w:ascii="Tahoma" w:hAnsi="Tahoma" w:cs="Tahoma"/>
          <w:rtl/>
        </w:rPr>
        <w:t>، هنگام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شرکت در مجلس ختم آ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ت‌الله</w:t>
      </w:r>
      <w:r w:rsidRPr="006179EA">
        <w:rPr>
          <w:rFonts w:ascii="Tahoma" w:hAnsi="Tahoma" w:cs="Tahoma"/>
          <w:rtl/>
        </w:rPr>
        <w:t xml:space="preserve"> 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ض</w:t>
      </w:r>
      <w:r w:rsidRPr="006179EA">
        <w:rPr>
          <w:rFonts w:ascii="Tahoma" w:hAnsi="Tahoma" w:cs="Tahoma"/>
          <w:rtl/>
        </w:rPr>
        <w:t xml:space="preserve"> وارد مسجد شاه شده بود، به دست خل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طهماسب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از اعضا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فدائ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اسلام، هدف گلوله قرار گرفت و کشته شد. ترور او تنها حذف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نبود. با مرگ رزم‌آرا، مهم‌تر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مانع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eastAsia"/>
          <w:rtl/>
        </w:rPr>
        <w:t>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صنعت نفت از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رفت و تعادل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/>
          <w:rtl/>
        </w:rPr>
        <w:t xml:space="preserve"> ناگهان به سود جبههٔ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هواداران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کرد.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رزم‌آرا</w:t>
      </w:r>
      <w:r w:rsidRPr="006179EA">
        <w:rPr>
          <w:rFonts w:ascii="Tahoma" w:hAnsi="Tahoma" w:cs="Tahoma"/>
          <w:rtl/>
        </w:rPr>
        <w:t xml:space="preserve"> با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مخالفت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 xml:space="preserve"> و توان فن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ادار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ادارهٔ مستقل صنعت نفت کاف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</w:t>
      </w:r>
      <w:r w:rsidRPr="006179EA">
        <w:rPr>
          <w:rFonts w:ascii="Tahoma" w:hAnsi="Tahoma" w:cs="Tahoma"/>
          <w:rtl/>
        </w:rPr>
        <w:t>. مخالفانش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سخنان را نه ارز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فن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بلکه تسل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در برابر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و تحق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توانا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ملت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دانستند</w:t>
      </w:r>
      <w:r w:rsidRPr="006179EA">
        <w:rPr>
          <w:rFonts w:ascii="Tahoma" w:hAnsi="Tahoma" w:cs="Tahoma"/>
          <w:rtl/>
        </w:rPr>
        <w:t>. در فضا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ملتهب آن روزگار، مخالفت با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به‌آسان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انت</w:t>
      </w:r>
      <w:r w:rsidRPr="006179EA">
        <w:rPr>
          <w:rFonts w:ascii="Tahoma" w:hAnsi="Tahoma" w:cs="Tahoma"/>
          <w:rtl/>
        </w:rPr>
        <w:t xml:space="preserve"> به کشور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کسان</w:t>
      </w:r>
      <w:r w:rsidRPr="006179EA">
        <w:rPr>
          <w:rFonts w:ascii="Tahoma" w:hAnsi="Tahoma" w:cs="Tahoma"/>
          <w:rtl/>
        </w:rPr>
        <w:t xml:space="preserve"> گرفته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</w:t>
      </w:r>
      <w:r w:rsidRPr="006179EA">
        <w:rPr>
          <w:rFonts w:ascii="Tahoma" w:hAnsi="Tahoma" w:cs="Tahoma"/>
          <w:rtl/>
        </w:rPr>
        <w:t>. هنگام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مسئله‌ا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مع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تشخ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ص</w:t>
      </w:r>
      <w:r w:rsidRPr="006179EA">
        <w:rPr>
          <w:rFonts w:ascii="Tahoma" w:hAnsi="Tahoma" w:cs="Tahoma"/>
          <w:rtl/>
        </w:rPr>
        <w:t xml:space="preserve"> وطن‌دوست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انت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شود، گفت‌وگو دشوار و حذف مخالف آسان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شود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فدائ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اسلام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ترور را 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رفتند</w:t>
      </w:r>
      <w:r w:rsidRPr="006179EA">
        <w:rPr>
          <w:rFonts w:ascii="Tahoma" w:hAnsi="Tahoma" w:cs="Tahoma"/>
          <w:rtl/>
        </w:rPr>
        <w:t xml:space="preserve"> و خل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طهماسب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به‌عنوان قاتل بازداشت شد. اما اهم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حادثه فقط به گروه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ماشه را کش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محدود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</w:t>
      </w:r>
      <w:r w:rsidRPr="006179EA">
        <w:rPr>
          <w:rFonts w:ascii="Tahoma" w:hAnsi="Tahoma" w:cs="Tahoma"/>
          <w:rtl/>
        </w:rPr>
        <w:t>. بخش‌ها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از جبههٔ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مذهب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مخالفان رزم‌آرا از مرگ او سود بردند و برخ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آشکارا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به‌طور ضمن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آن را خ</w:t>
      </w:r>
      <w:r w:rsidRPr="006179EA">
        <w:rPr>
          <w:rFonts w:ascii="Tahoma" w:hAnsi="Tahoma" w:cs="Tahoma" w:hint="eastAsia"/>
          <w:rtl/>
        </w:rPr>
        <w:t>دمت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دانستند. خشونت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بار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مانع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از سر راه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برداشته بود.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داد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تناقض‌ها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مهم نهضت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را آشکار کرد. جنبش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خواهان حاکم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ملت، استقلال کشور و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قانون بود، در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حساس‌تر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مراحل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از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جهٔ</w:t>
      </w:r>
      <w:r w:rsidRPr="006179EA">
        <w:rPr>
          <w:rFonts w:ascii="Tahoma" w:hAnsi="Tahoma" w:cs="Tahoma"/>
          <w:rtl/>
        </w:rPr>
        <w:t xml:space="preserve"> عمل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ترور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بهره‌مند شد که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رون</w:t>
      </w:r>
      <w:r w:rsidRPr="006179EA">
        <w:rPr>
          <w:rFonts w:ascii="Tahoma" w:hAnsi="Tahoma" w:cs="Tahoma"/>
          <w:rtl/>
        </w:rPr>
        <w:t xml:space="preserve"> از قانون صورت گرفته بود. حت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اگر رهبران جبههٔ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ط</w:t>
      </w:r>
      <w:r w:rsidRPr="006179EA">
        <w:rPr>
          <w:rFonts w:ascii="Tahoma" w:hAnsi="Tahoma" w:cs="Tahoma" w:hint="eastAsia"/>
          <w:rtl/>
        </w:rPr>
        <w:t>راح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ترور نقش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نداشتند، حذف رزم‌آرا فضا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لازم را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ع</w:t>
      </w:r>
      <w:r w:rsidRPr="006179EA">
        <w:rPr>
          <w:rFonts w:ascii="Tahoma" w:hAnsi="Tahoma" w:cs="Tahoma"/>
          <w:rtl/>
        </w:rPr>
        <w:t xml:space="preserve"> طرح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فراهم کرد. از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پس، فدائ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اسلام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توانستند</w:t>
      </w:r>
      <w:r w:rsidRPr="006179EA">
        <w:rPr>
          <w:rFonts w:ascii="Tahoma" w:hAnsi="Tahoma" w:cs="Tahoma"/>
          <w:rtl/>
        </w:rPr>
        <w:t xml:space="preserve"> ادعا کنند که گلولهٔ آنان راه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را گشوده است و در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</w:t>
      </w:r>
      <w:r w:rsidRPr="006179EA">
        <w:rPr>
          <w:rFonts w:ascii="Tahoma" w:hAnsi="Tahoma" w:cs="Tahoma"/>
          <w:rtl/>
        </w:rPr>
        <w:t xml:space="preserve">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در تع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حکومت سهم داشته باشند.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چند</w:t>
      </w:r>
      <w:r w:rsidRPr="006179EA">
        <w:rPr>
          <w:rFonts w:ascii="Tahoma" w:hAnsi="Tahoma" w:cs="Tahoma"/>
          <w:rtl/>
        </w:rPr>
        <w:t xml:space="preserve"> روز پس از کشته‌شدن رزم‌آرا، کم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ون</w:t>
      </w:r>
      <w:r w:rsidRPr="006179EA">
        <w:rPr>
          <w:rFonts w:ascii="Tahoma" w:hAnsi="Tahoma" w:cs="Tahoma"/>
          <w:rtl/>
        </w:rPr>
        <w:t xml:space="preserve"> نفت مجلس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شنهاد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صنعت نفت در سراسر کشور را تصو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/>
          <w:rtl/>
        </w:rPr>
        <w:t xml:space="preserve"> کرد. مجلس شورا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سپس مجلس سنا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آن را 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رفتند</w:t>
      </w:r>
      <w:r w:rsidRPr="006179EA">
        <w:rPr>
          <w:rFonts w:ascii="Tahoma" w:hAnsi="Tahoma" w:cs="Tahoma"/>
          <w:rtl/>
        </w:rPr>
        <w:t xml:space="preserve">. در </w:t>
      </w:r>
      <w:r w:rsidRPr="006179EA">
        <w:rPr>
          <w:rFonts w:ascii="Tahoma" w:hAnsi="Tahoma" w:cs="Tahoma"/>
          <w:rtl/>
          <w:lang w:bidi="fa-IR"/>
        </w:rPr>
        <w:t>۲۹</w:t>
      </w:r>
      <w:r w:rsidRPr="006179EA">
        <w:rPr>
          <w:rFonts w:ascii="Tahoma" w:hAnsi="Tahoma" w:cs="Tahoma"/>
          <w:rtl/>
        </w:rPr>
        <w:t xml:space="preserve"> اسفند </w:t>
      </w:r>
      <w:r w:rsidRPr="006179EA">
        <w:rPr>
          <w:rFonts w:ascii="Tahoma" w:hAnsi="Tahoma" w:cs="Tahoma"/>
          <w:rtl/>
          <w:lang w:bidi="fa-IR"/>
        </w:rPr>
        <w:t>۱۳۲۹</w:t>
      </w:r>
      <w:r w:rsidRPr="006179EA">
        <w:rPr>
          <w:rFonts w:ascii="Tahoma" w:hAnsi="Tahoma" w:cs="Tahoma"/>
          <w:rtl/>
        </w:rPr>
        <w:t>، اصل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صنعت نفت به قانون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شد.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تا چند ماه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با مخالفت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eastAsia"/>
          <w:rtl/>
        </w:rPr>
        <w:t>ترد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رجال و فشار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روبه‌رو بود، اکنون به خواست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شده بود که مخالفت آشکار با آن تقر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باً</w:t>
      </w:r>
      <w:r w:rsidRPr="006179EA">
        <w:rPr>
          <w:rFonts w:ascii="Tahoma" w:hAnsi="Tahoma" w:cs="Tahoma"/>
          <w:rtl/>
        </w:rPr>
        <w:t xml:space="preserve"> ناممکن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نمود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معدود لحظات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 که بخش‌ها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بزرگ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جامعهٔ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ران،</w:t>
      </w:r>
      <w:r w:rsidRPr="006179EA">
        <w:rPr>
          <w:rFonts w:ascii="Tahoma" w:hAnsi="Tahoma" w:cs="Tahoma"/>
          <w:rtl/>
        </w:rPr>
        <w:t xml:space="preserve"> با انگ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زه‌ها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متفاوت، در کنار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قرار گرفتند.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آن را بازپس‌گرفتن استقلال کشور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دانستند</w:t>
      </w:r>
      <w:r w:rsidRPr="006179EA">
        <w:rPr>
          <w:rFonts w:ascii="Tahoma" w:hAnsi="Tahoma" w:cs="Tahoma"/>
          <w:rtl/>
        </w:rPr>
        <w:t>. بازار و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از مبارزه با نفوذ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کردند</w:t>
      </w:r>
      <w:r w:rsidRPr="006179EA">
        <w:rPr>
          <w:rFonts w:ascii="Tahoma" w:hAnsi="Tahoma" w:cs="Tahoma"/>
          <w:rtl/>
        </w:rPr>
        <w:t>. کارگران و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چپ </w:t>
      </w:r>
      <w:r w:rsidRPr="006179EA">
        <w:rPr>
          <w:rFonts w:ascii="Tahoma" w:hAnsi="Tahoma" w:cs="Tahoma" w:hint="eastAsia"/>
          <w:rtl/>
        </w:rPr>
        <w:t>آن</w:t>
      </w:r>
      <w:r w:rsidRPr="006179EA">
        <w:rPr>
          <w:rFonts w:ascii="Tahoma" w:hAnsi="Tahoma" w:cs="Tahoma"/>
          <w:rtl/>
        </w:rPr>
        <w:t xml:space="preserve"> را اقدام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عل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</w:t>
      </w:r>
      <w:r w:rsidRPr="006179EA">
        <w:rPr>
          <w:rFonts w:ascii="Tahoma" w:hAnsi="Tahoma" w:cs="Tahoma"/>
          <w:rtl/>
        </w:rPr>
        <w:t xml:space="preserve"> سرما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ه‌دار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شمردند</w:t>
      </w:r>
      <w:r w:rsidRPr="006179EA">
        <w:rPr>
          <w:rFonts w:ascii="Tahoma" w:hAnsi="Tahoma" w:cs="Tahoma"/>
          <w:rtl/>
        </w:rPr>
        <w:t>. دربار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در برابر موج عموم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مخالفت کند، هرچند از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قدرت مصدق و جبههٔ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نگران بود.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اتحاد، مانند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شتر</w:t>
      </w:r>
      <w:r w:rsidRPr="006179EA">
        <w:rPr>
          <w:rFonts w:ascii="Tahoma" w:hAnsi="Tahoma" w:cs="Tahoma"/>
          <w:rtl/>
        </w:rPr>
        <w:t xml:space="preserve"> ائتلاف‌ها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ران،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از آنکه بر توافق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مشترک دربارهٔ آ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نده</w:t>
      </w:r>
      <w:r w:rsidRPr="006179EA">
        <w:rPr>
          <w:rFonts w:ascii="Tahoma" w:hAnsi="Tahoma" w:cs="Tahoma"/>
          <w:rtl/>
        </w:rPr>
        <w:t xml:space="preserve"> استوار باشد، بر مخالفت با دشمن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مشترک بنا شده بود. همه با شرکت نفت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و انگل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</w:t>
      </w:r>
      <w:r w:rsidRPr="006179EA">
        <w:rPr>
          <w:rFonts w:ascii="Tahoma" w:hAnsi="Tahoma" w:cs="Tahoma"/>
          <w:rtl/>
        </w:rPr>
        <w:t xml:space="preserve"> و دخالت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مخالف بودند، اما دربارهٔ ادارهٔ صنعت نفت پس از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شدن،</w:t>
      </w:r>
      <w:r w:rsidRPr="006179EA">
        <w:rPr>
          <w:rFonts w:ascii="Tahoma" w:hAnsi="Tahoma" w:cs="Tahoma"/>
          <w:rtl/>
        </w:rPr>
        <w:t xml:space="preserve"> چگونگ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جبران خسارت شرکت، رابطه با دولت‌ها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غرب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حدود قدرت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ر،</w:t>
      </w:r>
      <w:r w:rsidRPr="006179EA">
        <w:rPr>
          <w:rFonts w:ascii="Tahoma" w:hAnsi="Tahoma" w:cs="Tahoma"/>
          <w:rtl/>
        </w:rPr>
        <w:t xml:space="preserve"> نقش شاه و جا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گاه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توافق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نداشتند. تا زمان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دشمن مشترک در برابر آنان قرار داشت،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اختلاف‌ها پنهان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ماند؛</w:t>
      </w:r>
      <w:r w:rsidRPr="006179EA">
        <w:rPr>
          <w:rFonts w:ascii="Tahoma" w:hAnsi="Tahoma" w:cs="Tahoma"/>
          <w:rtl/>
        </w:rPr>
        <w:t xml:space="preserve"> اما با آغاز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قانون،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پس از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آشکار شد.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پس</w:t>
      </w:r>
      <w:r w:rsidRPr="006179EA">
        <w:rPr>
          <w:rFonts w:ascii="Tahoma" w:hAnsi="Tahoma" w:cs="Tahoma"/>
          <w:rtl/>
        </w:rPr>
        <w:t xml:space="preserve"> از رزم‌آرا، حس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علاء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مدت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کوتاه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شد. او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وانسالار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باتجربه و نزد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به دربار بود، اما در برابر موج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و فشار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توان تشک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دولت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دار</w:t>
      </w:r>
      <w:r w:rsidRPr="006179EA">
        <w:rPr>
          <w:rFonts w:ascii="Tahoma" w:hAnsi="Tahoma" w:cs="Tahoma"/>
          <w:rtl/>
        </w:rPr>
        <w:t xml:space="preserve"> نداشت. کناره‌گ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او بار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نشان داد که شاه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تواند</w:t>
      </w:r>
      <w:r w:rsidRPr="006179EA">
        <w:rPr>
          <w:rFonts w:ascii="Tahoma" w:hAnsi="Tahoma" w:cs="Tahoma"/>
          <w:rtl/>
        </w:rPr>
        <w:t xml:space="preserve"> فقط با انتصاب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رجال مورد اع</w:t>
      </w:r>
      <w:r w:rsidRPr="006179EA">
        <w:rPr>
          <w:rFonts w:ascii="Tahoma" w:hAnsi="Tahoma" w:cs="Tahoma" w:hint="eastAsia"/>
          <w:rtl/>
        </w:rPr>
        <w:t>تماد</w:t>
      </w:r>
      <w:r w:rsidRPr="006179EA">
        <w:rPr>
          <w:rFonts w:ascii="Tahoma" w:hAnsi="Tahoma" w:cs="Tahoma"/>
          <w:rtl/>
        </w:rPr>
        <w:t xml:space="preserve"> خود بحران را حل کند.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براساس قانون به شاه تعلق داشت، اما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مجلس و افکار عموم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نداشت، قادر به ادارهٔ کشور نبود.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چن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وضع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شنهاد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محمد مصدق در مجلس مطرح شد. مصدق 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رفتن</w:t>
      </w:r>
      <w:r w:rsidRPr="006179EA">
        <w:rPr>
          <w:rFonts w:ascii="Tahoma" w:hAnsi="Tahoma" w:cs="Tahoma"/>
          <w:rtl/>
        </w:rPr>
        <w:t xml:space="preserve"> مقام را به تصو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/>
          <w:rtl/>
        </w:rPr>
        <w:t xml:space="preserve"> قانون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صنعت نفت وابسته کرد. او در ارد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بهشت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/>
          <w:rtl/>
          <w:lang w:bidi="fa-IR"/>
        </w:rPr>
        <w:t>۱۳۳۰</w:t>
      </w:r>
      <w:r w:rsidRPr="006179EA">
        <w:rPr>
          <w:rFonts w:ascii="Tahoma" w:hAnsi="Tahoma" w:cs="Tahoma"/>
          <w:rtl/>
        </w:rPr>
        <w:t xml:space="preserve"> به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و برنامهٔ دولت خود را بر دو محور قرار داد: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قانون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و اصلاح قانون انتخا</w:t>
      </w:r>
      <w:r w:rsidRPr="006179EA">
        <w:rPr>
          <w:rFonts w:ascii="Tahoma" w:hAnsi="Tahoma" w:cs="Tahoma" w:hint="eastAsia"/>
          <w:rtl/>
        </w:rPr>
        <w:t>بات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 از آغاز با دولت‌ها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از او تفاوت داشت. او فقط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رجال منصوب شاه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برگز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دهٔ</w:t>
      </w:r>
      <w:r w:rsidRPr="006179EA">
        <w:rPr>
          <w:rFonts w:ascii="Tahoma" w:hAnsi="Tahoma" w:cs="Tahoma"/>
          <w:rtl/>
        </w:rPr>
        <w:t xml:space="preserve"> فراکس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ون‌ها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مجلس نبود. پشت سر او جنبش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قرار داشت که از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بخش‌ها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بزرگ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مردم، بازار، مطبوعات، دانشجو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ان،</w:t>
      </w:r>
      <w:r w:rsidRPr="006179EA">
        <w:rPr>
          <w:rFonts w:ascii="Tahoma" w:hAnsi="Tahoma" w:cs="Tahoma"/>
          <w:rtl/>
        </w:rPr>
        <w:t xml:space="preserve"> گروه‌ها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چون 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برخ</w:t>
      </w:r>
      <w:r w:rsidRPr="006179EA">
        <w:rPr>
          <w:rFonts w:ascii="Tahoma" w:hAnsi="Tahoma" w:cs="Tahoma" w:hint="eastAsia"/>
          <w:rtl/>
        </w:rPr>
        <w:t>وردار</w:t>
      </w:r>
      <w:r w:rsidRPr="006179EA">
        <w:rPr>
          <w:rFonts w:ascii="Tahoma" w:hAnsi="Tahoma" w:cs="Tahoma"/>
          <w:rtl/>
        </w:rPr>
        <w:t xml:space="preserve"> بود. قدرت او تنها از فرمان شاه و رأ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اعتماد مجلس سرچشمه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گرفت؛</w:t>
      </w:r>
      <w:r w:rsidRPr="006179EA">
        <w:rPr>
          <w:rFonts w:ascii="Tahoma" w:hAnsi="Tahoma" w:cs="Tahoma"/>
          <w:rtl/>
        </w:rPr>
        <w:t xml:space="preserve">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و افکار عموم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سرچشمه‌ا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تازه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قدرت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او پد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آورده بودند.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امر توازن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ش‌ب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شده</w:t>
      </w:r>
      <w:r w:rsidRPr="006179EA">
        <w:rPr>
          <w:rFonts w:ascii="Tahoma" w:hAnsi="Tahoma" w:cs="Tahoma"/>
          <w:rtl/>
        </w:rPr>
        <w:t xml:space="preserve"> در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ده‌تر</w:t>
      </w:r>
      <w:r w:rsidRPr="006179EA">
        <w:rPr>
          <w:rFonts w:ascii="Tahoma" w:hAnsi="Tahoma" w:cs="Tahoma"/>
          <w:rtl/>
        </w:rPr>
        <w:t xml:space="preserve"> کرد. قانون، شاه را در رأس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قرار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داد</w:t>
      </w:r>
      <w:r w:rsidRPr="006179EA">
        <w:rPr>
          <w:rFonts w:ascii="Tahoma" w:hAnsi="Tahoma" w:cs="Tahoma"/>
          <w:rtl/>
        </w:rPr>
        <w:t xml:space="preserve"> و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در برابر مجلس مسئول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ساخت</w:t>
      </w:r>
      <w:r w:rsidRPr="006179EA">
        <w:rPr>
          <w:rFonts w:ascii="Tahoma" w:hAnsi="Tahoma" w:cs="Tahoma"/>
          <w:rtl/>
        </w:rPr>
        <w:t>. اما اکنون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 سر کار آمده بود که خود را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ندهٔ</w:t>
      </w:r>
      <w:r w:rsidRPr="006179EA">
        <w:rPr>
          <w:rFonts w:ascii="Tahoma" w:hAnsi="Tahoma" w:cs="Tahoma"/>
          <w:rtl/>
        </w:rPr>
        <w:t xml:space="preserve"> جنبش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</w:t>
      </w:r>
      <w:r w:rsidRPr="006179EA">
        <w:rPr>
          <w:rFonts w:ascii="Tahoma" w:hAnsi="Tahoma" w:cs="Tahoma"/>
          <w:rtl/>
        </w:rPr>
        <w:t xml:space="preserve"> و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علاوه بر مجلس، مستق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>ماً به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مردم استناد کند. اگر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او و شاه اختلاف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آمد،</w:t>
      </w:r>
      <w:r w:rsidRPr="006179EA">
        <w:rPr>
          <w:rFonts w:ascii="Tahoma" w:hAnsi="Tahoma" w:cs="Tahoma"/>
          <w:rtl/>
        </w:rPr>
        <w:t xml:space="preserve"> مسئله فقط اختلاف رئ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س‌الوزرا</w:t>
      </w:r>
      <w:r w:rsidRPr="006179EA">
        <w:rPr>
          <w:rFonts w:ascii="Tahoma" w:hAnsi="Tahoma" w:cs="Tahoma"/>
          <w:rtl/>
        </w:rPr>
        <w:t xml:space="preserve"> با رئ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</w:t>
      </w:r>
      <w:r w:rsidRPr="006179EA">
        <w:rPr>
          <w:rFonts w:ascii="Tahoma" w:hAnsi="Tahoma" w:cs="Tahoma"/>
          <w:rtl/>
        </w:rPr>
        <w:t xml:space="preserve">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نبود؛ اختلاف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دو سرچشمهٔ حقان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حکمران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بود: سلطنت قانون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سو و جنبش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سو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مصدق</w:t>
      </w:r>
      <w:r w:rsidRPr="006179EA">
        <w:rPr>
          <w:rFonts w:ascii="Tahoma" w:hAnsi="Tahoma" w:cs="Tahoma"/>
          <w:rtl/>
        </w:rPr>
        <w:t xml:space="preserve"> در آغاز پادشاه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محمدرضاشاه را نف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>. او به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نظام مشروطه وفادار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نشان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داد،</w:t>
      </w:r>
      <w:r w:rsidRPr="006179EA">
        <w:rPr>
          <w:rFonts w:ascii="Tahoma" w:hAnsi="Tahoma" w:cs="Tahoma"/>
          <w:rtl/>
        </w:rPr>
        <w:t xml:space="preserve"> اما قانون را به صورت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تفس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 xml:space="preserve"> که قدرت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ادارهٔ کشور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در دست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برخوردار از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مجلس باشد.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همان تفس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 که شعار «شاه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سلطنت </w:t>
      </w:r>
      <w:r w:rsidRPr="006179EA">
        <w:rPr>
          <w:rFonts w:ascii="Tahoma" w:hAnsi="Tahoma" w:cs="Tahoma" w:hint="eastAsia"/>
          <w:rtl/>
        </w:rPr>
        <w:t>کند،</w:t>
      </w:r>
      <w:r w:rsidRPr="006179EA">
        <w:rPr>
          <w:rFonts w:ascii="Tahoma" w:hAnsi="Tahoma" w:cs="Tahoma"/>
          <w:rtl/>
        </w:rPr>
        <w:t xml:space="preserve"> نه حکومت» از آن سرچشمه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گرفت</w:t>
      </w:r>
      <w:r w:rsidRPr="006179EA">
        <w:rPr>
          <w:rFonts w:ascii="Tahoma" w:hAnsi="Tahoma" w:cs="Tahoma"/>
          <w:rtl/>
        </w:rPr>
        <w:t>. مشکل آن بود که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تعب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با متن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که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به شاه واگذار کرده بود، انطباق کامل نداشت.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بنابرا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ن،</w:t>
      </w:r>
      <w:r w:rsidRPr="006179EA">
        <w:rPr>
          <w:rFonts w:ascii="Tahoma" w:hAnsi="Tahoma" w:cs="Tahoma"/>
          <w:rtl/>
        </w:rPr>
        <w:t xml:space="preserve"> اختلاف مصدق و محمدرضاشاه را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</w:t>
      </w:r>
      <w:r w:rsidRPr="006179EA">
        <w:rPr>
          <w:rFonts w:ascii="Tahoma" w:hAnsi="Tahoma" w:cs="Tahoma"/>
          <w:rtl/>
        </w:rPr>
        <w:t xml:space="preserve"> صرفاً به نبرد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دموکراس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استبداد فروکاست. شاه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دخالت خود در امور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به متن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استناد کند. مصدق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در برابر مجلس و ضرورت برخوردار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دولت از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eastAsia"/>
          <w:rtl/>
        </w:rPr>
        <w:t>را</w:t>
      </w:r>
      <w:r w:rsidRPr="006179EA">
        <w:rPr>
          <w:rFonts w:ascii="Tahoma" w:hAnsi="Tahoma" w:cs="Tahoma"/>
          <w:rtl/>
        </w:rPr>
        <w:t xml:space="preserve"> دل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موضع خود بداند. قانون دو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هٔ</w:t>
      </w:r>
      <w:r w:rsidRPr="006179EA">
        <w:rPr>
          <w:rFonts w:ascii="Tahoma" w:hAnsi="Tahoma" w:cs="Tahoma"/>
          <w:rtl/>
        </w:rPr>
        <w:t xml:space="preserve"> قدرت پد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آورده بود، ب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آنکه</w:t>
      </w:r>
      <w:r w:rsidRPr="006179EA">
        <w:rPr>
          <w:rFonts w:ascii="Tahoma" w:hAnsi="Tahoma" w:cs="Tahoma"/>
          <w:rtl/>
        </w:rPr>
        <w:t xml:space="preserve"> در هنگام برخورد آنها راه‌حل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روشن و قطع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ارائه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آغاز، مسئلهٔ نفت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اختلاف را به حاش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</w:t>
      </w:r>
      <w:r w:rsidRPr="006179EA">
        <w:rPr>
          <w:rFonts w:ascii="Tahoma" w:hAnsi="Tahoma" w:cs="Tahoma"/>
          <w:rtl/>
        </w:rPr>
        <w:t xml:space="preserve"> راند. قانون نه‌ماده‌ا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نفت، دولت را موظف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 xml:space="preserve"> تأس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سات</w:t>
      </w:r>
      <w:r w:rsidRPr="006179EA">
        <w:rPr>
          <w:rFonts w:ascii="Tahoma" w:hAnsi="Tahoma" w:cs="Tahoma"/>
          <w:rtl/>
        </w:rPr>
        <w:t xml:space="preserve"> شرکت نفت را در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رد،</w:t>
      </w:r>
      <w:r w:rsidRPr="006179EA">
        <w:rPr>
          <w:rFonts w:ascii="Tahoma" w:hAnsi="Tahoma" w:cs="Tahoma"/>
          <w:rtl/>
        </w:rPr>
        <w:t xml:space="preserve"> 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ئت‌مد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رهٔ</w:t>
      </w:r>
      <w:r w:rsidRPr="006179EA">
        <w:rPr>
          <w:rFonts w:ascii="Tahoma" w:hAnsi="Tahoma" w:cs="Tahoma"/>
          <w:rtl/>
        </w:rPr>
        <w:t xml:space="preserve"> موقت تع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کند، درآمدها را جمع‌آور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و حقوق خر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داران</w:t>
      </w:r>
      <w:r w:rsidRPr="006179EA">
        <w:rPr>
          <w:rFonts w:ascii="Tahoma" w:hAnsi="Tahoma" w:cs="Tahoma"/>
          <w:rtl/>
        </w:rPr>
        <w:t xml:space="preserve"> و کارکنان را تنظ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کند. دولت مصدق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قانون را آغاز کرد و 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ئت</w:t>
      </w:r>
      <w:r w:rsidRPr="006179EA">
        <w:rPr>
          <w:rFonts w:ascii="Tahoma" w:hAnsi="Tahoma" w:cs="Tahoma"/>
          <w:rtl/>
        </w:rPr>
        <w:t xml:space="preserve"> خلع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به جنوب رفت. پرچم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بر تأس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سات</w:t>
      </w:r>
      <w:r w:rsidRPr="006179EA">
        <w:rPr>
          <w:rFonts w:ascii="Tahoma" w:hAnsi="Tahoma" w:cs="Tahoma"/>
          <w:rtl/>
        </w:rPr>
        <w:t xml:space="preserve"> نفت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برافراشته شد و ادارهٔ شرکت از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رون</w:t>
      </w:r>
      <w:r w:rsidRPr="006179EA">
        <w:rPr>
          <w:rFonts w:ascii="Tahoma" w:hAnsi="Tahoma" w:cs="Tahoma"/>
          <w:rtl/>
        </w:rPr>
        <w:t xml:space="preserve"> آمد.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جامعهٔ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صحنه نماد بازپس‌گرفتن مالک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کشور بود. پس از دهه‌ها نفوذ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نخست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ن‌بار</w:t>
      </w:r>
      <w:r w:rsidRPr="006179EA">
        <w:rPr>
          <w:rFonts w:ascii="Tahoma" w:hAnsi="Tahoma" w:cs="Tahoma"/>
          <w:rtl/>
        </w:rPr>
        <w:t xml:space="preserve"> به نظر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که حکومت، مجلس و ملت در برابر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بزرگ‌تر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قدرت‌ها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جهان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ستاده‌اند</w:t>
      </w:r>
      <w:r w:rsidRPr="006179EA">
        <w:rPr>
          <w:rFonts w:ascii="Tahoma" w:hAnsi="Tahoma" w:cs="Tahoma"/>
          <w:rtl/>
        </w:rPr>
        <w:t>. محبوب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مصدق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</w:t>
      </w:r>
      <w:r w:rsidRPr="006179EA">
        <w:rPr>
          <w:rFonts w:ascii="Tahoma" w:hAnsi="Tahoma" w:cs="Tahoma"/>
          <w:rtl/>
        </w:rPr>
        <w:t xml:space="preserve"> و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از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است</w:t>
      </w:r>
      <w:r w:rsidRPr="006179EA">
        <w:rPr>
          <w:rFonts w:ascii="Tahoma" w:hAnsi="Tahoma" w:cs="Tahoma"/>
          <w:rtl/>
        </w:rPr>
        <w:t xml:space="preserve">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جن</w:t>
      </w:r>
      <w:r w:rsidRPr="006179EA">
        <w:rPr>
          <w:rFonts w:ascii="Tahoma" w:hAnsi="Tahoma" w:cs="Tahoma" w:hint="eastAsia"/>
          <w:rtl/>
        </w:rPr>
        <w:t>بش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استقلال و ح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ث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اما</w:t>
      </w:r>
      <w:r w:rsidRPr="006179EA">
        <w:rPr>
          <w:rFonts w:ascii="Tahoma" w:hAnsi="Tahoma" w:cs="Tahoma"/>
          <w:rtl/>
        </w:rPr>
        <w:t xml:space="preserve">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را نپذ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رفت</w:t>
      </w:r>
      <w:r w:rsidRPr="006179EA">
        <w:rPr>
          <w:rFonts w:ascii="Tahoma" w:hAnsi="Tahoma" w:cs="Tahoma"/>
          <w:rtl/>
        </w:rPr>
        <w:t>. کارکنان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از تأس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سات</w:t>
      </w:r>
      <w:r w:rsidRPr="006179EA">
        <w:rPr>
          <w:rFonts w:ascii="Tahoma" w:hAnsi="Tahoma" w:cs="Tahoma"/>
          <w:rtl/>
        </w:rPr>
        <w:t xml:space="preserve"> خارج شدند، فروش نفت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با مانع روبه‌رو شد و فشارها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حقوق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 دولت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</w:t>
      </w:r>
      <w:r w:rsidRPr="006179EA">
        <w:rPr>
          <w:rFonts w:ascii="Tahoma" w:hAnsi="Tahoma" w:cs="Tahoma"/>
          <w:rtl/>
        </w:rPr>
        <w:t>.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از خر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نفت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جلوگ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کند و درآمد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حکومت به‌شدت کاهش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</w:t>
      </w:r>
      <w:r w:rsidRPr="006179EA">
        <w:rPr>
          <w:rFonts w:ascii="Tahoma" w:hAnsi="Tahoma" w:cs="Tahoma"/>
          <w:rtl/>
        </w:rPr>
        <w:t>. مسئله‌ا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</w:t>
      </w: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آغاز به صورت نزاع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 سر مالک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و درآمد نفت مطرح شده بود، به محاصره‌ا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نبرد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ن‌الملل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دولت</w:t>
      </w:r>
      <w:r w:rsidRPr="006179EA">
        <w:rPr>
          <w:rFonts w:ascii="Tahoma" w:hAnsi="Tahoma" w:cs="Tahoma"/>
          <w:rtl/>
        </w:rPr>
        <w:t xml:space="preserve"> مصدق 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دوار</w:t>
      </w:r>
      <w:r w:rsidRPr="006179EA">
        <w:rPr>
          <w:rFonts w:ascii="Tahoma" w:hAnsi="Tahoma" w:cs="Tahoma"/>
          <w:rtl/>
        </w:rPr>
        <w:t xml:space="preserve"> بود بتواند اصل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را تثب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کند و سپس دربارهٔ غرامت و ادامهٔ فروش نفت به توافق برسد. اما دو طرف از دو نقطهٔ متفاوت به مذاکره نگاه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کردند</w:t>
      </w:r>
      <w:r w:rsidRPr="006179EA">
        <w:rPr>
          <w:rFonts w:ascii="Tahoma" w:hAnsi="Tahoma" w:cs="Tahoma"/>
          <w:rtl/>
        </w:rPr>
        <w:t>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ابتدا اصل مالک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و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بپذ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رد؛</w:t>
      </w:r>
      <w:r w:rsidRPr="006179EA">
        <w:rPr>
          <w:rFonts w:ascii="Tahoma" w:hAnsi="Tahoma" w:cs="Tahoma"/>
          <w:rtl/>
        </w:rPr>
        <w:t xml:space="preserve">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ترت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>جاد شود که کنترل عمل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منافع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شرکت از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نرود. هر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شنهاد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از نظر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سازش محسوب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شد،</w:t>
      </w:r>
      <w:r w:rsidRPr="006179EA">
        <w:rPr>
          <w:rFonts w:ascii="Tahoma" w:hAnsi="Tahoma" w:cs="Tahoma"/>
          <w:rtl/>
        </w:rPr>
        <w:t xml:space="preserve"> از نظر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عقب‌نش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اصل بن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بود.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الات</w:t>
      </w:r>
      <w:r w:rsidRPr="006179EA">
        <w:rPr>
          <w:rFonts w:ascii="Tahoma" w:hAnsi="Tahoma" w:cs="Tahoma"/>
          <w:rtl/>
        </w:rPr>
        <w:t xml:space="preserve"> متحده در آغاز 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دو طرف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کند. دولت آمر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کا</w:t>
      </w:r>
      <w:r w:rsidRPr="006179EA">
        <w:rPr>
          <w:rFonts w:ascii="Tahoma" w:hAnsi="Tahoma" w:cs="Tahoma"/>
          <w:rtl/>
        </w:rPr>
        <w:t xml:space="preserve"> از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سو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ا،</w:t>
      </w:r>
      <w:r w:rsidRPr="006179EA">
        <w:rPr>
          <w:rFonts w:ascii="Tahoma" w:hAnsi="Tahoma" w:cs="Tahoma"/>
          <w:rtl/>
        </w:rPr>
        <w:t xml:space="preserve"> متحد اصل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اش،</w:t>
      </w:r>
      <w:r w:rsidRPr="006179EA">
        <w:rPr>
          <w:rFonts w:ascii="Tahoma" w:hAnsi="Tahoma" w:cs="Tahoma"/>
          <w:rtl/>
        </w:rPr>
        <w:t xml:space="preserve"> منافع نفت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را از دست بدهد و از سو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نگران بود که فشار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ب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ثبات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به سو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حزب توده و اتحاد شورو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سوق دهد. اما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ها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eastAsia"/>
          <w:rtl/>
        </w:rPr>
        <w:t>نتوانست</w:t>
      </w:r>
      <w:r w:rsidRPr="006179EA">
        <w:rPr>
          <w:rFonts w:ascii="Tahoma" w:hAnsi="Tahoma" w:cs="Tahoma"/>
          <w:rtl/>
        </w:rPr>
        <w:t xml:space="preserve"> فاصلهٔ دو طرف را از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ببرد. با طولان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بحران، آمر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کا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به‌تدر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</w:t>
      </w:r>
      <w:r w:rsidRPr="006179EA">
        <w:rPr>
          <w:rFonts w:ascii="Tahoma" w:hAnsi="Tahoma" w:cs="Tahoma"/>
          <w:rtl/>
        </w:rPr>
        <w:t xml:space="preserve"> از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نگران به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 که ادامهٔ دولت مصدق را خطر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ثبات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مصدق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دفاع از حق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به شورا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امن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سازمان ملل رفت و سپس در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وان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ن‌الملل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دادگستر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حاضر شد. حضور او در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مجامع، جا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گاهش</w:t>
      </w:r>
      <w:r w:rsidRPr="006179EA">
        <w:rPr>
          <w:rFonts w:ascii="Tahoma" w:hAnsi="Tahoma" w:cs="Tahoma"/>
          <w:rtl/>
        </w:rPr>
        <w:t xml:space="preserve"> را به‌عنوان نماد استقلال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تقو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کرد. رأ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وان</w:t>
      </w:r>
      <w:r w:rsidRPr="006179EA">
        <w:rPr>
          <w:rFonts w:ascii="Tahoma" w:hAnsi="Tahoma" w:cs="Tahoma"/>
          <w:rtl/>
        </w:rPr>
        <w:t xml:space="preserve"> مبن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 نداشتن صلاح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دعوا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در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بزرگ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eastAsia"/>
          <w:rtl/>
        </w:rPr>
        <w:t>تلق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شد. اما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حقوق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مشکل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حل نکرد: نفت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همچنان فروش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رفت</w:t>
      </w:r>
      <w:r w:rsidRPr="006179EA">
        <w:rPr>
          <w:rFonts w:ascii="Tahoma" w:hAnsi="Tahoma" w:cs="Tahoma"/>
          <w:rtl/>
        </w:rPr>
        <w:t xml:space="preserve"> و درآمد حکومت کاهش م</w:t>
      </w:r>
      <w:r w:rsidRPr="006179EA">
        <w:rPr>
          <w:rFonts w:ascii="Tahoma" w:hAnsi="Tahoma" w:cs="Tahoma" w:hint="cs"/>
          <w:rtl/>
        </w:rPr>
        <w:t>ی‌ی</w:t>
      </w:r>
      <w:r w:rsidRPr="006179EA">
        <w:rPr>
          <w:rFonts w:ascii="Tahoma" w:hAnsi="Tahoma" w:cs="Tahoma" w:hint="eastAsia"/>
          <w:rtl/>
        </w:rPr>
        <w:t>افت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داخل کشور، بحران نفت رابطهٔ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ائتلاف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داد</w:t>
      </w:r>
      <w:r w:rsidRPr="006179EA">
        <w:rPr>
          <w:rFonts w:ascii="Tahoma" w:hAnsi="Tahoma" w:cs="Tahoma"/>
          <w:rtl/>
        </w:rPr>
        <w:t>. تا زمان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شرو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ها</w:t>
      </w:r>
      <w:r w:rsidRPr="006179EA">
        <w:rPr>
          <w:rFonts w:ascii="Tahoma" w:hAnsi="Tahoma" w:cs="Tahoma"/>
          <w:rtl/>
        </w:rPr>
        <w:t xml:space="preserve"> سر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ع</w:t>
      </w:r>
      <w:r w:rsidRPr="006179EA">
        <w:rPr>
          <w:rFonts w:ascii="Tahoma" w:hAnsi="Tahoma" w:cs="Tahoma"/>
          <w:rtl/>
        </w:rPr>
        <w:t xml:space="preserve"> و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ها</w:t>
      </w:r>
      <w:r w:rsidRPr="006179EA">
        <w:rPr>
          <w:rFonts w:ascii="Tahoma" w:hAnsi="Tahoma" w:cs="Tahoma"/>
          <w:rtl/>
        </w:rPr>
        <w:t xml:space="preserve"> آشکار بود، مصدق، 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فدائ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اسلام، بازار و گروه‌ها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جبههٔ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کنار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قرار داشتند. اما با طولان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بحران، هر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</w:t>
      </w:r>
      <w:r w:rsidRPr="006179EA">
        <w:rPr>
          <w:rFonts w:ascii="Tahoma" w:hAnsi="Tahoma" w:cs="Tahoma"/>
          <w:rtl/>
        </w:rPr>
        <w:t xml:space="preserve"> انتظار داشت دولت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مورد نظر او را اجرا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فدائ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اسلام گمان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کردند</w:t>
      </w:r>
      <w:r w:rsidRPr="006179EA">
        <w:rPr>
          <w:rFonts w:ascii="Tahoma" w:hAnsi="Tahoma" w:cs="Tahoma"/>
          <w:rtl/>
        </w:rPr>
        <w:t xml:space="preserve"> حذف رزم‌آرا سهم بزرگ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نهضت داشته است و دولت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در برابر آن،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عت</w:t>
      </w:r>
      <w:r w:rsidRPr="006179EA">
        <w:rPr>
          <w:rFonts w:ascii="Tahoma" w:hAnsi="Tahoma" w:cs="Tahoma"/>
          <w:rtl/>
        </w:rPr>
        <w:t xml:space="preserve"> و خواست‌ها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مذهب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آنان را جد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</w:t>
      </w:r>
      <w:r w:rsidRPr="006179EA">
        <w:rPr>
          <w:rFonts w:ascii="Tahoma" w:hAnsi="Tahoma" w:cs="Tahoma"/>
          <w:rtl/>
        </w:rPr>
        <w:t>. مصدق، که هدف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را حل مسئلهٔ نفت و اصلاح ساختار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دانست،</w:t>
      </w:r>
      <w:r w:rsidRPr="006179EA">
        <w:rPr>
          <w:rFonts w:ascii="Tahoma" w:hAnsi="Tahoma" w:cs="Tahoma"/>
          <w:rtl/>
        </w:rPr>
        <w:t xml:space="preserve"> حاضر نبود برنامهٔ حکومت را به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</w:t>
      </w:r>
      <w:r w:rsidRPr="006179EA">
        <w:rPr>
          <w:rFonts w:ascii="Tahoma" w:hAnsi="Tahoma" w:cs="Tahoma" w:hint="eastAsia"/>
          <w:rtl/>
        </w:rPr>
        <w:t>واست‌ها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فدائ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اسلام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کند. در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که در حذف رزم‌آرا به سود نهضت عمل کرده بود، به‌تدر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</w:t>
      </w:r>
      <w:r w:rsidRPr="006179EA">
        <w:rPr>
          <w:rFonts w:ascii="Tahoma" w:hAnsi="Tahoma" w:cs="Tahoma"/>
          <w:rtl/>
        </w:rPr>
        <w:t xml:space="preserve"> به تهد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مصدق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در آغاز از مهم‌تر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پشت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بانان</w:t>
      </w:r>
      <w:r w:rsidRPr="006179EA">
        <w:rPr>
          <w:rFonts w:ascii="Tahoma" w:hAnsi="Tahoma" w:cs="Tahoma"/>
          <w:rtl/>
        </w:rPr>
        <w:t xml:space="preserve"> مصدق بود. شبکهٔ بازار، مسجد و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مذهب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وابسته به او توان بس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</w:t>
      </w:r>
      <w:r w:rsidRPr="006179EA">
        <w:rPr>
          <w:rFonts w:ascii="Tahoma" w:hAnsi="Tahoma" w:cs="Tahoma"/>
          <w:rtl/>
        </w:rPr>
        <w:t xml:space="preserve">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داشت. اما اتحاد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دو بر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دگاه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مشترک دربارهٔ کشوردار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استوار نبود. مصدق مسئلهٔ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استقلال کشور، حاکم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قانون و محدودکردن نفوذ دربار </w:t>
      </w:r>
      <w:r w:rsidRPr="006179EA">
        <w:rPr>
          <w:rFonts w:ascii="Tahoma" w:hAnsi="Tahoma" w:cs="Tahoma" w:hint="eastAsia"/>
          <w:rtl/>
        </w:rPr>
        <w:t>و</w:t>
      </w:r>
      <w:r w:rsidRPr="006179EA">
        <w:rPr>
          <w:rFonts w:ascii="Tahoma" w:hAnsi="Tahoma" w:cs="Tahoma"/>
          <w:rtl/>
        </w:rPr>
        <w:t xml:space="preserve"> قدرت‌ها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</w:t>
      </w:r>
      <w:r w:rsidRPr="006179EA">
        <w:rPr>
          <w:rFonts w:ascii="Tahoma" w:hAnsi="Tahoma" w:cs="Tahoma"/>
          <w:rtl/>
        </w:rPr>
        <w:t>. 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علاوه بر مبارزه با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ا،</w:t>
      </w:r>
      <w:r w:rsidRPr="006179EA">
        <w:rPr>
          <w:rFonts w:ascii="Tahoma" w:hAnsi="Tahoma" w:cs="Tahoma"/>
          <w:rtl/>
        </w:rPr>
        <w:t xml:space="preserve"> به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نقش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در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است</w:t>
      </w:r>
      <w:r w:rsidRPr="006179EA">
        <w:rPr>
          <w:rFonts w:ascii="Tahoma" w:hAnsi="Tahoma" w:cs="Tahoma"/>
          <w:rtl/>
        </w:rPr>
        <w:t xml:space="preserve"> و حکومت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اند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 تا هنگام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مسئلهٔ نفت در مرکز قرار داشت،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تفاوت پنهان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ماند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شاه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در برابر مصدق موقع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دوگانه داشت. از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سو،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با نهضت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از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گستردهٔ مردم برخوردار بود آشکارا مخالفت کند. فرمان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 را صادر کرده و قانون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را توش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ح</w:t>
      </w:r>
      <w:r w:rsidRPr="006179EA">
        <w:rPr>
          <w:rFonts w:ascii="Tahoma" w:hAnsi="Tahoma" w:cs="Tahoma"/>
          <w:rtl/>
        </w:rPr>
        <w:t xml:space="preserve"> کرده بود. از سو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گر،</w:t>
      </w:r>
      <w:r w:rsidRPr="006179EA">
        <w:rPr>
          <w:rFonts w:ascii="Tahoma" w:hAnsi="Tahoma" w:cs="Tahoma"/>
          <w:rtl/>
        </w:rPr>
        <w:t xml:space="preserve">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محبوب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و ارتباط مستق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>م او با مردم، موقع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سلطنت را تهد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>. هر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شتر</w:t>
      </w:r>
      <w:r w:rsidRPr="006179EA">
        <w:rPr>
          <w:rFonts w:ascii="Tahoma" w:hAnsi="Tahoma" w:cs="Tahoma"/>
          <w:rtl/>
        </w:rPr>
        <w:t xml:space="preserve"> از دربار دور و به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منتقل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ارتش</w:t>
      </w:r>
      <w:r w:rsidRPr="006179EA">
        <w:rPr>
          <w:rFonts w:ascii="Tahoma" w:hAnsi="Tahoma" w:cs="Tahoma"/>
          <w:rtl/>
        </w:rPr>
        <w:t xml:space="preserve"> به مهم‌تر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دان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کشاکش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شد. شاه براساس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فرمانده کل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مسلح بود و ارتش را اصل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ه‌گاه</w:t>
      </w:r>
      <w:r w:rsidRPr="006179EA">
        <w:rPr>
          <w:rFonts w:ascii="Tahoma" w:hAnsi="Tahoma" w:cs="Tahoma"/>
          <w:rtl/>
        </w:rPr>
        <w:t xml:space="preserve"> سلطنت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</w:t>
      </w:r>
      <w:r w:rsidRPr="006179EA">
        <w:rPr>
          <w:rFonts w:ascii="Tahoma" w:hAnsi="Tahoma" w:cs="Tahoma"/>
          <w:rtl/>
        </w:rPr>
        <w:t>. مصدق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</w:t>
      </w:r>
      <w:r w:rsidRPr="006179EA">
        <w:rPr>
          <w:rFonts w:ascii="Tahoma" w:hAnsi="Tahoma" w:cs="Tahoma"/>
          <w:rtl/>
        </w:rPr>
        <w:t xml:space="preserve"> دولت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مسئول ادارهٔ کشور است، بدون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بر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تواند</w:t>
      </w:r>
      <w:r w:rsidRPr="006179EA">
        <w:rPr>
          <w:rFonts w:ascii="Tahoma" w:hAnsi="Tahoma" w:cs="Tahoma"/>
          <w:rtl/>
        </w:rPr>
        <w:t xml:space="preserve">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را انجام د</w:t>
      </w:r>
      <w:r w:rsidRPr="006179EA">
        <w:rPr>
          <w:rFonts w:ascii="Tahoma" w:hAnsi="Tahoma" w:cs="Tahoma" w:hint="eastAsia"/>
          <w:rtl/>
        </w:rPr>
        <w:t>هد</w:t>
      </w:r>
      <w:r w:rsidRPr="006179EA">
        <w:rPr>
          <w:rFonts w:ascii="Tahoma" w:hAnsi="Tahoma" w:cs="Tahoma"/>
          <w:rtl/>
        </w:rPr>
        <w:t>. اگر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جنگ و فرماندهان ارتش مستق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ماً</w:t>
      </w:r>
      <w:r w:rsidRPr="006179EA">
        <w:rPr>
          <w:rFonts w:ascii="Tahoma" w:hAnsi="Tahoma" w:cs="Tahoma"/>
          <w:rtl/>
        </w:rPr>
        <w:t xml:space="preserve"> از شاه فرمان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گرفتند،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مسئول دستگاه اجرا</w:t>
      </w:r>
      <w:r w:rsidRPr="006179EA">
        <w:rPr>
          <w:rFonts w:ascii="Tahoma" w:hAnsi="Tahoma" w:cs="Tahoma" w:hint="cs"/>
          <w:rtl/>
        </w:rPr>
        <w:t>یی‌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 که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مهم‌تر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اجزا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آن از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ارش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ماند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نجا</w:t>
      </w:r>
      <w:r w:rsidRPr="006179EA">
        <w:rPr>
          <w:rFonts w:ascii="Tahoma" w:hAnsi="Tahoma" w:cs="Tahoma"/>
          <w:rtl/>
        </w:rPr>
        <w:t xml:space="preserve"> بار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تناقض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آشکار شد. شاه در مطالبهٔ فرمانده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ارتش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به قانون استناد کند.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در مطالبهٔ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بر وزارت جنگ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بگو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که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بدون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معنا ندارد. اگر ارتش در حفظ نظم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دولت کوتاه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/>
          <w:rtl/>
        </w:rPr>
        <w:t>کرد، مجلس از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و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توض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ح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خواست،</w:t>
      </w:r>
      <w:r w:rsidRPr="006179EA">
        <w:rPr>
          <w:rFonts w:ascii="Tahoma" w:hAnsi="Tahoma" w:cs="Tahoma"/>
          <w:rtl/>
        </w:rPr>
        <w:t xml:space="preserve"> نه از شاه. اما اگر دولت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جنگ و فرماندهان را در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گرفت،</w:t>
      </w:r>
      <w:r w:rsidRPr="006179EA">
        <w:rPr>
          <w:rFonts w:ascii="Tahoma" w:hAnsi="Tahoma" w:cs="Tahoma"/>
          <w:rtl/>
        </w:rPr>
        <w:t xml:space="preserve"> مهم‌تر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هٔ</w:t>
      </w:r>
      <w:r w:rsidRPr="006179EA">
        <w:rPr>
          <w:rFonts w:ascii="Tahoma" w:hAnsi="Tahoma" w:cs="Tahoma"/>
          <w:rtl/>
        </w:rPr>
        <w:t xml:space="preserve"> قدرت پادشاه از دست او خارج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انتخابات</w:t>
      </w:r>
      <w:r w:rsidRPr="006179EA">
        <w:rPr>
          <w:rFonts w:ascii="Tahoma" w:hAnsi="Tahoma" w:cs="Tahoma"/>
          <w:rtl/>
        </w:rPr>
        <w:t xml:space="preserve"> مجلس هفدهم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بر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اختلاف افزود. مصدق اصلاح انتخابات را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دو هدف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دولت خود اعلام کرده بود؛ اما انتخابات در همهٔ حوزه‌ها به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نرس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و پس از انتخاب شمار کاف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ندگان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تشک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مجلس، ادامهٔ آن متوقف شد. دولت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را با مداخلهٔ مخالفان، دربار، ارتش و صاحبان نفوذ محل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توج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>. مخالفان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آن را اقدام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جلوگ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ورود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ندگان</w:t>
      </w:r>
      <w:r w:rsidRPr="006179EA">
        <w:rPr>
          <w:rFonts w:ascii="Tahoma" w:hAnsi="Tahoma" w:cs="Tahoma"/>
          <w:rtl/>
        </w:rPr>
        <w:t xml:space="preserve"> نامطلوب و حفظ اکثر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هوادار دولت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دانستند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حادثه نشان داد که حت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دولت برخاسته از جنبش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تواند</w:t>
      </w:r>
      <w:r w:rsidRPr="006179EA">
        <w:rPr>
          <w:rFonts w:ascii="Tahoma" w:hAnsi="Tahoma" w:cs="Tahoma"/>
          <w:rtl/>
        </w:rPr>
        <w:t xml:space="preserve"> مسئلهٔ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نهٔ</w:t>
      </w:r>
      <w:r w:rsidRPr="006179EA">
        <w:rPr>
          <w:rFonts w:ascii="Tahoma" w:hAnsi="Tahoma" w:cs="Tahoma"/>
          <w:rtl/>
        </w:rPr>
        <w:t xml:space="preserve"> انتخابات را به‌آسان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حل کند. اگر انتخابات ادامه م</w:t>
      </w:r>
      <w:r w:rsidRPr="006179EA">
        <w:rPr>
          <w:rFonts w:ascii="Tahoma" w:hAnsi="Tahoma" w:cs="Tahoma" w:hint="cs"/>
          <w:rtl/>
        </w:rPr>
        <w:t>ی‌ی</w:t>
      </w:r>
      <w:r w:rsidRPr="006179EA">
        <w:rPr>
          <w:rFonts w:ascii="Tahoma" w:hAnsi="Tahoma" w:cs="Tahoma" w:hint="eastAsia"/>
          <w:rtl/>
        </w:rPr>
        <w:t>افت،</w:t>
      </w:r>
      <w:r w:rsidRPr="006179EA">
        <w:rPr>
          <w:rFonts w:ascii="Tahoma" w:hAnsi="Tahoma" w:cs="Tahoma"/>
          <w:rtl/>
        </w:rPr>
        <w:t xml:space="preserve"> احتمال داشت مخالفان دولت اکثر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را به دست آورند. اگر متوقف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شد،</w:t>
      </w:r>
      <w:r w:rsidRPr="006179EA">
        <w:rPr>
          <w:rFonts w:ascii="Tahoma" w:hAnsi="Tahoma" w:cs="Tahoma"/>
          <w:rtl/>
        </w:rPr>
        <w:t xml:space="preserve"> اصل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همهٔ حوزه‌ها و سلامت فرا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</w:t>
      </w:r>
      <w:r w:rsidRPr="006179EA">
        <w:rPr>
          <w:rFonts w:ascii="Tahoma" w:hAnsi="Tahoma" w:cs="Tahoma"/>
          <w:rtl/>
        </w:rPr>
        <w:t xml:space="preserve"> انتخابات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 مصدق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حفظ نهضت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خود آن را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ندهٔ</w:t>
      </w:r>
      <w:r w:rsidRPr="006179EA">
        <w:rPr>
          <w:rFonts w:ascii="Tahoma" w:hAnsi="Tahoma" w:cs="Tahoma"/>
          <w:rtl/>
        </w:rPr>
        <w:t xml:space="preserve"> ملت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دانست،</w:t>
      </w:r>
      <w:r w:rsidRPr="006179EA">
        <w:rPr>
          <w:rFonts w:ascii="Tahoma" w:hAnsi="Tahoma" w:cs="Tahoma"/>
          <w:rtl/>
        </w:rPr>
        <w:t xml:space="preserve"> به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آورد که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از نظر مخالفان نقض حق همان ملت تلق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/>
          <w:rtl/>
          <w:lang w:bidi="fa-IR"/>
        </w:rPr>
        <w:t>۱۳۳۱</w:t>
      </w:r>
      <w:r w:rsidRPr="006179EA">
        <w:rPr>
          <w:rFonts w:ascii="Tahoma" w:hAnsi="Tahoma" w:cs="Tahoma"/>
          <w:rtl/>
        </w:rPr>
        <w:t>، مصدق پس از آغاز دورهٔ تازهٔ مجلس بار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تشک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دولت معرف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شد. او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بار خواستار آن شد که وزارت جنگ را شخصاً برعهده 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</w:t>
      </w:r>
      <w:r w:rsidRPr="006179EA">
        <w:rPr>
          <w:rFonts w:ascii="Tahoma" w:hAnsi="Tahoma" w:cs="Tahoma"/>
          <w:rtl/>
        </w:rPr>
        <w:t xml:space="preserve"> و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تع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جنگ و کنترل ارتش را در دست داشته باشد. شاه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خواست را نپذ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رفت</w:t>
      </w:r>
      <w:r w:rsidRPr="006179EA">
        <w:rPr>
          <w:rFonts w:ascii="Tahoma" w:hAnsi="Tahoma" w:cs="Tahoma"/>
          <w:rtl/>
        </w:rPr>
        <w:t>. از نظر محمدرضاشاه، واگذار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وزار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جنگ به مصدق به معنا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دست‌دادن فرمانده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عمل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ارتش و ته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سلطنت از مهم‌تر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قانون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واقع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اش</w:t>
      </w:r>
      <w:r w:rsidRPr="006179EA">
        <w:rPr>
          <w:rFonts w:ascii="Tahoma" w:hAnsi="Tahoma" w:cs="Tahoma"/>
          <w:rtl/>
        </w:rPr>
        <w:t xml:space="preserve"> بود.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مصدق</w:t>
      </w:r>
      <w:r w:rsidRPr="006179EA">
        <w:rPr>
          <w:rFonts w:ascii="Tahoma" w:hAnsi="Tahoma" w:cs="Tahoma"/>
          <w:rtl/>
        </w:rPr>
        <w:t xml:space="preserve"> استعفا کرد.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استعفا فقط اختلاف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 سر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وزارتخانه نبود؛ لحظه‌ا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 که دو تفس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از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آشکارا در برابر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قرار گرفتند. شاه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گفت</w:t>
      </w:r>
      <w:r w:rsidRPr="006179EA">
        <w:rPr>
          <w:rFonts w:ascii="Tahoma" w:hAnsi="Tahoma" w:cs="Tahoma"/>
          <w:rtl/>
        </w:rPr>
        <w:t xml:space="preserve"> قانون فرمانده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مسلح را به او سپرده است. مصدق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گفت</w:t>
      </w:r>
      <w:r w:rsidRPr="006179EA">
        <w:rPr>
          <w:rFonts w:ascii="Tahoma" w:hAnsi="Tahoma" w:cs="Tahoma"/>
          <w:rtl/>
        </w:rPr>
        <w:t xml:space="preserve"> دولت مسئول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تواند</w:t>
      </w:r>
      <w:r w:rsidRPr="006179EA">
        <w:rPr>
          <w:rFonts w:ascii="Tahoma" w:hAnsi="Tahoma" w:cs="Tahoma"/>
          <w:rtl/>
        </w:rPr>
        <w:t xml:space="preserve"> بدون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بر ارتش وظ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فهٔ</w:t>
      </w:r>
      <w:r w:rsidRPr="006179EA">
        <w:rPr>
          <w:rFonts w:ascii="Tahoma" w:hAnsi="Tahoma" w:cs="Tahoma"/>
          <w:rtl/>
        </w:rPr>
        <w:t xml:space="preserve"> خود را انجام دهد. هر دو به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ساختمان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استناد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کردند</w:t>
      </w:r>
      <w:r w:rsidRPr="006179EA">
        <w:rPr>
          <w:rFonts w:ascii="Tahoma" w:hAnsi="Tahoma" w:cs="Tahoma"/>
          <w:rtl/>
        </w:rPr>
        <w:t xml:space="preserve"> و 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چ</w:t>
      </w:r>
      <w:r w:rsidRPr="006179EA">
        <w:rPr>
          <w:rFonts w:ascii="Tahoma" w:hAnsi="Tahoma" w:cs="Tahoma"/>
          <w:rtl/>
        </w:rPr>
        <w:t xml:space="preserve"> مرجع 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رفته‌شده‌ا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حل اختلاف وجود نداشت.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شاه</w:t>
      </w:r>
      <w:r w:rsidRPr="006179EA">
        <w:rPr>
          <w:rFonts w:ascii="Tahoma" w:hAnsi="Tahoma" w:cs="Tahoma"/>
          <w:rtl/>
        </w:rPr>
        <w:t xml:space="preserve"> احمد قوام را به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منصوب کرد. قوام با صدور اعلام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هٔ</w:t>
      </w:r>
      <w:r w:rsidRPr="006179EA">
        <w:rPr>
          <w:rFonts w:ascii="Tahoma" w:hAnsi="Tahoma" w:cs="Tahoma"/>
          <w:rtl/>
        </w:rPr>
        <w:t xml:space="preserve"> مشهور خود اعلام کرد که «کشت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بان</w:t>
      </w:r>
      <w:r w:rsidRPr="006179EA">
        <w:rPr>
          <w:rFonts w:ascii="Tahoma" w:hAnsi="Tahoma" w:cs="Tahoma"/>
          <w:rtl/>
        </w:rPr>
        <w:t xml:space="preserve"> را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دگر آمد» و هشدار داد که دوران آشوب و نافرمان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افته</w:t>
      </w:r>
      <w:r w:rsidRPr="006179EA">
        <w:rPr>
          <w:rFonts w:ascii="Tahoma" w:hAnsi="Tahoma" w:cs="Tahoma"/>
          <w:rtl/>
        </w:rPr>
        <w:t xml:space="preserve"> است. او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با تک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</w:t>
      </w:r>
      <w:r w:rsidRPr="006179EA">
        <w:rPr>
          <w:rFonts w:ascii="Tahoma" w:hAnsi="Tahoma" w:cs="Tahoma"/>
          <w:rtl/>
        </w:rPr>
        <w:t xml:space="preserve"> بر اقتدار دولت، بحران نفت را حل کند، نظم را برقرار سازد و نفوذ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مذهب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محدود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بازگشت</w:t>
      </w:r>
      <w:r w:rsidRPr="006179EA">
        <w:rPr>
          <w:rFonts w:ascii="Tahoma" w:hAnsi="Tahoma" w:cs="Tahoma"/>
          <w:rtl/>
        </w:rPr>
        <w:t xml:space="preserve"> قوام، بار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امکان ظهور مستبد منور را در مقام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مطرح کرد. او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دولت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رومند</w:t>
      </w:r>
      <w:r w:rsidRPr="006179EA">
        <w:rPr>
          <w:rFonts w:ascii="Tahoma" w:hAnsi="Tahoma" w:cs="Tahoma"/>
          <w:rtl/>
        </w:rPr>
        <w:t xml:space="preserve"> و مستقل از فشار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جاد</w:t>
      </w:r>
      <w:r w:rsidRPr="006179EA">
        <w:rPr>
          <w:rFonts w:ascii="Tahoma" w:hAnsi="Tahoma" w:cs="Tahoma"/>
          <w:rtl/>
        </w:rPr>
        <w:t xml:space="preserve"> کند، اما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بار جامعهٔ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با جامعهٔ سال </w:t>
      </w:r>
      <w:r w:rsidRPr="006179EA">
        <w:rPr>
          <w:rFonts w:ascii="Tahoma" w:hAnsi="Tahoma" w:cs="Tahoma"/>
          <w:rtl/>
          <w:lang w:bidi="fa-IR"/>
        </w:rPr>
        <w:t>۱۳۲۱</w:t>
      </w:r>
      <w:r w:rsidRPr="006179EA">
        <w:rPr>
          <w:rFonts w:ascii="Tahoma" w:hAnsi="Tahoma" w:cs="Tahoma"/>
          <w:rtl/>
        </w:rPr>
        <w:t xml:space="preserve"> تفاوت داشت.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شبکه‌ا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گسترده از هواداران پد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آورده بود و مصدق فقط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است‌مدار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برکنارشده نبود؛ به نماد استقلال و حاکم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ملت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شده بود.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 قوام مخالفت کرد و مردم را به مقاومت فراخواند. بازار تعط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شد، تظاهرات گسترش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</w:t>
      </w:r>
      <w:r w:rsidRPr="006179EA">
        <w:rPr>
          <w:rFonts w:ascii="Tahoma" w:hAnsi="Tahoma" w:cs="Tahoma"/>
          <w:rtl/>
        </w:rPr>
        <w:t xml:space="preserve"> و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انتظام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 معترضان درگ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شدند. در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/>
          <w:rtl/>
          <w:lang w:bidi="fa-IR"/>
        </w:rPr>
        <w:t>۱۳۳۱</w:t>
      </w:r>
      <w:r w:rsidRPr="006179EA">
        <w:rPr>
          <w:rFonts w:ascii="Tahoma" w:hAnsi="Tahoma" w:cs="Tahoma"/>
          <w:rtl/>
        </w:rPr>
        <w:t xml:space="preserve"> شمار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مردم کشته و زخم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شدند. فشار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چنان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</w:t>
      </w:r>
      <w:r w:rsidRPr="006179EA">
        <w:rPr>
          <w:rFonts w:ascii="Tahoma" w:hAnsi="Tahoma" w:cs="Tahoma"/>
          <w:rtl/>
        </w:rPr>
        <w:t xml:space="preserve"> که شاه ناچار شد قوام را کنار بگذارد و با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فرمان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 را صادر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بزرگ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 بود، اما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توازن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از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دگرگون کرد.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استعفا داده و شاه جانش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او برگز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ده</w:t>
      </w:r>
      <w:r w:rsidRPr="006179EA">
        <w:rPr>
          <w:rFonts w:ascii="Tahoma" w:hAnsi="Tahoma" w:cs="Tahoma"/>
          <w:rtl/>
        </w:rPr>
        <w:t xml:space="preserve"> بود، نه فقط با رأ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مجلس، بلکه با فشار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به قدرت بازگشت.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بار شاه ناچار شد وزارت جنگ را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به او و</w:t>
      </w:r>
      <w:r w:rsidRPr="006179EA">
        <w:rPr>
          <w:rFonts w:ascii="Tahoma" w:hAnsi="Tahoma" w:cs="Tahoma" w:hint="eastAsia"/>
          <w:rtl/>
        </w:rPr>
        <w:t>اگذارد</w:t>
      </w:r>
      <w:r w:rsidRPr="006179EA">
        <w:rPr>
          <w:rFonts w:ascii="Tahoma" w:hAnsi="Tahoma" w:cs="Tahoma"/>
          <w:rtl/>
        </w:rPr>
        <w:t xml:space="preserve"> و مصدق نام آن را به وزارت دفاع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داد.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از</w:t>
      </w:r>
      <w:r w:rsidRPr="006179EA">
        <w:rPr>
          <w:rFonts w:ascii="Tahoma" w:hAnsi="Tahoma" w:cs="Tahoma"/>
          <w:rtl/>
        </w:rPr>
        <w:t xml:space="preserve"> نظر هواداران مصدق،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ارادهٔ ملت بر دربار و بازگرداندن حکومت به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ندهٔ</w:t>
      </w:r>
      <w:r w:rsidRPr="006179EA">
        <w:rPr>
          <w:rFonts w:ascii="Tahoma" w:hAnsi="Tahoma" w:cs="Tahoma"/>
          <w:rtl/>
        </w:rPr>
        <w:t xml:space="preserve">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مردم بود. اما از نظر ساختمان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مشروطهٔ مشروعه، حادثه معنا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ده‌تر</w:t>
      </w:r>
      <w:r w:rsidRPr="006179EA">
        <w:rPr>
          <w:rFonts w:ascii="Tahoma" w:hAnsi="Tahoma" w:cs="Tahoma"/>
          <w:rtl/>
        </w:rPr>
        <w:t xml:space="preserve"> داشت.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قانون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شاه شناخته بود، 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فشار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محدود شد و قدرت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قان</w:t>
      </w:r>
      <w:r w:rsidRPr="006179EA">
        <w:rPr>
          <w:rFonts w:ascii="Tahoma" w:hAnsi="Tahoma" w:cs="Tahoma" w:hint="eastAsia"/>
          <w:rtl/>
        </w:rPr>
        <w:t>ون</w:t>
      </w:r>
      <w:r w:rsidRPr="006179EA">
        <w:rPr>
          <w:rFonts w:ascii="Tahoma" w:hAnsi="Tahoma" w:cs="Tahoma"/>
          <w:rtl/>
        </w:rPr>
        <w:t xml:space="preserve"> به‌صراحت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مقرر نکرده بود، با اتکا به جنبش مردم در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مصدق قرار گرفت.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از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پس، مسئله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فقط اختلاف در تفس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قانون نبود.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تازه‌ا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کنار شاه، مجلس و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به داور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برخاسته بود: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>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</w:t>
      </w:r>
      <w:r w:rsidRPr="006179EA">
        <w:rPr>
          <w:rFonts w:ascii="Tahoma" w:hAnsi="Tahoma" w:cs="Tahoma"/>
          <w:rtl/>
        </w:rPr>
        <w:t xml:space="preserve"> توانسته بود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شاه را برگرداند و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مستعف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دوباره به قدرت برساند. اما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نهاد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دائم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مسئول نبود.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بودجه تصو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/>
          <w:rtl/>
        </w:rPr>
        <w:t xml:space="preserve"> کند، اداره‌ها را مد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کند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در برابر نتا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</w:t>
      </w:r>
      <w:r w:rsidRPr="006179EA">
        <w:rPr>
          <w:rFonts w:ascii="Tahoma" w:hAnsi="Tahoma" w:cs="Tahoma"/>
          <w:rtl/>
        </w:rPr>
        <w:t xml:space="preserve">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پاسخ‌گو باشد.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دولت را به قدرت بازگرداند، اما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مشکلات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که آن دولت با آنها روبه‌رو بود حل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مصدق را به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رومندتر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دورهٔ محمدرضاشاه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کرد. او از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مردم برخوردار بود، وزارت دفاع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در دست داشت و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دولت از مجلس تقاضا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فوق‌العاده کند. اما هم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تمرکز قدرت در دست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که در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در کنار او قرار گرفته بودند به‌تدر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</w:t>
      </w:r>
      <w:r w:rsidRPr="006179EA">
        <w:rPr>
          <w:rFonts w:ascii="Tahoma" w:hAnsi="Tahoma" w:cs="Tahoma"/>
          <w:rtl/>
        </w:rPr>
        <w:t xml:space="preserve"> نگران ساخت.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شاه</w:t>
      </w:r>
      <w:r w:rsidRPr="006179EA">
        <w:rPr>
          <w:rFonts w:ascii="Tahoma" w:hAnsi="Tahoma" w:cs="Tahoma"/>
          <w:rtl/>
        </w:rPr>
        <w:t xml:space="preserve"> از مهم‌تر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گاه</w:t>
      </w:r>
      <w:r w:rsidRPr="006179EA">
        <w:rPr>
          <w:rFonts w:ascii="Tahoma" w:hAnsi="Tahoma" w:cs="Tahoma"/>
          <w:rtl/>
        </w:rPr>
        <w:t xml:space="preserve"> قدرت خود عقب رانده شده بود. دربار احساس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 xml:space="preserve"> موجود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سلطنت در خطر است. افسران ارتش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دانستند</w:t>
      </w:r>
      <w:r w:rsidRPr="006179EA">
        <w:rPr>
          <w:rFonts w:ascii="Tahoma" w:hAnsi="Tahoma" w:cs="Tahoma"/>
          <w:rtl/>
        </w:rPr>
        <w:t xml:space="preserve"> وفادار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آنان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به شاه باشد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>. 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انتظار داشتند سهمشان در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نفوذ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شتر</w:t>
      </w:r>
      <w:r w:rsidRPr="006179EA">
        <w:rPr>
          <w:rFonts w:ascii="Tahoma" w:hAnsi="Tahoma" w:cs="Tahoma"/>
          <w:rtl/>
        </w:rPr>
        <w:t xml:space="preserve"> در حکومت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شو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 برخ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ندگان</w:t>
      </w:r>
      <w:r w:rsidRPr="006179EA">
        <w:rPr>
          <w:rFonts w:ascii="Tahoma" w:hAnsi="Tahoma" w:cs="Tahoma"/>
          <w:rtl/>
        </w:rPr>
        <w:t xml:space="preserve"> مجلس نگران بودند که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فوق‌العادهٔ دولت، نقش قوهٔ مقننه را کاهش دهد.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به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</w:t>
      </w:r>
      <w:r w:rsidRPr="006179EA">
        <w:rPr>
          <w:rFonts w:ascii="Tahoma" w:hAnsi="Tahoma" w:cs="Tahoma"/>
          <w:rtl/>
        </w:rPr>
        <w:t xml:space="preserve"> نزد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</w:t>
      </w:r>
      <w:r w:rsidRPr="006179EA">
        <w:rPr>
          <w:rFonts w:ascii="Tahoma" w:hAnsi="Tahoma" w:cs="Tahoma"/>
          <w:rtl/>
        </w:rPr>
        <w:t xml:space="preserve"> که امکان توافق با مصدق از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رفته است و حزب توده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از تضع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ف</w:t>
      </w:r>
      <w:r w:rsidRPr="006179EA">
        <w:rPr>
          <w:rFonts w:ascii="Tahoma" w:hAnsi="Tahoma" w:cs="Tahoma"/>
          <w:rtl/>
        </w:rPr>
        <w:t xml:space="preserve"> سلطنت و گسترش بحران بهره 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</w:t>
      </w:r>
      <w:r w:rsidRPr="006179EA">
        <w:rPr>
          <w:rFonts w:ascii="Tahoma" w:hAnsi="Tahoma" w:cs="Tahoma"/>
          <w:rtl/>
        </w:rPr>
        <w:t>.</w:t>
      </w:r>
    </w:p>
    <w:p w:rsidR="00CB088F" w:rsidRDefault="006179EA" w:rsidP="006179EA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179EA">
        <w:rPr>
          <w:rFonts w:ascii="Tahoma" w:hAnsi="Tahoma" w:cs="Tahoma" w:hint="eastAsia"/>
          <w:rtl/>
        </w:rPr>
        <w:t>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ر،</w:t>
      </w:r>
      <w:r w:rsidRPr="006179EA">
        <w:rPr>
          <w:rFonts w:ascii="Tahoma" w:hAnsi="Tahoma" w:cs="Tahoma"/>
          <w:rtl/>
        </w:rPr>
        <w:t xml:space="preserve"> در ظاهر، اوج اتحاد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بود؛ اما در واقع آغاز گسستن همان اتحاد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شد که مصدق را به قدرت بازگردانده بود. از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پس، پرسش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نبود که چه کس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برابر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ستادگ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کند</w:t>
      </w:r>
      <w:r w:rsidRPr="006179EA">
        <w:rPr>
          <w:rFonts w:ascii="Tahoma" w:hAnsi="Tahoma" w:cs="Tahoma"/>
          <w:rtl/>
        </w:rPr>
        <w:t>. پرسش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بود که پس از عقب‌راندن شاه، چه کس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در </w:t>
      </w:r>
      <w:r w:rsidRPr="006179EA">
        <w:rPr>
          <w:rFonts w:ascii="Tahoma" w:hAnsi="Tahoma" w:cs="Tahoma" w:hint="eastAsia"/>
          <w:rtl/>
        </w:rPr>
        <w:t>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خواهد داشت و حدود قدرت او را چه نهاد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تع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خواهد کرد.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/>
          <w:rtl/>
          <w:lang w:bidi="fa-IR"/>
        </w:rPr>
        <w:t>۱۳۳۱</w:t>
      </w:r>
      <w:r w:rsidRPr="006179EA">
        <w:rPr>
          <w:rFonts w:ascii="Tahoma" w:hAnsi="Tahoma" w:cs="Tahoma"/>
          <w:rtl/>
        </w:rPr>
        <w:t>، محمد مصدق را به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رومندتر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دورهٔ دوم آزما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مشروطهٔ مشروعه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کرد. او نه‌تنها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بخش بزرگ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مردم و اکثر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مجلس را در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داشت، بلکه توانسته بود وزارت جنگ را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از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مستق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شاه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رون</w:t>
      </w:r>
      <w:r w:rsidRPr="006179EA">
        <w:rPr>
          <w:rFonts w:ascii="Tahoma" w:hAnsi="Tahoma" w:cs="Tahoma"/>
          <w:rtl/>
        </w:rPr>
        <w:t xml:space="preserve"> آورد و خود عهده‌دار آن شود.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نام وزارت جنگ به «وزارت دفاع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»</w:t>
      </w:r>
      <w:r w:rsidRPr="006179EA">
        <w:rPr>
          <w:rFonts w:ascii="Tahoma" w:hAnsi="Tahoma" w:cs="Tahoma"/>
          <w:rtl/>
        </w:rPr>
        <w:t xml:space="preserve"> فقط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واژگان نبود؛ نشانهٔ انتقال مرکز فرمانده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عمل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ارتش از دربار به 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ئت</w:t>
      </w:r>
      <w:r w:rsidRPr="006179EA">
        <w:rPr>
          <w:rFonts w:ascii="Tahoma" w:hAnsi="Tahoma" w:cs="Tahoma"/>
          <w:rtl/>
        </w:rPr>
        <w:t xml:space="preserve">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به شمار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رفت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مصدق</w:t>
      </w:r>
      <w:r w:rsidRPr="006179EA">
        <w:rPr>
          <w:rFonts w:ascii="Tahoma" w:hAnsi="Tahoma" w:cs="Tahoma"/>
          <w:rtl/>
        </w:rPr>
        <w:t xml:space="preserve"> اکنون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ادعا کند که دولت، چون در برابر مجلس مسئول است،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همهٔ اجزا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در دست داشته باشد. از نظر او،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بدون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معنا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نداشت. اگر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و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دربارهٔ امن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ت،</w:t>
      </w:r>
      <w:r w:rsidRPr="006179EA">
        <w:rPr>
          <w:rFonts w:ascii="Tahoma" w:hAnsi="Tahoma" w:cs="Tahoma"/>
          <w:rtl/>
        </w:rPr>
        <w:t xml:space="preserve"> نظم، بودجه و عملکرد ارتش پاسخ‌گو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بودند،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توانستند</w:t>
      </w:r>
      <w:r w:rsidRPr="006179EA">
        <w:rPr>
          <w:rFonts w:ascii="Tahoma" w:hAnsi="Tahoma" w:cs="Tahoma"/>
          <w:rtl/>
        </w:rPr>
        <w:t xml:space="preserve"> فرمانده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در دست شاه باق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بگذارند.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اما</w:t>
      </w:r>
      <w:r w:rsidRPr="006179EA">
        <w:rPr>
          <w:rFonts w:ascii="Tahoma" w:hAnsi="Tahoma" w:cs="Tahoma"/>
          <w:rtl/>
        </w:rPr>
        <w:t xml:space="preserve"> براساس متن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مشروطهٔ مشروعه، فرمانده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کل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مسلح از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شاه بود. بنابرا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ن،</w:t>
      </w:r>
      <w:r w:rsidRPr="006179EA">
        <w:rPr>
          <w:rFonts w:ascii="Tahoma" w:hAnsi="Tahoma" w:cs="Tahoma"/>
          <w:rtl/>
        </w:rPr>
        <w:t xml:space="preserve"> آنچه در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رخ داد صرفاً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فراموش‌شده از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نبود.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داد</w:t>
      </w:r>
      <w:r w:rsidRPr="006179EA">
        <w:rPr>
          <w:rFonts w:ascii="Tahoma" w:hAnsi="Tahoma" w:cs="Tahoma"/>
          <w:rtl/>
        </w:rPr>
        <w:t xml:space="preserve"> به معنا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عمل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ساختمان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بدون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رسم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متن قانون، بود. تف</w:t>
      </w:r>
      <w:r w:rsidRPr="006179EA">
        <w:rPr>
          <w:rFonts w:ascii="Tahoma" w:hAnsi="Tahoma" w:cs="Tahoma" w:hint="eastAsia"/>
          <w:rtl/>
        </w:rPr>
        <w:t>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گفت</w:t>
      </w:r>
      <w:r w:rsidRPr="006179EA">
        <w:rPr>
          <w:rFonts w:ascii="Tahoma" w:hAnsi="Tahoma" w:cs="Tahoma"/>
          <w:rtl/>
        </w:rPr>
        <w:t xml:space="preserve"> «شاه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سلطنت کند، نه حکومت» اکنون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بر ساختار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غلبه کند که در آن شاه در رأس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و فرمانده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قرار داشت.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از</w:t>
      </w:r>
      <w:r w:rsidRPr="006179EA">
        <w:rPr>
          <w:rFonts w:ascii="Tahoma" w:hAnsi="Tahoma" w:cs="Tahoma"/>
          <w:rtl/>
        </w:rPr>
        <w:t xml:space="preserve"> نظر هواداران مصدق،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سلطنت مشروطه به حکومت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پاسخ‌گو ضرور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بود. از نظر شاه و هواداران دربار،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در حال تصرف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 که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پادشاه سپرده بود. هر دو طرف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توانستند</w:t>
      </w:r>
      <w:r w:rsidRPr="006179EA">
        <w:rPr>
          <w:rFonts w:ascii="Tahoma" w:hAnsi="Tahoma" w:cs="Tahoma"/>
          <w:rtl/>
        </w:rPr>
        <w:t xml:space="preserve"> ادعا کنند که از مشروطه دفاع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کنند،</w:t>
      </w:r>
      <w:r w:rsidRPr="006179EA">
        <w:rPr>
          <w:rFonts w:ascii="Tahoma" w:hAnsi="Tahoma" w:cs="Tahoma"/>
          <w:rtl/>
        </w:rPr>
        <w:t xml:space="preserve"> اما هر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eastAsia"/>
          <w:rtl/>
        </w:rPr>
        <w:t>شروطه</w:t>
      </w:r>
      <w:r w:rsidRPr="006179EA">
        <w:rPr>
          <w:rFonts w:ascii="Tahoma" w:hAnsi="Tahoma" w:cs="Tahoma"/>
          <w:rtl/>
        </w:rPr>
        <w:t xml:space="preserve"> را به صورت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متفاوت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فهم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 شاه به متن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سلطنت استناد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 xml:space="preserve"> و مصدق به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در برابر مجلس و ارادهٔ ملت.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اختلاف، بار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نقص بن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مشروطهٔ مشروعه را آشکار ساخت. قانون،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به شاه داده، 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آن را بر دوش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گذاشته بود. تا زمان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شاه و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با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همکار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کردند،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دوگانگ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پنهان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ماند؛</w:t>
      </w:r>
      <w:r w:rsidRPr="006179EA">
        <w:rPr>
          <w:rFonts w:ascii="Tahoma" w:hAnsi="Tahoma" w:cs="Tahoma"/>
          <w:rtl/>
        </w:rPr>
        <w:t xml:space="preserve"> اما هنگام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آنان اخ</w:t>
      </w:r>
      <w:r w:rsidRPr="006179EA">
        <w:rPr>
          <w:rFonts w:ascii="Tahoma" w:hAnsi="Tahoma" w:cs="Tahoma" w:hint="eastAsia"/>
          <w:rtl/>
        </w:rPr>
        <w:t>تلاف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جد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آمد،</w:t>
      </w:r>
      <w:r w:rsidRPr="006179EA">
        <w:rPr>
          <w:rFonts w:ascii="Tahoma" w:hAnsi="Tahoma" w:cs="Tahoma"/>
          <w:rtl/>
        </w:rPr>
        <w:t xml:space="preserve"> معلوم نبود کدام‌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نها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بگ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</w:t>
      </w:r>
      <w:r w:rsidRPr="006179EA">
        <w:rPr>
          <w:rFonts w:ascii="Tahoma" w:hAnsi="Tahoma" w:cs="Tahoma"/>
          <w:rtl/>
        </w:rPr>
        <w:t>. اگر شاه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گرفت،</w:t>
      </w:r>
      <w:r w:rsidRPr="006179EA">
        <w:rPr>
          <w:rFonts w:ascii="Tahoma" w:hAnsi="Tahoma" w:cs="Tahoma"/>
          <w:rtl/>
        </w:rPr>
        <w:t xml:space="preserve">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رفت</w:t>
      </w:r>
      <w:r w:rsidRPr="006179EA">
        <w:rPr>
          <w:rFonts w:ascii="Tahoma" w:hAnsi="Tahoma" w:cs="Tahoma"/>
          <w:rtl/>
        </w:rPr>
        <w:t xml:space="preserve"> که ممکن بود با آن مخالف باشد. اگر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گرفت،</w:t>
      </w:r>
      <w:r w:rsidRPr="006179EA">
        <w:rPr>
          <w:rFonts w:ascii="Tahoma" w:hAnsi="Tahoma" w:cs="Tahoma"/>
          <w:rtl/>
        </w:rPr>
        <w:t xml:space="preserve"> شاه از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قانون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شناخته بود محروم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مصدق</w:t>
      </w:r>
      <w:r w:rsidRPr="006179EA">
        <w:rPr>
          <w:rFonts w:ascii="Tahoma" w:hAnsi="Tahoma" w:cs="Tahoma"/>
          <w:rtl/>
        </w:rPr>
        <w:t xml:space="preserve"> پس از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برنامه‌ها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از مجلس تقاضا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فوق‌العاده کرد. مجلس به او اجازه داد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مدت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ن،</w:t>
      </w:r>
      <w:r w:rsidRPr="006179EA">
        <w:rPr>
          <w:rFonts w:ascii="Tahoma" w:hAnsi="Tahoma" w:cs="Tahoma"/>
          <w:rtl/>
        </w:rPr>
        <w:t xml:space="preserve"> قوان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که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اصلاح امور مال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ادار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قضا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و انتخابات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لازم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</w:t>
      </w:r>
      <w:r w:rsidRPr="006179EA">
        <w:rPr>
          <w:rFonts w:ascii="Tahoma" w:hAnsi="Tahoma" w:cs="Tahoma"/>
          <w:rtl/>
        </w:rPr>
        <w:t xml:space="preserve"> تدو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و اجرا کند و سپس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تصو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/>
          <w:rtl/>
        </w:rPr>
        <w:t xml:space="preserve"> نها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به مجلس بس</w:t>
      </w:r>
      <w:r w:rsidRPr="006179EA">
        <w:rPr>
          <w:rFonts w:ascii="Tahoma" w:hAnsi="Tahoma" w:cs="Tahoma" w:hint="eastAsia"/>
          <w:rtl/>
        </w:rPr>
        <w:t>پارد</w:t>
      </w:r>
      <w:r w:rsidRPr="006179EA">
        <w:rPr>
          <w:rFonts w:ascii="Tahoma" w:hAnsi="Tahoma" w:cs="Tahoma"/>
          <w:rtl/>
        </w:rPr>
        <w:t>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نخست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شش ماه واگذار شد و بعد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سال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تمد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گرد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درخواست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فوق‌العاده از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نظر قابل‌فهم بود. کشور با تحر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نفت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کاهش شد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درآمد، فشار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بحران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روبه‌رو بود. روند عاد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قانون‌گذار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کند بود و اختلاف‌ها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مجلس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هر برنامهٔ اصلاح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متوقف سازد. مصدق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در زمان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کوتاه اصلاحات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eastAsia"/>
          <w:rtl/>
        </w:rPr>
        <w:t>گسترده</w:t>
      </w:r>
      <w:r w:rsidRPr="006179EA">
        <w:rPr>
          <w:rFonts w:ascii="Tahoma" w:hAnsi="Tahoma" w:cs="Tahoma"/>
          <w:rtl/>
        </w:rPr>
        <w:t xml:space="preserve"> انجام دهد و اقتصاد بدون نفت را سامان بخشد.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اما</w:t>
      </w:r>
      <w:r w:rsidRPr="006179EA">
        <w:rPr>
          <w:rFonts w:ascii="Tahoma" w:hAnsi="Tahoma" w:cs="Tahoma"/>
          <w:rtl/>
        </w:rPr>
        <w:t xml:space="preserve"> از نظر کشوردار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اقدام تناقض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مهم پد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آورد. نهضت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با شعار دفاع از مجلس و حاکم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قانون به قدرت 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ده</w:t>
      </w:r>
      <w:r w:rsidRPr="006179EA">
        <w:rPr>
          <w:rFonts w:ascii="Tahoma" w:hAnsi="Tahoma" w:cs="Tahoma"/>
          <w:rtl/>
        </w:rPr>
        <w:t xml:space="preserve"> بود، اکنون از همان مجلس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قانون‌گذار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را به دولت واگذار کند. شاه به دل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تمرکز قدرت مورد انتقاد قرار گرفته بود، 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نخ</w:t>
      </w:r>
      <w:r w:rsidRPr="006179EA">
        <w:rPr>
          <w:rFonts w:ascii="Tahoma" w:hAnsi="Tahoma" w:cs="Tahoma" w:hint="eastAsia"/>
          <w:rtl/>
        </w:rPr>
        <w:t>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مقابله با شاه و بحران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تمرکز قدرت 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آورد</w:t>
      </w:r>
      <w:r w:rsidRPr="006179EA">
        <w:rPr>
          <w:rFonts w:ascii="Tahoma" w:hAnsi="Tahoma" w:cs="Tahoma"/>
          <w:rtl/>
        </w:rPr>
        <w:t>. تفاوت در سرچشمهٔ قدرت بود، اما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کاهش نقش نهاد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مجلس باشد.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مصدق</w:t>
      </w:r>
      <w:r w:rsidRPr="006179EA">
        <w:rPr>
          <w:rFonts w:ascii="Tahoma" w:hAnsi="Tahoma" w:cs="Tahoma"/>
          <w:rtl/>
        </w:rPr>
        <w:t xml:space="preserve"> خود را مستبد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</w:t>
      </w:r>
      <w:r w:rsidRPr="006179EA">
        <w:rPr>
          <w:rFonts w:ascii="Tahoma" w:hAnsi="Tahoma" w:cs="Tahoma"/>
          <w:rtl/>
        </w:rPr>
        <w:t>. او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را از مجلس گرفته بود و مدت آنها محدود بود. باا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ن‌همه،</w:t>
      </w:r>
      <w:r w:rsidRPr="006179EA">
        <w:rPr>
          <w:rFonts w:ascii="Tahoma" w:hAnsi="Tahoma" w:cs="Tahoma"/>
          <w:rtl/>
        </w:rPr>
        <w:t xml:space="preserve"> مسئله فقط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نبود. هنگام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مجلس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قانون‌گذار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به دولت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سپارد،</w:t>
      </w:r>
      <w:r w:rsidRPr="006179EA">
        <w:rPr>
          <w:rFonts w:ascii="Tahoma" w:hAnsi="Tahoma" w:cs="Tahoma"/>
          <w:rtl/>
        </w:rPr>
        <w:t xml:space="preserve"> نظارت خود را بر همان دولت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کاهش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دهد</w:t>
      </w:r>
      <w:r w:rsidRPr="006179EA">
        <w:rPr>
          <w:rFonts w:ascii="Tahoma" w:hAnsi="Tahoma" w:cs="Tahoma"/>
          <w:rtl/>
        </w:rPr>
        <w:t xml:space="preserve"> که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در برابر آن پاسخ‌گو باشد. اگر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روش به سنت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شد،</w:t>
      </w:r>
      <w:r w:rsidRPr="006179EA">
        <w:rPr>
          <w:rFonts w:ascii="Tahoma" w:hAnsi="Tahoma" w:cs="Tahoma"/>
          <w:rtl/>
        </w:rPr>
        <w:t xml:space="preserve"> هر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محبوب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گرفتار بحران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به نام ضرورت از مجلس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مطالبه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ن‌رو،</w:t>
      </w:r>
      <w:r w:rsidRPr="006179EA">
        <w:rPr>
          <w:rFonts w:ascii="Tahoma" w:hAnsi="Tahoma" w:cs="Tahoma"/>
          <w:rtl/>
        </w:rPr>
        <w:t xml:space="preserve"> درگ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فقط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شاه و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نبود.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ندگان</w:t>
      </w:r>
      <w:r w:rsidRPr="006179EA">
        <w:rPr>
          <w:rFonts w:ascii="Tahoma" w:hAnsi="Tahoma" w:cs="Tahoma"/>
          <w:rtl/>
        </w:rPr>
        <w:t xml:space="preserve"> و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اران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مصدق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نگران گسترش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دولت شدند. آنان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پرس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دند</w:t>
      </w:r>
      <w:r w:rsidRPr="006179EA">
        <w:rPr>
          <w:rFonts w:ascii="Tahoma" w:hAnsi="Tahoma" w:cs="Tahoma"/>
          <w:rtl/>
        </w:rPr>
        <w:t xml:space="preserve"> اگر هدف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جلوگ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تمرکز قدرت است، چرا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قانون‌گذار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دست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قرار 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</w:t>
      </w:r>
      <w:r w:rsidRPr="006179EA">
        <w:rPr>
          <w:rFonts w:ascii="Tahoma" w:hAnsi="Tahoma" w:cs="Tahoma"/>
          <w:rtl/>
        </w:rPr>
        <w:t>. مصدق در پا</w:t>
      </w:r>
      <w:r w:rsidRPr="006179EA">
        <w:rPr>
          <w:rFonts w:ascii="Tahoma" w:hAnsi="Tahoma" w:cs="Tahoma" w:hint="eastAsia"/>
          <w:rtl/>
        </w:rPr>
        <w:t>سخ،</w:t>
      </w:r>
      <w:r w:rsidRPr="006179EA">
        <w:rPr>
          <w:rFonts w:ascii="Tahoma" w:hAnsi="Tahoma" w:cs="Tahoma"/>
          <w:rtl/>
        </w:rPr>
        <w:t xml:space="preserve"> مخالفت آنان را مانع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راه مبارزه با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و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برنامه‌ها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دولت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همان نقطه‌ا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 که وحدت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شروع به فروپاش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کرد. در دوران مبارزه با رزم‌آرا و تصو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نفت،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گوناگون بر سر حذف مانع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مشترک توافق داشتند. پس از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ر،</w:t>
      </w:r>
      <w:r w:rsidRPr="006179EA">
        <w:rPr>
          <w:rFonts w:ascii="Tahoma" w:hAnsi="Tahoma" w:cs="Tahoma"/>
          <w:rtl/>
        </w:rPr>
        <w:t xml:space="preserve"> آن مانع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وجود نداشت و مسئلهٔ ادارهٔ کشور در برابرشان قرار گرفته بود. اکنون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معلوم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</w:t>
      </w:r>
      <w:r w:rsidRPr="006179EA">
        <w:rPr>
          <w:rFonts w:ascii="Tahoma" w:hAnsi="Tahoma" w:cs="Tahoma"/>
          <w:rtl/>
        </w:rPr>
        <w:t xml:space="preserve"> جبههٔ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بازار،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نکاران،</w:t>
      </w:r>
      <w:r w:rsidRPr="006179EA">
        <w:rPr>
          <w:rFonts w:ascii="Tahoma" w:hAnsi="Tahoma" w:cs="Tahoma"/>
          <w:rtl/>
        </w:rPr>
        <w:t xml:space="preserve"> مجلس و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چه نوع حکومت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خواهند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مصدق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دولت از دربار مستقل باشد و بتواند برنامه‌ها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را بدون دخالت شاه اجرا کند. 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انتظار داشت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مذهب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تع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کشور سهم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داشته باشند. گروه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ندگان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خواستند</w:t>
      </w:r>
      <w:r w:rsidRPr="006179EA">
        <w:rPr>
          <w:rFonts w:ascii="Tahoma" w:hAnsi="Tahoma" w:cs="Tahoma"/>
          <w:rtl/>
        </w:rPr>
        <w:t xml:space="preserve"> مجلس مرکز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م‌گ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بماند. فدائ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اسلام خواهان </w:t>
      </w:r>
      <w:r w:rsidRPr="006179EA">
        <w:rPr>
          <w:rFonts w:ascii="Tahoma" w:hAnsi="Tahoma" w:cs="Tahoma" w:hint="eastAsia"/>
          <w:rtl/>
        </w:rPr>
        <w:t>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عت</w:t>
      </w:r>
      <w:r w:rsidRPr="006179EA">
        <w:rPr>
          <w:rFonts w:ascii="Tahoma" w:hAnsi="Tahoma" w:cs="Tahoma"/>
          <w:rtl/>
        </w:rPr>
        <w:t xml:space="preserve"> بودند. بازار از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کرد،</w:t>
      </w:r>
      <w:r w:rsidRPr="006179EA">
        <w:rPr>
          <w:rFonts w:ascii="Tahoma" w:hAnsi="Tahoma" w:cs="Tahoma"/>
          <w:rtl/>
        </w:rPr>
        <w:t xml:space="preserve"> اما از ادامهٔ رکود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 حزب توده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تضع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ف</w:t>
      </w:r>
      <w:r w:rsidRPr="006179EA">
        <w:rPr>
          <w:rFonts w:ascii="Tahoma" w:hAnsi="Tahoma" w:cs="Tahoma"/>
          <w:rtl/>
        </w:rPr>
        <w:t xml:space="preserve"> دربار و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را فرصت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گسترش نفوذ خود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دانست،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آنکه</w:t>
      </w:r>
      <w:r w:rsidRPr="006179EA">
        <w:rPr>
          <w:rFonts w:ascii="Tahoma" w:hAnsi="Tahoma" w:cs="Tahoma"/>
          <w:rtl/>
        </w:rPr>
        <w:t xml:space="preserve"> لزوماً رهبر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 را بپذ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اختلاف</w:t>
      </w:r>
      <w:r w:rsidRPr="006179EA">
        <w:rPr>
          <w:rFonts w:ascii="Tahoma" w:hAnsi="Tahoma" w:cs="Tahoma"/>
          <w:rtl/>
        </w:rPr>
        <w:t xml:space="preserve"> مصدق و 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به‌تدر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</w:t>
      </w:r>
      <w:r w:rsidRPr="006179EA">
        <w:rPr>
          <w:rFonts w:ascii="Tahoma" w:hAnsi="Tahoma" w:cs="Tahoma"/>
          <w:rtl/>
        </w:rPr>
        <w:t xml:space="preserve"> آشکار شد. 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نقش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مهم داشت و شبکهٔ مذهب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بازار وابسته به او در بس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</w:t>
      </w:r>
      <w:r w:rsidRPr="006179EA">
        <w:rPr>
          <w:rFonts w:ascii="Tahoma" w:hAnsi="Tahoma" w:cs="Tahoma"/>
          <w:rtl/>
        </w:rPr>
        <w:t xml:space="preserve"> مردم مؤثر بود. او انتظار داشت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قدرت در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دولت بازتاب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ابد</w:t>
      </w:r>
      <w:r w:rsidRPr="006179EA">
        <w:rPr>
          <w:rFonts w:ascii="Tahoma" w:hAnsi="Tahoma" w:cs="Tahoma"/>
          <w:rtl/>
        </w:rPr>
        <w:t>. اما مصدق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دولت را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شرکا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نهضت تقس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کند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در برابر </w:t>
      </w:r>
      <w:r w:rsidRPr="006179EA">
        <w:rPr>
          <w:rFonts w:ascii="Tahoma" w:hAnsi="Tahoma" w:cs="Tahoma" w:hint="eastAsia"/>
          <w:rtl/>
        </w:rPr>
        <w:t>خواست‌ها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تسل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شود. از نظر او،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مسئول ادارهٔ کشور بود و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رون</w:t>
      </w:r>
      <w:r w:rsidRPr="006179EA">
        <w:rPr>
          <w:rFonts w:ascii="Tahoma" w:hAnsi="Tahoma" w:cs="Tahoma"/>
          <w:rtl/>
        </w:rPr>
        <w:t xml:space="preserve"> از مجلس، در برابر رهبران مذهب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پاسخ‌گو باشد.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گسترش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مصدق را نشانهٔ حرکت او به سو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حکومت فرد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</w:t>
      </w:r>
      <w:r w:rsidRPr="006179EA">
        <w:rPr>
          <w:rFonts w:ascii="Tahoma" w:hAnsi="Tahoma" w:cs="Tahoma"/>
          <w:rtl/>
        </w:rPr>
        <w:t>. اتحاد آنان که بر دشمن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 نفوذ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و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از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استوار بود، فاقد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دگاه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مشترک دربارهٔ ساختار آ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ندهٔ</w:t>
      </w:r>
      <w:r w:rsidRPr="006179EA">
        <w:rPr>
          <w:rFonts w:ascii="Tahoma" w:hAnsi="Tahoma" w:cs="Tahoma"/>
          <w:rtl/>
        </w:rPr>
        <w:t xml:space="preserve"> حکومت بود. هنگام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مسئلهٔ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مبارزه با شرکت نفت به حدود </w:t>
      </w:r>
      <w:r w:rsidRPr="006179EA">
        <w:rPr>
          <w:rFonts w:ascii="Tahoma" w:hAnsi="Tahoma" w:cs="Tahoma" w:hint="eastAsia"/>
          <w:rtl/>
        </w:rPr>
        <w:t>قدرت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و جا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گاه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انتقال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اتحاد نتوانست دوام آورد.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فدائ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اسلام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از مصدق فاصله گرفتند. آنان انتظار داشتند پس از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نفت، دولت به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احکام شرع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بپردازد و ساختار حکومت را اسلام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کند. مصدق چن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برنامه‌ا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نداشت.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او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اقدام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راه استقلال و حاکم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بود، نه مقدمه‌ا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استقرار حکو</w:t>
      </w:r>
      <w:r w:rsidRPr="006179EA">
        <w:rPr>
          <w:rFonts w:ascii="Tahoma" w:hAnsi="Tahoma" w:cs="Tahoma" w:hint="eastAsia"/>
          <w:rtl/>
        </w:rPr>
        <w:t>مت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>. به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ترت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که با ترور رزم‌آرا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موانع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 را از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برده بود، اکنون خود او را به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انت</w:t>
      </w:r>
      <w:r w:rsidRPr="006179EA">
        <w:rPr>
          <w:rFonts w:ascii="Tahoma" w:hAnsi="Tahoma" w:cs="Tahoma"/>
          <w:rtl/>
        </w:rPr>
        <w:t xml:space="preserve"> به وعده‌ها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متهم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سو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گر،</w:t>
      </w:r>
      <w:r w:rsidRPr="006179EA">
        <w:rPr>
          <w:rFonts w:ascii="Tahoma" w:hAnsi="Tahoma" w:cs="Tahoma"/>
          <w:rtl/>
        </w:rPr>
        <w:t xml:space="preserve"> مصدق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محدودکردن قدرت دربار اقدامات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انجام داد. نفوذ اعضا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خاندان سلطنت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امور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کاهش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افت،</w:t>
      </w:r>
      <w:r w:rsidRPr="006179EA">
        <w:rPr>
          <w:rFonts w:ascii="Tahoma" w:hAnsi="Tahoma" w:cs="Tahoma"/>
          <w:rtl/>
        </w:rPr>
        <w:t xml:space="preserve"> بودجهٔ دربار محدود شد و از اشرف پهلو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خواهر دوقلو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شاه، خواسته شد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ترک کند.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املاک سلطنت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دولت قرار گرفت و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ارتباط مستق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دربار با 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و مقامات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محدود سازد.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اقدامات از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دگاه</w:t>
      </w:r>
      <w:r w:rsidRPr="006179EA">
        <w:rPr>
          <w:rFonts w:ascii="Tahoma" w:hAnsi="Tahoma" w:cs="Tahoma"/>
          <w:rtl/>
        </w:rPr>
        <w:t xml:space="preserve"> مصدق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جلوگ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دخالت غ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رقانون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دربار در حکومت لازم بود. اما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محمدرضاشاه، نشانه‌ها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محاصره و ته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کردن</w:t>
      </w:r>
      <w:r w:rsidRPr="006179EA">
        <w:rPr>
          <w:rFonts w:ascii="Tahoma" w:hAnsi="Tahoma" w:cs="Tahoma"/>
          <w:rtl/>
        </w:rPr>
        <w:t xml:space="preserve"> سلطنت از قدرت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بود. شاه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که وزارت جنگ، انتصاب‌ها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بودجهٔ دربار و فعال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اعضا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خاندانش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پس از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او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رود</w:t>
      </w:r>
      <w:r w:rsidRPr="006179EA">
        <w:rPr>
          <w:rFonts w:ascii="Tahoma" w:hAnsi="Tahoma" w:cs="Tahoma"/>
          <w:rtl/>
        </w:rPr>
        <w:t>. اگر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روند ادامه م</w:t>
      </w:r>
      <w:r w:rsidRPr="006179EA">
        <w:rPr>
          <w:rFonts w:ascii="Tahoma" w:hAnsi="Tahoma" w:cs="Tahoma" w:hint="cs"/>
          <w:rtl/>
        </w:rPr>
        <w:t>ی‌ی</w:t>
      </w:r>
      <w:r w:rsidRPr="006179EA">
        <w:rPr>
          <w:rFonts w:ascii="Tahoma" w:hAnsi="Tahoma" w:cs="Tahoma" w:hint="eastAsia"/>
          <w:rtl/>
        </w:rPr>
        <w:t>افت،</w:t>
      </w:r>
      <w:r w:rsidRPr="006179EA">
        <w:rPr>
          <w:rFonts w:ascii="Tahoma" w:hAnsi="Tahoma" w:cs="Tahoma"/>
          <w:rtl/>
        </w:rPr>
        <w:t xml:space="preserve"> ممکن بود سلطنت عملاً به مقام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تشر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فات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شود؛ مقام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مشروطهٔ مشروعه هرگز آن را به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صورت تعر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ف</w:t>
      </w:r>
      <w:r w:rsidRPr="006179EA">
        <w:rPr>
          <w:rFonts w:ascii="Tahoma" w:hAnsi="Tahoma" w:cs="Tahoma"/>
          <w:rtl/>
        </w:rPr>
        <w:t xml:space="preserve"> نکرده بود.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مصدق</w:t>
      </w:r>
      <w:r w:rsidRPr="006179EA">
        <w:rPr>
          <w:rFonts w:ascii="Tahoma" w:hAnsi="Tahoma" w:cs="Tahoma"/>
          <w:rtl/>
        </w:rPr>
        <w:t xml:space="preserve"> همچن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شمار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افسران را بازنشسته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جابه‌جا کرد و 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فرماندهان مورد اعتماد دولت را در موقع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حساس قرار دهد.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اقدام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از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دگاه</w:t>
      </w:r>
      <w:r w:rsidRPr="006179EA">
        <w:rPr>
          <w:rFonts w:ascii="Tahoma" w:hAnsi="Tahoma" w:cs="Tahoma"/>
          <w:rtl/>
        </w:rPr>
        <w:t xml:space="preserve"> او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اعمال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دولت بر ارتش ضرور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بود؛ اما در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افسران نگران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نارضا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آورد. گروه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آنان که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وند</w:t>
      </w:r>
      <w:r w:rsidRPr="006179EA">
        <w:rPr>
          <w:rFonts w:ascii="Tahoma" w:hAnsi="Tahoma" w:cs="Tahoma"/>
          <w:rtl/>
        </w:rPr>
        <w:t xml:space="preserve"> عاطف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حرفه‌ا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منفعت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 شاه داشتند، دولت مصدق را خطر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ارتش و سلطنت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دانستند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ارتش</w:t>
      </w:r>
      <w:r w:rsidRPr="006179EA">
        <w:rPr>
          <w:rFonts w:ascii="Tahoma" w:hAnsi="Tahoma" w:cs="Tahoma"/>
          <w:rtl/>
        </w:rPr>
        <w:t xml:space="preserve"> از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پس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فقط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نهادها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حکومت نبود؛ به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دان</w:t>
      </w:r>
      <w:r w:rsidRPr="006179EA">
        <w:rPr>
          <w:rFonts w:ascii="Tahoma" w:hAnsi="Tahoma" w:cs="Tahoma"/>
          <w:rtl/>
        </w:rPr>
        <w:t xml:space="preserve"> اصل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تقس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وفادار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شد.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افسران از فرمان دولت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کردند،</w:t>
      </w:r>
      <w:r w:rsidRPr="006179EA">
        <w:rPr>
          <w:rFonts w:ascii="Tahoma" w:hAnsi="Tahoma" w:cs="Tahoma"/>
          <w:rtl/>
        </w:rPr>
        <w:t xml:space="preserve">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شاه وفادار بودند و برخ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دند</w:t>
      </w:r>
      <w:r w:rsidRPr="006179EA">
        <w:rPr>
          <w:rFonts w:ascii="Tahoma" w:hAnsi="Tahoma" w:cs="Tahoma"/>
          <w:rtl/>
        </w:rPr>
        <w:t xml:space="preserve"> تا روشن‌شدن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جهٔ</w:t>
      </w:r>
      <w:r w:rsidRPr="006179EA">
        <w:rPr>
          <w:rFonts w:ascii="Tahoma" w:hAnsi="Tahoma" w:cs="Tahoma"/>
          <w:rtl/>
        </w:rPr>
        <w:t xml:space="preserve"> کشاکش ب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طرف</w:t>
      </w:r>
      <w:r w:rsidRPr="006179EA">
        <w:rPr>
          <w:rFonts w:ascii="Tahoma" w:hAnsi="Tahoma" w:cs="Tahoma"/>
          <w:rtl/>
        </w:rPr>
        <w:t xml:space="preserve"> بمانند.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وضع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هر حکومت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خطرناک بود، 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که با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انحصار قانون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سلاح را در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داشته باشد، خود بر سر مرجع نها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فرمانده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دچار ترد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شده بود.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نهم اسفند </w:t>
      </w:r>
      <w:r w:rsidRPr="006179EA">
        <w:rPr>
          <w:rFonts w:ascii="Tahoma" w:hAnsi="Tahoma" w:cs="Tahoma"/>
          <w:rtl/>
          <w:lang w:bidi="fa-IR"/>
        </w:rPr>
        <w:t>۱۳۳۱</w:t>
      </w:r>
      <w:r w:rsidRPr="006179EA">
        <w:rPr>
          <w:rFonts w:ascii="Tahoma" w:hAnsi="Tahoma" w:cs="Tahoma"/>
          <w:rtl/>
        </w:rPr>
        <w:t>،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کشاکش به بحران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تازه انجام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 شاه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داشت کشور را ترک کند. علت رسم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سفر استراحت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مداوا اعلام شد، اما مخالفان مصدق آن را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جهٔ</w:t>
      </w:r>
      <w:r w:rsidRPr="006179EA">
        <w:rPr>
          <w:rFonts w:ascii="Tahoma" w:hAnsi="Tahoma" w:cs="Tahoma"/>
          <w:rtl/>
        </w:rPr>
        <w:t xml:space="preserve"> فشار دولت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رون‌راندن</w:t>
      </w:r>
      <w:r w:rsidRPr="006179EA">
        <w:rPr>
          <w:rFonts w:ascii="Tahoma" w:hAnsi="Tahoma" w:cs="Tahoma"/>
          <w:rtl/>
        </w:rPr>
        <w:t xml:space="preserve"> شاه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دانستند</w:t>
      </w:r>
      <w:r w:rsidRPr="006179EA">
        <w:rPr>
          <w:rFonts w:ascii="Tahoma" w:hAnsi="Tahoma" w:cs="Tahoma"/>
          <w:rtl/>
        </w:rPr>
        <w:t>. خبر خروج شاه، گروه‌ها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از هواداران سلطنت، بازار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و افسران را به حرکت درآورد. جمع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برابر کاخ گرد آمد و از شاه خواست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ترک نکند.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مصدق</w:t>
      </w:r>
      <w:r w:rsidRPr="006179EA">
        <w:rPr>
          <w:rFonts w:ascii="Tahoma" w:hAnsi="Tahoma" w:cs="Tahoma"/>
          <w:rtl/>
        </w:rPr>
        <w:t xml:space="preserve"> و هوادارانش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حرکت را توطئه‌ا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حمله به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و برانداختن دولت دانستند. مخالفان او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گفتند که واکنش مردم نشان داده است کشور خواهان حذف سلطنت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ست</w:t>
      </w:r>
      <w:r w:rsidRPr="006179EA">
        <w:rPr>
          <w:rFonts w:ascii="Tahoma" w:hAnsi="Tahoma" w:cs="Tahoma"/>
          <w:rtl/>
        </w:rPr>
        <w:t>. صرف‌نظر از جزئ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ات</w:t>
      </w:r>
      <w:r w:rsidRPr="006179EA">
        <w:rPr>
          <w:rFonts w:ascii="Tahoma" w:hAnsi="Tahoma" w:cs="Tahoma"/>
          <w:rtl/>
        </w:rPr>
        <w:t xml:space="preserve"> طرح‌ها و نقش اشخاص، نهم اسفند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را آشکار کرد: مصدق توانسته بود شاه را از بخش مهم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قدرت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دور کند، اما نتوانسته بود نهاد سلطنت را از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گاه</w:t>
      </w:r>
      <w:r w:rsidRPr="006179EA">
        <w:rPr>
          <w:rFonts w:ascii="Tahoma" w:hAnsi="Tahoma" w:cs="Tahoma"/>
          <w:rtl/>
        </w:rPr>
        <w:t xml:space="preserve"> تار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اجتماع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اش</w:t>
      </w:r>
      <w:r w:rsidRPr="006179EA">
        <w:rPr>
          <w:rFonts w:ascii="Tahoma" w:hAnsi="Tahoma" w:cs="Tahoma"/>
          <w:rtl/>
        </w:rPr>
        <w:t xml:space="preserve"> محروم سازد.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مردم ممکن بود هم‌زمان از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نفت و شخص مصدق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کنند و خواهان باق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ماندن</w:t>
      </w:r>
      <w:r w:rsidRPr="006179EA">
        <w:rPr>
          <w:rFonts w:ascii="Tahoma" w:hAnsi="Tahoma" w:cs="Tahoma"/>
          <w:rtl/>
        </w:rPr>
        <w:t xml:space="preserve"> شاه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باشند. جامعه الزاماً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دو انتخاب کاملاً جدا،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عن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سلطنت، تقس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نشده بود. بس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خواهان هر دو بودند و انتظار داشتند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آنها سازش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چهارچوب قانون اس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برقرار شود. اما ساختار دوگانهٔ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امکان چن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سازش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هر روز دشوارتر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پس</w:t>
      </w:r>
      <w:r w:rsidRPr="006179EA">
        <w:rPr>
          <w:rFonts w:ascii="Tahoma" w:hAnsi="Tahoma" w:cs="Tahoma"/>
          <w:rtl/>
        </w:rPr>
        <w:t xml:space="preserve"> از بحران نهم اسفند، 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ئت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هشت‌نفره در مجلس مأمور بررس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اختلاف شاه و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شد. گزارش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ئت</w:t>
      </w:r>
      <w:r w:rsidRPr="006179EA">
        <w:rPr>
          <w:rFonts w:ascii="Tahoma" w:hAnsi="Tahoma" w:cs="Tahoma"/>
          <w:rtl/>
        </w:rPr>
        <w:t xml:space="preserve"> 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حدود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شاه و دولت را روشن کند و در عمل، شاه را از مداخلهٔ مستق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در امور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بازدارد.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همان تفس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 که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از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eastAsia"/>
          <w:rtl/>
        </w:rPr>
        <w:t>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 شعار «شاه سلطنت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کند،</w:t>
      </w:r>
      <w:r w:rsidRPr="006179EA">
        <w:rPr>
          <w:rFonts w:ascii="Tahoma" w:hAnsi="Tahoma" w:cs="Tahoma"/>
          <w:rtl/>
        </w:rPr>
        <w:t xml:space="preserve"> نه حکومت» بسازد.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اما</w:t>
      </w:r>
      <w:r w:rsidRPr="006179EA">
        <w:rPr>
          <w:rFonts w:ascii="Tahoma" w:hAnsi="Tahoma" w:cs="Tahoma"/>
          <w:rtl/>
        </w:rPr>
        <w:t xml:space="preserve"> مشکل همچنان باق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بود: متن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مخصوص پادشاه دانسته و فرمانده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کل قوا را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به او سپرده بود. بنابرا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ن،</w:t>
      </w:r>
      <w:r w:rsidRPr="006179EA">
        <w:rPr>
          <w:rFonts w:ascii="Tahoma" w:hAnsi="Tahoma" w:cs="Tahoma"/>
          <w:rtl/>
        </w:rPr>
        <w:t xml:space="preserve"> محدودکردن شاه به مقام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صرفاً سلطنت‌کننده، نه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روشن متن قانون، بلکه تفس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تازه و مخالف ظاهر آن بود.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تفس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ممکن بود از </w:t>
      </w:r>
      <w:r w:rsidRPr="006179EA">
        <w:rPr>
          <w:rFonts w:ascii="Tahoma" w:hAnsi="Tahoma" w:cs="Tahoma" w:hint="eastAsia"/>
          <w:rtl/>
        </w:rPr>
        <w:t>نظر</w:t>
      </w:r>
      <w:r w:rsidRPr="006179EA">
        <w:rPr>
          <w:rFonts w:ascii="Tahoma" w:hAnsi="Tahoma" w:cs="Tahoma"/>
          <w:rtl/>
        </w:rPr>
        <w:t xml:space="preserve"> تحول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به سو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پادشاه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پارلمان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مطلوب باشد، اما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بدون اصلاح صر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ح</w:t>
      </w:r>
      <w:r w:rsidRPr="006179EA">
        <w:rPr>
          <w:rFonts w:ascii="Tahoma" w:hAnsi="Tahoma" w:cs="Tahoma"/>
          <w:rtl/>
        </w:rPr>
        <w:t xml:space="preserve">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تع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رئ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</w:t>
      </w:r>
      <w:r w:rsidRPr="006179EA">
        <w:rPr>
          <w:rFonts w:ascii="Tahoma" w:hAnsi="Tahoma" w:cs="Tahoma"/>
          <w:rtl/>
        </w:rPr>
        <w:t xml:space="preserve">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دستگاه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تناقض را برطرف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واقع، نزاع شاه و مصدق نشان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داد</w:t>
      </w:r>
      <w:r w:rsidRPr="006179EA">
        <w:rPr>
          <w:rFonts w:ascii="Tahoma" w:hAnsi="Tahoma" w:cs="Tahoma"/>
          <w:rtl/>
        </w:rPr>
        <w:t xml:space="preserve"> که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کوشد</w:t>
      </w:r>
      <w:r w:rsidRPr="006179EA">
        <w:rPr>
          <w:rFonts w:ascii="Tahoma" w:hAnsi="Tahoma" w:cs="Tahoma"/>
          <w:rtl/>
        </w:rPr>
        <w:t xml:space="preserve"> بدون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روشن قانون، نظام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درون آن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رون</w:t>
      </w:r>
      <w:r w:rsidRPr="006179EA">
        <w:rPr>
          <w:rFonts w:ascii="Tahoma" w:hAnsi="Tahoma" w:cs="Tahoma"/>
          <w:rtl/>
        </w:rPr>
        <w:t xml:space="preserve"> آورد. مصدق و هوادارانش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خواستند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برخوردار از اعتماد مجلس، رئ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</w:t>
      </w:r>
      <w:r w:rsidRPr="006179EA">
        <w:rPr>
          <w:rFonts w:ascii="Tahoma" w:hAnsi="Tahoma" w:cs="Tahoma"/>
          <w:rtl/>
        </w:rPr>
        <w:t xml:space="preserve">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باشد و شاه به مقام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نماد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شود. شاه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که قانون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شناخته بود حفظ کند و در همان حال، از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مستق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مصون بماند. 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چ‌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حاضر نبود سرچشمهٔ تناقض،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عن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ساختمان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مشروطهٔ مشروعه، را به‌صراحت موضوع بازنگر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قرار دهد.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هم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حال، بحران نفت ادامه داشت.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نتوانسته بود نفت خود را به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زان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بفروشد و درآمد حکومت کاهش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افته</w:t>
      </w:r>
      <w:r w:rsidRPr="006179EA">
        <w:rPr>
          <w:rFonts w:ascii="Tahoma" w:hAnsi="Tahoma" w:cs="Tahoma"/>
          <w:rtl/>
        </w:rPr>
        <w:t xml:space="preserve"> بود. دولت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است</w:t>
      </w:r>
      <w:r w:rsidRPr="006179EA">
        <w:rPr>
          <w:rFonts w:ascii="Tahoma" w:hAnsi="Tahoma" w:cs="Tahoma"/>
          <w:rtl/>
        </w:rPr>
        <w:t xml:space="preserve"> اقتصاد بدون نفت را دنبال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کرد،</w:t>
      </w:r>
      <w:r w:rsidRPr="006179EA">
        <w:rPr>
          <w:rFonts w:ascii="Tahoma" w:hAnsi="Tahoma" w:cs="Tahoma"/>
          <w:rtl/>
        </w:rPr>
        <w:t xml:space="preserve"> هز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نه‌ها</w:t>
      </w:r>
      <w:r w:rsidRPr="006179EA">
        <w:rPr>
          <w:rFonts w:ascii="Tahoma" w:hAnsi="Tahoma" w:cs="Tahoma"/>
          <w:rtl/>
        </w:rPr>
        <w:t xml:space="preserve"> را کاهش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داد،</w:t>
      </w:r>
      <w:r w:rsidRPr="006179EA">
        <w:rPr>
          <w:rFonts w:ascii="Tahoma" w:hAnsi="Tahoma" w:cs="Tahoma"/>
          <w:rtl/>
        </w:rPr>
        <w:t xml:space="preserve"> بر صادرات غ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رنفت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افزود</w:t>
      </w:r>
      <w:r w:rsidRPr="006179EA">
        <w:rPr>
          <w:rFonts w:ascii="Tahoma" w:hAnsi="Tahoma" w:cs="Tahoma"/>
          <w:rtl/>
        </w:rPr>
        <w:t xml:space="preserve"> و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با انتشار اوراق قرضه و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در</w:t>
      </w:r>
      <w:r w:rsidRPr="006179EA">
        <w:rPr>
          <w:rFonts w:ascii="Tahoma" w:hAnsi="Tahoma" w:cs="Tahoma" w:hint="eastAsia"/>
          <w:rtl/>
        </w:rPr>
        <w:t>آمدها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داخل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کمبود بودجه را جبران کند.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است‌ها</w:t>
      </w:r>
      <w:r w:rsidRPr="006179EA">
        <w:rPr>
          <w:rFonts w:ascii="Tahoma" w:hAnsi="Tahoma" w:cs="Tahoma"/>
          <w:rtl/>
        </w:rPr>
        <w:t xml:space="preserve"> توانستند از فروپاش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فور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حکومت جلوگ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کنند، اما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توانستند</w:t>
      </w:r>
      <w:r w:rsidRPr="006179EA">
        <w:rPr>
          <w:rFonts w:ascii="Tahoma" w:hAnsi="Tahoma" w:cs="Tahoma"/>
          <w:rtl/>
        </w:rPr>
        <w:t xml:space="preserve"> آثار محاصرهٔ نفت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به‌طور کامل از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ببرند.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طولان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بحران، فشار را بر بازار، بازرگانان، کارمندان و طبقات مختلف جامعه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داد. 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اول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</w:t>
      </w:r>
      <w:r w:rsidRPr="006179EA">
        <w:rPr>
          <w:rFonts w:ascii="Tahoma" w:hAnsi="Tahoma" w:cs="Tahoma"/>
          <w:rtl/>
        </w:rPr>
        <w:t xml:space="preserve"> به حل سر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ع</w:t>
      </w:r>
      <w:r w:rsidRPr="006179EA">
        <w:rPr>
          <w:rFonts w:ascii="Tahoma" w:hAnsi="Tahoma" w:cs="Tahoma"/>
          <w:rtl/>
        </w:rPr>
        <w:t xml:space="preserve"> مسئلهٔ نفت جا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را به فرسودگ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نگران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داد</w:t>
      </w:r>
      <w:r w:rsidRPr="006179EA">
        <w:rPr>
          <w:rFonts w:ascii="Tahoma" w:hAnsi="Tahoma" w:cs="Tahoma"/>
          <w:rtl/>
        </w:rPr>
        <w:t>. مخالفان دولت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گفتند</w:t>
      </w:r>
      <w:r w:rsidRPr="006179EA">
        <w:rPr>
          <w:rFonts w:ascii="Tahoma" w:hAnsi="Tahoma" w:cs="Tahoma"/>
          <w:rtl/>
        </w:rPr>
        <w:t xml:space="preserve"> مصدق فرصت‌ها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مناسب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سازش را از دست داده و کشور را به بن‌بست کشانده اس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>. هواداران او پاسخ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دادند</w:t>
      </w:r>
      <w:r w:rsidRPr="006179EA">
        <w:rPr>
          <w:rFonts w:ascii="Tahoma" w:hAnsi="Tahoma" w:cs="Tahoma"/>
          <w:rtl/>
        </w:rPr>
        <w:t xml:space="preserve"> که 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رش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شنهادها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ا،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را از محتوا خال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کند</w:t>
      </w:r>
      <w:r w:rsidRPr="006179EA">
        <w:rPr>
          <w:rFonts w:ascii="Tahoma" w:hAnsi="Tahoma" w:cs="Tahoma"/>
          <w:rtl/>
        </w:rPr>
        <w:t xml:space="preserve"> و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دوباره 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سلطهٔ شرکت نفت قرار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دهد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داور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دربارهٔ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شنهادها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نفت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بدون توجه به هدف‌ها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متفاوت دو طرف دشوار است. برخ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طرح‌ها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توانستند</w:t>
      </w:r>
      <w:r w:rsidRPr="006179EA">
        <w:rPr>
          <w:rFonts w:ascii="Tahoma" w:hAnsi="Tahoma" w:cs="Tahoma"/>
          <w:rtl/>
        </w:rPr>
        <w:t xml:space="preserve"> درآمد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دهند و فروش نفت را از سر بگ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رند،</w:t>
      </w:r>
      <w:r w:rsidRPr="006179EA">
        <w:rPr>
          <w:rFonts w:ascii="Tahoma" w:hAnsi="Tahoma" w:cs="Tahoma"/>
          <w:rtl/>
        </w:rPr>
        <w:t xml:space="preserve"> اما دربارهٔ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زان</w:t>
      </w:r>
      <w:r w:rsidRPr="006179EA">
        <w:rPr>
          <w:rFonts w:ascii="Tahoma" w:hAnsi="Tahoma" w:cs="Tahoma"/>
          <w:rtl/>
        </w:rPr>
        <w:t xml:space="preserve"> کنترل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و نحوهٔ پرداخت غرامت ابهام داشتند. مصدق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داشت سازش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اصل </w:t>
      </w:r>
      <w:r w:rsidRPr="006179EA">
        <w:rPr>
          <w:rFonts w:ascii="Tahoma" w:hAnsi="Tahoma" w:cs="Tahoma" w:hint="eastAsia"/>
          <w:rtl/>
        </w:rPr>
        <w:t>حاکم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مخدوش کند، تمام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ب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معنا</w:t>
      </w:r>
      <w:r w:rsidRPr="006179EA">
        <w:rPr>
          <w:rFonts w:ascii="Tahoma" w:hAnsi="Tahoma" w:cs="Tahoma"/>
          <w:rtl/>
        </w:rPr>
        <w:t xml:space="preserve"> سازد.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شکست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بپذ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</w:t>
      </w:r>
      <w:r w:rsidRPr="006179EA">
        <w:rPr>
          <w:rFonts w:ascii="Tahoma" w:hAnsi="Tahoma" w:cs="Tahoma"/>
          <w:rtl/>
        </w:rPr>
        <w:t xml:space="preserve"> که به الگو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کشورها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نفت‌خ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ن‌سان،</w:t>
      </w:r>
      <w:r w:rsidRPr="006179EA">
        <w:rPr>
          <w:rFonts w:ascii="Tahoma" w:hAnsi="Tahoma" w:cs="Tahoma"/>
          <w:rtl/>
        </w:rPr>
        <w:t xml:space="preserve"> مسئلهٔ نفت از اختلاف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نبرد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 سر اراده و ح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ث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شده بود. هرچه بحران طولان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تر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شد،</w:t>
      </w:r>
      <w:r w:rsidRPr="006179EA">
        <w:rPr>
          <w:rFonts w:ascii="Tahoma" w:hAnsi="Tahoma" w:cs="Tahoma"/>
          <w:rtl/>
        </w:rPr>
        <w:t xml:space="preserve"> امکان سازش کمتر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د؛</w:t>
      </w:r>
      <w:r w:rsidRPr="006179EA">
        <w:rPr>
          <w:rFonts w:ascii="Tahoma" w:hAnsi="Tahoma" w:cs="Tahoma"/>
          <w:rtl/>
        </w:rPr>
        <w:t xml:space="preserve"> 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</w:t>
      </w:r>
      <w:r w:rsidRPr="006179EA">
        <w:rPr>
          <w:rFonts w:ascii="Tahoma" w:hAnsi="Tahoma" w:cs="Tahoma"/>
          <w:rtl/>
        </w:rPr>
        <w:t xml:space="preserve"> هر طرف عقب‌نش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نه مصالحه، بلکه شکست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 مصدق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بدون دستاورد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آشکار توافق کند و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>‌خواست توافق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بپذ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رد</w:t>
      </w:r>
      <w:r w:rsidRPr="006179EA">
        <w:rPr>
          <w:rFonts w:ascii="Tahoma" w:hAnsi="Tahoma" w:cs="Tahoma"/>
          <w:rtl/>
        </w:rPr>
        <w:t xml:space="preserve"> که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کامل مل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شدن</w:t>
      </w:r>
      <w:r w:rsidRPr="006179EA">
        <w:rPr>
          <w:rFonts w:ascii="Tahoma" w:hAnsi="Tahoma" w:cs="Tahoma"/>
          <w:rtl/>
        </w:rPr>
        <w:t xml:space="preserve"> تلق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با</w:t>
      </w:r>
      <w:r w:rsidRPr="006179EA">
        <w:rPr>
          <w:rFonts w:ascii="Tahoma" w:hAnsi="Tahoma" w:cs="Tahoma"/>
          <w:rtl/>
        </w:rPr>
        <w:t xml:space="preserve"> رو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کارآمدن</w:t>
      </w:r>
      <w:r w:rsidRPr="006179EA">
        <w:rPr>
          <w:rFonts w:ascii="Tahoma" w:hAnsi="Tahoma" w:cs="Tahoma"/>
          <w:rtl/>
        </w:rPr>
        <w:t xml:space="preserve"> دولت آ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زنهاور</w:t>
      </w:r>
      <w:r w:rsidRPr="006179EA">
        <w:rPr>
          <w:rFonts w:ascii="Tahoma" w:hAnsi="Tahoma" w:cs="Tahoma"/>
          <w:rtl/>
        </w:rPr>
        <w:t xml:space="preserve"> در آمر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کا،</w:t>
      </w:r>
      <w:r w:rsidRPr="006179EA">
        <w:rPr>
          <w:rFonts w:ascii="Tahoma" w:hAnsi="Tahoma" w:cs="Tahoma"/>
          <w:rtl/>
        </w:rPr>
        <w:t xml:space="preserve"> نگاه واشنگتن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کرد. نگران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گسترش حزب توده، ادامهٔ بحران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احتمال فروپاش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حکومت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</w:t>
      </w:r>
      <w:r w:rsidRPr="006179EA">
        <w:rPr>
          <w:rFonts w:ascii="Tahoma" w:hAnsi="Tahoma" w:cs="Tahoma"/>
          <w:rtl/>
        </w:rPr>
        <w:t>.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که راه‌ها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پلمات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و اقتصاد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برکنار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 کاف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دانست،</w:t>
      </w:r>
      <w:r w:rsidRPr="006179EA">
        <w:rPr>
          <w:rFonts w:ascii="Tahoma" w:hAnsi="Tahoma" w:cs="Tahoma"/>
          <w:rtl/>
        </w:rPr>
        <w:t xml:space="preserve"> آمر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کا</w:t>
      </w:r>
      <w:r w:rsidRPr="006179EA">
        <w:rPr>
          <w:rFonts w:ascii="Tahoma" w:hAnsi="Tahoma" w:cs="Tahoma"/>
          <w:rtl/>
        </w:rPr>
        <w:t xml:space="preserve"> را به همکار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طرح برانداز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دولت او ترغ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/>
          <w:rtl/>
        </w:rPr>
        <w:t xml:space="preserve"> کرد. از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مرحله به بعد، تغ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دولت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فقط خواست مخالفان داخل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نبود؛ سازمان‌ها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اطلاعات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و آمر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کا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آن وارد عمل شدند.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اما</w:t>
      </w:r>
      <w:r w:rsidRPr="006179EA">
        <w:rPr>
          <w:rFonts w:ascii="Tahoma" w:hAnsi="Tahoma" w:cs="Tahoma"/>
          <w:rtl/>
        </w:rPr>
        <w:t xml:space="preserve"> دخالت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در خلأ موفق شود. اگر دربار، افسران ناراض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است‌مداران</w:t>
      </w:r>
      <w:r w:rsidRPr="006179EA">
        <w:rPr>
          <w:rFonts w:ascii="Tahoma" w:hAnsi="Tahoma" w:cs="Tahoma"/>
          <w:rtl/>
        </w:rPr>
        <w:t xml:space="preserve"> مخالف،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جداشده از مصدق، صاحبان نفوذ،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بازار و شبکه‌ها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داخل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وجود نداشتند، طرح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ابزار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اجرا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</w:t>
      </w:r>
      <w:r w:rsidRPr="006179EA">
        <w:rPr>
          <w:rFonts w:ascii="Tahoma" w:hAnsi="Tahoma" w:cs="Tahoma"/>
          <w:rtl/>
        </w:rPr>
        <w:t>. از سو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گر،</w:t>
      </w:r>
      <w:r w:rsidRPr="006179EA">
        <w:rPr>
          <w:rFonts w:ascii="Tahoma" w:hAnsi="Tahoma" w:cs="Tahoma"/>
          <w:rtl/>
        </w:rPr>
        <w:t xml:space="preserve"> بدون پول، ساز</w:t>
      </w:r>
      <w:r w:rsidRPr="006179EA">
        <w:rPr>
          <w:rFonts w:ascii="Tahoma" w:hAnsi="Tahoma" w:cs="Tahoma" w:hint="eastAsia"/>
          <w:rtl/>
        </w:rPr>
        <w:t>مان‌ده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تبل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غات</w:t>
      </w:r>
      <w:r w:rsidRPr="006179EA">
        <w:rPr>
          <w:rFonts w:ascii="Tahoma" w:hAnsi="Tahoma" w:cs="Tahoma"/>
          <w:rtl/>
        </w:rPr>
        <w:t xml:space="preserve"> و هماهنگ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پراکنده به‌آسان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توانستند</w:t>
      </w:r>
      <w:r w:rsidRPr="006179EA">
        <w:rPr>
          <w:rFonts w:ascii="Tahoma" w:hAnsi="Tahoma" w:cs="Tahoma"/>
          <w:rtl/>
        </w:rPr>
        <w:t xml:space="preserve"> در زمان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کوتاه به حرکت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واحد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شوند.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بنابرا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/>
          <w:rtl/>
          <w:lang w:bidi="fa-IR"/>
        </w:rPr>
        <w:t>۲۸</w:t>
      </w:r>
      <w:r w:rsidRPr="006179EA">
        <w:rPr>
          <w:rFonts w:ascii="Tahoma" w:hAnsi="Tahoma" w:cs="Tahoma"/>
          <w:rtl/>
        </w:rPr>
        <w:t xml:space="preserve"> امرداد را نه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</w:t>
      </w:r>
      <w:r w:rsidRPr="006179EA">
        <w:rPr>
          <w:rFonts w:ascii="Tahoma" w:hAnsi="Tahoma" w:cs="Tahoma"/>
          <w:rtl/>
        </w:rPr>
        <w:t xml:space="preserve"> صرفاً 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خودجوش عل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</w:t>
      </w:r>
      <w:r w:rsidRPr="006179EA">
        <w:rPr>
          <w:rFonts w:ascii="Tahoma" w:hAnsi="Tahoma" w:cs="Tahoma"/>
          <w:rtl/>
        </w:rPr>
        <w:t xml:space="preserve"> مصدق دانست و نه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</w:t>
      </w:r>
      <w:r w:rsidRPr="006179EA">
        <w:rPr>
          <w:rFonts w:ascii="Tahoma" w:hAnsi="Tahoma" w:cs="Tahoma"/>
          <w:rtl/>
        </w:rPr>
        <w:t xml:space="preserve"> آن را عمل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کاملاً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شمرد که جامعهٔ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در آن نقش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نداشت. کودتا از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وند</w:t>
      </w:r>
      <w:r w:rsidRPr="006179EA">
        <w:rPr>
          <w:rFonts w:ascii="Tahoma" w:hAnsi="Tahoma" w:cs="Tahoma"/>
          <w:rtl/>
        </w:rPr>
        <w:t xml:space="preserve"> مداخلهٔ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 شکاف‌ها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داخل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آمد.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و آمر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کا</w:t>
      </w:r>
      <w:r w:rsidRPr="006179EA">
        <w:rPr>
          <w:rFonts w:ascii="Tahoma" w:hAnsi="Tahoma" w:cs="Tahoma"/>
          <w:rtl/>
        </w:rPr>
        <w:t xml:space="preserve"> از تضادها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استفاده کردند که در س</w:t>
      </w:r>
      <w:r w:rsidRPr="006179EA">
        <w:rPr>
          <w:rFonts w:ascii="Tahoma" w:hAnsi="Tahoma" w:cs="Tahoma" w:hint="eastAsia"/>
          <w:rtl/>
        </w:rPr>
        <w:t>اختمان</w:t>
      </w:r>
      <w:r w:rsidRPr="006179EA">
        <w:rPr>
          <w:rFonts w:ascii="Tahoma" w:hAnsi="Tahoma" w:cs="Tahoma"/>
          <w:rtl/>
        </w:rPr>
        <w:t xml:space="preserve"> کشوردار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وجود داشت و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داخل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غلبه بر رق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بان</w:t>
      </w:r>
      <w:r w:rsidRPr="006179EA">
        <w:rPr>
          <w:rFonts w:ascii="Tahoma" w:hAnsi="Tahoma" w:cs="Tahoma"/>
          <w:rtl/>
        </w:rPr>
        <w:t xml:space="preserve"> خود از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بهره گرفتند.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از 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دن</w:t>
      </w:r>
      <w:r w:rsidRPr="006179EA">
        <w:rPr>
          <w:rFonts w:ascii="Tahoma" w:hAnsi="Tahoma" w:cs="Tahoma"/>
          <w:rtl/>
        </w:rPr>
        <w:t xml:space="preserve"> به آن روز، مجلس هفدهم به آخر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دان</w:t>
      </w:r>
      <w:r w:rsidRPr="006179EA">
        <w:rPr>
          <w:rFonts w:ascii="Tahoma" w:hAnsi="Tahoma" w:cs="Tahoma"/>
          <w:rtl/>
        </w:rPr>
        <w:t xml:space="preserve"> بحران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شد. شمار مخالفان مصدق در مجلس افزا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افته</w:t>
      </w:r>
      <w:r w:rsidRPr="006179EA">
        <w:rPr>
          <w:rFonts w:ascii="Tahoma" w:hAnsi="Tahoma" w:cs="Tahoma"/>
          <w:rtl/>
        </w:rPr>
        <w:t xml:space="preserve"> بود و دولت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داشت آنان با است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ضاح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رأ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عدم اعتماد،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را برکنار کنند. گروه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ندگان</w:t>
      </w:r>
      <w:r w:rsidRPr="006179EA">
        <w:rPr>
          <w:rFonts w:ascii="Tahoma" w:hAnsi="Tahoma" w:cs="Tahoma"/>
          <w:rtl/>
        </w:rPr>
        <w:t xml:space="preserve"> هوادار دولت استعفا کردند تا مجلس از اکثر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لازم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تشک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جلسه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فتد</w:t>
      </w:r>
      <w:r w:rsidRPr="006179EA">
        <w:rPr>
          <w:rFonts w:ascii="Tahoma" w:hAnsi="Tahoma" w:cs="Tahoma"/>
          <w:rtl/>
        </w:rPr>
        <w:t>. مصدق سپس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گرفت دربارهٔ انحلال مجلس به همه‌پرس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مراجعه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قانون</w:t>
      </w:r>
      <w:r w:rsidRPr="006179EA">
        <w:rPr>
          <w:rFonts w:ascii="Tahoma" w:hAnsi="Tahoma" w:cs="Tahoma"/>
          <w:rtl/>
        </w:rPr>
        <w:t xml:space="preserve">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چن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همه‌پرس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ترت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ش‌ب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نکرده بود. افزون بر آن، 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وهٔ</w:t>
      </w:r>
      <w:r w:rsidRPr="006179EA">
        <w:rPr>
          <w:rFonts w:ascii="Tahoma" w:hAnsi="Tahoma" w:cs="Tahoma"/>
          <w:rtl/>
        </w:rPr>
        <w:t xml:space="preserve"> برگزار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رأ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از جمله جداکردن محل رأ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موافقان و مخالفان، مورد انتقاد قرار گرفت. دولت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</w:t>
      </w:r>
      <w:r w:rsidRPr="006179EA">
        <w:rPr>
          <w:rFonts w:ascii="Tahoma" w:hAnsi="Tahoma" w:cs="Tahoma"/>
          <w:rtl/>
        </w:rPr>
        <w:t xml:space="preserve"> را نشانهٔ خواست مردم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انحلال مجلس دانست؛ مخالفان آن را اقدام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غ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رقانون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eastAsia"/>
          <w:rtl/>
        </w:rPr>
        <w:t>از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بردن آخر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نهاد ناظر بر دولت شمردند.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تصم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مهم‌تر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تناقض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دوران مصدق را آشکار کرد. او سراسر زندگ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را در دفاع از مجلس و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گذرانده بود، اما اکنون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حفظ دولت و ادامهٔ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به انحلال همان مجلس 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آورد</w:t>
      </w:r>
      <w:r w:rsidRPr="006179EA">
        <w:rPr>
          <w:rFonts w:ascii="Tahoma" w:hAnsi="Tahoma" w:cs="Tahoma"/>
          <w:rtl/>
        </w:rPr>
        <w:t>. از نظر او، مجلس هفدهم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نما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ندهٔ</w:t>
      </w:r>
      <w:r w:rsidRPr="006179EA">
        <w:rPr>
          <w:rFonts w:ascii="Tahoma" w:hAnsi="Tahoma" w:cs="Tahoma"/>
          <w:rtl/>
        </w:rPr>
        <w:t xml:space="preserve"> واقع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ملت نبود و </w:t>
      </w:r>
      <w:r w:rsidRPr="006179EA">
        <w:rPr>
          <w:rFonts w:ascii="Tahoma" w:hAnsi="Tahoma" w:cs="Tahoma" w:hint="eastAsia"/>
          <w:rtl/>
        </w:rPr>
        <w:t>به</w:t>
      </w:r>
      <w:r w:rsidRPr="006179EA">
        <w:rPr>
          <w:rFonts w:ascii="Tahoma" w:hAnsi="Tahoma" w:cs="Tahoma"/>
          <w:rtl/>
        </w:rPr>
        <w:t xml:space="preserve"> وس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توطئهٔ دربار و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گانگان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شده بود. اما اگر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هرگاه مجلس را مخالف ارادهٔ ملت دانست، آن را از راه همه‌پرس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منحل کند، چه نهاد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</w:t>
      </w:r>
      <w:r w:rsidRPr="006179EA">
        <w:rPr>
          <w:rFonts w:ascii="Tahoma" w:hAnsi="Tahoma" w:cs="Tahoma"/>
          <w:rtl/>
        </w:rPr>
        <w:t xml:space="preserve"> درست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تشخ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ص</w:t>
      </w:r>
      <w:r w:rsidRPr="006179EA">
        <w:rPr>
          <w:rFonts w:ascii="Tahoma" w:hAnsi="Tahoma" w:cs="Tahoma"/>
          <w:rtl/>
        </w:rPr>
        <w:t xml:space="preserve"> را بسنجد؟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با</w:t>
      </w:r>
      <w:r w:rsidRPr="006179EA">
        <w:rPr>
          <w:rFonts w:ascii="Tahoma" w:hAnsi="Tahoma" w:cs="Tahoma"/>
          <w:rtl/>
        </w:rPr>
        <w:t xml:space="preserve"> کناررفتن مجلس،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از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رفت. قانون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را در برابر مجلس مسئول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دانست؛</w:t>
      </w:r>
      <w:r w:rsidRPr="006179EA">
        <w:rPr>
          <w:rFonts w:ascii="Tahoma" w:hAnsi="Tahoma" w:cs="Tahoma"/>
          <w:rtl/>
        </w:rPr>
        <w:t xml:space="preserve"> اما اکنون مجلس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وجود نداشت که دولت در برابر آن پاسخ‌گو باشد. در همان حال، شاه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انحلال مجلس را داشت و دربارهٔ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او در عزل و نصب نخست</w:t>
      </w:r>
      <w:r w:rsidRPr="006179EA">
        <w:rPr>
          <w:rFonts w:ascii="Tahoma" w:hAnsi="Tahoma" w:cs="Tahoma" w:hint="eastAsia"/>
          <w:rtl/>
        </w:rPr>
        <w:t>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اختلاف وجود داشت. انحلال مجلس نه بن‌بست را حل کرد و نه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کپارچه</w:t>
      </w:r>
      <w:r w:rsidRPr="006179EA">
        <w:rPr>
          <w:rFonts w:ascii="Tahoma" w:hAnsi="Tahoma" w:cs="Tahoma"/>
          <w:rtl/>
        </w:rPr>
        <w:t xml:space="preserve"> ساخت؛ فقط آخر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موجود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شاه و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را از صحنه 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رون</w:t>
      </w:r>
      <w:r w:rsidRPr="006179EA">
        <w:rPr>
          <w:rFonts w:ascii="Tahoma" w:hAnsi="Tahoma" w:cs="Tahoma"/>
          <w:rtl/>
        </w:rPr>
        <w:t xml:space="preserve"> برد.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شاه</w:t>
      </w:r>
      <w:r w:rsidRPr="006179EA">
        <w:rPr>
          <w:rFonts w:ascii="Tahoma" w:hAnsi="Tahoma" w:cs="Tahoma"/>
          <w:rtl/>
        </w:rPr>
        <w:t xml:space="preserve"> با امضا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فرمان عزل مصدق و انتصاب سپهبد فضل‌الله زاهد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وارد مرحلهٔ نها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مقابله شد. از نظر دربار،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اقدام در چهارچوب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ارات</w:t>
      </w:r>
      <w:r w:rsidRPr="006179EA">
        <w:rPr>
          <w:rFonts w:ascii="Tahoma" w:hAnsi="Tahoma" w:cs="Tahoma"/>
          <w:rtl/>
        </w:rPr>
        <w:t xml:space="preserve"> پادشاه، به‌و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ژه</w:t>
      </w:r>
      <w:r w:rsidRPr="006179EA">
        <w:rPr>
          <w:rFonts w:ascii="Tahoma" w:hAnsi="Tahoma" w:cs="Tahoma"/>
          <w:rtl/>
        </w:rPr>
        <w:t xml:space="preserve"> در نبود مجلس، صورت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گرفت</w:t>
      </w:r>
      <w:r w:rsidRPr="006179EA">
        <w:rPr>
          <w:rFonts w:ascii="Tahoma" w:hAnsi="Tahoma" w:cs="Tahoma"/>
          <w:rtl/>
        </w:rPr>
        <w:t>. از نظر مصدق و هوادارانش، فرمان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کودتا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بود که قدرت‌ها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مخالفان داخل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طراح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کرده بودند و شاه حق نداشت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برخوردار از پشت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ملت را به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وه</w:t>
      </w:r>
      <w:r w:rsidRPr="006179EA">
        <w:rPr>
          <w:rFonts w:ascii="Tahoma" w:hAnsi="Tahoma" w:cs="Tahoma"/>
          <w:rtl/>
        </w:rPr>
        <w:t xml:space="preserve"> برکنار کند.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شب </w:t>
      </w:r>
      <w:r w:rsidRPr="006179EA">
        <w:rPr>
          <w:rFonts w:ascii="Tahoma" w:hAnsi="Tahoma" w:cs="Tahoma"/>
          <w:rtl/>
          <w:lang w:bidi="fa-IR"/>
        </w:rPr>
        <w:t>۲۵</w:t>
      </w:r>
      <w:r w:rsidRPr="006179EA">
        <w:rPr>
          <w:rFonts w:ascii="Tahoma" w:hAnsi="Tahoma" w:cs="Tahoma"/>
          <w:rtl/>
        </w:rPr>
        <w:t xml:space="preserve"> امرداد </w:t>
      </w:r>
      <w:r w:rsidRPr="006179EA">
        <w:rPr>
          <w:rFonts w:ascii="Tahoma" w:hAnsi="Tahoma" w:cs="Tahoma"/>
          <w:rtl/>
          <w:lang w:bidi="fa-IR"/>
        </w:rPr>
        <w:t>۱۳۳۲</w:t>
      </w:r>
      <w:r w:rsidRPr="006179EA">
        <w:rPr>
          <w:rFonts w:ascii="Tahoma" w:hAnsi="Tahoma" w:cs="Tahoma"/>
          <w:rtl/>
        </w:rPr>
        <w:t>، سرهنگ نعمت‌الله نص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فرمانده گارد شاهنشاه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ابلاغ فرمان عزل به خانهٔ مصدق رفت. دولت از طرح آگاه شده بود و نص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بازداشت شد. مرحلهٔ نخست عمل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ات</w:t>
      </w:r>
      <w:r w:rsidRPr="006179EA">
        <w:rPr>
          <w:rFonts w:ascii="Tahoma" w:hAnsi="Tahoma" w:cs="Tahoma"/>
          <w:rtl/>
        </w:rPr>
        <w:t xml:space="preserve"> شکست خورد و شاه ابتدا به بغداد و سپس به رم 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خت</w:t>
      </w:r>
      <w:r w:rsidRPr="006179EA">
        <w:rPr>
          <w:rFonts w:ascii="Tahoma" w:hAnsi="Tahoma" w:cs="Tahoma"/>
          <w:rtl/>
        </w:rPr>
        <w:t>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شکست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/>
          <w:rtl/>
          <w:lang w:bidi="fa-IR"/>
        </w:rPr>
        <w:t>۲۵</w:t>
      </w:r>
      <w:r w:rsidRPr="006179EA">
        <w:rPr>
          <w:rFonts w:ascii="Tahoma" w:hAnsi="Tahoma" w:cs="Tahoma"/>
          <w:rtl/>
        </w:rPr>
        <w:t xml:space="preserve"> امرداد ظاهراً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کامل مصدق بود. توطئه خنث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شده، فرستادهٔ شاه بازداشت گرد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ده</w:t>
      </w:r>
      <w:r w:rsidRPr="006179EA">
        <w:rPr>
          <w:rFonts w:ascii="Tahoma" w:hAnsi="Tahoma" w:cs="Tahoma"/>
          <w:rtl/>
        </w:rPr>
        <w:t xml:space="preserve"> و شاه از کشور گر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خته</w:t>
      </w:r>
      <w:r w:rsidRPr="006179EA">
        <w:rPr>
          <w:rFonts w:ascii="Tahoma" w:hAnsi="Tahoma" w:cs="Tahoma"/>
          <w:rtl/>
        </w:rPr>
        <w:t xml:space="preserve"> بود. گروه‌ها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از هواداران دولت و حزب توده به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آمدند و برخ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مجسمه‌ها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شاه و رضاشاه را پا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کش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دند</w:t>
      </w:r>
      <w:r w:rsidRPr="006179EA">
        <w:rPr>
          <w:rFonts w:ascii="Tahoma" w:hAnsi="Tahoma" w:cs="Tahoma"/>
          <w:rtl/>
        </w:rPr>
        <w:t>. سخن از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سلطنت و اعلام جمهور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آمد.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اما</w:t>
      </w:r>
      <w:r w:rsidRPr="006179EA">
        <w:rPr>
          <w:rFonts w:ascii="Tahoma" w:hAnsi="Tahoma" w:cs="Tahoma"/>
          <w:rtl/>
        </w:rPr>
        <w:t xml:space="preserve"> هم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رفتارها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جامعه و متحدان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مصدق را نگران کرد. بس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ممکن بود با دخالت‌ها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شاه مخالفت داشته باشند، اما خواهان برچ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ده‌شدن</w:t>
      </w:r>
      <w:r w:rsidRPr="006179EA">
        <w:rPr>
          <w:rFonts w:ascii="Tahoma" w:hAnsi="Tahoma" w:cs="Tahoma"/>
          <w:rtl/>
        </w:rPr>
        <w:t xml:space="preserve"> سلطنت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قدرت‌گ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حزب توده نبودند. حضور آشکار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توده‌ا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حمله به نمادها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سلطنت، مخالفان مصدق را </w:t>
      </w:r>
      <w:r w:rsidRPr="006179EA">
        <w:rPr>
          <w:rFonts w:ascii="Tahoma" w:hAnsi="Tahoma" w:cs="Tahoma" w:hint="eastAsia"/>
          <w:rtl/>
        </w:rPr>
        <w:t>قادر</w:t>
      </w:r>
      <w:r w:rsidRPr="006179EA">
        <w:rPr>
          <w:rFonts w:ascii="Tahoma" w:hAnsi="Tahoma" w:cs="Tahoma"/>
          <w:rtl/>
        </w:rPr>
        <w:t xml:space="preserve"> ساخت خطر کمون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سم</w:t>
      </w:r>
      <w:r w:rsidRPr="006179EA">
        <w:rPr>
          <w:rFonts w:ascii="Tahoma" w:hAnsi="Tahoma" w:cs="Tahoma"/>
          <w:rtl/>
        </w:rPr>
        <w:t xml:space="preserve"> و فروپاش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نظام را برجسته کنند. دولت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نتوانست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نخواست به‌سرعت جا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گاه</w:t>
      </w:r>
      <w:r w:rsidRPr="006179EA">
        <w:rPr>
          <w:rFonts w:ascii="Tahoma" w:hAnsi="Tahoma" w:cs="Tahoma"/>
          <w:rtl/>
        </w:rPr>
        <w:t xml:space="preserve"> خود را دربارهٔ آ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ندهٔ</w:t>
      </w:r>
      <w:r w:rsidRPr="006179EA">
        <w:rPr>
          <w:rFonts w:ascii="Tahoma" w:hAnsi="Tahoma" w:cs="Tahoma"/>
          <w:rtl/>
        </w:rPr>
        <w:t xml:space="preserve"> سلطنت روشن سازد.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فاصلهٔ </w:t>
      </w:r>
      <w:r w:rsidRPr="006179EA">
        <w:rPr>
          <w:rFonts w:ascii="Tahoma" w:hAnsi="Tahoma" w:cs="Tahoma"/>
          <w:rtl/>
          <w:lang w:bidi="fa-IR"/>
        </w:rPr>
        <w:t>۲۵</w:t>
      </w:r>
      <w:r w:rsidRPr="006179EA">
        <w:rPr>
          <w:rFonts w:ascii="Tahoma" w:hAnsi="Tahoma" w:cs="Tahoma"/>
          <w:rtl/>
        </w:rPr>
        <w:t xml:space="preserve"> تا </w:t>
      </w:r>
      <w:r w:rsidRPr="006179EA">
        <w:rPr>
          <w:rFonts w:ascii="Tahoma" w:hAnsi="Tahoma" w:cs="Tahoma"/>
          <w:rtl/>
          <w:lang w:bidi="fa-IR"/>
        </w:rPr>
        <w:t>۲۸</w:t>
      </w:r>
      <w:r w:rsidRPr="006179EA">
        <w:rPr>
          <w:rFonts w:ascii="Tahoma" w:hAnsi="Tahoma" w:cs="Tahoma"/>
          <w:rtl/>
        </w:rPr>
        <w:t xml:space="preserve"> امرداد، دولت مصدق در ظاهر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/>
          <w:rtl/>
        </w:rPr>
        <w:t xml:space="preserve"> اما در عمل منزو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تر</w:t>
      </w:r>
      <w:r w:rsidRPr="006179EA">
        <w:rPr>
          <w:rFonts w:ascii="Tahoma" w:hAnsi="Tahoma" w:cs="Tahoma"/>
          <w:rtl/>
        </w:rPr>
        <w:t xml:space="preserve"> شده بود. ائتلاف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وجود نداشت. کاشان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بقا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مک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گروه‌ها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از بازار از او جدا شده بودند. فدائ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اسلام دشمنش شده بودند. بخش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از ارتش به شاه وفادار مانده بود.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و آمر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>کا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برکنار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او فعال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کردند</w:t>
      </w:r>
      <w:r w:rsidRPr="006179EA">
        <w:rPr>
          <w:rFonts w:ascii="Tahoma" w:hAnsi="Tahoma" w:cs="Tahoma"/>
          <w:rtl/>
        </w:rPr>
        <w:t xml:space="preserve"> و حزب توده، با وجود حضور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نه 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فرمان دولت بود و نه مصدق حاضر بود کشور را به آن بسپارد.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/>
          <w:rtl/>
          <w:lang w:bidi="fa-IR"/>
        </w:rPr>
        <w:t>۲۸</w:t>
      </w:r>
      <w:r w:rsidRPr="006179EA">
        <w:rPr>
          <w:rFonts w:ascii="Tahoma" w:hAnsi="Tahoma" w:cs="Tahoma"/>
          <w:rtl/>
        </w:rPr>
        <w:t xml:space="preserve"> امرداد، گروه‌ها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در تهران به حما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از شاه به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آمدند. شبکه‌ها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سازمان‌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افته</w:t>
      </w:r>
      <w:r w:rsidRPr="006179EA">
        <w:rPr>
          <w:rFonts w:ascii="Tahoma" w:hAnsi="Tahoma" w:cs="Tahoma"/>
          <w:rtl/>
        </w:rPr>
        <w:t xml:space="preserve"> و برخوردار از پول و هدا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به‌حرکت‌آوردن جمع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نقش داشتند؛ اما حرکت به همان گروه‌ها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نخست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محدود نماند.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وفادار به شاه، مخالفان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مصدق، گروه‌ه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از بازار، اوباش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کسان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که از گسترش حزب توده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سقوط سلطنت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ترس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دند</w:t>
      </w:r>
      <w:r w:rsidRPr="006179EA">
        <w:rPr>
          <w:rFonts w:ascii="Tahoma" w:hAnsi="Tahoma" w:cs="Tahoma"/>
          <w:rtl/>
        </w:rPr>
        <w:t xml:space="preserve"> به جر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وستند</w:t>
      </w:r>
      <w:r w:rsidRPr="006179EA">
        <w:rPr>
          <w:rFonts w:ascii="Tahoma" w:hAnsi="Tahoma" w:cs="Tahoma"/>
          <w:rtl/>
        </w:rPr>
        <w:t>. راد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</w:t>
      </w:r>
      <w:r w:rsidRPr="006179EA">
        <w:rPr>
          <w:rFonts w:ascii="Tahoma" w:hAnsi="Tahoma" w:cs="Tahoma"/>
          <w:rtl/>
        </w:rPr>
        <w:t xml:space="preserve"> و مراکز مهم حکومت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به تصرف درآمد و خانهٔ مصدق هدف حمله قرار گرفت.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ارتش</w:t>
      </w:r>
      <w:r w:rsidRPr="006179EA">
        <w:rPr>
          <w:rFonts w:ascii="Tahoma" w:hAnsi="Tahoma" w:cs="Tahoma"/>
          <w:rtl/>
        </w:rPr>
        <w:t xml:space="preserve"> سرانجام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</w:t>
      </w:r>
      <w:r w:rsidRPr="006179EA">
        <w:rPr>
          <w:rFonts w:ascii="Tahoma" w:hAnsi="Tahoma" w:cs="Tahoma"/>
          <w:rtl/>
        </w:rPr>
        <w:t xml:space="preserve"> را تع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کرد.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که سال‌ها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فرمان شاه و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دولت سرگردان مانده بود، در لحظهٔ نها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به سود سلطنت وارد عمل شد. مصدق سقوط کرد و زاهد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خود را اعلام نمود. شاه پس از چند روز به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بازگشت.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ن‌سان،</w:t>
      </w:r>
      <w:r w:rsidRPr="006179EA">
        <w:rPr>
          <w:rFonts w:ascii="Tahoma" w:hAnsi="Tahoma" w:cs="Tahoma"/>
          <w:rtl/>
        </w:rPr>
        <w:t xml:space="preserve"> دوم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آزما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مشروطهٔ مشروعه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پس از نزد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</w:t>
      </w:r>
      <w:r w:rsidRPr="006179EA">
        <w:rPr>
          <w:rFonts w:ascii="Tahoma" w:hAnsi="Tahoma" w:cs="Tahoma"/>
          <w:rtl/>
        </w:rPr>
        <w:t xml:space="preserve"> به دوازده سال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</w:t>
      </w:r>
      <w:r w:rsidRPr="006179EA">
        <w:rPr>
          <w:rFonts w:ascii="Tahoma" w:hAnsi="Tahoma" w:cs="Tahoma"/>
          <w:rtl/>
        </w:rPr>
        <w:t>. همانند آزما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ش</w:t>
      </w:r>
      <w:r w:rsidRPr="006179EA">
        <w:rPr>
          <w:rFonts w:ascii="Tahoma" w:hAnsi="Tahoma" w:cs="Tahoma"/>
          <w:rtl/>
        </w:rPr>
        <w:t xml:space="preserve"> نخست،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آن با دخالت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حرکت 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و ناتوان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نهادها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قانون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حل اختلاف همراه بود. مجلس نتوانست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شاه و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داور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کند؛ 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</w:t>
      </w:r>
      <w:r w:rsidRPr="006179EA">
        <w:rPr>
          <w:rFonts w:ascii="Tahoma" w:hAnsi="Tahoma" w:cs="Tahoma"/>
          <w:rtl/>
        </w:rPr>
        <w:t xml:space="preserve"> خود منحل شده بود. ق</w:t>
      </w:r>
      <w:r w:rsidRPr="006179EA">
        <w:rPr>
          <w:rFonts w:ascii="Tahoma" w:hAnsi="Tahoma" w:cs="Tahoma" w:hint="eastAsia"/>
          <w:rtl/>
        </w:rPr>
        <w:t>انون</w:t>
      </w:r>
      <w:r w:rsidRPr="006179EA">
        <w:rPr>
          <w:rFonts w:ascii="Tahoma" w:hAnsi="Tahoma" w:cs="Tahoma"/>
          <w:rtl/>
        </w:rPr>
        <w:t xml:space="preserve"> اساس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نتوانست تکل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ف</w:t>
      </w:r>
      <w:r w:rsidRPr="006179EA">
        <w:rPr>
          <w:rFonts w:ascii="Tahoma" w:hAnsi="Tahoma" w:cs="Tahoma"/>
          <w:rtl/>
        </w:rPr>
        <w:t xml:space="preserve"> قوهٔ اجرا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روشن سازد؛ 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</w:t>
      </w:r>
      <w:r w:rsidRPr="006179EA">
        <w:rPr>
          <w:rFonts w:ascii="Tahoma" w:hAnsi="Tahoma" w:cs="Tahoma"/>
          <w:rtl/>
        </w:rPr>
        <w:t xml:space="preserve"> هم شاه و هم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خود را صاحب حق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دانستند</w:t>
      </w:r>
      <w:r w:rsidRPr="006179EA">
        <w:rPr>
          <w:rFonts w:ascii="Tahoma" w:hAnsi="Tahoma" w:cs="Tahoma"/>
          <w:rtl/>
        </w:rPr>
        <w:t>.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و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به‌جا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توافق بر قواعد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مشترک،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شکست رق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ب</w:t>
      </w:r>
      <w:r w:rsidRPr="006179EA">
        <w:rPr>
          <w:rFonts w:ascii="Tahoma" w:hAnsi="Tahoma" w:cs="Tahoma"/>
          <w:rtl/>
        </w:rPr>
        <w:t xml:space="preserve"> به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ابان،</w:t>
      </w:r>
      <w:r w:rsidRPr="006179EA">
        <w:rPr>
          <w:rFonts w:ascii="Tahoma" w:hAnsi="Tahoma" w:cs="Tahoma"/>
          <w:rtl/>
        </w:rPr>
        <w:t xml:space="preserve"> ترور، ارتش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قدرت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متوسل شدند.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/>
          <w:rtl/>
          <w:lang w:bidi="fa-IR"/>
        </w:rPr>
        <w:t>۲۸</w:t>
      </w:r>
      <w:r w:rsidRPr="006179EA">
        <w:rPr>
          <w:rFonts w:ascii="Tahoma" w:hAnsi="Tahoma" w:cs="Tahoma"/>
          <w:rtl/>
        </w:rPr>
        <w:t xml:space="preserve"> امرداد فقط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شاه بر مصدق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پ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آمر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کا</w:t>
      </w:r>
      <w:r w:rsidRPr="006179EA">
        <w:rPr>
          <w:rFonts w:ascii="Tahoma" w:hAnsi="Tahoma" w:cs="Tahoma"/>
          <w:rtl/>
        </w:rPr>
        <w:t xml:space="preserve"> و 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تان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</w:t>
      </w:r>
      <w:r w:rsidRPr="006179EA">
        <w:rPr>
          <w:rFonts w:ascii="Tahoma" w:hAnsi="Tahoma" w:cs="Tahoma"/>
          <w:rtl/>
        </w:rPr>
        <w:t xml:space="preserve"> بر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نبود.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رو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داد</w:t>
      </w:r>
      <w:r w:rsidRPr="006179EA">
        <w:rPr>
          <w:rFonts w:ascii="Tahoma" w:hAnsi="Tahoma" w:cs="Tahoma"/>
          <w:rtl/>
        </w:rPr>
        <w:t xml:space="preserve"> شکست دوبارهٔ نظام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 که نتوانسته بود 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و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رابطه‌ا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روشن برقرار کند. شاه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</w:t>
      </w:r>
      <w:r w:rsidRPr="006179EA">
        <w:rPr>
          <w:rFonts w:ascii="Tahoma" w:hAnsi="Tahoma" w:cs="Tahoma"/>
          <w:rtl/>
        </w:rPr>
        <w:t xml:space="preserve"> داشت، اما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مستق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م</w:t>
      </w:r>
      <w:r w:rsidRPr="006179EA">
        <w:rPr>
          <w:rFonts w:ascii="Tahoma" w:hAnsi="Tahoma" w:cs="Tahoma"/>
          <w:rtl/>
        </w:rPr>
        <w:t xml:space="preserve"> نداشت. 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مسئول بودند، اما اخت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ارشان</w:t>
      </w:r>
      <w:r w:rsidRPr="006179EA">
        <w:rPr>
          <w:rFonts w:ascii="Tahoma" w:hAnsi="Tahoma" w:cs="Tahoma"/>
          <w:rtl/>
        </w:rPr>
        <w:t xml:space="preserve"> به ارادهٔ شاه، مجلس و خ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ابان</w:t>
      </w:r>
      <w:r w:rsidRPr="006179EA">
        <w:rPr>
          <w:rFonts w:ascii="Tahoma" w:hAnsi="Tahoma" w:cs="Tahoma"/>
          <w:rtl/>
        </w:rPr>
        <w:t xml:space="preserve"> وابسته بود. مجلس حق نظارت داشت، اما خود گرفتار انتخابات ناسالم و فراکس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ون‌ها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ناپا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دار</w:t>
      </w:r>
      <w:r w:rsidRPr="006179EA">
        <w:rPr>
          <w:rFonts w:ascii="Tahoma" w:hAnsi="Tahoma" w:cs="Tahoma"/>
          <w:rtl/>
        </w:rPr>
        <w:t xml:space="preserve"> بود.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توانستند</w:t>
      </w:r>
      <w:r w:rsidRPr="006179EA">
        <w:rPr>
          <w:rFonts w:ascii="Tahoma" w:hAnsi="Tahoma" w:cs="Tahoma"/>
          <w:rtl/>
        </w:rPr>
        <w:t xml:space="preserve"> از شبکه‌ها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اجتماع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مذهب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</w:t>
      </w:r>
      <w:r w:rsidRPr="006179EA">
        <w:rPr>
          <w:rFonts w:ascii="Tahoma" w:hAnsi="Tahoma" w:cs="Tahoma"/>
          <w:rtl/>
        </w:rPr>
        <w:t xml:space="preserve"> مردم استفاده کنند، ب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آنکه</w:t>
      </w:r>
      <w:r w:rsidRPr="006179EA">
        <w:rPr>
          <w:rFonts w:ascii="Tahoma" w:hAnsi="Tahoma" w:cs="Tahoma"/>
          <w:rtl/>
        </w:rPr>
        <w:t xml:space="preserve"> مسئول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ت</w:t>
      </w:r>
      <w:r w:rsidRPr="006179EA">
        <w:rPr>
          <w:rFonts w:ascii="Tahoma" w:hAnsi="Tahoma" w:cs="Tahoma"/>
          <w:rtl/>
        </w:rPr>
        <w:t xml:space="preserve"> ادارهٔ کشور را برعهده 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رند</w:t>
      </w:r>
      <w:r w:rsidRPr="006179EA">
        <w:rPr>
          <w:rFonts w:ascii="Tahoma" w:hAnsi="Tahoma" w:cs="Tahoma"/>
          <w:rtl/>
        </w:rPr>
        <w:t>. ارتش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به‌جا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آنکه نهاد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طرف</w:t>
      </w:r>
      <w:r w:rsidRPr="006179EA">
        <w:rPr>
          <w:rFonts w:ascii="Tahoma" w:hAnsi="Tahoma" w:cs="Tahoma"/>
          <w:rtl/>
        </w:rPr>
        <w:t xml:space="preserve"> و تابع حکومت قانون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باشد، به داور نها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اختلاف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تبد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ل</w:t>
      </w:r>
      <w:r w:rsidRPr="006179EA">
        <w:rPr>
          <w:rFonts w:ascii="Tahoma" w:hAnsi="Tahoma" w:cs="Tahoma"/>
          <w:rtl/>
        </w:rPr>
        <w:t xml:space="preserve"> شد.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در</w:t>
      </w:r>
      <w:r w:rsidRPr="006179EA">
        <w:rPr>
          <w:rFonts w:ascii="Tahoma" w:hAnsi="Tahoma" w:cs="Tahoma"/>
          <w:rtl/>
        </w:rPr>
        <w:t xml:space="preserve"> نخست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دورهٔ دوازده‌ساله، شکست مشروطهٔ مشروعه به ظهور رضاشاه و اجرا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نظر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هٔ</w:t>
      </w:r>
      <w:r w:rsidRPr="006179EA">
        <w:rPr>
          <w:rFonts w:ascii="Tahoma" w:hAnsi="Tahoma" w:cs="Tahoma"/>
          <w:rtl/>
        </w:rPr>
        <w:t xml:space="preserve"> مستبد منور انجام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>. در پا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ان</w:t>
      </w:r>
      <w:r w:rsidRPr="006179EA">
        <w:rPr>
          <w:rFonts w:ascii="Tahoma" w:hAnsi="Tahoma" w:cs="Tahoma"/>
          <w:rtl/>
        </w:rPr>
        <w:t xml:space="preserve"> دورهٔ دوم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ز</w:t>
      </w:r>
      <w:r w:rsidRPr="006179EA">
        <w:rPr>
          <w:rFonts w:ascii="Tahoma" w:hAnsi="Tahoma" w:cs="Tahoma"/>
          <w:rtl/>
        </w:rPr>
        <w:t xml:space="preserve"> همان نت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جه،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بار در وجود محمدرضاشاه، تکرار شد. تفاوت در آن بود که محمدرضاشاه برا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تمرکز کامل قدرت هنوز به زمان ن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از</w:t>
      </w:r>
      <w:r w:rsidRPr="006179EA">
        <w:rPr>
          <w:rFonts w:ascii="Tahoma" w:hAnsi="Tahoma" w:cs="Tahoma"/>
          <w:rtl/>
        </w:rPr>
        <w:t xml:space="preserve"> داشت. </w:t>
      </w:r>
      <w:r w:rsidRPr="006179EA">
        <w:rPr>
          <w:rFonts w:ascii="Tahoma" w:hAnsi="Tahoma" w:cs="Tahoma"/>
          <w:rtl/>
          <w:lang w:bidi="fa-IR"/>
        </w:rPr>
        <w:t>۲۸</w:t>
      </w:r>
      <w:r w:rsidRPr="006179EA">
        <w:rPr>
          <w:rFonts w:ascii="Tahoma" w:hAnsi="Tahoma" w:cs="Tahoma"/>
          <w:rtl/>
        </w:rPr>
        <w:t xml:space="preserve"> امرداد آغاز استبداد کامل او نبود؛ نقطه‌ا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بود که راه بازگشت به مستبد منور را گشود.</w:t>
      </w:r>
    </w:p>
    <w:p w:rsidR="006179EA" w:rsidRP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</w:rPr>
      </w:pPr>
      <w:r w:rsidRPr="006179EA">
        <w:rPr>
          <w:rFonts w:ascii="Tahoma" w:hAnsi="Tahoma" w:cs="Tahoma" w:hint="eastAsia"/>
          <w:rtl/>
        </w:rPr>
        <w:t>از</w:t>
      </w:r>
      <w:r w:rsidRPr="006179EA">
        <w:rPr>
          <w:rFonts w:ascii="Tahoma" w:hAnsi="Tahoma" w:cs="Tahoma"/>
          <w:rtl/>
        </w:rPr>
        <w:t xml:space="preserve">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پس، شاه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کوش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نخست‌وز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ر،</w:t>
      </w:r>
      <w:r w:rsidRPr="006179EA">
        <w:rPr>
          <w:rFonts w:ascii="Tahoma" w:hAnsi="Tahoma" w:cs="Tahoma"/>
          <w:rtl/>
        </w:rPr>
        <w:t xml:space="preserve"> ارتش، مجلس، احزاب و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وانسالار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</w:t>
      </w:r>
      <w:r w:rsidRPr="006179EA">
        <w:rPr>
          <w:rFonts w:ascii="Tahoma" w:hAnsi="Tahoma" w:cs="Tahoma"/>
          <w:rtl/>
        </w:rPr>
        <w:t xml:space="preserve"> فرمان خود درآورد و با تک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ه</w:t>
      </w:r>
      <w:r w:rsidRPr="006179EA">
        <w:rPr>
          <w:rFonts w:ascii="Tahoma" w:hAnsi="Tahoma" w:cs="Tahoma"/>
          <w:rtl/>
        </w:rPr>
        <w:t xml:space="preserve"> بر درآمد نفت، کمک خارج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برنامه‌ها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نوساز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،</w:t>
      </w:r>
      <w:r w:rsidRPr="006179EA">
        <w:rPr>
          <w:rFonts w:ascii="Tahoma" w:hAnsi="Tahoma" w:cs="Tahoma"/>
          <w:rtl/>
        </w:rPr>
        <w:t xml:space="preserve"> همان الگو</w:t>
      </w:r>
      <w:r w:rsidRPr="006179EA">
        <w:rPr>
          <w:rFonts w:ascii="Tahoma" w:hAnsi="Tahoma" w:cs="Tahoma" w:hint="cs"/>
          <w:rtl/>
        </w:rPr>
        <w:t>یی</w:t>
      </w:r>
      <w:r w:rsidRPr="006179EA">
        <w:rPr>
          <w:rFonts w:ascii="Tahoma" w:hAnsi="Tahoma" w:cs="Tahoma"/>
          <w:rtl/>
        </w:rPr>
        <w:t xml:space="preserve"> را بازساز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کند که پدرش اجرا کرده بود. اما جامعهٔ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ران</w:t>
      </w:r>
      <w:r w:rsidRPr="006179EA">
        <w:rPr>
          <w:rFonts w:ascii="Tahoma" w:hAnsi="Tahoma" w:cs="Tahoma"/>
          <w:rtl/>
        </w:rPr>
        <w:t xml:space="preserve">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گر</w:t>
      </w:r>
      <w:r w:rsidRPr="006179EA">
        <w:rPr>
          <w:rFonts w:ascii="Tahoma" w:hAnsi="Tahoma" w:cs="Tahoma"/>
          <w:rtl/>
        </w:rPr>
        <w:t xml:space="preserve"> جامعهٔ آغاز پادشاه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رضاشاه نبود. شهرها گسترش 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افته،</w:t>
      </w:r>
      <w:r w:rsidRPr="006179EA">
        <w:rPr>
          <w:rFonts w:ascii="Tahoma" w:hAnsi="Tahoma" w:cs="Tahoma"/>
          <w:rtl/>
        </w:rPr>
        <w:t xml:space="preserve"> طبقات تازه پد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آمده،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سازمان‌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افته‌تر</w:t>
      </w:r>
      <w:r w:rsidRPr="006179EA">
        <w:rPr>
          <w:rFonts w:ascii="Tahoma" w:hAnsi="Tahoma" w:cs="Tahoma"/>
          <w:rtl/>
        </w:rPr>
        <w:t xml:space="preserve"> شده و تجربهٔ آزاد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و نهضت مل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در حافظهٔ جامعه باق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مانده بود.</w:t>
      </w:r>
    </w:p>
    <w:p w:rsidR="006179EA" w:rsidRDefault="006179EA" w:rsidP="006179EA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179EA">
        <w:rPr>
          <w:rFonts w:ascii="Tahoma" w:hAnsi="Tahoma" w:cs="Tahoma" w:hint="eastAsia"/>
          <w:rtl/>
        </w:rPr>
        <w:t>مستبد</w:t>
      </w:r>
      <w:r w:rsidRPr="006179EA">
        <w:rPr>
          <w:rFonts w:ascii="Tahoma" w:hAnsi="Tahoma" w:cs="Tahoma"/>
          <w:rtl/>
        </w:rPr>
        <w:t xml:space="preserve"> منور 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بار با کشور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روبه‌رو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شد</w:t>
      </w:r>
      <w:r w:rsidRPr="006179EA">
        <w:rPr>
          <w:rFonts w:ascii="Tahoma" w:hAnsi="Tahoma" w:cs="Tahoma"/>
          <w:rtl/>
        </w:rPr>
        <w:t xml:space="preserve"> که هم ابزارها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نوساز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م</w:t>
      </w:r>
      <w:r w:rsidRPr="006179EA">
        <w:rPr>
          <w:rFonts w:ascii="Tahoma" w:hAnsi="Tahoma" w:cs="Tahoma" w:hint="cs"/>
          <w:rtl/>
        </w:rPr>
        <w:t>ی‌</w:t>
      </w:r>
      <w:r w:rsidRPr="006179EA">
        <w:rPr>
          <w:rFonts w:ascii="Tahoma" w:hAnsi="Tahoma" w:cs="Tahoma" w:hint="eastAsia"/>
          <w:rtl/>
        </w:rPr>
        <w:t>خواست</w:t>
      </w:r>
      <w:r w:rsidRPr="006179EA">
        <w:rPr>
          <w:rFonts w:ascii="Tahoma" w:hAnsi="Tahoma" w:cs="Tahoma"/>
          <w:rtl/>
        </w:rPr>
        <w:t xml:space="preserve"> و هم طعم مشارکت 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اس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را چش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ده</w:t>
      </w:r>
      <w:r w:rsidRPr="006179EA">
        <w:rPr>
          <w:rFonts w:ascii="Tahoma" w:hAnsi="Tahoma" w:cs="Tahoma"/>
          <w:rtl/>
        </w:rPr>
        <w:t xml:space="preserve"> بود. هم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</w:t>
      </w:r>
      <w:r w:rsidRPr="006179EA">
        <w:rPr>
          <w:rFonts w:ascii="Tahoma" w:hAnsi="Tahoma" w:cs="Tahoma"/>
          <w:rtl/>
        </w:rPr>
        <w:t xml:space="preserve"> تناقض، بخش دوم پادشاه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محمدرضاشاه را شکل داد و سرانجام به انقلاب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انجام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د</w:t>
      </w:r>
      <w:r w:rsidRPr="006179EA">
        <w:rPr>
          <w:rFonts w:ascii="Tahoma" w:hAnsi="Tahoma" w:cs="Tahoma"/>
          <w:rtl/>
        </w:rPr>
        <w:t xml:space="preserve"> که نه مشروطه‌خواهان سکولار و دموکرات، بلکه 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نکاران</w:t>
      </w:r>
      <w:r w:rsidRPr="006179EA">
        <w:rPr>
          <w:rFonts w:ascii="Tahoma" w:hAnsi="Tahoma" w:cs="Tahoma"/>
          <w:rtl/>
        </w:rPr>
        <w:t xml:space="preserve"> سازمان‌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افته</w:t>
      </w:r>
      <w:r w:rsidRPr="006179EA">
        <w:rPr>
          <w:rFonts w:ascii="Tahoma" w:hAnsi="Tahoma" w:cs="Tahoma"/>
          <w:rtl/>
        </w:rPr>
        <w:t xml:space="preserve"> </w:t>
      </w:r>
      <w:r w:rsidRPr="006179EA">
        <w:rPr>
          <w:rFonts w:ascii="Tahoma" w:hAnsi="Tahoma" w:cs="Tahoma" w:hint="eastAsia"/>
          <w:rtl/>
        </w:rPr>
        <w:t>توانستند</w:t>
      </w:r>
      <w:r w:rsidRPr="006179EA">
        <w:rPr>
          <w:rFonts w:ascii="Tahoma" w:hAnsi="Tahoma" w:cs="Tahoma"/>
          <w:rtl/>
        </w:rPr>
        <w:t xml:space="preserve"> رهبر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/>
          <w:rtl/>
        </w:rPr>
        <w:t xml:space="preserve"> آن را در دست گ</w:t>
      </w:r>
      <w:r w:rsidRPr="006179EA">
        <w:rPr>
          <w:rFonts w:ascii="Tahoma" w:hAnsi="Tahoma" w:cs="Tahoma" w:hint="cs"/>
          <w:rtl/>
        </w:rPr>
        <w:t>ی</w:t>
      </w:r>
      <w:r w:rsidRPr="006179EA">
        <w:rPr>
          <w:rFonts w:ascii="Tahoma" w:hAnsi="Tahoma" w:cs="Tahoma" w:hint="eastAsia"/>
          <w:rtl/>
        </w:rPr>
        <w:t>رند</w:t>
      </w:r>
      <w:r w:rsidRPr="006179EA">
        <w:rPr>
          <w:rFonts w:ascii="Tahoma" w:hAnsi="Tahoma" w:cs="Tahoma"/>
          <w:rtl/>
        </w:rPr>
        <w:t>.</w:t>
      </w:r>
    </w:p>
    <w:p w:rsidR="008F19C0" w:rsidRDefault="008F19C0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8F19C0" w:rsidRDefault="008F19C0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8F19C0" w:rsidRPr="00381F37" w:rsidRDefault="008F19C0" w:rsidP="00381F37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6" w:name="Vol1Chapter04"/>
      <w:bookmarkEnd w:id="6"/>
      <w:r w:rsidRPr="00381F37">
        <w:rPr>
          <w:rFonts w:asciiTheme="majorBidi" w:hAnsiTheme="majorBidi" w:cstheme="majorBidi"/>
          <w:b/>
          <w:bCs/>
          <w:sz w:val="36"/>
          <w:szCs w:val="36"/>
          <w:rtl/>
        </w:rPr>
        <w:t>فصل چهارم</w:t>
      </w:r>
    </w:p>
    <w:p w:rsidR="003D0FB8" w:rsidRPr="00381F37" w:rsidRDefault="003D0FB8" w:rsidP="00381F37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81F37">
        <w:rPr>
          <w:rFonts w:asciiTheme="majorBidi" w:hAnsiTheme="majorBidi" w:cstheme="majorBidi"/>
          <w:b/>
          <w:bCs/>
          <w:sz w:val="36"/>
          <w:szCs w:val="36"/>
          <w:rtl/>
        </w:rPr>
        <w:t>بازگشت تدریجی مستبد منور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محمدرضاشاه</w:t>
      </w:r>
      <w:r w:rsidRPr="003D0FB8">
        <w:rPr>
          <w:rFonts w:ascii="Tahoma" w:hAnsi="Tahoma" w:cs="Tahoma"/>
          <w:rtl/>
        </w:rPr>
        <w:t xml:space="preserve"> هنگام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پس از </w:t>
      </w:r>
      <w:r w:rsidRPr="003D0FB8">
        <w:rPr>
          <w:rFonts w:ascii="Tahoma" w:hAnsi="Tahoma" w:cs="Tahoma"/>
          <w:rtl/>
          <w:lang w:bidi="fa-IR"/>
        </w:rPr>
        <w:t>۲۸</w:t>
      </w:r>
      <w:r w:rsidRPr="003D0FB8">
        <w:rPr>
          <w:rFonts w:ascii="Tahoma" w:hAnsi="Tahoma" w:cs="Tahoma"/>
          <w:rtl/>
        </w:rPr>
        <w:t xml:space="preserve"> امرداد </w:t>
      </w:r>
      <w:r w:rsidRPr="003D0FB8">
        <w:rPr>
          <w:rFonts w:ascii="Tahoma" w:hAnsi="Tahoma" w:cs="Tahoma"/>
          <w:rtl/>
          <w:lang w:bidi="fa-IR"/>
        </w:rPr>
        <w:t>۱۳۳۲</w:t>
      </w:r>
      <w:r w:rsidRPr="003D0FB8">
        <w:rPr>
          <w:rFonts w:ascii="Tahoma" w:hAnsi="Tahoma" w:cs="Tahoma"/>
          <w:rtl/>
        </w:rPr>
        <w:t xml:space="preserve"> به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بازگشت، هنوز مستبد منور نشده بود. دولت مصدق سقوط کرده، مجلس هفدهم منحل شده و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وفادار به سلطنت بر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تخت</w:t>
      </w:r>
      <w:r w:rsidRPr="003D0FB8">
        <w:rPr>
          <w:rFonts w:ascii="Tahoma" w:hAnsi="Tahoma" w:cs="Tahoma"/>
          <w:rtl/>
        </w:rPr>
        <w:t xml:space="preserve"> مسلط شده بودند؛ اما شاه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ادارهٔ کشور همچنان به کسان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وابسته بود که بازگشت او را ممکن ساخته بودند. سپهبد فضل‌الله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بود، ارتش از فرماندهان بانفوذ تشک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شد،</w:t>
      </w:r>
      <w:r w:rsidRPr="003D0FB8">
        <w:rPr>
          <w:rFonts w:ascii="Tahoma" w:hAnsi="Tahoma" w:cs="Tahoma"/>
          <w:rtl/>
        </w:rPr>
        <w:t xml:space="preserve"> آمر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کا</w:t>
      </w:r>
      <w:r w:rsidRPr="003D0FB8">
        <w:rPr>
          <w:rFonts w:ascii="Tahoma" w:hAnsi="Tahoma" w:cs="Tahoma"/>
          <w:rtl/>
        </w:rPr>
        <w:t xml:space="preserve"> و بر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/>
          <w:rtl/>
        </w:rPr>
        <w:t xml:space="preserve"> از حکومت تازه پشت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بان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کردند</w:t>
      </w:r>
      <w:r w:rsidRPr="003D0FB8">
        <w:rPr>
          <w:rFonts w:ascii="Tahoma" w:hAnsi="Tahoma" w:cs="Tahoma"/>
          <w:rtl/>
        </w:rPr>
        <w:t xml:space="preserve"> و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و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مخالف مصدق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هر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/>
          <w:rtl/>
        </w:rPr>
        <w:t xml:space="preserve"> خود را در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/>
          <w:rtl/>
          <w:lang w:bidi="fa-IR"/>
        </w:rPr>
        <w:t>۲۸</w:t>
      </w:r>
      <w:r w:rsidRPr="003D0FB8">
        <w:rPr>
          <w:rFonts w:ascii="Tahoma" w:hAnsi="Tahoma" w:cs="Tahoma"/>
          <w:rtl/>
        </w:rPr>
        <w:t xml:space="preserve"> امرداد سه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دانستند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بنابرا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ن،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/>
          <w:rtl/>
          <w:lang w:bidi="fa-IR"/>
        </w:rPr>
        <w:t>۲۸</w:t>
      </w:r>
      <w:r w:rsidRPr="003D0FB8">
        <w:rPr>
          <w:rFonts w:ascii="Tahoma" w:hAnsi="Tahoma" w:cs="Tahoma"/>
          <w:rtl/>
        </w:rPr>
        <w:t xml:space="preserve"> امرداد را نم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</w:t>
      </w:r>
      <w:r w:rsidRPr="003D0FB8">
        <w:rPr>
          <w:rFonts w:ascii="Tahoma" w:hAnsi="Tahoma" w:cs="Tahoma"/>
          <w:rtl/>
        </w:rPr>
        <w:t xml:space="preserve"> روز استقرار کامل استبداد محمدرضاشاه دانست.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حادثه راه بازگشت استبداد منور را گشود، اما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مودن</w:t>
      </w:r>
      <w:r w:rsidRPr="003D0FB8">
        <w:rPr>
          <w:rFonts w:ascii="Tahoma" w:hAnsi="Tahoma" w:cs="Tahoma"/>
          <w:rtl/>
        </w:rPr>
        <w:t xml:space="preserve"> آن راه نزد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/>
          <w:rtl/>
        </w:rPr>
        <w:t xml:space="preserve"> به ده سال طول کش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>. شاه با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نخست کسان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که در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او سهم داشتند کنار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زد،</w:t>
      </w:r>
      <w:r w:rsidRPr="003D0FB8">
        <w:rPr>
          <w:rFonts w:ascii="Tahoma" w:hAnsi="Tahoma" w:cs="Tahoma"/>
          <w:rtl/>
        </w:rPr>
        <w:t xml:space="preserve"> ارتش را از فرماندهان مستقل پاک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کرد،</w:t>
      </w:r>
      <w:r w:rsidRPr="003D0FB8">
        <w:rPr>
          <w:rFonts w:ascii="Tahoma" w:hAnsi="Tahoma" w:cs="Tahoma"/>
          <w:rtl/>
        </w:rPr>
        <w:t xml:space="preserve">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به مقام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تابع دربار تبد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ساخت،</w:t>
      </w:r>
      <w:r w:rsidRPr="003D0FB8">
        <w:rPr>
          <w:rFonts w:ascii="Tahoma" w:hAnsi="Tahoma" w:cs="Tahoma"/>
          <w:rtl/>
        </w:rPr>
        <w:t xml:space="preserve"> مجلس را 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نظارت خود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گرفت،</w:t>
      </w:r>
      <w:r w:rsidRPr="003D0FB8">
        <w:rPr>
          <w:rFonts w:ascii="Tahoma" w:hAnsi="Tahoma" w:cs="Tahoma"/>
          <w:rtl/>
        </w:rPr>
        <w:t xml:space="preserve"> احزاب را مهار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کرد،</w:t>
      </w:r>
      <w:r w:rsidRPr="003D0FB8">
        <w:rPr>
          <w:rFonts w:ascii="Tahoma" w:hAnsi="Tahoma" w:cs="Tahoma"/>
          <w:rtl/>
        </w:rPr>
        <w:t xml:space="preserve">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وانسالار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به شخص شاه وابسته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ساخت</w:t>
      </w:r>
      <w:r w:rsidRPr="003D0FB8">
        <w:rPr>
          <w:rFonts w:ascii="Tahoma" w:hAnsi="Tahoma" w:cs="Tahoma"/>
          <w:rtl/>
        </w:rPr>
        <w:t xml:space="preserve"> و رابطهٔ تازه‌ا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با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برقرار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کرد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نخست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مشکل او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بود.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فقط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منصوب شاه نبود. او از فرماندهان قد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ارتش، برخوردار از شبکه‌ا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 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و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است‌مداران</w:t>
      </w:r>
      <w:r w:rsidRPr="003D0FB8">
        <w:rPr>
          <w:rFonts w:ascii="Tahoma" w:hAnsi="Tahoma" w:cs="Tahoma"/>
          <w:rtl/>
        </w:rPr>
        <w:t xml:space="preserve"> و چهرهٔ اصل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داخل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کودتا به شمار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رفت</w:t>
      </w:r>
      <w:r w:rsidRPr="003D0FB8">
        <w:rPr>
          <w:rFonts w:ascii="Tahoma" w:hAnsi="Tahoma" w:cs="Tahoma"/>
          <w:rtl/>
        </w:rPr>
        <w:t>. فرمان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او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از سقوط مصدق صادر شده بود و پس از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/>
          <w:rtl/>
          <w:lang w:bidi="fa-IR"/>
        </w:rPr>
        <w:t>۲۸</w:t>
      </w:r>
      <w:r w:rsidRPr="003D0FB8">
        <w:rPr>
          <w:rFonts w:ascii="Tahoma" w:hAnsi="Tahoma" w:cs="Tahoma"/>
          <w:rtl/>
        </w:rPr>
        <w:t xml:space="preserve"> امردا</w:t>
      </w:r>
      <w:r w:rsidRPr="003D0FB8">
        <w:rPr>
          <w:rFonts w:ascii="Tahoma" w:hAnsi="Tahoma" w:cs="Tahoma" w:hint="eastAsia"/>
          <w:rtl/>
        </w:rPr>
        <w:t>د،</w:t>
      </w:r>
      <w:r w:rsidRPr="003D0FB8">
        <w:rPr>
          <w:rFonts w:ascii="Tahoma" w:hAnsi="Tahoma" w:cs="Tahoma"/>
          <w:rtl/>
        </w:rPr>
        <w:t xml:space="preserve"> خود را رئ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س</w:t>
      </w:r>
      <w:r w:rsidRPr="003D0FB8">
        <w:rPr>
          <w:rFonts w:ascii="Tahoma" w:hAnsi="Tahoma" w:cs="Tahoma"/>
          <w:rtl/>
        </w:rPr>
        <w:t xml:space="preserve"> قانون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دولت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دانست</w:t>
      </w:r>
      <w:r w:rsidRPr="003D0FB8">
        <w:rPr>
          <w:rFonts w:ascii="Tahoma" w:hAnsi="Tahoma" w:cs="Tahoma"/>
          <w:rtl/>
        </w:rPr>
        <w:t>. آمر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کا</w:t>
      </w:r>
      <w:r w:rsidRPr="003D0FB8">
        <w:rPr>
          <w:rFonts w:ascii="Tahoma" w:hAnsi="Tahoma" w:cs="Tahoma"/>
          <w:rtl/>
        </w:rPr>
        <w:t xml:space="preserve"> و بر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/>
          <w:rtl/>
        </w:rPr>
        <w:t xml:space="preserve">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تثب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حکومت تازه با او ارتباط مستق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</w:t>
      </w:r>
      <w:r w:rsidRPr="003D0FB8">
        <w:rPr>
          <w:rFonts w:ascii="Tahoma" w:hAnsi="Tahoma" w:cs="Tahoma"/>
          <w:rtl/>
        </w:rPr>
        <w:t xml:space="preserve"> داشتند.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محمدرضاشاه، وجود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بانفوذ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</w:t>
      </w:r>
      <w:r w:rsidRPr="003D0FB8">
        <w:rPr>
          <w:rFonts w:ascii="Tahoma" w:hAnsi="Tahoma" w:cs="Tahoma"/>
          <w:rtl/>
        </w:rPr>
        <w:t xml:space="preserve"> به همان اندازهٔ مصدق خطرناک باشد، هرچند خطر آنان از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/>
          <w:rtl/>
        </w:rPr>
        <w:t xml:space="preserve"> جنس نبود. مصدق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خواست</w:t>
      </w:r>
      <w:r w:rsidRPr="003D0FB8">
        <w:rPr>
          <w:rFonts w:ascii="Tahoma" w:hAnsi="Tahoma" w:cs="Tahoma"/>
          <w:rtl/>
        </w:rPr>
        <w:t xml:space="preserve"> قوهٔ اجرا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را از دربار به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متک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 مجلس و جنبش 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انتقال دهد.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</w:t>
      </w:r>
      <w:r w:rsidRPr="003D0FB8">
        <w:rPr>
          <w:rFonts w:ascii="Tahoma" w:hAnsi="Tahoma" w:cs="Tahoma"/>
          <w:rtl/>
        </w:rPr>
        <w:t xml:space="preserve"> قوهٔ اجرا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را به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 w:hint="eastAsia"/>
          <w:rtl/>
        </w:rPr>
        <w:t>متک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 ارتش و حما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کند. در هر دو حالت، شاه در معرض آن بود که در رأس نظام باق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بماند، اما ادارهٔ واقع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کشور در اخت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/>
          <w:rtl/>
        </w:rPr>
        <w:t xml:space="preserve">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رومند</w:t>
      </w:r>
      <w:r w:rsidRPr="003D0FB8">
        <w:rPr>
          <w:rFonts w:ascii="Tahoma" w:hAnsi="Tahoma" w:cs="Tahoma"/>
          <w:rtl/>
        </w:rPr>
        <w:t xml:space="preserve"> قرار 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ازا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ن‌رو،</w:t>
      </w:r>
      <w:r w:rsidRPr="003D0FB8">
        <w:rPr>
          <w:rFonts w:ascii="Tahoma" w:hAnsi="Tahoma" w:cs="Tahoma"/>
          <w:rtl/>
        </w:rPr>
        <w:t xml:space="preserve"> شاه نم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</w:t>
      </w:r>
      <w:r w:rsidRPr="003D0FB8">
        <w:rPr>
          <w:rFonts w:ascii="Tahoma" w:hAnsi="Tahoma" w:cs="Tahoma"/>
          <w:rtl/>
        </w:rPr>
        <w:t xml:space="preserve"> فقط به شکست مصدق رضا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دهد.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بازساز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استبداد منور، با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همهٔ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ران،</w:t>
      </w:r>
      <w:r w:rsidRPr="003D0FB8">
        <w:rPr>
          <w:rFonts w:ascii="Tahoma" w:hAnsi="Tahoma" w:cs="Tahoma"/>
          <w:rtl/>
        </w:rPr>
        <w:t xml:space="preserve"> حت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کسان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که به بازگشت او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رسانده بودند، به کارگزاران ارادهٔ سلطنت تبد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کرد</w:t>
      </w:r>
      <w:r w:rsidRPr="003D0FB8">
        <w:rPr>
          <w:rFonts w:ascii="Tahoma" w:hAnsi="Tahoma" w:cs="Tahoma"/>
          <w:rtl/>
        </w:rPr>
        <w:t>.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نخست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آزمون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است</w:t>
      </w:r>
      <w:r w:rsidRPr="003D0FB8">
        <w:rPr>
          <w:rFonts w:ascii="Tahoma" w:hAnsi="Tahoma" w:cs="Tahoma"/>
          <w:rtl/>
        </w:rPr>
        <w:t xml:space="preserve"> بود.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اما</w:t>
      </w:r>
      <w:r w:rsidRPr="003D0FB8">
        <w:rPr>
          <w:rFonts w:ascii="Tahoma" w:hAnsi="Tahoma" w:cs="Tahoma"/>
          <w:rtl/>
        </w:rPr>
        <w:t xml:space="preserve"> حکومت تازه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از هر 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با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مخالفان </w:t>
      </w:r>
      <w:r w:rsidRPr="003D0FB8">
        <w:rPr>
          <w:rFonts w:ascii="Tahoma" w:hAnsi="Tahoma" w:cs="Tahoma"/>
          <w:rtl/>
          <w:lang w:bidi="fa-IR"/>
        </w:rPr>
        <w:t>۲۸</w:t>
      </w:r>
      <w:r w:rsidRPr="003D0FB8">
        <w:rPr>
          <w:rFonts w:ascii="Tahoma" w:hAnsi="Tahoma" w:cs="Tahoma"/>
          <w:rtl/>
        </w:rPr>
        <w:t xml:space="preserve"> امرداد را از صحنه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رون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کرد</w:t>
      </w:r>
      <w:r w:rsidRPr="003D0FB8">
        <w:rPr>
          <w:rFonts w:ascii="Tahoma" w:hAnsi="Tahoma" w:cs="Tahoma"/>
          <w:rtl/>
        </w:rPr>
        <w:t>. مصدق بازداشت و در دادگاه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محاکمه شد. او در دفاع از خود، صلاح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دادگاه را نپذ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رفت</w:t>
      </w:r>
      <w:r w:rsidRPr="003D0FB8">
        <w:rPr>
          <w:rFonts w:ascii="Tahoma" w:hAnsi="Tahoma" w:cs="Tahoma"/>
          <w:rtl/>
        </w:rPr>
        <w:t xml:space="preserve"> و اقدام شاه در عزل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را بخش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کودتا دانست. دادگاه او را به سه سال زندان محکوم کرد و پس از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محکوم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ت،</w:t>
      </w:r>
      <w:r w:rsidRPr="003D0FB8">
        <w:rPr>
          <w:rFonts w:ascii="Tahoma" w:hAnsi="Tahoma" w:cs="Tahoma"/>
          <w:rtl/>
        </w:rPr>
        <w:t xml:space="preserve"> تا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زندگ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 احمدآباد 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نظر قرار گرفت.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محاکمهٔ</w:t>
      </w:r>
      <w:r w:rsidRPr="003D0FB8">
        <w:rPr>
          <w:rFonts w:ascii="Tahoma" w:hAnsi="Tahoma" w:cs="Tahoma"/>
          <w:rtl/>
        </w:rPr>
        <w:t xml:space="preserve"> مصدق از همان آغاز معنا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فراتر از رس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به اتهام‌ها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/>
          <w:rtl/>
        </w:rPr>
        <w:t xml:space="preserve">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سابق داشت. حکومت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از مداخلهٔ ارتش و دولت‌ها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برآمده بود،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خواست</w:t>
      </w:r>
      <w:r w:rsidRPr="003D0FB8">
        <w:rPr>
          <w:rFonts w:ascii="Tahoma" w:hAnsi="Tahoma" w:cs="Tahoma"/>
          <w:rtl/>
        </w:rPr>
        <w:t xml:space="preserve"> از راه دادگاه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خود صورت قانون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فراهم کند. دادگاه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به‌جا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آنکه مرجع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طرف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حل اخت</w:t>
      </w:r>
      <w:r w:rsidRPr="003D0FB8">
        <w:rPr>
          <w:rFonts w:ascii="Tahoma" w:hAnsi="Tahoma" w:cs="Tahoma" w:hint="eastAsia"/>
          <w:rtl/>
        </w:rPr>
        <w:t>لاف</w:t>
      </w:r>
      <w:r w:rsidRPr="003D0FB8">
        <w:rPr>
          <w:rFonts w:ascii="Tahoma" w:hAnsi="Tahoma" w:cs="Tahoma"/>
          <w:rtl/>
        </w:rPr>
        <w:t xml:space="preserve"> در تفس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قانون اساس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باشد، بخش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دستگاه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روز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/>
          <w:rtl/>
          <w:lang w:bidi="fa-IR"/>
        </w:rPr>
        <w:t>۲۸</w:t>
      </w:r>
      <w:r w:rsidRPr="003D0FB8">
        <w:rPr>
          <w:rFonts w:ascii="Tahoma" w:hAnsi="Tahoma" w:cs="Tahoma"/>
          <w:rtl/>
        </w:rPr>
        <w:t xml:space="preserve"> امرداد بود. 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ن‌سان،</w:t>
      </w:r>
      <w:r w:rsidRPr="003D0FB8">
        <w:rPr>
          <w:rFonts w:ascii="Tahoma" w:hAnsi="Tahoma" w:cs="Tahoma"/>
          <w:rtl/>
        </w:rPr>
        <w:t xml:space="preserve"> همان اختلاف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مجلس و قانون اساس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نتوانسته بودند حل کنند، سرانجام نه با داور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حقوق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مستقل، بلکه با رأ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دادگاه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افت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رهبران</w:t>
      </w:r>
      <w:r w:rsidRPr="003D0FB8">
        <w:rPr>
          <w:rFonts w:ascii="Tahoma" w:hAnsi="Tahoma" w:cs="Tahoma"/>
          <w:rtl/>
        </w:rPr>
        <w:t xml:space="preserve"> و فعالان جبههٔ 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بازداشت، تبع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/>
          <w:rtl/>
        </w:rPr>
        <w:t xml:space="preserve"> از فعال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محروم شدند. مطبوعات هوادار مصدق تعط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و اجتماعات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محدود گرد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>. فضا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آزاد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از شهر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ور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/>
          <w:rtl/>
          <w:lang w:bidi="fa-IR"/>
        </w:rPr>
        <w:t>۱۳۲۰</w:t>
      </w:r>
      <w:r w:rsidRPr="003D0FB8">
        <w:rPr>
          <w:rFonts w:ascii="Tahoma" w:hAnsi="Tahoma" w:cs="Tahoma"/>
          <w:rtl/>
        </w:rPr>
        <w:t>، با همهٔ ب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ثبات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ها</w:t>
      </w:r>
      <w:r w:rsidRPr="003D0FB8">
        <w:rPr>
          <w:rFonts w:ascii="Tahoma" w:hAnsi="Tahoma" w:cs="Tahoma"/>
          <w:rtl/>
        </w:rPr>
        <w:t xml:space="preserve"> و کاست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ش،</w:t>
      </w:r>
      <w:r w:rsidRPr="003D0FB8">
        <w:rPr>
          <w:rFonts w:ascii="Tahoma" w:hAnsi="Tahoma" w:cs="Tahoma"/>
          <w:rtl/>
        </w:rPr>
        <w:t xml:space="preserve"> وجود داشت، به‌تدر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ج</w:t>
      </w:r>
      <w:r w:rsidRPr="003D0FB8">
        <w:rPr>
          <w:rFonts w:ascii="Tahoma" w:hAnsi="Tahoma" w:cs="Tahoma"/>
          <w:rtl/>
        </w:rPr>
        <w:t xml:space="preserve"> بسته شد. شکست دولت مصدق فقط تغ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ه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ئت</w:t>
      </w:r>
      <w:r w:rsidRPr="003D0FB8">
        <w:rPr>
          <w:rFonts w:ascii="Tahoma" w:hAnsi="Tahoma" w:cs="Tahoma"/>
          <w:rtl/>
        </w:rPr>
        <w:t xml:space="preserve"> 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نبود؛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دوره‌ا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بود که در آن مجلس، مطبوعات، احزاب و خ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ابان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توانستند</w:t>
      </w:r>
      <w:r w:rsidRPr="003D0FB8">
        <w:rPr>
          <w:rFonts w:ascii="Tahoma" w:hAnsi="Tahoma" w:cs="Tahoma"/>
          <w:rtl/>
        </w:rPr>
        <w:t xml:space="preserve"> مستقلاً در برابر شاه و دربار قرار 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رند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حزب</w:t>
      </w:r>
      <w:r w:rsidRPr="003D0FB8">
        <w:rPr>
          <w:rFonts w:ascii="Tahoma" w:hAnsi="Tahoma" w:cs="Tahoma"/>
          <w:rtl/>
        </w:rPr>
        <w:t xml:space="preserve"> توده با سرکوب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گسترده‌تر روبه‌رو شد.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حزب از سال </w:t>
      </w:r>
      <w:r w:rsidRPr="003D0FB8">
        <w:rPr>
          <w:rFonts w:ascii="Tahoma" w:hAnsi="Tahoma" w:cs="Tahoma"/>
          <w:rtl/>
          <w:lang w:bidi="fa-IR"/>
        </w:rPr>
        <w:t>۱۳۲۷</w:t>
      </w:r>
      <w:r w:rsidRPr="003D0FB8">
        <w:rPr>
          <w:rFonts w:ascii="Tahoma" w:hAnsi="Tahoma" w:cs="Tahoma"/>
          <w:rtl/>
        </w:rPr>
        <w:t xml:space="preserve"> غ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رقانون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اعلام شده بود، اما فعال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مخف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خود را ادامه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داد</w:t>
      </w:r>
      <w:r w:rsidRPr="003D0FB8">
        <w:rPr>
          <w:rFonts w:ascii="Tahoma" w:hAnsi="Tahoma" w:cs="Tahoma"/>
          <w:rtl/>
        </w:rPr>
        <w:t xml:space="preserve"> و شبکه‌ا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مهم در 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کارگران، روشنفکران، دانشجو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و بخش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داشت. پس از </w:t>
      </w:r>
      <w:r w:rsidRPr="003D0FB8">
        <w:rPr>
          <w:rFonts w:ascii="Tahoma" w:hAnsi="Tahoma" w:cs="Tahoma"/>
          <w:rtl/>
          <w:lang w:bidi="fa-IR"/>
        </w:rPr>
        <w:t>۲۸</w:t>
      </w:r>
      <w:r w:rsidRPr="003D0FB8">
        <w:rPr>
          <w:rFonts w:ascii="Tahoma" w:hAnsi="Tahoma" w:cs="Tahoma"/>
          <w:rtl/>
        </w:rPr>
        <w:t xml:space="preserve"> امرداد، سازمان‌ها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حزب شناسا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و اعضا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آن بازداشت شدند. کشف سازمان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حزب توده نشان داد که نفوذ آن به درون ارتش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راه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افته</w:t>
      </w:r>
      <w:r w:rsidRPr="003D0FB8">
        <w:rPr>
          <w:rFonts w:ascii="Tahoma" w:hAnsi="Tahoma" w:cs="Tahoma"/>
          <w:rtl/>
        </w:rPr>
        <w:t xml:space="preserve"> است.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شاه، وجود افسران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به حزب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مرتبط با اتحاد شورو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وابسته بودند، فقط مسئله‌ا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نبود؛ تهد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مستق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</w:t>
      </w:r>
      <w:r w:rsidRPr="003D0FB8">
        <w:rPr>
          <w:rFonts w:ascii="Tahoma" w:hAnsi="Tahoma" w:cs="Tahoma"/>
          <w:rtl/>
        </w:rPr>
        <w:t xml:space="preserve"> عل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</w:t>
      </w:r>
      <w:r w:rsidRPr="003D0FB8">
        <w:rPr>
          <w:rFonts w:ascii="Tahoma" w:hAnsi="Tahoma" w:cs="Tahoma"/>
          <w:rtl/>
        </w:rPr>
        <w:t xml:space="preserve"> فرمانده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سلطنت بر ارتش به شمار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رفت</w:t>
      </w:r>
      <w:r w:rsidRPr="003D0FB8">
        <w:rPr>
          <w:rFonts w:ascii="Tahoma" w:hAnsi="Tahoma" w:cs="Tahoma"/>
          <w:rtl/>
        </w:rPr>
        <w:t>. بازداشت و اعدام شمار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افسران عضو سازمان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حزب توده، ارتش را از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شبکه‌ها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مستقل درون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پاک کر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و به شاه امکان داد وفادار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فرماندهان را با دقت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شتر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نظر 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سرکوب</w:t>
      </w:r>
      <w:r w:rsidRPr="003D0FB8">
        <w:rPr>
          <w:rFonts w:ascii="Tahoma" w:hAnsi="Tahoma" w:cs="Tahoma"/>
          <w:rtl/>
        </w:rPr>
        <w:t xml:space="preserve"> حزب توده در 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حال همکار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شاه با آمر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کا</w:t>
      </w:r>
      <w:r w:rsidRPr="003D0FB8">
        <w:rPr>
          <w:rFonts w:ascii="Tahoma" w:hAnsi="Tahoma" w:cs="Tahoma"/>
          <w:rtl/>
        </w:rPr>
        <w:t xml:space="preserve"> را استوارتر ساخت. در فضا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جنگ سرد،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در مرز جنوب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اتحاد شورو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قرار داشت و سقوط آن به دست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کمون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ست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غرب خطر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بزرگ شمرده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</w:t>
      </w:r>
      <w:r w:rsidRPr="003D0FB8">
        <w:rPr>
          <w:rFonts w:ascii="Tahoma" w:hAnsi="Tahoma" w:cs="Tahoma"/>
          <w:rtl/>
        </w:rPr>
        <w:t>. محمدرضاشاه توانست سلطنت خود را نه فقط عامل ثبات داخل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بلکه سد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 ب</w:t>
      </w:r>
      <w:r w:rsidRPr="003D0FB8">
        <w:rPr>
          <w:rFonts w:ascii="Tahoma" w:hAnsi="Tahoma" w:cs="Tahoma" w:hint="eastAsia"/>
          <w:rtl/>
        </w:rPr>
        <w:t>رابر</w:t>
      </w:r>
      <w:r w:rsidRPr="003D0FB8">
        <w:rPr>
          <w:rFonts w:ascii="Tahoma" w:hAnsi="Tahoma" w:cs="Tahoma"/>
          <w:rtl/>
        </w:rPr>
        <w:t xml:space="preserve"> گسترش شورو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معرف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کند. هرچه خطر کمون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سم</w:t>
      </w:r>
      <w:r w:rsidRPr="003D0FB8">
        <w:rPr>
          <w:rFonts w:ascii="Tahoma" w:hAnsi="Tahoma" w:cs="Tahoma"/>
          <w:rtl/>
        </w:rPr>
        <w:t xml:space="preserve"> بزرگ‌تر نشان داده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شد،</w:t>
      </w:r>
      <w:r w:rsidRPr="003D0FB8">
        <w:rPr>
          <w:rFonts w:ascii="Tahoma" w:hAnsi="Tahoma" w:cs="Tahoma"/>
          <w:rtl/>
        </w:rPr>
        <w:t xml:space="preserve"> حما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مال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آمر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کا</w:t>
      </w:r>
      <w:r w:rsidRPr="003D0FB8">
        <w:rPr>
          <w:rFonts w:ascii="Tahoma" w:hAnsi="Tahoma" w:cs="Tahoma"/>
          <w:rtl/>
        </w:rPr>
        <w:t xml:space="preserve"> از شاه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آسان‌تر توج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گرد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حما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تفاوت مهم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دو دورهٔ استبداد منور پد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آورد. رضاشاه کوش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ده</w:t>
      </w:r>
      <w:r w:rsidRPr="003D0FB8">
        <w:rPr>
          <w:rFonts w:ascii="Tahoma" w:hAnsi="Tahoma" w:cs="Tahoma"/>
          <w:rtl/>
        </w:rPr>
        <w:t xml:space="preserve"> بود با استفاده از رقابت قدرت‌ها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کاستن از نفوذ روس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</w:t>
      </w:r>
      <w:r w:rsidRPr="003D0FB8">
        <w:rPr>
          <w:rFonts w:ascii="Tahoma" w:hAnsi="Tahoma" w:cs="Tahoma"/>
          <w:rtl/>
        </w:rPr>
        <w:t xml:space="preserve"> و بر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ا،</w:t>
      </w:r>
      <w:r w:rsidRPr="003D0FB8">
        <w:rPr>
          <w:rFonts w:ascii="Tahoma" w:hAnsi="Tahoma" w:cs="Tahoma"/>
          <w:rtl/>
        </w:rPr>
        <w:t xml:space="preserve"> استقلال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شتر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حکومت خود به دست آورد. محمدرضاشاه پس از </w:t>
      </w:r>
      <w:r w:rsidRPr="003D0FB8">
        <w:rPr>
          <w:rFonts w:ascii="Tahoma" w:hAnsi="Tahoma" w:cs="Tahoma"/>
          <w:rtl/>
          <w:lang w:bidi="fa-IR"/>
        </w:rPr>
        <w:t>۲۸</w:t>
      </w:r>
      <w:r w:rsidRPr="003D0FB8">
        <w:rPr>
          <w:rFonts w:ascii="Tahoma" w:hAnsi="Tahoma" w:cs="Tahoma"/>
          <w:rtl/>
        </w:rPr>
        <w:t xml:space="preserve"> امرداد، استوار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سلطنت را در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وند</w:t>
      </w:r>
      <w:r w:rsidRPr="003D0FB8">
        <w:rPr>
          <w:rFonts w:ascii="Tahoma" w:hAnsi="Tahoma" w:cs="Tahoma"/>
          <w:rtl/>
        </w:rPr>
        <w:t xml:space="preserve"> راهبرد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با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الات</w:t>
      </w:r>
      <w:r w:rsidRPr="003D0FB8">
        <w:rPr>
          <w:rFonts w:ascii="Tahoma" w:hAnsi="Tahoma" w:cs="Tahoma"/>
          <w:rtl/>
        </w:rPr>
        <w:t xml:space="preserve"> متحده جست‌وجو کرد. آمر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کا</w:t>
      </w:r>
      <w:r w:rsidRPr="003D0FB8">
        <w:rPr>
          <w:rFonts w:ascii="Tahoma" w:hAnsi="Tahoma" w:cs="Tahoma"/>
          <w:rtl/>
        </w:rPr>
        <w:t xml:space="preserve"> به سرچشمهٔ اصل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کمک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مال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تبد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شد و شاه امن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حکومت خود را با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است</w:t>
      </w:r>
      <w:r w:rsidRPr="003D0FB8">
        <w:rPr>
          <w:rFonts w:ascii="Tahoma" w:hAnsi="Tahoma" w:cs="Tahoma"/>
          <w:rtl/>
        </w:rPr>
        <w:t xml:space="preserve"> جهان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غرب در مقابله با شورو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وند</w:t>
      </w:r>
      <w:r w:rsidRPr="003D0FB8">
        <w:rPr>
          <w:rFonts w:ascii="Tahoma" w:hAnsi="Tahoma" w:cs="Tahoma"/>
          <w:rtl/>
        </w:rPr>
        <w:t xml:space="preserve"> زد.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وند،</w:t>
      </w:r>
      <w:r w:rsidRPr="003D0FB8">
        <w:rPr>
          <w:rFonts w:ascii="Tahoma" w:hAnsi="Tahoma" w:cs="Tahoma"/>
          <w:rtl/>
        </w:rPr>
        <w:t xml:space="preserve"> هم قدرت شاه را افزا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داد</w:t>
      </w:r>
      <w:r w:rsidRPr="003D0FB8">
        <w:rPr>
          <w:rFonts w:ascii="Tahoma" w:hAnsi="Tahoma" w:cs="Tahoma"/>
          <w:rtl/>
        </w:rPr>
        <w:t xml:space="preserve"> و هم نقطه‌ضعف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حقان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حکمران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او پد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آورد</w:t>
      </w:r>
      <w:r w:rsidRPr="003D0FB8">
        <w:rPr>
          <w:rFonts w:ascii="Tahoma" w:hAnsi="Tahoma" w:cs="Tahoma"/>
          <w:rtl/>
        </w:rPr>
        <w:t>. مردم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دخالت آمر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کا</w:t>
      </w:r>
      <w:r w:rsidRPr="003D0FB8">
        <w:rPr>
          <w:rFonts w:ascii="Tahoma" w:hAnsi="Tahoma" w:cs="Tahoma"/>
          <w:rtl/>
        </w:rPr>
        <w:t xml:space="preserve"> و بر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/>
          <w:rtl/>
        </w:rPr>
        <w:t xml:space="preserve"> را در سقوط مصدق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ده</w:t>
      </w:r>
      <w:r w:rsidRPr="003D0FB8">
        <w:rPr>
          <w:rFonts w:ascii="Tahoma" w:hAnsi="Tahoma" w:cs="Tahoma"/>
          <w:rtl/>
        </w:rPr>
        <w:t xml:space="preserve"> بودند، هر گسترش قدرت شاه را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توانستند</w:t>
      </w:r>
      <w:r w:rsidRPr="003D0FB8">
        <w:rPr>
          <w:rFonts w:ascii="Tahoma" w:hAnsi="Tahoma" w:cs="Tahoma"/>
          <w:rtl/>
        </w:rPr>
        <w:t xml:space="preserve"> ادامهٔ همان مداخله بدانند. در نت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جه،</w:t>
      </w:r>
      <w:r w:rsidRPr="003D0FB8">
        <w:rPr>
          <w:rFonts w:ascii="Tahoma" w:hAnsi="Tahoma" w:cs="Tahoma"/>
          <w:rtl/>
        </w:rPr>
        <w:t xml:space="preserve"> حکومت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خواست</w:t>
      </w:r>
      <w:r w:rsidRPr="003D0FB8">
        <w:rPr>
          <w:rFonts w:ascii="Tahoma" w:hAnsi="Tahoma" w:cs="Tahoma"/>
          <w:rtl/>
        </w:rPr>
        <w:t xml:space="preserve"> خود را </w:t>
      </w:r>
      <w:r w:rsidRPr="003D0FB8">
        <w:rPr>
          <w:rFonts w:ascii="Tahoma" w:hAnsi="Tahoma" w:cs="Tahoma" w:hint="eastAsia"/>
          <w:rtl/>
        </w:rPr>
        <w:t>حافظ</w:t>
      </w:r>
      <w:r w:rsidRPr="003D0FB8">
        <w:rPr>
          <w:rFonts w:ascii="Tahoma" w:hAnsi="Tahoma" w:cs="Tahoma"/>
          <w:rtl/>
        </w:rPr>
        <w:t xml:space="preserve"> استقلال و تمام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معرف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کند،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تثب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قدرتش به حما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دولت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وابسته شده بود.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مسئلهٔ</w:t>
      </w:r>
      <w:r w:rsidRPr="003D0FB8">
        <w:rPr>
          <w:rFonts w:ascii="Tahoma" w:hAnsi="Tahoma" w:cs="Tahoma"/>
          <w:rtl/>
        </w:rPr>
        <w:t xml:space="preserve"> نفت نخست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آزمون حکومت پس از کودتا بود. دولت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تحر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</w:t>
      </w:r>
      <w:r w:rsidRPr="003D0FB8">
        <w:rPr>
          <w:rFonts w:ascii="Tahoma" w:hAnsi="Tahoma" w:cs="Tahoma"/>
          <w:rtl/>
        </w:rPr>
        <w:t xml:space="preserve"> را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داد،</w:t>
      </w:r>
      <w:r w:rsidRPr="003D0FB8">
        <w:rPr>
          <w:rFonts w:ascii="Tahoma" w:hAnsi="Tahoma" w:cs="Tahoma"/>
          <w:rtl/>
        </w:rPr>
        <w:t xml:space="preserve"> تول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و صادرات نفت را از سر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گرفت</w:t>
      </w:r>
      <w:r w:rsidRPr="003D0FB8">
        <w:rPr>
          <w:rFonts w:ascii="Tahoma" w:hAnsi="Tahoma" w:cs="Tahoma"/>
          <w:rtl/>
        </w:rPr>
        <w:t xml:space="preserve"> و درآمد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حکومت فراهم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کرد</w:t>
      </w:r>
      <w:r w:rsidRPr="003D0FB8">
        <w:rPr>
          <w:rFonts w:ascii="Tahoma" w:hAnsi="Tahoma" w:cs="Tahoma"/>
          <w:rtl/>
        </w:rPr>
        <w:t>. بدون حل مسئلهٔ نفت، دولت نه توان پرداخت هز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جار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داشت، نه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</w:t>
      </w:r>
      <w:r w:rsidRPr="003D0FB8">
        <w:rPr>
          <w:rFonts w:ascii="Tahoma" w:hAnsi="Tahoma" w:cs="Tahoma"/>
          <w:rtl/>
        </w:rPr>
        <w:t xml:space="preserve"> ارتش را تقو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کند و نه </w:t>
      </w:r>
      <w:r w:rsidRPr="003D0FB8">
        <w:rPr>
          <w:rFonts w:ascii="Tahoma" w:hAnsi="Tahoma" w:cs="Tahoma" w:hint="eastAsia"/>
          <w:rtl/>
        </w:rPr>
        <w:t>قادر</w:t>
      </w:r>
      <w:r w:rsidRPr="003D0FB8">
        <w:rPr>
          <w:rFonts w:ascii="Tahoma" w:hAnsi="Tahoma" w:cs="Tahoma"/>
          <w:rtl/>
        </w:rPr>
        <w:t xml:space="preserve"> بود برنامه‌ها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توسعه را از سر 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قرارداد</w:t>
      </w:r>
      <w:r w:rsidRPr="003D0FB8">
        <w:rPr>
          <w:rFonts w:ascii="Tahoma" w:hAnsi="Tahoma" w:cs="Tahoma"/>
          <w:rtl/>
        </w:rPr>
        <w:t xml:space="preserve"> کنسرس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وم</w:t>
      </w:r>
      <w:r w:rsidRPr="003D0FB8">
        <w:rPr>
          <w:rFonts w:ascii="Tahoma" w:hAnsi="Tahoma" w:cs="Tahoma"/>
          <w:rtl/>
        </w:rPr>
        <w:t xml:space="preserve"> نفت در سال </w:t>
      </w:r>
      <w:r w:rsidRPr="003D0FB8">
        <w:rPr>
          <w:rFonts w:ascii="Tahoma" w:hAnsi="Tahoma" w:cs="Tahoma"/>
          <w:rtl/>
          <w:lang w:bidi="fa-IR"/>
        </w:rPr>
        <w:t>۱۳۳۳</w:t>
      </w:r>
      <w:r w:rsidRPr="003D0FB8">
        <w:rPr>
          <w:rFonts w:ascii="Tahoma" w:hAnsi="Tahoma" w:cs="Tahoma"/>
          <w:rtl/>
        </w:rPr>
        <w:t xml:space="preserve"> به بحران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داد. مالک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منابع و تأس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سات</w:t>
      </w:r>
      <w:r w:rsidRPr="003D0FB8">
        <w:rPr>
          <w:rFonts w:ascii="Tahoma" w:hAnsi="Tahoma" w:cs="Tahoma"/>
          <w:rtl/>
        </w:rPr>
        <w:t xml:space="preserve"> نفت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به نام شرکت 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نفت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باق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ماند، اما مجموعه‌ا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شرکت‌ها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بزرگ بر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آمر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هلند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فرانسو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عمل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ات</w:t>
      </w:r>
      <w:r w:rsidRPr="003D0FB8">
        <w:rPr>
          <w:rFonts w:ascii="Tahoma" w:hAnsi="Tahoma" w:cs="Tahoma"/>
          <w:rtl/>
        </w:rPr>
        <w:t xml:space="preserve"> تول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و فروش را در اخت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/>
          <w:rtl/>
        </w:rPr>
        <w:t xml:space="preserve"> گرفتند. درآمد بر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هٔ</w:t>
      </w:r>
      <w:r w:rsidRPr="003D0FB8">
        <w:rPr>
          <w:rFonts w:ascii="Tahoma" w:hAnsi="Tahoma" w:cs="Tahoma"/>
          <w:rtl/>
        </w:rPr>
        <w:t xml:space="preserve"> تقس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</w:t>
      </w:r>
      <w:r w:rsidRPr="003D0FB8">
        <w:rPr>
          <w:rFonts w:ascii="Tahoma" w:hAnsi="Tahoma" w:cs="Tahoma"/>
          <w:rtl/>
        </w:rPr>
        <w:t xml:space="preserve"> برابر س</w:t>
      </w:r>
      <w:r w:rsidRPr="003D0FB8">
        <w:rPr>
          <w:rFonts w:ascii="Tahoma" w:hAnsi="Tahoma" w:cs="Tahoma" w:hint="eastAsia"/>
          <w:rtl/>
        </w:rPr>
        <w:t>ود</w:t>
      </w:r>
      <w:r w:rsidRPr="003D0FB8">
        <w:rPr>
          <w:rFonts w:ascii="Tahoma" w:hAnsi="Tahoma" w:cs="Tahoma"/>
          <w:rtl/>
        </w:rPr>
        <w:t xml:space="preserve"> تنظ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</w:t>
      </w:r>
      <w:r w:rsidRPr="003D0FB8">
        <w:rPr>
          <w:rFonts w:ascii="Tahoma" w:hAnsi="Tahoma" w:cs="Tahoma"/>
          <w:rtl/>
        </w:rPr>
        <w:t xml:space="preserve"> شد و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از درآمد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شتر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نسبت به دوران شرکت نفت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و انگل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س</w:t>
      </w:r>
      <w:r w:rsidRPr="003D0FB8">
        <w:rPr>
          <w:rFonts w:ascii="Tahoma" w:hAnsi="Tahoma" w:cs="Tahoma"/>
          <w:rtl/>
        </w:rPr>
        <w:t xml:space="preserve"> برخوردار گرد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قرارداد</w:t>
      </w:r>
      <w:r w:rsidRPr="003D0FB8">
        <w:rPr>
          <w:rFonts w:ascii="Tahoma" w:hAnsi="Tahoma" w:cs="Tahoma"/>
          <w:rtl/>
        </w:rPr>
        <w:t xml:space="preserve"> جد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با امت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ازنامهٔ</w:t>
      </w:r>
      <w:r w:rsidRPr="003D0FB8">
        <w:rPr>
          <w:rFonts w:ascii="Tahoma" w:hAnsi="Tahoma" w:cs="Tahoma"/>
          <w:rtl/>
        </w:rPr>
        <w:t xml:space="preserve">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کسان</w:t>
      </w:r>
      <w:r w:rsidRPr="003D0FB8">
        <w:rPr>
          <w:rFonts w:ascii="Tahoma" w:hAnsi="Tahoma" w:cs="Tahoma"/>
          <w:rtl/>
        </w:rPr>
        <w:t xml:space="preserve"> نبود. اصل مل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شدن</w:t>
      </w:r>
      <w:r w:rsidRPr="003D0FB8">
        <w:rPr>
          <w:rFonts w:ascii="Tahoma" w:hAnsi="Tahoma" w:cs="Tahoma"/>
          <w:rtl/>
        </w:rPr>
        <w:t xml:space="preserve"> رسماً لغو نشد و شرکت 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نفت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باق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ماند. اما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به اخت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/>
          <w:rtl/>
        </w:rPr>
        <w:t xml:space="preserve"> کامل و مستق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نهضت 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خواسته بود دست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افت</w:t>
      </w:r>
      <w:r w:rsidRPr="003D0FB8">
        <w:rPr>
          <w:rFonts w:ascii="Tahoma" w:hAnsi="Tahoma" w:cs="Tahoma"/>
          <w:rtl/>
        </w:rPr>
        <w:t>. کنترل فن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بازرگان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بخش اصل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صنعت نفت در اخت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/>
          <w:rtl/>
        </w:rPr>
        <w:t xml:space="preserve"> کنسرس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قرار گرفت و دو</w:t>
      </w:r>
      <w:r w:rsidRPr="003D0FB8">
        <w:rPr>
          <w:rFonts w:ascii="Tahoma" w:hAnsi="Tahoma" w:cs="Tahoma" w:hint="eastAsia"/>
          <w:rtl/>
        </w:rPr>
        <w:t>لت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فروش نفت همچنان به همان شبکهٔ شرکت‌ها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بزرگ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ن‌الملل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وابسته ماند.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از</w:t>
      </w:r>
      <w:r w:rsidRPr="003D0FB8">
        <w:rPr>
          <w:rFonts w:ascii="Tahoma" w:hAnsi="Tahoma" w:cs="Tahoma"/>
          <w:rtl/>
        </w:rPr>
        <w:t xml:space="preserve"> نظر حکومت، قرارداد واقع‌ب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نانه‌تر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راه خروج از بن‌بست بود. نفت دوباره صادر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شد،</w:t>
      </w:r>
      <w:r w:rsidRPr="003D0FB8">
        <w:rPr>
          <w:rFonts w:ascii="Tahoma" w:hAnsi="Tahoma" w:cs="Tahoma"/>
          <w:rtl/>
        </w:rPr>
        <w:t xml:space="preserve"> درآمد کشور افزا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ی‌ی</w:t>
      </w:r>
      <w:r w:rsidRPr="003D0FB8">
        <w:rPr>
          <w:rFonts w:ascii="Tahoma" w:hAnsi="Tahoma" w:cs="Tahoma" w:hint="eastAsia"/>
          <w:rtl/>
        </w:rPr>
        <w:t>افت</w:t>
      </w:r>
      <w:r w:rsidRPr="003D0FB8">
        <w:rPr>
          <w:rFonts w:ascii="Tahoma" w:hAnsi="Tahoma" w:cs="Tahoma"/>
          <w:rtl/>
        </w:rPr>
        <w:t xml:space="preserve"> و دولت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</w:t>
      </w:r>
      <w:r w:rsidRPr="003D0FB8">
        <w:rPr>
          <w:rFonts w:ascii="Tahoma" w:hAnsi="Tahoma" w:cs="Tahoma"/>
          <w:rtl/>
        </w:rPr>
        <w:t xml:space="preserve"> برنامه‌ها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خود را آغاز کند. از نظر هواداران نهضت 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قرارداد کنسرس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وم</w:t>
      </w:r>
      <w:r w:rsidRPr="003D0FB8">
        <w:rPr>
          <w:rFonts w:ascii="Tahoma" w:hAnsi="Tahoma" w:cs="Tahoma"/>
          <w:rtl/>
        </w:rPr>
        <w:t xml:space="preserve"> عقب‌نش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هدف‌ها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مل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شدن</w:t>
      </w:r>
      <w:r w:rsidRPr="003D0FB8">
        <w:rPr>
          <w:rFonts w:ascii="Tahoma" w:hAnsi="Tahoma" w:cs="Tahoma"/>
          <w:rtl/>
        </w:rPr>
        <w:t xml:space="preserve"> و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نتا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ج</w:t>
      </w:r>
      <w:r w:rsidRPr="003D0FB8">
        <w:rPr>
          <w:rFonts w:ascii="Tahoma" w:hAnsi="Tahoma" w:cs="Tahoma"/>
          <w:rtl/>
        </w:rPr>
        <w:t xml:space="preserve"> مستق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/>
          <w:rtl/>
          <w:lang w:bidi="fa-IR"/>
        </w:rPr>
        <w:t>۲۸</w:t>
      </w:r>
      <w:r w:rsidRPr="003D0FB8">
        <w:rPr>
          <w:rFonts w:ascii="Tahoma" w:hAnsi="Tahoma" w:cs="Tahoma"/>
          <w:rtl/>
        </w:rPr>
        <w:t xml:space="preserve"> ام</w:t>
      </w:r>
      <w:r w:rsidRPr="003D0FB8">
        <w:rPr>
          <w:rFonts w:ascii="Tahoma" w:hAnsi="Tahoma" w:cs="Tahoma" w:hint="eastAsia"/>
          <w:rtl/>
        </w:rPr>
        <w:t>رداد</w:t>
      </w:r>
      <w:r w:rsidRPr="003D0FB8">
        <w:rPr>
          <w:rFonts w:ascii="Tahoma" w:hAnsi="Tahoma" w:cs="Tahoma"/>
          <w:rtl/>
        </w:rPr>
        <w:t xml:space="preserve"> بود. آنان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دند</w:t>
      </w:r>
      <w:r w:rsidRPr="003D0FB8">
        <w:rPr>
          <w:rFonts w:ascii="Tahoma" w:hAnsi="Tahoma" w:cs="Tahoma"/>
          <w:rtl/>
        </w:rPr>
        <w:t xml:space="preserve"> دولت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پس از برانداختن مصدق بر سر کار آمده، به توافق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تن داده است که مصدق حاضر به پذ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رش</w:t>
      </w:r>
      <w:r w:rsidRPr="003D0FB8">
        <w:rPr>
          <w:rFonts w:ascii="Tahoma" w:hAnsi="Tahoma" w:cs="Tahoma"/>
          <w:rtl/>
        </w:rPr>
        <w:t xml:space="preserve"> آن نشده بود.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درآمد</w:t>
      </w:r>
      <w:r w:rsidRPr="003D0FB8">
        <w:rPr>
          <w:rFonts w:ascii="Tahoma" w:hAnsi="Tahoma" w:cs="Tahoma"/>
          <w:rtl/>
        </w:rPr>
        <w:t xml:space="preserve"> نفت از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پس نقش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تع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 w:hint="eastAsia"/>
          <w:rtl/>
        </w:rPr>
        <w:t>ن‌کننده</w:t>
      </w:r>
      <w:r w:rsidRPr="003D0FB8">
        <w:rPr>
          <w:rFonts w:ascii="Tahoma" w:hAnsi="Tahoma" w:cs="Tahoma"/>
          <w:rtl/>
        </w:rPr>
        <w:t xml:space="preserve"> در کشوردار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دا</w:t>
      </w:r>
      <w:r w:rsidRPr="003D0FB8">
        <w:rPr>
          <w:rFonts w:ascii="Tahoma" w:hAnsi="Tahoma" w:cs="Tahoma"/>
          <w:rtl/>
        </w:rPr>
        <w:t xml:space="preserve"> کرد. تا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از آن، حکومت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گردآور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ات</w:t>
      </w:r>
      <w:r w:rsidRPr="003D0FB8">
        <w:rPr>
          <w:rFonts w:ascii="Tahoma" w:hAnsi="Tahoma" w:cs="Tahoma"/>
          <w:rtl/>
        </w:rPr>
        <w:t xml:space="preserve"> و تأم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هز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خود ناچار بود با جامعه، مالکان، بازار و مجلس وارد رابطه شود. افزا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درآمد نفت به شاه و دولت امکان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داد</w:t>
      </w:r>
      <w:r w:rsidRPr="003D0FB8">
        <w:rPr>
          <w:rFonts w:ascii="Tahoma" w:hAnsi="Tahoma" w:cs="Tahoma"/>
          <w:rtl/>
        </w:rPr>
        <w:t xml:space="preserve"> بخش مهم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منابع خود را نه </w:t>
      </w:r>
      <w:r w:rsidRPr="003D0FB8">
        <w:rPr>
          <w:rFonts w:ascii="Tahoma" w:hAnsi="Tahoma" w:cs="Tahoma" w:hint="eastAsia"/>
          <w:rtl/>
        </w:rPr>
        <w:t>از</w:t>
      </w:r>
      <w:r w:rsidRPr="003D0FB8">
        <w:rPr>
          <w:rFonts w:ascii="Tahoma" w:hAnsi="Tahoma" w:cs="Tahoma"/>
          <w:rtl/>
        </w:rPr>
        <w:t xml:space="preserve"> مال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ات</w:t>
      </w:r>
      <w:r w:rsidRPr="003D0FB8">
        <w:rPr>
          <w:rFonts w:ascii="Tahoma" w:hAnsi="Tahoma" w:cs="Tahoma"/>
          <w:rtl/>
        </w:rPr>
        <w:t xml:space="preserve"> شهروندان، بلکه از فروش ثروت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به دست آورند که مستق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ماً</w:t>
      </w:r>
      <w:r w:rsidRPr="003D0FB8">
        <w:rPr>
          <w:rFonts w:ascii="Tahoma" w:hAnsi="Tahoma" w:cs="Tahoma"/>
          <w:rtl/>
        </w:rPr>
        <w:t xml:space="preserve"> در اخت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/>
          <w:rtl/>
        </w:rPr>
        <w:t xml:space="preserve"> حکومت قرار داشت.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دگرگون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رابطهٔ حکومت و جامعه را تغ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داد. دولت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تأم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درآمدش کمتر به رضا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مال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ات‌دهندگان</w:t>
      </w:r>
      <w:r w:rsidRPr="003D0FB8">
        <w:rPr>
          <w:rFonts w:ascii="Tahoma" w:hAnsi="Tahoma" w:cs="Tahoma"/>
          <w:rtl/>
        </w:rPr>
        <w:t xml:space="preserve"> وابسته باشد،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از</w:t>
      </w:r>
      <w:r w:rsidRPr="003D0FB8">
        <w:rPr>
          <w:rFonts w:ascii="Tahoma" w:hAnsi="Tahoma" w:cs="Tahoma"/>
          <w:rtl/>
        </w:rPr>
        <w:t xml:space="preserve"> کمتر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به پاسخ‌گو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در برابر آنان احساس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کند</w:t>
      </w:r>
      <w:r w:rsidRPr="003D0FB8">
        <w:rPr>
          <w:rFonts w:ascii="Tahoma" w:hAnsi="Tahoma" w:cs="Tahoma"/>
          <w:rtl/>
        </w:rPr>
        <w:t>. درآمد نفت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ساختن راه، مدرسه، کارخانه و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مارستان</w:t>
      </w:r>
      <w:r w:rsidRPr="003D0FB8">
        <w:rPr>
          <w:rFonts w:ascii="Tahoma" w:hAnsi="Tahoma" w:cs="Tahoma"/>
          <w:rtl/>
        </w:rPr>
        <w:t xml:space="preserve"> به کار رود، اما در همان ح</w:t>
      </w:r>
      <w:r w:rsidRPr="003D0FB8">
        <w:rPr>
          <w:rFonts w:ascii="Tahoma" w:hAnsi="Tahoma" w:cs="Tahoma" w:hint="eastAsia"/>
          <w:rtl/>
        </w:rPr>
        <w:t>ال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</w:t>
      </w:r>
      <w:r w:rsidRPr="003D0FB8">
        <w:rPr>
          <w:rFonts w:ascii="Tahoma" w:hAnsi="Tahoma" w:cs="Tahoma"/>
          <w:rtl/>
        </w:rPr>
        <w:t xml:space="preserve"> ارتش، دستگاه امن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وانسالار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وابسته به شاه را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گسترش دهد. نفت هم ابزار نوساز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بود و هم وس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لهٔ</w:t>
      </w:r>
      <w:r w:rsidRPr="003D0FB8">
        <w:rPr>
          <w:rFonts w:ascii="Tahoma" w:hAnsi="Tahoma" w:cs="Tahoma"/>
          <w:rtl/>
        </w:rPr>
        <w:t xml:space="preserve"> استقلال حکومت از جامعه.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هم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درآمد امکان اح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نظر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هٔ</w:t>
      </w:r>
      <w:r w:rsidRPr="003D0FB8">
        <w:rPr>
          <w:rFonts w:ascii="Tahoma" w:hAnsi="Tahoma" w:cs="Tahoma"/>
          <w:rtl/>
        </w:rPr>
        <w:t xml:space="preserve"> مستبد منور را فراهم کرد. شاه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</w:t>
      </w:r>
      <w:r w:rsidRPr="003D0FB8">
        <w:rPr>
          <w:rFonts w:ascii="Tahoma" w:hAnsi="Tahoma" w:cs="Tahoma"/>
          <w:rtl/>
        </w:rPr>
        <w:t xml:space="preserve"> ادعا کند که با تک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</w:t>
      </w:r>
      <w:r w:rsidRPr="003D0FB8">
        <w:rPr>
          <w:rFonts w:ascii="Tahoma" w:hAnsi="Tahoma" w:cs="Tahoma"/>
          <w:rtl/>
        </w:rPr>
        <w:t xml:space="preserve"> بر منابع نفت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کشور، برنامه‌ا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گسترده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نوساز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اجرا خواهد کرد. اما برخلاف تصور اول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هٔ</w:t>
      </w:r>
      <w:r w:rsidRPr="003D0FB8">
        <w:rPr>
          <w:rFonts w:ascii="Tahoma" w:hAnsi="Tahoma" w:cs="Tahoma"/>
          <w:rtl/>
        </w:rPr>
        <w:t xml:space="preserve"> هواداران مستبد منور،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بار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قرار نبود تمرکز قدرت مرحله‌ا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موقت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 w:hint="eastAsia"/>
          <w:rtl/>
        </w:rPr>
        <w:t>رس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دن</w:t>
      </w:r>
      <w:r w:rsidRPr="003D0FB8">
        <w:rPr>
          <w:rFonts w:ascii="Tahoma" w:hAnsi="Tahoma" w:cs="Tahoma"/>
          <w:rtl/>
        </w:rPr>
        <w:t xml:space="preserve"> به حکومت قانون باشد. توسعهٔ اقتصاد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افزا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قدرت سلطنت هم‌زمان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رفتند</w:t>
      </w:r>
      <w:r w:rsidRPr="003D0FB8">
        <w:rPr>
          <w:rFonts w:ascii="Tahoma" w:hAnsi="Tahoma" w:cs="Tahoma"/>
          <w:rtl/>
        </w:rPr>
        <w:t xml:space="preserve"> و هر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/>
          <w:rtl/>
        </w:rPr>
        <w:t xml:space="preserve">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گر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تقو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کرد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پس از حل مسئلهٔ نفت و تثب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نخست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حکومت،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گر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شاه ضرور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نبود. برعکس، سابقهٔ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ارتباطات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سهم او در کودتا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توانستند</w:t>
      </w:r>
      <w:r w:rsidRPr="003D0FB8">
        <w:rPr>
          <w:rFonts w:ascii="Tahoma" w:hAnsi="Tahoma" w:cs="Tahoma"/>
          <w:rtl/>
        </w:rPr>
        <w:t xml:space="preserve"> به خطر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سلطنت تبد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شوند. محمدرضاشاه نم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خواست</w:t>
      </w:r>
      <w:r w:rsidRPr="003D0FB8">
        <w:rPr>
          <w:rFonts w:ascii="Tahoma" w:hAnsi="Tahoma" w:cs="Tahoma"/>
          <w:rtl/>
        </w:rPr>
        <w:t xml:space="preserve">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داشته باشد که خود را شر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/>
          <w:rtl/>
        </w:rPr>
        <w:t xml:space="preserve"> او در قدرت بداند. </w:t>
      </w:r>
      <w:r w:rsidRPr="003D0FB8">
        <w:rPr>
          <w:rFonts w:ascii="Tahoma" w:hAnsi="Tahoma" w:cs="Tahoma" w:hint="eastAsia"/>
          <w:rtl/>
        </w:rPr>
        <w:t>در</w:t>
      </w:r>
      <w:r w:rsidRPr="003D0FB8">
        <w:rPr>
          <w:rFonts w:ascii="Tahoma" w:hAnsi="Tahoma" w:cs="Tahoma"/>
          <w:rtl/>
        </w:rPr>
        <w:t xml:space="preserve"> فرورد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/>
          <w:rtl/>
          <w:lang w:bidi="fa-IR"/>
        </w:rPr>
        <w:t>۱۳۳۴</w:t>
      </w:r>
      <w:r w:rsidRPr="003D0FB8">
        <w:rPr>
          <w:rFonts w:ascii="Tahoma" w:hAnsi="Tahoma" w:cs="Tahoma"/>
          <w:rtl/>
        </w:rPr>
        <w:t>،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کنار گذاشته شد و به مأمور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 خارج از کشور فرستاده شد.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کنارگذاشتن</w:t>
      </w:r>
      <w:r w:rsidRPr="003D0FB8">
        <w:rPr>
          <w:rFonts w:ascii="Tahoma" w:hAnsi="Tahoma" w:cs="Tahoma"/>
          <w:rtl/>
        </w:rPr>
        <w:t xml:space="preserve">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گام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اساس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 بازگشت مستبد منور بود. شاه نشان داد حت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تاج را به او بازگردانده است نم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تواند</w:t>
      </w:r>
      <w:r w:rsidRPr="003D0FB8">
        <w:rPr>
          <w:rFonts w:ascii="Tahoma" w:hAnsi="Tahoma" w:cs="Tahoma"/>
          <w:rtl/>
        </w:rPr>
        <w:t xml:space="preserve"> در برابر سلطنت به مرکز مستقل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قدرت تبد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شود. از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پس، مع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/>
          <w:rtl/>
        </w:rPr>
        <w:t xml:space="preserve"> اصل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انتخاب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از آنکه برخوردار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گاه</w:t>
      </w:r>
      <w:r w:rsidRPr="003D0FB8">
        <w:rPr>
          <w:rFonts w:ascii="Tahoma" w:hAnsi="Tahoma" w:cs="Tahoma"/>
          <w:rtl/>
        </w:rPr>
        <w:t xml:space="preserve"> مستقل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>ا حما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اکثر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سازمان‌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افتهٔ</w:t>
      </w:r>
      <w:r w:rsidRPr="003D0FB8">
        <w:rPr>
          <w:rFonts w:ascii="Tahoma" w:hAnsi="Tahoma" w:cs="Tahoma"/>
          <w:rtl/>
        </w:rPr>
        <w:t xml:space="preserve"> مجلس باشد، وفادار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فرمان‌بر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شاه بود.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حس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علاء جانش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شد. او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وانسالار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باتجربه، محتاط و وفادار به سلطنت بود و برخلاف قوام، مصدق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/>
          <w:rtl/>
        </w:rPr>
        <w:t xml:space="preserve">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گاه</w:t>
      </w:r>
      <w:r w:rsidRPr="003D0FB8">
        <w:rPr>
          <w:rFonts w:ascii="Tahoma" w:hAnsi="Tahoma" w:cs="Tahoma"/>
          <w:rtl/>
        </w:rPr>
        <w:t xml:space="preserve"> مستقل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نداشت که بتواند در برابر شاه از آن استفاده کند. انتخاب او نشان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داد</w:t>
      </w:r>
      <w:r w:rsidRPr="003D0FB8">
        <w:rPr>
          <w:rFonts w:ascii="Tahoma" w:hAnsi="Tahoma" w:cs="Tahoma"/>
          <w:rtl/>
        </w:rPr>
        <w:t xml:space="preserve"> مقام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 حال تغ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است. رئ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س‌الوزرا</w:t>
      </w:r>
      <w:r w:rsidRPr="003D0FB8">
        <w:rPr>
          <w:rFonts w:ascii="Tahoma" w:hAnsi="Tahoma" w:cs="Tahoma"/>
          <w:rtl/>
        </w:rPr>
        <w:t xml:space="preserve"> به‌تدر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ج</w:t>
      </w:r>
      <w:r w:rsidRPr="003D0FB8">
        <w:rPr>
          <w:rFonts w:ascii="Tahoma" w:hAnsi="Tahoma" w:cs="Tahoma"/>
          <w:rtl/>
        </w:rPr>
        <w:t xml:space="preserve"> از باز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گر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برخوردار از ارادهٔ مستقل به هماهنگ‌کنندهٔ دستگاه اجرا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نظر شاه تبد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در</w:t>
      </w:r>
      <w:r w:rsidRPr="003D0FB8">
        <w:rPr>
          <w:rFonts w:ascii="Tahoma" w:hAnsi="Tahoma" w:cs="Tahoma"/>
          <w:rtl/>
        </w:rPr>
        <w:t xml:space="preserve"> هم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دوره،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به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مان</w:t>
      </w:r>
      <w:r w:rsidRPr="003D0FB8">
        <w:rPr>
          <w:rFonts w:ascii="Tahoma" w:hAnsi="Tahoma" w:cs="Tahoma"/>
          <w:rtl/>
        </w:rPr>
        <w:t xml:space="preserve"> بغداد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وست</w:t>
      </w:r>
      <w:r w:rsidRPr="003D0FB8">
        <w:rPr>
          <w:rFonts w:ascii="Tahoma" w:hAnsi="Tahoma" w:cs="Tahoma"/>
          <w:rtl/>
        </w:rPr>
        <w:t>.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مان</w:t>
      </w:r>
      <w:r w:rsidRPr="003D0FB8">
        <w:rPr>
          <w:rFonts w:ascii="Tahoma" w:hAnsi="Tahoma" w:cs="Tahoma"/>
          <w:rtl/>
        </w:rPr>
        <w:t xml:space="preserve"> بخش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شبکهٔ امن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غرب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محاصرهٔ اتحاد شورو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بود و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را در کنار ترک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ه،</w:t>
      </w:r>
      <w:r w:rsidRPr="003D0FB8">
        <w:rPr>
          <w:rFonts w:ascii="Tahoma" w:hAnsi="Tahoma" w:cs="Tahoma"/>
          <w:rtl/>
        </w:rPr>
        <w:t xml:space="preserve"> عراق، پاکستان و بر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/>
          <w:rtl/>
        </w:rPr>
        <w:t xml:space="preserve"> قرار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داد</w:t>
      </w:r>
      <w:r w:rsidRPr="003D0FB8">
        <w:rPr>
          <w:rFonts w:ascii="Tahoma" w:hAnsi="Tahoma" w:cs="Tahoma"/>
          <w:rtl/>
        </w:rPr>
        <w:t>.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وستن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به آن،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است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کشور را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از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به اردوگاه غرب متصل کرد و کمک‌ها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</w:t>
      </w:r>
      <w:r w:rsidRPr="003D0FB8">
        <w:rPr>
          <w:rFonts w:ascii="Tahoma" w:hAnsi="Tahoma" w:cs="Tahoma" w:hint="eastAsia"/>
          <w:rtl/>
        </w:rPr>
        <w:t>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آمر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کا</w:t>
      </w:r>
      <w:r w:rsidRPr="003D0FB8">
        <w:rPr>
          <w:rFonts w:ascii="Tahoma" w:hAnsi="Tahoma" w:cs="Tahoma"/>
          <w:rtl/>
        </w:rPr>
        <w:t xml:space="preserve"> را افزا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داد.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شاه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وند</w:t>
      </w:r>
      <w:r w:rsidRPr="003D0FB8">
        <w:rPr>
          <w:rFonts w:ascii="Tahoma" w:hAnsi="Tahoma" w:cs="Tahoma"/>
          <w:rtl/>
        </w:rPr>
        <w:t xml:space="preserve"> را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حفظ امن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ضرور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دانست</w:t>
      </w:r>
      <w:r w:rsidRPr="003D0FB8">
        <w:rPr>
          <w:rFonts w:ascii="Tahoma" w:hAnsi="Tahoma" w:cs="Tahoma"/>
          <w:rtl/>
        </w:rPr>
        <w:t>. تجربهٔ بحران آذربا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جان</w:t>
      </w:r>
      <w:r w:rsidRPr="003D0FB8">
        <w:rPr>
          <w:rFonts w:ascii="Tahoma" w:hAnsi="Tahoma" w:cs="Tahoma"/>
          <w:rtl/>
        </w:rPr>
        <w:t xml:space="preserve"> و قدرت حزب توده، خطر شورو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او واقع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ساخته بود. اما ورود به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مان</w:t>
      </w:r>
      <w:r w:rsidRPr="003D0FB8">
        <w:rPr>
          <w:rFonts w:ascii="Tahoma" w:hAnsi="Tahoma" w:cs="Tahoma"/>
          <w:rtl/>
        </w:rPr>
        <w:t xml:space="preserve"> بغداد،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است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ران</w:t>
      </w:r>
      <w:r w:rsidRPr="003D0FB8">
        <w:rPr>
          <w:rFonts w:ascii="Tahoma" w:hAnsi="Tahoma" w:cs="Tahoma"/>
          <w:rtl/>
        </w:rPr>
        <w:t xml:space="preserve"> را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از حوزهٔ تصم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م‌گ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نهادها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مختلف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رون</w:t>
      </w:r>
      <w:r w:rsidRPr="003D0FB8">
        <w:rPr>
          <w:rFonts w:ascii="Tahoma" w:hAnsi="Tahoma" w:cs="Tahoma"/>
          <w:rtl/>
        </w:rPr>
        <w:t xml:space="preserve"> آورد و به قلمرو اختصاص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شاه نزد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ک‌تر</w:t>
      </w:r>
      <w:r w:rsidRPr="003D0FB8">
        <w:rPr>
          <w:rFonts w:ascii="Tahoma" w:hAnsi="Tahoma" w:cs="Tahoma"/>
          <w:rtl/>
        </w:rPr>
        <w:t xml:space="preserve"> کرد. از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پس، محمدرضاشاه نه فقط فرمانده ارتش، بلکه طراح اصل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است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امن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کشور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وستن</w:t>
      </w:r>
      <w:r w:rsidRPr="003D0FB8">
        <w:rPr>
          <w:rFonts w:ascii="Tahoma" w:hAnsi="Tahoma" w:cs="Tahoma"/>
          <w:rtl/>
        </w:rPr>
        <w:t xml:space="preserve"> به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مان</w:t>
      </w:r>
      <w:r w:rsidRPr="003D0FB8">
        <w:rPr>
          <w:rFonts w:ascii="Tahoma" w:hAnsi="Tahoma" w:cs="Tahoma"/>
          <w:rtl/>
        </w:rPr>
        <w:t xml:space="preserve"> بغداد با مخالفت فدائ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اسلام روبه‌رو شد. آنان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مان</w:t>
      </w:r>
      <w:r w:rsidRPr="003D0FB8">
        <w:rPr>
          <w:rFonts w:ascii="Tahoma" w:hAnsi="Tahoma" w:cs="Tahoma"/>
          <w:rtl/>
        </w:rPr>
        <w:t xml:space="preserve"> را وابستگ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به قدرت‌ها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غرب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مغا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با منافع جهان اسلام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دانستند</w:t>
      </w:r>
      <w:r w:rsidRPr="003D0FB8">
        <w:rPr>
          <w:rFonts w:ascii="Tahoma" w:hAnsi="Tahoma" w:cs="Tahoma"/>
          <w:rtl/>
        </w:rPr>
        <w:t xml:space="preserve">. در آبان </w:t>
      </w:r>
      <w:r w:rsidRPr="003D0FB8">
        <w:rPr>
          <w:rFonts w:ascii="Tahoma" w:hAnsi="Tahoma" w:cs="Tahoma"/>
          <w:rtl/>
          <w:lang w:bidi="fa-IR"/>
        </w:rPr>
        <w:t>۱۳۳۴</w:t>
      </w:r>
      <w:r w:rsidRPr="003D0FB8">
        <w:rPr>
          <w:rFonts w:ascii="Tahoma" w:hAnsi="Tahoma" w:cs="Tahoma"/>
          <w:rtl/>
        </w:rPr>
        <w:t xml:space="preserve">،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اعضا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فدائ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اسلام به حس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علاء سوءقصد کرد. علاء جان سالم به در برد، اما حکومت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ن‌بار</w:t>
      </w:r>
      <w:r w:rsidRPr="003D0FB8">
        <w:rPr>
          <w:rFonts w:ascii="Tahoma" w:hAnsi="Tahoma" w:cs="Tahoma"/>
          <w:rtl/>
        </w:rPr>
        <w:t xml:space="preserve"> با قاط</w:t>
      </w:r>
      <w:r w:rsidRPr="003D0FB8">
        <w:rPr>
          <w:rFonts w:ascii="Tahoma" w:hAnsi="Tahoma" w:cs="Tahoma" w:hint="eastAsia"/>
          <w:rtl/>
        </w:rPr>
        <w:t>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به سرکوب گروه پرداخت. نواب صفو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شمار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ارانش</w:t>
      </w:r>
      <w:r w:rsidRPr="003D0FB8">
        <w:rPr>
          <w:rFonts w:ascii="Tahoma" w:hAnsi="Tahoma" w:cs="Tahoma"/>
          <w:rtl/>
        </w:rPr>
        <w:t xml:space="preserve"> بازداشت، محاکمه و در د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ماه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/>
          <w:rtl/>
          <w:lang w:bidi="fa-IR"/>
        </w:rPr>
        <w:t>۱۳۳۴</w:t>
      </w:r>
      <w:r w:rsidRPr="003D0FB8">
        <w:rPr>
          <w:rFonts w:ascii="Tahoma" w:hAnsi="Tahoma" w:cs="Tahoma"/>
          <w:rtl/>
        </w:rPr>
        <w:t xml:space="preserve"> اعدام شدند.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حادثه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مرحله‌ا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همکار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ضمن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دربار و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تندرو بود. در مبارزه با حزب توده و مصدق، بخش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مذهب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به سود سلطنت عمل کرده بودند؛ اما هنگام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که همان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روها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است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اخت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/>
          <w:rtl/>
        </w:rPr>
        <w:t xml:space="preserve"> دولت شاه را به چالش کش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دند،</w:t>
      </w:r>
      <w:r w:rsidRPr="003D0FB8">
        <w:rPr>
          <w:rFonts w:ascii="Tahoma" w:hAnsi="Tahoma" w:cs="Tahoma"/>
          <w:rtl/>
        </w:rPr>
        <w:t xml:space="preserve"> تحمل نشدند. محمدرضاشاه حاضر بود </w:t>
      </w:r>
      <w:r w:rsidRPr="003D0FB8">
        <w:rPr>
          <w:rFonts w:ascii="Tahoma" w:hAnsi="Tahoma" w:cs="Tahoma" w:hint="eastAsia"/>
          <w:rtl/>
        </w:rPr>
        <w:t>با</w:t>
      </w:r>
      <w:r w:rsidRPr="003D0FB8">
        <w:rPr>
          <w:rFonts w:ascii="Tahoma" w:hAnsi="Tahoma" w:cs="Tahoma"/>
          <w:rtl/>
        </w:rPr>
        <w:t xml:space="preserve">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همکار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کند، اما نم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پذ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رفت</w:t>
      </w:r>
      <w:r w:rsidRPr="003D0FB8">
        <w:rPr>
          <w:rFonts w:ascii="Tahoma" w:hAnsi="Tahoma" w:cs="Tahoma"/>
          <w:rtl/>
        </w:rPr>
        <w:t xml:space="preserve"> آنان به مرکز مستقل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صدور حکم و اعمال خشونت تبد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شوند.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در</w:t>
      </w:r>
      <w:r w:rsidRPr="003D0FB8">
        <w:rPr>
          <w:rFonts w:ascii="Tahoma" w:hAnsi="Tahoma" w:cs="Tahoma"/>
          <w:rtl/>
        </w:rPr>
        <w:t xml:space="preserve"> همان حال، حکومت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جلب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سنت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راه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گر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گرفت. شاه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کوش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مراجع و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محافظه‌کار، که خواهان حفظ شر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عت</w:t>
      </w:r>
      <w:r w:rsidRPr="003D0FB8">
        <w:rPr>
          <w:rFonts w:ascii="Tahoma" w:hAnsi="Tahoma" w:cs="Tahoma"/>
          <w:rtl/>
        </w:rPr>
        <w:t xml:space="preserve"> و موقع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اجتماع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خود بودند، و گروه‌ها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مسلح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چون فدائ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اسلام تفاوت بگذارد. او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توانست</w:t>
      </w:r>
      <w:r w:rsidRPr="003D0FB8">
        <w:rPr>
          <w:rFonts w:ascii="Tahoma" w:hAnsi="Tahoma" w:cs="Tahoma"/>
          <w:rtl/>
        </w:rPr>
        <w:t xml:space="preserve"> گروه دوم را سرکوب کند و در همان حا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با گروه نخست بر سر مبارزه با کمون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سم،</w:t>
      </w:r>
      <w:r w:rsidRPr="003D0FB8">
        <w:rPr>
          <w:rFonts w:ascii="Tahoma" w:hAnsi="Tahoma" w:cs="Tahoma"/>
          <w:rtl/>
        </w:rPr>
        <w:t xml:space="preserve"> محدودکردن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سکولار مخالف حکومت و حفظ برخ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امت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ازها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مذهب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همکار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نما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کارزار</w:t>
      </w:r>
      <w:r w:rsidRPr="003D0FB8">
        <w:rPr>
          <w:rFonts w:ascii="Tahoma" w:hAnsi="Tahoma" w:cs="Tahoma"/>
          <w:rtl/>
        </w:rPr>
        <w:t xml:space="preserve"> عل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</w:t>
      </w:r>
      <w:r w:rsidRPr="003D0FB8">
        <w:rPr>
          <w:rFonts w:ascii="Tahoma" w:hAnsi="Tahoma" w:cs="Tahoma"/>
          <w:rtl/>
        </w:rPr>
        <w:t xml:space="preserve"> بهائ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نشانه‌ها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همکار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بود. در 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انهٔ</w:t>
      </w:r>
      <w:r w:rsidRPr="003D0FB8">
        <w:rPr>
          <w:rFonts w:ascii="Tahoma" w:hAnsi="Tahoma" w:cs="Tahoma"/>
          <w:rtl/>
        </w:rPr>
        <w:t xml:space="preserve"> دههٔ </w:t>
      </w:r>
      <w:r w:rsidRPr="003D0FB8">
        <w:rPr>
          <w:rFonts w:ascii="Tahoma" w:hAnsi="Tahoma" w:cs="Tahoma"/>
          <w:rtl/>
          <w:lang w:bidi="fa-IR"/>
        </w:rPr>
        <w:t>۱۳۳۰</w:t>
      </w:r>
      <w:r w:rsidRPr="003D0FB8">
        <w:rPr>
          <w:rFonts w:ascii="Tahoma" w:hAnsi="Tahoma" w:cs="Tahoma"/>
          <w:rtl/>
        </w:rPr>
        <w:t>، سخنران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ضدبهائ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گسترش 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افت</w:t>
      </w:r>
      <w:r w:rsidRPr="003D0FB8">
        <w:rPr>
          <w:rFonts w:ascii="Tahoma" w:hAnsi="Tahoma" w:cs="Tahoma"/>
          <w:rtl/>
        </w:rPr>
        <w:t xml:space="preserve"> و حکومت به برخ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اقدامات عل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</w:t>
      </w:r>
      <w:r w:rsidRPr="003D0FB8">
        <w:rPr>
          <w:rFonts w:ascii="Tahoma" w:hAnsi="Tahoma" w:cs="Tahoma"/>
          <w:rtl/>
        </w:rPr>
        <w:t xml:space="preserve"> مراکز و فعال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بهائ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اجازه داد.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است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شاه وس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بود تا حما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را در دورهٔ تثب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حکومت به دست آور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>. اما نشان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داد</w:t>
      </w:r>
      <w:r w:rsidRPr="003D0FB8">
        <w:rPr>
          <w:rFonts w:ascii="Tahoma" w:hAnsi="Tahoma" w:cs="Tahoma"/>
          <w:rtl/>
        </w:rPr>
        <w:t xml:space="preserve"> که نوساز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مورد نظر مستبد منور هنوز با اصل برابر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شهروندان و جدا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از حکومت فاصله دارد.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رابطهٔ</w:t>
      </w:r>
      <w:r w:rsidRPr="003D0FB8">
        <w:rPr>
          <w:rFonts w:ascii="Tahoma" w:hAnsi="Tahoma" w:cs="Tahoma"/>
          <w:rtl/>
        </w:rPr>
        <w:t xml:space="preserve"> شاه و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بر توافق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دار</w:t>
      </w:r>
      <w:r w:rsidRPr="003D0FB8">
        <w:rPr>
          <w:rFonts w:ascii="Tahoma" w:hAnsi="Tahoma" w:cs="Tahoma"/>
          <w:rtl/>
        </w:rPr>
        <w:t xml:space="preserve"> استوار نبود.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خواستند</w:t>
      </w:r>
      <w:r w:rsidRPr="003D0FB8">
        <w:rPr>
          <w:rFonts w:ascii="Tahoma" w:hAnsi="Tahoma" w:cs="Tahoma"/>
          <w:rtl/>
        </w:rPr>
        <w:t xml:space="preserve"> حکومت از شر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عت</w:t>
      </w:r>
      <w:r w:rsidRPr="003D0FB8">
        <w:rPr>
          <w:rFonts w:ascii="Tahoma" w:hAnsi="Tahoma" w:cs="Tahoma"/>
          <w:rtl/>
        </w:rPr>
        <w:t xml:space="preserve"> حما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کند و از ورود به حوزه‌ها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نفوذ آنان بپره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زد</w:t>
      </w:r>
      <w:r w:rsidRPr="003D0FB8">
        <w:rPr>
          <w:rFonts w:ascii="Tahoma" w:hAnsi="Tahoma" w:cs="Tahoma"/>
          <w:rtl/>
        </w:rPr>
        <w:t>. شاه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خواست</w:t>
      </w:r>
      <w:r w:rsidRPr="003D0FB8">
        <w:rPr>
          <w:rFonts w:ascii="Tahoma" w:hAnsi="Tahoma" w:cs="Tahoma"/>
          <w:rtl/>
        </w:rPr>
        <w:t xml:space="preserve"> از نفوذ اجتماع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آنان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تثب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سلطنت استفاده کند، اما برنامهٔ نوساز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اش</w:t>
      </w:r>
      <w:r w:rsidRPr="003D0FB8">
        <w:rPr>
          <w:rFonts w:ascii="Tahoma" w:hAnsi="Tahoma" w:cs="Tahoma"/>
          <w:rtl/>
        </w:rPr>
        <w:t xml:space="preserve"> ناگز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به آموزش، زم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ن،</w:t>
      </w:r>
      <w:r w:rsidRPr="003D0FB8">
        <w:rPr>
          <w:rFonts w:ascii="Tahoma" w:hAnsi="Tahoma" w:cs="Tahoma"/>
          <w:rtl/>
        </w:rPr>
        <w:t xml:space="preserve"> خانواده و حقوق زنان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رس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د؛</w:t>
      </w:r>
      <w:r w:rsidRPr="003D0FB8">
        <w:rPr>
          <w:rFonts w:ascii="Tahoma" w:hAnsi="Tahoma" w:cs="Tahoma"/>
          <w:rtl/>
        </w:rPr>
        <w:t xml:space="preserve"> حوزه‌ها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که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نکاران</w:t>
      </w:r>
      <w:r w:rsidRPr="003D0FB8">
        <w:rPr>
          <w:rFonts w:ascii="Tahoma" w:hAnsi="Tahoma" w:cs="Tahoma"/>
          <w:rtl/>
        </w:rPr>
        <w:t xml:space="preserve"> آنها را متعلق به خود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دانستند</w:t>
      </w:r>
      <w:r w:rsidRPr="003D0FB8">
        <w:rPr>
          <w:rFonts w:ascii="Tahoma" w:hAnsi="Tahoma" w:cs="Tahoma"/>
          <w:rtl/>
        </w:rPr>
        <w:t>. بنابرا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ن،</w:t>
      </w:r>
      <w:r w:rsidRPr="003D0FB8">
        <w:rPr>
          <w:rFonts w:ascii="Tahoma" w:hAnsi="Tahoma" w:cs="Tahoma"/>
          <w:rtl/>
        </w:rPr>
        <w:t xml:space="preserve"> همکار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آنان موقت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بود و تضاد اصل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فقط به آ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نده</w:t>
      </w:r>
      <w:r w:rsidRPr="003D0FB8">
        <w:rPr>
          <w:rFonts w:ascii="Tahoma" w:hAnsi="Tahoma" w:cs="Tahoma"/>
          <w:rtl/>
        </w:rPr>
        <w:t xml:space="preserve"> موکول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</w:t>
      </w:r>
      <w:r w:rsidRPr="003D0FB8">
        <w:rPr>
          <w:rFonts w:ascii="Tahoma" w:hAnsi="Tahoma" w:cs="Tahoma"/>
          <w:rtl/>
        </w:rPr>
        <w:t>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در</w:t>
      </w:r>
      <w:r w:rsidRPr="003D0FB8">
        <w:rPr>
          <w:rFonts w:ascii="Tahoma" w:hAnsi="Tahoma" w:cs="Tahoma"/>
          <w:rtl/>
        </w:rPr>
        <w:t xml:space="preserve"> سال </w:t>
      </w:r>
      <w:r w:rsidRPr="003D0FB8">
        <w:rPr>
          <w:rFonts w:ascii="Tahoma" w:hAnsi="Tahoma" w:cs="Tahoma"/>
          <w:rtl/>
          <w:lang w:bidi="fa-IR"/>
        </w:rPr>
        <w:t>۱۳۳۶</w:t>
      </w:r>
      <w:r w:rsidRPr="003D0FB8">
        <w:rPr>
          <w:rFonts w:ascii="Tahoma" w:hAnsi="Tahoma" w:cs="Tahoma"/>
          <w:rtl/>
        </w:rPr>
        <w:t>، منوچهر اقبال به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>. انتخاب او مرحلهٔ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گر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 تابع‌شدن مقام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بود. اقبال آشکارا وفادار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خود را به شاه نشان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داد</w:t>
      </w:r>
      <w:r w:rsidRPr="003D0FB8">
        <w:rPr>
          <w:rFonts w:ascii="Tahoma" w:hAnsi="Tahoma" w:cs="Tahoma"/>
          <w:rtl/>
        </w:rPr>
        <w:t xml:space="preserve"> و دولتش مجر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تصم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م‌ها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بود که جهت اصل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آنها در دربار تع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شد</w:t>
      </w:r>
      <w:r w:rsidRPr="003D0FB8">
        <w:rPr>
          <w:rFonts w:ascii="Tahoma" w:hAnsi="Tahoma" w:cs="Tahoma"/>
          <w:rtl/>
        </w:rPr>
        <w:t>. او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از آنکه رئ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س</w:t>
      </w:r>
      <w:r w:rsidRPr="003D0FB8">
        <w:rPr>
          <w:rFonts w:ascii="Tahoma" w:hAnsi="Tahoma" w:cs="Tahoma"/>
          <w:rtl/>
        </w:rPr>
        <w:t xml:space="preserve"> مستقل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قوهٔ اجر</w:t>
      </w:r>
      <w:r w:rsidRPr="003D0FB8">
        <w:rPr>
          <w:rFonts w:ascii="Tahoma" w:hAnsi="Tahoma" w:cs="Tahoma" w:hint="eastAsia"/>
          <w:rtl/>
        </w:rPr>
        <w:t>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باشد، مد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دستگاه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بود که شاه در رأس واقع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آن قرار داشت.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در</w:t>
      </w:r>
      <w:r w:rsidRPr="003D0FB8">
        <w:rPr>
          <w:rFonts w:ascii="Tahoma" w:hAnsi="Tahoma" w:cs="Tahoma"/>
          <w:rtl/>
        </w:rPr>
        <w:t xml:space="preserve"> همان سال، سازمان اطلاعات و امن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کشور، ساواک، تأس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س</w:t>
      </w:r>
      <w:r w:rsidRPr="003D0FB8">
        <w:rPr>
          <w:rFonts w:ascii="Tahoma" w:hAnsi="Tahoma" w:cs="Tahoma"/>
          <w:rtl/>
        </w:rPr>
        <w:t xml:space="preserve"> شد. وظ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فهٔ</w:t>
      </w:r>
      <w:r w:rsidRPr="003D0FB8">
        <w:rPr>
          <w:rFonts w:ascii="Tahoma" w:hAnsi="Tahoma" w:cs="Tahoma"/>
          <w:rtl/>
        </w:rPr>
        <w:t xml:space="preserve"> رسم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آن حفظ امن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کشور، مقابله با جاسوس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جلوگ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فعال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براندازانه بود. تجربهٔ حزب توده، سازمان نظام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آن، نهضت 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ترورها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ضرورت وجود دستگاه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اطلاعات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حکومت قابل‌تو</w:t>
      </w:r>
      <w:r w:rsidRPr="003D0FB8">
        <w:rPr>
          <w:rFonts w:ascii="Tahoma" w:hAnsi="Tahoma" w:cs="Tahoma" w:hint="eastAsia"/>
          <w:rtl/>
        </w:rPr>
        <w:t>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ه</w:t>
      </w:r>
      <w:r w:rsidRPr="003D0FB8">
        <w:rPr>
          <w:rFonts w:ascii="Tahoma" w:hAnsi="Tahoma" w:cs="Tahoma"/>
          <w:rtl/>
        </w:rPr>
        <w:t xml:space="preserve">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ساخت</w:t>
      </w:r>
      <w:r w:rsidRPr="003D0FB8">
        <w:rPr>
          <w:rFonts w:ascii="Tahoma" w:hAnsi="Tahoma" w:cs="Tahoma"/>
          <w:rtl/>
        </w:rPr>
        <w:t>. اما ساواک از آغاز فقط نهاد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مقابله با جاسوس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خارج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نبود؛ به ابزار نظارت بر مخالفان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مطبوعات، دانشگاه‌ها، احزاب و حت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درون دستگاه حکومت تبد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شد.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ساواک</w:t>
      </w:r>
      <w:r w:rsidRPr="003D0FB8">
        <w:rPr>
          <w:rFonts w:ascii="Tahoma" w:hAnsi="Tahoma" w:cs="Tahoma"/>
          <w:rtl/>
        </w:rPr>
        <w:t xml:space="preserve"> حلقه‌ا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تکم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ل</w:t>
      </w:r>
      <w:r w:rsidRPr="003D0FB8">
        <w:rPr>
          <w:rFonts w:ascii="Tahoma" w:hAnsi="Tahoma" w:cs="Tahoma"/>
          <w:rtl/>
        </w:rPr>
        <w:t xml:space="preserve"> کرد که استبداد منور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بازگشت به آن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از</w:t>
      </w:r>
      <w:r w:rsidRPr="003D0FB8">
        <w:rPr>
          <w:rFonts w:ascii="Tahoma" w:hAnsi="Tahoma" w:cs="Tahoma"/>
          <w:rtl/>
        </w:rPr>
        <w:t xml:space="preserve"> داشت. ارتش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رو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مسلح شاه بود،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وانسالار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برنامه‌ها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او را اجرا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کرد،</w:t>
      </w:r>
      <w:r w:rsidRPr="003D0FB8">
        <w:rPr>
          <w:rFonts w:ascii="Tahoma" w:hAnsi="Tahoma" w:cs="Tahoma"/>
          <w:rtl/>
        </w:rPr>
        <w:t xml:space="preserve">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فرمان‌بردار شده بود و اکنون دستگاه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امن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فعال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مستقل مخالفان را 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نظر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گرفت</w:t>
      </w:r>
      <w:r w:rsidRPr="003D0FB8">
        <w:rPr>
          <w:rFonts w:ascii="Tahoma" w:hAnsi="Tahoma" w:cs="Tahoma"/>
          <w:rtl/>
        </w:rPr>
        <w:t>. سلطنت 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گر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شنا</w:t>
      </w:r>
      <w:r w:rsidRPr="003D0FB8">
        <w:rPr>
          <w:rFonts w:ascii="Tahoma" w:hAnsi="Tahoma" w:cs="Tahoma" w:hint="eastAsia"/>
          <w:rtl/>
        </w:rPr>
        <w:t>خت</w:t>
      </w:r>
      <w:r w:rsidRPr="003D0FB8">
        <w:rPr>
          <w:rFonts w:ascii="Tahoma" w:hAnsi="Tahoma" w:cs="Tahoma"/>
          <w:rtl/>
        </w:rPr>
        <w:t xml:space="preserve"> و مهار جامعه فقط به شهربان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ارتش وابسته نبود؛ سازمان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تخصص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گردآور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اطلاعات و جلوگ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شکل‌گ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هر مرکز مستقل قدرت در اخت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/>
          <w:rtl/>
        </w:rPr>
        <w:t xml:space="preserve"> داشت.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تا</w:t>
      </w:r>
      <w:r w:rsidRPr="003D0FB8">
        <w:rPr>
          <w:rFonts w:ascii="Tahoma" w:hAnsi="Tahoma" w:cs="Tahoma"/>
          <w:rtl/>
        </w:rPr>
        <w:t xml:space="preserve">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دههٔ </w:t>
      </w:r>
      <w:r w:rsidRPr="003D0FB8">
        <w:rPr>
          <w:rFonts w:ascii="Tahoma" w:hAnsi="Tahoma" w:cs="Tahoma"/>
          <w:rtl/>
          <w:lang w:bidi="fa-IR"/>
        </w:rPr>
        <w:t>۱۳۳۰</w:t>
      </w:r>
      <w:r w:rsidRPr="003D0FB8">
        <w:rPr>
          <w:rFonts w:ascii="Tahoma" w:hAnsi="Tahoma" w:cs="Tahoma"/>
          <w:rtl/>
        </w:rPr>
        <w:t>، محمدرضاشاه بخش بزرگ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قدرت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را که در شهر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ور</w:t>
      </w:r>
      <w:r w:rsidRPr="003D0FB8">
        <w:rPr>
          <w:rFonts w:ascii="Tahoma" w:hAnsi="Tahoma" w:cs="Tahoma"/>
          <w:rtl/>
        </w:rPr>
        <w:t xml:space="preserve"> </w:t>
      </w:r>
      <w:r w:rsidRPr="003D0FB8">
        <w:rPr>
          <w:rFonts w:ascii="Tahoma" w:hAnsi="Tahoma" w:cs="Tahoma"/>
          <w:rtl/>
          <w:lang w:bidi="fa-IR"/>
        </w:rPr>
        <w:t>۱۳۲۰</w:t>
      </w:r>
      <w:r w:rsidRPr="003D0FB8">
        <w:rPr>
          <w:rFonts w:ascii="Tahoma" w:hAnsi="Tahoma" w:cs="Tahoma"/>
          <w:rtl/>
        </w:rPr>
        <w:t xml:space="preserve"> از سلطنت گرفته شده بود بازپس گرفته بود. جبههٔ 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از فعال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آزاد محروم بود، حزب توده سرکوب شده بود، فدائ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اسلام از 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رفته بودند، زاهد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کنار گذاشته شده بود،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به فرمان‌بردار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ده</w:t>
      </w:r>
      <w:r w:rsidRPr="003D0FB8">
        <w:rPr>
          <w:rFonts w:ascii="Tahoma" w:hAnsi="Tahoma" w:cs="Tahoma"/>
          <w:rtl/>
        </w:rPr>
        <w:t xml:space="preserve"> و ساواک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جاد</w:t>
      </w:r>
      <w:r w:rsidRPr="003D0FB8">
        <w:rPr>
          <w:rFonts w:ascii="Tahoma" w:hAnsi="Tahoma" w:cs="Tahoma"/>
          <w:rtl/>
        </w:rPr>
        <w:t xml:space="preserve"> شده بود. مجلس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ز</w:t>
      </w:r>
      <w:r w:rsidRPr="003D0FB8">
        <w:rPr>
          <w:rFonts w:ascii="Tahoma" w:hAnsi="Tahoma" w:cs="Tahoma"/>
          <w:rtl/>
        </w:rPr>
        <w:t xml:space="preserve"> ب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از گذشته 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نفوذ دولت و دربار قرار داشت.</w:t>
      </w:r>
    </w:p>
    <w:p w:rsidR="003D0FB8" w:rsidRP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</w:rPr>
      </w:pPr>
      <w:r w:rsidRPr="003D0FB8">
        <w:rPr>
          <w:rFonts w:ascii="Tahoma" w:hAnsi="Tahoma" w:cs="Tahoma" w:hint="eastAsia"/>
          <w:rtl/>
        </w:rPr>
        <w:t>باا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ن‌همه،</w:t>
      </w:r>
      <w:r w:rsidRPr="003D0FB8">
        <w:rPr>
          <w:rFonts w:ascii="Tahoma" w:hAnsi="Tahoma" w:cs="Tahoma"/>
          <w:rtl/>
        </w:rPr>
        <w:t xml:space="preserve"> بازگشت مستبد منور هنوز کامل نشده بود. شاه توانسته بود مخالفان را سرکوب و دستگاه حکومت را در اخت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ار</w:t>
      </w:r>
      <w:r w:rsidRPr="003D0FB8">
        <w:rPr>
          <w:rFonts w:ascii="Tahoma" w:hAnsi="Tahoma" w:cs="Tahoma"/>
          <w:rtl/>
        </w:rPr>
        <w:t xml:space="preserve"> 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رد،</w:t>
      </w:r>
      <w:r w:rsidRPr="003D0FB8">
        <w:rPr>
          <w:rFonts w:ascii="Tahoma" w:hAnsi="Tahoma" w:cs="Tahoma"/>
          <w:rtl/>
        </w:rPr>
        <w:t xml:space="preserve"> اما هنوز برنامه‌ا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فراگ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دگرگون‌ساختن جامعه عرضه نکرده بود. استبداد منور فقط به تمرکز قدرت 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از</w:t>
      </w:r>
      <w:r w:rsidRPr="003D0FB8">
        <w:rPr>
          <w:rFonts w:ascii="Tahoma" w:hAnsi="Tahoma" w:cs="Tahoma"/>
          <w:rtl/>
        </w:rPr>
        <w:t xml:space="preserve"> نداشت؛ با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نشان م</w:t>
      </w:r>
      <w:r w:rsidRPr="003D0FB8">
        <w:rPr>
          <w:rFonts w:ascii="Tahoma" w:hAnsi="Tahoma" w:cs="Tahoma" w:hint="cs"/>
          <w:rtl/>
        </w:rPr>
        <w:t>ی‌</w:t>
      </w:r>
      <w:r w:rsidRPr="003D0FB8">
        <w:rPr>
          <w:rFonts w:ascii="Tahoma" w:hAnsi="Tahoma" w:cs="Tahoma" w:hint="eastAsia"/>
          <w:rtl/>
        </w:rPr>
        <w:t>داد</w:t>
      </w:r>
      <w:r w:rsidRPr="003D0FB8">
        <w:rPr>
          <w:rFonts w:ascii="Tahoma" w:hAnsi="Tahoma" w:cs="Tahoma"/>
          <w:rtl/>
        </w:rPr>
        <w:t xml:space="preserve"> که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تمرکز د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/>
          <w:rtl/>
        </w:rPr>
        <w:t xml:space="preserve"> خدمت نوساز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عدالت و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شرفت</w:t>
      </w:r>
      <w:r w:rsidRPr="003D0FB8">
        <w:rPr>
          <w:rFonts w:ascii="Tahoma" w:hAnsi="Tahoma" w:cs="Tahoma"/>
          <w:rtl/>
        </w:rPr>
        <w:t xml:space="preserve"> کشور قرار دارد.</w:t>
      </w:r>
    </w:p>
    <w:p w:rsidR="003D0FB8" w:rsidRDefault="003D0FB8" w:rsidP="003D0FB8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3D0FB8">
        <w:rPr>
          <w:rFonts w:ascii="Tahoma" w:hAnsi="Tahoma" w:cs="Tahoma" w:hint="eastAsia"/>
          <w:rtl/>
        </w:rPr>
        <w:t>در</w:t>
      </w:r>
      <w:r w:rsidRPr="003D0FB8">
        <w:rPr>
          <w:rFonts w:ascii="Tahoma" w:hAnsi="Tahoma" w:cs="Tahoma"/>
          <w:rtl/>
        </w:rPr>
        <w:t xml:space="preserve"> پا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ان</w:t>
      </w:r>
      <w:r w:rsidRPr="003D0FB8">
        <w:rPr>
          <w:rFonts w:ascii="Tahoma" w:hAnsi="Tahoma" w:cs="Tahoma"/>
          <w:rtl/>
        </w:rPr>
        <w:t xml:space="preserve"> دههٔ </w:t>
      </w:r>
      <w:r w:rsidRPr="003D0FB8">
        <w:rPr>
          <w:rFonts w:ascii="Tahoma" w:hAnsi="Tahoma" w:cs="Tahoma"/>
          <w:rtl/>
          <w:lang w:bidi="fa-IR"/>
        </w:rPr>
        <w:t>۱۳۳۰</w:t>
      </w:r>
      <w:r w:rsidRPr="003D0FB8">
        <w:rPr>
          <w:rFonts w:ascii="Tahoma" w:hAnsi="Tahoma" w:cs="Tahoma"/>
          <w:rtl/>
        </w:rPr>
        <w:t>، بحران اقتصاد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،</w:t>
      </w:r>
      <w:r w:rsidRPr="003D0FB8">
        <w:rPr>
          <w:rFonts w:ascii="Tahoma" w:hAnsi="Tahoma" w:cs="Tahoma"/>
          <w:rtl/>
        </w:rPr>
        <w:t xml:space="preserve"> فساد، نارضا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اجتماع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و فشار دولت آمر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کا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اصلاحات، شاه را با مرحلهٔ تازه‌ا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روبه‌رو کرد. فضا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اس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اندک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گشوده شد، جبههٔ مل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دوباره فعال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ت</w:t>
      </w:r>
      <w:r w:rsidRPr="003D0FB8">
        <w:rPr>
          <w:rFonts w:ascii="Tahoma" w:hAnsi="Tahoma" w:cs="Tahoma"/>
          <w:rtl/>
        </w:rPr>
        <w:t xml:space="preserve"> خود را آغاز کرد و عل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ام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با برنامه‌ا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برا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اصلاحات و محدودکردن دربار به ن</w:t>
      </w:r>
      <w:r w:rsidRPr="003D0FB8">
        <w:rPr>
          <w:rFonts w:ascii="Tahoma" w:hAnsi="Tahoma" w:cs="Tahoma" w:hint="eastAsia"/>
          <w:rtl/>
        </w:rPr>
        <w:t>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رس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>. ا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</w:t>
      </w:r>
      <w:r w:rsidRPr="003D0FB8">
        <w:rPr>
          <w:rFonts w:ascii="Tahoma" w:hAnsi="Tahoma" w:cs="Tahoma"/>
          <w:rtl/>
        </w:rPr>
        <w:t xml:space="preserve"> آخر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ن‌بار</w:t>
      </w:r>
      <w:r w:rsidRPr="003D0FB8">
        <w:rPr>
          <w:rFonts w:ascii="Tahoma" w:hAnsi="Tahoma" w:cs="Tahoma"/>
          <w:rtl/>
        </w:rPr>
        <w:t xml:space="preserve"> بود که پ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ش</w:t>
      </w:r>
      <w:r w:rsidRPr="003D0FB8">
        <w:rPr>
          <w:rFonts w:ascii="Tahoma" w:hAnsi="Tahoma" w:cs="Tahoma"/>
          <w:rtl/>
        </w:rPr>
        <w:t xml:space="preserve"> از استقرار کامل استبداد منور، نخست‌وز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ر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/>
          <w:rtl/>
        </w:rPr>
        <w:t xml:space="preserve"> کوش</w:t>
      </w:r>
      <w:r w:rsidRPr="003D0FB8">
        <w:rPr>
          <w:rFonts w:ascii="Tahoma" w:hAnsi="Tahoma" w:cs="Tahoma" w:hint="cs"/>
          <w:rtl/>
        </w:rPr>
        <w:t>ی</w:t>
      </w:r>
      <w:r w:rsidRPr="003D0FB8">
        <w:rPr>
          <w:rFonts w:ascii="Tahoma" w:hAnsi="Tahoma" w:cs="Tahoma" w:hint="eastAsia"/>
          <w:rtl/>
        </w:rPr>
        <w:t>د</w:t>
      </w:r>
      <w:r w:rsidRPr="003D0FB8">
        <w:rPr>
          <w:rFonts w:ascii="Tahoma" w:hAnsi="Tahoma" w:cs="Tahoma"/>
          <w:rtl/>
        </w:rPr>
        <w:t xml:space="preserve"> قوهٔ اجرا</w:t>
      </w:r>
      <w:r w:rsidRPr="003D0FB8">
        <w:rPr>
          <w:rFonts w:ascii="Tahoma" w:hAnsi="Tahoma" w:cs="Tahoma" w:hint="cs"/>
          <w:rtl/>
        </w:rPr>
        <w:t>یی</w:t>
      </w:r>
      <w:r w:rsidRPr="003D0FB8">
        <w:rPr>
          <w:rFonts w:ascii="Tahoma" w:hAnsi="Tahoma" w:cs="Tahoma"/>
          <w:rtl/>
        </w:rPr>
        <w:t xml:space="preserve"> را مستقل از شاه اداره کند.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/>
          <w:rtl/>
        </w:rPr>
        <w:t>در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دههٔ </w:t>
      </w:r>
      <w:r w:rsidRPr="00654494">
        <w:rPr>
          <w:rFonts w:ascii="Tahoma" w:hAnsi="Tahoma" w:cs="Tahoma"/>
          <w:rtl/>
          <w:lang w:bidi="fa-IR"/>
        </w:rPr>
        <w:t>۱۳۳۰</w:t>
      </w:r>
      <w:r w:rsidRPr="00654494">
        <w:rPr>
          <w:rFonts w:ascii="Tahoma" w:hAnsi="Tahoma" w:cs="Tahoma"/>
          <w:rtl/>
        </w:rPr>
        <w:t>، محمدرضاشاه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شتر</w:t>
      </w:r>
      <w:r w:rsidRPr="00654494">
        <w:rPr>
          <w:rFonts w:ascii="Tahoma" w:hAnsi="Tahoma" w:cs="Tahoma"/>
          <w:rtl/>
        </w:rPr>
        <w:t xml:space="preserve"> رق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بان</w:t>
      </w:r>
      <w:r w:rsidRPr="00654494">
        <w:rPr>
          <w:rFonts w:ascii="Tahoma" w:hAnsi="Tahoma" w:cs="Tahoma"/>
          <w:rtl/>
        </w:rPr>
        <w:t xml:space="preserve">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خود را از صحنه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رون</w:t>
      </w:r>
      <w:r w:rsidRPr="00654494">
        <w:rPr>
          <w:rFonts w:ascii="Tahoma" w:hAnsi="Tahoma" w:cs="Tahoma"/>
          <w:rtl/>
        </w:rPr>
        <w:t xml:space="preserve"> رانده بود، اما تمرکز قدرت نتوانسته بود مشکلات اقتصاد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کشور را حل کند. درآمد نفت افزا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افته</w:t>
      </w:r>
      <w:r w:rsidRPr="00654494">
        <w:rPr>
          <w:rFonts w:ascii="Tahoma" w:hAnsi="Tahoma" w:cs="Tahoma"/>
          <w:rtl/>
        </w:rPr>
        <w:t xml:space="preserve"> و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وانسالار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ارتش گسترش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دا</w:t>
      </w:r>
      <w:r w:rsidRPr="00654494">
        <w:rPr>
          <w:rFonts w:ascii="Tahoma" w:hAnsi="Tahoma" w:cs="Tahoma"/>
          <w:rtl/>
        </w:rPr>
        <w:t xml:space="preserve"> کرده بودند، ول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فساد، نابرابر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نابسامان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مال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افزا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افته</w:t>
      </w:r>
      <w:r w:rsidRPr="00654494">
        <w:rPr>
          <w:rFonts w:ascii="Tahoma" w:hAnsi="Tahoma" w:cs="Tahoma"/>
          <w:rtl/>
        </w:rPr>
        <w:t xml:space="preserve"> بود. برنامه‌ها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عمران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بدون هماهنگ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کاف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اجرا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شدند</w:t>
      </w:r>
      <w:r w:rsidRPr="00654494">
        <w:rPr>
          <w:rFonts w:ascii="Tahoma" w:hAnsi="Tahoma" w:cs="Tahoma"/>
          <w:rtl/>
        </w:rPr>
        <w:t xml:space="preserve"> و بخش مهم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منابع کشور در اخت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ار</w:t>
      </w:r>
      <w:r w:rsidRPr="00654494">
        <w:rPr>
          <w:rFonts w:ascii="Tahoma" w:hAnsi="Tahoma" w:cs="Tahoma"/>
          <w:rtl/>
        </w:rPr>
        <w:t xml:space="preserve"> ارتش، دربار و گروه‌ها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نزد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به حکومت قرار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گرفت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حکومت</w:t>
      </w:r>
      <w:r w:rsidRPr="00654494">
        <w:rPr>
          <w:rFonts w:ascii="Tahoma" w:hAnsi="Tahoma" w:cs="Tahoma"/>
          <w:rtl/>
        </w:rPr>
        <w:t xml:space="preserve"> بار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با همان پرسش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نه</w:t>
      </w:r>
      <w:r w:rsidRPr="00654494">
        <w:rPr>
          <w:rFonts w:ascii="Tahoma" w:hAnsi="Tahoma" w:cs="Tahoma"/>
          <w:rtl/>
        </w:rPr>
        <w:t xml:space="preserve"> روبه‌رو شده بود: آ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/>
          <w:rtl/>
        </w:rPr>
        <w:t xml:space="preserve"> تمرکز قدرت به‌تنها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تواند</w:t>
      </w:r>
      <w:r w:rsidRPr="00654494">
        <w:rPr>
          <w:rFonts w:ascii="Tahoma" w:hAnsi="Tahoma" w:cs="Tahoma"/>
          <w:rtl/>
        </w:rPr>
        <w:t xml:space="preserve"> کشوردار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کارآمد پد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آورد؟ شاه توانسته بود دولت و مجلس را 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نفوذ خود بگ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رد،</w:t>
      </w:r>
      <w:r w:rsidRPr="00654494">
        <w:rPr>
          <w:rFonts w:ascii="Tahoma" w:hAnsi="Tahoma" w:cs="Tahoma"/>
          <w:rtl/>
        </w:rPr>
        <w:t xml:space="preserve"> اما هنوز نتوانسته بود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توسعهٔ اقتصاد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عدالت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ثبات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تعادل برقرار کند. استب</w:t>
      </w:r>
      <w:r w:rsidRPr="00654494">
        <w:rPr>
          <w:rFonts w:ascii="Tahoma" w:hAnsi="Tahoma" w:cs="Tahoma" w:hint="eastAsia"/>
          <w:rtl/>
        </w:rPr>
        <w:t>داد</w:t>
      </w:r>
      <w:r w:rsidRPr="00654494">
        <w:rPr>
          <w:rFonts w:ascii="Tahoma" w:hAnsi="Tahoma" w:cs="Tahoma"/>
          <w:rtl/>
        </w:rPr>
        <w:t xml:space="preserve"> منور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اثبات ضرورت خود با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نشان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داد</w:t>
      </w:r>
      <w:r w:rsidRPr="00654494">
        <w:rPr>
          <w:rFonts w:ascii="Tahoma" w:hAnsi="Tahoma" w:cs="Tahoma"/>
          <w:rtl/>
        </w:rPr>
        <w:t xml:space="preserve"> که محدودکردن آزاد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ناگز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شرفت</w:t>
      </w:r>
      <w:r w:rsidRPr="00654494">
        <w:rPr>
          <w:rFonts w:ascii="Tahoma" w:hAnsi="Tahoma" w:cs="Tahoma"/>
          <w:rtl/>
        </w:rPr>
        <w:t xml:space="preserve"> است؛ حال آنکه در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دههٔ </w:t>
      </w:r>
      <w:r w:rsidRPr="00654494">
        <w:rPr>
          <w:rFonts w:ascii="Tahoma" w:hAnsi="Tahoma" w:cs="Tahoma"/>
          <w:rtl/>
          <w:lang w:bidi="fa-IR"/>
        </w:rPr>
        <w:t>۱۳۳۰</w:t>
      </w:r>
      <w:r w:rsidRPr="00654494">
        <w:rPr>
          <w:rFonts w:ascii="Tahoma" w:hAnsi="Tahoma" w:cs="Tahoma"/>
          <w:rtl/>
        </w:rPr>
        <w:t>، نه آزاد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وجود داشت و نه نتا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</w:t>
      </w:r>
      <w:r w:rsidRPr="00654494">
        <w:rPr>
          <w:rFonts w:ascii="Tahoma" w:hAnsi="Tahoma" w:cs="Tahoma"/>
          <w:rtl/>
        </w:rPr>
        <w:t xml:space="preserve"> توسعه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بخش بزرگ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جامعه محسوس بود.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در</w:t>
      </w:r>
      <w:r w:rsidRPr="00654494">
        <w:rPr>
          <w:rFonts w:ascii="Tahoma" w:hAnsi="Tahoma" w:cs="Tahoma"/>
          <w:rtl/>
        </w:rPr>
        <w:t xml:space="preserve"> همان حال،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است</w:t>
      </w:r>
      <w:r w:rsidRPr="00654494">
        <w:rPr>
          <w:rFonts w:ascii="Tahoma" w:hAnsi="Tahoma" w:cs="Tahoma"/>
          <w:rtl/>
        </w:rPr>
        <w:t xml:space="preserve"> آمر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در حال تغ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بود. دولت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الات</w:t>
      </w:r>
      <w:r w:rsidRPr="00654494">
        <w:rPr>
          <w:rFonts w:ascii="Tahoma" w:hAnsi="Tahoma" w:cs="Tahoma"/>
          <w:rtl/>
        </w:rPr>
        <w:t xml:space="preserve"> متحده نگران بود که فساد، فقر و انسداد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 کشورها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متحد غرب، زم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نهٔ</w:t>
      </w:r>
      <w:r w:rsidRPr="00654494">
        <w:rPr>
          <w:rFonts w:ascii="Tahoma" w:hAnsi="Tahoma" w:cs="Tahoma"/>
          <w:rtl/>
        </w:rPr>
        <w:t xml:space="preserve"> انقلاب‌ها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کمون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ست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فراهم کند. تجربهٔ انقلاب کوبا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نگران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افزا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داده بود. از نظر دولت جان کند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حما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از حکومت‌ها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مقتدر هنگام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ادامه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ابد</w:t>
      </w:r>
      <w:r w:rsidRPr="00654494">
        <w:rPr>
          <w:rFonts w:ascii="Tahoma" w:hAnsi="Tahoma" w:cs="Tahoma"/>
          <w:rtl/>
        </w:rPr>
        <w:t xml:space="preserve"> که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حکومت‌ها اصلاحات اقتصاد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لازم را انجام دهند و بخش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فشار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کاهش دهند.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محمدرضاشاه</w:t>
      </w:r>
      <w:r w:rsidRPr="00654494">
        <w:rPr>
          <w:rFonts w:ascii="Tahoma" w:hAnsi="Tahoma" w:cs="Tahoma"/>
          <w:rtl/>
        </w:rPr>
        <w:t xml:space="preserve"> خطر کمون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سم</w:t>
      </w:r>
      <w:r w:rsidRPr="00654494">
        <w:rPr>
          <w:rFonts w:ascii="Tahoma" w:hAnsi="Tahoma" w:cs="Tahoma"/>
          <w:rtl/>
        </w:rPr>
        <w:t xml:space="preserve"> را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گرفتن کمک نظام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آمر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</w:t>
      </w:r>
      <w:r w:rsidRPr="00654494">
        <w:rPr>
          <w:rFonts w:ascii="Tahoma" w:hAnsi="Tahoma" w:cs="Tahoma"/>
          <w:rtl/>
        </w:rPr>
        <w:t xml:space="preserve"> به کار برده بود؛ اما هم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خطر اکنون به وس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فشار آمر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</w:t>
      </w:r>
      <w:r w:rsidRPr="00654494">
        <w:rPr>
          <w:rFonts w:ascii="Tahoma" w:hAnsi="Tahoma" w:cs="Tahoma"/>
          <w:rtl/>
        </w:rPr>
        <w:t xml:space="preserve"> بر خود او تبد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</w:t>
      </w:r>
      <w:r w:rsidRPr="00654494">
        <w:rPr>
          <w:rFonts w:ascii="Tahoma" w:hAnsi="Tahoma" w:cs="Tahoma"/>
          <w:rtl/>
        </w:rPr>
        <w:t>. واشنگتن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گفت</w:t>
      </w:r>
      <w:r w:rsidRPr="00654494">
        <w:rPr>
          <w:rFonts w:ascii="Tahoma" w:hAnsi="Tahoma" w:cs="Tahoma"/>
          <w:rtl/>
        </w:rPr>
        <w:t xml:space="preserve"> اگر حکومت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ران</w:t>
      </w:r>
      <w:r w:rsidRPr="00654494">
        <w:rPr>
          <w:rFonts w:ascii="Tahoma" w:hAnsi="Tahoma" w:cs="Tahoma"/>
          <w:rtl/>
        </w:rPr>
        <w:t xml:space="preserve">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مبارزه با فساد و گشا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آغاز نکند، نارضا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تواند</w:t>
      </w:r>
      <w:r w:rsidRPr="00654494">
        <w:rPr>
          <w:rFonts w:ascii="Tahoma" w:hAnsi="Tahoma" w:cs="Tahoma"/>
          <w:rtl/>
        </w:rPr>
        <w:t xml:space="preserve"> به سود حزب توده و اتحاد شورو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تمام شود. شاه با اصل اصلاحات مخالفت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نداشت، اما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برنامه‌ا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سرچشمهٔ تازه‌ا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حقان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حکمران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باشد در دست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مستقل قرار 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انتخابات</w:t>
      </w:r>
      <w:r w:rsidRPr="00654494">
        <w:rPr>
          <w:rFonts w:ascii="Tahoma" w:hAnsi="Tahoma" w:cs="Tahoma"/>
          <w:rtl/>
        </w:rPr>
        <w:t xml:space="preserve"> مجلس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ستم</w:t>
      </w:r>
      <w:r w:rsidRPr="00654494">
        <w:rPr>
          <w:rFonts w:ascii="Tahoma" w:hAnsi="Tahoma" w:cs="Tahoma"/>
          <w:rtl/>
        </w:rPr>
        <w:t xml:space="preserve"> در تابستان </w:t>
      </w:r>
      <w:r w:rsidRPr="00654494">
        <w:rPr>
          <w:rFonts w:ascii="Tahoma" w:hAnsi="Tahoma" w:cs="Tahoma"/>
          <w:rtl/>
          <w:lang w:bidi="fa-IR"/>
        </w:rPr>
        <w:t>۱۳۳۹</w:t>
      </w:r>
      <w:r w:rsidRPr="00654494">
        <w:rPr>
          <w:rFonts w:ascii="Tahoma" w:hAnsi="Tahoma" w:cs="Tahoma"/>
          <w:rtl/>
        </w:rPr>
        <w:t xml:space="preserve"> بحران را آشکار کرد. حکومت کوش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ده</w:t>
      </w:r>
      <w:r w:rsidRPr="00654494">
        <w:rPr>
          <w:rFonts w:ascii="Tahoma" w:hAnsi="Tahoma" w:cs="Tahoma"/>
          <w:rtl/>
        </w:rPr>
        <w:t xml:space="preserve"> بود با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جاد</w:t>
      </w:r>
      <w:r w:rsidRPr="00654494">
        <w:rPr>
          <w:rFonts w:ascii="Tahoma" w:hAnsi="Tahoma" w:cs="Tahoma"/>
          <w:rtl/>
        </w:rPr>
        <w:t xml:space="preserve"> دو حزب «مل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ون»</w:t>
      </w:r>
      <w:r w:rsidRPr="00654494">
        <w:rPr>
          <w:rFonts w:ascii="Tahoma" w:hAnsi="Tahoma" w:cs="Tahoma"/>
          <w:rtl/>
        </w:rPr>
        <w:t xml:space="preserve"> و «مردم»، صورت ظاهر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نظام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دوحزب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پد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آورد. حزب مل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ون</w:t>
      </w:r>
      <w:r w:rsidRPr="00654494">
        <w:rPr>
          <w:rFonts w:ascii="Tahoma" w:hAnsi="Tahoma" w:cs="Tahoma"/>
          <w:rtl/>
        </w:rPr>
        <w:t xml:space="preserve"> به رهبر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منوچهر اقبال حزب دولت بود و حزب مردم نقش مخالفت وفادار به سلطنت را باز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>. قرار بود رقا</w:t>
      </w:r>
      <w:r w:rsidRPr="00654494">
        <w:rPr>
          <w:rFonts w:ascii="Tahoma" w:hAnsi="Tahoma" w:cs="Tahoma" w:hint="eastAsia"/>
          <w:rtl/>
        </w:rPr>
        <w:t>بت</w:t>
      </w:r>
      <w:r w:rsidRPr="00654494">
        <w:rPr>
          <w:rFonts w:ascii="Tahoma" w:hAnsi="Tahoma" w:cs="Tahoma"/>
          <w:rtl/>
        </w:rPr>
        <w:t xml:space="preserve">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دو حزب نشان دهد که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ران</w:t>
      </w:r>
      <w:r w:rsidRPr="00654494">
        <w:rPr>
          <w:rFonts w:ascii="Tahoma" w:hAnsi="Tahoma" w:cs="Tahoma"/>
          <w:rtl/>
        </w:rPr>
        <w:t xml:space="preserve"> از نظام حزب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برخوردار است؛ اما هر دو از بالا ساخته شده و به دستگاه حکومت وابسته بودند.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دخالت</w:t>
      </w:r>
      <w:r w:rsidRPr="00654494">
        <w:rPr>
          <w:rFonts w:ascii="Tahoma" w:hAnsi="Tahoma" w:cs="Tahoma"/>
          <w:rtl/>
        </w:rPr>
        <w:t xml:space="preserve"> گسترده در انتخابات، اعتراض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حت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بخش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رجال نزد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به حکومت را برانگ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خت</w:t>
      </w:r>
      <w:r w:rsidRPr="00654494">
        <w:rPr>
          <w:rFonts w:ascii="Tahoma" w:hAnsi="Tahoma" w:cs="Tahoma"/>
          <w:rtl/>
        </w:rPr>
        <w:t>. شاه ناچار شد نت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جهٔ</w:t>
      </w:r>
      <w:r w:rsidRPr="00654494">
        <w:rPr>
          <w:rFonts w:ascii="Tahoma" w:hAnsi="Tahoma" w:cs="Tahoma"/>
          <w:rtl/>
        </w:rPr>
        <w:t xml:space="preserve"> انتخابات را نپذ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رد</w:t>
      </w:r>
      <w:r w:rsidRPr="00654494">
        <w:rPr>
          <w:rFonts w:ascii="Tahoma" w:hAnsi="Tahoma" w:cs="Tahoma"/>
          <w:rtl/>
        </w:rPr>
        <w:t xml:space="preserve"> و نما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ندگان</w:t>
      </w:r>
      <w:r w:rsidRPr="00654494">
        <w:rPr>
          <w:rFonts w:ascii="Tahoma" w:hAnsi="Tahoma" w:cs="Tahoma"/>
          <w:rtl/>
        </w:rPr>
        <w:t xml:space="preserve"> منتخب را به استعفا وادارد. اقبال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از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کنار رفت.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حادثه نشان داد که ساختن صورت دموکراس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بدون پذ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>رفتن استقلال نهادها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آن امکان‌پذ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ست</w:t>
      </w:r>
      <w:r w:rsidRPr="00654494">
        <w:rPr>
          <w:rFonts w:ascii="Tahoma" w:hAnsi="Tahoma" w:cs="Tahoma"/>
          <w:rtl/>
        </w:rPr>
        <w:t>. حکومت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دو حزب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جاد</w:t>
      </w:r>
      <w:r w:rsidRPr="00654494">
        <w:rPr>
          <w:rFonts w:ascii="Tahoma" w:hAnsi="Tahoma" w:cs="Tahoma"/>
          <w:rtl/>
        </w:rPr>
        <w:t xml:space="preserve"> کند، اما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رقابت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واقع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آنها را تحمل نما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جعفر</w:t>
      </w:r>
      <w:r w:rsidRPr="00654494">
        <w:rPr>
          <w:rFonts w:ascii="Tahoma" w:hAnsi="Tahoma" w:cs="Tahoma"/>
          <w:rtl/>
        </w:rPr>
        <w:t xml:space="preserve"> شر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ف‌امام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جانش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اقبال شد و کوش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با گشا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محدود، از شدت نارضا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بکاهد. فعال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جبههٔ مل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تا اندازه‌ا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سر گرفته شد، مطبوعات فضا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شتر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افتند</w:t>
      </w:r>
      <w:r w:rsidRPr="00654494">
        <w:rPr>
          <w:rFonts w:ascii="Tahoma" w:hAnsi="Tahoma" w:cs="Tahoma"/>
          <w:rtl/>
        </w:rPr>
        <w:t xml:space="preserve"> و انتخابات تازه‌ا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مجلس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ستم</w:t>
      </w:r>
      <w:r w:rsidRPr="00654494">
        <w:rPr>
          <w:rFonts w:ascii="Tahoma" w:hAnsi="Tahoma" w:cs="Tahoma"/>
          <w:rtl/>
        </w:rPr>
        <w:t xml:space="preserve"> برگزار شد. اما شر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ف‌امام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نه از اخت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ار</w:t>
      </w:r>
      <w:r w:rsidRPr="00654494">
        <w:rPr>
          <w:rFonts w:ascii="Tahoma" w:hAnsi="Tahoma" w:cs="Tahoma"/>
          <w:rtl/>
        </w:rPr>
        <w:t xml:space="preserve"> لازم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اصلاحات گسترده برخو</w:t>
      </w:r>
      <w:r w:rsidRPr="00654494">
        <w:rPr>
          <w:rFonts w:ascii="Tahoma" w:hAnsi="Tahoma" w:cs="Tahoma" w:hint="eastAsia"/>
          <w:rtl/>
        </w:rPr>
        <w:t>ردار</w:t>
      </w:r>
      <w:r w:rsidRPr="00654494">
        <w:rPr>
          <w:rFonts w:ascii="Tahoma" w:hAnsi="Tahoma" w:cs="Tahoma"/>
          <w:rtl/>
        </w:rPr>
        <w:t xml:space="preserve"> بود و نه توانست اعتماد مخالفان را به دست آورد. حکومت هنوز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آزاد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به اندازه‌ا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گسترش دهد که فشار کاهش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ابد،</w:t>
      </w:r>
      <w:r w:rsidRPr="00654494">
        <w:rPr>
          <w:rFonts w:ascii="Tahoma" w:hAnsi="Tahoma" w:cs="Tahoma"/>
          <w:rtl/>
        </w:rPr>
        <w:t xml:space="preserve"> ب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آنکه</w:t>
      </w:r>
      <w:r w:rsidRPr="00654494">
        <w:rPr>
          <w:rFonts w:ascii="Tahoma" w:hAnsi="Tahoma" w:cs="Tahoma"/>
          <w:rtl/>
        </w:rPr>
        <w:t xml:space="preserve"> مرکز واقع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قدرت تغ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کند.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در</w:t>
      </w:r>
      <w:r w:rsidRPr="00654494">
        <w:rPr>
          <w:rFonts w:ascii="Tahoma" w:hAnsi="Tahoma" w:cs="Tahoma"/>
          <w:rtl/>
        </w:rPr>
        <w:t xml:space="preserve"> ارد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بهشت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/>
          <w:rtl/>
          <w:lang w:bidi="fa-IR"/>
        </w:rPr>
        <w:t>۱۳۴۰</w:t>
      </w:r>
      <w:r w:rsidRPr="00654494">
        <w:rPr>
          <w:rFonts w:ascii="Tahoma" w:hAnsi="Tahoma" w:cs="Tahoma"/>
          <w:rtl/>
        </w:rPr>
        <w:t>، عل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>.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وانسالار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باتجربه، برخوردار از ارتباط با آمر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</w:t>
      </w:r>
      <w:r w:rsidRPr="00654494">
        <w:rPr>
          <w:rFonts w:ascii="Tahoma" w:hAnsi="Tahoma" w:cs="Tahoma"/>
          <w:rtl/>
        </w:rPr>
        <w:t xml:space="preserve"> و دارا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برنامه‌ا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اصلاحات اقتصاد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ادار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بود. او برخلاف اقبال و شر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ف‌امام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صرفاً مجر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فرمان‌ها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روزانهٔ شاه باشد.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مرکز واق</w:t>
      </w:r>
      <w:r w:rsidRPr="00654494">
        <w:rPr>
          <w:rFonts w:ascii="Tahoma" w:hAnsi="Tahoma" w:cs="Tahoma" w:hint="eastAsia"/>
          <w:rtl/>
        </w:rPr>
        <w:t>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ادارهٔ کشور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دانست</w:t>
      </w:r>
      <w:r w:rsidRPr="00654494">
        <w:rPr>
          <w:rFonts w:ascii="Tahoma" w:hAnsi="Tahoma" w:cs="Tahoma"/>
          <w:rtl/>
        </w:rPr>
        <w:t xml:space="preserve"> و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کوش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وان،</w:t>
      </w:r>
      <w:r w:rsidRPr="00654494">
        <w:rPr>
          <w:rFonts w:ascii="Tahoma" w:hAnsi="Tahoma" w:cs="Tahoma"/>
          <w:rtl/>
        </w:rPr>
        <w:t xml:space="preserve"> بودجه و برنامه‌ها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اصلاح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نظر دولت قرار دهد.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به</w:t>
      </w:r>
      <w:r w:rsidRPr="00654494">
        <w:rPr>
          <w:rFonts w:ascii="Tahoma" w:hAnsi="Tahoma" w:cs="Tahoma"/>
          <w:rtl/>
        </w:rPr>
        <w:t xml:space="preserve">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ترت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ب،</w:t>
      </w:r>
      <w:r w:rsidRPr="00654494">
        <w:rPr>
          <w:rFonts w:ascii="Tahoma" w:hAnsi="Tahoma" w:cs="Tahoma"/>
          <w:rtl/>
        </w:rPr>
        <w:t xml:space="preserve">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پس از قوام، مصدق و زاهد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آخر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بود که در دوران محمدرضاشاه کوش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دولت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گاه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مستقل از دربار به وجود آورد. تفاوت او با مصدق در آن بود که بر جنبش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مردم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ه</w:t>
      </w:r>
      <w:r w:rsidRPr="00654494">
        <w:rPr>
          <w:rFonts w:ascii="Tahoma" w:hAnsi="Tahoma" w:cs="Tahoma"/>
          <w:rtl/>
        </w:rPr>
        <w:t xml:space="preserve"> نداشت و تفاوتش با زاهد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آن بود که از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گاه</w:t>
      </w:r>
      <w:r w:rsidRPr="00654494">
        <w:rPr>
          <w:rFonts w:ascii="Tahoma" w:hAnsi="Tahoma" w:cs="Tahoma"/>
          <w:rtl/>
        </w:rPr>
        <w:t xml:space="preserve"> نظام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برخوردار ن</w:t>
      </w:r>
      <w:r w:rsidRPr="00654494">
        <w:rPr>
          <w:rFonts w:ascii="Tahoma" w:hAnsi="Tahoma" w:cs="Tahoma" w:hint="eastAsia"/>
          <w:rtl/>
        </w:rPr>
        <w:t>بود</w:t>
      </w:r>
      <w:r w:rsidRPr="00654494">
        <w:rPr>
          <w:rFonts w:ascii="Tahoma" w:hAnsi="Tahoma" w:cs="Tahoma"/>
          <w:rtl/>
        </w:rPr>
        <w:t>.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او از توانا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حما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بخش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نخبگان و پشت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دولت آمر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</w:t>
      </w:r>
      <w:r w:rsidRPr="00654494">
        <w:rPr>
          <w:rFonts w:ascii="Tahoma" w:hAnsi="Tahoma" w:cs="Tahoma"/>
          <w:rtl/>
        </w:rPr>
        <w:t xml:space="preserve"> سرچشمه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گرفت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شاه</w:t>
      </w:r>
      <w:r w:rsidRPr="00654494">
        <w:rPr>
          <w:rFonts w:ascii="Tahoma" w:hAnsi="Tahoma" w:cs="Tahoma"/>
          <w:rtl/>
        </w:rPr>
        <w:t xml:space="preserve">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با اکراه پذ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رفت</w:t>
      </w:r>
      <w:r w:rsidRPr="00654494">
        <w:rPr>
          <w:rFonts w:ascii="Tahoma" w:hAnsi="Tahoma" w:cs="Tahoma"/>
          <w:rtl/>
        </w:rPr>
        <w:t>. فشار اقتصاد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چنان بود که ادامهٔ وضع موجود ممکن به نظر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رس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>. اما از همان آغاز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آن دو بر سر حدود اخت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ار</w:t>
      </w:r>
      <w:r w:rsidRPr="00654494">
        <w:rPr>
          <w:rFonts w:ascii="Tahoma" w:hAnsi="Tahoma" w:cs="Tahoma"/>
          <w:rtl/>
        </w:rPr>
        <w:t xml:space="preserve"> دولت اختلاف وجود داشت.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بودجهٔ ارتش را کاهش دهد، با فساد در دستگاه حکومت مقابله کند، برخ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ر</w:t>
      </w:r>
      <w:r w:rsidRPr="00654494">
        <w:rPr>
          <w:rFonts w:ascii="Tahoma" w:hAnsi="Tahoma" w:cs="Tahoma" w:hint="eastAsia"/>
          <w:rtl/>
        </w:rPr>
        <w:t>جال</w:t>
      </w:r>
      <w:r w:rsidRPr="00654494">
        <w:rPr>
          <w:rFonts w:ascii="Tahoma" w:hAnsi="Tahoma" w:cs="Tahoma"/>
          <w:rtl/>
        </w:rPr>
        <w:t xml:space="preserve"> و مقامات بانفوذ را بازداشت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/>
          <w:rtl/>
        </w:rPr>
        <w:t xml:space="preserve"> محاکمه نما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و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ببرد. هر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از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اقدامات به بخش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شبکهٔ قدرت شاه آس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زد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مجلس</w:t>
      </w:r>
      <w:r w:rsidRPr="00654494">
        <w:rPr>
          <w:rFonts w:ascii="Tahoma" w:hAnsi="Tahoma" w:cs="Tahoma"/>
          <w:rtl/>
        </w:rPr>
        <w:t xml:space="preserve">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ستم</w:t>
      </w:r>
      <w:r w:rsidRPr="00654494">
        <w:rPr>
          <w:rFonts w:ascii="Tahoma" w:hAnsi="Tahoma" w:cs="Tahoma"/>
          <w:rtl/>
        </w:rPr>
        <w:t xml:space="preserve"> منحل شد و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حکومت را بدون حضور مجلس ادامه داد. انحلال مجلس از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سو او را از مجلس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ناسالم و 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نفوذ دربار رها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 xml:space="preserve"> و امکان اجرا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اصلاحات را افزا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داد؛</w:t>
      </w:r>
      <w:r w:rsidRPr="00654494">
        <w:rPr>
          <w:rFonts w:ascii="Tahoma" w:hAnsi="Tahoma" w:cs="Tahoma"/>
          <w:rtl/>
        </w:rPr>
        <w:t xml:space="preserve"> اما از سو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گر،</w:t>
      </w:r>
      <w:r w:rsidRPr="00654494">
        <w:rPr>
          <w:rFonts w:ascii="Tahoma" w:hAnsi="Tahoma" w:cs="Tahoma"/>
          <w:rtl/>
        </w:rPr>
        <w:t xml:space="preserve"> دولت را از نظارت قوهٔ مقننه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رون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برد</w:t>
      </w:r>
      <w:r w:rsidRPr="00654494">
        <w:rPr>
          <w:rFonts w:ascii="Tahoma" w:hAnsi="Tahoma" w:cs="Tahoma"/>
          <w:rtl/>
        </w:rPr>
        <w:t>. بار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اصلاحات به نام </w:t>
      </w:r>
      <w:r w:rsidRPr="00654494">
        <w:rPr>
          <w:rFonts w:ascii="Tahoma" w:hAnsi="Tahoma" w:cs="Tahoma" w:hint="eastAsia"/>
          <w:rtl/>
        </w:rPr>
        <w:t>ضرورت،</w:t>
      </w:r>
      <w:r w:rsidRPr="00654494">
        <w:rPr>
          <w:rFonts w:ascii="Tahoma" w:hAnsi="Tahoma" w:cs="Tahoma"/>
          <w:rtl/>
        </w:rPr>
        <w:t xml:space="preserve"> در غ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اب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نهادها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مشروطه انجام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تناقض در تار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خ</w:t>
      </w:r>
      <w:r w:rsidRPr="00654494">
        <w:rPr>
          <w:rFonts w:ascii="Tahoma" w:hAnsi="Tahoma" w:cs="Tahoma"/>
          <w:rtl/>
        </w:rPr>
        <w:t xml:space="preserve"> مستبد منور بارها تکرار شده بود. اصلاح‌طلبان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گفتند</w:t>
      </w:r>
      <w:r w:rsidRPr="00654494">
        <w:rPr>
          <w:rFonts w:ascii="Tahoma" w:hAnsi="Tahoma" w:cs="Tahoma"/>
          <w:rtl/>
        </w:rPr>
        <w:t xml:space="preserve"> مجلس گرفتار مالکان، صاحبان نفوذ و منافع محل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است و اجازهٔ اصلاح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دهد؛</w:t>
      </w:r>
      <w:r w:rsidRPr="00654494">
        <w:rPr>
          <w:rFonts w:ascii="Tahoma" w:hAnsi="Tahoma" w:cs="Tahoma"/>
          <w:rtl/>
        </w:rPr>
        <w:t xml:space="preserve"> بنابرا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با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موقتاً اخت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ار</w:t>
      </w:r>
      <w:r w:rsidRPr="00654494">
        <w:rPr>
          <w:rFonts w:ascii="Tahoma" w:hAnsi="Tahoma" w:cs="Tahoma"/>
          <w:rtl/>
        </w:rPr>
        <w:t xml:space="preserve"> را در دست دولت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رومند</w:t>
      </w:r>
      <w:r w:rsidRPr="00654494">
        <w:rPr>
          <w:rFonts w:ascii="Tahoma" w:hAnsi="Tahoma" w:cs="Tahoma"/>
          <w:rtl/>
        </w:rPr>
        <w:t xml:space="preserve"> متمرکز کرد. اما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تمرکز موقت معمولاً نهاد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که ب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بر دولت نظارت کند ضع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ف‌تر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ساخت</w:t>
      </w:r>
      <w:r w:rsidRPr="00654494">
        <w:rPr>
          <w:rFonts w:ascii="Tahoma" w:hAnsi="Tahoma" w:cs="Tahoma"/>
          <w:rtl/>
        </w:rPr>
        <w:t xml:space="preserve"> و راه را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استبداد بعد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هموار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مهم‌تر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برنامهٔ دولت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بود. نظام مالک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بزرگ نه‌تنها مسئله‌ا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اقتصاد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بلکه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قدرت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ران</w:t>
      </w:r>
      <w:r w:rsidRPr="00654494">
        <w:rPr>
          <w:rFonts w:ascii="Tahoma" w:hAnsi="Tahoma" w:cs="Tahoma"/>
          <w:rtl/>
        </w:rPr>
        <w:t xml:space="preserve"> بود. مالکان بزرگ از راه نفوذ بر روستاها، انتخابات مجلس، استانداران و مقامات محل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 کشوردار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سهم داشتند. 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چ</w:t>
      </w:r>
      <w:r w:rsidRPr="00654494">
        <w:rPr>
          <w:rFonts w:ascii="Tahoma" w:hAnsi="Tahoma" w:cs="Tahoma"/>
          <w:rtl/>
        </w:rPr>
        <w:t xml:space="preserve"> اصلاح ج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 مناسبات روستا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بدون کاهش قدرت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طبقه انجام 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حسن</w:t>
      </w:r>
      <w:r w:rsidRPr="00654494">
        <w:rPr>
          <w:rFonts w:ascii="Tahoma" w:hAnsi="Tahoma" w:cs="Tahoma"/>
          <w:rtl/>
        </w:rPr>
        <w:t xml:space="preserve"> ارسنجان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کشاورز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دولت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شبرد</w:t>
      </w:r>
      <w:r w:rsidRPr="00654494">
        <w:rPr>
          <w:rFonts w:ascii="Tahoma" w:hAnsi="Tahoma" w:cs="Tahoma"/>
          <w:rtl/>
        </w:rPr>
        <w:t xml:space="preserve">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شد. او معتقد بود نظام بزرگ‌مالک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مانع توسعهٔ کشاورز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عدالت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آزاد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روستا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است.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مالک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گسترده را محدود و زم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را به کشاورزان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منتقل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 xml:space="preserve"> که بر آن کار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کردند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اصلاحات</w:t>
      </w:r>
      <w:r w:rsidRPr="00654494">
        <w:rPr>
          <w:rFonts w:ascii="Tahoma" w:hAnsi="Tahoma" w:cs="Tahoma"/>
          <w:rtl/>
        </w:rPr>
        <w:t xml:space="preserve">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با مقاومت مالکان روبه‌رو شد. آنان نه‌فقط ثروت، بلکه نفوذ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خود را در خطر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دند</w:t>
      </w:r>
      <w:r w:rsidRPr="00654494">
        <w:rPr>
          <w:rFonts w:ascii="Tahoma" w:hAnsi="Tahoma" w:cs="Tahoma"/>
          <w:rtl/>
        </w:rPr>
        <w:t>. بس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نما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ندگان،</w:t>
      </w:r>
      <w:r w:rsidRPr="00654494">
        <w:rPr>
          <w:rFonts w:ascii="Tahoma" w:hAnsi="Tahoma" w:cs="Tahoma"/>
          <w:rtl/>
        </w:rPr>
        <w:t xml:space="preserve"> رجال و وابستگان دربار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مستق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/>
          <w:rtl/>
        </w:rPr>
        <w:t xml:space="preserve"> غ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رمستق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</w:t>
      </w:r>
      <w:r w:rsidRPr="00654494">
        <w:rPr>
          <w:rFonts w:ascii="Tahoma" w:hAnsi="Tahoma" w:cs="Tahoma"/>
          <w:rtl/>
        </w:rPr>
        <w:t xml:space="preserve"> مالک زم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گسترده بودند. اجرا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اصلاحات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قد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وندها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دربار، مجل</w:t>
      </w:r>
      <w:r w:rsidRPr="00654494">
        <w:rPr>
          <w:rFonts w:ascii="Tahoma" w:hAnsi="Tahoma" w:cs="Tahoma" w:hint="eastAsia"/>
          <w:rtl/>
        </w:rPr>
        <w:t>س</w:t>
      </w:r>
      <w:r w:rsidRPr="00654494">
        <w:rPr>
          <w:rFonts w:ascii="Tahoma" w:hAnsi="Tahoma" w:cs="Tahoma"/>
          <w:rtl/>
        </w:rPr>
        <w:t xml:space="preserve"> و صاحبان قدرت محل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از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ببرد.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دربارهٔ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نگران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داشتند. بخش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املاک در اخت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ار</w:t>
      </w:r>
      <w:r w:rsidRPr="00654494">
        <w:rPr>
          <w:rFonts w:ascii="Tahoma" w:hAnsi="Tahoma" w:cs="Tahoma"/>
          <w:rtl/>
        </w:rPr>
        <w:t xml:space="preserve"> نهادها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مذهب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موقوفات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/>
          <w:rtl/>
        </w:rPr>
        <w:t xml:space="preserve"> خانواده‌ها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وابسته به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بود. افزون بر آن، آنان دخالت حکومت در مالک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را ممکن بود تعرض به احکام شرع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بدانند. هنوز مخالفت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کپارچه</w:t>
      </w:r>
      <w:r w:rsidRPr="00654494">
        <w:rPr>
          <w:rFonts w:ascii="Tahoma" w:hAnsi="Tahoma" w:cs="Tahoma"/>
          <w:rtl/>
        </w:rPr>
        <w:t xml:space="preserve"> و سراسر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شکل نگرفته ب</w:t>
      </w:r>
      <w:r w:rsidRPr="00654494">
        <w:rPr>
          <w:rFonts w:ascii="Tahoma" w:hAnsi="Tahoma" w:cs="Tahoma" w:hint="eastAsia"/>
          <w:rtl/>
        </w:rPr>
        <w:t>ود،</w:t>
      </w:r>
      <w:r w:rsidRPr="00654494">
        <w:rPr>
          <w:rFonts w:ascii="Tahoma" w:hAnsi="Tahoma" w:cs="Tahoma"/>
          <w:rtl/>
        </w:rPr>
        <w:t xml:space="preserve"> اما زم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نهٔ</w:t>
      </w:r>
      <w:r w:rsidRPr="00654494">
        <w:rPr>
          <w:rFonts w:ascii="Tahoma" w:hAnsi="Tahoma" w:cs="Tahoma"/>
          <w:rtl/>
        </w:rPr>
        <w:t xml:space="preserve"> برخورد آ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نده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اصلاحات شاه و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فراهم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ارسنجان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توانستند</w:t>
      </w:r>
      <w:r w:rsidRPr="00654494">
        <w:rPr>
          <w:rFonts w:ascii="Tahoma" w:hAnsi="Tahoma" w:cs="Tahoma"/>
          <w:rtl/>
        </w:rPr>
        <w:t xml:space="preserve"> از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ساختن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گاه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دولت استفاده کنند. اگر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ون‌ها</w:t>
      </w:r>
      <w:r w:rsidRPr="00654494">
        <w:rPr>
          <w:rFonts w:ascii="Tahoma" w:hAnsi="Tahoma" w:cs="Tahoma"/>
          <w:rtl/>
        </w:rPr>
        <w:t xml:space="preserve"> روستا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مالک زم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شدند،</w:t>
      </w:r>
      <w:r w:rsidRPr="00654494">
        <w:rPr>
          <w:rFonts w:ascii="Tahoma" w:hAnsi="Tahoma" w:cs="Tahoma"/>
          <w:rtl/>
        </w:rPr>
        <w:t xml:space="preserve">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و 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کشاورز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توانستند</w:t>
      </w:r>
      <w:r w:rsidRPr="00654494">
        <w:rPr>
          <w:rFonts w:ascii="Tahoma" w:hAnsi="Tahoma" w:cs="Tahoma"/>
          <w:rtl/>
        </w:rPr>
        <w:t xml:space="preserve"> خود را بان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رها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آنان معرف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کنند.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شاه،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خطر از خود اصلاحات مهم‌تر بود. او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بزرگ‌تر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دگرگون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دوران سلطنتش به نام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مستقل ثبت شود.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در</w:t>
      </w:r>
      <w:r w:rsidRPr="00654494">
        <w:rPr>
          <w:rFonts w:ascii="Tahoma" w:hAnsi="Tahoma" w:cs="Tahoma"/>
          <w:rtl/>
        </w:rPr>
        <w:t xml:space="preserve">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نجا</w:t>
      </w:r>
      <w:r w:rsidRPr="00654494">
        <w:rPr>
          <w:rFonts w:ascii="Tahoma" w:hAnsi="Tahoma" w:cs="Tahoma"/>
          <w:rtl/>
        </w:rPr>
        <w:t xml:space="preserve"> رقابت بر سر قوهٔ اجرا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بار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ظاهر شد. شاه با اصل اصلاحات مخالف نبود؛ او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اصلاحات از بالا و به نام سلطنت انجام شود.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دولت مسئول اجرا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برنامه باشد. مسئله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نبود که اصلاحات صورت 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رد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/>
          <w:rtl/>
        </w:rPr>
        <w:t xml:space="preserve"> نه؛ مسئله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بود که چه کس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فاعل آن شناخته شود و حقان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حاصل از آن به کدام نهاد تعلق 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کاهش بحران مال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خواهان کم‌شدن هز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ارتش بود. شاه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خواست را تعرض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</w:t>
      </w:r>
      <w:r w:rsidRPr="00654494">
        <w:rPr>
          <w:rFonts w:ascii="Tahoma" w:hAnsi="Tahoma" w:cs="Tahoma"/>
          <w:rtl/>
        </w:rPr>
        <w:t xml:space="preserve"> به مهم‌تر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هٔ</w:t>
      </w:r>
      <w:r w:rsidRPr="00654494">
        <w:rPr>
          <w:rFonts w:ascii="Tahoma" w:hAnsi="Tahoma" w:cs="Tahoma"/>
          <w:rtl/>
        </w:rPr>
        <w:t xml:space="preserve"> قدرت خود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دانست</w:t>
      </w:r>
      <w:r w:rsidRPr="00654494">
        <w:rPr>
          <w:rFonts w:ascii="Tahoma" w:hAnsi="Tahoma" w:cs="Tahoma"/>
          <w:rtl/>
        </w:rPr>
        <w:t>. ارتش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محمدرضاشاه فقط وس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لهٔ</w:t>
      </w:r>
      <w:r w:rsidRPr="00654494">
        <w:rPr>
          <w:rFonts w:ascii="Tahoma" w:hAnsi="Tahoma" w:cs="Tahoma"/>
          <w:rtl/>
        </w:rPr>
        <w:t xml:space="preserve"> دفاع از کشور نبود؛ ستون اصل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سلطنت و ابزار نها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مهار بحران‌ها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داخل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 شمار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رفت</w:t>
      </w:r>
      <w:r w:rsidRPr="00654494">
        <w:rPr>
          <w:rFonts w:ascii="Tahoma" w:hAnsi="Tahoma" w:cs="Tahoma"/>
          <w:rtl/>
        </w:rPr>
        <w:t>.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که بودجهٔ ارتش را در دست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گرفت،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همان راه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دنبال کند که مصدق با تصرف وزارت جنگ آغاز کرده بود.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اختلاف</w:t>
      </w:r>
      <w:r w:rsidRPr="00654494">
        <w:rPr>
          <w:rFonts w:ascii="Tahoma" w:hAnsi="Tahoma" w:cs="Tahoma"/>
          <w:rtl/>
        </w:rPr>
        <w:t xml:space="preserve"> بر سر بودجه، ارتش و حدود اخت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ار</w:t>
      </w:r>
      <w:r w:rsidRPr="00654494">
        <w:rPr>
          <w:rFonts w:ascii="Tahoma" w:hAnsi="Tahoma" w:cs="Tahoma"/>
          <w:rtl/>
        </w:rPr>
        <w:t xml:space="preserve"> دولت به‌تدر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</w:t>
      </w:r>
      <w:r w:rsidRPr="00654494">
        <w:rPr>
          <w:rFonts w:ascii="Tahoma" w:hAnsi="Tahoma" w:cs="Tahoma"/>
          <w:rtl/>
        </w:rPr>
        <w:t xml:space="preserve"> ادامهٔ کار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دشوار ساخت. شاه در سفر خود به آمر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</w:t>
      </w:r>
      <w:r w:rsidRPr="00654494">
        <w:rPr>
          <w:rFonts w:ascii="Tahoma" w:hAnsi="Tahoma" w:cs="Tahoma"/>
          <w:rtl/>
        </w:rPr>
        <w:t xml:space="preserve"> کوش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دولت کند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قانع کند که شخص او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تواند</w:t>
      </w:r>
      <w:r w:rsidRPr="00654494">
        <w:rPr>
          <w:rFonts w:ascii="Tahoma" w:hAnsi="Tahoma" w:cs="Tahoma"/>
          <w:rtl/>
        </w:rPr>
        <w:t xml:space="preserve"> اصلاحات مورد نظر را اجرا کند و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مستقل وجود ندارد. هنگام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که توانست حما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لازم را به دست آورد، موقع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تضع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ف</w:t>
      </w:r>
      <w:r w:rsidRPr="00654494">
        <w:rPr>
          <w:rFonts w:ascii="Tahoma" w:hAnsi="Tahoma" w:cs="Tahoma"/>
          <w:rtl/>
        </w:rPr>
        <w:t xml:space="preserve"> شد.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عل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 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/>
          <w:rtl/>
          <w:lang w:bidi="fa-IR"/>
        </w:rPr>
        <w:t>۱۳۴۱</w:t>
      </w:r>
      <w:r w:rsidRPr="00654494">
        <w:rPr>
          <w:rFonts w:ascii="Tahoma" w:hAnsi="Tahoma" w:cs="Tahoma"/>
          <w:rtl/>
        </w:rPr>
        <w:t xml:space="preserve"> از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کناره گرفت. سقوط او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آخر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کوشش جد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جاد</w:t>
      </w:r>
      <w:r w:rsidRPr="00654494">
        <w:rPr>
          <w:rFonts w:ascii="Tahoma" w:hAnsi="Tahoma" w:cs="Tahoma"/>
          <w:rtl/>
        </w:rPr>
        <w:t xml:space="preserve"> دولت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مستقل از شاه در چهارچوب سلطنت محمدرضاشاه بود. از آن پس،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ران</w:t>
      </w:r>
      <w:r w:rsidRPr="00654494">
        <w:rPr>
          <w:rFonts w:ascii="Tahoma" w:hAnsi="Tahoma" w:cs="Tahoma"/>
          <w:rtl/>
        </w:rPr>
        <w:t xml:space="preserve"> نه رق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</w:t>
      </w:r>
      <w:r w:rsidRPr="00654494">
        <w:rPr>
          <w:rFonts w:ascii="Tahoma" w:hAnsi="Tahoma" w:cs="Tahoma"/>
          <w:rtl/>
        </w:rPr>
        <w:t xml:space="preserve"> و نه شر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شاه، بلکه مجر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برنامه‌ا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بودند که جهت اصل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آن را شخص پادشاه تع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اسدالله</w:t>
      </w:r>
      <w:r w:rsidRPr="00654494">
        <w:rPr>
          <w:rFonts w:ascii="Tahoma" w:hAnsi="Tahoma" w:cs="Tahoma"/>
          <w:rtl/>
        </w:rPr>
        <w:t xml:space="preserve"> علم جانش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شد. علم از نزد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ک‌تر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و وفادارتر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افراد به شاه بود و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گاه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مستقل در برابر او نداشت. با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علم، قوهٔ اجرا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عملاً در دست شاه تمرکز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</w:t>
      </w:r>
      <w:r w:rsidRPr="00654494">
        <w:rPr>
          <w:rFonts w:ascii="Tahoma" w:hAnsi="Tahoma" w:cs="Tahoma"/>
          <w:rtl/>
        </w:rPr>
        <w:t>. 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ئت</w:t>
      </w:r>
      <w:r w:rsidRPr="00654494">
        <w:rPr>
          <w:rFonts w:ascii="Tahoma" w:hAnsi="Tahoma" w:cs="Tahoma"/>
          <w:rtl/>
        </w:rPr>
        <w:t xml:space="preserve"> 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ران</w:t>
      </w:r>
      <w:r w:rsidRPr="00654494">
        <w:rPr>
          <w:rFonts w:ascii="Tahoma" w:hAnsi="Tahoma" w:cs="Tahoma"/>
          <w:rtl/>
        </w:rPr>
        <w:t xml:space="preserve"> باق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بود و 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ران</w:t>
      </w:r>
      <w:r w:rsidRPr="00654494">
        <w:rPr>
          <w:rFonts w:ascii="Tahoma" w:hAnsi="Tahoma" w:cs="Tahoma"/>
          <w:rtl/>
        </w:rPr>
        <w:t xml:space="preserve"> همچنان براساس قانون در برابر مجلس مسئول شناخته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شدند،</w:t>
      </w:r>
      <w:r w:rsidRPr="00654494">
        <w:rPr>
          <w:rFonts w:ascii="Tahoma" w:hAnsi="Tahoma" w:cs="Tahoma"/>
          <w:rtl/>
        </w:rPr>
        <w:t xml:space="preserve"> اما تصم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اساس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کشور در دربار و به ارادهٔ پادشاه گرفته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شاه</w:t>
      </w:r>
      <w:r w:rsidRPr="00654494">
        <w:rPr>
          <w:rFonts w:ascii="Tahoma" w:hAnsi="Tahoma" w:cs="Tahoma"/>
          <w:rtl/>
        </w:rPr>
        <w:t xml:space="preserve"> برنامهٔ اصلاحات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دولت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کنار نگذاشت؛ آن را تصاحب کرد.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ادامه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افت،</w:t>
      </w:r>
      <w:r w:rsidRPr="00654494">
        <w:rPr>
          <w:rFonts w:ascii="Tahoma" w:hAnsi="Tahoma" w:cs="Tahoma"/>
          <w:rtl/>
        </w:rPr>
        <w:t xml:space="preserve"> اما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نه برنامهٔ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ارسنجان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بلکه بخش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«انقلاب شاه و مردم» معرف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شد. محمدرضاشاه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نشان دهد که سلطنت فقط حافظ نظم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ست؛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تحول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عدا</w:t>
      </w:r>
      <w:r w:rsidRPr="00654494">
        <w:rPr>
          <w:rFonts w:ascii="Tahoma" w:hAnsi="Tahoma" w:cs="Tahoma" w:hint="eastAsia"/>
          <w:rtl/>
        </w:rPr>
        <w:t>لت</w:t>
      </w:r>
      <w:r w:rsidRPr="00654494">
        <w:rPr>
          <w:rFonts w:ascii="Tahoma" w:hAnsi="Tahoma" w:cs="Tahoma"/>
          <w:rtl/>
        </w:rPr>
        <w:t xml:space="preserve"> و نوساز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کشور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هست.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همان لحظه‌ا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بود که مستبد منور به صورت کامل‌تر خود نزد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شد. مستبد منور فقط قدرت را در دست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رد؛</w:t>
      </w:r>
      <w:r w:rsidRPr="00654494">
        <w:rPr>
          <w:rFonts w:ascii="Tahoma" w:hAnsi="Tahoma" w:cs="Tahoma"/>
          <w:rtl/>
        </w:rPr>
        <w:t xml:space="preserve"> ادعا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کند</w:t>
      </w:r>
      <w:r w:rsidRPr="00654494">
        <w:rPr>
          <w:rFonts w:ascii="Tahoma" w:hAnsi="Tahoma" w:cs="Tahoma"/>
          <w:rtl/>
        </w:rPr>
        <w:t xml:space="preserve"> از جامعه جلوتر است و با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د،</w:t>
      </w:r>
      <w:r w:rsidRPr="00654494">
        <w:rPr>
          <w:rFonts w:ascii="Tahoma" w:hAnsi="Tahoma" w:cs="Tahoma"/>
          <w:rtl/>
        </w:rPr>
        <w:t xml:space="preserve"> حت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بدون رضا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نهادها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سنت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آن را به سو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شرفت</w:t>
      </w:r>
      <w:r w:rsidRPr="00654494">
        <w:rPr>
          <w:rFonts w:ascii="Tahoma" w:hAnsi="Tahoma" w:cs="Tahoma"/>
          <w:rtl/>
        </w:rPr>
        <w:t xml:space="preserve"> ببرد. شاه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هم فرمانروا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مقتدر باشد و هم رهبر ان</w:t>
      </w:r>
      <w:r w:rsidRPr="00654494">
        <w:rPr>
          <w:rFonts w:ascii="Tahoma" w:hAnsi="Tahoma" w:cs="Tahoma" w:hint="eastAsia"/>
          <w:rtl/>
        </w:rPr>
        <w:t>قلاب؛</w:t>
      </w:r>
      <w:r w:rsidRPr="00654494">
        <w:rPr>
          <w:rFonts w:ascii="Tahoma" w:hAnsi="Tahoma" w:cs="Tahoma"/>
          <w:rtl/>
        </w:rPr>
        <w:t xml:space="preserve"> هم سلطنت را حفظ کند و هم خود را عامل دگرگون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جامعه نشان دهد.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اما</w:t>
      </w:r>
      <w:r w:rsidRPr="00654494">
        <w:rPr>
          <w:rFonts w:ascii="Tahoma" w:hAnsi="Tahoma" w:cs="Tahoma"/>
          <w:rtl/>
        </w:rPr>
        <w:t xml:space="preserve">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از اعلام انقلاب سف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د،</w:t>
      </w:r>
      <w:r w:rsidRPr="00654494">
        <w:rPr>
          <w:rFonts w:ascii="Tahoma" w:hAnsi="Tahoma" w:cs="Tahoma"/>
          <w:rtl/>
        </w:rPr>
        <w:t xml:space="preserve"> برخورد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دولت و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بر سر انتخابات انجمن‌ها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الت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ولا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رخ داد. دولت علم در مهر </w:t>
      </w:r>
      <w:r w:rsidRPr="00654494">
        <w:rPr>
          <w:rFonts w:ascii="Tahoma" w:hAnsi="Tahoma" w:cs="Tahoma"/>
          <w:rtl/>
          <w:lang w:bidi="fa-IR"/>
        </w:rPr>
        <w:t>۱۳۴۱</w:t>
      </w:r>
      <w:r w:rsidRPr="00654494">
        <w:rPr>
          <w:rFonts w:ascii="Tahoma" w:hAnsi="Tahoma" w:cs="Tahoma"/>
          <w:rtl/>
        </w:rPr>
        <w:t xml:space="preserve"> آ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ن‌نامه‌ا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تصو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</w:t>
      </w:r>
      <w:r w:rsidRPr="00654494">
        <w:rPr>
          <w:rFonts w:ascii="Tahoma" w:hAnsi="Tahoma" w:cs="Tahoma"/>
          <w:rtl/>
        </w:rPr>
        <w:t xml:space="preserve"> کرد که در آن شرط مسلمان‌بودن انتخاب‌شوندگان و سوگندخوردن به قرآن تغ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افته</w:t>
      </w:r>
      <w:r w:rsidRPr="00654494">
        <w:rPr>
          <w:rFonts w:ascii="Tahoma" w:hAnsi="Tahoma" w:cs="Tahoma"/>
          <w:rtl/>
        </w:rPr>
        <w:t xml:space="preserve"> بود و زم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نهٔ</w:t>
      </w:r>
      <w:r w:rsidRPr="00654494">
        <w:rPr>
          <w:rFonts w:ascii="Tahoma" w:hAnsi="Tahoma" w:cs="Tahoma"/>
          <w:rtl/>
        </w:rPr>
        <w:t xml:space="preserve"> مشارکت زنان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گس</w:t>
      </w:r>
      <w:r w:rsidRPr="00654494">
        <w:rPr>
          <w:rFonts w:ascii="Tahoma" w:hAnsi="Tahoma" w:cs="Tahoma" w:hint="eastAsia"/>
          <w:rtl/>
        </w:rPr>
        <w:t>ترش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ی‌ی</w:t>
      </w:r>
      <w:r w:rsidRPr="00654494">
        <w:rPr>
          <w:rFonts w:ascii="Tahoma" w:hAnsi="Tahoma" w:cs="Tahoma" w:hint="eastAsia"/>
          <w:rtl/>
        </w:rPr>
        <w:t>افت</w:t>
      </w:r>
      <w:r w:rsidRPr="00654494">
        <w:rPr>
          <w:rFonts w:ascii="Tahoma" w:hAnsi="Tahoma" w:cs="Tahoma"/>
          <w:rtl/>
        </w:rPr>
        <w:t>.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تغ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رات</w:t>
      </w:r>
      <w:r w:rsidRPr="00654494">
        <w:rPr>
          <w:rFonts w:ascii="Tahoma" w:hAnsi="Tahoma" w:cs="Tahoma"/>
          <w:rtl/>
        </w:rPr>
        <w:t xml:space="preserve"> را تعرض به مذهب رسم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راه‌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افتن</w:t>
      </w:r>
      <w:r w:rsidRPr="00654494">
        <w:rPr>
          <w:rFonts w:ascii="Tahoma" w:hAnsi="Tahoma" w:cs="Tahoma"/>
          <w:rtl/>
        </w:rPr>
        <w:t xml:space="preserve"> غ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رمسلمانان</w:t>
      </w:r>
      <w:r w:rsidRPr="00654494">
        <w:rPr>
          <w:rFonts w:ascii="Tahoma" w:hAnsi="Tahoma" w:cs="Tahoma"/>
          <w:rtl/>
        </w:rPr>
        <w:t xml:space="preserve"> به مناصب عموم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مقدمهٔ اعطا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حق رأ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 زنان دانستند.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درگذشت</w:t>
      </w:r>
      <w:r w:rsidRPr="00654494">
        <w:rPr>
          <w:rFonts w:ascii="Tahoma" w:hAnsi="Tahoma" w:cs="Tahoma"/>
          <w:rtl/>
        </w:rPr>
        <w:t xml:space="preserve"> آ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ت‌الله</w:t>
      </w:r>
      <w:r w:rsidRPr="00654494">
        <w:rPr>
          <w:rFonts w:ascii="Tahoma" w:hAnsi="Tahoma" w:cs="Tahoma"/>
          <w:rtl/>
        </w:rPr>
        <w:t xml:space="preserve"> بروجرد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 سال </w:t>
      </w:r>
      <w:r w:rsidRPr="00654494">
        <w:rPr>
          <w:rFonts w:ascii="Tahoma" w:hAnsi="Tahoma" w:cs="Tahoma"/>
          <w:rtl/>
          <w:lang w:bidi="fa-IR"/>
        </w:rPr>
        <w:t>۱۳۴۰</w:t>
      </w:r>
      <w:r w:rsidRPr="00654494">
        <w:rPr>
          <w:rFonts w:ascii="Tahoma" w:hAnsi="Tahoma" w:cs="Tahoma"/>
          <w:rtl/>
        </w:rPr>
        <w:t>، مرجع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متمرکز 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عه</w:t>
      </w:r>
      <w:r w:rsidRPr="00654494">
        <w:rPr>
          <w:rFonts w:ascii="Tahoma" w:hAnsi="Tahoma" w:cs="Tahoma"/>
          <w:rtl/>
        </w:rPr>
        <w:t xml:space="preserve"> را از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برده و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دان</w:t>
      </w:r>
      <w:r w:rsidRPr="00654494">
        <w:rPr>
          <w:rFonts w:ascii="Tahoma" w:hAnsi="Tahoma" w:cs="Tahoma"/>
          <w:rtl/>
        </w:rPr>
        <w:t xml:space="preserve"> را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ظهور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تازه‌ا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گشوده بود. روح‌الله خم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که تا آن زمان در سطح کشور شناخته‌شده‌تر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مرجع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نبود، از اعتراض به آ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ن‌نامهٔ</w:t>
      </w:r>
      <w:r w:rsidRPr="00654494">
        <w:rPr>
          <w:rFonts w:ascii="Tahoma" w:hAnsi="Tahoma" w:cs="Tahoma"/>
          <w:rtl/>
        </w:rPr>
        <w:t xml:space="preserve"> انجمن‌ها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ورود به صحنهٔ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است</w:t>
      </w:r>
      <w:r w:rsidRPr="00654494">
        <w:rPr>
          <w:rFonts w:ascii="Tahoma" w:hAnsi="Tahoma" w:cs="Tahoma"/>
          <w:rtl/>
        </w:rPr>
        <w:t xml:space="preserve"> اس</w:t>
      </w:r>
      <w:r w:rsidRPr="00654494">
        <w:rPr>
          <w:rFonts w:ascii="Tahoma" w:hAnsi="Tahoma" w:cs="Tahoma" w:hint="eastAsia"/>
          <w:rtl/>
        </w:rPr>
        <w:t>تفاده</w:t>
      </w:r>
      <w:r w:rsidRPr="00654494">
        <w:rPr>
          <w:rFonts w:ascii="Tahoma" w:hAnsi="Tahoma" w:cs="Tahoma"/>
          <w:rtl/>
        </w:rPr>
        <w:t xml:space="preserve"> کرد. او و گروه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از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با ارسال تلگراف، صدور اعلام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ه</w:t>
      </w:r>
      <w:r w:rsidRPr="00654494">
        <w:rPr>
          <w:rFonts w:ascii="Tahoma" w:hAnsi="Tahoma" w:cs="Tahoma"/>
          <w:rtl/>
        </w:rPr>
        <w:t xml:space="preserve"> و بس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</w:t>
      </w:r>
      <w:r w:rsidRPr="00654494">
        <w:rPr>
          <w:rFonts w:ascii="Tahoma" w:hAnsi="Tahoma" w:cs="Tahoma"/>
          <w:rtl/>
        </w:rPr>
        <w:t xml:space="preserve"> حوزه‌ها و بازار خواهان لغو مصوبه شدند.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دولت</w:t>
      </w:r>
      <w:r w:rsidRPr="00654494">
        <w:rPr>
          <w:rFonts w:ascii="Tahoma" w:hAnsi="Tahoma" w:cs="Tahoma"/>
          <w:rtl/>
        </w:rPr>
        <w:t xml:space="preserve"> سرانجام عقب نشست و آ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ن‌نامه</w:t>
      </w:r>
      <w:r w:rsidRPr="00654494">
        <w:rPr>
          <w:rFonts w:ascii="Tahoma" w:hAnsi="Tahoma" w:cs="Tahoma"/>
          <w:rtl/>
        </w:rPr>
        <w:t xml:space="preserve"> را لغو کرد.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عقب‌نش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را به قدرت شبکهٔ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خود آگاه ساخت. آنان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ده</w:t>
      </w:r>
      <w:r w:rsidRPr="00654494">
        <w:rPr>
          <w:rFonts w:ascii="Tahoma" w:hAnsi="Tahoma" w:cs="Tahoma"/>
          <w:rtl/>
        </w:rPr>
        <w:t xml:space="preserve"> بودند که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توانند</w:t>
      </w:r>
      <w:r w:rsidRPr="00654494">
        <w:rPr>
          <w:rFonts w:ascii="Tahoma" w:hAnsi="Tahoma" w:cs="Tahoma"/>
          <w:rtl/>
        </w:rPr>
        <w:t xml:space="preserve"> از راه هماهنگ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حوزه، مسجد و بازار، دولت را وادار به بازپس‌گرفتن تصم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مش</w:t>
      </w:r>
      <w:r w:rsidRPr="00654494">
        <w:rPr>
          <w:rFonts w:ascii="Tahoma" w:hAnsi="Tahoma" w:cs="Tahoma"/>
          <w:rtl/>
        </w:rPr>
        <w:t xml:space="preserve"> کنند. شاه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در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</w:t>
      </w:r>
      <w:r w:rsidRPr="00654494">
        <w:rPr>
          <w:rFonts w:ascii="Tahoma" w:hAnsi="Tahoma" w:cs="Tahoma"/>
          <w:rtl/>
        </w:rPr>
        <w:t xml:space="preserve"> که اگر اصلاحات را از راه د</w:t>
      </w:r>
      <w:r w:rsidRPr="00654494">
        <w:rPr>
          <w:rFonts w:ascii="Tahoma" w:hAnsi="Tahoma" w:cs="Tahoma" w:hint="eastAsia"/>
          <w:rtl/>
        </w:rPr>
        <w:t>ولت</w:t>
      </w:r>
      <w:r w:rsidRPr="00654494">
        <w:rPr>
          <w:rFonts w:ascii="Tahoma" w:hAnsi="Tahoma" w:cs="Tahoma"/>
          <w:rtl/>
        </w:rPr>
        <w:t xml:space="preserve"> و مصوبات عاد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ببرد،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توانند</w:t>
      </w:r>
      <w:r w:rsidRPr="00654494">
        <w:rPr>
          <w:rFonts w:ascii="Tahoma" w:hAnsi="Tahoma" w:cs="Tahoma"/>
          <w:rtl/>
        </w:rPr>
        <w:t xml:space="preserve"> آن را متوقف سازند.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پاسخ</w:t>
      </w:r>
      <w:r w:rsidRPr="00654494">
        <w:rPr>
          <w:rFonts w:ascii="Tahoma" w:hAnsi="Tahoma" w:cs="Tahoma"/>
          <w:rtl/>
        </w:rPr>
        <w:t xml:space="preserve"> شاه مراجعه به همه‌پرس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بود. او شش اصل اصلاح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با عنوان انقلاب سف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/>
          <w:rtl/>
        </w:rPr>
        <w:t xml:space="preserve"> انقلاب شاه و مردم مطرح کرد: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مل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کردن</w:t>
      </w:r>
      <w:r w:rsidRPr="00654494">
        <w:rPr>
          <w:rFonts w:ascii="Tahoma" w:hAnsi="Tahoma" w:cs="Tahoma"/>
          <w:rtl/>
        </w:rPr>
        <w:t xml:space="preserve"> جنگل‌ها، فروش سهام کارخانه‌ها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دولت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تأم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هز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نهٔ</w:t>
      </w:r>
      <w:r w:rsidRPr="00654494">
        <w:rPr>
          <w:rFonts w:ascii="Tahoma" w:hAnsi="Tahoma" w:cs="Tahoma"/>
          <w:rtl/>
        </w:rPr>
        <w:t xml:space="preserve">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سه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م‌کردن</w:t>
      </w:r>
      <w:r w:rsidRPr="00654494">
        <w:rPr>
          <w:rFonts w:ascii="Tahoma" w:hAnsi="Tahoma" w:cs="Tahoma"/>
          <w:rtl/>
        </w:rPr>
        <w:t xml:space="preserve"> کارگران در سود کارخانه‌ها، اصلاح قانون انتخابات و برخوردار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زنان از حق رأ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و تشک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سپاه دانش.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هر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از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اصول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پاسخ به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واقع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 جامعهٔ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ران</w:t>
      </w:r>
      <w:r w:rsidRPr="00654494">
        <w:rPr>
          <w:rFonts w:ascii="Tahoma" w:hAnsi="Tahoma" w:cs="Tahoma"/>
          <w:rtl/>
        </w:rPr>
        <w:t xml:space="preserve"> باشد. بزرگ‌مالک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مانع آزاد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شرفت</w:t>
      </w:r>
      <w:r w:rsidRPr="00654494">
        <w:rPr>
          <w:rFonts w:ascii="Tahoma" w:hAnsi="Tahoma" w:cs="Tahoma"/>
          <w:rtl/>
        </w:rPr>
        <w:t xml:space="preserve"> روستا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بود. ب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سواد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بخش بزرگ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جمع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را از مشارکت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محروم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>. زنان از حقوق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برخوردار نبودند و کارگران سهم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سود تول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نداشتند. بنابر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مخالفت با 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وهٔ</w:t>
      </w:r>
      <w:r w:rsidRPr="00654494">
        <w:rPr>
          <w:rFonts w:ascii="Tahoma" w:hAnsi="Tahoma" w:cs="Tahoma"/>
          <w:rtl/>
        </w:rPr>
        <w:t xml:space="preserve"> اجرا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انقلاب سف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نبا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به انکار ضرورت اصلاحات آن تبد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شود.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اما</w:t>
      </w:r>
      <w:r w:rsidRPr="00654494">
        <w:rPr>
          <w:rFonts w:ascii="Tahoma" w:hAnsi="Tahoma" w:cs="Tahoma"/>
          <w:rtl/>
        </w:rPr>
        <w:t xml:space="preserve"> 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وهٔ</w:t>
      </w:r>
      <w:r w:rsidRPr="00654494">
        <w:rPr>
          <w:rFonts w:ascii="Tahoma" w:hAnsi="Tahoma" w:cs="Tahoma"/>
          <w:rtl/>
        </w:rPr>
        <w:t xml:space="preserve"> ارائهٔ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اصول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اهم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داشت. شاه آنها را نه به‌عنوان لوا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ح</w:t>
      </w:r>
      <w:r w:rsidRPr="00654494">
        <w:rPr>
          <w:rFonts w:ascii="Tahoma" w:hAnsi="Tahoma" w:cs="Tahoma"/>
          <w:rtl/>
        </w:rPr>
        <w:t xml:space="preserve"> دولت مسئول در برابر مجلس، بلکه به‌عنوان برنامهٔ شخص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خود به همه‌پرس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گذاشت. در شرا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ط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که احزاب مستقل، مطبوعات آزاد و امکان تبل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غ</w:t>
      </w:r>
      <w:r w:rsidRPr="00654494">
        <w:rPr>
          <w:rFonts w:ascii="Tahoma" w:hAnsi="Tahoma" w:cs="Tahoma"/>
          <w:rtl/>
        </w:rPr>
        <w:t xml:space="preserve"> برابر مخالفان وجود نداشت، همه‌پرس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جا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گفت‌و</w:t>
      </w:r>
      <w:r w:rsidRPr="00654494">
        <w:rPr>
          <w:rFonts w:ascii="Tahoma" w:hAnsi="Tahoma" w:cs="Tahoma" w:hint="eastAsia"/>
          <w:rtl/>
        </w:rPr>
        <w:t>گو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آزاد و قانون‌گذار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مسئولانه را بگ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رد</w:t>
      </w:r>
      <w:r w:rsidRPr="00654494">
        <w:rPr>
          <w:rFonts w:ascii="Tahoma" w:hAnsi="Tahoma" w:cs="Tahoma"/>
          <w:rtl/>
        </w:rPr>
        <w:t>. نت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جه</w:t>
      </w:r>
      <w:r w:rsidRPr="00654494">
        <w:rPr>
          <w:rFonts w:ascii="Tahoma" w:hAnsi="Tahoma" w:cs="Tahoma"/>
          <w:rtl/>
        </w:rPr>
        <w:t xml:space="preserve"> از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قابل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ش‌ب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بود و رأ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مردم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از آنکه انتخاب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برنامه‌ها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گوناگون باشد، به تأ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رهبر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شاه تبد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شد.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بد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ن‌سان،</w:t>
      </w:r>
      <w:r w:rsidRPr="00654494">
        <w:rPr>
          <w:rFonts w:ascii="Tahoma" w:hAnsi="Tahoma" w:cs="Tahoma"/>
          <w:rtl/>
        </w:rPr>
        <w:t xml:space="preserve"> محمدرضاشاه از مفهوم انقلاب، که معمولاً به معنا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دگرگون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قدرت از پا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است،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تثب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قدرت از بالا استفاده کرد. او خود را رهبر انقلاب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معرف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 xml:space="preserve"> که با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جامعه را از مالکان، سنت‌ها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بازدارنده، ب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سواد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نابرابر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رها سازد. در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روا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ت،</w:t>
      </w:r>
      <w:r w:rsidRPr="00654494">
        <w:rPr>
          <w:rFonts w:ascii="Tahoma" w:hAnsi="Tahoma" w:cs="Tahoma"/>
          <w:rtl/>
        </w:rPr>
        <w:t xml:space="preserve"> مجلس، ا</w:t>
      </w:r>
      <w:r w:rsidRPr="00654494">
        <w:rPr>
          <w:rFonts w:ascii="Tahoma" w:hAnsi="Tahoma" w:cs="Tahoma" w:hint="eastAsia"/>
          <w:rtl/>
        </w:rPr>
        <w:t>حزاب</w:t>
      </w:r>
      <w:r w:rsidRPr="00654494">
        <w:rPr>
          <w:rFonts w:ascii="Tahoma" w:hAnsi="Tahoma" w:cs="Tahoma"/>
          <w:rtl/>
        </w:rPr>
        <w:t xml:space="preserve"> و 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ئت</w:t>
      </w:r>
      <w:r w:rsidRPr="00654494">
        <w:rPr>
          <w:rFonts w:ascii="Tahoma" w:hAnsi="Tahoma" w:cs="Tahoma"/>
          <w:rtl/>
        </w:rPr>
        <w:t xml:space="preserve"> 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ران</w:t>
      </w:r>
      <w:r w:rsidRPr="00654494">
        <w:rPr>
          <w:rFonts w:ascii="Tahoma" w:hAnsi="Tahoma" w:cs="Tahoma"/>
          <w:rtl/>
        </w:rPr>
        <w:t xml:space="preserve"> نه سازندگان اصلاحات، بلکه ابزارها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اجرا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ارادهٔ انقلاب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شاه بودند.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با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برنامه مخالفت کردند. بخش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مخالفت آنان به 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وهٔ</w:t>
      </w:r>
      <w:r w:rsidRPr="00654494">
        <w:rPr>
          <w:rFonts w:ascii="Tahoma" w:hAnsi="Tahoma" w:cs="Tahoma"/>
          <w:rtl/>
        </w:rPr>
        <w:t xml:space="preserve"> همه‌پرس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تمرکز قدرت مربوط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شد،</w:t>
      </w:r>
      <w:r w:rsidRPr="00654494">
        <w:rPr>
          <w:rFonts w:ascii="Tahoma" w:hAnsi="Tahoma" w:cs="Tahoma"/>
          <w:rtl/>
        </w:rPr>
        <w:t xml:space="preserve"> اما اختلاف اصل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 سر نتا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</w:t>
      </w:r>
      <w:r w:rsidRPr="00654494">
        <w:rPr>
          <w:rFonts w:ascii="Tahoma" w:hAnsi="Tahoma" w:cs="Tahoma"/>
          <w:rtl/>
        </w:rPr>
        <w:t xml:space="preserve">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اصلاحات بود. اصلاحات ارض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 منافع مالکان و موقوفات آس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زد،</w:t>
      </w:r>
      <w:r w:rsidRPr="00654494">
        <w:rPr>
          <w:rFonts w:ascii="Tahoma" w:hAnsi="Tahoma" w:cs="Tahoma"/>
          <w:rtl/>
        </w:rPr>
        <w:t xml:space="preserve"> حق رأ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زنان نظم سنت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جنس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تغ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داد،</w:t>
      </w:r>
      <w:r w:rsidRPr="00654494">
        <w:rPr>
          <w:rFonts w:ascii="Tahoma" w:hAnsi="Tahoma" w:cs="Tahoma"/>
          <w:rtl/>
        </w:rPr>
        <w:t xml:space="preserve"> سپاه دانش </w:t>
      </w:r>
      <w:r w:rsidRPr="00654494">
        <w:rPr>
          <w:rFonts w:ascii="Tahoma" w:hAnsi="Tahoma" w:cs="Tahoma" w:hint="eastAsia"/>
          <w:rtl/>
        </w:rPr>
        <w:t>آموزش</w:t>
      </w:r>
      <w:r w:rsidRPr="00654494">
        <w:rPr>
          <w:rFonts w:ascii="Tahoma" w:hAnsi="Tahoma" w:cs="Tahoma"/>
          <w:rtl/>
        </w:rPr>
        <w:t xml:space="preserve"> دولت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به دورتر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روستاها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برد</w:t>
      </w:r>
      <w:r w:rsidRPr="00654494">
        <w:rPr>
          <w:rFonts w:ascii="Tahoma" w:hAnsi="Tahoma" w:cs="Tahoma"/>
          <w:rtl/>
        </w:rPr>
        <w:t xml:space="preserve"> و اقتدار حکومت را در حوزه‌ها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گسترش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داد</w:t>
      </w:r>
      <w:r w:rsidRPr="00654494">
        <w:rPr>
          <w:rFonts w:ascii="Tahoma" w:hAnsi="Tahoma" w:cs="Tahoma"/>
          <w:rtl/>
        </w:rPr>
        <w:t xml:space="preserve"> که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قرن‌ها در آنها حضور داشتند.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در</w:t>
      </w:r>
      <w:r w:rsidRPr="00654494">
        <w:rPr>
          <w:rFonts w:ascii="Tahoma" w:hAnsi="Tahoma" w:cs="Tahoma"/>
          <w:rtl/>
        </w:rPr>
        <w:t xml:space="preserve"> واقع، انقلاب سف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فقط برنامه‌ا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اقتصاد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نبود؛ توازن تار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خ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کشوردار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دگرگون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>. قدرت مالکان کاهش م</w:t>
      </w:r>
      <w:r w:rsidRPr="00654494">
        <w:rPr>
          <w:rFonts w:ascii="Tahoma" w:hAnsi="Tahoma" w:cs="Tahoma" w:hint="cs"/>
          <w:rtl/>
        </w:rPr>
        <w:t>ی‌ی</w:t>
      </w:r>
      <w:r w:rsidRPr="00654494">
        <w:rPr>
          <w:rFonts w:ascii="Tahoma" w:hAnsi="Tahoma" w:cs="Tahoma" w:hint="eastAsia"/>
          <w:rtl/>
        </w:rPr>
        <w:t>افت،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وانسالار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 روستاها گسترش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دا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کرد،</w:t>
      </w:r>
      <w:r w:rsidRPr="00654494">
        <w:rPr>
          <w:rFonts w:ascii="Tahoma" w:hAnsi="Tahoma" w:cs="Tahoma"/>
          <w:rtl/>
        </w:rPr>
        <w:t xml:space="preserve"> ارتش در قالب سپاه‌ها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آموزش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عمران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نقش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تازه‌ا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گرفت،</w:t>
      </w:r>
      <w:r w:rsidRPr="00654494">
        <w:rPr>
          <w:rFonts w:ascii="Tahoma" w:hAnsi="Tahoma" w:cs="Tahoma"/>
          <w:rtl/>
        </w:rPr>
        <w:t xml:space="preserve"> زنان وارد عرصهٔ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>‌شدند و دولت بخش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وظا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ف</w:t>
      </w:r>
      <w:r w:rsidRPr="00654494">
        <w:rPr>
          <w:rFonts w:ascii="Tahoma" w:hAnsi="Tahoma" w:cs="Tahoma"/>
          <w:rtl/>
        </w:rPr>
        <w:t xml:space="preserve"> سنت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نهادها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مذهب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برعهده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گرفت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در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افتند</w:t>
      </w:r>
      <w:r w:rsidRPr="00654494">
        <w:rPr>
          <w:rFonts w:ascii="Tahoma" w:hAnsi="Tahoma" w:cs="Tahoma"/>
          <w:rtl/>
        </w:rPr>
        <w:t xml:space="preserve"> که مستبد منور تازه، برخلاف دورهٔ نخست تثب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سلطنتش،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به حفظ وضع موجود رضا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دهد</w:t>
      </w:r>
      <w:r w:rsidRPr="00654494">
        <w:rPr>
          <w:rFonts w:ascii="Tahoma" w:hAnsi="Tahoma" w:cs="Tahoma"/>
          <w:rtl/>
        </w:rPr>
        <w:t>. شاه در سال‌ها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پس از </w:t>
      </w:r>
      <w:r w:rsidRPr="00654494">
        <w:rPr>
          <w:rFonts w:ascii="Tahoma" w:hAnsi="Tahoma" w:cs="Tahoma"/>
          <w:rtl/>
          <w:lang w:bidi="fa-IR"/>
        </w:rPr>
        <w:t>۲۸</w:t>
      </w:r>
      <w:r w:rsidRPr="00654494">
        <w:rPr>
          <w:rFonts w:ascii="Tahoma" w:hAnsi="Tahoma" w:cs="Tahoma"/>
          <w:rtl/>
        </w:rPr>
        <w:t xml:space="preserve"> امرداد از آنان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مقابله با حزب توده، جبههٔ مل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سکولار بهره گرفته بود؛ اما اکنون خود به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تبد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</w:t>
      </w:r>
      <w:r w:rsidRPr="00654494">
        <w:rPr>
          <w:rFonts w:ascii="Tahoma" w:hAnsi="Tahoma" w:cs="Tahoma"/>
          <w:rtl/>
        </w:rPr>
        <w:t xml:space="preserve"> که ساخ</w:t>
      </w:r>
      <w:r w:rsidRPr="00654494">
        <w:rPr>
          <w:rFonts w:ascii="Tahoma" w:hAnsi="Tahoma" w:cs="Tahoma" w:hint="eastAsia"/>
          <w:rtl/>
        </w:rPr>
        <w:t>تارها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مذهب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مورد حما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آنان را تهد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>. اتحاد موقت دربار و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به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خود نزد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همه‌پرس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 ششم بهمن </w:t>
      </w:r>
      <w:r w:rsidRPr="00654494">
        <w:rPr>
          <w:rFonts w:ascii="Tahoma" w:hAnsi="Tahoma" w:cs="Tahoma"/>
          <w:rtl/>
          <w:lang w:bidi="fa-IR"/>
        </w:rPr>
        <w:t>۱۳۴۱</w:t>
      </w:r>
      <w:r w:rsidRPr="00654494">
        <w:rPr>
          <w:rFonts w:ascii="Tahoma" w:hAnsi="Tahoma" w:cs="Tahoma"/>
          <w:rtl/>
        </w:rPr>
        <w:t xml:space="preserve"> برگزار شد و حکومت از پشت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گستردهٔ مردم از اصول شش‌گانه سخن گفت. شاه نت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جه</w:t>
      </w:r>
      <w:r w:rsidRPr="00654494">
        <w:rPr>
          <w:rFonts w:ascii="Tahoma" w:hAnsi="Tahoma" w:cs="Tahoma"/>
          <w:rtl/>
        </w:rPr>
        <w:t xml:space="preserve"> را نشانهٔ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وند</w:t>
      </w:r>
      <w:r w:rsidRPr="00654494">
        <w:rPr>
          <w:rFonts w:ascii="Tahoma" w:hAnsi="Tahoma" w:cs="Tahoma"/>
          <w:rtl/>
        </w:rPr>
        <w:t xml:space="preserve"> مستق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</w:t>
      </w:r>
      <w:r w:rsidRPr="00654494">
        <w:rPr>
          <w:rFonts w:ascii="Tahoma" w:hAnsi="Tahoma" w:cs="Tahoma"/>
          <w:rtl/>
        </w:rPr>
        <w:t xml:space="preserve"> خود با ملت دانست. او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حقان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حکمران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اش</w:t>
      </w:r>
      <w:r w:rsidRPr="00654494">
        <w:rPr>
          <w:rFonts w:ascii="Tahoma" w:hAnsi="Tahoma" w:cs="Tahoma"/>
          <w:rtl/>
        </w:rPr>
        <w:t xml:space="preserve"> فقط از وراثت سلطنت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/>
          <w:rtl/>
        </w:rPr>
        <w:t xml:space="preserve"> قانون اساس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سرچشمه بگ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رد؛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خواست</w:t>
      </w:r>
      <w:r w:rsidRPr="00654494">
        <w:rPr>
          <w:rFonts w:ascii="Tahoma" w:hAnsi="Tahoma" w:cs="Tahoma"/>
          <w:rtl/>
        </w:rPr>
        <w:t xml:space="preserve"> رأ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</w:t>
      </w:r>
      <w:r w:rsidRPr="00654494">
        <w:rPr>
          <w:rFonts w:ascii="Tahoma" w:hAnsi="Tahoma" w:cs="Tahoma"/>
          <w:rtl/>
        </w:rPr>
        <w:t xml:space="preserve"> مردم را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پشتوانهٔ رهبر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خود معرف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کند.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ادعا، مجلس و ه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ئت</w:t>
      </w:r>
      <w:r w:rsidRPr="00654494">
        <w:rPr>
          <w:rFonts w:ascii="Tahoma" w:hAnsi="Tahoma" w:cs="Tahoma"/>
          <w:rtl/>
        </w:rPr>
        <w:t xml:space="preserve"> 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ران</w:t>
      </w:r>
      <w:r w:rsidRPr="00654494">
        <w:rPr>
          <w:rFonts w:ascii="Tahoma" w:hAnsi="Tahoma" w:cs="Tahoma"/>
          <w:rtl/>
        </w:rPr>
        <w:t xml:space="preserve"> را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شتر</w:t>
      </w:r>
      <w:r w:rsidRPr="00654494">
        <w:rPr>
          <w:rFonts w:ascii="Tahoma" w:hAnsi="Tahoma" w:cs="Tahoma"/>
          <w:rtl/>
        </w:rPr>
        <w:t xml:space="preserve"> به حاش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ه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راند</w:t>
      </w:r>
      <w:r w:rsidRPr="00654494">
        <w:rPr>
          <w:rFonts w:ascii="Tahoma" w:hAnsi="Tahoma" w:cs="Tahoma"/>
          <w:rtl/>
        </w:rPr>
        <w:t>. اگر شاه مستق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ماً</w:t>
      </w:r>
      <w:r w:rsidRPr="00654494">
        <w:rPr>
          <w:rFonts w:ascii="Tahoma" w:hAnsi="Tahoma" w:cs="Tahoma"/>
          <w:rtl/>
        </w:rPr>
        <w:t xml:space="preserve"> با ملت سخن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گفت</w:t>
      </w:r>
      <w:r w:rsidRPr="00654494">
        <w:rPr>
          <w:rFonts w:ascii="Tahoma" w:hAnsi="Tahoma" w:cs="Tahoma"/>
          <w:rtl/>
        </w:rPr>
        <w:t xml:space="preserve"> و برنامه‌اش را مستق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ماً</w:t>
      </w:r>
      <w:r w:rsidRPr="00654494">
        <w:rPr>
          <w:rFonts w:ascii="Tahoma" w:hAnsi="Tahoma" w:cs="Tahoma"/>
          <w:rtl/>
        </w:rPr>
        <w:t xml:space="preserve"> به رأ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آنان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گذاشت،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چه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 احزاب مستقل، گفت‌وگو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پارلمان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دولت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برخوردار از ارادهٔ جداگانه بود؟ همه‌پرس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به‌جا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آنکه حاکم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ملت را تقو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کند، در غ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اب</w:t>
      </w:r>
      <w:r w:rsidRPr="00654494">
        <w:rPr>
          <w:rFonts w:ascii="Tahoma" w:hAnsi="Tahoma" w:cs="Tahoma"/>
          <w:rtl/>
        </w:rPr>
        <w:t xml:space="preserve"> آزاد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 وس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افزا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حقان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شخص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شاه تبد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شد.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مخالفت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پس از همه‌پرس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ادامه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</w:t>
      </w:r>
      <w:r w:rsidRPr="00654494">
        <w:rPr>
          <w:rFonts w:ascii="Tahoma" w:hAnsi="Tahoma" w:cs="Tahoma"/>
          <w:rtl/>
        </w:rPr>
        <w:t>. در فرورد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/>
          <w:rtl/>
          <w:lang w:bidi="fa-IR"/>
        </w:rPr>
        <w:t>۱۳۴۲</w:t>
      </w:r>
      <w:r w:rsidRPr="00654494">
        <w:rPr>
          <w:rFonts w:ascii="Tahoma" w:hAnsi="Tahoma" w:cs="Tahoma"/>
          <w:rtl/>
        </w:rPr>
        <w:t>، درگ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در مدرسهٔ 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هٔ</w:t>
      </w:r>
      <w:r w:rsidRPr="00654494">
        <w:rPr>
          <w:rFonts w:ascii="Tahoma" w:hAnsi="Tahoma" w:cs="Tahoma"/>
          <w:rtl/>
        </w:rPr>
        <w:t xml:space="preserve"> قم و حمله به طلاب، شکاف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حکومت و حوزه را عم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ق‌تر</w:t>
      </w:r>
      <w:r w:rsidRPr="00654494">
        <w:rPr>
          <w:rFonts w:ascii="Tahoma" w:hAnsi="Tahoma" w:cs="Tahoma"/>
          <w:rtl/>
        </w:rPr>
        <w:t xml:space="preserve"> کرد. خم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شاه و حکومت را مسئول دانست و لحن اعتراض‌ها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</w:t>
      </w:r>
      <w:r w:rsidRPr="00654494">
        <w:rPr>
          <w:rFonts w:ascii="Tahoma" w:hAnsi="Tahoma" w:cs="Tahoma"/>
          <w:rtl/>
        </w:rPr>
        <w:t xml:space="preserve"> تندتر شد. او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فقط دربارهٔ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آ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 w:hint="eastAsia"/>
          <w:rtl/>
        </w:rPr>
        <w:t>ن‌نامه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/>
          <w:rtl/>
        </w:rPr>
        <w:t xml:space="preserve"> اصل اصلاح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سخن نم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گفت؛</w:t>
      </w:r>
      <w:r w:rsidRPr="00654494">
        <w:rPr>
          <w:rFonts w:ascii="Tahoma" w:hAnsi="Tahoma" w:cs="Tahoma"/>
          <w:rtl/>
        </w:rPr>
        <w:t xml:space="preserve"> شخص شاه و رابطهٔ حکومت با آمر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</w:t>
      </w:r>
      <w:r w:rsidRPr="00654494">
        <w:rPr>
          <w:rFonts w:ascii="Tahoma" w:hAnsi="Tahoma" w:cs="Tahoma"/>
          <w:rtl/>
        </w:rPr>
        <w:t xml:space="preserve"> و اسرائ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را هدف قرار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داد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در</w:t>
      </w:r>
      <w:r w:rsidRPr="00654494">
        <w:rPr>
          <w:rFonts w:ascii="Tahoma" w:hAnsi="Tahoma" w:cs="Tahoma"/>
          <w:rtl/>
        </w:rPr>
        <w:t xml:space="preserve"> سخنران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عاشورا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خرداد </w:t>
      </w:r>
      <w:r w:rsidRPr="00654494">
        <w:rPr>
          <w:rFonts w:ascii="Tahoma" w:hAnsi="Tahoma" w:cs="Tahoma"/>
          <w:rtl/>
          <w:lang w:bidi="fa-IR"/>
        </w:rPr>
        <w:t>۱۳۴۲</w:t>
      </w:r>
      <w:r w:rsidRPr="00654494">
        <w:rPr>
          <w:rFonts w:ascii="Tahoma" w:hAnsi="Tahoma" w:cs="Tahoma"/>
          <w:rtl/>
        </w:rPr>
        <w:t>، خم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ماً</w:t>
      </w:r>
      <w:r w:rsidRPr="00654494">
        <w:rPr>
          <w:rFonts w:ascii="Tahoma" w:hAnsi="Tahoma" w:cs="Tahoma"/>
          <w:rtl/>
        </w:rPr>
        <w:t xml:space="preserve"> محمدرضاشاه را مورد حمله قرار داد. حکومت او را در شب پانزدهم خرداد بازداشت کرد. خبر بازداشت به اعتراض‌ها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در قم، تهران و چند شهر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انجام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>. گروه‌ها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از مردم، بازار و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مذهب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به خ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ابان</w:t>
      </w:r>
      <w:r w:rsidRPr="00654494">
        <w:rPr>
          <w:rFonts w:ascii="Tahoma" w:hAnsi="Tahoma" w:cs="Tahoma"/>
          <w:rtl/>
        </w:rPr>
        <w:t xml:space="preserve"> آمدند و حکومت با استفاده از ارتش و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انتظام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اعتراض‌ها را سرکوب کرد.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دربارهٔ</w:t>
      </w:r>
      <w:r w:rsidRPr="00654494">
        <w:rPr>
          <w:rFonts w:ascii="Tahoma" w:hAnsi="Tahoma" w:cs="Tahoma"/>
          <w:rtl/>
        </w:rPr>
        <w:t xml:space="preserve"> شمار کشته‌شدگان روا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ار</w:t>
      </w:r>
      <w:r w:rsidRPr="00654494">
        <w:rPr>
          <w:rFonts w:ascii="Tahoma" w:hAnsi="Tahoma" w:cs="Tahoma"/>
          <w:rtl/>
        </w:rPr>
        <w:t xml:space="preserve"> متفاوت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پد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آمد، اما اهم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تار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خ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/>
          <w:rtl/>
          <w:lang w:bidi="fa-IR"/>
        </w:rPr>
        <w:t>۱۵</w:t>
      </w:r>
      <w:r w:rsidRPr="00654494">
        <w:rPr>
          <w:rFonts w:ascii="Tahoma" w:hAnsi="Tahoma" w:cs="Tahoma"/>
          <w:rtl/>
        </w:rPr>
        <w:t xml:space="preserve"> خرداد فقط به شمار قربان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وابسته نبود.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نخست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رو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ارو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بزرگ و مستق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م</w:t>
      </w:r>
      <w:r w:rsidRPr="00654494">
        <w:rPr>
          <w:rFonts w:ascii="Tahoma" w:hAnsi="Tahoma" w:cs="Tahoma"/>
          <w:rtl/>
        </w:rPr>
        <w:t xml:space="preserve"> محمدرضاشاه با جنبش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بود که رهبر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آن در دست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قرار داشت.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سکولار و مل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پس از </w:t>
      </w:r>
      <w:r w:rsidRPr="00654494">
        <w:rPr>
          <w:rFonts w:ascii="Tahoma" w:hAnsi="Tahoma" w:cs="Tahoma"/>
          <w:rtl/>
          <w:lang w:bidi="fa-IR"/>
        </w:rPr>
        <w:t>۲۸</w:t>
      </w:r>
      <w:r w:rsidRPr="00654494">
        <w:rPr>
          <w:rFonts w:ascii="Tahoma" w:hAnsi="Tahoma" w:cs="Tahoma"/>
          <w:rtl/>
        </w:rPr>
        <w:t xml:space="preserve"> امرداد سرکو</w:t>
      </w:r>
      <w:r w:rsidRPr="00654494">
        <w:rPr>
          <w:rFonts w:ascii="Tahoma" w:hAnsi="Tahoma" w:cs="Tahoma" w:hint="eastAsia"/>
          <w:rtl/>
        </w:rPr>
        <w:t>ب</w:t>
      </w:r>
      <w:r w:rsidRPr="00654494">
        <w:rPr>
          <w:rFonts w:ascii="Tahoma" w:hAnsi="Tahoma" w:cs="Tahoma"/>
          <w:rtl/>
        </w:rPr>
        <w:t xml:space="preserve"> شده بودند و سازمان‌ها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آنان امکان بس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</w:t>
      </w:r>
      <w:r w:rsidRPr="00654494">
        <w:rPr>
          <w:rFonts w:ascii="Tahoma" w:hAnsi="Tahoma" w:cs="Tahoma"/>
          <w:rtl/>
        </w:rPr>
        <w:t xml:space="preserve"> گسترده نداشتند. خلأ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که با حذف آن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روها</w:t>
      </w:r>
      <w:r w:rsidRPr="00654494">
        <w:rPr>
          <w:rFonts w:ascii="Tahoma" w:hAnsi="Tahoma" w:cs="Tahoma"/>
          <w:rtl/>
        </w:rPr>
        <w:t xml:space="preserve"> پد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آمده بود، اکنون به وس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لهٔ</w:t>
      </w:r>
      <w:r w:rsidRPr="00654494">
        <w:rPr>
          <w:rFonts w:ascii="Tahoma" w:hAnsi="Tahoma" w:cs="Tahoma"/>
          <w:rtl/>
        </w:rPr>
        <w:t xml:space="preserve"> شبکهٔ مسجد، حوزه و بازار پر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سرکوب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/>
          <w:rtl/>
          <w:lang w:bidi="fa-IR"/>
        </w:rPr>
        <w:t>۱۵</w:t>
      </w:r>
      <w:r w:rsidRPr="00654494">
        <w:rPr>
          <w:rFonts w:ascii="Tahoma" w:hAnsi="Tahoma" w:cs="Tahoma"/>
          <w:rtl/>
        </w:rPr>
        <w:t xml:space="preserve"> خرداد ظاهراً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کامل شاه بود. اعتراض‌ها فرونشست، رهبران بازداشت شدند، ارتش وفادار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خود را نشان داد و برنامه‌ها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انقلاب سف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ادامه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</w:t>
      </w:r>
      <w:r w:rsidRPr="00654494">
        <w:rPr>
          <w:rFonts w:ascii="Tahoma" w:hAnsi="Tahoma" w:cs="Tahoma"/>
          <w:rtl/>
        </w:rPr>
        <w:t>.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گر</w:t>
      </w:r>
      <w:r w:rsidRPr="00654494">
        <w:rPr>
          <w:rFonts w:ascii="Tahoma" w:hAnsi="Tahoma" w:cs="Tahoma"/>
          <w:rtl/>
        </w:rPr>
        <w:t xml:space="preserve">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مستقل در برابر شاه وجود نداشت. مجلس توان متوقف‌کردن برنامه‌ها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او را نداشت. نظام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و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وانسالاران</w:t>
      </w:r>
      <w:r w:rsidRPr="00654494">
        <w:rPr>
          <w:rFonts w:ascii="Tahoma" w:hAnsi="Tahoma" w:cs="Tahoma"/>
          <w:rtl/>
        </w:rPr>
        <w:t xml:space="preserve"> 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فرمانش بودند و دولت آمر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از اصلاحات و ثبات حکومت پشت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کرد</w:t>
      </w:r>
      <w:r w:rsidRPr="00654494">
        <w:rPr>
          <w:rFonts w:ascii="Tahoma" w:hAnsi="Tahoma" w:cs="Tahoma"/>
          <w:rtl/>
        </w:rPr>
        <w:t>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در</w:t>
      </w:r>
      <w:r w:rsidRPr="00654494">
        <w:rPr>
          <w:rFonts w:ascii="Tahoma" w:hAnsi="Tahoma" w:cs="Tahoma"/>
          <w:rtl/>
        </w:rPr>
        <w:t xml:space="preserve"> 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نقطه، بازگشت مستبد منور کامل شده بود. محمدرضاشاه ط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ده سال پس از </w:t>
      </w:r>
      <w:r w:rsidRPr="00654494">
        <w:rPr>
          <w:rFonts w:ascii="Tahoma" w:hAnsi="Tahoma" w:cs="Tahoma"/>
          <w:rtl/>
          <w:lang w:bidi="fa-IR"/>
        </w:rPr>
        <w:t>۲۸</w:t>
      </w:r>
      <w:r w:rsidRPr="00654494">
        <w:rPr>
          <w:rFonts w:ascii="Tahoma" w:hAnsi="Tahoma" w:cs="Tahoma"/>
          <w:rtl/>
        </w:rPr>
        <w:t xml:space="preserve"> امرداد، زاهد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کنار زده،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تابع ساخته، مخالفان مل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چپ را سرکوب کرده، ارتش و ساواک را 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فرمان خود گرفته، مجلس را مهار کرده و آخر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نخست‌وز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/>
          <w:rtl/>
        </w:rPr>
        <w:t xml:space="preserve"> مستقل، عل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،</w:t>
      </w:r>
      <w:r w:rsidRPr="00654494">
        <w:rPr>
          <w:rFonts w:ascii="Tahoma" w:hAnsi="Tahoma" w:cs="Tahoma"/>
          <w:rtl/>
        </w:rPr>
        <w:t xml:space="preserve"> را از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دان</w:t>
      </w:r>
      <w:r w:rsidRPr="00654494">
        <w:rPr>
          <w:rFonts w:ascii="Tahoma" w:hAnsi="Tahoma" w:cs="Tahoma"/>
          <w:rtl/>
        </w:rPr>
        <w:t xml:space="preserve">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رون</w:t>
      </w:r>
      <w:r w:rsidRPr="00654494">
        <w:rPr>
          <w:rFonts w:ascii="Tahoma" w:hAnsi="Tahoma" w:cs="Tahoma"/>
          <w:rtl/>
        </w:rPr>
        <w:t xml:space="preserve"> رانده بود. سپس برنامهٔ اصلاحات را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از دولت گرفته و به نام «انقلاب شاه و مردم» به خود نسبت داده بود.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اما</w:t>
      </w:r>
      <w:r w:rsidRPr="00654494">
        <w:rPr>
          <w:rFonts w:ascii="Tahoma" w:hAnsi="Tahoma" w:cs="Tahoma"/>
          <w:rtl/>
        </w:rPr>
        <w:t xml:space="preserve"> پ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او تناقض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را در دل خود پرورش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داد</w:t>
      </w:r>
      <w:r w:rsidRPr="00654494">
        <w:rPr>
          <w:rFonts w:ascii="Tahoma" w:hAnsi="Tahoma" w:cs="Tahoma"/>
          <w:rtl/>
        </w:rPr>
        <w:t>. شاه توانسته بود همهٔ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روها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مستقل سکولار و دموکرات را از صحنه خارج کند، ول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نتوانسته بود شبکهٔ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را از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ببرد. حزب‌ها را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شد</w:t>
      </w:r>
      <w:r w:rsidRPr="00654494">
        <w:rPr>
          <w:rFonts w:ascii="Tahoma" w:hAnsi="Tahoma" w:cs="Tahoma"/>
          <w:rtl/>
        </w:rPr>
        <w:t xml:space="preserve"> تعط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کرد، روزنامه‌ها را بست و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است‌مداران</w:t>
      </w:r>
      <w:r w:rsidRPr="00654494">
        <w:rPr>
          <w:rFonts w:ascii="Tahoma" w:hAnsi="Tahoma" w:cs="Tahoma"/>
          <w:rtl/>
        </w:rPr>
        <w:t xml:space="preserve"> را زندان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</w:t>
      </w:r>
      <w:r w:rsidRPr="00654494">
        <w:rPr>
          <w:rFonts w:ascii="Tahoma" w:hAnsi="Tahoma" w:cs="Tahoma"/>
          <w:rtl/>
        </w:rPr>
        <w:t xml:space="preserve"> خانه‌نش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ساخ</w:t>
      </w:r>
      <w:r w:rsidRPr="00654494">
        <w:rPr>
          <w:rFonts w:ascii="Tahoma" w:hAnsi="Tahoma" w:cs="Tahoma" w:hint="eastAsia"/>
          <w:rtl/>
        </w:rPr>
        <w:t>ت؛</w:t>
      </w:r>
      <w:r w:rsidRPr="00654494">
        <w:rPr>
          <w:rFonts w:ascii="Tahoma" w:hAnsi="Tahoma" w:cs="Tahoma"/>
          <w:rtl/>
        </w:rPr>
        <w:t xml:space="preserve"> اما مسجد، حوزه، منبر، مراسم مذهب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بازار در سراسر کشور باق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ماندند</w:t>
      </w:r>
      <w:r w:rsidRPr="00654494">
        <w:rPr>
          <w:rFonts w:ascii="Tahoma" w:hAnsi="Tahoma" w:cs="Tahoma"/>
          <w:rtl/>
        </w:rPr>
        <w:t>.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از شبکه‌ا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برخوردار بودند که حکومت نه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کاملاً آن را تعط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کند و نه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به‌آسان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جا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گز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آن بسازد.</w:t>
      </w:r>
    </w:p>
    <w:p w:rsidR="00654494" w:rsidRPr="00654494" w:rsidRDefault="00654494" w:rsidP="00654494">
      <w:pPr>
        <w:bidi/>
        <w:spacing w:after="0" w:line="360" w:lineRule="auto"/>
        <w:ind w:firstLine="720"/>
        <w:rPr>
          <w:rFonts w:ascii="Tahoma" w:hAnsi="Tahoma" w:cs="Tahoma"/>
        </w:rPr>
      </w:pPr>
      <w:r w:rsidRPr="00654494">
        <w:rPr>
          <w:rFonts w:ascii="Tahoma" w:hAnsi="Tahoma" w:cs="Tahoma" w:hint="eastAsia"/>
          <w:rtl/>
        </w:rPr>
        <w:t>رضاشاه</w:t>
      </w:r>
      <w:r w:rsidRPr="00654494">
        <w:rPr>
          <w:rFonts w:ascii="Tahoma" w:hAnsi="Tahoma" w:cs="Tahoma"/>
          <w:rtl/>
        </w:rPr>
        <w:t xml:space="preserve"> توانسته بود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را عقب براند، اما نتوانسته بود آنان را نابود کند. محمدرضاشاه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ز</w:t>
      </w:r>
      <w:r w:rsidRPr="00654494">
        <w:rPr>
          <w:rFonts w:ascii="Tahoma" w:hAnsi="Tahoma" w:cs="Tahoma"/>
          <w:rtl/>
        </w:rPr>
        <w:t xml:space="preserve"> پس از </w:t>
      </w:r>
      <w:r w:rsidRPr="00654494">
        <w:rPr>
          <w:rFonts w:ascii="Tahoma" w:hAnsi="Tahoma" w:cs="Tahoma"/>
          <w:rtl/>
          <w:lang w:bidi="fa-IR"/>
        </w:rPr>
        <w:t>۱۵</w:t>
      </w:r>
      <w:r w:rsidRPr="00654494">
        <w:rPr>
          <w:rFonts w:ascii="Tahoma" w:hAnsi="Tahoma" w:cs="Tahoma"/>
          <w:rtl/>
        </w:rPr>
        <w:t xml:space="preserve"> خرداد آنان را شکست داد، ول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همان سرکوب، رهبر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تازه‌ا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شان</w:t>
      </w:r>
      <w:r w:rsidRPr="00654494">
        <w:rPr>
          <w:rFonts w:ascii="Tahoma" w:hAnsi="Tahoma" w:cs="Tahoma"/>
          <w:rtl/>
        </w:rPr>
        <w:t xml:space="preserve"> پد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</w:t>
      </w:r>
      <w:r w:rsidRPr="00654494">
        <w:rPr>
          <w:rFonts w:ascii="Tahoma" w:hAnsi="Tahoma" w:cs="Tahoma"/>
          <w:rtl/>
        </w:rPr>
        <w:t xml:space="preserve"> آورد. خم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از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چند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</w:t>
      </w:r>
      <w:r w:rsidRPr="00654494">
        <w:rPr>
          <w:rFonts w:ascii="Tahoma" w:hAnsi="Tahoma" w:cs="Tahoma"/>
          <w:rtl/>
        </w:rPr>
        <w:t xml:space="preserve"> مرجع و مدرس حوزه به چهره‌ا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تبد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</w:t>
      </w:r>
      <w:r w:rsidRPr="00654494">
        <w:rPr>
          <w:rFonts w:ascii="Tahoma" w:hAnsi="Tahoma" w:cs="Tahoma"/>
          <w:rtl/>
        </w:rPr>
        <w:t xml:space="preserve"> شد که 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توانست</w:t>
      </w:r>
      <w:r w:rsidRPr="00654494">
        <w:rPr>
          <w:rFonts w:ascii="Tahoma" w:hAnsi="Tahoma" w:cs="Tahoma"/>
          <w:rtl/>
        </w:rPr>
        <w:t xml:space="preserve"> مخالف</w:t>
      </w:r>
      <w:r w:rsidRPr="00654494">
        <w:rPr>
          <w:rFonts w:ascii="Tahoma" w:hAnsi="Tahoma" w:cs="Tahoma" w:hint="eastAsia"/>
          <w:rtl/>
        </w:rPr>
        <w:t>ت</w:t>
      </w:r>
      <w:r w:rsidRPr="00654494">
        <w:rPr>
          <w:rFonts w:ascii="Tahoma" w:hAnsi="Tahoma" w:cs="Tahoma"/>
          <w:rtl/>
        </w:rPr>
        <w:t xml:space="preserve"> با شاه، آمر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کا،</w:t>
      </w:r>
      <w:r w:rsidRPr="00654494">
        <w:rPr>
          <w:rFonts w:ascii="Tahoma" w:hAnsi="Tahoma" w:cs="Tahoma"/>
          <w:rtl/>
        </w:rPr>
        <w:t xml:space="preserve"> اسرائ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ل،</w:t>
      </w:r>
      <w:r w:rsidRPr="00654494">
        <w:rPr>
          <w:rFonts w:ascii="Tahoma" w:hAnsi="Tahoma" w:cs="Tahoma"/>
          <w:rtl/>
        </w:rPr>
        <w:t xml:space="preserve"> اصلاحات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گسترش حکومت سکولار را در 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ک</w:t>
      </w:r>
      <w:r w:rsidRPr="00654494">
        <w:rPr>
          <w:rFonts w:ascii="Tahoma" w:hAnsi="Tahoma" w:cs="Tahoma"/>
          <w:rtl/>
        </w:rPr>
        <w:t xml:space="preserve"> زبان مذهب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واحد گرد آورد.</w:t>
      </w:r>
    </w:p>
    <w:p w:rsidR="003D0FB8" w:rsidRDefault="00654494" w:rsidP="00654494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654494">
        <w:rPr>
          <w:rFonts w:ascii="Tahoma" w:hAnsi="Tahoma" w:cs="Tahoma" w:hint="eastAsia"/>
          <w:rtl/>
        </w:rPr>
        <w:t>ازا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ن‌رو،</w:t>
      </w:r>
      <w:r w:rsidRPr="00654494">
        <w:rPr>
          <w:rFonts w:ascii="Tahoma" w:hAnsi="Tahoma" w:cs="Tahoma"/>
          <w:rtl/>
        </w:rPr>
        <w:t xml:space="preserve"> </w:t>
      </w:r>
      <w:r w:rsidRPr="00654494">
        <w:rPr>
          <w:rFonts w:ascii="Tahoma" w:hAnsi="Tahoma" w:cs="Tahoma"/>
          <w:rtl/>
          <w:lang w:bidi="fa-IR"/>
        </w:rPr>
        <w:t>۱۵</w:t>
      </w:r>
      <w:r w:rsidRPr="00654494">
        <w:rPr>
          <w:rFonts w:ascii="Tahoma" w:hAnsi="Tahoma" w:cs="Tahoma"/>
          <w:rtl/>
        </w:rPr>
        <w:t xml:space="preserve"> خرداد فقط پا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ان</w:t>
      </w:r>
      <w:r w:rsidRPr="00654494">
        <w:rPr>
          <w:rFonts w:ascii="Tahoma" w:hAnsi="Tahoma" w:cs="Tahoma"/>
          <w:rtl/>
        </w:rPr>
        <w:t xml:space="preserve"> بازگشت تدر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ج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مستبد منور نبود؛ آغاز شکل‌گ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</w:t>
      </w:r>
      <w:r w:rsidRPr="00654494">
        <w:rPr>
          <w:rFonts w:ascii="Tahoma" w:hAnsi="Tahoma" w:cs="Tahoma" w:hint="cs"/>
          <w:rtl/>
        </w:rPr>
        <w:t>یی</w:t>
      </w:r>
      <w:r w:rsidRPr="00654494">
        <w:rPr>
          <w:rFonts w:ascii="Tahoma" w:hAnsi="Tahoma" w:cs="Tahoma"/>
          <w:rtl/>
        </w:rPr>
        <w:t xml:space="preserve"> بود که شانزده سال بعد او را از قدرت 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رون</w:t>
      </w:r>
      <w:r w:rsidRPr="00654494">
        <w:rPr>
          <w:rFonts w:ascii="Tahoma" w:hAnsi="Tahoma" w:cs="Tahoma"/>
          <w:rtl/>
        </w:rPr>
        <w:t xml:space="preserve"> راند. شاه همهٔ رق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بان</w:t>
      </w:r>
      <w:r w:rsidRPr="00654494">
        <w:rPr>
          <w:rFonts w:ascii="Tahoma" w:hAnsi="Tahoma" w:cs="Tahoma"/>
          <w:rtl/>
        </w:rPr>
        <w:t xml:space="preserve"> سازمان‌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افتهٔ</w:t>
      </w:r>
      <w:r w:rsidRPr="00654494">
        <w:rPr>
          <w:rFonts w:ascii="Tahoma" w:hAnsi="Tahoma" w:cs="Tahoma"/>
          <w:rtl/>
        </w:rPr>
        <w:t xml:space="preserve"> خود را شکست داده بود، اما با حذف آنان م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دان</w:t>
      </w:r>
      <w:r w:rsidRPr="00654494">
        <w:rPr>
          <w:rFonts w:ascii="Tahoma" w:hAnsi="Tahoma" w:cs="Tahoma"/>
          <w:rtl/>
        </w:rPr>
        <w:t xml:space="preserve"> را برا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ب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باق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گذاشت که از درون همان مشروطهٔ مشرو</w:t>
      </w:r>
      <w:r w:rsidRPr="00654494">
        <w:rPr>
          <w:rFonts w:ascii="Tahoma" w:hAnsi="Tahoma" w:cs="Tahoma" w:hint="eastAsia"/>
          <w:rtl/>
        </w:rPr>
        <w:t>عه،</w:t>
      </w:r>
      <w:r w:rsidRPr="00654494">
        <w:rPr>
          <w:rFonts w:ascii="Tahoma" w:hAnsi="Tahoma" w:cs="Tahoma"/>
          <w:rtl/>
        </w:rPr>
        <w:t xml:space="preserve"> از جا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گاه</w:t>
      </w:r>
      <w:r w:rsidRPr="00654494">
        <w:rPr>
          <w:rFonts w:ascii="Tahoma" w:hAnsi="Tahoma" w:cs="Tahoma"/>
          <w:rtl/>
        </w:rPr>
        <w:t xml:space="preserve"> قانون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و اجتماع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د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نکاران</w:t>
      </w:r>
      <w:r w:rsidRPr="00654494">
        <w:rPr>
          <w:rFonts w:ascii="Tahoma" w:hAnsi="Tahoma" w:cs="Tahoma"/>
          <w:rtl/>
        </w:rPr>
        <w:t xml:space="preserve"> و از شبکه‌ا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ر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شه‌دارتر</w:t>
      </w:r>
      <w:r w:rsidRPr="00654494">
        <w:rPr>
          <w:rFonts w:ascii="Tahoma" w:hAnsi="Tahoma" w:cs="Tahoma"/>
          <w:rtl/>
        </w:rPr>
        <w:t xml:space="preserve"> از همهٔ احزاب 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 w:hint="eastAsia"/>
          <w:rtl/>
        </w:rPr>
        <w:t>اس</w:t>
      </w:r>
      <w:r w:rsidRPr="00654494">
        <w:rPr>
          <w:rFonts w:ascii="Tahoma" w:hAnsi="Tahoma" w:cs="Tahoma" w:hint="cs"/>
          <w:rtl/>
        </w:rPr>
        <w:t>ی</w:t>
      </w:r>
      <w:r w:rsidRPr="00654494">
        <w:rPr>
          <w:rFonts w:ascii="Tahoma" w:hAnsi="Tahoma" w:cs="Tahoma"/>
          <w:rtl/>
        </w:rPr>
        <w:t xml:space="preserve"> برم</w:t>
      </w:r>
      <w:r w:rsidRPr="00654494">
        <w:rPr>
          <w:rFonts w:ascii="Tahoma" w:hAnsi="Tahoma" w:cs="Tahoma" w:hint="cs"/>
          <w:rtl/>
        </w:rPr>
        <w:t>ی‌</w:t>
      </w:r>
      <w:r w:rsidRPr="00654494">
        <w:rPr>
          <w:rFonts w:ascii="Tahoma" w:hAnsi="Tahoma" w:cs="Tahoma" w:hint="eastAsia"/>
          <w:rtl/>
        </w:rPr>
        <w:t>آمد</w:t>
      </w:r>
      <w:r w:rsidRPr="00654494">
        <w:rPr>
          <w:rFonts w:ascii="Tahoma" w:hAnsi="Tahoma" w:cs="Tahoma"/>
          <w:rtl/>
        </w:rPr>
        <w:t>.</w:t>
      </w:r>
    </w:p>
    <w:p w:rsidR="00654494" w:rsidRDefault="00654494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654494" w:rsidRPr="00392B22" w:rsidRDefault="00654494" w:rsidP="00392B22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7" w:name="Vol1Chapter05"/>
      <w:bookmarkEnd w:id="7"/>
      <w:r w:rsidRPr="00392B22">
        <w:rPr>
          <w:rFonts w:asciiTheme="majorBidi" w:hAnsiTheme="majorBidi" w:cstheme="majorBidi"/>
          <w:b/>
          <w:bCs/>
          <w:sz w:val="36"/>
          <w:szCs w:val="36"/>
          <w:rtl/>
        </w:rPr>
        <w:t>فصل پنجم</w:t>
      </w:r>
    </w:p>
    <w:p w:rsidR="00392B22" w:rsidRPr="00392B22" w:rsidRDefault="00392B22" w:rsidP="00392B22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92B22">
        <w:rPr>
          <w:rFonts w:asciiTheme="majorBidi" w:hAnsiTheme="majorBidi" w:cstheme="majorBidi"/>
          <w:b/>
          <w:bCs/>
          <w:sz w:val="36"/>
          <w:szCs w:val="36"/>
          <w:rtl/>
        </w:rPr>
        <w:t>مستبد منور در اوج قدرت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/>
          <w:rtl/>
        </w:rPr>
        <w:t xml:space="preserve">سرکوب </w:t>
      </w:r>
      <w:r w:rsidRPr="00392B22">
        <w:rPr>
          <w:rFonts w:ascii="Tahoma" w:hAnsi="Tahoma" w:cs="Tahoma"/>
          <w:rtl/>
          <w:lang w:bidi="fa-IR"/>
        </w:rPr>
        <w:t>۱۵</w:t>
      </w:r>
      <w:r w:rsidRPr="00392B22">
        <w:rPr>
          <w:rFonts w:ascii="Tahoma" w:hAnsi="Tahoma" w:cs="Tahoma"/>
          <w:rtl/>
        </w:rPr>
        <w:t xml:space="preserve"> خرداد </w:t>
      </w:r>
      <w:r w:rsidRPr="00392B22">
        <w:rPr>
          <w:rFonts w:ascii="Tahoma" w:hAnsi="Tahoma" w:cs="Tahoma"/>
          <w:rtl/>
          <w:lang w:bidi="fa-IR"/>
        </w:rPr>
        <w:t>۱۳۴۲</w:t>
      </w:r>
      <w:r w:rsidRPr="00392B22">
        <w:rPr>
          <w:rFonts w:ascii="Tahoma" w:hAnsi="Tahoma" w:cs="Tahoma"/>
          <w:rtl/>
        </w:rPr>
        <w:t xml:space="preserve"> مرحلهٔ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پادشاه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محمدرضاشاه گشود. او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پادشاه جوان و کم‌قدرت شهر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/>
          <w:rtl/>
          <w:lang w:bidi="fa-IR"/>
        </w:rPr>
        <w:t>۱۳۲۰</w:t>
      </w:r>
      <w:r w:rsidRPr="00392B22">
        <w:rPr>
          <w:rFonts w:ascii="Tahoma" w:hAnsi="Tahoma" w:cs="Tahoma"/>
          <w:rtl/>
        </w:rPr>
        <w:t xml:space="preserve"> نبود، با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مستقل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چون قوام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مصدق روبه‌رو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و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اصلاحات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به عل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نداشت. ارتش، ساواک،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ئت</w:t>
      </w:r>
      <w:r w:rsidRPr="00392B22">
        <w:rPr>
          <w:rFonts w:ascii="Tahoma" w:hAnsi="Tahoma" w:cs="Tahoma"/>
          <w:rtl/>
        </w:rPr>
        <w:t xml:space="preserve"> 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فرمان</w:t>
      </w:r>
      <w:r w:rsidRPr="00392B22">
        <w:rPr>
          <w:rFonts w:ascii="Tahoma" w:hAnsi="Tahoma" w:cs="Tahoma"/>
          <w:rtl/>
        </w:rPr>
        <w:t xml:space="preserve"> او قرار گرفته بودند؛ مجلس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در برابر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مانع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جاد</w:t>
      </w:r>
      <w:r w:rsidRPr="00392B22">
        <w:rPr>
          <w:rFonts w:ascii="Tahoma" w:hAnsi="Tahoma" w:cs="Tahoma"/>
          <w:rtl/>
        </w:rPr>
        <w:t xml:space="preserve"> کند و احزاب موجود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از بالا ساخته شده و به حکومت وابسته بودند.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نقطه، بازگشت 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مستبد منور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افته</w:t>
      </w:r>
      <w:r w:rsidRPr="00392B22">
        <w:rPr>
          <w:rFonts w:ascii="Tahoma" w:hAnsi="Tahoma" w:cs="Tahoma"/>
          <w:rtl/>
        </w:rPr>
        <w:t xml:space="preserve"> بود و دوران استقرار او آغاز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شاه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فقط از وضع موجود دفاع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خود را رهبر انقلاب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 xml:space="preserve"> که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جامعهٔ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از بالا دگرگون سازد. او معتقد بود جامعه هنوز از رشد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لازم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انتخاب مس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>ر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</w:t>
      </w:r>
      <w:r w:rsidRPr="00392B22">
        <w:rPr>
          <w:rFonts w:ascii="Tahoma" w:hAnsi="Tahoma" w:cs="Tahoma"/>
          <w:rtl/>
        </w:rPr>
        <w:t xml:space="preserve"> برخوردار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</w:t>
      </w:r>
      <w:r w:rsidRPr="00392B22">
        <w:rPr>
          <w:rFonts w:ascii="Tahoma" w:hAnsi="Tahoma" w:cs="Tahoma"/>
          <w:rtl/>
        </w:rPr>
        <w:t xml:space="preserve"> و پادشاه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د،</w:t>
      </w:r>
      <w:r w:rsidRPr="00392B22">
        <w:rPr>
          <w:rFonts w:ascii="Tahoma" w:hAnsi="Tahoma" w:cs="Tahoma"/>
          <w:rtl/>
        </w:rPr>
        <w:t xml:space="preserve"> با اتکا به دانش کارشناسان و قدرت حکومت، کشور را به سو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تمدن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هدا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همان بن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اد</w:t>
      </w:r>
      <w:r w:rsidRPr="00392B22">
        <w:rPr>
          <w:rFonts w:ascii="Tahoma" w:hAnsi="Tahoma" w:cs="Tahoma"/>
          <w:rtl/>
        </w:rPr>
        <w:t xml:space="preserve"> نظر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مستبد منور بود: تمرکز قدرت نه به‌عنوان هدف، بلکه به نام نوساز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</w:t>
      </w:r>
      <w:r w:rsidRPr="00392B22">
        <w:rPr>
          <w:rFonts w:ascii="Tahoma" w:hAnsi="Tahoma" w:cs="Tahoma"/>
          <w:rtl/>
        </w:rPr>
        <w:t xml:space="preserve"> توج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آزاد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به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</w:t>
      </w:r>
      <w:r w:rsidRPr="00392B22">
        <w:rPr>
          <w:rFonts w:ascii="Tahoma" w:hAnsi="Tahoma" w:cs="Tahoma"/>
          <w:rtl/>
        </w:rPr>
        <w:t xml:space="preserve"> موکول شود،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/>
          <w:rtl/>
        </w:rPr>
        <w:t xml:space="preserve"> کشور ابتدا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از فقر،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سواد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بزرگ‌مالک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عقب‌ماندگ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رها گردد. هنگام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طبقهٔ متوسط گسترش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افت،</w:t>
      </w:r>
      <w:r w:rsidRPr="00392B22">
        <w:rPr>
          <w:rFonts w:ascii="Tahoma" w:hAnsi="Tahoma" w:cs="Tahoma"/>
          <w:rtl/>
        </w:rPr>
        <w:t xml:space="preserve"> آموزش همگان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شد و اقتصاد توسعه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کرد، 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جامعه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مشارکت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آماده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اما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زمان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سازوکار مع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</w:t>
      </w:r>
      <w:r w:rsidRPr="00392B22">
        <w:rPr>
          <w:rFonts w:ascii="Tahoma" w:hAnsi="Tahoma" w:cs="Tahoma"/>
          <w:rtl/>
        </w:rPr>
        <w:t xml:space="preserve"> آن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</w:t>
      </w:r>
      <w:r w:rsidRPr="00392B22">
        <w:rPr>
          <w:rFonts w:ascii="Tahoma" w:hAnsi="Tahoma" w:cs="Tahoma"/>
          <w:rtl/>
        </w:rPr>
        <w:t xml:space="preserve">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نشده بود.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مستبد</w:t>
      </w:r>
      <w:r w:rsidRPr="00392B22">
        <w:rPr>
          <w:rFonts w:ascii="Tahoma" w:hAnsi="Tahoma" w:cs="Tahoma"/>
          <w:rtl/>
        </w:rPr>
        <w:t xml:space="preserve"> منور خود را از جامعه جلوتر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</w:t>
      </w:r>
      <w:r w:rsidRPr="00392B22">
        <w:rPr>
          <w:rFonts w:ascii="Tahoma" w:hAnsi="Tahoma" w:cs="Tahoma"/>
          <w:rtl/>
        </w:rPr>
        <w:t xml:space="preserve">. او مخالفت را فقط مخالفت با شخص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حکومتش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داند؛</w:t>
      </w:r>
      <w:r w:rsidRPr="00392B22">
        <w:rPr>
          <w:rFonts w:ascii="Tahoma" w:hAnsi="Tahoma" w:cs="Tahoma"/>
          <w:rtl/>
        </w:rPr>
        <w:t xml:space="preserve"> آن را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ستادگ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برابر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</w:t>
      </w:r>
      <w:r w:rsidRPr="00392B22">
        <w:rPr>
          <w:rFonts w:ascii="Tahoma" w:hAnsi="Tahoma" w:cs="Tahoma"/>
          <w:rtl/>
        </w:rPr>
        <w:t xml:space="preserve"> تلق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کند</w:t>
      </w:r>
      <w:r w:rsidRPr="00392B22">
        <w:rPr>
          <w:rFonts w:ascii="Tahoma" w:hAnsi="Tahoma" w:cs="Tahoma"/>
          <w:rtl/>
        </w:rPr>
        <w:t>. مخالف اصلاحات ارض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مدافع بزرگ‌مالک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معرف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شود؛</w:t>
      </w:r>
      <w:r w:rsidRPr="00392B22">
        <w:rPr>
          <w:rFonts w:ascii="Tahoma" w:hAnsi="Tahoma" w:cs="Tahoma"/>
          <w:rtl/>
        </w:rPr>
        <w:t xml:space="preserve"> مخالف حق رأ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زنان، دشمن برابر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است؛ منتقد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مانع ت</w:t>
      </w:r>
      <w:r w:rsidRPr="00392B22">
        <w:rPr>
          <w:rFonts w:ascii="Tahoma" w:hAnsi="Tahoma" w:cs="Tahoma" w:hint="eastAsia"/>
          <w:rtl/>
        </w:rPr>
        <w:t>وسعه</w:t>
      </w:r>
      <w:r w:rsidRPr="00392B22">
        <w:rPr>
          <w:rFonts w:ascii="Tahoma" w:hAnsi="Tahoma" w:cs="Tahoma"/>
          <w:rtl/>
        </w:rPr>
        <w:t xml:space="preserve"> به شمار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رود؛</w:t>
      </w:r>
      <w:r w:rsidRPr="00392B22">
        <w:rPr>
          <w:rFonts w:ascii="Tahoma" w:hAnsi="Tahoma" w:cs="Tahoma"/>
          <w:rtl/>
        </w:rPr>
        <w:t xml:space="preserve"> و مخالف تمرکز قدرت، متهم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شود</w:t>
      </w:r>
      <w:r w:rsidRPr="00392B22">
        <w:rPr>
          <w:rFonts w:ascii="Tahoma" w:hAnsi="Tahoma" w:cs="Tahoma"/>
          <w:rtl/>
        </w:rPr>
        <w:t xml:space="preserve"> که کشور را به آشفتگ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سال‌ها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مشروطهٔ مشروعه بازم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گرداند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تصور، 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حق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قت</w:t>
      </w:r>
      <w:r w:rsidRPr="00392B22">
        <w:rPr>
          <w:rFonts w:ascii="Tahoma" w:hAnsi="Tahoma" w:cs="Tahoma"/>
          <w:rtl/>
        </w:rPr>
        <w:t xml:space="preserve"> را با خود داشت.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اصلاحات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شاه دنبال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ضرور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بودند. جامعهٔ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شه</w:t>
      </w:r>
      <w:r w:rsidRPr="00392B22">
        <w:rPr>
          <w:rFonts w:ascii="Tahoma" w:hAnsi="Tahoma" w:cs="Tahoma"/>
          <w:rtl/>
        </w:rPr>
        <w:t xml:space="preserve"> با نظام بزرگ‌مالک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سواد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گسترده، محروم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زنان، دادگستر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ضع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ف</w:t>
      </w:r>
      <w:r w:rsidRPr="00392B22">
        <w:rPr>
          <w:rFonts w:ascii="Tahoma" w:hAnsi="Tahoma" w:cs="Tahoma"/>
          <w:rtl/>
        </w:rPr>
        <w:t xml:space="preserve"> و اقتصاد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ادامه دهد. مقاومت 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و مالکان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وا</w:t>
      </w:r>
      <w:r w:rsidRPr="00392B22">
        <w:rPr>
          <w:rFonts w:ascii="Tahoma" w:hAnsi="Tahoma" w:cs="Tahoma" w:hint="eastAsia"/>
          <w:rtl/>
        </w:rPr>
        <w:t>قعاً</w:t>
      </w:r>
      <w:r w:rsidRPr="00392B22">
        <w:rPr>
          <w:rFonts w:ascii="Tahoma" w:hAnsi="Tahoma" w:cs="Tahoma"/>
          <w:rtl/>
        </w:rPr>
        <w:t xml:space="preserve"> از منافع و امت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سرچشمه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 xml:space="preserve"> که اصلاحات آنها را تهد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ضرورت اصلاحات، ضرورت استبداد را اثبات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مسئله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نبود که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اصلاح شود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نه؛ مسئله آن بود که چه 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دربارهٔ چگونگ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اصلاح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رد،</w:t>
      </w:r>
      <w:r w:rsidRPr="00392B22">
        <w:rPr>
          <w:rFonts w:ascii="Tahoma" w:hAnsi="Tahoma" w:cs="Tahoma"/>
          <w:rtl/>
        </w:rPr>
        <w:t xml:space="preserve"> چه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خطاها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برنامه را تصح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ح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کند</w:t>
      </w:r>
      <w:r w:rsidRPr="00392B22">
        <w:rPr>
          <w:rFonts w:ascii="Tahoma" w:hAnsi="Tahoma" w:cs="Tahoma"/>
          <w:rtl/>
        </w:rPr>
        <w:t xml:space="preserve"> و چه 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مسئول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امدها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ش‌ب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نشدهٔ</w:t>
      </w:r>
      <w:r w:rsidRPr="00392B22">
        <w:rPr>
          <w:rFonts w:ascii="Tahoma" w:hAnsi="Tahoma" w:cs="Tahoma"/>
          <w:rtl/>
        </w:rPr>
        <w:t xml:space="preserve"> آن است. هنگام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همهٔ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/>
          <w:rtl/>
        </w:rPr>
        <w:t xml:space="preserve"> به شاه منته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</w:t>
      </w:r>
      <w:r w:rsidRPr="00392B22">
        <w:rPr>
          <w:rFonts w:ascii="Tahoma" w:hAnsi="Tahoma" w:cs="Tahoma"/>
          <w:rtl/>
        </w:rPr>
        <w:t xml:space="preserve"> و مخالفت سازمان‌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افته</w:t>
      </w:r>
      <w:r w:rsidRPr="00392B22">
        <w:rPr>
          <w:rFonts w:ascii="Tahoma" w:hAnsi="Tahoma" w:cs="Tahoma"/>
          <w:rtl/>
        </w:rPr>
        <w:t xml:space="preserve"> امکان ظهور نداشت،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اصلاحات ضرور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از نقد، اصلاح و نظارت محروم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ماندند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پس</w:t>
      </w:r>
      <w:r w:rsidRPr="00392B22">
        <w:rPr>
          <w:rFonts w:ascii="Tahoma" w:hAnsi="Tahoma" w:cs="Tahoma"/>
          <w:rtl/>
        </w:rPr>
        <w:t xml:space="preserve"> از </w:t>
      </w:r>
      <w:r w:rsidRPr="00392B22">
        <w:rPr>
          <w:rFonts w:ascii="Tahoma" w:hAnsi="Tahoma" w:cs="Tahoma"/>
          <w:rtl/>
          <w:lang w:bidi="fa-IR"/>
        </w:rPr>
        <w:t>۱۵</w:t>
      </w:r>
      <w:r w:rsidRPr="00392B22">
        <w:rPr>
          <w:rFonts w:ascii="Tahoma" w:hAnsi="Tahoma" w:cs="Tahoma"/>
          <w:rtl/>
        </w:rPr>
        <w:t xml:space="preserve"> خرداد، حکومت 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هم‌زمان دو برنامه را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ببرد: از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سو، سرکوب مخالفان و جلوگ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هر مرکز مستقل قدرت؛ و از سو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گر،</w:t>
      </w:r>
      <w:r w:rsidRPr="00392B22">
        <w:rPr>
          <w:rFonts w:ascii="Tahoma" w:hAnsi="Tahoma" w:cs="Tahoma"/>
          <w:rtl/>
        </w:rPr>
        <w:t xml:space="preserve"> گسترش اصلاحات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>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دو برنامه ظاهراً متضاد نبودند. شاه باور داشت فقط حکومت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رومند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تواند</w:t>
      </w:r>
      <w:r w:rsidRPr="00392B22">
        <w:rPr>
          <w:rFonts w:ascii="Tahoma" w:hAnsi="Tahoma" w:cs="Tahoma"/>
          <w:rtl/>
        </w:rPr>
        <w:t xml:space="preserve"> جامعه‌ا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دگرگون کند. اما در عمل، هرچه نوساز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جامعه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آورد،</w:t>
      </w:r>
      <w:r w:rsidRPr="00392B22">
        <w:rPr>
          <w:rFonts w:ascii="Tahoma" w:hAnsi="Tahoma" w:cs="Tahoma"/>
          <w:rtl/>
        </w:rPr>
        <w:t xml:space="preserve"> حکومت از مشارکت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همان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/>
          <w:rtl/>
        </w:rPr>
        <w:t xml:space="preserve"> جلوگ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نخست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مسئله، سرنوشت رهبر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اعتراض‌ها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/>
          <w:rtl/>
          <w:lang w:bidi="fa-IR"/>
        </w:rPr>
        <w:t>۱۵</w:t>
      </w:r>
      <w:r w:rsidRPr="00392B22">
        <w:rPr>
          <w:rFonts w:ascii="Tahoma" w:hAnsi="Tahoma" w:cs="Tahoma"/>
          <w:rtl/>
        </w:rPr>
        <w:t xml:space="preserve"> خرداد بود.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پس از مدت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آزاد شد، اما مخالفت خود را کنار نگذاشت. در سال </w:t>
      </w:r>
      <w:r w:rsidRPr="00392B22">
        <w:rPr>
          <w:rFonts w:ascii="Tahoma" w:hAnsi="Tahoma" w:cs="Tahoma"/>
          <w:rtl/>
          <w:lang w:bidi="fa-IR"/>
        </w:rPr>
        <w:t>۱۳۴۳</w:t>
      </w:r>
      <w:r w:rsidRPr="00392B22">
        <w:rPr>
          <w:rFonts w:ascii="Tahoma" w:hAnsi="Tahoma" w:cs="Tahoma"/>
          <w:rtl/>
        </w:rPr>
        <w:t>، تصو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دربارهٔ مصون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قضا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مستشاران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و خانواده‌ها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آنان فرصت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حمله به حکومت در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او گذاشت. مخ</w:t>
      </w:r>
      <w:r w:rsidRPr="00392B22">
        <w:rPr>
          <w:rFonts w:ascii="Tahoma" w:hAnsi="Tahoma" w:cs="Tahoma" w:hint="eastAsia"/>
          <w:rtl/>
        </w:rPr>
        <w:t>الفان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قانون آن را «کاپ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تولاس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ون»</w:t>
      </w:r>
      <w:r w:rsidRPr="00392B22">
        <w:rPr>
          <w:rFonts w:ascii="Tahoma" w:hAnsi="Tahoma" w:cs="Tahoma"/>
          <w:rtl/>
        </w:rPr>
        <w:t xml:space="preserve"> نام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دند</w:t>
      </w:r>
      <w:r w:rsidRPr="00392B22">
        <w:rPr>
          <w:rFonts w:ascii="Tahoma" w:hAnsi="Tahoma" w:cs="Tahoma"/>
          <w:rtl/>
        </w:rPr>
        <w:t xml:space="preserve"> و نشانهٔ وابستگ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به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دانستند.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حکومت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استدلال کند که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مصون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ترت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بات</w:t>
      </w:r>
      <w:r w:rsidRPr="00392B22">
        <w:rPr>
          <w:rFonts w:ascii="Tahoma" w:hAnsi="Tahoma" w:cs="Tahoma"/>
          <w:rtl/>
        </w:rPr>
        <w:t xml:space="preserve"> همکار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و مشابه امت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است که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کارکنان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کشورها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در نظر گرفته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شود</w:t>
      </w:r>
      <w:r w:rsidRPr="00392B22">
        <w:rPr>
          <w:rFonts w:ascii="Tahoma" w:hAnsi="Tahoma" w:cs="Tahoma"/>
          <w:rtl/>
        </w:rPr>
        <w:t>. اما در جامعه‌ا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خاطرهٔ امت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ازات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قراردادها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تحم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دخالت دولت‌ها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گانه</w:t>
      </w:r>
      <w:r w:rsidRPr="00392B22">
        <w:rPr>
          <w:rFonts w:ascii="Tahoma" w:hAnsi="Tahoma" w:cs="Tahoma"/>
          <w:rtl/>
        </w:rPr>
        <w:t xml:space="preserve"> را در خود داشت، مصون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مستشاران معنا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فراتر از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ترت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/>
          <w:rtl/>
        </w:rPr>
        <w:t xml:space="preserve"> حقوق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مخالفان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پرس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دند</w:t>
      </w:r>
      <w:r w:rsidRPr="00392B22">
        <w:rPr>
          <w:rFonts w:ascii="Tahoma" w:hAnsi="Tahoma" w:cs="Tahoma"/>
          <w:rtl/>
        </w:rPr>
        <w:t xml:space="preserve"> چگونه حکومت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از استقلال و عظمت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سخن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د،</w:t>
      </w:r>
      <w:r w:rsidRPr="00392B22">
        <w:rPr>
          <w:rFonts w:ascii="Tahoma" w:hAnsi="Tahoma" w:cs="Tahoma"/>
          <w:rtl/>
        </w:rPr>
        <w:t xml:space="preserve"> اتباع دولت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از صلاح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دادگاه‌ها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برد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سخنران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تند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شاه، دولت و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را به سبب تصو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قانون مورد حمله قرار داد.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ن‌بار</w:t>
      </w:r>
      <w:r w:rsidRPr="00392B22">
        <w:rPr>
          <w:rFonts w:ascii="Tahoma" w:hAnsi="Tahoma" w:cs="Tahoma"/>
          <w:rtl/>
        </w:rPr>
        <w:t xml:space="preserve"> حکومت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گرفت او را از کشور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</w:t>
      </w:r>
      <w:r w:rsidRPr="00392B22">
        <w:rPr>
          <w:rFonts w:ascii="Tahoma" w:hAnsi="Tahoma" w:cs="Tahoma"/>
          <w:rtl/>
        </w:rPr>
        <w:t xml:space="preserve"> کند. در آبان </w:t>
      </w:r>
      <w:r w:rsidRPr="00392B22">
        <w:rPr>
          <w:rFonts w:ascii="Tahoma" w:hAnsi="Tahoma" w:cs="Tahoma"/>
          <w:rtl/>
          <w:lang w:bidi="fa-IR"/>
        </w:rPr>
        <w:t>۱۳۴۳</w:t>
      </w:r>
      <w:r w:rsidRPr="00392B22">
        <w:rPr>
          <w:rFonts w:ascii="Tahoma" w:hAnsi="Tahoma" w:cs="Tahoma"/>
          <w:rtl/>
        </w:rPr>
        <w:t>،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بازداشت و به ترک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/>
          <w:rtl/>
        </w:rPr>
        <w:t xml:space="preserve"> تبع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شد و سپس به عراق رفت. شاه گمان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با دورکردن او از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ران،</w:t>
      </w:r>
      <w:r w:rsidRPr="00392B22">
        <w:rPr>
          <w:rFonts w:ascii="Tahoma" w:hAnsi="Tahoma" w:cs="Tahoma"/>
          <w:rtl/>
        </w:rPr>
        <w:t xml:space="preserve"> مرکز رهبر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eastAsia"/>
          <w:rtl/>
        </w:rPr>
        <w:t>عتراض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از جامعه جدا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تبع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کوتاه‌مدت موفق بود. او از مسجد، حوزه، بازار و هواداران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خود دور شد و حکومت توانست اعتراض‌ها را مهار کند. اما در درازمدت، تبع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موقع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آورد که 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در داخل کشور به‌آسان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دست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آورد</w:t>
      </w:r>
      <w:r w:rsidRPr="00392B22">
        <w:rPr>
          <w:rFonts w:ascii="Tahoma" w:hAnsi="Tahoma" w:cs="Tahoma"/>
          <w:rtl/>
        </w:rPr>
        <w:t>. او از کنترل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ساواک دور شد، فر</w:t>
      </w:r>
      <w:r w:rsidRPr="00392B22">
        <w:rPr>
          <w:rFonts w:ascii="Tahoma" w:hAnsi="Tahoma" w:cs="Tahoma" w:hint="eastAsia"/>
          <w:rtl/>
        </w:rPr>
        <w:t>صت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 xml:space="preserve"> نظر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هٔ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را گسترش دهد و به‌تدر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از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معترض به مدع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رهبر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</w:t>
      </w:r>
      <w:r w:rsidRPr="00392B22">
        <w:rPr>
          <w:rFonts w:ascii="Tahoma" w:hAnsi="Tahoma" w:cs="Tahoma"/>
          <w:rtl/>
        </w:rPr>
        <w:t xml:space="preserve">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تحول در آن زمان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آشکار نبود. حکومت پس از </w:t>
      </w:r>
      <w:r w:rsidRPr="00392B22">
        <w:rPr>
          <w:rFonts w:ascii="Tahoma" w:hAnsi="Tahoma" w:cs="Tahoma"/>
          <w:rtl/>
          <w:lang w:bidi="fa-IR"/>
        </w:rPr>
        <w:t>۱۵</w:t>
      </w:r>
      <w:r w:rsidRPr="00392B22">
        <w:rPr>
          <w:rFonts w:ascii="Tahoma" w:hAnsi="Tahoma" w:cs="Tahoma"/>
          <w:rtl/>
        </w:rPr>
        <w:t xml:space="preserve"> خرداد و تبع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چن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پنداشت</w:t>
      </w:r>
      <w:r w:rsidRPr="00392B22">
        <w:rPr>
          <w:rFonts w:ascii="Tahoma" w:hAnsi="Tahoma" w:cs="Tahoma"/>
          <w:rtl/>
        </w:rPr>
        <w:t xml:space="preserve"> که مقاومت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شکسته شده است. مراجع بزرگ‌تر و محتاط‌تر حاضر نبودند وارد 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ارو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با شاه شوند و بخش بزرگ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حوزه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را ا</w:t>
      </w:r>
      <w:r w:rsidRPr="00392B22">
        <w:rPr>
          <w:rFonts w:ascii="Tahoma" w:hAnsi="Tahoma" w:cs="Tahoma" w:hint="eastAsia"/>
          <w:rtl/>
        </w:rPr>
        <w:t>دامه</w:t>
      </w:r>
      <w:r w:rsidRPr="00392B22">
        <w:rPr>
          <w:rFonts w:ascii="Tahoma" w:hAnsi="Tahoma" w:cs="Tahoma"/>
          <w:rtl/>
        </w:rPr>
        <w:t xml:space="preserve"> دهد. اما شبکهٔ هواداران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نرفت.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ام‌ها،</w:t>
      </w:r>
      <w:r w:rsidRPr="00392B22">
        <w:rPr>
          <w:rFonts w:ascii="Tahoma" w:hAnsi="Tahoma" w:cs="Tahoma"/>
          <w:rtl/>
        </w:rPr>
        <w:t xml:space="preserve"> اعلام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ه‌ها</w:t>
      </w:r>
      <w:r w:rsidRPr="00392B22">
        <w:rPr>
          <w:rFonts w:ascii="Tahoma" w:hAnsi="Tahoma" w:cs="Tahoma"/>
          <w:rtl/>
        </w:rPr>
        <w:t xml:space="preserve"> و نوارها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سخنران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از راه شاگردان، زائران، بازار و مسجد منتقل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از امت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برخوردار بودند که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حزب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نداشت. حکومت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دفتر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حزب را ببندد، رهبرانش را بازداشت کند و روزنامه‌اش را تعط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سازد؛ اما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همهٔ مسجدها، حوزه‌ها، مراسم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منبرها را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ببرد. شبکهٔ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دل جامعه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و بخش بزرگ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هز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را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از مردم و بازار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>. ازا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ن‌رو،</w:t>
      </w:r>
      <w:r w:rsidRPr="00392B22">
        <w:rPr>
          <w:rFonts w:ascii="Tahoma" w:hAnsi="Tahoma" w:cs="Tahoma"/>
          <w:rtl/>
        </w:rPr>
        <w:t xml:space="preserve"> برخلاف احزاب وابسته به حکومت،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ادامهٔ ح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ات</w:t>
      </w:r>
      <w:r w:rsidRPr="00392B22">
        <w:rPr>
          <w:rFonts w:ascii="Tahoma" w:hAnsi="Tahoma" w:cs="Tahoma"/>
          <w:rtl/>
        </w:rPr>
        <w:t xml:space="preserve"> خود به بودجهٔ دولت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نداشت.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پس</w:t>
      </w:r>
      <w:r w:rsidRPr="00392B22">
        <w:rPr>
          <w:rFonts w:ascii="Tahoma" w:hAnsi="Tahoma" w:cs="Tahoma"/>
          <w:rtl/>
        </w:rPr>
        <w:t xml:space="preserve"> از تبع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حسنعل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منصور که در اسفند </w:t>
      </w:r>
      <w:r w:rsidRPr="00392B22">
        <w:rPr>
          <w:rFonts w:ascii="Tahoma" w:hAnsi="Tahoma" w:cs="Tahoma"/>
          <w:rtl/>
          <w:lang w:bidi="fa-IR"/>
        </w:rPr>
        <w:t>۱۳۴۲</w:t>
      </w:r>
      <w:r w:rsidRPr="00392B22">
        <w:rPr>
          <w:rFonts w:ascii="Tahoma" w:hAnsi="Tahoma" w:cs="Tahoma"/>
          <w:rtl/>
        </w:rPr>
        <w:t xml:space="preserve"> به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بود، هدف حملهٔ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اعضا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ئت‌ها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مؤتلفهٔ اسلام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قرار گرفت. او در بهمن </w:t>
      </w:r>
      <w:r w:rsidRPr="00392B22">
        <w:rPr>
          <w:rFonts w:ascii="Tahoma" w:hAnsi="Tahoma" w:cs="Tahoma"/>
          <w:rtl/>
          <w:lang w:bidi="fa-IR"/>
        </w:rPr>
        <w:t>۱۳۴۳</w:t>
      </w:r>
      <w:r w:rsidRPr="00392B22">
        <w:rPr>
          <w:rFonts w:ascii="Tahoma" w:hAnsi="Tahoma" w:cs="Tahoma"/>
          <w:rtl/>
        </w:rPr>
        <w:t xml:space="preserve"> در برابر مجلس 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خورد و چند روز بعد درگذشت. ترور منصور نشان داد که سرکوب </w:t>
      </w:r>
      <w:r w:rsidRPr="00392B22">
        <w:rPr>
          <w:rFonts w:ascii="Tahoma" w:hAnsi="Tahoma" w:cs="Tahoma"/>
          <w:rtl/>
          <w:lang w:bidi="fa-IR"/>
        </w:rPr>
        <w:t>۱۵</w:t>
      </w:r>
      <w:r w:rsidRPr="00392B22">
        <w:rPr>
          <w:rFonts w:ascii="Tahoma" w:hAnsi="Tahoma" w:cs="Tahoma"/>
          <w:rtl/>
        </w:rPr>
        <w:t xml:space="preserve"> خرداد و تبع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خشونت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نبرده است.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ئت‌ها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مؤتلفهٔ اسلام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بازار، گروه‌ها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بازماندگان شبکه‌ها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به فدائ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اسلام شکل گرفته بودند. آنان همانند حزب‌ها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دارا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سازمان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علن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برنامه‌ا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انتخابات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نبودند، اما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توانستند</w:t>
      </w:r>
      <w:r w:rsidRPr="00392B22">
        <w:rPr>
          <w:rFonts w:ascii="Tahoma" w:hAnsi="Tahoma" w:cs="Tahoma"/>
          <w:rtl/>
        </w:rPr>
        <w:t xml:space="preserve"> از روابط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بازار، مسجد و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ئت‌ها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مخف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استفاده کنند.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شبکه بعدها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سازمان‌ده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انقلاب اسلام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منصور</w:t>
      </w:r>
      <w:r w:rsidRPr="00392B22">
        <w:rPr>
          <w:rFonts w:ascii="Tahoma" w:hAnsi="Tahoma" w:cs="Tahoma"/>
          <w:rtl/>
        </w:rPr>
        <w:t xml:space="preserve"> نما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ندهٔ</w:t>
      </w:r>
      <w:r w:rsidRPr="00392B22">
        <w:rPr>
          <w:rFonts w:ascii="Tahoma" w:hAnsi="Tahoma" w:cs="Tahoma"/>
          <w:rtl/>
        </w:rPr>
        <w:t xml:space="preserve"> نسل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وانسالاران</w:t>
      </w:r>
      <w:r w:rsidRPr="00392B22">
        <w:rPr>
          <w:rFonts w:ascii="Tahoma" w:hAnsi="Tahoma" w:cs="Tahoma"/>
          <w:rtl/>
        </w:rPr>
        <w:t xml:space="preserve"> و تکنوکرات‌ها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بود که شاه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نوساز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آنان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داشت. او از حزب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برخاسته بود و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دستگاه دولت را با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جوان‌تر، تحص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ل‌کرده</w:t>
      </w:r>
      <w:r w:rsidRPr="00392B22">
        <w:rPr>
          <w:rFonts w:ascii="Tahoma" w:hAnsi="Tahoma" w:cs="Tahoma"/>
          <w:rtl/>
        </w:rPr>
        <w:t xml:space="preserve"> و هوادار توسعه اداره کند. ترور او برخورد دو محصول متفاوت تحولات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نشان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 xml:space="preserve">: از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سو،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غرب‌آموختهٔ حکومت؛ و از سو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گر،</w:t>
      </w:r>
      <w:r w:rsidRPr="00392B22">
        <w:rPr>
          <w:rFonts w:ascii="Tahoma" w:hAnsi="Tahoma" w:cs="Tahoma"/>
          <w:rtl/>
        </w:rPr>
        <w:t xml:space="preserve"> شبکهٔ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بازار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نوساز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را تعرض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استقلال، شر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عت</w:t>
      </w:r>
      <w:r w:rsidRPr="00392B22">
        <w:rPr>
          <w:rFonts w:ascii="Tahoma" w:hAnsi="Tahoma" w:cs="Tahoma"/>
          <w:rtl/>
        </w:rPr>
        <w:t xml:space="preserve"> و موقع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پس</w:t>
      </w:r>
      <w:r w:rsidRPr="00392B22">
        <w:rPr>
          <w:rFonts w:ascii="Tahoma" w:hAnsi="Tahoma" w:cs="Tahoma"/>
          <w:rtl/>
        </w:rPr>
        <w:t xml:space="preserve"> از مرگ منصور، 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رعباس</w:t>
      </w:r>
      <w:r w:rsidRPr="00392B22">
        <w:rPr>
          <w:rFonts w:ascii="Tahoma" w:hAnsi="Tahoma" w:cs="Tahoma"/>
          <w:rtl/>
        </w:rPr>
        <w:t xml:space="preserve">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در بهمن </w:t>
      </w:r>
      <w:r w:rsidRPr="00392B22">
        <w:rPr>
          <w:rFonts w:ascii="Tahoma" w:hAnsi="Tahoma" w:cs="Tahoma"/>
          <w:rtl/>
          <w:lang w:bidi="fa-IR"/>
        </w:rPr>
        <w:t>۱۳۴۳</w:t>
      </w:r>
      <w:r w:rsidRPr="00392B22">
        <w:rPr>
          <w:rFonts w:ascii="Tahoma" w:hAnsi="Tahoma" w:cs="Tahoma"/>
          <w:rtl/>
        </w:rPr>
        <w:t xml:space="preserve"> به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به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زده</w:t>
      </w:r>
      <w:r w:rsidRPr="00392B22">
        <w:rPr>
          <w:rFonts w:ascii="Tahoma" w:hAnsi="Tahoma" w:cs="Tahoma"/>
          <w:rtl/>
        </w:rPr>
        <w:t xml:space="preserve"> سال ادامه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 xml:space="preserve"> و طولان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دورهٔ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پادشاه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محمدرضاشاه شد.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دوام در مقا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سه</w:t>
      </w:r>
      <w:r w:rsidRPr="00392B22">
        <w:rPr>
          <w:rFonts w:ascii="Tahoma" w:hAnsi="Tahoma" w:cs="Tahoma"/>
          <w:rtl/>
        </w:rPr>
        <w:t xml:space="preserve"> با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درپ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دولت‌ها در سال‌ها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/>
          <w:rtl/>
          <w:lang w:bidi="fa-IR"/>
        </w:rPr>
        <w:t>۱۳۲۰</w:t>
      </w:r>
      <w:r w:rsidRPr="00392B22">
        <w:rPr>
          <w:rFonts w:ascii="Tahoma" w:hAnsi="Tahoma" w:cs="Tahoma"/>
          <w:rtl/>
        </w:rPr>
        <w:t xml:space="preserve"> تا </w:t>
      </w:r>
      <w:r w:rsidRPr="00392B22">
        <w:rPr>
          <w:rFonts w:ascii="Tahoma" w:hAnsi="Tahoma" w:cs="Tahoma"/>
          <w:rtl/>
          <w:lang w:bidi="fa-IR"/>
        </w:rPr>
        <w:t>۱۳۳۲</w:t>
      </w:r>
      <w:r w:rsidRPr="00392B22">
        <w:rPr>
          <w:rFonts w:ascii="Tahoma" w:hAnsi="Tahoma" w:cs="Tahoma"/>
          <w:rtl/>
        </w:rPr>
        <w:t xml:space="preserve">، نشانهٔ ثبات حکومت به </w:t>
      </w:r>
      <w:r w:rsidRPr="00392B22">
        <w:rPr>
          <w:rFonts w:ascii="Tahoma" w:hAnsi="Tahoma" w:cs="Tahoma" w:hint="eastAsia"/>
          <w:rtl/>
        </w:rPr>
        <w:t>نظر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د؛</w:t>
      </w:r>
      <w:r w:rsidRPr="00392B22">
        <w:rPr>
          <w:rFonts w:ascii="Tahoma" w:hAnsi="Tahoma" w:cs="Tahoma"/>
          <w:rtl/>
        </w:rPr>
        <w:t xml:space="preserve"> اما سرچشمهٔ آن با ثبات پارلمان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تفاوت 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نه رهبر حزب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مستقل بود، نه از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برخوردار بود و نه جنبش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مردم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پشت سر او قرار داشت. دوامش از اعتماد شاه سرچشمه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>. او تا 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ماند</w:t>
      </w:r>
      <w:r w:rsidRPr="00392B22">
        <w:rPr>
          <w:rFonts w:ascii="Tahoma" w:hAnsi="Tahoma" w:cs="Tahoma"/>
          <w:rtl/>
        </w:rPr>
        <w:t xml:space="preserve"> که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اساس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پادشاه را اجرا کند و خود به مرکز مستقل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قدرت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نشود. 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ن‌سان،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ثبات</w:t>
      </w:r>
      <w:r w:rsidRPr="00392B22">
        <w:rPr>
          <w:rFonts w:ascii="Tahoma" w:hAnsi="Tahoma" w:cs="Tahoma"/>
          <w:rtl/>
        </w:rPr>
        <w:t xml:space="preserve"> مقام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بها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ته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</w:t>
      </w:r>
      <w:r w:rsidRPr="00392B22">
        <w:rPr>
          <w:rFonts w:ascii="Tahoma" w:hAnsi="Tahoma" w:cs="Tahoma"/>
          <w:rtl/>
        </w:rPr>
        <w:t xml:space="preserve"> آن از استقلال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دست آمد.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قانون اساس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مشروطهٔ مشروعه، 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در برابر مجلس مسئول بودند؛ اما در دوران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دا،</w:t>
      </w:r>
      <w:r w:rsidRPr="00392B22">
        <w:rPr>
          <w:rFonts w:ascii="Tahoma" w:hAnsi="Tahoma" w:cs="Tahoma"/>
          <w:rtl/>
        </w:rPr>
        <w:t xml:space="preserve"> مسئول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دولت به سو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انتقال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افته</w:t>
      </w:r>
      <w:r w:rsidRPr="00392B22">
        <w:rPr>
          <w:rFonts w:ascii="Tahoma" w:hAnsi="Tahoma" w:cs="Tahoma"/>
          <w:rtl/>
        </w:rPr>
        <w:t xml:space="preserve"> بود. مجلس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دربارهٔ برنامه‌ها گفت‌وگو کند و به 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رأ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اعتماد بدهد، 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نداشت که ادامهٔ کار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به رض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شاه وابسته است. نما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ندگان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دانستند</w:t>
      </w:r>
      <w:r w:rsidRPr="00392B22">
        <w:rPr>
          <w:rFonts w:ascii="Tahoma" w:hAnsi="Tahoma" w:cs="Tahoma"/>
          <w:rtl/>
        </w:rPr>
        <w:t xml:space="preserve"> مخالفت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دولت، در نها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مخالفت با ارادهٔ پادشاه تلق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شود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خود را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و هماهنگ‌کنندهٔ دستگاه اجرا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>. او به گفت‌وگو با روشنفکران، هنر و فرهنگ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علاقه نشان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 xml:space="preserve"> و ظاهر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متفاوت از رجال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فرماندهان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داشت. اما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چهرهٔ مدرن و نرم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ساختمان قدرت را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دهد.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eastAsia"/>
          <w:rtl/>
        </w:rPr>
        <w:t>داره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حزب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ن،</w:t>
      </w:r>
      <w:r w:rsidRPr="00392B22">
        <w:rPr>
          <w:rFonts w:ascii="Tahoma" w:hAnsi="Tahoma" w:cs="Tahoma"/>
          <w:rtl/>
        </w:rPr>
        <w:t xml:space="preserve"> که منصور و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از آن برخاسته بودند، به حزب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 در برابر آن، حزب مردم نقش مخالفت وفادار را برعهده داشت.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دوحزب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بودن</w:t>
      </w:r>
      <w:r w:rsidRPr="00392B22">
        <w:rPr>
          <w:rFonts w:ascii="Tahoma" w:hAnsi="Tahoma" w:cs="Tahoma"/>
          <w:rtl/>
        </w:rPr>
        <w:t xml:space="preserve"> قرار بود نشانهٔ وجود رقابت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باشد؛ اما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چ‌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از دو حزب اجازه نداشتند دربارهٔ اساس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ا</w:t>
      </w:r>
      <w:r w:rsidRPr="00392B22">
        <w:rPr>
          <w:rFonts w:ascii="Tahoma" w:hAnsi="Tahoma" w:cs="Tahoma" w:hint="eastAsia"/>
          <w:rtl/>
        </w:rPr>
        <w:t>ختلاف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جاد</w:t>
      </w:r>
      <w:r w:rsidRPr="00392B22">
        <w:rPr>
          <w:rFonts w:ascii="Tahoma" w:hAnsi="Tahoma" w:cs="Tahoma"/>
          <w:rtl/>
        </w:rPr>
        <w:t xml:space="preserve"> کنند.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انتخابات</w:t>
      </w:r>
      <w:r w:rsidRPr="00392B22">
        <w:rPr>
          <w:rFonts w:ascii="Tahoma" w:hAnsi="Tahoma" w:cs="Tahoma"/>
          <w:rtl/>
        </w:rPr>
        <w:t xml:space="preserve"> برگزار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شد،</w:t>
      </w:r>
      <w:r w:rsidRPr="00392B22">
        <w:rPr>
          <w:rFonts w:ascii="Tahoma" w:hAnsi="Tahoma" w:cs="Tahoma"/>
          <w:rtl/>
        </w:rPr>
        <w:t xml:space="preserve"> نامزدها به مجلس راه م</w:t>
      </w:r>
      <w:r w:rsidRPr="00392B22">
        <w:rPr>
          <w:rFonts w:ascii="Tahoma" w:hAnsi="Tahoma" w:cs="Tahoma" w:hint="cs"/>
          <w:rtl/>
        </w:rPr>
        <w:t>ی‌ی</w:t>
      </w:r>
      <w:r w:rsidRPr="00392B22">
        <w:rPr>
          <w:rFonts w:ascii="Tahoma" w:hAnsi="Tahoma" w:cs="Tahoma" w:hint="eastAsia"/>
          <w:rtl/>
        </w:rPr>
        <w:t>افتند</w:t>
      </w:r>
      <w:r w:rsidRPr="00392B22">
        <w:rPr>
          <w:rFonts w:ascii="Tahoma" w:hAnsi="Tahoma" w:cs="Tahoma"/>
          <w:rtl/>
        </w:rPr>
        <w:t xml:space="preserve"> و فراکس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ون‌ها</w:t>
      </w:r>
      <w:r w:rsidRPr="00392B22">
        <w:rPr>
          <w:rFonts w:ascii="Tahoma" w:hAnsi="Tahoma" w:cs="Tahoma"/>
          <w:rtl/>
        </w:rPr>
        <w:t xml:space="preserve"> تشک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شدند؛</w:t>
      </w:r>
      <w:r w:rsidRPr="00392B22">
        <w:rPr>
          <w:rFonts w:ascii="Tahoma" w:hAnsi="Tahoma" w:cs="Tahoma"/>
          <w:rtl/>
        </w:rPr>
        <w:t xml:space="preserve"> اما رقابت در محدوده‌ا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صورت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 xml:space="preserve"> که حکومت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حزب مخالف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از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وهٔ</w:t>
      </w:r>
      <w:r w:rsidRPr="00392B22">
        <w:rPr>
          <w:rFonts w:ascii="Tahoma" w:hAnsi="Tahoma" w:cs="Tahoma"/>
          <w:rtl/>
        </w:rPr>
        <w:t xml:space="preserve">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برنامه‌ا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انتقاد کند، 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شخص شاه، تمرکز قدرت،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حق حکومت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کشور را به چالش بکشد.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نوع نظام حزب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صورت نهادها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دموکرات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را حفظ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اما کارکرد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آنها را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برد</w:t>
      </w:r>
      <w:r w:rsidRPr="00392B22">
        <w:rPr>
          <w:rFonts w:ascii="Tahoma" w:hAnsi="Tahoma" w:cs="Tahoma"/>
          <w:rtl/>
        </w:rPr>
        <w:t>. حزب، به‌جا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آنکه خواست‌ها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جامعه را به حکومت منتقل کند،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را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جامعه توض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ح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 نما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نده،</w:t>
      </w:r>
      <w:r w:rsidRPr="00392B22">
        <w:rPr>
          <w:rFonts w:ascii="Tahoma" w:hAnsi="Tahoma" w:cs="Tahoma"/>
          <w:rtl/>
        </w:rPr>
        <w:t xml:space="preserve"> به‌جا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آنکه از حوزهٔ انتخاب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هٔ</w:t>
      </w:r>
      <w:r w:rsidRPr="00392B22">
        <w:rPr>
          <w:rFonts w:ascii="Tahoma" w:hAnsi="Tahoma" w:cs="Tahoma"/>
          <w:rtl/>
        </w:rPr>
        <w:t xml:space="preserve"> خود به مرکز قدرت بر</w:t>
      </w:r>
      <w:r w:rsidRPr="00392B22">
        <w:rPr>
          <w:rFonts w:ascii="Tahoma" w:hAnsi="Tahoma" w:cs="Tahoma" w:hint="eastAsia"/>
          <w:rtl/>
        </w:rPr>
        <w:t>سد،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ورود به مجلس به تأ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دستگاه مرکز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داشت. مجلس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به‌جا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نظارت بر قوهٔ اجرا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قوان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لازم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را تصو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سال‌ها به‌سرعت گسترش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>. اصلاحات ارض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سپاه دانش، سپاه بهداشت،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گسترش مدارس، دانشگاه‌ها،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مارستان‌ها،</w:t>
      </w:r>
      <w:r w:rsidRPr="00392B22">
        <w:rPr>
          <w:rFonts w:ascii="Tahoma" w:hAnsi="Tahoma" w:cs="Tahoma"/>
          <w:rtl/>
        </w:rPr>
        <w:t xml:space="preserve"> راه‌ها و صنا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ع،</w:t>
      </w:r>
      <w:r w:rsidRPr="00392B22">
        <w:rPr>
          <w:rFonts w:ascii="Tahoma" w:hAnsi="Tahoma" w:cs="Tahoma"/>
          <w:rtl/>
        </w:rPr>
        <w:t xml:space="preserve"> به وزارتخانه‌ها، سازمان‌ها و کارشناسان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داشت. حکومت به دورتر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نقاط کشور راه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 xml:space="preserve"> و وظ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برعهده گرفت که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ش‌تر</w:t>
      </w:r>
      <w:r w:rsidRPr="00392B22">
        <w:rPr>
          <w:rFonts w:ascii="Tahoma" w:hAnsi="Tahoma" w:cs="Tahoma"/>
          <w:rtl/>
        </w:rPr>
        <w:t xml:space="preserve"> خانواده، روستا، بازار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نهادها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انجام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گسترش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مهم‌تر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دستاوردها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دوران محمدرضاشاه بود.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ون‌ها</w:t>
      </w:r>
      <w:r w:rsidRPr="00392B22">
        <w:rPr>
          <w:rFonts w:ascii="Tahoma" w:hAnsi="Tahoma" w:cs="Tahoma"/>
          <w:rtl/>
        </w:rPr>
        <w:t xml:space="preserve"> نفر به آموزش، بهداشت، راه، برق و خدمات دولت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دسترس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کردند. حضور سپاه دانش در روستاها، آموزش را از محدودهٔ شهرها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</w:t>
      </w:r>
      <w:r w:rsidRPr="00392B22">
        <w:rPr>
          <w:rFonts w:ascii="Tahoma" w:hAnsi="Tahoma" w:cs="Tahoma"/>
          <w:rtl/>
        </w:rPr>
        <w:t xml:space="preserve"> برد. سپاه بهداشت خدمات پزشک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واکس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</w:t>
      </w:r>
      <w:r w:rsidRPr="00392B22">
        <w:rPr>
          <w:rFonts w:ascii="Tahoma" w:hAnsi="Tahoma" w:cs="Tahoma"/>
          <w:rtl/>
        </w:rPr>
        <w:t xml:space="preserve"> را به مناطق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</w:t>
      </w:r>
      <w:r w:rsidRPr="00392B22">
        <w:rPr>
          <w:rFonts w:ascii="Tahoma" w:hAnsi="Tahoma" w:cs="Tahoma" w:hint="eastAsia"/>
          <w:rtl/>
        </w:rPr>
        <w:t>ساند</w:t>
      </w:r>
      <w:r w:rsidRPr="00392B22">
        <w:rPr>
          <w:rFonts w:ascii="Tahoma" w:hAnsi="Tahoma" w:cs="Tahoma"/>
          <w:rtl/>
        </w:rPr>
        <w:t xml:space="preserve"> که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ش‌تر</w:t>
      </w:r>
      <w:r w:rsidRPr="00392B22">
        <w:rPr>
          <w:rFonts w:ascii="Tahoma" w:hAnsi="Tahoma" w:cs="Tahoma"/>
          <w:rtl/>
        </w:rPr>
        <w:t xml:space="preserve"> از آنها محروم بودند. زنان حق رأ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افتند</w:t>
      </w:r>
      <w:r w:rsidRPr="00392B22">
        <w:rPr>
          <w:rFonts w:ascii="Tahoma" w:hAnsi="Tahoma" w:cs="Tahoma"/>
          <w:rtl/>
        </w:rPr>
        <w:t xml:space="preserve"> و امکان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تحص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ل،</w:t>
      </w:r>
      <w:r w:rsidRPr="00392B22">
        <w:rPr>
          <w:rFonts w:ascii="Tahoma" w:hAnsi="Tahoma" w:cs="Tahoma"/>
          <w:rtl/>
        </w:rPr>
        <w:t xml:space="preserve"> اشتغال و ورود به دستگاه حکومت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کردند.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قانون</w:t>
      </w:r>
      <w:r w:rsidRPr="00392B22">
        <w:rPr>
          <w:rFonts w:ascii="Tahoma" w:hAnsi="Tahoma" w:cs="Tahoma"/>
          <w:rtl/>
        </w:rPr>
        <w:t xml:space="preserve">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خانواده در سال </w:t>
      </w:r>
      <w:r w:rsidRPr="00392B22">
        <w:rPr>
          <w:rFonts w:ascii="Tahoma" w:hAnsi="Tahoma" w:cs="Tahoma"/>
          <w:rtl/>
          <w:lang w:bidi="fa-IR"/>
        </w:rPr>
        <w:t>۱۳۴۶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حقوق زنان را گسترش داد. طلاق از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ک‌جانبه</w:t>
      </w:r>
      <w:r w:rsidRPr="00392B22">
        <w:rPr>
          <w:rFonts w:ascii="Tahoma" w:hAnsi="Tahoma" w:cs="Tahoma"/>
          <w:rtl/>
        </w:rPr>
        <w:t xml:space="preserve"> و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مرد فاصله گرفت و به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دادگاه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ازمند</w:t>
      </w:r>
      <w:r w:rsidRPr="00392B22">
        <w:rPr>
          <w:rFonts w:ascii="Tahoma" w:hAnsi="Tahoma" w:cs="Tahoma"/>
          <w:rtl/>
        </w:rPr>
        <w:t xml:space="preserve"> شد. اصلاحات بعد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قانون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سن ازدواج را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داد، چندهمسر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محدودتر کرد و حقوق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دربارهٔ طلاق و حضان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زنان به رسم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شناخت.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دگرگون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/>
          <w:rtl/>
        </w:rPr>
        <w:t xml:space="preserve"> با مخالفت بخش‌ها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از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روبه‌رو بودند،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/>
          <w:rtl/>
        </w:rPr>
        <w:t xml:space="preserve"> حوزه‌ا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که قرن‌ها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فقه و محاکم شرع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 به قانون‌گذار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منتقل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حقوق زنان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ز،</w:t>
      </w:r>
      <w:r w:rsidRPr="00392B22">
        <w:rPr>
          <w:rFonts w:ascii="Tahoma" w:hAnsi="Tahoma" w:cs="Tahoma"/>
          <w:rtl/>
        </w:rPr>
        <w:t xml:space="preserve"> مانند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اصلاحات، از بالا و از راه سازمان‌ها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وابسته به حکومت گسترش م</w:t>
      </w:r>
      <w:r w:rsidRPr="00392B22">
        <w:rPr>
          <w:rFonts w:ascii="Tahoma" w:hAnsi="Tahoma" w:cs="Tahoma" w:hint="cs"/>
          <w:rtl/>
        </w:rPr>
        <w:t>ی‌ی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>. سازمان زنان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زم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نهٔ</w:t>
      </w:r>
      <w:r w:rsidRPr="00392B22">
        <w:rPr>
          <w:rFonts w:ascii="Tahoma" w:hAnsi="Tahoma" w:cs="Tahoma"/>
          <w:rtl/>
        </w:rPr>
        <w:t xml:space="preserve"> آموزش، بهداشت، حقوق خانواده و اشتغال انجام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داد،</w:t>
      </w:r>
      <w:r w:rsidRPr="00392B22">
        <w:rPr>
          <w:rFonts w:ascii="Tahoma" w:hAnsi="Tahoma" w:cs="Tahoma"/>
          <w:rtl/>
        </w:rPr>
        <w:t xml:space="preserve"> 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و 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خاندان سلطنت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قرار داشت. حکومت به زنان حق</w:t>
      </w:r>
      <w:r w:rsidRPr="00392B22">
        <w:rPr>
          <w:rFonts w:ascii="Tahoma" w:hAnsi="Tahoma" w:cs="Tahoma" w:hint="eastAsia"/>
          <w:rtl/>
        </w:rPr>
        <w:t>وق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داد،</w:t>
      </w:r>
      <w:r w:rsidRPr="00392B22">
        <w:rPr>
          <w:rFonts w:ascii="Tahoma" w:hAnsi="Tahoma" w:cs="Tahoma"/>
          <w:rtl/>
        </w:rPr>
        <w:t xml:space="preserve"> اما امکان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جنبش مستقل زنان و نقد آزادانهٔ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دولت را محدود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جه،</w:t>
      </w:r>
      <w:r w:rsidRPr="00392B22">
        <w:rPr>
          <w:rFonts w:ascii="Tahoma" w:hAnsi="Tahoma" w:cs="Tahoma"/>
          <w:rtl/>
        </w:rPr>
        <w:t xml:space="preserve"> زن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رأ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بدهد، به مجلس راه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ابد،</w:t>
      </w:r>
      <w:r w:rsidRPr="00392B22">
        <w:rPr>
          <w:rFonts w:ascii="Tahoma" w:hAnsi="Tahoma" w:cs="Tahoma"/>
          <w:rtl/>
        </w:rPr>
        <w:t xml:space="preserve"> 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سف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شود و از حقوق خانوادگ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برخوردار گردد؛ اما همانند مردان، امکان انتخاب آزاد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برنامه‌ها و احزاب مستقل را نداشت. حکومت 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برابر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گسترش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داد،</w:t>
      </w:r>
      <w:r w:rsidRPr="00392B22">
        <w:rPr>
          <w:rFonts w:ascii="Tahoma" w:hAnsi="Tahoma" w:cs="Tahoma"/>
          <w:rtl/>
        </w:rPr>
        <w:t xml:space="preserve"> در حال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برابر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شه</w:t>
      </w:r>
      <w:r w:rsidRPr="00392B22">
        <w:rPr>
          <w:rFonts w:ascii="Tahoma" w:hAnsi="Tahoma" w:cs="Tahoma" w:hint="eastAsia"/>
          <w:rtl/>
        </w:rPr>
        <w:t>روندان</w:t>
      </w:r>
      <w:r w:rsidRPr="00392B22">
        <w:rPr>
          <w:rFonts w:ascii="Tahoma" w:hAnsi="Tahoma" w:cs="Tahoma"/>
          <w:rtl/>
        </w:rPr>
        <w:t xml:space="preserve"> در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قدرت همچنان محدود باق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ماند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اصلاحات</w:t>
      </w:r>
      <w:r w:rsidRPr="00392B22">
        <w:rPr>
          <w:rFonts w:ascii="Tahoma" w:hAnsi="Tahoma" w:cs="Tahoma"/>
          <w:rtl/>
        </w:rPr>
        <w:t xml:space="preserve"> ارض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نتا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دوگانه داشت. قدرت بزرگ‌مالکان کاهش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 xml:space="preserve"> و شمار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مالک قطعه‌ها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از زم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شدند.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قد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قدرت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شکسته شد و نفوذ مالکان بر انتخابات، دولت و روستاها کاهش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>. حکومت مرکز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توانست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ماً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با</w:t>
      </w:r>
      <w:r w:rsidRPr="00392B22">
        <w:rPr>
          <w:rFonts w:ascii="Tahoma" w:hAnsi="Tahoma" w:cs="Tahoma"/>
          <w:rtl/>
        </w:rPr>
        <w:t xml:space="preserve">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ارتباط برقرار کند و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را به سراسر کشور گسترش دهد.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زم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واگذارشده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تأم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خانواده کاف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نبودند. کشاورزان به آب، اعتبار، ماش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ن‌آلات،</w:t>
      </w:r>
      <w:r w:rsidRPr="00392B22">
        <w:rPr>
          <w:rFonts w:ascii="Tahoma" w:hAnsi="Tahoma" w:cs="Tahoma"/>
          <w:rtl/>
        </w:rPr>
        <w:t xml:space="preserve"> بذر، راه و بازار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داشتند و مالک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قطعه‌ا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کوچک به‌تنها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ازها</w:t>
      </w:r>
      <w:r w:rsidRPr="00392B22">
        <w:rPr>
          <w:rFonts w:ascii="Tahoma" w:hAnsi="Tahoma" w:cs="Tahoma"/>
          <w:rtl/>
        </w:rPr>
        <w:t xml:space="preserve"> را برآورده کند. تعاون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و دستگاه‌ها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دولت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شه</w:t>
      </w:r>
      <w:r w:rsidRPr="00392B22">
        <w:rPr>
          <w:rFonts w:ascii="Tahoma" w:hAnsi="Tahoma" w:cs="Tahoma"/>
          <w:rtl/>
        </w:rPr>
        <w:t xml:space="preserve"> کارآمد نبودند. 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زم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خود را فروختند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رها کردند و به شهرها مهاجرت نمودند.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مهاجرت</w:t>
      </w:r>
      <w:r w:rsidRPr="00392B22">
        <w:rPr>
          <w:rFonts w:ascii="Tahoma" w:hAnsi="Tahoma" w:cs="Tahoma"/>
          <w:rtl/>
        </w:rPr>
        <w:t xml:space="preserve">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ان،</w:t>
      </w:r>
      <w:r w:rsidRPr="00392B22">
        <w:rPr>
          <w:rFonts w:ascii="Tahoma" w:hAnsi="Tahoma" w:cs="Tahoma"/>
          <w:rtl/>
        </w:rPr>
        <w:t xml:space="preserve"> شهرها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با سرعت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سابقه</w:t>
      </w:r>
      <w:r w:rsidRPr="00392B22">
        <w:rPr>
          <w:rFonts w:ascii="Tahoma" w:hAnsi="Tahoma" w:cs="Tahoma"/>
          <w:rtl/>
        </w:rPr>
        <w:t xml:space="preserve"> گسترش داد. تهران و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شهرها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بزرگ جمع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در حاش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دادند؛ جمع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از روابط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روستا جدا شده بود، اما هنوز در اقتصاد و جامعهٔ شهر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استوار نداشت.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مهاجران از مدرسه،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مارستان،</w:t>
      </w:r>
      <w:r w:rsidRPr="00392B22">
        <w:rPr>
          <w:rFonts w:ascii="Tahoma" w:hAnsi="Tahoma" w:cs="Tahoma"/>
          <w:rtl/>
        </w:rPr>
        <w:t xml:space="preserve"> مسکن، آب، برق و کار انتظار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داشتند و دولت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با سرعت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توان برنامه‌ر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به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ازها</w:t>
      </w:r>
      <w:r w:rsidRPr="00392B22">
        <w:rPr>
          <w:rFonts w:ascii="Tahoma" w:hAnsi="Tahoma" w:cs="Tahoma"/>
          <w:rtl/>
        </w:rPr>
        <w:t xml:space="preserve"> پاسخ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صنعت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طبقات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آورد. شمار کارگران کارخانه‌ها، کارمندان دولت، مهندسان، پزشکان، آموزگاران، استادان دانشگاه و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>. طبقهٔ متوسط شهر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گسترش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کرد و سبک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مصرف، آموزش و فرهنگ دگرگون شد. دانشگاه‌ها و رسانه‌ها نسل جوان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</w:t>
      </w:r>
      <w:r w:rsidRPr="00392B22">
        <w:rPr>
          <w:rFonts w:ascii="Tahoma" w:hAnsi="Tahoma" w:cs="Tahoma" w:hint="eastAsia"/>
          <w:rtl/>
        </w:rPr>
        <w:t>پرورش</w:t>
      </w:r>
      <w:r w:rsidRPr="00392B22">
        <w:rPr>
          <w:rFonts w:ascii="Tahoma" w:hAnsi="Tahoma" w:cs="Tahoma"/>
          <w:rtl/>
        </w:rPr>
        <w:t xml:space="preserve"> دادند که جهان را گسترده‌تر از نسل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طبقات تازه،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خواهان مشارکت، آزاد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و حق انتخاب بودند. مستبد منور با گسترش آموزش و شهرنش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را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ساخت</w:t>
      </w:r>
      <w:r w:rsidRPr="00392B22">
        <w:rPr>
          <w:rFonts w:ascii="Tahoma" w:hAnsi="Tahoma" w:cs="Tahoma"/>
          <w:rtl/>
        </w:rPr>
        <w:t xml:space="preserve"> که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خواستند</w:t>
      </w:r>
      <w:r w:rsidRPr="00392B22">
        <w:rPr>
          <w:rFonts w:ascii="Tahoma" w:hAnsi="Tahoma" w:cs="Tahoma"/>
          <w:rtl/>
        </w:rPr>
        <w:t xml:space="preserve"> فقط 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افت‌کنندگان</w:t>
      </w:r>
      <w:r w:rsidRPr="00392B22">
        <w:rPr>
          <w:rFonts w:ascii="Tahoma" w:hAnsi="Tahoma" w:cs="Tahoma"/>
          <w:rtl/>
        </w:rPr>
        <w:t xml:space="preserve">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باشند. آنان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خواستند</w:t>
      </w:r>
      <w:r w:rsidRPr="00392B22">
        <w:rPr>
          <w:rFonts w:ascii="Tahoma" w:hAnsi="Tahoma" w:cs="Tahoma"/>
          <w:rtl/>
        </w:rPr>
        <w:t xml:space="preserve"> دربارهٔ مس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کشور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سخن بگو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</w:t>
      </w:r>
      <w:r w:rsidRPr="00392B22">
        <w:rPr>
          <w:rFonts w:ascii="Tahoma" w:hAnsi="Tahoma" w:cs="Tahoma"/>
          <w:rtl/>
        </w:rPr>
        <w:t>. حکومت ابزارها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گسترش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داد،</w:t>
      </w:r>
      <w:r w:rsidRPr="00392B22">
        <w:rPr>
          <w:rFonts w:ascii="Tahoma" w:hAnsi="Tahoma" w:cs="Tahoma"/>
          <w:rtl/>
        </w:rPr>
        <w:t xml:space="preserve"> اما مجار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 آگاه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بست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تناقض به‌تدر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دانشگاه‌ها را به مراکز مخالفت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کرد. دانشجو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و روشنفکران، با وجود برخوردار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امکانات آموزش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شتر،</w:t>
      </w:r>
      <w:r w:rsidRPr="00392B22">
        <w:rPr>
          <w:rFonts w:ascii="Tahoma" w:hAnsi="Tahoma" w:cs="Tahoma"/>
          <w:rtl/>
        </w:rPr>
        <w:t xml:space="preserve"> از فقدان آزاد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سانسور، نابرابر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وابستگ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به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انتقاد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جبههٔ مل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حزب توده سرکوب شده بودند، اما اند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مل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انه،</w:t>
      </w:r>
      <w:r w:rsidRPr="00392B22">
        <w:rPr>
          <w:rFonts w:ascii="Tahoma" w:hAnsi="Tahoma" w:cs="Tahoma"/>
          <w:rtl/>
        </w:rPr>
        <w:t xml:space="preserve"> سوس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دموکرات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در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نسل تازه ادامه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جوانان، پس از تجربهٔ </w:t>
      </w:r>
      <w:r w:rsidRPr="00392B22">
        <w:rPr>
          <w:rFonts w:ascii="Tahoma" w:hAnsi="Tahoma" w:cs="Tahoma"/>
          <w:rtl/>
          <w:lang w:bidi="fa-IR"/>
        </w:rPr>
        <w:t>۲۸</w:t>
      </w:r>
      <w:r w:rsidRPr="00392B22">
        <w:rPr>
          <w:rFonts w:ascii="Tahoma" w:hAnsi="Tahoma" w:cs="Tahoma"/>
          <w:rtl/>
        </w:rPr>
        <w:t xml:space="preserve"> امرداد و سرکوب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</w:t>
      </w:r>
      <w:r w:rsidRPr="00392B22">
        <w:rPr>
          <w:rFonts w:ascii="Tahoma" w:hAnsi="Tahoma" w:cs="Tahoma"/>
          <w:rtl/>
        </w:rPr>
        <w:t xml:space="preserve">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دند</w:t>
      </w:r>
      <w:r w:rsidRPr="00392B22">
        <w:rPr>
          <w:rFonts w:ascii="Tahoma" w:hAnsi="Tahoma" w:cs="Tahoma"/>
          <w:rtl/>
        </w:rPr>
        <w:t xml:space="preserve"> که مبارزهٔ مسالمت‌آم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با حکومت ممکن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</w:t>
      </w:r>
      <w:r w:rsidRPr="00392B22">
        <w:rPr>
          <w:rFonts w:ascii="Tahoma" w:hAnsi="Tahoma" w:cs="Tahoma"/>
          <w:rtl/>
        </w:rPr>
        <w:t>. هنگام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حزب، مطبوعات آزاد و انتخابات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وجود نداشت، خشونت انقلاب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تنها راه باق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مانده</w:t>
      </w:r>
      <w:r w:rsidRPr="00392B22">
        <w:rPr>
          <w:rFonts w:ascii="Tahoma" w:hAnsi="Tahoma" w:cs="Tahoma"/>
          <w:rtl/>
        </w:rPr>
        <w:t xml:space="preserve">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 از دل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انسداد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سازمان‌ها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چر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 و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آمدند.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نجا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از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امدها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استبداد منور آشکار شد. حکومت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جلوگ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آشفتگ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آزاد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محدود کرده بود؛ اما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محدود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ت،</w:t>
      </w:r>
      <w:r w:rsidRPr="00392B22">
        <w:rPr>
          <w:rFonts w:ascii="Tahoma" w:hAnsi="Tahoma" w:cs="Tahoma"/>
          <w:rtl/>
        </w:rPr>
        <w:t xml:space="preserve"> مخالفان را از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علن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مسئولانه به سازمان‌ها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مخف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مسلح سوق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 حزب علن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ناچار است با جامعه سخن بگو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د،</w:t>
      </w:r>
      <w:r w:rsidRPr="00392B22">
        <w:rPr>
          <w:rFonts w:ascii="Tahoma" w:hAnsi="Tahoma" w:cs="Tahoma"/>
          <w:rtl/>
        </w:rPr>
        <w:t xml:space="preserve"> برنا</w:t>
      </w:r>
      <w:r w:rsidRPr="00392B22">
        <w:rPr>
          <w:rFonts w:ascii="Tahoma" w:hAnsi="Tahoma" w:cs="Tahoma" w:hint="eastAsia"/>
          <w:rtl/>
        </w:rPr>
        <w:t>مه</w:t>
      </w:r>
      <w:r w:rsidRPr="00392B22">
        <w:rPr>
          <w:rFonts w:ascii="Tahoma" w:hAnsi="Tahoma" w:cs="Tahoma"/>
          <w:rtl/>
        </w:rPr>
        <w:t xml:space="preserve"> عرضه کند و مسئول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اعمالش را بپذ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رد؛</w:t>
      </w:r>
      <w:r w:rsidRPr="00392B22">
        <w:rPr>
          <w:rFonts w:ascii="Tahoma" w:hAnsi="Tahoma" w:cs="Tahoma"/>
          <w:rtl/>
        </w:rPr>
        <w:t xml:space="preserve"> 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سازمان مخف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فضا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ترس، فرمان‌بر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خشونت پرورش م</w:t>
      </w:r>
      <w:r w:rsidRPr="00392B22">
        <w:rPr>
          <w:rFonts w:ascii="Tahoma" w:hAnsi="Tahoma" w:cs="Tahoma" w:hint="cs"/>
          <w:rtl/>
        </w:rPr>
        <w:t>ی‌ی</w:t>
      </w:r>
      <w:r w:rsidRPr="00392B22">
        <w:rPr>
          <w:rFonts w:ascii="Tahoma" w:hAnsi="Tahoma" w:cs="Tahoma" w:hint="eastAsia"/>
          <w:rtl/>
        </w:rPr>
        <w:t>ابد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شاه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مخالفت‌ها را نه حاصل تناقض‌ها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نوساز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بلکه کار دشمنان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شرفت،</w:t>
      </w:r>
      <w:r w:rsidRPr="00392B22">
        <w:rPr>
          <w:rFonts w:ascii="Tahoma" w:hAnsi="Tahoma" w:cs="Tahoma"/>
          <w:rtl/>
        </w:rPr>
        <w:t xml:space="preserve"> کمون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ست‌ها،</w:t>
      </w:r>
      <w:r w:rsidRPr="00392B22">
        <w:rPr>
          <w:rFonts w:ascii="Tahoma" w:hAnsi="Tahoma" w:cs="Tahoma"/>
          <w:rtl/>
        </w:rPr>
        <w:t xml:space="preserve"> مرتجعان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عوامل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>. چون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را در خدمت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د،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بپذ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 xml:space="preserve"> که مخالف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ممکن است از سر دلسوز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کشور با 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وهٔ</w:t>
      </w:r>
      <w:r w:rsidRPr="00392B22">
        <w:rPr>
          <w:rFonts w:ascii="Tahoma" w:hAnsi="Tahoma" w:cs="Tahoma"/>
          <w:rtl/>
        </w:rPr>
        <w:t xml:space="preserve"> حکومت او مخالفت ک</w:t>
      </w:r>
      <w:r w:rsidRPr="00392B22">
        <w:rPr>
          <w:rFonts w:ascii="Tahoma" w:hAnsi="Tahoma" w:cs="Tahoma" w:hint="eastAsia"/>
          <w:rtl/>
        </w:rPr>
        <w:t>ند</w:t>
      </w:r>
      <w:r w:rsidRPr="00392B22">
        <w:rPr>
          <w:rFonts w:ascii="Tahoma" w:hAnsi="Tahoma" w:cs="Tahoma"/>
          <w:rtl/>
        </w:rPr>
        <w:t>. در ذهن مستبد منور، مخالفت صادقانه به‌تدر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ناممکن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شود؛</w:t>
      </w:r>
      <w:r w:rsidRPr="00392B22">
        <w:rPr>
          <w:rFonts w:ascii="Tahoma" w:hAnsi="Tahoma" w:cs="Tahoma"/>
          <w:rtl/>
        </w:rPr>
        <w:t xml:space="preserve"> هر مخالف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نادان است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خائن.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نگرش به ساواک امکان داد دامنهٔ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خود را گسترش دهد. دستگاه امن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فقط به تعق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/>
          <w:rtl/>
        </w:rPr>
        <w:t xml:space="preserve"> گروه‌ها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مسلح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جاسوسان نپرداخت؛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سندگان،</w:t>
      </w:r>
      <w:r w:rsidRPr="00392B22">
        <w:rPr>
          <w:rFonts w:ascii="Tahoma" w:hAnsi="Tahoma" w:cs="Tahoma"/>
          <w:rtl/>
        </w:rPr>
        <w:t xml:space="preserve"> دانشجو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ان،</w:t>
      </w:r>
      <w:r w:rsidRPr="00392B22">
        <w:rPr>
          <w:rFonts w:ascii="Tahoma" w:hAnsi="Tahoma" w:cs="Tahoma"/>
          <w:rtl/>
        </w:rPr>
        <w:t xml:space="preserve"> استادان، روزنامه‌نگاران، فعالان صنف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حکومت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نظر قرار گرفتند. سانسور و ترس از گزارش مأ</w:t>
      </w:r>
      <w:r w:rsidRPr="00392B22">
        <w:rPr>
          <w:rFonts w:ascii="Tahoma" w:hAnsi="Tahoma" w:cs="Tahoma" w:hint="eastAsia"/>
          <w:rtl/>
        </w:rPr>
        <w:t>موران،</w:t>
      </w:r>
      <w:r w:rsidRPr="00392B22">
        <w:rPr>
          <w:rFonts w:ascii="Tahoma" w:hAnsi="Tahoma" w:cs="Tahoma"/>
          <w:rtl/>
        </w:rPr>
        <w:t xml:space="preserve"> فضا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محدود کرد و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/>
          <w:rtl/>
        </w:rPr>
        <w:t xml:space="preserve"> را از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حکومت پنهان ساخت.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ظاهر، شاه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هر زمان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اوضاع کشور آگاه بود. گزارش‌ها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ساواک، ارتش، وزارتخانه‌ها و استانداران به او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اما دستگاه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همهٔ مقاماتش به 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شاه وابسته‌اند، معمولاً خبرها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را منتقل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کند</w:t>
      </w:r>
      <w:r w:rsidRPr="00392B22">
        <w:rPr>
          <w:rFonts w:ascii="Tahoma" w:hAnsi="Tahoma" w:cs="Tahoma"/>
          <w:rtl/>
        </w:rPr>
        <w:t xml:space="preserve"> که شن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دنشان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مرکز قدرت خوشا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</w:t>
      </w:r>
      <w:r w:rsidRPr="00392B22">
        <w:rPr>
          <w:rFonts w:ascii="Tahoma" w:hAnsi="Tahoma" w:cs="Tahoma"/>
          <w:rtl/>
        </w:rPr>
        <w:t xml:space="preserve"> باشد. گزارش وا</w:t>
      </w:r>
      <w:r w:rsidRPr="00392B22">
        <w:rPr>
          <w:rFonts w:ascii="Tahoma" w:hAnsi="Tahoma" w:cs="Tahoma" w:hint="eastAsia"/>
          <w:rtl/>
        </w:rPr>
        <w:t>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تواند</w:t>
      </w:r>
      <w:r w:rsidRPr="00392B22">
        <w:rPr>
          <w:rFonts w:ascii="Tahoma" w:hAnsi="Tahoma" w:cs="Tahoma"/>
          <w:rtl/>
        </w:rPr>
        <w:t xml:space="preserve"> مقام گزارش‌دهنده را در معرض اتهام ضعف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بدب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قرار دهد. در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جه،</w:t>
      </w:r>
      <w:r w:rsidRPr="00392B22">
        <w:rPr>
          <w:rFonts w:ascii="Tahoma" w:hAnsi="Tahoma" w:cs="Tahoma"/>
          <w:rtl/>
        </w:rPr>
        <w:t xml:space="preserve"> هرچه شبکهٔ اطلاعات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گسترده‌تر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شد،</w:t>
      </w:r>
      <w:r w:rsidRPr="00392B22">
        <w:rPr>
          <w:rFonts w:ascii="Tahoma" w:hAnsi="Tahoma" w:cs="Tahoma"/>
          <w:rtl/>
        </w:rPr>
        <w:t xml:space="preserve"> امکان داشت شناخت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از جامعه کمتر شود.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مستبد</w:t>
      </w:r>
      <w:r w:rsidRPr="00392B22">
        <w:rPr>
          <w:rFonts w:ascii="Tahoma" w:hAnsi="Tahoma" w:cs="Tahoma"/>
          <w:rtl/>
        </w:rPr>
        <w:t xml:space="preserve"> منور در اوج قدرت خود با تناقض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روبه‌رو است: همه‌چ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را کنترل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کند،</w:t>
      </w:r>
      <w:r w:rsidRPr="00392B22">
        <w:rPr>
          <w:rFonts w:ascii="Tahoma" w:hAnsi="Tahoma" w:cs="Tahoma"/>
          <w:rtl/>
        </w:rPr>
        <w:t xml:space="preserve"> اما چون 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جرئت ندارد حق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قت</w:t>
      </w:r>
      <w:r w:rsidRPr="00392B22">
        <w:rPr>
          <w:rFonts w:ascii="Tahoma" w:hAnsi="Tahoma" w:cs="Tahoma"/>
          <w:rtl/>
        </w:rPr>
        <w:t xml:space="preserve"> ناخوشا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</w:t>
      </w:r>
      <w:r w:rsidRPr="00392B22">
        <w:rPr>
          <w:rFonts w:ascii="Tahoma" w:hAnsi="Tahoma" w:cs="Tahoma"/>
          <w:rtl/>
        </w:rPr>
        <w:t xml:space="preserve"> را به او بگو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د،</w:t>
      </w:r>
      <w:r w:rsidRPr="00392B22">
        <w:rPr>
          <w:rFonts w:ascii="Tahoma" w:hAnsi="Tahoma" w:cs="Tahoma"/>
          <w:rtl/>
        </w:rPr>
        <w:t xml:space="preserve"> از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دورتر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شود</w:t>
      </w:r>
      <w:r w:rsidRPr="00392B22">
        <w:rPr>
          <w:rFonts w:ascii="Tahoma" w:hAnsi="Tahoma" w:cs="Tahoma"/>
          <w:rtl/>
        </w:rPr>
        <w:t>. دولت، مجلس، حزب و مطبوعات به‌جا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آنکه خطاها را آشکار کنند، موفق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/>
          <w:rtl/>
        </w:rPr>
        <w:t xml:space="preserve"> را گزارش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دهند</w:t>
      </w:r>
      <w:r w:rsidRPr="00392B22">
        <w:rPr>
          <w:rFonts w:ascii="Tahoma" w:hAnsi="Tahoma" w:cs="Tahoma"/>
          <w:rtl/>
        </w:rPr>
        <w:t>. دستگاه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ظاهراً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کپارچه</w:t>
      </w:r>
      <w:r w:rsidRPr="00392B22">
        <w:rPr>
          <w:rFonts w:ascii="Tahoma" w:hAnsi="Tahoma" w:cs="Tahoma"/>
          <w:rtl/>
        </w:rPr>
        <w:t xml:space="preserve"> است، اما راه اصلاح درون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را از دست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دهد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تا</w:t>
      </w:r>
      <w:r w:rsidRPr="00392B22">
        <w:rPr>
          <w:rFonts w:ascii="Tahoma" w:hAnsi="Tahoma" w:cs="Tahoma"/>
          <w:rtl/>
        </w:rPr>
        <w:t xml:space="preserve">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دههٔ </w:t>
      </w:r>
      <w:r w:rsidRPr="00392B22">
        <w:rPr>
          <w:rFonts w:ascii="Tahoma" w:hAnsi="Tahoma" w:cs="Tahoma"/>
          <w:rtl/>
          <w:lang w:bidi="fa-IR"/>
        </w:rPr>
        <w:t>۱۳۴۰</w:t>
      </w:r>
      <w:r w:rsidRPr="00392B22">
        <w:rPr>
          <w:rFonts w:ascii="Tahoma" w:hAnsi="Tahoma" w:cs="Tahoma"/>
          <w:rtl/>
        </w:rPr>
        <w:t>، محمدرضاشاه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به دستاوردها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فراوان حکومت خود اشاره کند: رشد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گسترش صنعت،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درآمد نفت، توسعهٔ آموزش و بهداشت، کاهش قدرت بزرگ‌مالکان،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حقوق زنان، ساخت راه‌ها و کارخانه‌ها و حضور پررنگ‌تر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در جهان.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دستاور</w:t>
      </w:r>
      <w:r w:rsidRPr="00392B22">
        <w:rPr>
          <w:rFonts w:ascii="Tahoma" w:hAnsi="Tahoma" w:cs="Tahoma" w:hint="eastAsia"/>
          <w:rtl/>
        </w:rPr>
        <w:t>دها</w:t>
      </w:r>
      <w:r w:rsidRPr="00392B22">
        <w:rPr>
          <w:rFonts w:ascii="Tahoma" w:hAnsi="Tahoma" w:cs="Tahoma"/>
          <w:rtl/>
        </w:rPr>
        <w:t xml:space="preserve">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بودند و ناد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ده‌گرفتن</w:t>
      </w:r>
      <w:r w:rsidRPr="00392B22">
        <w:rPr>
          <w:rFonts w:ascii="Tahoma" w:hAnsi="Tahoma" w:cs="Tahoma"/>
          <w:rtl/>
        </w:rPr>
        <w:t xml:space="preserve"> آنها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را به تبل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غات</w:t>
      </w:r>
      <w:r w:rsidRPr="00392B22">
        <w:rPr>
          <w:rFonts w:ascii="Tahoma" w:hAnsi="Tahoma" w:cs="Tahoma"/>
          <w:rtl/>
        </w:rPr>
        <w:t xml:space="preserve"> مخالفان حکومت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هم‌زمان، مجلس استقلال نداشت،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تابع شاه بود، احزاب از بالا ساخته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شدند،</w:t>
      </w:r>
      <w:r w:rsidRPr="00392B22">
        <w:rPr>
          <w:rFonts w:ascii="Tahoma" w:hAnsi="Tahoma" w:cs="Tahoma"/>
          <w:rtl/>
        </w:rPr>
        <w:t xml:space="preserve"> مطبوعات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سانسور قرار داشتند و مخالفان امکان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نداشتند. شاه کشور را با سرعت نوساز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اما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جانش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اقتدار شخص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پرورش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 همهٔ راه‌ها به او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دند</w:t>
      </w:r>
      <w:r w:rsidRPr="00392B22">
        <w:rPr>
          <w:rFonts w:ascii="Tahoma" w:hAnsi="Tahoma" w:cs="Tahoma"/>
          <w:rtl/>
        </w:rPr>
        <w:t xml:space="preserve"> و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راه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انتقال مسالمت‌آم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قدرت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تصح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ح</w:t>
      </w:r>
      <w:r w:rsidRPr="00392B22">
        <w:rPr>
          <w:rFonts w:ascii="Tahoma" w:hAnsi="Tahoma" w:cs="Tahoma"/>
          <w:rtl/>
        </w:rPr>
        <w:t xml:space="preserve">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وجود نداشت.</w:t>
      </w:r>
    </w:p>
    <w:p w:rsidR="00A85508" w:rsidRDefault="00392B22" w:rsidP="00392B22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آغاز دههٔ </w:t>
      </w:r>
      <w:r w:rsidRPr="00392B22">
        <w:rPr>
          <w:rFonts w:ascii="Tahoma" w:hAnsi="Tahoma" w:cs="Tahoma"/>
          <w:rtl/>
          <w:lang w:bidi="fa-IR"/>
        </w:rPr>
        <w:t>۱۳۵۰</w:t>
      </w:r>
      <w:r w:rsidRPr="00392B22">
        <w:rPr>
          <w:rFonts w:ascii="Tahoma" w:hAnsi="Tahoma" w:cs="Tahoma"/>
          <w:rtl/>
        </w:rPr>
        <w:t>،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درآمد نفت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الگو را به اوج رساند. شاه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نه فقط خود را رهبر اصلاحات داخل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بلکه فرمانروا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که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تواند</w:t>
      </w:r>
      <w:r w:rsidRPr="00392B22">
        <w:rPr>
          <w:rFonts w:ascii="Tahoma" w:hAnsi="Tahoma" w:cs="Tahoma"/>
          <w:rtl/>
        </w:rPr>
        <w:t xml:space="preserve"> به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قدرت‌ها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بزرگ جهان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شود. جشن‌ها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دوهزاروپانصدم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سال شاهنشاه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بها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نفت، خر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گستردهٔ تسل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حات</w:t>
      </w:r>
      <w:r w:rsidRPr="00392B22">
        <w:rPr>
          <w:rFonts w:ascii="Tahoma" w:hAnsi="Tahoma" w:cs="Tahoma"/>
          <w:rtl/>
        </w:rPr>
        <w:t xml:space="preserve"> و اعلام حزب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ز،</w:t>
      </w:r>
      <w:r w:rsidRPr="00392B22">
        <w:rPr>
          <w:rFonts w:ascii="Tahoma" w:hAnsi="Tahoma" w:cs="Tahoma"/>
          <w:rtl/>
        </w:rPr>
        <w:t xml:space="preserve"> مراحل بعد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حرکت بودند؛ حرکت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مستبد منور را به بالاتر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نقطهٔ قدرت رساند و در همان حال، او را از جامعه و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دستگاه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دورتر کرد.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/>
          <w:rtl/>
        </w:rPr>
        <w:t xml:space="preserve">در آغاز دههٔ </w:t>
      </w:r>
      <w:r w:rsidRPr="00392B22">
        <w:rPr>
          <w:rFonts w:ascii="Tahoma" w:hAnsi="Tahoma" w:cs="Tahoma"/>
          <w:rtl/>
          <w:lang w:bidi="fa-IR"/>
        </w:rPr>
        <w:t>۱۳۵۰</w:t>
      </w:r>
      <w:r w:rsidRPr="00392B22">
        <w:rPr>
          <w:rFonts w:ascii="Tahoma" w:hAnsi="Tahoma" w:cs="Tahoma"/>
          <w:rtl/>
        </w:rPr>
        <w:t>، محمدرضاشاه خود را در آستانهٔ تحقق آرزو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که از نخست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سال‌ها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پادشاه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سر داشت. مخالفان اصل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اش</w:t>
      </w:r>
      <w:r w:rsidRPr="00392B22">
        <w:rPr>
          <w:rFonts w:ascii="Tahoma" w:hAnsi="Tahoma" w:cs="Tahoma"/>
          <w:rtl/>
        </w:rPr>
        <w:t xml:space="preserve"> شکست خورده بودند، ارتش و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فرمان او قرار داشتند، درآمد نفت رو به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بود و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در مناسبات منطقه‌ا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ن‌الملل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مهم‌تر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او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فقط در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حفظ سلطنت نبود؛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در 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کوتاه به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قدرت‌ها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بزرگ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جهان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بلندپرواز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</w:t>
      </w:r>
      <w:r w:rsidRPr="00392B22">
        <w:rPr>
          <w:rFonts w:ascii="Tahoma" w:hAnsi="Tahoma" w:cs="Tahoma"/>
          <w:rtl/>
        </w:rPr>
        <w:t xml:space="preserve"> صرفاً 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ال‌پرداز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پادشاه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فته</w:t>
      </w:r>
      <w:r w:rsidRPr="00392B22">
        <w:rPr>
          <w:rFonts w:ascii="Tahoma" w:hAnsi="Tahoma" w:cs="Tahoma"/>
          <w:rtl/>
        </w:rPr>
        <w:t xml:space="preserve"> دانست.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واقعاً دگرگون شده بود. راه‌ها، سدها، کارخانه‌ها، دانشگاه‌ها و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مارستان‌ها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 ساخته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</w:t>
      </w:r>
      <w:r w:rsidRPr="00392B22">
        <w:rPr>
          <w:rFonts w:ascii="Tahoma" w:hAnsi="Tahoma" w:cs="Tahoma"/>
          <w:rtl/>
        </w:rPr>
        <w:t>. شمار دانش‌آموزان و دانشجو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>. صنا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</w:t>
      </w:r>
      <w:r w:rsidRPr="00392B22">
        <w:rPr>
          <w:rFonts w:ascii="Tahoma" w:hAnsi="Tahoma" w:cs="Tahoma"/>
          <w:rtl/>
        </w:rPr>
        <w:t xml:space="preserve">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آمدند،</w:t>
      </w:r>
      <w:r w:rsidRPr="00392B22">
        <w:rPr>
          <w:rFonts w:ascii="Tahoma" w:hAnsi="Tahoma" w:cs="Tahoma"/>
          <w:rtl/>
        </w:rPr>
        <w:t xml:space="preserve"> زنان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گذ</w:t>
      </w:r>
      <w:r w:rsidRPr="00392B22">
        <w:rPr>
          <w:rFonts w:ascii="Tahoma" w:hAnsi="Tahoma" w:cs="Tahoma" w:hint="eastAsia"/>
          <w:rtl/>
        </w:rPr>
        <w:t>شته</w:t>
      </w:r>
      <w:r w:rsidRPr="00392B22">
        <w:rPr>
          <w:rFonts w:ascii="Tahoma" w:hAnsi="Tahoma" w:cs="Tahoma"/>
          <w:rtl/>
        </w:rPr>
        <w:t xml:space="preserve"> وارد آموزش و اشتغال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</w:t>
      </w:r>
      <w:r w:rsidRPr="00392B22">
        <w:rPr>
          <w:rFonts w:ascii="Tahoma" w:hAnsi="Tahoma" w:cs="Tahoma"/>
          <w:rtl/>
        </w:rPr>
        <w:t xml:space="preserve"> و طبقهٔ متوسط شهر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گسترش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حکومت مرکز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بخش‌ها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از کشور حضور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افته</w:t>
      </w:r>
      <w:r w:rsidRPr="00392B22">
        <w:rPr>
          <w:rFonts w:ascii="Tahoma" w:hAnsi="Tahoma" w:cs="Tahoma"/>
          <w:rtl/>
        </w:rPr>
        <w:t xml:space="preserve"> بود که تا چند دهه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دسترس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</w:t>
      </w:r>
      <w:r w:rsidRPr="00392B22">
        <w:rPr>
          <w:rFonts w:ascii="Tahoma" w:hAnsi="Tahoma" w:cs="Tahoma"/>
          <w:rtl/>
        </w:rPr>
        <w:t xml:space="preserve"> بودند.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شاه</w:t>
      </w:r>
      <w:r w:rsidRPr="00392B22">
        <w:rPr>
          <w:rFonts w:ascii="Tahoma" w:hAnsi="Tahoma" w:cs="Tahoma"/>
          <w:rtl/>
        </w:rPr>
        <w:t xml:space="preserve"> همچن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توانسته بود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از کشور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در شهر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/>
          <w:rtl/>
          <w:lang w:bidi="fa-IR"/>
        </w:rPr>
        <w:t>۱۳۲۰</w:t>
      </w:r>
      <w:r w:rsidRPr="00392B22">
        <w:rPr>
          <w:rFonts w:ascii="Tahoma" w:hAnsi="Tahoma" w:cs="Tahoma"/>
          <w:rtl/>
        </w:rPr>
        <w:t xml:space="preserve"> ارتش‌ها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بدون مقاومت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اشغال کرده بودند، به قدرت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منطقه‌ا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کند. ارتش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از نظر تجه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زات،</w:t>
      </w:r>
      <w:r w:rsidRPr="00392B22">
        <w:rPr>
          <w:rFonts w:ascii="Tahoma" w:hAnsi="Tahoma" w:cs="Tahoma"/>
          <w:rtl/>
        </w:rPr>
        <w:t xml:space="preserve"> آموزش و شمار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/>
          <w:rtl/>
        </w:rPr>
        <w:t xml:space="preserve"> گسترش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افته</w:t>
      </w:r>
      <w:r w:rsidRPr="00392B22">
        <w:rPr>
          <w:rFonts w:ascii="Tahoma" w:hAnsi="Tahoma" w:cs="Tahoma"/>
          <w:rtl/>
        </w:rPr>
        <w:t xml:space="preserve"> بود.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هوا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و 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شرفته‌تر</w:t>
      </w:r>
      <w:r w:rsidRPr="00392B22">
        <w:rPr>
          <w:rFonts w:ascii="Tahoma" w:hAnsi="Tahoma" w:cs="Tahoma"/>
          <w:rtl/>
        </w:rPr>
        <w:t xml:space="preserve"> شده بودند و حکومت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پس از خروج 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از خل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فارس،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به قدرت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حفظ امن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منطقه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دگرگون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/>
          <w:rtl/>
        </w:rPr>
        <w:t xml:space="preserve"> 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همان هدف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بودند که نظر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هٔ</w:t>
      </w:r>
      <w:r w:rsidRPr="00392B22">
        <w:rPr>
          <w:rFonts w:ascii="Tahoma" w:hAnsi="Tahoma" w:cs="Tahoma"/>
          <w:rtl/>
        </w:rPr>
        <w:t xml:space="preserve"> مستبد منور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تعر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ف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: ساختن کشور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رومند،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کپارچه،</w:t>
      </w:r>
      <w:r w:rsidRPr="00392B22">
        <w:rPr>
          <w:rFonts w:ascii="Tahoma" w:hAnsi="Tahoma" w:cs="Tahoma"/>
          <w:rtl/>
        </w:rPr>
        <w:t xml:space="preserve">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و مستقل. اما هرچه شاه در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هدف موفق‌تر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/>
          <w:rtl/>
        </w:rPr>
        <w:t xml:space="preserve"> به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که موفق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/>
          <w:rtl/>
        </w:rPr>
        <w:t xml:space="preserve"> حاصل اراده و رهبر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شخص او هستند.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وانسالاران،</w:t>
      </w:r>
      <w:r w:rsidRPr="00392B22">
        <w:rPr>
          <w:rFonts w:ascii="Tahoma" w:hAnsi="Tahoma" w:cs="Tahoma"/>
          <w:rtl/>
        </w:rPr>
        <w:t xml:space="preserve"> کارشناسان، کارگران، آموزگاران، پزشکان،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و کارآفر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دگرگون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ممکن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ساختند،</w:t>
      </w:r>
      <w:r w:rsidRPr="00392B22">
        <w:rPr>
          <w:rFonts w:ascii="Tahoma" w:hAnsi="Tahoma" w:cs="Tahoma"/>
          <w:rtl/>
        </w:rPr>
        <w:t xml:space="preserve"> در روا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رسم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مجر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«فرمان شاه»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جشن‌ها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دوهزاروپانصدم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سال شاهنشاه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سال </w:t>
      </w:r>
      <w:r w:rsidRPr="00392B22">
        <w:rPr>
          <w:rFonts w:ascii="Tahoma" w:hAnsi="Tahoma" w:cs="Tahoma"/>
          <w:rtl/>
          <w:lang w:bidi="fa-IR"/>
        </w:rPr>
        <w:t>۱۳۵۰</w:t>
      </w:r>
      <w:r w:rsidRPr="00392B22">
        <w:rPr>
          <w:rFonts w:ascii="Tahoma" w:hAnsi="Tahoma" w:cs="Tahoma"/>
          <w:rtl/>
        </w:rPr>
        <w:t xml:space="preserve"> نماد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برداشت از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و قدرت بودند. حکومت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وستگ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از کورش تا محمدرضاشاه نشان دهد و سلطنت پهلو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وارث شاهنشاه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باستان معرف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کند. حضور سران و نما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ندگان</w:t>
      </w:r>
      <w:r w:rsidRPr="00392B22">
        <w:rPr>
          <w:rFonts w:ascii="Tahoma" w:hAnsi="Tahoma" w:cs="Tahoma"/>
          <w:rtl/>
        </w:rPr>
        <w:t xml:space="preserve"> کشورها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مختلف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قرار ب</w:t>
      </w:r>
      <w:r w:rsidRPr="00392B22">
        <w:rPr>
          <w:rFonts w:ascii="Tahoma" w:hAnsi="Tahoma" w:cs="Tahoma" w:hint="eastAsia"/>
          <w:rtl/>
        </w:rPr>
        <w:t>ود</w:t>
      </w:r>
      <w:r w:rsidRPr="00392B22">
        <w:rPr>
          <w:rFonts w:ascii="Tahoma" w:hAnsi="Tahoma" w:cs="Tahoma"/>
          <w:rtl/>
        </w:rPr>
        <w:t xml:space="preserve"> 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گاه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ن‌الملل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به نما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بگذارد.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توجه</w:t>
      </w:r>
      <w:r w:rsidRPr="00392B22">
        <w:rPr>
          <w:rFonts w:ascii="Tahoma" w:hAnsi="Tahoma" w:cs="Tahoma"/>
          <w:rtl/>
        </w:rPr>
        <w:t xml:space="preserve"> به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اسلام و بزرگداشت کورش، به‌خود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خود</w:t>
      </w:r>
      <w:r w:rsidRPr="00392B22">
        <w:rPr>
          <w:rFonts w:ascii="Tahoma" w:hAnsi="Tahoma" w:cs="Tahoma"/>
          <w:rtl/>
        </w:rPr>
        <w:t xml:space="preserve"> نه خطا بود و نه اقدام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ضدا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>. حکومت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برجسته کند که از چهارچوب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اسلام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فراتر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رفت</w:t>
      </w:r>
      <w:r w:rsidRPr="00392B22">
        <w:rPr>
          <w:rFonts w:ascii="Tahoma" w:hAnsi="Tahoma" w:cs="Tahoma"/>
          <w:rtl/>
        </w:rPr>
        <w:t xml:space="preserve"> و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به گذشته‌ا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کهن‌تر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کوشش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در ساختن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و مل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نقش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مهم داشته باشد.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وهٔ</w:t>
      </w:r>
      <w:r w:rsidRPr="00392B22">
        <w:rPr>
          <w:rFonts w:ascii="Tahoma" w:hAnsi="Tahoma" w:cs="Tahoma"/>
          <w:rtl/>
        </w:rPr>
        <w:t xml:space="preserve"> برگزار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جشن‌ها و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همهٔ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با شخص شاه،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داشت. گذشتهٔ کشور به منبع حقان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سلطنت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 کورش نه به‌عنوان آغازگر نوع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بلکه به‌عنوان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کنون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فراخوانده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در روا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حکومت، ملت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دو پادشاه،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آغاز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و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زمان حال، قرار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 xml:space="preserve"> و نقش فاعل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را از دست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هز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نه‌ها</w:t>
      </w:r>
      <w:r w:rsidRPr="00392B22">
        <w:rPr>
          <w:rFonts w:ascii="Tahoma" w:hAnsi="Tahoma" w:cs="Tahoma"/>
          <w:rtl/>
        </w:rPr>
        <w:t xml:space="preserve"> و تجمل جشن‌ها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در جامعه‌ا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هنوز بخش‌ها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گسترده‌ا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آن با فقر، کمبود مدرسه، درمانگاه و مسکن روبه‌رو بود، فاصلهٔ حکومت و مردم را آشکارتر کرد.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اگر برخ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گزارش‌ها دربارهٔ هز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نه‌ها</w:t>
      </w:r>
      <w:r w:rsidRPr="00392B22">
        <w:rPr>
          <w:rFonts w:ascii="Tahoma" w:hAnsi="Tahoma" w:cs="Tahoma"/>
          <w:rtl/>
        </w:rPr>
        <w:t xml:space="preserve"> اغراق‌آم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بوده باشند، تصو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مجلل،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همانان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پذ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پرخرج در کنار محروم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بخش‌ها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از جامعه، به نماد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ماندگار عل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/>
          <w:rtl/>
        </w:rPr>
        <w:t xml:space="preserve"> حکومت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از تأک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حکومت بر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اسلام احساس خطر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آنان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دند</w:t>
      </w:r>
      <w:r w:rsidRPr="00392B22">
        <w:rPr>
          <w:rFonts w:ascii="Tahoma" w:hAnsi="Tahoma" w:cs="Tahoma"/>
          <w:rtl/>
        </w:rPr>
        <w:t xml:space="preserve"> شاه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حقان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حکمران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به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رجوع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کند</w:t>
      </w:r>
      <w:r w:rsidRPr="00392B22">
        <w:rPr>
          <w:rFonts w:ascii="Tahoma" w:hAnsi="Tahoma" w:cs="Tahoma"/>
          <w:rtl/>
        </w:rPr>
        <w:t xml:space="preserve"> که در آن اسلام، تش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</w:t>
      </w:r>
      <w:r w:rsidRPr="00392B22">
        <w:rPr>
          <w:rFonts w:ascii="Tahoma" w:hAnsi="Tahoma" w:cs="Tahoma"/>
          <w:rtl/>
        </w:rPr>
        <w:t xml:space="preserve"> و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نقش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ندارند. همان‌گونه که صفو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با رسم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</w:t>
      </w:r>
      <w:r w:rsidRPr="00392B22">
        <w:rPr>
          <w:rFonts w:ascii="Tahoma" w:hAnsi="Tahoma" w:cs="Tahoma"/>
          <w:rtl/>
        </w:rPr>
        <w:t xml:space="preserve"> تش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را به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کرده بودند، محمدرضاشاه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با بازساز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نمادها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شاهنشاه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باستان، سرچشمه‌ا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حقان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خود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</w:t>
      </w:r>
      <w:r w:rsidRPr="00392B22">
        <w:rPr>
          <w:rFonts w:ascii="Tahoma" w:hAnsi="Tahoma" w:cs="Tahoma"/>
          <w:rtl/>
        </w:rPr>
        <w:t xml:space="preserve"> از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آورد.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مل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شاهنشاه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مانند اصلاحات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از بالا ساخته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جامعه امکان نداشت آزادانه دربارهٔ معنا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ران،</w:t>
      </w:r>
      <w:r w:rsidRPr="00392B22">
        <w:rPr>
          <w:rFonts w:ascii="Tahoma" w:hAnsi="Tahoma" w:cs="Tahoma"/>
          <w:rtl/>
        </w:rPr>
        <w:t xml:space="preserve"> نقش کورش، 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گاه</w:t>
      </w:r>
      <w:r w:rsidRPr="00392B22">
        <w:rPr>
          <w:rFonts w:ascii="Tahoma" w:hAnsi="Tahoma" w:cs="Tahoma"/>
          <w:rtl/>
        </w:rPr>
        <w:t xml:space="preserve"> اسلام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رابطهٔ سلطنت و ملت گفت‌وگو کند.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روا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رسم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ساخته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و دستگاه آموزش، رسانه‌ها و مراسم حکو</w:t>
      </w:r>
      <w:r w:rsidRPr="00392B22">
        <w:rPr>
          <w:rFonts w:ascii="Tahoma" w:hAnsi="Tahoma" w:cs="Tahoma" w:hint="eastAsia"/>
          <w:rtl/>
        </w:rPr>
        <w:t>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 را تکرار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</w:t>
      </w:r>
      <w:r w:rsidRPr="00392B22">
        <w:rPr>
          <w:rFonts w:ascii="Tahoma" w:hAnsi="Tahoma" w:cs="Tahoma"/>
          <w:rtl/>
        </w:rPr>
        <w:t xml:space="preserve"> آن بود که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توجه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ضرور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اسلام، در ذهن مخالفان با تبل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غات</w:t>
      </w:r>
      <w:r w:rsidRPr="00392B22">
        <w:rPr>
          <w:rFonts w:ascii="Tahoma" w:hAnsi="Tahoma" w:cs="Tahoma"/>
          <w:rtl/>
        </w:rPr>
        <w:t xml:space="preserve"> سلطنت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استبداد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خورد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سال‌ها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پس از جشن‌ها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شاهنشاه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بها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نفت امکانات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سابقه</w:t>
      </w:r>
      <w:r w:rsidRPr="00392B22">
        <w:rPr>
          <w:rFonts w:ascii="Tahoma" w:hAnsi="Tahoma" w:cs="Tahoma"/>
          <w:rtl/>
        </w:rPr>
        <w:t xml:space="preserve"> در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حکومت قرار داد. پس از جنگ اعراب و اسرائ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در سال </w:t>
      </w:r>
      <w:r w:rsidRPr="00392B22">
        <w:rPr>
          <w:rFonts w:ascii="Tahoma" w:hAnsi="Tahoma" w:cs="Tahoma"/>
          <w:rtl/>
          <w:lang w:bidi="fa-IR"/>
        </w:rPr>
        <w:t>۱۹۷۳</w:t>
      </w:r>
      <w:r w:rsidRPr="00392B22">
        <w:rPr>
          <w:rFonts w:ascii="Tahoma" w:hAnsi="Tahoma" w:cs="Tahoma"/>
          <w:rtl/>
        </w:rPr>
        <w:t xml:space="preserve"> و دگرگون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بازار جهان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انرژ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درآمد نفت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چند برابر شد. شاه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را فرصت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 xml:space="preserve"> که 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تکرار نشود. او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با مصرف سر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</w:t>
      </w:r>
      <w:r w:rsidRPr="00392B22">
        <w:rPr>
          <w:rFonts w:ascii="Tahoma" w:hAnsi="Tahoma" w:cs="Tahoma"/>
          <w:rtl/>
        </w:rPr>
        <w:t xml:space="preserve"> درآمد نفت، فاصلهٔ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با کشورها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صنعت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مدت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کوتاه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ببرد.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نجا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تشخ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ص</w:t>
      </w:r>
      <w:r w:rsidRPr="00392B22">
        <w:rPr>
          <w:rFonts w:ascii="Tahoma" w:hAnsi="Tahoma" w:cs="Tahoma"/>
          <w:rtl/>
        </w:rPr>
        <w:t xml:space="preserve"> او 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حق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قت</w:t>
      </w:r>
      <w:r w:rsidRPr="00392B22">
        <w:rPr>
          <w:rFonts w:ascii="Tahoma" w:hAnsi="Tahoma" w:cs="Tahoma"/>
          <w:rtl/>
        </w:rPr>
        <w:t xml:space="preserve"> را در خود داشت. درآمد نفت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سرما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هٔ</w:t>
      </w:r>
      <w:r w:rsidRPr="00392B22">
        <w:rPr>
          <w:rFonts w:ascii="Tahoma" w:hAnsi="Tahoma" w:cs="Tahoma"/>
          <w:rtl/>
        </w:rPr>
        <w:t xml:space="preserve"> لازم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ساختن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رساخت‌ها،</w:t>
      </w:r>
      <w:r w:rsidRPr="00392B22">
        <w:rPr>
          <w:rFonts w:ascii="Tahoma" w:hAnsi="Tahoma" w:cs="Tahoma"/>
          <w:rtl/>
        </w:rPr>
        <w:t xml:space="preserve"> صنعت، آموزش، بهداشت و ارتش را فراهم آورد. کشور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قرن‌ها از کمبود منابع مال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رنج برده بود، ناگهان به سرما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دست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افته</w:t>
      </w:r>
      <w:r w:rsidRPr="00392B22">
        <w:rPr>
          <w:rFonts w:ascii="Tahoma" w:hAnsi="Tahoma" w:cs="Tahoma"/>
          <w:rtl/>
        </w:rPr>
        <w:t xml:space="preserve"> بود که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ساختار اقتصا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اجتماع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اش</w:t>
      </w:r>
      <w:r w:rsidRPr="00392B22">
        <w:rPr>
          <w:rFonts w:ascii="Tahoma" w:hAnsi="Tahoma" w:cs="Tahoma"/>
          <w:rtl/>
        </w:rPr>
        <w:t xml:space="preserve"> را دگرگون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ورود ناگهان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حجم عظ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پول به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ظرف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جذب آن را نداشت، مشکلات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آورد.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 شتاب گسترش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افتند،</w:t>
      </w:r>
      <w:r w:rsidRPr="00392B22">
        <w:rPr>
          <w:rFonts w:ascii="Tahoma" w:hAnsi="Tahoma" w:cs="Tahoma"/>
          <w:rtl/>
        </w:rPr>
        <w:t xml:space="preserve"> واردات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کرد، دولت پروژه‌ها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بزرگ‌تر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آغاز کرد و تقاضا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انسان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مصالح، مسکن و خدمات بالا رفت. بندره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توان تخل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هٔ</w:t>
      </w:r>
      <w:r w:rsidRPr="00392B22">
        <w:rPr>
          <w:rFonts w:ascii="Tahoma" w:hAnsi="Tahoma" w:cs="Tahoma"/>
          <w:rtl/>
        </w:rPr>
        <w:t xml:space="preserve"> همهٔ کالاها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واردات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نداشتند، شبکهٔ حمل‌ونقل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فشار قرار گرفت و کمبود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متخصص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برنامه‌ها را دشوار ساخت.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تورم</w:t>
      </w:r>
      <w:r w:rsidRPr="00392B22">
        <w:rPr>
          <w:rFonts w:ascii="Tahoma" w:hAnsi="Tahoma" w:cs="Tahoma"/>
          <w:rtl/>
        </w:rPr>
        <w:t xml:space="preserve">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 xml:space="preserve"> و بها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زم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و مسکن بالا رفت. کسان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به قراردادها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دولت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واردات و شبکه‌ها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به حکومت دسترس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داشتند، ثروت‌ها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بزرگ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دست آوردند. کارمندان، کارگران و طبقات کم‌درآمد با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هز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نهٔ</w:t>
      </w:r>
      <w:r w:rsidRPr="00392B22">
        <w:rPr>
          <w:rFonts w:ascii="Tahoma" w:hAnsi="Tahoma" w:cs="Tahoma"/>
          <w:rtl/>
        </w:rPr>
        <w:t xml:space="preserve">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روبه‌رو شدند. رشد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</w:t>
      </w:r>
      <w:r w:rsidRPr="00392B22">
        <w:rPr>
          <w:rFonts w:ascii="Tahoma" w:hAnsi="Tahoma" w:cs="Tahoma"/>
          <w:rtl/>
        </w:rPr>
        <w:t xml:space="preserve"> بود، اما سود </w:t>
      </w:r>
      <w:r w:rsidRPr="00392B22">
        <w:rPr>
          <w:rFonts w:ascii="Tahoma" w:hAnsi="Tahoma" w:cs="Tahoma" w:hint="eastAsia"/>
          <w:rtl/>
        </w:rPr>
        <w:t>آن</w:t>
      </w:r>
      <w:r w:rsidRPr="00392B22">
        <w:rPr>
          <w:rFonts w:ascii="Tahoma" w:hAnsi="Tahoma" w:cs="Tahoma"/>
          <w:rtl/>
        </w:rPr>
        <w:t xml:space="preserve"> به صورت برابر در جامعه توز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شکاف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تهران و استان‌ها و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شهر و روستا همچنان عم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</w:t>
      </w:r>
      <w:r w:rsidRPr="00392B22">
        <w:rPr>
          <w:rFonts w:ascii="Tahoma" w:hAnsi="Tahoma" w:cs="Tahoma"/>
          <w:rtl/>
        </w:rPr>
        <w:t xml:space="preserve"> بود. در شهرها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بزرگ، برق، آب، آموزش،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مارستان</w:t>
      </w:r>
      <w:r w:rsidRPr="00392B22">
        <w:rPr>
          <w:rFonts w:ascii="Tahoma" w:hAnsi="Tahoma" w:cs="Tahoma"/>
          <w:rtl/>
        </w:rPr>
        <w:t xml:space="preserve"> و فرصت‌ها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شغل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 سرعت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گسترش م</w:t>
      </w:r>
      <w:r w:rsidRPr="00392B22">
        <w:rPr>
          <w:rFonts w:ascii="Tahoma" w:hAnsi="Tahoma" w:cs="Tahoma" w:hint="cs"/>
          <w:rtl/>
        </w:rPr>
        <w:t>ی‌ی</w:t>
      </w:r>
      <w:r w:rsidRPr="00392B22">
        <w:rPr>
          <w:rFonts w:ascii="Tahoma" w:hAnsi="Tahoma" w:cs="Tahoma" w:hint="eastAsia"/>
          <w:rtl/>
        </w:rPr>
        <w:t>افتند؛</w:t>
      </w:r>
      <w:r w:rsidRPr="00392B22">
        <w:rPr>
          <w:rFonts w:ascii="Tahoma" w:hAnsi="Tahoma" w:cs="Tahoma"/>
          <w:rtl/>
        </w:rPr>
        <w:t xml:space="preserve"> اما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مناطق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و استان‌ها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دورتر همچنان از خدمات کاف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محروم بودند. اصلاحات ارض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قدرت م</w:t>
      </w:r>
      <w:r w:rsidRPr="00392B22">
        <w:rPr>
          <w:rFonts w:ascii="Tahoma" w:hAnsi="Tahoma" w:cs="Tahoma" w:hint="eastAsia"/>
          <w:rtl/>
        </w:rPr>
        <w:t>الکان</w:t>
      </w:r>
      <w:r w:rsidRPr="00392B22">
        <w:rPr>
          <w:rFonts w:ascii="Tahoma" w:hAnsi="Tahoma" w:cs="Tahoma"/>
          <w:rtl/>
        </w:rPr>
        <w:t xml:space="preserve"> را شکسته بود، 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نتوانسته بود کشاورز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کارآمد و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باثبات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همهٔ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آورد.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مهاجرت</w:t>
      </w:r>
      <w:r w:rsidRPr="00392B22">
        <w:rPr>
          <w:rFonts w:ascii="Tahoma" w:hAnsi="Tahoma" w:cs="Tahoma"/>
          <w:rtl/>
        </w:rPr>
        <w:t xml:space="preserve"> به شهرها شتاب گرفت.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زم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کاف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آب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اعتبار نداشتند به حاش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هٔ</w:t>
      </w:r>
      <w:r w:rsidRPr="00392B22">
        <w:rPr>
          <w:rFonts w:ascii="Tahoma" w:hAnsi="Tahoma" w:cs="Tahoma"/>
          <w:rtl/>
        </w:rPr>
        <w:t xml:space="preserve"> شهرها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آمدند</w:t>
      </w:r>
      <w:r w:rsidRPr="00392B22">
        <w:rPr>
          <w:rFonts w:ascii="Tahoma" w:hAnsi="Tahoma" w:cs="Tahoma"/>
          <w:rtl/>
        </w:rPr>
        <w:t>. آنان از ساختار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روستا جدا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شدند،</w:t>
      </w:r>
      <w:r w:rsidRPr="00392B22">
        <w:rPr>
          <w:rFonts w:ascii="Tahoma" w:hAnsi="Tahoma" w:cs="Tahoma"/>
          <w:rtl/>
        </w:rPr>
        <w:t xml:space="preserve"> اما لزوماً به طبقهٔ متوسط شهر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وستند</w:t>
      </w:r>
      <w:r w:rsidRPr="00392B22">
        <w:rPr>
          <w:rFonts w:ascii="Tahoma" w:hAnsi="Tahoma" w:cs="Tahoma"/>
          <w:rtl/>
        </w:rPr>
        <w:t>. محله‌ها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آمدند که از خدمات و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رساخت</w:t>
      </w:r>
      <w:r w:rsidRPr="00392B22">
        <w:rPr>
          <w:rFonts w:ascii="Tahoma" w:hAnsi="Tahoma" w:cs="Tahoma"/>
          <w:rtl/>
        </w:rPr>
        <w:t xml:space="preserve"> کاف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برخوردار نبودند. حک</w:t>
      </w:r>
      <w:r w:rsidRPr="00392B22">
        <w:rPr>
          <w:rFonts w:ascii="Tahoma" w:hAnsi="Tahoma" w:cs="Tahoma" w:hint="eastAsia"/>
          <w:rtl/>
        </w:rPr>
        <w:t>ومت</w:t>
      </w:r>
      <w:r w:rsidRPr="00392B22">
        <w:rPr>
          <w:rFonts w:ascii="Tahoma" w:hAnsi="Tahoma" w:cs="Tahoma"/>
          <w:rtl/>
        </w:rPr>
        <w:t xml:space="preserve"> شمار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شهرنش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نان</w:t>
      </w:r>
      <w:r w:rsidRPr="00392B22">
        <w:rPr>
          <w:rFonts w:ascii="Tahoma" w:hAnsi="Tahoma" w:cs="Tahoma"/>
          <w:rtl/>
        </w:rPr>
        <w:t xml:space="preserve"> تازه آفر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بود،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آنکه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ادغام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آنان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فراهم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جمع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تازه از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سو از مدرسه، برق، جاده، راد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</w:t>
      </w:r>
      <w:r w:rsidRPr="00392B22">
        <w:rPr>
          <w:rFonts w:ascii="Tahoma" w:hAnsi="Tahoma" w:cs="Tahoma"/>
          <w:rtl/>
        </w:rPr>
        <w:t xml:space="preserve"> و امکانات دوران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بهره‌مند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و از سو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گر،</w:t>
      </w:r>
      <w:r w:rsidRPr="00392B22">
        <w:rPr>
          <w:rFonts w:ascii="Tahoma" w:hAnsi="Tahoma" w:cs="Tahoma"/>
          <w:rtl/>
        </w:rPr>
        <w:t xml:space="preserve"> نابرابر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آشکارتر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فق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روستا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ممکن بود فاصلهٔ خود را با ثروتمندان شهر نشناسد؛ اما مهاجر حاش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هر روز کاخ‌ها، اتومب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ل‌ها،</w:t>
      </w:r>
      <w:r w:rsidRPr="00392B22">
        <w:rPr>
          <w:rFonts w:ascii="Tahoma" w:hAnsi="Tahoma" w:cs="Tahoma"/>
          <w:rtl/>
        </w:rPr>
        <w:t xml:space="preserve"> فروشگاه‌ها و 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وه</w:t>
      </w:r>
      <w:r w:rsidRPr="00392B22">
        <w:rPr>
          <w:rFonts w:ascii="Tahoma" w:hAnsi="Tahoma" w:cs="Tahoma"/>
          <w:rtl/>
        </w:rPr>
        <w:t>ٔ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طبقات برخوردار را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نوساز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نه‌فقط توقعات را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داد،</w:t>
      </w:r>
      <w:r w:rsidRPr="00392B22">
        <w:rPr>
          <w:rFonts w:ascii="Tahoma" w:hAnsi="Tahoma" w:cs="Tahoma"/>
          <w:rtl/>
        </w:rPr>
        <w:t xml:space="preserve"> بلکه مقا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سه</w:t>
      </w:r>
      <w:r w:rsidRPr="00392B22">
        <w:rPr>
          <w:rFonts w:ascii="Tahoma" w:hAnsi="Tahoma" w:cs="Tahoma"/>
          <w:rtl/>
        </w:rPr>
        <w:t xml:space="preserve"> را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ممکن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ساخت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مستبد</w:t>
      </w:r>
      <w:r w:rsidRPr="00392B22">
        <w:rPr>
          <w:rFonts w:ascii="Tahoma" w:hAnsi="Tahoma" w:cs="Tahoma"/>
          <w:rtl/>
        </w:rPr>
        <w:t xml:space="preserve"> منور تصور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رشد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خودبه‌خود 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آورد</w:t>
      </w:r>
      <w:r w:rsidRPr="00392B22">
        <w:rPr>
          <w:rFonts w:ascii="Tahoma" w:hAnsi="Tahoma" w:cs="Tahoma"/>
          <w:rtl/>
        </w:rPr>
        <w:t>. اما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انسان با برآورده‌شدن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مرحله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ی‌ی</w:t>
      </w:r>
      <w:r w:rsidRPr="00392B22">
        <w:rPr>
          <w:rFonts w:ascii="Tahoma" w:hAnsi="Tahoma" w:cs="Tahoma" w:hint="eastAsia"/>
          <w:rtl/>
        </w:rPr>
        <w:t>ابد</w:t>
      </w:r>
      <w:r w:rsidRPr="00392B22">
        <w:rPr>
          <w:rFonts w:ascii="Tahoma" w:hAnsi="Tahoma" w:cs="Tahoma"/>
          <w:rtl/>
        </w:rPr>
        <w:t>. آموزش، شهرنش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بهبود نسب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آفر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نند</w:t>
      </w:r>
      <w:r w:rsidRPr="00392B22">
        <w:rPr>
          <w:rFonts w:ascii="Tahoma" w:hAnsi="Tahoma" w:cs="Tahoma"/>
          <w:rtl/>
        </w:rPr>
        <w:t>. 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خواندن و نوشتن آموخته است، فقط کار و درآمد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خواهد؛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خواهد</w:t>
      </w:r>
      <w:r w:rsidRPr="00392B22">
        <w:rPr>
          <w:rFonts w:ascii="Tahoma" w:hAnsi="Tahoma" w:cs="Tahoma"/>
          <w:rtl/>
        </w:rPr>
        <w:t xml:space="preserve"> سخن بگو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د،</w:t>
      </w:r>
      <w:r w:rsidRPr="00392B22">
        <w:rPr>
          <w:rFonts w:ascii="Tahoma" w:hAnsi="Tahoma" w:cs="Tahoma"/>
          <w:rtl/>
        </w:rPr>
        <w:t xml:space="preserve"> انتخاب کند و در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که بر زندگ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اش</w:t>
      </w:r>
      <w:r w:rsidRPr="00392B22">
        <w:rPr>
          <w:rFonts w:ascii="Tahoma" w:hAnsi="Tahoma" w:cs="Tahoma"/>
          <w:rtl/>
        </w:rPr>
        <w:t xml:space="preserve"> اثر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گذارند</w:t>
      </w:r>
      <w:r w:rsidRPr="00392B22">
        <w:rPr>
          <w:rFonts w:ascii="Tahoma" w:hAnsi="Tahoma" w:cs="Tahoma"/>
          <w:rtl/>
        </w:rPr>
        <w:t xml:space="preserve"> سهم داشته باشد.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حکومت</w:t>
      </w:r>
      <w:r w:rsidRPr="00392B22">
        <w:rPr>
          <w:rFonts w:ascii="Tahoma" w:hAnsi="Tahoma" w:cs="Tahoma"/>
          <w:rtl/>
        </w:rPr>
        <w:t xml:space="preserve"> در پاسخ به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جامعه گام‌ها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بزرگ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برداشته بود، اما از پذ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رفتن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 سر باز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زد</w:t>
      </w:r>
      <w:r w:rsidRPr="00392B22">
        <w:rPr>
          <w:rFonts w:ascii="Tahoma" w:hAnsi="Tahoma" w:cs="Tahoma"/>
          <w:rtl/>
        </w:rPr>
        <w:t>. طبقهٔ متوسط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با دانشگاه،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رشد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آمده بود،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شه</w:t>
      </w:r>
      <w:r w:rsidRPr="00392B22">
        <w:rPr>
          <w:rFonts w:ascii="Tahoma" w:hAnsi="Tahoma" w:cs="Tahoma"/>
          <w:rtl/>
        </w:rPr>
        <w:t xml:space="preserve"> فقط مجر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باق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بماند. دانشجو، استاد،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>سنده، مهندس، پزشک و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خواستند</w:t>
      </w:r>
      <w:r w:rsidRPr="00392B22">
        <w:rPr>
          <w:rFonts w:ascii="Tahoma" w:hAnsi="Tahoma" w:cs="Tahoma"/>
          <w:rtl/>
        </w:rPr>
        <w:t xml:space="preserve"> در تعر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ف</w:t>
      </w:r>
      <w:r w:rsidRPr="00392B22">
        <w:rPr>
          <w:rFonts w:ascii="Tahoma" w:hAnsi="Tahoma" w:cs="Tahoma"/>
          <w:rtl/>
        </w:rPr>
        <w:t xml:space="preserve">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ندهٔ</w:t>
      </w:r>
      <w:r w:rsidRPr="00392B22">
        <w:rPr>
          <w:rFonts w:ascii="Tahoma" w:hAnsi="Tahoma" w:cs="Tahoma"/>
          <w:rtl/>
        </w:rPr>
        <w:t xml:space="preserve"> کشور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نقش داشته باشند.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راه مشارکت بسته بود. حزب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و حزب مردم استقلال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نداشتند. مجلس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را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دهد. مطبوعات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سانسور بودند و ساواک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نظر داشت.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کسان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با اصل سلطنت، نوساز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مخالفت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نداشتند، </w:t>
      </w:r>
      <w:r w:rsidRPr="00392B22">
        <w:rPr>
          <w:rFonts w:ascii="Tahoma" w:hAnsi="Tahoma" w:cs="Tahoma" w:hint="eastAsia"/>
          <w:rtl/>
        </w:rPr>
        <w:t>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نقد آزادانهٔ خطاها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 مجال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ی‌ی</w:t>
      </w:r>
      <w:r w:rsidRPr="00392B22">
        <w:rPr>
          <w:rFonts w:ascii="Tahoma" w:hAnsi="Tahoma" w:cs="Tahoma" w:hint="eastAsia"/>
          <w:rtl/>
        </w:rPr>
        <w:t>افتند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چن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فضا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مخالفت به‌تدر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از اصلاح‌طلب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نف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کامل حکومت حرکت کرد. هنگام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امکان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دولت از راه انتخابات وجود ندارد، مخالف به‌جا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نقد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است،</w:t>
      </w:r>
      <w:r w:rsidRPr="00392B22">
        <w:rPr>
          <w:rFonts w:ascii="Tahoma" w:hAnsi="Tahoma" w:cs="Tahoma"/>
          <w:rtl/>
        </w:rPr>
        <w:t xml:space="preserve"> کل نظام را هدف قرار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دهد</w:t>
      </w:r>
      <w:r w:rsidRPr="00392B22">
        <w:rPr>
          <w:rFonts w:ascii="Tahoma" w:hAnsi="Tahoma" w:cs="Tahoma"/>
          <w:rtl/>
        </w:rPr>
        <w:t>. وقت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و مجلس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مستقل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ندارند، همهٔ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/>
          <w:rtl/>
        </w:rPr>
        <w:t xml:space="preserve">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>ماً متوجه شاه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شوند</w:t>
      </w:r>
      <w:r w:rsidRPr="00392B22">
        <w:rPr>
          <w:rFonts w:ascii="Tahoma" w:hAnsi="Tahoma" w:cs="Tahoma"/>
          <w:rtl/>
        </w:rPr>
        <w:t>. تمرکز همهٔ افتخارات در شخص پادشاه، مسئول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همهٔ شکست‌ها را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به او منتقل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گروه‌ها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چر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دل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انسداد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آمدند. حملهٔ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اهکل</w:t>
      </w:r>
      <w:r w:rsidRPr="00392B22">
        <w:rPr>
          <w:rFonts w:ascii="Tahoma" w:hAnsi="Tahoma" w:cs="Tahoma"/>
          <w:rtl/>
        </w:rPr>
        <w:t xml:space="preserve"> در بهمن </w:t>
      </w:r>
      <w:r w:rsidRPr="00392B22">
        <w:rPr>
          <w:rFonts w:ascii="Tahoma" w:hAnsi="Tahoma" w:cs="Tahoma"/>
          <w:rtl/>
          <w:lang w:bidi="fa-IR"/>
        </w:rPr>
        <w:t>۱۳۴۹</w:t>
      </w:r>
      <w:r w:rsidRPr="00392B22">
        <w:rPr>
          <w:rFonts w:ascii="Tahoma" w:hAnsi="Tahoma" w:cs="Tahoma"/>
          <w:rtl/>
        </w:rPr>
        <w:t>، هرچند از نظر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شکست خورد، آغاز مرحله‌ا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 در مبارزهٔ مسلحانه بود. سازمان چر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فدا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خلق و سازمان مجاهد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خلق هر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با آم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متفاوت از اند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مارکس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مل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</w:t>
      </w:r>
      <w:r w:rsidRPr="00392B22">
        <w:rPr>
          <w:rFonts w:ascii="Tahoma" w:hAnsi="Tahoma" w:cs="Tahoma"/>
          <w:rtl/>
        </w:rPr>
        <w:t xml:space="preserve">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بودند که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برابر حکومت ممکن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گروه‌ها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گاه</w:t>
      </w:r>
      <w:r w:rsidRPr="00392B22">
        <w:rPr>
          <w:rFonts w:ascii="Tahoma" w:hAnsi="Tahoma" w:cs="Tahoma"/>
          <w:rtl/>
        </w:rPr>
        <w:t xml:space="preserve">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گسترده‌ا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نداشتند و عمل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ات</w:t>
      </w:r>
      <w:r w:rsidRPr="00392B22">
        <w:rPr>
          <w:rFonts w:ascii="Tahoma" w:hAnsi="Tahoma" w:cs="Tahoma"/>
          <w:rtl/>
        </w:rPr>
        <w:t xml:space="preserve"> مسلحانهٔ آنان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به‌تنها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حکومت را سرنگون کند. اما وجودشان به حکومت امکان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 xml:space="preserve"> هر مخالفت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با ترور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سم</w:t>
      </w:r>
      <w:r w:rsidRPr="00392B22">
        <w:rPr>
          <w:rFonts w:ascii="Tahoma" w:hAnsi="Tahoma" w:cs="Tahoma"/>
          <w:rtl/>
        </w:rPr>
        <w:t xml:space="preserve"> و برانداز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کسان</w:t>
      </w:r>
      <w:r w:rsidRPr="00392B22">
        <w:rPr>
          <w:rFonts w:ascii="Tahoma" w:hAnsi="Tahoma" w:cs="Tahoma"/>
          <w:rtl/>
        </w:rPr>
        <w:t xml:space="preserve"> بگ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>. ساواک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به نام مقابله با خشونت مسلحانه،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>سندگان، دانشجو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و منتقدان مسالمت‌جو را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محدود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همان حال، خشونت حکومت و مخالفان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را تغذ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عمل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ات</w:t>
      </w:r>
      <w:r w:rsidRPr="00392B22">
        <w:rPr>
          <w:rFonts w:ascii="Tahoma" w:hAnsi="Tahoma" w:cs="Tahoma"/>
          <w:rtl/>
        </w:rPr>
        <w:t xml:space="preserve"> مسلحانه به سرکوب شد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دتر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انجام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و سرکوب شد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دتر</w:t>
      </w:r>
      <w:r w:rsidRPr="00392B22">
        <w:rPr>
          <w:rFonts w:ascii="Tahoma" w:hAnsi="Tahoma" w:cs="Tahoma"/>
          <w:rtl/>
        </w:rPr>
        <w:t xml:space="preserve"> گروه‌ها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جوانان را به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رساند</w:t>
      </w:r>
      <w:r w:rsidRPr="00392B22">
        <w:rPr>
          <w:rFonts w:ascii="Tahoma" w:hAnsi="Tahoma" w:cs="Tahoma"/>
          <w:rtl/>
        </w:rPr>
        <w:t xml:space="preserve"> که راه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جز خشونت وجود ندارد. فضا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آمد که در آن گفت‌وگو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سازش و اصلاح 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>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نشانهٔ ضعف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انت</w:t>
      </w:r>
      <w:r w:rsidRPr="00392B22">
        <w:rPr>
          <w:rFonts w:ascii="Tahoma" w:hAnsi="Tahoma" w:cs="Tahoma"/>
          <w:rtl/>
        </w:rPr>
        <w:t xml:space="preserve"> تلق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شاه</w:t>
      </w:r>
      <w:r w:rsidRPr="00392B22">
        <w:rPr>
          <w:rFonts w:ascii="Tahoma" w:hAnsi="Tahoma" w:cs="Tahoma"/>
          <w:rtl/>
        </w:rPr>
        <w:t xml:space="preserve"> از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مبارزه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 xml:space="preserve"> که مخالفانش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کمون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ست‌اند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مرتجع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ترور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</w:t>
      </w:r>
      <w:r w:rsidRPr="00392B22">
        <w:rPr>
          <w:rFonts w:ascii="Tahoma" w:hAnsi="Tahoma" w:cs="Tahoma"/>
          <w:rtl/>
        </w:rPr>
        <w:t>. از نظر او، اکثر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مردم از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</w:t>
      </w:r>
      <w:r w:rsidRPr="00392B22">
        <w:rPr>
          <w:rFonts w:ascii="Tahoma" w:hAnsi="Tahoma" w:cs="Tahoma"/>
          <w:rtl/>
        </w:rPr>
        <w:t xml:space="preserve"> کشور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 xml:space="preserve"> و فقط اقل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وابسته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متعصب در برابر آن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ستاده</w:t>
      </w:r>
      <w:r w:rsidRPr="00392B22">
        <w:rPr>
          <w:rFonts w:ascii="Tahoma" w:hAnsi="Tahoma" w:cs="Tahoma"/>
          <w:rtl/>
        </w:rPr>
        <w:t xml:space="preserve"> بود. گزارش‌ها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دستگاه حکومت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تصور را تقو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حزب مستقل، انتخابات آزاد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مطبوعات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پروا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وجود نداشت که بتواند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زان</w:t>
      </w:r>
      <w:r w:rsidRPr="00392B22">
        <w:rPr>
          <w:rFonts w:ascii="Tahoma" w:hAnsi="Tahoma" w:cs="Tahoma"/>
          <w:rtl/>
        </w:rPr>
        <w:t xml:space="preserve">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و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آشکار سازد.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درآمد</w:t>
      </w:r>
      <w:r w:rsidRPr="00392B22">
        <w:rPr>
          <w:rFonts w:ascii="Tahoma" w:hAnsi="Tahoma" w:cs="Tahoma"/>
          <w:rtl/>
        </w:rPr>
        <w:t xml:space="preserve"> نفت وابستگ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به جامعه را کمتر کرده بود. او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به گرفتن مال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ات</w:t>
      </w:r>
      <w:r w:rsidRPr="00392B22">
        <w:rPr>
          <w:rFonts w:ascii="Tahoma" w:hAnsi="Tahoma" w:cs="Tahoma"/>
          <w:rtl/>
        </w:rPr>
        <w:t xml:space="preserve">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از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/>
          <w:rtl/>
        </w:rPr>
        <w:t xml:space="preserve"> مردم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نداشت و در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جه،</w:t>
      </w:r>
      <w:r w:rsidRPr="00392B22">
        <w:rPr>
          <w:rFonts w:ascii="Tahoma" w:hAnsi="Tahoma" w:cs="Tahoma"/>
          <w:rtl/>
        </w:rPr>
        <w:t xml:space="preserve"> ناچار نبود در برابر آنان دربارهٔ چگونگ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نه‌کردن</w:t>
      </w:r>
      <w:r w:rsidRPr="00392B22">
        <w:rPr>
          <w:rFonts w:ascii="Tahoma" w:hAnsi="Tahoma" w:cs="Tahoma"/>
          <w:rtl/>
        </w:rPr>
        <w:t xml:space="preserve"> منابع پاسخ‌گو باشد. حکومت به جامعه پول، شغل و خدمات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داد؛</w:t>
      </w:r>
      <w:r w:rsidRPr="00392B22">
        <w:rPr>
          <w:rFonts w:ascii="Tahoma" w:hAnsi="Tahoma" w:cs="Tahoma"/>
          <w:rtl/>
        </w:rPr>
        <w:t xml:space="preserve"> اما جام</w:t>
      </w:r>
      <w:r w:rsidRPr="00392B22">
        <w:rPr>
          <w:rFonts w:ascii="Tahoma" w:hAnsi="Tahoma" w:cs="Tahoma" w:hint="eastAsia"/>
          <w:rtl/>
        </w:rPr>
        <w:t>عه</w:t>
      </w:r>
      <w:r w:rsidRPr="00392B22">
        <w:rPr>
          <w:rFonts w:ascii="Tahoma" w:hAnsi="Tahoma" w:cs="Tahoma"/>
          <w:rtl/>
        </w:rPr>
        <w:t xml:space="preserve"> وس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نظارت بر حکومت در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نداشت.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با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درآمد نفت به‌سرعت بزرگ‌تر شد. وزارتخانه‌ها و سازمان‌ها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آمدند و شمار کارمندان دولت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>. اما گسترش اندازهٔ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</w:t>
      </w:r>
      <w:r w:rsidRPr="00392B22">
        <w:rPr>
          <w:rFonts w:ascii="Tahoma" w:hAnsi="Tahoma" w:cs="Tahoma"/>
          <w:rtl/>
        </w:rPr>
        <w:t xml:space="preserve"> لزوماً به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کارآمد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نجام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سطح شاه گرفته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</w:t>
      </w:r>
      <w:r w:rsidRPr="00392B22">
        <w:rPr>
          <w:rFonts w:ascii="Tahoma" w:hAnsi="Tahoma" w:cs="Tahoma"/>
          <w:rtl/>
        </w:rPr>
        <w:t xml:space="preserve"> و دستگاه 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آنها را اجرا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اگر کارشناسان دربارهٔ ظرف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اقتصاد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امدها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برنامه‌ها ترد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داشتند.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شاه</w:t>
      </w:r>
      <w:r w:rsidRPr="00392B22">
        <w:rPr>
          <w:rFonts w:ascii="Tahoma" w:hAnsi="Tahoma" w:cs="Tahoma"/>
          <w:rtl/>
        </w:rPr>
        <w:t xml:space="preserve"> در جلسات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شخصاً وارد جزئ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ات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و خود را از 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و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آگاه‌تر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>. در موارد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واقعاً از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رجال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اطلاعات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داشت و گزارش‌ها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با دقت مطالعه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اما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فرد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هر اندازه باهوش و پرتلاش،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تواند</w:t>
      </w:r>
      <w:r w:rsidRPr="00392B22">
        <w:rPr>
          <w:rFonts w:ascii="Tahoma" w:hAnsi="Tahoma" w:cs="Tahoma"/>
          <w:rtl/>
        </w:rPr>
        <w:t xml:space="preserve"> 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همهٔ نهادها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هنگام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کارشناسان با برنامه‌ا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مخالف بودند،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نظر حرفه‌ا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حفظ موقع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خود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انتخاب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وسته</w:t>
      </w:r>
      <w:r w:rsidRPr="00392B22">
        <w:rPr>
          <w:rFonts w:ascii="Tahoma" w:hAnsi="Tahoma" w:cs="Tahoma"/>
          <w:rtl/>
        </w:rPr>
        <w:t xml:space="preserve"> بر محدود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/>
          <w:rtl/>
        </w:rPr>
        <w:t xml:space="preserve"> تأک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ممکن بود بدب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ن،</w:t>
      </w:r>
      <w:r w:rsidRPr="00392B22">
        <w:rPr>
          <w:rFonts w:ascii="Tahoma" w:hAnsi="Tahoma" w:cs="Tahoma"/>
          <w:rtl/>
        </w:rPr>
        <w:t xml:space="preserve"> ناتوان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مخالف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</w:t>
      </w:r>
      <w:r w:rsidRPr="00392B22">
        <w:rPr>
          <w:rFonts w:ascii="Tahoma" w:hAnsi="Tahoma" w:cs="Tahoma"/>
          <w:rtl/>
        </w:rPr>
        <w:t xml:space="preserve"> شناخته شود. در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جه،</w:t>
      </w:r>
      <w:r w:rsidRPr="00392B22">
        <w:rPr>
          <w:rFonts w:ascii="Tahoma" w:hAnsi="Tahoma" w:cs="Tahoma"/>
          <w:rtl/>
        </w:rPr>
        <w:t xml:space="preserve"> دستگاه 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به‌تدر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آموخت ب</w:t>
      </w: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/>
          <w:rtl/>
        </w:rPr>
        <w:t xml:space="preserve"> شاه بگو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آنچه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خواهد</w:t>
      </w:r>
      <w:r w:rsidRPr="00392B22">
        <w:rPr>
          <w:rFonts w:ascii="Tahoma" w:hAnsi="Tahoma" w:cs="Tahoma"/>
          <w:rtl/>
        </w:rPr>
        <w:t xml:space="preserve"> انجام‌شدن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است و مشکلات را پس از صدور فرمان به صورت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موقت پنهان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به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</w:t>
      </w:r>
      <w:r w:rsidRPr="00392B22">
        <w:rPr>
          <w:rFonts w:ascii="Tahoma" w:hAnsi="Tahoma" w:cs="Tahoma"/>
          <w:rtl/>
        </w:rPr>
        <w:t xml:space="preserve"> منتقل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وضع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وفادار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بار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از کشور و قانون به شخص فرمانروا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/>
          <w:rtl/>
        </w:rPr>
        <w:t xml:space="preserve"> خوب 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نبود که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نادرست را متوقف کند؛ 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 که فرمان شاه را سر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ع‌تر</w:t>
      </w:r>
      <w:r w:rsidRPr="00392B22">
        <w:rPr>
          <w:rFonts w:ascii="Tahoma" w:hAnsi="Tahoma" w:cs="Tahoma"/>
          <w:rtl/>
        </w:rPr>
        <w:t xml:space="preserve"> به اجرا بگذارد. 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ن‌سان،</w:t>
      </w:r>
      <w:r w:rsidRPr="00392B22">
        <w:rPr>
          <w:rFonts w:ascii="Tahoma" w:hAnsi="Tahoma" w:cs="Tahoma"/>
          <w:rtl/>
        </w:rPr>
        <w:t xml:space="preserve"> همان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خطاها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را تصح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ح</w:t>
      </w:r>
      <w:r w:rsidRPr="00392B22">
        <w:rPr>
          <w:rFonts w:ascii="Tahoma" w:hAnsi="Tahoma" w:cs="Tahoma"/>
          <w:rtl/>
        </w:rPr>
        <w:t xml:space="preserve"> کند، به و</w:t>
      </w:r>
      <w:r w:rsidRPr="00392B22">
        <w:rPr>
          <w:rFonts w:ascii="Tahoma" w:hAnsi="Tahoma" w:cs="Tahoma" w:hint="eastAsia"/>
          <w:rtl/>
        </w:rPr>
        <w:t>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لهٔ</w:t>
      </w:r>
      <w:r w:rsidRPr="00392B22">
        <w:rPr>
          <w:rFonts w:ascii="Tahoma" w:hAnsi="Tahoma" w:cs="Tahoma"/>
          <w:rtl/>
        </w:rPr>
        <w:t xml:space="preserve"> گسترش همان خطاها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ارتش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سهم بزرگ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درآمد نفت را 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شاه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از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رومندتر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جهان برخوردار شود و بتواند بدون وابستگ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به حضور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منطقه دفاع کند. خر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هواپ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ماها،</w:t>
      </w:r>
      <w:r w:rsidRPr="00392B22">
        <w:rPr>
          <w:rFonts w:ascii="Tahoma" w:hAnsi="Tahoma" w:cs="Tahoma"/>
          <w:rtl/>
        </w:rPr>
        <w:t xml:space="preserve"> ناوها، تانک‌ها و سامانه‌ها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شرفته،</w:t>
      </w:r>
      <w:r w:rsidRPr="00392B22">
        <w:rPr>
          <w:rFonts w:ascii="Tahoma" w:hAnsi="Tahoma" w:cs="Tahoma"/>
          <w:rtl/>
        </w:rPr>
        <w:t xml:space="preserve"> توان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/>
          <w:rtl/>
        </w:rPr>
        <w:t xml:space="preserve"> به‌شدت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داد.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فقط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شخص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به جنگ‌افزار سرچشمه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>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با اتحاد شورو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مرز مشترک داشت، عراق بارها ادعاها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ارض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مرز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مطرح کرده بود، خل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فارس پس از خروج 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با خلأ قدرت روبه‌رو بود و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ثبات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منطقه تهد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محسوب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ارتش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رومند</w:t>
      </w:r>
      <w:r w:rsidRPr="00392B22">
        <w:rPr>
          <w:rFonts w:ascii="Tahoma" w:hAnsi="Tahoma" w:cs="Tahoma"/>
          <w:rtl/>
        </w:rPr>
        <w:t xml:space="preserve"> بخ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حفظ استقلال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سرعت خر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دها</w:t>
      </w:r>
      <w:r w:rsidRPr="00392B22">
        <w:rPr>
          <w:rFonts w:ascii="Tahoma" w:hAnsi="Tahoma" w:cs="Tahoma"/>
          <w:rtl/>
        </w:rPr>
        <w:t xml:space="preserve"> از توان جذب و ادارهٔ ارتش فراتر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رفت</w:t>
      </w:r>
      <w:r w:rsidRPr="00392B22">
        <w:rPr>
          <w:rFonts w:ascii="Tahoma" w:hAnsi="Tahoma" w:cs="Tahoma"/>
          <w:rtl/>
        </w:rPr>
        <w:t>. تجه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زات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شرفته</w:t>
      </w:r>
      <w:r w:rsidRPr="00392B22">
        <w:rPr>
          <w:rFonts w:ascii="Tahoma" w:hAnsi="Tahoma" w:cs="Tahoma"/>
          <w:rtl/>
        </w:rPr>
        <w:t xml:space="preserve"> به مستشاران، آموزش، قطعات، نگهدار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هز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دائم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داشتند. وابستگ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ارتش به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 xml:space="preserve"> و شمار مستشاران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/>
          <w:rtl/>
        </w:rPr>
        <w:t xml:space="preserve"> شد. حکومت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با خر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جنگ‌افزار استقلال خو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را تقو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کند، در نگهدار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استفاده از همان جنگ‌افزارها به خارج وابسته‌تر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ارتش</w:t>
      </w:r>
      <w:r w:rsidRPr="00392B22">
        <w:rPr>
          <w:rFonts w:ascii="Tahoma" w:hAnsi="Tahoma" w:cs="Tahoma"/>
          <w:rtl/>
        </w:rPr>
        <w:t xml:space="preserve"> افزون بر دفاع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مهم‌تر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تضم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بقا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سلطنت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بود. فرماندهان ارشد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ماً</w:t>
      </w:r>
      <w:r w:rsidRPr="00392B22">
        <w:rPr>
          <w:rFonts w:ascii="Tahoma" w:hAnsi="Tahoma" w:cs="Tahoma"/>
          <w:rtl/>
        </w:rPr>
        <w:t xml:space="preserve"> با شاه ارتباط داشتند و وفادار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شان</w:t>
      </w:r>
      <w:r w:rsidRPr="00392B22">
        <w:rPr>
          <w:rFonts w:ascii="Tahoma" w:hAnsi="Tahoma" w:cs="Tahoma"/>
          <w:rtl/>
        </w:rPr>
        <w:t xml:space="preserve"> به شخص او سنج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شاه از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فرمانده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واحد و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بانفوذ پره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/>
          <w:rtl/>
        </w:rPr>
        <w:t xml:space="preserve"> تجربهٔ زاهد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قدرت‌گ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پدرش نشان داده </w:t>
      </w:r>
      <w:r w:rsidRPr="00392B22">
        <w:rPr>
          <w:rFonts w:ascii="Tahoma" w:hAnsi="Tahoma" w:cs="Tahoma" w:hint="eastAsia"/>
          <w:rtl/>
        </w:rPr>
        <w:t>بود</w:t>
      </w:r>
      <w:r w:rsidRPr="00392B22">
        <w:rPr>
          <w:rFonts w:ascii="Tahoma" w:hAnsi="Tahoma" w:cs="Tahoma"/>
          <w:rtl/>
        </w:rPr>
        <w:t xml:space="preserve"> که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فرمانده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رومند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تواند</w:t>
      </w:r>
      <w:r w:rsidRPr="00392B22">
        <w:rPr>
          <w:rFonts w:ascii="Tahoma" w:hAnsi="Tahoma" w:cs="Tahoma"/>
          <w:rtl/>
        </w:rPr>
        <w:t xml:space="preserve"> به رق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/>
          <w:rtl/>
        </w:rPr>
        <w:t xml:space="preserve"> سلطنت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مسلح از تجه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زات</w:t>
      </w:r>
      <w:r w:rsidRPr="00392B22">
        <w:rPr>
          <w:rFonts w:ascii="Tahoma" w:hAnsi="Tahoma" w:cs="Tahoma"/>
          <w:rtl/>
        </w:rPr>
        <w:t xml:space="preserve"> و شمار فراوان برخوردار بودند، اما فرماندهان آنها به‌گونه‌ا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ترب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نشده بودند که در غ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اب</w:t>
      </w:r>
      <w:r w:rsidRPr="00392B22">
        <w:rPr>
          <w:rFonts w:ascii="Tahoma" w:hAnsi="Tahoma" w:cs="Tahoma"/>
          <w:rtl/>
        </w:rPr>
        <w:t xml:space="preserve"> شاه مستقلاً دربارهٔ سرنوشت کشور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بگ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رند</w:t>
      </w:r>
      <w:r w:rsidRPr="00392B22">
        <w:rPr>
          <w:rFonts w:ascii="Tahoma" w:hAnsi="Tahoma" w:cs="Tahoma"/>
          <w:rtl/>
        </w:rPr>
        <w:t>. وحدت ارتش از راه وفادار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مشترک به پادشاه حفظ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شد،</w:t>
      </w:r>
      <w:r w:rsidRPr="00392B22">
        <w:rPr>
          <w:rFonts w:ascii="Tahoma" w:hAnsi="Tahoma" w:cs="Tahoma"/>
          <w:rtl/>
        </w:rPr>
        <w:t xml:space="preserve"> نه از راه وفادار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</w:t>
      </w:r>
      <w:r w:rsidRPr="00392B22">
        <w:rPr>
          <w:rFonts w:ascii="Tahoma" w:hAnsi="Tahoma" w:cs="Tahoma" w:hint="eastAsia"/>
          <w:rtl/>
        </w:rPr>
        <w:t>فراتر</w:t>
      </w:r>
      <w:r w:rsidRPr="00392B22">
        <w:rPr>
          <w:rFonts w:ascii="Tahoma" w:hAnsi="Tahoma" w:cs="Tahoma"/>
          <w:rtl/>
        </w:rPr>
        <w:t xml:space="preserve"> از شخص فرمانروا.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ژگ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بحران </w:t>
      </w:r>
      <w:r w:rsidRPr="00392B22">
        <w:rPr>
          <w:rFonts w:ascii="Tahoma" w:hAnsi="Tahoma" w:cs="Tahoma"/>
          <w:rtl/>
          <w:lang w:bidi="fa-IR"/>
        </w:rPr>
        <w:t>۱۳۵۷</w:t>
      </w:r>
      <w:r w:rsidRPr="00392B22">
        <w:rPr>
          <w:rFonts w:ascii="Tahoma" w:hAnsi="Tahoma" w:cs="Tahoma"/>
          <w:rtl/>
        </w:rPr>
        <w:t xml:space="preserve"> سرنوشت‌ساز 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سال </w:t>
      </w:r>
      <w:r w:rsidRPr="00392B22">
        <w:rPr>
          <w:rFonts w:ascii="Tahoma" w:hAnsi="Tahoma" w:cs="Tahoma"/>
          <w:rtl/>
          <w:lang w:bidi="fa-IR"/>
        </w:rPr>
        <w:t>۱۳۵۳</w:t>
      </w:r>
      <w:r w:rsidRPr="00392B22">
        <w:rPr>
          <w:rFonts w:ascii="Tahoma" w:hAnsi="Tahoma" w:cs="Tahoma"/>
          <w:rtl/>
        </w:rPr>
        <w:t>، سرطان شاه تشخ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ص</w:t>
      </w:r>
      <w:r w:rsidRPr="00392B22">
        <w:rPr>
          <w:rFonts w:ascii="Tahoma" w:hAnsi="Tahoma" w:cs="Tahoma"/>
          <w:rtl/>
        </w:rPr>
        <w:t xml:space="preserve"> داده شد.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مردم،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مقامات حکومت و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همکاران او پنهان نگاه داشته شد. پنهان‌کردن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جلوگ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نگران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رقابت بر سر جانش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قابل‌فهم بود؛ اما در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همهٔ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فرد وابسته بودند، سلامت آن فرد مسئله‌ا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شخص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محسوب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اگر</w:t>
      </w:r>
      <w:r w:rsidRPr="00392B22">
        <w:rPr>
          <w:rFonts w:ascii="Tahoma" w:hAnsi="Tahoma" w:cs="Tahoma"/>
          <w:rtl/>
        </w:rPr>
        <w:t xml:space="preserve"> قوهٔ اجرا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از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مستقل،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برخوردار از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ار،</w:t>
      </w:r>
      <w:r w:rsidRPr="00392B22">
        <w:rPr>
          <w:rFonts w:ascii="Tahoma" w:hAnsi="Tahoma" w:cs="Tahoma"/>
          <w:rtl/>
        </w:rPr>
        <w:t xml:space="preserve"> مجلس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وفادار به قانون تشک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سراسر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فلج کند. 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نظام شخص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محمدرضاشاه، ضعف جسم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ترد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او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ماً</w:t>
      </w:r>
      <w:r w:rsidRPr="00392B22">
        <w:rPr>
          <w:rFonts w:ascii="Tahoma" w:hAnsi="Tahoma" w:cs="Tahoma"/>
          <w:rtl/>
        </w:rPr>
        <w:t xml:space="preserve"> به ضعف دستگاه حکومت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چ‌کس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شاه نتواند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بگ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 xml:space="preserve"> آماده نشده بود و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حق نداشت آشکارا دربارهٔ آن روز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آغاز شد که تصو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در اوج قدرت قرار داشت. او از «دروازه‌ها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تمدن بزرگ» سخن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گفت،</w:t>
      </w:r>
      <w:r w:rsidRPr="00392B22">
        <w:rPr>
          <w:rFonts w:ascii="Tahoma" w:hAnsi="Tahoma" w:cs="Tahoma"/>
          <w:rtl/>
        </w:rPr>
        <w:t xml:space="preserve">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عظ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اعلام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و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قدرت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جهان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در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رون،</w:t>
      </w:r>
      <w:r w:rsidRPr="00392B22">
        <w:rPr>
          <w:rFonts w:ascii="Tahoma" w:hAnsi="Tahoma" w:cs="Tahoma"/>
          <w:rtl/>
        </w:rPr>
        <w:t xml:space="preserve"> فرمانروا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مطمئن و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رومند</w:t>
      </w:r>
      <w:r w:rsidRPr="00392B22">
        <w:rPr>
          <w:rFonts w:ascii="Tahoma" w:hAnsi="Tahoma" w:cs="Tahoma"/>
          <w:rtl/>
        </w:rPr>
        <w:t xml:space="preserve"> ظاهر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شد؛</w:t>
      </w:r>
      <w:r w:rsidRPr="00392B22">
        <w:rPr>
          <w:rFonts w:ascii="Tahoma" w:hAnsi="Tahoma" w:cs="Tahoma"/>
          <w:rtl/>
        </w:rPr>
        <w:t xml:space="preserve"> اما در درون، با آگاه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که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زمان پادشاه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را کوتاه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</w:t>
      </w:r>
      <w:r w:rsidRPr="00392B22">
        <w:rPr>
          <w:rFonts w:ascii="Tahoma" w:hAnsi="Tahoma" w:cs="Tahoma"/>
          <w:rtl/>
        </w:rPr>
        <w:t xml:space="preserve"> همهٔ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بعد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را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ماً</w:t>
      </w:r>
      <w:r w:rsidRPr="00392B22">
        <w:rPr>
          <w:rFonts w:ascii="Tahoma" w:hAnsi="Tahoma" w:cs="Tahoma"/>
          <w:rtl/>
        </w:rPr>
        <w:t xml:space="preserve"> به سرطان نسبت داد. اما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داروها، نگران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</w:t>
      </w:r>
      <w:r w:rsidRPr="00392B22">
        <w:rPr>
          <w:rFonts w:ascii="Tahoma" w:hAnsi="Tahoma" w:cs="Tahoma"/>
          <w:rtl/>
        </w:rPr>
        <w:t xml:space="preserve"> و ضرورت پنهان‌کار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توانستند</w:t>
      </w:r>
      <w:r w:rsidRPr="00392B22">
        <w:rPr>
          <w:rFonts w:ascii="Tahoma" w:hAnsi="Tahoma" w:cs="Tahoma"/>
          <w:rtl/>
        </w:rPr>
        <w:t xml:space="preserve"> بر روح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/>
          <w:rtl/>
        </w:rPr>
        <w:t xml:space="preserve"> و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اثر</w:t>
      </w:r>
      <w:r w:rsidRPr="00392B22">
        <w:rPr>
          <w:rFonts w:ascii="Tahoma" w:hAnsi="Tahoma" w:cs="Tahoma"/>
          <w:rtl/>
        </w:rPr>
        <w:t xml:space="preserve"> باشند.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همهٔ خبرها و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/>
          <w:rtl/>
        </w:rPr>
        <w:t xml:space="preserve"> را به شخص شاه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رساند،</w:t>
      </w:r>
      <w:r w:rsidRPr="00392B22">
        <w:rPr>
          <w:rFonts w:ascii="Tahoma" w:hAnsi="Tahoma" w:cs="Tahoma"/>
          <w:rtl/>
        </w:rPr>
        <w:t xml:space="preserve">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راه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جبران کاهش توان </w:t>
      </w:r>
      <w:r w:rsidRPr="00392B22">
        <w:rPr>
          <w:rFonts w:ascii="Tahoma" w:hAnsi="Tahoma" w:cs="Tahoma" w:hint="eastAsia"/>
          <w:rtl/>
        </w:rPr>
        <w:t>جسم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روان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نداشت.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اسفند </w:t>
      </w:r>
      <w:r w:rsidRPr="00392B22">
        <w:rPr>
          <w:rFonts w:ascii="Tahoma" w:hAnsi="Tahoma" w:cs="Tahoma"/>
          <w:rtl/>
          <w:lang w:bidi="fa-IR"/>
        </w:rPr>
        <w:t>۱۳۵۳</w:t>
      </w:r>
      <w:r w:rsidRPr="00392B22">
        <w:rPr>
          <w:rFonts w:ascii="Tahoma" w:hAnsi="Tahoma" w:cs="Tahoma"/>
          <w:rtl/>
        </w:rPr>
        <w:t>، شاه نظام ظاهراً دوحزب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برچ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و تشک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حزب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ملت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اعلام کرد. او گفت همهٔ کسان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به قانون اساس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سلطنت و انقلاب سف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باور دارند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حزب بپ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وندند</w:t>
      </w:r>
      <w:r w:rsidRPr="00392B22">
        <w:rPr>
          <w:rFonts w:ascii="Tahoma" w:hAnsi="Tahoma" w:cs="Tahoma"/>
          <w:rtl/>
        </w:rPr>
        <w:t xml:space="preserve"> و کسان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اصول را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پذ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رند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توانند</w:t>
      </w:r>
      <w:r w:rsidRPr="00392B22">
        <w:rPr>
          <w:rFonts w:ascii="Tahoma" w:hAnsi="Tahoma" w:cs="Tahoma"/>
          <w:rtl/>
        </w:rPr>
        <w:t xml:space="preserve"> کشور را ترک کنند.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تشک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حزب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اعتراف ناخواسته‌ا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شکست حزب‌ساز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بود. حزب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و حزب مردم نتوانسته بودند مشارکت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جاد</w:t>
      </w:r>
      <w:r w:rsidRPr="00392B22">
        <w:rPr>
          <w:rFonts w:ascii="Tahoma" w:hAnsi="Tahoma" w:cs="Tahoma"/>
          <w:rtl/>
        </w:rPr>
        <w:t xml:space="preserve"> کنند،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/>
          <w:rtl/>
        </w:rPr>
        <w:t xml:space="preserve"> از استقلال برخوردار نبودند. شاه به‌جا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آنکه اجازه دهد احزاب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درون جامعه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ند،</w:t>
      </w:r>
      <w:r w:rsidRPr="00392B22">
        <w:rPr>
          <w:rFonts w:ascii="Tahoma" w:hAnsi="Tahoma" w:cs="Tahoma"/>
          <w:rtl/>
        </w:rPr>
        <w:t xml:space="preserve">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</w:t>
      </w:r>
      <w:r w:rsidRPr="00392B22">
        <w:rPr>
          <w:rFonts w:ascii="Tahoma" w:hAnsi="Tahoma" w:cs="Tahoma"/>
          <w:rtl/>
        </w:rPr>
        <w:t xml:space="preserve"> گرفت چندحزب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بودن</w:t>
      </w:r>
      <w:r w:rsidRPr="00392B22">
        <w:rPr>
          <w:rFonts w:ascii="Tahoma" w:hAnsi="Tahoma" w:cs="Tahoma"/>
          <w:rtl/>
        </w:rPr>
        <w:t xml:space="preserve"> مصنو</w:t>
      </w:r>
      <w:r w:rsidRPr="00392B22">
        <w:rPr>
          <w:rFonts w:ascii="Tahoma" w:hAnsi="Tahoma" w:cs="Tahoma" w:hint="eastAsia"/>
          <w:rtl/>
        </w:rPr>
        <w:t>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زائد است و همهٔ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وفادار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در سازمان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واحد گرد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حزب</w:t>
      </w:r>
      <w:r w:rsidRPr="00392B22">
        <w:rPr>
          <w:rFonts w:ascii="Tahoma" w:hAnsi="Tahoma" w:cs="Tahoma"/>
          <w:rtl/>
        </w:rPr>
        <w:t xml:space="preserve">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مرز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حکومت و جامعه را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برد</w:t>
      </w:r>
      <w:r w:rsidRPr="00392B22">
        <w:rPr>
          <w:rFonts w:ascii="Tahoma" w:hAnsi="Tahoma" w:cs="Tahoma"/>
          <w:rtl/>
        </w:rPr>
        <w:t>. عضو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در حزب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کارمندان،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ران،</w:t>
      </w:r>
      <w:r w:rsidRPr="00392B22">
        <w:rPr>
          <w:rFonts w:ascii="Tahoma" w:hAnsi="Tahoma" w:cs="Tahoma"/>
          <w:rtl/>
        </w:rPr>
        <w:t xml:space="preserve"> صاحبان مشاغل و کسان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با دولت سروکار داشتند، عملاً به ضرورت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 حزب به‌جا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آنکه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مردم به حکومت برسد، از حکومت به مردم تحم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اقدام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کسان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که با سلطنت مخالفت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نداشتند ناراض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کرد. شهروند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صرفاً به قانون احترام بگذارد و از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حزب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دور بماند؛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وفادار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را آشکارا اعلام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حکومت از اطاعت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فراتر رفته و خواهان مشارکت نما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سازمان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شده بود که کس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 نقش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حزب</w:t>
      </w:r>
      <w:r w:rsidRPr="00392B22">
        <w:rPr>
          <w:rFonts w:ascii="Tahoma" w:hAnsi="Tahoma" w:cs="Tahoma"/>
          <w:rtl/>
        </w:rPr>
        <w:t xml:space="preserve">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مبارزه با گران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سودجو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وارد بازار شد. گروه‌ها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از اعضا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جوان حزب به مغازه‌ها و واحدها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تجار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فرستاده شدند و شمار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کسبه به گران‌فروش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متهم، جر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مه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بازداشت شدند. حکومت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تورم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که بخش مهم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آن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جهٔ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اق</w:t>
      </w:r>
      <w:r w:rsidRPr="00392B22">
        <w:rPr>
          <w:rFonts w:ascii="Tahoma" w:hAnsi="Tahoma" w:cs="Tahoma" w:hint="eastAsia"/>
          <w:rtl/>
        </w:rPr>
        <w:t>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دولت بود، به رفتار بازار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و فروشندگان نسبت دهد.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کار بازار را، که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ش‌تر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از گسترش فروشگاه‌ها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د،</w:t>
      </w:r>
      <w:r w:rsidRPr="00392B22">
        <w:rPr>
          <w:rFonts w:ascii="Tahoma" w:hAnsi="Tahoma" w:cs="Tahoma"/>
          <w:rtl/>
        </w:rPr>
        <w:t xml:space="preserve"> بانک‌ها و دخالت دولت ناراض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بود،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/>
          <w:rtl/>
        </w:rPr>
        <w:t xml:space="preserve"> در برابر حکومت قرار داد. بازار شبکه‌ا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داشت که با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خورده بود. شاه با حمله به «گران‌فروشان»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از مصرف‌کنندگان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کند، اما در عمل گروه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دشمن خود ساخت که بعدها از اعتصاب‌ها و حرکت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پشت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سازمان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حزب</w:t>
      </w:r>
      <w:r w:rsidRPr="00392B22">
        <w:rPr>
          <w:rFonts w:ascii="Tahoma" w:hAnsi="Tahoma" w:cs="Tahoma"/>
          <w:rtl/>
        </w:rPr>
        <w:t xml:space="preserve">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همچن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موقوفات را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نظارت حکومت قرار دهد. شاه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شبکهٔ مال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</w:t>
      </w:r>
      <w:r w:rsidRPr="00392B22">
        <w:rPr>
          <w:rFonts w:ascii="Tahoma" w:hAnsi="Tahoma" w:cs="Tahoma"/>
          <w:rtl/>
        </w:rPr>
        <w:t xml:space="preserve"> از کنترل دولت باق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نماند. اما ورود حزب واحد حکومت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قلمرو مسجد، بازار و امور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نگران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را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داد و </w:t>
      </w:r>
      <w:r w:rsidRPr="00392B22">
        <w:rPr>
          <w:rFonts w:ascii="Tahoma" w:hAnsi="Tahoma" w:cs="Tahoma" w:hint="eastAsia"/>
          <w:rtl/>
        </w:rPr>
        <w:t>تبل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غات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/>
          <w:rtl/>
        </w:rPr>
        <w:t xml:space="preserve"> حکومت را باورپذ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رتر</w:t>
      </w:r>
      <w:r w:rsidRPr="00392B22">
        <w:rPr>
          <w:rFonts w:ascii="Tahoma" w:hAnsi="Tahoma" w:cs="Tahoma"/>
          <w:rtl/>
        </w:rPr>
        <w:t xml:space="preserve"> ساخت.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تقو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رسم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کشور از هجر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خورش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شاهنشاه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در سال </w:t>
      </w:r>
      <w:r w:rsidRPr="00392B22">
        <w:rPr>
          <w:rFonts w:ascii="Tahoma" w:hAnsi="Tahoma" w:cs="Tahoma"/>
          <w:rtl/>
          <w:lang w:bidi="fa-IR"/>
        </w:rPr>
        <w:t>۱۳۵۵</w:t>
      </w:r>
      <w:r w:rsidRPr="00392B22">
        <w:rPr>
          <w:rFonts w:ascii="Tahoma" w:hAnsi="Tahoma" w:cs="Tahoma"/>
          <w:rtl/>
        </w:rPr>
        <w:t xml:space="preserve"> به نماد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از فاصلهٔ حکومت با جامعه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 هدف شاه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وندزدن</w:t>
      </w:r>
      <w:r w:rsidRPr="00392B22">
        <w:rPr>
          <w:rFonts w:ascii="Tahoma" w:hAnsi="Tahoma" w:cs="Tahoma"/>
          <w:rtl/>
        </w:rPr>
        <w:t xml:space="preserve"> زمان رسم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کشور با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شاهنشاه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بود؛ اما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اقدام بدون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بدون گفت‌وگو با جامعه صورت گرفت.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بخش بزرگ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مردم و به‌و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ژه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نکاران،</w:t>
      </w:r>
      <w:r w:rsidRPr="00392B22">
        <w:rPr>
          <w:rFonts w:ascii="Tahoma" w:hAnsi="Tahoma" w:cs="Tahoma"/>
          <w:rtl/>
        </w:rPr>
        <w:t xml:space="preserve">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تقو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نشانهٔ کوشش حکومت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حذف اسلام از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تلق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شاه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تار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از محدودشدن به دورهٔ اسلام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رها سازد، اما 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وهٔ</w:t>
      </w:r>
      <w:r w:rsidRPr="00392B22">
        <w:rPr>
          <w:rFonts w:ascii="Tahoma" w:hAnsi="Tahoma" w:cs="Tahoma"/>
          <w:rtl/>
        </w:rPr>
        <w:t xml:space="preserve"> دستور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کار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معکوس داشت. به‌جا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آنکه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اسلام در کنار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لا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قرار 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رد،</w:t>
      </w:r>
      <w:r w:rsidRPr="00392B22">
        <w:rPr>
          <w:rFonts w:ascii="Tahoma" w:hAnsi="Tahoma" w:cs="Tahoma"/>
          <w:rtl/>
        </w:rPr>
        <w:t xml:space="preserve"> به ابزار تبل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غات</w:t>
      </w:r>
      <w:r w:rsidRPr="00392B22">
        <w:rPr>
          <w:rFonts w:ascii="Tahoma" w:hAnsi="Tahoma" w:cs="Tahoma"/>
          <w:rtl/>
        </w:rPr>
        <w:t xml:space="preserve"> سلطنت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توانستند مخالفت با شاه 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/>
          <w:rtl/>
        </w:rPr>
        <w:t xml:space="preserve"> دفاع از اسلام و سنت‌ها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مردم معرف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کنند.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سال‌ها، فساد خاندان سلطنت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مقامات و گروه‌ها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به حکومت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موضوع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قرار گرفت. بخش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گزارش‌ها و 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عات</w:t>
      </w:r>
      <w:r w:rsidRPr="00392B22">
        <w:rPr>
          <w:rFonts w:ascii="Tahoma" w:hAnsi="Tahoma" w:cs="Tahoma"/>
          <w:rtl/>
        </w:rPr>
        <w:t xml:space="preserve"> اغراق‌آم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بود، اما نبود مطبوعات آزاد و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قضا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مستقل، امکان تشخ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ص</w:t>
      </w:r>
      <w:r w:rsidRPr="00392B22">
        <w:rPr>
          <w:rFonts w:ascii="Tahoma" w:hAnsi="Tahoma" w:cs="Tahoma"/>
          <w:rtl/>
        </w:rPr>
        <w:t xml:space="preserve"> حق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قت</w:t>
      </w:r>
      <w:r w:rsidRPr="00392B22">
        <w:rPr>
          <w:rFonts w:ascii="Tahoma" w:hAnsi="Tahoma" w:cs="Tahoma"/>
          <w:rtl/>
        </w:rPr>
        <w:t xml:space="preserve"> را از مردم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>. وقت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اجازهٔ تحق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</w:t>
      </w:r>
      <w:r w:rsidRPr="00392B22">
        <w:rPr>
          <w:rFonts w:ascii="Tahoma" w:hAnsi="Tahoma" w:cs="Tahoma"/>
          <w:rtl/>
        </w:rPr>
        <w:t xml:space="preserve"> و </w:t>
      </w:r>
      <w:r w:rsidRPr="00392B22">
        <w:rPr>
          <w:rFonts w:ascii="Tahoma" w:hAnsi="Tahoma" w:cs="Tahoma" w:hint="eastAsia"/>
          <w:rtl/>
        </w:rPr>
        <w:t>نقد</w:t>
      </w:r>
      <w:r w:rsidRPr="00392B22">
        <w:rPr>
          <w:rFonts w:ascii="Tahoma" w:hAnsi="Tahoma" w:cs="Tahoma"/>
          <w:rtl/>
        </w:rPr>
        <w:t xml:space="preserve"> آزاد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دهد،</w:t>
      </w:r>
      <w:r w:rsidRPr="00392B22">
        <w:rPr>
          <w:rFonts w:ascii="Tahoma" w:hAnsi="Tahoma" w:cs="Tahoma"/>
          <w:rtl/>
        </w:rPr>
        <w:t xml:space="preserve"> 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عه</w:t>
      </w:r>
      <w:r w:rsidRPr="00392B22">
        <w:rPr>
          <w:rFonts w:ascii="Tahoma" w:hAnsi="Tahoma" w:cs="Tahoma"/>
          <w:rtl/>
        </w:rPr>
        <w:t xml:space="preserve"> 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اطلاعات را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 xml:space="preserve"> و مردم معمولاً بدتر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روا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را باور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بن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اد</w:t>
      </w:r>
      <w:r w:rsidRPr="00392B22">
        <w:rPr>
          <w:rFonts w:ascii="Tahoma" w:hAnsi="Tahoma" w:cs="Tahoma"/>
          <w:rtl/>
        </w:rPr>
        <w:t xml:space="preserve"> پهلو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قراردادها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دولت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اعضا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خاندان سلطنت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ارتباط صاحبان ثروت با دربار،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تصور را پد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آورده بود که گروه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کوچک از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شاه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انباشت ثروت استفاده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کنند</w:t>
      </w:r>
      <w:r w:rsidRPr="00392B22">
        <w:rPr>
          <w:rFonts w:ascii="Tahoma" w:hAnsi="Tahoma" w:cs="Tahoma"/>
          <w:rtl/>
        </w:rPr>
        <w:t>. مستبد منور که حقان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خود را از خدمت به کشور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هر </w:t>
      </w:r>
      <w:r w:rsidRPr="00392B22">
        <w:rPr>
          <w:rFonts w:ascii="Tahoma" w:hAnsi="Tahoma" w:cs="Tahoma" w:hint="eastAsia"/>
          <w:rtl/>
        </w:rPr>
        <w:t>حکومت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اتهام فساد آس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د؛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/>
          <w:rtl/>
        </w:rPr>
        <w:t xml:space="preserve"> فساد نشان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 xml:space="preserve"> تمرکز قدرت نه فقط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شرفت،</w:t>
      </w:r>
      <w:r w:rsidRPr="00392B22">
        <w:rPr>
          <w:rFonts w:ascii="Tahoma" w:hAnsi="Tahoma" w:cs="Tahoma"/>
          <w:rtl/>
        </w:rPr>
        <w:t xml:space="preserve"> بلکه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بهره‌بردار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صاحبان قدرت به کار رفته است.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شاه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فرمانروا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کاملاً مط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</w:t>
      </w:r>
      <w:r w:rsidRPr="00392B22">
        <w:rPr>
          <w:rFonts w:ascii="Tahoma" w:hAnsi="Tahoma" w:cs="Tahoma"/>
          <w:rtl/>
        </w:rPr>
        <w:t xml:space="preserve"> غرب نبود. او در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بها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نفت نقش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داشت، روابط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با شورو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کشورها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گسترش داد و در مسائل منطقه‌ا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گاه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مستقل دنبال کرد.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در عمان به حکومت آن کشور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مقابله با شورش ظفار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رساند، در خل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فارس نقش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گسترده‌تر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 xml:space="preserve"> و در توافق الجزا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سال </w:t>
      </w:r>
      <w:r w:rsidRPr="00392B22">
        <w:rPr>
          <w:rFonts w:ascii="Tahoma" w:hAnsi="Tahoma" w:cs="Tahoma"/>
          <w:rtl/>
          <w:lang w:bidi="fa-IR"/>
        </w:rPr>
        <w:t>۱۳۵۴</w:t>
      </w:r>
      <w:r w:rsidRPr="00392B22">
        <w:rPr>
          <w:rFonts w:ascii="Tahoma" w:hAnsi="Tahoma" w:cs="Tahoma"/>
          <w:rtl/>
        </w:rPr>
        <w:t xml:space="preserve"> اختلاف مرز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 عراق را به سود تثب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حاکم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بر اروندرود حل کرد.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اقدامات نشان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دادند</w:t>
      </w:r>
      <w:r w:rsidRPr="00392B22">
        <w:rPr>
          <w:rFonts w:ascii="Tahoma" w:hAnsi="Tahoma" w:cs="Tahoma"/>
          <w:rtl/>
        </w:rPr>
        <w:t xml:space="preserve"> که رابطهٔ شاه با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را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</w:t>
      </w:r>
      <w:r w:rsidRPr="00392B22">
        <w:rPr>
          <w:rFonts w:ascii="Tahoma" w:hAnsi="Tahoma" w:cs="Tahoma"/>
          <w:rtl/>
        </w:rPr>
        <w:t xml:space="preserve"> فقط به رابطهٔ دست‌نشانده و فرمان‌دهنده فروکاست. محمدرضاشاه از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بهره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گرفت،</w:t>
      </w:r>
      <w:r w:rsidRPr="00392B22">
        <w:rPr>
          <w:rFonts w:ascii="Tahoma" w:hAnsi="Tahoma" w:cs="Tahoma"/>
          <w:rtl/>
        </w:rPr>
        <w:t xml:space="preserve"> اما هم‌زمان برنامه‌ها و بلندپرواز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را دنبال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و گاه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در واشنگتن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نگران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جاد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بها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نفت و خر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گستردهٔ تسل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حات</w:t>
      </w:r>
      <w:r w:rsidRPr="00392B22">
        <w:rPr>
          <w:rFonts w:ascii="Tahoma" w:hAnsi="Tahoma" w:cs="Tahoma"/>
          <w:rtl/>
        </w:rPr>
        <w:t xml:space="preserve"> از جملهٔ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موارد بودند.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باا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ن‌همه،</w:t>
      </w:r>
      <w:r w:rsidRPr="00392B22">
        <w:rPr>
          <w:rFonts w:ascii="Tahoma" w:hAnsi="Tahoma" w:cs="Tahoma"/>
          <w:rtl/>
        </w:rPr>
        <w:t xml:space="preserve"> بقا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نظام او همچنان با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داشت. ارتش به تجه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زات</w:t>
      </w:r>
      <w:r w:rsidRPr="00392B22">
        <w:rPr>
          <w:rFonts w:ascii="Tahoma" w:hAnsi="Tahoma" w:cs="Tahoma"/>
          <w:rtl/>
        </w:rPr>
        <w:t xml:space="preserve"> و مستشاران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وابسته بود، حکومت پس از </w:t>
      </w:r>
      <w:r w:rsidRPr="00392B22">
        <w:rPr>
          <w:rFonts w:ascii="Tahoma" w:hAnsi="Tahoma" w:cs="Tahoma"/>
          <w:rtl/>
          <w:lang w:bidi="fa-IR"/>
        </w:rPr>
        <w:t>۲۸</w:t>
      </w:r>
      <w:r w:rsidRPr="00392B22">
        <w:rPr>
          <w:rFonts w:ascii="Tahoma" w:hAnsi="Tahoma" w:cs="Tahoma"/>
          <w:rtl/>
        </w:rPr>
        <w:t xml:space="preserve"> امرداد از پشت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واشنگتن برخوردار شده بود و شاه اطم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نان</w:t>
      </w:r>
      <w:r w:rsidRPr="00392B22">
        <w:rPr>
          <w:rFonts w:ascii="Tahoma" w:hAnsi="Tahoma" w:cs="Tahoma"/>
          <w:rtl/>
        </w:rPr>
        <w:t xml:space="preserve"> داشت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غرب چنان اهم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دارد که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در لحظهٔ خطر از او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خواهد کرد.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انتخاب</w:t>
      </w:r>
      <w:r w:rsidRPr="00392B22">
        <w:rPr>
          <w:rFonts w:ascii="Tahoma" w:hAnsi="Tahoma" w:cs="Tahoma"/>
          <w:rtl/>
        </w:rPr>
        <w:t xml:space="preserve"> 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کارتر به 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است‌جمهور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در سال </w:t>
      </w:r>
      <w:r w:rsidRPr="00392B22">
        <w:rPr>
          <w:rFonts w:ascii="Tahoma" w:hAnsi="Tahoma" w:cs="Tahoma"/>
          <w:rtl/>
          <w:lang w:bidi="fa-IR"/>
        </w:rPr>
        <w:t>۱۹۷۶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اطم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نان</w:t>
      </w:r>
      <w:r w:rsidRPr="00392B22">
        <w:rPr>
          <w:rFonts w:ascii="Tahoma" w:hAnsi="Tahoma" w:cs="Tahoma"/>
          <w:rtl/>
        </w:rPr>
        <w:t xml:space="preserve"> را متزلزل کرد. کارتر حقوق بشر را به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محورها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کرد و حکومت‌ها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چون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کاهش سرکوب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فشار گذاشت. هنوز روشن نبود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تا چه اندازه جد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دار</w:t>
      </w:r>
      <w:r w:rsidRPr="00392B22">
        <w:rPr>
          <w:rFonts w:ascii="Tahoma" w:hAnsi="Tahoma" w:cs="Tahoma"/>
          <w:rtl/>
        </w:rPr>
        <w:t xml:space="preserve"> خواهد بود، اما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قدرت خود را با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امن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گره زده بود،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لحن واشنگتن اهم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فراوان 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شاه</w:t>
      </w:r>
      <w:r w:rsidRPr="00392B22">
        <w:rPr>
          <w:rFonts w:ascii="Tahoma" w:hAnsi="Tahoma" w:cs="Tahoma"/>
          <w:rtl/>
        </w:rPr>
        <w:t xml:space="preserve"> به‌تدر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از شدت سانسور و فشار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کاست. شمار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زندان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آزاد شدند، فضا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وکلا و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سندگان</w:t>
      </w:r>
      <w:r w:rsidRPr="00392B22">
        <w:rPr>
          <w:rFonts w:ascii="Tahoma" w:hAnsi="Tahoma" w:cs="Tahoma"/>
          <w:rtl/>
        </w:rPr>
        <w:t xml:space="preserve"> اندک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گشوده شد و مخالفان امکان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انتشار نامه‌ها و اعتراض‌ها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افتند</w:t>
      </w:r>
      <w:r w:rsidRPr="00392B22">
        <w:rPr>
          <w:rFonts w:ascii="Tahoma" w:hAnsi="Tahoma" w:cs="Tahoma"/>
          <w:rtl/>
        </w:rPr>
        <w:t>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گشا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نه حاصل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گذار به دموکراس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بلکه واکنش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</w:t>
      </w:r>
      <w:r w:rsidRPr="00392B22">
        <w:rPr>
          <w:rFonts w:ascii="Tahoma" w:hAnsi="Tahoma" w:cs="Tahoma" w:hint="eastAsia"/>
          <w:rtl/>
        </w:rPr>
        <w:t>بالا</w:t>
      </w:r>
      <w:r w:rsidRPr="00392B22">
        <w:rPr>
          <w:rFonts w:ascii="Tahoma" w:hAnsi="Tahoma" w:cs="Tahoma"/>
          <w:rtl/>
        </w:rPr>
        <w:t xml:space="preserve"> به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بود.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اگر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گشا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در 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آغاز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که احزاب مستقل، مجلس معتبر و دولت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مسئول وجود داشتند،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به اصلاح 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نظام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نجامد</w:t>
      </w:r>
      <w:r w:rsidRPr="00392B22">
        <w:rPr>
          <w:rFonts w:ascii="Tahoma" w:hAnsi="Tahoma" w:cs="Tahoma"/>
          <w:rtl/>
        </w:rPr>
        <w:t>. اما پس از سال‌ها سرکوب،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انه‌رو</w:t>
      </w:r>
      <w:r w:rsidRPr="00392B22">
        <w:rPr>
          <w:rFonts w:ascii="Tahoma" w:hAnsi="Tahoma" w:cs="Tahoma"/>
          <w:rtl/>
        </w:rPr>
        <w:t xml:space="preserve"> و سازمان‌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نمانده بود که بتواند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حکومت و مخالفان پل بزند. حکومت راه مشارک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بسته و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 و دموکرات را پراکنده کرده بود؛ در حال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شبکهٔ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همچنان در سراسر کشور حضور 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مرداد </w:t>
      </w:r>
      <w:r w:rsidRPr="00392B22">
        <w:rPr>
          <w:rFonts w:ascii="Tahoma" w:hAnsi="Tahoma" w:cs="Tahoma"/>
          <w:rtl/>
          <w:lang w:bidi="fa-IR"/>
        </w:rPr>
        <w:t>۱۳۵۶</w:t>
      </w:r>
      <w:r w:rsidRPr="00392B22">
        <w:rPr>
          <w:rFonts w:ascii="Tahoma" w:hAnsi="Tahoma" w:cs="Tahoma"/>
          <w:rtl/>
        </w:rPr>
        <w:t>، شاه 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رعباس</w:t>
      </w:r>
      <w:r w:rsidRPr="00392B22">
        <w:rPr>
          <w:rFonts w:ascii="Tahoma" w:hAnsi="Tahoma" w:cs="Tahoma"/>
          <w:rtl/>
        </w:rPr>
        <w:t xml:space="preserve">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را پس از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به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زده</w:t>
      </w:r>
      <w:r w:rsidRPr="00392B22">
        <w:rPr>
          <w:rFonts w:ascii="Tahoma" w:hAnsi="Tahoma" w:cs="Tahoma"/>
          <w:rtl/>
        </w:rPr>
        <w:t xml:space="preserve"> سال از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کنار گذاشت و جمش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آموزگار را جانش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او کرد.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نشانهٔ آن بود که شاه از وضع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فشارها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 آگاه شده است؛ اما همچنان تصور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تواند</w:t>
      </w:r>
      <w:r w:rsidRPr="00392B22">
        <w:rPr>
          <w:rFonts w:ascii="Tahoma" w:hAnsi="Tahoma" w:cs="Tahoma"/>
          <w:rtl/>
        </w:rPr>
        <w:t xml:space="preserve"> با جابه‌جا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ران،</w:t>
      </w:r>
      <w:r w:rsidRPr="00392B22">
        <w:rPr>
          <w:rFonts w:ascii="Tahoma" w:hAnsi="Tahoma" w:cs="Tahoma"/>
          <w:rtl/>
        </w:rPr>
        <w:t xml:space="preserve"> بدون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ساختمان قدرت، بحران را مهار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سال‌ها مجر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بود که جهت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آنها را شاه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اما در لحظهٔ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مسئول کاست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/>
          <w:rtl/>
        </w:rPr>
        <w:t xml:space="preserve"> معرف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شود.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کارکردها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در حکومت شخص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بود: شاه افتخارات را به خود نسبت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 xml:space="preserve"> و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بار شکست‌ها 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/>
          <w:rtl/>
        </w:rPr>
        <w:t xml:space="preserve"> بر دوش 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آموزگار</w:t>
      </w:r>
      <w:r w:rsidRPr="00392B22">
        <w:rPr>
          <w:rFonts w:ascii="Tahoma" w:hAnsi="Tahoma" w:cs="Tahoma"/>
          <w:rtl/>
        </w:rPr>
        <w:t xml:space="preserve"> با برنامهٔ مهار تورم و کاهش هز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نه‌ها</w:t>
      </w:r>
      <w:r w:rsidRPr="00392B22">
        <w:rPr>
          <w:rFonts w:ascii="Tahoma" w:hAnsi="Tahoma" w:cs="Tahoma"/>
          <w:rtl/>
        </w:rPr>
        <w:t xml:space="preserve"> به قدرت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انقباض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پس از سال‌ها گسترش شتابان اقتصاد، رکود و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داد و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گروه‌ها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را که به رونق وابسته بودند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/>
          <w:rtl/>
        </w:rPr>
        <w:t xml:space="preserve"> کرد. حکومت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ادامهٔ هز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نه‌کردن</w:t>
      </w:r>
      <w:r w:rsidRPr="00392B22">
        <w:rPr>
          <w:rFonts w:ascii="Tahoma" w:hAnsi="Tahoma" w:cs="Tahoma"/>
          <w:rtl/>
        </w:rPr>
        <w:t xml:space="preserve"> و مهار تورم گرفتار شده بود و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راه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گفت‌وگو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دربارهٔ بها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هر انتخاب وجود نداشت.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هنگام، سرطان شاه، فشار دولت کارتر،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گشا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ناگهان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نبود آلترنات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سازمان‌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افته</w:t>
      </w:r>
      <w:r w:rsidRPr="00392B22">
        <w:rPr>
          <w:rFonts w:ascii="Tahoma" w:hAnsi="Tahoma" w:cs="Tahoma"/>
          <w:rtl/>
        </w:rPr>
        <w:t xml:space="preserve"> در کنار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قرار گرفتند. دستگاه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در اوج قدرت همه‌چ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را به شخص پادشاه وابسته کرده بود، اکنون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با فرمانروا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/>
          <w:rtl/>
        </w:rPr>
        <w:t xml:space="preserve"> و مردد وارد بحر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که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نهاد مستقل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ادارهٔ آن وجود نداشت.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سو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گر،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تبع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از شبکه‌ا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برخوردار بود که حکومت نتوانسته بود نابود کند. شاگردان،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نکاران،</w:t>
      </w:r>
      <w:r w:rsidRPr="00392B22">
        <w:rPr>
          <w:rFonts w:ascii="Tahoma" w:hAnsi="Tahoma" w:cs="Tahoma"/>
          <w:rtl/>
        </w:rPr>
        <w:t xml:space="preserve"> بازار، مسجد و مراسم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ام</w:t>
      </w:r>
      <w:r w:rsidRPr="00392B22">
        <w:rPr>
          <w:rFonts w:ascii="Tahoma" w:hAnsi="Tahoma" w:cs="Tahoma"/>
          <w:rtl/>
        </w:rPr>
        <w:t xml:space="preserve"> او را منتقل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 و دموکرات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سرکوب و پراکنده شده بودند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سازمان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سراسر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نداشتند. هنگام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فشار از </w:t>
      </w:r>
      <w:r w:rsidRPr="00392B22">
        <w:rPr>
          <w:rFonts w:ascii="Tahoma" w:hAnsi="Tahoma" w:cs="Tahoma" w:hint="eastAsia"/>
          <w:rtl/>
        </w:rPr>
        <w:t>بالا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برداشته شد،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آماده‌تر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بودند که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توانستند</w:t>
      </w:r>
      <w:r w:rsidRPr="00392B22">
        <w:rPr>
          <w:rFonts w:ascii="Tahoma" w:hAnsi="Tahoma" w:cs="Tahoma"/>
          <w:rtl/>
        </w:rPr>
        <w:t xml:space="preserve"> فضا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پر کنند.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مستبد</w:t>
      </w:r>
      <w:r w:rsidRPr="00392B22">
        <w:rPr>
          <w:rFonts w:ascii="Tahoma" w:hAnsi="Tahoma" w:cs="Tahoma"/>
          <w:rtl/>
        </w:rPr>
        <w:t xml:space="preserve"> منور در اوج قدرت، جامعه را نوساز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کرده، اما نهادها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مستقل آن را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برده بود. شهرنش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آموزش، رسانه و طبقهٔ متوسط را گسترش داده، اما راه مشارکتشان را بسته بود.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را در </w:t>
      </w:r>
      <w:r w:rsidRPr="00392B22">
        <w:rPr>
          <w:rFonts w:ascii="Tahoma" w:hAnsi="Tahoma" w:cs="Tahoma"/>
          <w:rtl/>
          <w:lang w:bidi="fa-IR"/>
        </w:rPr>
        <w:t>۱۵</w:t>
      </w:r>
      <w:r w:rsidRPr="00392B22">
        <w:rPr>
          <w:rFonts w:ascii="Tahoma" w:hAnsi="Tahoma" w:cs="Tahoma"/>
          <w:rtl/>
        </w:rPr>
        <w:t xml:space="preserve"> خرداد شکست داده، اما شبکهٔ آنان را باق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گذاشته بود. ارتش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بزرگ ساخت</w:t>
      </w:r>
      <w:r w:rsidRPr="00392B22">
        <w:rPr>
          <w:rFonts w:ascii="Tahoma" w:hAnsi="Tahoma" w:cs="Tahoma" w:hint="eastAsia"/>
          <w:rtl/>
        </w:rPr>
        <w:t>ه،</w:t>
      </w:r>
      <w:r w:rsidRPr="00392B22">
        <w:rPr>
          <w:rFonts w:ascii="Tahoma" w:hAnsi="Tahoma" w:cs="Tahoma"/>
          <w:rtl/>
        </w:rPr>
        <w:t xml:space="preserve"> اما فرماندهانش را به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شخص شاه وابسته کرده بود.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گسترش داده، اما ابتکار و مسئول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مستقل را از آن گرفته بود.</w:t>
      </w:r>
    </w:p>
    <w:p w:rsid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392B22">
        <w:rPr>
          <w:rFonts w:ascii="Tahoma" w:hAnsi="Tahoma" w:cs="Tahoma" w:hint="eastAsia"/>
          <w:rtl/>
        </w:rPr>
        <w:t>اکنون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و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کاف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 تا همهٔ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ضعف‌ها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پنهان آشکار شوند. همان‌گونه که جنگ جهان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دوم قدرت متمرکز رضاشاه را در مدت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کوتاه فرو 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خت،</w:t>
      </w:r>
      <w:r w:rsidRPr="00392B22">
        <w:rPr>
          <w:rFonts w:ascii="Tahoma" w:hAnsi="Tahoma" w:cs="Tahoma"/>
          <w:rtl/>
        </w:rPr>
        <w:t xml:space="preserve"> مجموعه‌ا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عوامل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داخل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آماده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تا حکومت محمدرضاشاه را از درون متوقف سازد. تفاوت </w:t>
      </w: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آن بود که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بار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سازمان‌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افته</w:t>
      </w:r>
      <w:r w:rsidRPr="00392B22">
        <w:rPr>
          <w:rFonts w:ascii="Tahoma" w:hAnsi="Tahoma" w:cs="Tahoma"/>
          <w:rtl/>
        </w:rPr>
        <w:t xml:space="preserve"> در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</w:t>
      </w:r>
      <w:r w:rsidRPr="00392B22">
        <w:rPr>
          <w:rFonts w:ascii="Tahoma" w:hAnsi="Tahoma" w:cs="Tahoma"/>
          <w:rtl/>
        </w:rPr>
        <w:t xml:space="preserve"> دستگاه حکومت آماده بود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در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رد؛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که رهبر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اش</w:t>
      </w:r>
      <w:r w:rsidRPr="00392B22">
        <w:rPr>
          <w:rFonts w:ascii="Tahoma" w:hAnsi="Tahoma" w:cs="Tahoma"/>
          <w:rtl/>
        </w:rPr>
        <w:t xml:space="preserve"> در نجف قرار داشت و به‌زود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با انتقال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فرانسه و پوشش رسانه‌ها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جهان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به آلترنات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</w:t>
      </w:r>
      <w:r w:rsidRPr="00392B22">
        <w:rPr>
          <w:rFonts w:ascii="Tahoma" w:hAnsi="Tahoma" w:cs="Tahoma"/>
          <w:rtl/>
        </w:rPr>
        <w:t xml:space="preserve"> مسلط حکومت شاه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/>
          <w:rtl/>
        </w:rPr>
        <w:t xml:space="preserve">حکومت محمدرضاشاه در سال </w:t>
      </w:r>
      <w:r w:rsidRPr="00392B22">
        <w:rPr>
          <w:rFonts w:ascii="Tahoma" w:hAnsi="Tahoma" w:cs="Tahoma"/>
          <w:rtl/>
          <w:lang w:bidi="fa-IR"/>
        </w:rPr>
        <w:t>۱۳۵۶</w:t>
      </w:r>
      <w:r w:rsidRPr="00392B22">
        <w:rPr>
          <w:rFonts w:ascii="Tahoma" w:hAnsi="Tahoma" w:cs="Tahoma"/>
          <w:rtl/>
        </w:rPr>
        <w:t xml:space="preserve"> از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</w:t>
      </w:r>
      <w:r w:rsidRPr="00392B22">
        <w:rPr>
          <w:rFonts w:ascii="Tahoma" w:hAnsi="Tahoma" w:cs="Tahoma"/>
          <w:rtl/>
        </w:rPr>
        <w:t xml:space="preserve"> استوارتر از آن به نظر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که خطر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 را تهد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کند. ارتش از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رومندتر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ارتش‌ها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منطقه بود، ساواک بر مخالفان نظارت داشت، درآمد نفت امکان ادامهٔ برنامه‌ها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فراهم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و حزب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همهٔ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در سازمان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واحد گرد آورد. دولت‌ها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غرب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مهم‌تر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متحد خود در منطقه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استوار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دستگاه بر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شرط پنهان استوار بود: شاه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شه</w:t>
      </w:r>
      <w:r w:rsidRPr="00392B22">
        <w:rPr>
          <w:rFonts w:ascii="Tahoma" w:hAnsi="Tahoma" w:cs="Tahoma"/>
          <w:rtl/>
        </w:rPr>
        <w:t xml:space="preserve"> توان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ارادهٔ اعمال قدرت را حفظ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همهٔ نهادها چنان به شخص او وابسته شده بودند که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چ‌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توانستند</w:t>
      </w:r>
      <w:r w:rsidRPr="00392B22">
        <w:rPr>
          <w:rFonts w:ascii="Tahoma" w:hAnsi="Tahoma" w:cs="Tahoma"/>
          <w:rtl/>
        </w:rPr>
        <w:t xml:space="preserve"> در لحظهٔ ترد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ناتوان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اش</w:t>
      </w:r>
      <w:r w:rsidRPr="00392B22">
        <w:rPr>
          <w:rFonts w:ascii="Tahoma" w:hAnsi="Tahoma" w:cs="Tahoma"/>
          <w:rtl/>
        </w:rPr>
        <w:t xml:space="preserve"> مستقلاً عمل کنند.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منتظر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شاه بود، فرماندهان ارتش از او فرمان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گرفتند،</w:t>
      </w:r>
      <w:r w:rsidRPr="00392B22">
        <w:rPr>
          <w:rFonts w:ascii="Tahoma" w:hAnsi="Tahoma" w:cs="Tahoma"/>
          <w:rtl/>
        </w:rPr>
        <w:t xml:space="preserve"> ساواک راه خود را با نظر او تنظ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و مجلس و حزب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از خود اراده‌ا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جداگانه نداشتند.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سرطان</w:t>
      </w:r>
      <w:r w:rsidRPr="00392B22">
        <w:rPr>
          <w:rFonts w:ascii="Tahoma" w:hAnsi="Tahoma" w:cs="Tahoma"/>
          <w:rtl/>
        </w:rPr>
        <w:t xml:space="preserve"> شاه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شرط پنهان را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برد</w:t>
      </w:r>
      <w:r w:rsidRPr="00392B22">
        <w:rPr>
          <w:rFonts w:ascii="Tahoma" w:hAnsi="Tahoma" w:cs="Tahoma"/>
          <w:rtl/>
        </w:rPr>
        <w:t>.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هنوز از مردم و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/>
          <w:rtl/>
        </w:rPr>
        <w:t xml:space="preserve"> مقامات کشور پنهان نگاه داشته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شد،</w:t>
      </w:r>
      <w:r w:rsidRPr="00392B22">
        <w:rPr>
          <w:rFonts w:ascii="Tahoma" w:hAnsi="Tahoma" w:cs="Tahoma"/>
          <w:rtl/>
        </w:rPr>
        <w:t xml:space="preserve"> اما شاه خود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 xml:space="preserve"> که زمان نامحدود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ندارد. دارو، نگران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</w:t>
      </w:r>
      <w:r w:rsidRPr="00392B22">
        <w:rPr>
          <w:rFonts w:ascii="Tahoma" w:hAnsi="Tahoma" w:cs="Tahoma"/>
          <w:rtl/>
        </w:rPr>
        <w:t xml:space="preserve"> و اضطراب جانش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توانستند</w:t>
      </w:r>
      <w:r w:rsidRPr="00392B22">
        <w:rPr>
          <w:rFonts w:ascii="Tahoma" w:hAnsi="Tahoma" w:cs="Tahoma"/>
          <w:rtl/>
        </w:rPr>
        <w:t xml:space="preserve"> بر رفتار و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اثر</w:t>
      </w:r>
      <w:r w:rsidRPr="00392B22">
        <w:rPr>
          <w:rFonts w:ascii="Tahoma" w:hAnsi="Tahoma" w:cs="Tahoma"/>
          <w:rtl/>
        </w:rPr>
        <w:t xml:space="preserve"> بمانند. فرم</w:t>
      </w:r>
      <w:r w:rsidRPr="00392B22">
        <w:rPr>
          <w:rFonts w:ascii="Tahoma" w:hAnsi="Tahoma" w:cs="Tahoma" w:hint="eastAsia"/>
          <w:rtl/>
        </w:rPr>
        <w:t>انروا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که در سال‌ها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با اطم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نان</w:t>
      </w:r>
      <w:r w:rsidRPr="00392B22">
        <w:rPr>
          <w:rFonts w:ascii="Tahoma" w:hAnsi="Tahoma" w:cs="Tahoma"/>
          <w:rtl/>
        </w:rPr>
        <w:t xml:space="preserve">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 xml:space="preserve"> و مخالفت را تحمل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به‌تدر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مرددتر 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نظام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پادشاه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رئ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</w:t>
      </w:r>
      <w:r w:rsidRPr="00392B22">
        <w:rPr>
          <w:rFonts w:ascii="Tahoma" w:hAnsi="Tahoma" w:cs="Tahoma"/>
          <w:rtl/>
        </w:rPr>
        <w:t xml:space="preserve"> حکومت نبا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سراسر کشور را به بحران بکشاند. قانون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جانش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روشن کند، دولت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از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مستقل برخوردار باشد، مجلس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بتواند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بگ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 xml:space="preserve"> و ارتش با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از حکومت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فرمان ببرد. اما در حکومت محمدرضاشاه، هرچند </w:t>
      </w:r>
      <w:r w:rsidRPr="00392B22">
        <w:rPr>
          <w:rFonts w:ascii="Tahoma" w:hAnsi="Tahoma" w:cs="Tahoma" w:hint="eastAsia"/>
          <w:rtl/>
        </w:rPr>
        <w:t>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ابت</w:t>
      </w:r>
      <w:r w:rsidRPr="00392B22">
        <w:rPr>
          <w:rFonts w:ascii="Tahoma" w:hAnsi="Tahoma" w:cs="Tahoma"/>
          <w:rtl/>
        </w:rPr>
        <w:t xml:space="preserve"> سلطنت ترت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وجود داشت،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چ‌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از نهادها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ادارهٔ کشور بدون حضور فعال شاه آماده نشده بودند.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عهد</w:t>
      </w:r>
      <w:r w:rsidRPr="00392B22">
        <w:rPr>
          <w:rFonts w:ascii="Tahoma" w:hAnsi="Tahoma" w:cs="Tahoma"/>
          <w:rtl/>
        </w:rPr>
        <w:t xml:space="preserve"> هنوز نوجوان بود و فرح پهلو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براساس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رات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تا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</w:t>
      </w:r>
      <w:r w:rsidRPr="00392B22">
        <w:rPr>
          <w:rFonts w:ascii="Tahoma" w:hAnsi="Tahoma" w:cs="Tahoma"/>
          <w:rtl/>
        </w:rPr>
        <w:t xml:space="preserve"> او به سن لازم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ابت</w:t>
      </w:r>
      <w:r w:rsidRPr="00392B22">
        <w:rPr>
          <w:rFonts w:ascii="Tahoma" w:hAnsi="Tahoma" w:cs="Tahoma"/>
          <w:rtl/>
        </w:rPr>
        <w:t xml:space="preserve"> سلطنت را برعهده 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>. باا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ن‌حال،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ابت</w:t>
      </w:r>
      <w:r w:rsidRPr="00392B22">
        <w:rPr>
          <w:rFonts w:ascii="Tahoma" w:hAnsi="Tahoma" w:cs="Tahoma"/>
          <w:rtl/>
        </w:rPr>
        <w:t xml:space="preserve"> سلطنت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شبکهٔ شخص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قدرت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 xml:space="preserve"> که شاه ط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دهه‌ها ساخته بود. فرماندهان ارتش، مد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ساواک، 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و دربار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به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نام سلطنت وفادار نبودند؛ وفادار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آنان به شخص محمدرضاشاه شکل گرفته بود.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فقط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عوامل بحران بود. عامل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گر،</w:t>
      </w:r>
      <w:r w:rsidRPr="00392B22">
        <w:rPr>
          <w:rFonts w:ascii="Tahoma" w:hAnsi="Tahoma" w:cs="Tahoma"/>
          <w:rtl/>
        </w:rPr>
        <w:t xml:space="preserve">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الات</w:t>
      </w:r>
      <w:r w:rsidRPr="00392B22">
        <w:rPr>
          <w:rFonts w:ascii="Tahoma" w:hAnsi="Tahoma" w:cs="Tahoma"/>
          <w:rtl/>
        </w:rPr>
        <w:t xml:space="preserve"> متحده با رو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کارآمدن</w:t>
      </w:r>
      <w:r w:rsidRPr="00392B22">
        <w:rPr>
          <w:rFonts w:ascii="Tahoma" w:hAnsi="Tahoma" w:cs="Tahoma"/>
          <w:rtl/>
        </w:rPr>
        <w:t xml:space="preserve"> 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کارتر بود. محمدرضاشاه پس از </w:t>
      </w:r>
      <w:r w:rsidRPr="00392B22">
        <w:rPr>
          <w:rFonts w:ascii="Tahoma" w:hAnsi="Tahoma" w:cs="Tahoma"/>
          <w:rtl/>
          <w:lang w:bidi="fa-IR"/>
        </w:rPr>
        <w:t>۲۸</w:t>
      </w:r>
      <w:r w:rsidRPr="00392B22">
        <w:rPr>
          <w:rFonts w:ascii="Tahoma" w:hAnsi="Tahoma" w:cs="Tahoma"/>
          <w:rtl/>
        </w:rPr>
        <w:t xml:space="preserve"> امرداد آموخته بود که پشت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بقا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سلطنت است. دولت‌ها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با وجود انتقادها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گاه‌به‌گاه، ثبات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و نقش آن در جلوگ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نفوذ شورو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بر مسئلهٔ آزاد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مقدم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کارتر</w:t>
      </w:r>
      <w:r w:rsidRPr="00392B22">
        <w:rPr>
          <w:rFonts w:ascii="Tahoma" w:hAnsi="Tahoma" w:cs="Tahoma"/>
          <w:rtl/>
        </w:rPr>
        <w:t xml:space="preserve"> حقوق بشر را به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شعارها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کرد.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ام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کاملاً روشن نبود. از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سو،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همچنان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متحد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راهبرد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 xml:space="preserve"> و به همکار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امن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ادامه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 از سو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گر،</w:t>
      </w:r>
      <w:r w:rsidRPr="00392B22">
        <w:rPr>
          <w:rFonts w:ascii="Tahoma" w:hAnsi="Tahoma" w:cs="Tahoma"/>
          <w:rtl/>
        </w:rPr>
        <w:t xml:space="preserve"> حکومت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کاهش شکنجه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آزادکردن زندان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گشودن نسب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فشار قرار گرفت.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دوگانگ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دستگاه حکومت خطرناک بود. اگر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قصد داشت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دوشرط</w:t>
      </w:r>
      <w:r w:rsidRPr="00392B22">
        <w:rPr>
          <w:rFonts w:ascii="Tahoma" w:hAnsi="Tahoma" w:cs="Tahoma"/>
          <w:rtl/>
        </w:rPr>
        <w:t xml:space="preserve"> از شاه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کند، فرماندهان و مقامات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توانستند</w:t>
      </w:r>
      <w:r w:rsidRPr="00392B22">
        <w:rPr>
          <w:rFonts w:ascii="Tahoma" w:hAnsi="Tahoma" w:cs="Tahoma"/>
          <w:rtl/>
        </w:rPr>
        <w:t xml:space="preserve"> با اطم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نان</w:t>
      </w:r>
      <w:r w:rsidRPr="00392B22">
        <w:rPr>
          <w:rFonts w:ascii="Tahoma" w:hAnsi="Tahoma" w:cs="Tahoma"/>
          <w:rtl/>
        </w:rPr>
        <w:t xml:space="preserve"> روش گذشته را ادامه دهند. اگر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گرفته بود از او عبور کند، حکومت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</w:t>
      </w:r>
      <w:r w:rsidRPr="00392B22">
        <w:rPr>
          <w:rFonts w:ascii="Tahoma" w:hAnsi="Tahoma" w:cs="Tahoma"/>
          <w:rtl/>
        </w:rPr>
        <w:t xml:space="preserve"> راه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مستقل آماده شود. اما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متناقض،</w:t>
      </w:r>
      <w:r w:rsidRPr="00392B22">
        <w:rPr>
          <w:rFonts w:ascii="Tahoma" w:hAnsi="Tahoma" w:cs="Tahoma"/>
          <w:rtl/>
        </w:rPr>
        <w:t xml:space="preserve"> شاه را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ادامهٔ سرکوب و آغاز گشا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مردد ساخت.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محمدرضاشاه</w:t>
      </w:r>
      <w:r w:rsidRPr="00392B22">
        <w:rPr>
          <w:rFonts w:ascii="Tahoma" w:hAnsi="Tahoma" w:cs="Tahoma"/>
          <w:rtl/>
        </w:rPr>
        <w:t xml:space="preserve"> به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آن وابسته بود که بتواند فشار کارتر را ناد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بگ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>. در همان حال، از آن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رومندتر</w:t>
      </w:r>
      <w:r w:rsidRPr="00392B22">
        <w:rPr>
          <w:rFonts w:ascii="Tahoma" w:hAnsi="Tahoma" w:cs="Tahoma"/>
          <w:rtl/>
        </w:rPr>
        <w:t xml:space="preserve"> و مغرورتر بود که آشکارا بپذ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داخل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کشورش از واشنگتن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شود</w:t>
      </w:r>
      <w:r w:rsidRPr="00392B22">
        <w:rPr>
          <w:rFonts w:ascii="Tahoma" w:hAnsi="Tahoma" w:cs="Tahoma"/>
          <w:rtl/>
        </w:rPr>
        <w:t>. بنابرا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ن،</w:t>
      </w:r>
      <w:r w:rsidRPr="00392B22">
        <w:rPr>
          <w:rFonts w:ascii="Tahoma" w:hAnsi="Tahoma" w:cs="Tahoma"/>
          <w:rtl/>
        </w:rPr>
        <w:t xml:space="preserve"> گشا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محدود آغاز شد،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آنکه</w:t>
      </w:r>
      <w:r w:rsidRPr="00392B22">
        <w:rPr>
          <w:rFonts w:ascii="Tahoma" w:hAnsi="Tahoma" w:cs="Tahoma"/>
          <w:rtl/>
        </w:rPr>
        <w:t xml:space="preserve"> هدف نها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حدود و قواعد آن </w:t>
      </w:r>
      <w:r w:rsidRPr="00392B22">
        <w:rPr>
          <w:rFonts w:ascii="Tahoma" w:hAnsi="Tahoma" w:cs="Tahoma" w:hint="eastAsia"/>
          <w:rtl/>
        </w:rPr>
        <w:t>روشن</w:t>
      </w:r>
      <w:r w:rsidRPr="00392B22">
        <w:rPr>
          <w:rFonts w:ascii="Tahoma" w:hAnsi="Tahoma" w:cs="Tahoma"/>
          <w:rtl/>
        </w:rPr>
        <w:t xml:space="preserve"> باشد.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زندان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آزاد شدند، از شدت برخ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روش‌ها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سرکوب کاسته شد و وکلا،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سندگان</w:t>
      </w:r>
      <w:r w:rsidRPr="00392B22">
        <w:rPr>
          <w:rFonts w:ascii="Tahoma" w:hAnsi="Tahoma" w:cs="Tahoma"/>
          <w:rtl/>
        </w:rPr>
        <w:t xml:space="preserve"> و فعالان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امکان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اعتراض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افتند</w:t>
      </w:r>
      <w:r w:rsidRPr="00392B22">
        <w:rPr>
          <w:rFonts w:ascii="Tahoma" w:hAnsi="Tahoma" w:cs="Tahoma"/>
          <w:rtl/>
        </w:rPr>
        <w:t>. نامه‌ها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سرگشاده انتشار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افتند</w:t>
      </w:r>
      <w:r w:rsidRPr="00392B22">
        <w:rPr>
          <w:rFonts w:ascii="Tahoma" w:hAnsi="Tahoma" w:cs="Tahoma"/>
          <w:rtl/>
        </w:rPr>
        <w:t xml:space="preserve"> و گروه‌ها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از مخالفان قد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دند</w:t>
      </w:r>
      <w:r w:rsidRPr="00392B22">
        <w:rPr>
          <w:rFonts w:ascii="Tahoma" w:hAnsi="Tahoma" w:cs="Tahoma"/>
          <w:rtl/>
        </w:rPr>
        <w:t xml:space="preserve"> دوباره وارد صحنه شوند. کانون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سندگان،</w:t>
      </w:r>
      <w:r w:rsidRPr="00392B22">
        <w:rPr>
          <w:rFonts w:ascii="Tahoma" w:hAnsi="Tahoma" w:cs="Tahoma"/>
          <w:rtl/>
        </w:rPr>
        <w:t xml:space="preserve"> حقوقدانان، د</w:t>
      </w:r>
      <w:r w:rsidRPr="00392B22">
        <w:rPr>
          <w:rFonts w:ascii="Tahoma" w:hAnsi="Tahoma" w:cs="Tahoma" w:hint="eastAsia"/>
          <w:rtl/>
        </w:rPr>
        <w:t>انشگاه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و بازماندگان جبههٔ مل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ضرورت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قانون اساس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حکومت خودکامه سخن گفتند.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گشا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آغاز گذار به حکومت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باشد، اگر حکومت از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نهادها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مستقل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هدا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آن ساخته بود. اما حزب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وجود نداشت، مجلس اعتبار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 و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از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گاه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مستقل برخوردار نبود.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 و دموکرات پس از سال‌ها سرکوب پرا</w:t>
      </w:r>
      <w:r w:rsidRPr="00392B22">
        <w:rPr>
          <w:rFonts w:ascii="Tahoma" w:hAnsi="Tahoma" w:cs="Tahoma" w:hint="eastAsia"/>
          <w:rtl/>
        </w:rPr>
        <w:t>کنده</w:t>
      </w:r>
      <w:r w:rsidRPr="00392B22">
        <w:rPr>
          <w:rFonts w:ascii="Tahoma" w:hAnsi="Tahoma" w:cs="Tahoma"/>
          <w:rtl/>
        </w:rPr>
        <w:t xml:space="preserve"> بودند و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آنان رهبر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واحد، سازمان سراسر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برنامه‌ا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مشترک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انتقال قدرت وجود نداشت.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گشا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چن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وضع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مانند برداشتن ناگهان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درپوش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بود که سال‌ها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فشار قرار داشت.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/>
          <w:rtl/>
        </w:rPr>
        <w:t xml:space="preserve"> امکان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افتند،</w:t>
      </w:r>
      <w:r w:rsidRPr="00392B22">
        <w:rPr>
          <w:rFonts w:ascii="Tahoma" w:hAnsi="Tahoma" w:cs="Tahoma"/>
          <w:rtl/>
        </w:rPr>
        <w:t xml:space="preserve"> اما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آنها به خواسته‌ها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محدود، روشن و قابل مذاکره وجود نداشت. هر اعتراض به‌سرعت به نف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کل حکومت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شد؛</w:t>
      </w:r>
      <w:r w:rsidRPr="00392B22">
        <w:rPr>
          <w:rFonts w:ascii="Tahoma" w:hAnsi="Tahoma" w:cs="Tahoma"/>
          <w:rtl/>
        </w:rPr>
        <w:t xml:space="preserve">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</w:t>
      </w:r>
      <w:r w:rsidRPr="00392B22">
        <w:rPr>
          <w:rFonts w:ascii="Tahoma" w:hAnsi="Tahoma" w:cs="Tahoma"/>
          <w:rtl/>
        </w:rPr>
        <w:t xml:space="preserve"> دول</w:t>
      </w:r>
      <w:r w:rsidRPr="00392B22">
        <w:rPr>
          <w:rFonts w:ascii="Tahoma" w:hAnsi="Tahoma" w:cs="Tahoma" w:hint="eastAsia"/>
          <w:rtl/>
        </w:rPr>
        <w:t>ت،</w:t>
      </w:r>
      <w:r w:rsidRPr="00392B22">
        <w:rPr>
          <w:rFonts w:ascii="Tahoma" w:hAnsi="Tahoma" w:cs="Tahoma"/>
          <w:rtl/>
        </w:rPr>
        <w:t xml:space="preserve"> مجلس، حزب و شاه چنان در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ادغام شده بودند که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بخش را نقد کرد و بخش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را مسئول اصلاح آن دانست.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شاه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تجربه‌ا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گفت‌وگو با مخالفان نداشت. سال‌ها آنان را عوامل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گانه،</w:t>
      </w:r>
      <w:r w:rsidRPr="00392B22">
        <w:rPr>
          <w:rFonts w:ascii="Tahoma" w:hAnsi="Tahoma" w:cs="Tahoma"/>
          <w:rtl/>
        </w:rPr>
        <w:t xml:space="preserve"> مرتجع، کمون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خرابکار نام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بود. اکنون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کباره</w:t>
      </w:r>
      <w:r w:rsidRPr="00392B22">
        <w:rPr>
          <w:rFonts w:ascii="Tahoma" w:hAnsi="Tahoma" w:cs="Tahoma"/>
          <w:rtl/>
        </w:rPr>
        <w:t xml:space="preserve"> همان اشخاص را شر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قانون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بشناسد. مخالفان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به وعده‌ها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اعتماد نداشتند و گشا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را نه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دار،</w:t>
      </w:r>
      <w:r w:rsidRPr="00392B22">
        <w:rPr>
          <w:rFonts w:ascii="Tahoma" w:hAnsi="Tahoma" w:cs="Tahoma"/>
          <w:rtl/>
        </w:rPr>
        <w:t xml:space="preserve"> بلکه </w:t>
      </w:r>
      <w:r w:rsidRPr="00392B22">
        <w:rPr>
          <w:rFonts w:ascii="Tahoma" w:hAnsi="Tahoma" w:cs="Tahoma" w:hint="eastAsia"/>
          <w:rtl/>
        </w:rPr>
        <w:t>نشانهٔ</w:t>
      </w:r>
      <w:r w:rsidRPr="00392B22">
        <w:rPr>
          <w:rFonts w:ascii="Tahoma" w:hAnsi="Tahoma" w:cs="Tahoma"/>
          <w:rtl/>
        </w:rPr>
        <w:t xml:space="preserve"> ضعف حکومت و فشار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از موقع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کاملاً متفاوت برخوردار بودند. آنان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بازگشت به صحنه به اجازهٔ تشک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حزب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از</w:t>
      </w:r>
      <w:r w:rsidRPr="00392B22">
        <w:rPr>
          <w:rFonts w:ascii="Tahoma" w:hAnsi="Tahoma" w:cs="Tahoma"/>
          <w:rtl/>
        </w:rPr>
        <w:t xml:space="preserve"> نداشتند. مسجدها، حوزه‌ها، بازار،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ئت‌ها،</w:t>
      </w:r>
      <w:r w:rsidRPr="00392B22">
        <w:rPr>
          <w:rFonts w:ascii="Tahoma" w:hAnsi="Tahoma" w:cs="Tahoma"/>
          <w:rtl/>
        </w:rPr>
        <w:t xml:space="preserve"> مراسم سوگوار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شبکهٔ وجوهات و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آنان همچنان وجود داشتند. حکومت توانسته بود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</w:t>
      </w:r>
      <w:r w:rsidRPr="00392B22">
        <w:rPr>
          <w:rFonts w:ascii="Tahoma" w:hAnsi="Tahoma" w:cs="Tahoma" w:hint="eastAsia"/>
          <w:rtl/>
        </w:rPr>
        <w:t>شکارشان</w:t>
      </w:r>
      <w:r w:rsidRPr="00392B22">
        <w:rPr>
          <w:rFonts w:ascii="Tahoma" w:hAnsi="Tahoma" w:cs="Tahoma"/>
          <w:rtl/>
        </w:rPr>
        <w:t xml:space="preserve"> را محدود کند، اما نتوانسته بود سازمان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آنان را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ببرد.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مرگ</w:t>
      </w:r>
      <w:r w:rsidRPr="00392B22">
        <w:rPr>
          <w:rFonts w:ascii="Tahoma" w:hAnsi="Tahoma" w:cs="Tahoma"/>
          <w:rtl/>
        </w:rPr>
        <w:t xml:space="preserve"> مصطف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فرزند ارشد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در آبان </w:t>
      </w:r>
      <w:r w:rsidRPr="00392B22">
        <w:rPr>
          <w:rFonts w:ascii="Tahoma" w:hAnsi="Tahoma" w:cs="Tahoma"/>
          <w:rtl/>
          <w:lang w:bidi="fa-IR"/>
        </w:rPr>
        <w:t>۱۳۵۶</w:t>
      </w:r>
      <w:r w:rsidRPr="00392B22">
        <w:rPr>
          <w:rFonts w:ascii="Tahoma" w:hAnsi="Tahoma" w:cs="Tahoma"/>
          <w:rtl/>
        </w:rPr>
        <w:t xml:space="preserve"> به نخست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فرصت بزرگ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فعال‌شدن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شبکه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 علت مرگ او روشن نبود، اما مخالفان حکومت آن را به ساواک نسبت دادند. مجالس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ادبود</w:t>
      </w:r>
      <w:r w:rsidRPr="00392B22">
        <w:rPr>
          <w:rFonts w:ascii="Tahoma" w:hAnsi="Tahoma" w:cs="Tahoma"/>
          <w:rtl/>
        </w:rPr>
        <w:t xml:space="preserve"> در نجف، قم، تهران و شهرها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برگزار شدند و نام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پس از سال‌ها دوباره در فضا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طن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انداخت.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خود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مرگ فرزندش را از «الطاف خف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هٔ</w:t>
      </w:r>
      <w:r w:rsidRPr="00392B22">
        <w:rPr>
          <w:rFonts w:ascii="Tahoma" w:hAnsi="Tahoma" w:cs="Tahoma"/>
          <w:rtl/>
        </w:rPr>
        <w:t xml:space="preserve"> اله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»</w:t>
      </w:r>
      <w:r w:rsidRPr="00392B22">
        <w:rPr>
          <w:rFonts w:ascii="Tahoma" w:hAnsi="Tahoma" w:cs="Tahoma"/>
          <w:rtl/>
        </w:rPr>
        <w:t xml:space="preserve"> خواند.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تعب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نشان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 xml:space="preserve"> که او اهم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حادثه را درک کرده است. سوگوار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مصطف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فقط مراسم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خانوادگ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نبود؛ به وس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بازساز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شبکهٔ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پدرش و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دوبارهٔ او با حوزه، مسجد و باز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همان زمان،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فعال‌تر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شدند،</w:t>
      </w:r>
      <w:r w:rsidRPr="00392B22">
        <w:rPr>
          <w:rFonts w:ascii="Tahoma" w:hAnsi="Tahoma" w:cs="Tahoma"/>
          <w:rtl/>
        </w:rPr>
        <w:t xml:space="preserve"> اما ابزارها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آنان با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قابل مقا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سه</w:t>
      </w:r>
      <w:r w:rsidRPr="00392B22">
        <w:rPr>
          <w:rFonts w:ascii="Tahoma" w:hAnsi="Tahoma" w:cs="Tahoma"/>
          <w:rtl/>
        </w:rPr>
        <w:t xml:space="preserve"> نبود.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سنده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نامه‌ا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امضا کند،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حقوقدان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از قانون اساس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سخن بگو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و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عضو جبههٔ مل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خواستار انتخابات آزاد شود؛ اما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توانستند</w:t>
      </w:r>
      <w:r w:rsidRPr="00392B22">
        <w:rPr>
          <w:rFonts w:ascii="Tahoma" w:hAnsi="Tahoma" w:cs="Tahoma"/>
          <w:rtl/>
        </w:rPr>
        <w:t xml:space="preserve"> در صدها مسجد، در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زمان، زبان و نمادها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مشترک را به کار 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رند</w:t>
      </w:r>
      <w:r w:rsidRPr="00392B22">
        <w:rPr>
          <w:rFonts w:ascii="Tahoma" w:hAnsi="Tahoma" w:cs="Tahoma"/>
          <w:rtl/>
        </w:rPr>
        <w:t xml:space="preserve"> و جمع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را به حرکت درآورند.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همچن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از تقو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برخوردار بودند. محرم، عاشورا، ماه رمضان و مراسم چهلم، فرصت‌ها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تکرارشونده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گردهما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فراهم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حکومت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مراسم را بدون 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ارو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مستق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با باورها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مردم تعط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کند. هر کشته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چهل روز بعد به مراسم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</w:t>
      </w:r>
      <w:r w:rsidRPr="00392B22">
        <w:rPr>
          <w:rFonts w:ascii="Tahoma" w:hAnsi="Tahoma" w:cs="Tahoma" w:hint="eastAsia"/>
          <w:rtl/>
        </w:rPr>
        <w:t>زه</w:t>
      </w:r>
      <w:r w:rsidRPr="00392B22">
        <w:rPr>
          <w:rFonts w:ascii="Tahoma" w:hAnsi="Tahoma" w:cs="Tahoma"/>
          <w:rtl/>
        </w:rPr>
        <w:t xml:space="preserve"> و هر مراسم به اعتراض و قربان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نجامد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ماه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/>
          <w:rtl/>
          <w:lang w:bidi="fa-IR"/>
        </w:rPr>
        <w:t>۱۳۵۶</w:t>
      </w:r>
      <w:r w:rsidRPr="00392B22">
        <w:rPr>
          <w:rFonts w:ascii="Tahoma" w:hAnsi="Tahoma" w:cs="Tahoma"/>
          <w:rtl/>
        </w:rPr>
        <w:t>، روزنامهٔ اطلاعات مقاله‌ا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 عنوان «ا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و استعمار سرخ و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اه»</w:t>
      </w:r>
      <w:r w:rsidRPr="00392B22">
        <w:rPr>
          <w:rFonts w:ascii="Tahoma" w:hAnsi="Tahoma" w:cs="Tahoma"/>
          <w:rtl/>
        </w:rPr>
        <w:t xml:space="preserve"> منتشر کرد. مقاله با نام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مستعار نوشته شده بود و در آن به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توه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شده و او با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ارتجاع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منافع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مرتبط دانسته شده بود. انتشار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نوشته، صرف‌نظر از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نکه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شنهاد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و</w:t>
      </w:r>
      <w:r w:rsidRPr="00392B22">
        <w:rPr>
          <w:rFonts w:ascii="Tahoma" w:hAnsi="Tahoma" w:cs="Tahoma"/>
          <w:rtl/>
        </w:rPr>
        <w:t xml:space="preserve"> تنظ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نها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آن دق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قاً</w:t>
      </w:r>
      <w:r w:rsidRPr="00392B22">
        <w:rPr>
          <w:rFonts w:ascii="Tahoma" w:hAnsi="Tahoma" w:cs="Tahoma"/>
          <w:rtl/>
        </w:rPr>
        <w:t xml:space="preserve"> از کدام بخش حکومت آمده بود،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بزرگ‌تر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خطاها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دستگاه شاه شد.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حکومت</w:t>
      </w:r>
      <w:r w:rsidRPr="00392B22">
        <w:rPr>
          <w:rFonts w:ascii="Tahoma" w:hAnsi="Tahoma" w:cs="Tahoma"/>
          <w:rtl/>
        </w:rPr>
        <w:t xml:space="preserve"> سال‌ها نام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از رسانه‌ها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حذف کرده بود. اکنون خود، نام و تصو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 را به مرکز توجه بازم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گرداند</w:t>
      </w:r>
      <w:r w:rsidRPr="00392B22">
        <w:rPr>
          <w:rFonts w:ascii="Tahoma" w:hAnsi="Tahoma" w:cs="Tahoma"/>
          <w:rtl/>
        </w:rPr>
        <w:t>. افزون بر آن، حمله‌ا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در بحث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پاسخ داده شود، با توه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به جا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گاه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او، مسئله را از سطح اختلاف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دفاع از مرجع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و حرمت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انتقال داد.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طلاب</w:t>
      </w:r>
      <w:r w:rsidRPr="00392B22">
        <w:rPr>
          <w:rFonts w:ascii="Tahoma" w:hAnsi="Tahoma" w:cs="Tahoma"/>
          <w:rtl/>
        </w:rPr>
        <w:t xml:space="preserve"> و مردم قم در اعتراض به مقاله به 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ابان</w:t>
      </w:r>
      <w:r w:rsidRPr="00392B22">
        <w:rPr>
          <w:rFonts w:ascii="Tahoma" w:hAnsi="Tahoma" w:cs="Tahoma"/>
          <w:rtl/>
        </w:rPr>
        <w:t xml:space="preserve"> آمدند.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با آنان درگ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شدند و شمار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کشته و زخم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شدند. دربارهٔ تعداد قربان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ان،</w:t>
      </w:r>
      <w:r w:rsidRPr="00392B22">
        <w:rPr>
          <w:rFonts w:ascii="Tahoma" w:hAnsi="Tahoma" w:cs="Tahoma"/>
          <w:rtl/>
        </w:rPr>
        <w:t xml:space="preserve"> مانند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حوادث بعد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روا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متفاوت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انتشار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>. مخالفان ارقام را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دادند</w:t>
      </w:r>
      <w:r w:rsidRPr="00392B22">
        <w:rPr>
          <w:rFonts w:ascii="Tahoma" w:hAnsi="Tahoma" w:cs="Tahoma"/>
          <w:rtl/>
        </w:rPr>
        <w:t xml:space="preserve"> و حکومت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ابعاد حادثه ر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کوچک نشان دهد. نبود رسانه‌ها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آزاد و مرجع مستقل، بار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عه</w:t>
      </w:r>
      <w:r w:rsidRPr="00392B22">
        <w:rPr>
          <w:rFonts w:ascii="Tahoma" w:hAnsi="Tahoma" w:cs="Tahoma"/>
          <w:rtl/>
        </w:rPr>
        <w:t xml:space="preserve"> را جانش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اطلاع دق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</w:t>
      </w:r>
      <w:r w:rsidRPr="00392B22">
        <w:rPr>
          <w:rFonts w:ascii="Tahoma" w:hAnsi="Tahoma" w:cs="Tahoma"/>
          <w:rtl/>
        </w:rPr>
        <w:t xml:space="preserve"> کرد.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کشته‌شدگان</w:t>
      </w:r>
      <w:r w:rsidRPr="00392B22">
        <w:rPr>
          <w:rFonts w:ascii="Tahoma" w:hAnsi="Tahoma" w:cs="Tahoma"/>
          <w:rtl/>
        </w:rPr>
        <w:t xml:space="preserve"> قم، زنج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رهٔ</w:t>
      </w:r>
      <w:r w:rsidRPr="00392B22">
        <w:rPr>
          <w:rFonts w:ascii="Tahoma" w:hAnsi="Tahoma" w:cs="Tahoma"/>
          <w:rtl/>
        </w:rPr>
        <w:t xml:space="preserve"> چهلم‌ها را آغاز کردند. چهل روز بعد، مراسم بزرگداشت آنان در تبر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به اعتراض گسترده انجام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بانک‌ها، مراکز وابسته به حکومت،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نماها</w:t>
      </w:r>
      <w:r w:rsidRPr="00392B22">
        <w:rPr>
          <w:rFonts w:ascii="Tahoma" w:hAnsi="Tahoma" w:cs="Tahoma"/>
          <w:rtl/>
        </w:rPr>
        <w:t xml:space="preserve"> و برخ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مشروب‌فروش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/>
          <w:rtl/>
        </w:rPr>
        <w:t xml:space="preserve"> هدف حمله قرار گرفتند و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نظام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وارد عمل شدند. کشته‌شدگان تبر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چهلم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آفر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دند</w:t>
      </w:r>
      <w:r w:rsidRPr="00392B22">
        <w:rPr>
          <w:rFonts w:ascii="Tahoma" w:hAnsi="Tahoma" w:cs="Tahoma"/>
          <w:rtl/>
        </w:rPr>
        <w:t xml:space="preserve"> و حرکت به شهرها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گسترش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الگو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تازگ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داشت. ساواک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مقابله با حزب، سازمان مخف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گروه چر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ساخته شده بود.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رهبران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تشک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لات</w:t>
      </w:r>
      <w:r w:rsidRPr="00392B22">
        <w:rPr>
          <w:rFonts w:ascii="Tahoma" w:hAnsi="Tahoma" w:cs="Tahoma"/>
          <w:rtl/>
        </w:rPr>
        <w:t xml:space="preserve"> را شناسا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و بازداشت کند، اما با حرکت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از مسجد، مراسم سوگوار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شبکه‌ها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پراکندهٔ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خاست</w:t>
      </w:r>
      <w:r w:rsidRPr="00392B22">
        <w:rPr>
          <w:rFonts w:ascii="Tahoma" w:hAnsi="Tahoma" w:cs="Tahoma"/>
          <w:rtl/>
        </w:rPr>
        <w:t xml:space="preserve"> به‌دشوار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مقابله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جنبش</w:t>
      </w:r>
      <w:r w:rsidRPr="00392B22">
        <w:rPr>
          <w:rFonts w:ascii="Tahoma" w:hAnsi="Tahoma" w:cs="Tahoma"/>
          <w:rtl/>
        </w:rPr>
        <w:t xml:space="preserve"> مرکز ادار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آشکار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نداشت که با دستگ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چند نفر از کار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فتد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رهبر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نماد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آن در نجف بود،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ام‌ها</w:t>
      </w:r>
      <w:r w:rsidRPr="00392B22">
        <w:rPr>
          <w:rFonts w:ascii="Tahoma" w:hAnsi="Tahoma" w:cs="Tahoma"/>
          <w:rtl/>
        </w:rPr>
        <w:t xml:space="preserve"> از راه شبکه‌ها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متعدد منتقل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</w:t>
      </w:r>
      <w:r w:rsidRPr="00392B22">
        <w:rPr>
          <w:rFonts w:ascii="Tahoma" w:hAnsi="Tahoma" w:cs="Tahoma"/>
          <w:rtl/>
        </w:rPr>
        <w:t xml:space="preserve"> و هر شهر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مراسم خود را سازمان دهد.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راه دور جهت کل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مبارزه را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اما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هر حرکت به گروه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واحد وابسته نبود. ساختار غ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رمتمرکز</w:t>
      </w:r>
      <w:r w:rsidRPr="00392B22">
        <w:rPr>
          <w:rFonts w:ascii="Tahoma" w:hAnsi="Tahoma" w:cs="Tahoma"/>
          <w:rtl/>
        </w:rPr>
        <w:t xml:space="preserve"> شبکهٔ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در برابر حکومت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متمرکز شاه مز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ن‌کننده</w:t>
      </w:r>
      <w:r w:rsidRPr="00392B22">
        <w:rPr>
          <w:rFonts w:ascii="Tahoma" w:hAnsi="Tahoma" w:cs="Tahoma"/>
          <w:rtl/>
        </w:rPr>
        <w:t xml:space="preserve"> 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حکومت</w:t>
      </w:r>
      <w:r w:rsidRPr="00392B22">
        <w:rPr>
          <w:rFonts w:ascii="Tahoma" w:hAnsi="Tahoma" w:cs="Tahoma"/>
          <w:rtl/>
        </w:rPr>
        <w:t xml:space="preserve"> در برابر اعتراض‌ها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دو راه گرفتار شد. اگر با شدت سرکوب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حقوق بشر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کارتر را ناد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گرفت،</w:t>
      </w:r>
      <w:r w:rsidRPr="00392B22">
        <w:rPr>
          <w:rFonts w:ascii="Tahoma" w:hAnsi="Tahoma" w:cs="Tahoma"/>
          <w:rtl/>
        </w:rPr>
        <w:t xml:space="preserve"> شمار قربان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را افزا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 xml:space="preserve"> و مراسم چهلم تازه‌ا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آفر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اگر عقب‌نش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کرد،</w:t>
      </w:r>
      <w:r w:rsidRPr="00392B22">
        <w:rPr>
          <w:rFonts w:ascii="Tahoma" w:hAnsi="Tahoma" w:cs="Tahoma"/>
          <w:rtl/>
        </w:rPr>
        <w:t xml:space="preserve"> ضعف خود را نشان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 xml:space="preserve"> و مخالفان را به ادامهٔ اعتراض تشو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از شخص شاه به همهٔ دستگاه منتقل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ساواک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 xml:space="preserve"> تا چه اندازه اجازهٔ سرکوب دارد. ارتش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ورود به 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ابان</w:t>
      </w:r>
      <w:r w:rsidRPr="00392B22">
        <w:rPr>
          <w:rFonts w:ascii="Tahoma" w:hAnsi="Tahoma" w:cs="Tahoma"/>
          <w:rtl/>
        </w:rPr>
        <w:t xml:space="preserve"> منتظر فرمان بود.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نداشت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مستقل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کند و استانداران و فرمانداران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ام‌ها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متناقض 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دستگاه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که</w:t>
      </w:r>
      <w:r w:rsidRPr="00392B22">
        <w:rPr>
          <w:rFonts w:ascii="Tahoma" w:hAnsi="Tahoma" w:cs="Tahoma"/>
          <w:rtl/>
        </w:rPr>
        <w:t xml:space="preserve"> سال‌ها به اطاعت از فرمان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واحد عادت کرده بود، هنگام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آن فرمان روشن نبود، توان ابتکار خود را از دست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سرطان</w:t>
      </w:r>
      <w:r w:rsidRPr="00392B22">
        <w:rPr>
          <w:rFonts w:ascii="Tahoma" w:hAnsi="Tahoma" w:cs="Tahoma"/>
          <w:rtl/>
        </w:rPr>
        <w:t xml:space="preserve"> شاه در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لحظه اهم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را آشکار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فرمانروا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که در سال </w:t>
      </w:r>
      <w:r w:rsidRPr="00392B22">
        <w:rPr>
          <w:rFonts w:ascii="Tahoma" w:hAnsi="Tahoma" w:cs="Tahoma"/>
          <w:rtl/>
          <w:lang w:bidi="fa-IR"/>
        </w:rPr>
        <w:t>۱۳۴۲</w:t>
      </w:r>
      <w:r w:rsidRPr="00392B22">
        <w:rPr>
          <w:rFonts w:ascii="Tahoma" w:hAnsi="Tahoma" w:cs="Tahoma"/>
          <w:rtl/>
        </w:rPr>
        <w:t xml:space="preserve"> بدون ترد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فرمان سرکوب داده بود، در سال </w:t>
      </w:r>
      <w:r w:rsidRPr="00392B22">
        <w:rPr>
          <w:rFonts w:ascii="Tahoma" w:hAnsi="Tahoma" w:cs="Tahoma"/>
          <w:rtl/>
          <w:lang w:bidi="fa-IR"/>
        </w:rPr>
        <w:t>۱۳۵۶</w:t>
      </w:r>
      <w:r w:rsidRPr="00392B22">
        <w:rPr>
          <w:rFonts w:ascii="Tahoma" w:hAnsi="Tahoma" w:cs="Tahoma"/>
          <w:rtl/>
        </w:rPr>
        <w:t xml:space="preserve"> و </w:t>
      </w:r>
      <w:r w:rsidRPr="00392B22">
        <w:rPr>
          <w:rFonts w:ascii="Tahoma" w:hAnsi="Tahoma" w:cs="Tahoma"/>
          <w:rtl/>
          <w:lang w:bidi="fa-IR"/>
        </w:rPr>
        <w:t>۱۳۵۷</w:t>
      </w:r>
      <w:r w:rsidRPr="00392B22">
        <w:rPr>
          <w:rFonts w:ascii="Tahoma" w:hAnsi="Tahoma" w:cs="Tahoma"/>
          <w:rtl/>
        </w:rPr>
        <w:t xml:space="preserve"> با آگاه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فشار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و نگران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ندهٔ</w:t>
      </w:r>
      <w:r w:rsidRPr="00392B22">
        <w:rPr>
          <w:rFonts w:ascii="Tahoma" w:hAnsi="Tahoma" w:cs="Tahoma"/>
          <w:rtl/>
        </w:rPr>
        <w:t xml:space="preserve"> سلطنت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گرفت</w:t>
      </w:r>
      <w:r w:rsidRPr="00392B22">
        <w:rPr>
          <w:rFonts w:ascii="Tahoma" w:hAnsi="Tahoma" w:cs="Tahoma"/>
          <w:rtl/>
        </w:rPr>
        <w:t>. او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خواست</w:t>
      </w:r>
      <w:r w:rsidRPr="00392B22">
        <w:rPr>
          <w:rFonts w:ascii="Tahoma" w:hAnsi="Tahoma" w:cs="Tahoma"/>
          <w:rtl/>
        </w:rPr>
        <w:t xml:space="preserve"> هم حکومت را حفظ کند، هم از خون‌ر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</w:t>
      </w:r>
      <w:r w:rsidRPr="00392B22">
        <w:rPr>
          <w:rFonts w:ascii="Tahoma" w:hAnsi="Tahoma" w:cs="Tahoma" w:hint="eastAsia"/>
          <w:rtl/>
        </w:rPr>
        <w:t>رده</w:t>
      </w:r>
      <w:r w:rsidRPr="00392B22">
        <w:rPr>
          <w:rFonts w:ascii="Tahoma" w:hAnsi="Tahoma" w:cs="Tahoma"/>
          <w:rtl/>
        </w:rPr>
        <w:t xml:space="preserve"> بپره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زد،</w:t>
      </w:r>
      <w:r w:rsidRPr="00392B22">
        <w:rPr>
          <w:rFonts w:ascii="Tahoma" w:hAnsi="Tahoma" w:cs="Tahoma"/>
          <w:rtl/>
        </w:rPr>
        <w:t xml:space="preserve"> هم 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کارتر را از دست ندهد و هم چهرهٔ پادشاه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اصلاح‌طلب را حفظ کند. جمع‌کردن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هدف‌ها ممکن نبود.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سال </w:t>
      </w:r>
      <w:r w:rsidRPr="00392B22">
        <w:rPr>
          <w:rFonts w:ascii="Tahoma" w:hAnsi="Tahoma" w:cs="Tahoma"/>
          <w:rtl/>
          <w:lang w:bidi="fa-IR"/>
        </w:rPr>
        <w:t>۱۳۵۶</w:t>
      </w:r>
      <w:r w:rsidRPr="00392B22">
        <w:rPr>
          <w:rFonts w:ascii="Tahoma" w:hAnsi="Tahoma" w:cs="Tahoma"/>
          <w:rtl/>
        </w:rPr>
        <w:t>، کارتر به تهران آمد و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را «جز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رهٔ</w:t>
      </w:r>
      <w:r w:rsidRPr="00392B22">
        <w:rPr>
          <w:rFonts w:ascii="Tahoma" w:hAnsi="Tahoma" w:cs="Tahoma"/>
          <w:rtl/>
        </w:rPr>
        <w:t xml:space="preserve"> ثبات» در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پرآشوب‌تر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مناطق جهان نام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سخن ظاهراً تأ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محکم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از شاه بود. اما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دستگاه حکومت، تناقض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ستا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علن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کارتر و فشار هم‌زمان او دربارهٔ حقوق بشر همچنان باق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ماند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شاه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از سخن کارتر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</w:t>
      </w:r>
      <w:r w:rsidRPr="00392B22">
        <w:rPr>
          <w:rFonts w:ascii="Tahoma" w:hAnsi="Tahoma" w:cs="Tahoma"/>
          <w:rtl/>
        </w:rPr>
        <w:t xml:space="preserve"> بگ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رد</w:t>
      </w:r>
      <w:r w:rsidRPr="00392B22">
        <w:rPr>
          <w:rFonts w:ascii="Tahoma" w:hAnsi="Tahoma" w:cs="Tahoma"/>
          <w:rtl/>
        </w:rPr>
        <w:t xml:space="preserve"> که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در لحظهٔ خطر از او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خواهد کرد؛ اما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 xml:space="preserve"> حدود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کجاست.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واشنگتن سرکوب گسترده را تحمل خواهد کرد؟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ارتش در صورت گسترش اعتراض‌ها اجازه دارد به هر وس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متوسل شود؟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سلطنت را ض</w:t>
      </w:r>
      <w:r w:rsidRPr="00392B22">
        <w:rPr>
          <w:rFonts w:ascii="Tahoma" w:hAnsi="Tahoma" w:cs="Tahoma" w:hint="eastAsia"/>
          <w:rtl/>
        </w:rPr>
        <w:t>رور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داند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فقط خواهان حفظ ثبات و جلوگ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کمون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سم</w:t>
      </w:r>
      <w:r w:rsidRPr="00392B22">
        <w:rPr>
          <w:rFonts w:ascii="Tahoma" w:hAnsi="Tahoma" w:cs="Tahoma"/>
          <w:rtl/>
        </w:rPr>
        <w:t xml:space="preserve"> است؟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ابهام بعدها به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عوامل فلج‌شدن دستگاه حکومت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شد. فرماندهان ارتش، دربار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و 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نه‌فقط به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شاه، بلکه به نشانه‌ها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که از سفارت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و واشنگتن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توجه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بار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گر،</w:t>
      </w:r>
      <w:r w:rsidRPr="00392B22">
        <w:rPr>
          <w:rFonts w:ascii="Tahoma" w:hAnsi="Tahoma" w:cs="Tahoma"/>
          <w:rtl/>
        </w:rPr>
        <w:t xml:space="preserve"> همانند شهر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/>
          <w:rtl/>
          <w:lang w:bidi="fa-IR"/>
        </w:rPr>
        <w:t>۱۳۲۰</w:t>
      </w:r>
      <w:r w:rsidRPr="00392B22">
        <w:rPr>
          <w:rFonts w:ascii="Tahoma" w:hAnsi="Tahoma" w:cs="Tahoma"/>
          <w:rtl/>
        </w:rPr>
        <w:t>، به نقطه‌ا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بود </w:t>
      </w:r>
      <w:r w:rsidRPr="00392B22">
        <w:rPr>
          <w:rFonts w:ascii="Tahoma" w:hAnsi="Tahoma" w:cs="Tahoma" w:hint="eastAsia"/>
          <w:rtl/>
        </w:rPr>
        <w:t>که</w:t>
      </w:r>
      <w:r w:rsidRPr="00392B22">
        <w:rPr>
          <w:rFonts w:ascii="Tahoma" w:hAnsi="Tahoma" w:cs="Tahoma"/>
          <w:rtl/>
        </w:rPr>
        <w:t xml:space="preserve">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دولت خارج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بر ارادهٔ درون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حکومت اثر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ن‌کننده</w:t>
      </w:r>
      <w:r w:rsidRPr="00392B22">
        <w:rPr>
          <w:rFonts w:ascii="Tahoma" w:hAnsi="Tahoma" w:cs="Tahoma"/>
          <w:rtl/>
        </w:rPr>
        <w:t xml:space="preserve"> بگذارد.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اعتراض‌ها</w:t>
      </w:r>
      <w:r w:rsidRPr="00392B22">
        <w:rPr>
          <w:rFonts w:ascii="Tahoma" w:hAnsi="Tahoma" w:cs="Tahoma"/>
          <w:rtl/>
        </w:rPr>
        <w:t xml:space="preserve"> در بهار </w:t>
      </w:r>
      <w:r w:rsidRPr="00392B22">
        <w:rPr>
          <w:rFonts w:ascii="Tahoma" w:hAnsi="Tahoma" w:cs="Tahoma"/>
          <w:rtl/>
          <w:lang w:bidi="fa-IR"/>
        </w:rPr>
        <w:t>۱۳۵۷</w:t>
      </w:r>
      <w:r w:rsidRPr="00392B22">
        <w:rPr>
          <w:rFonts w:ascii="Tahoma" w:hAnsi="Tahoma" w:cs="Tahoma"/>
          <w:rtl/>
        </w:rPr>
        <w:t xml:space="preserve"> ادامه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افتند</w:t>
      </w:r>
      <w:r w:rsidRPr="00392B22">
        <w:rPr>
          <w:rFonts w:ascii="Tahoma" w:hAnsi="Tahoma" w:cs="Tahoma"/>
          <w:rtl/>
        </w:rPr>
        <w:t xml:space="preserve">. در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زد</w:t>
      </w:r>
      <w:r w:rsidRPr="00392B22">
        <w:rPr>
          <w:rFonts w:ascii="Tahoma" w:hAnsi="Tahoma" w:cs="Tahoma"/>
          <w:rtl/>
        </w:rPr>
        <w:t xml:space="preserve"> و چند شهر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مراسم چهلم به درگ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انجام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بازار در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از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تعط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و اعلام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 سرعت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پخش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حکومت کوش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با ترک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عقب‌نش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بازداشت و تبل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غات</w:t>
      </w:r>
      <w:r w:rsidRPr="00392B22">
        <w:rPr>
          <w:rFonts w:ascii="Tahoma" w:hAnsi="Tahoma" w:cs="Tahoma"/>
          <w:rtl/>
        </w:rPr>
        <w:t xml:space="preserve"> حرکت را مهار کند، اما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ثابت نداشت.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مقاطع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چن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به نظر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رس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که موج اعتراض‌ها فروکش کرده است.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تصور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حکومت را به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جه</w:t>
      </w:r>
      <w:r w:rsidRPr="00392B22">
        <w:rPr>
          <w:rFonts w:ascii="Tahoma" w:hAnsi="Tahoma" w:cs="Tahoma"/>
          <w:rtl/>
        </w:rPr>
        <w:t xml:space="preserve"> برساند که بحران مهار شده و اکثر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مردم همچنان از شاه حما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کنند</w:t>
      </w:r>
      <w:r w:rsidRPr="00392B22">
        <w:rPr>
          <w:rFonts w:ascii="Tahoma" w:hAnsi="Tahoma" w:cs="Tahoma"/>
          <w:rtl/>
        </w:rPr>
        <w:t>. اما کاهش موقت تظاهرات به معنا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رفتن شبکهٔ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نبود. مسجدها، بازار و مخا</w:t>
      </w:r>
      <w:r w:rsidRPr="00392B22">
        <w:rPr>
          <w:rFonts w:ascii="Tahoma" w:hAnsi="Tahoma" w:cs="Tahoma" w:hint="eastAsia"/>
          <w:rtl/>
        </w:rPr>
        <w:t>لفان</w:t>
      </w:r>
      <w:r w:rsidRPr="00392B22">
        <w:rPr>
          <w:rFonts w:ascii="Tahoma" w:hAnsi="Tahoma" w:cs="Tahoma"/>
          <w:rtl/>
        </w:rPr>
        <w:t xml:space="preserve"> در حال آماده‌شدن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مرحله‌ا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تازه بودند.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داخل حکومت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چ‌کس</w:t>
      </w:r>
      <w:r w:rsidRPr="00392B22">
        <w:rPr>
          <w:rFonts w:ascii="Tahoma" w:hAnsi="Tahoma" w:cs="Tahoma"/>
          <w:rtl/>
        </w:rPr>
        <w:t xml:space="preserve"> مسئول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تحل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کامل بحران را برعهده نداشت. ساواک مسئله را امن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د،</w:t>
      </w:r>
      <w:r w:rsidRPr="00392B22">
        <w:rPr>
          <w:rFonts w:ascii="Tahoma" w:hAnsi="Tahoma" w:cs="Tahoma"/>
          <w:rtl/>
        </w:rPr>
        <w:t xml:space="preserve"> وزارتخانه‌ها بر مشکلات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تمرکز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کردند،</w:t>
      </w:r>
      <w:r w:rsidRPr="00392B22">
        <w:rPr>
          <w:rFonts w:ascii="Tahoma" w:hAnsi="Tahoma" w:cs="Tahoma"/>
          <w:rtl/>
        </w:rPr>
        <w:t xml:space="preserve"> دربار نگران وجههٔ شاه بود و سفارت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</w:t>
      </w:r>
      <w:r w:rsidRPr="00392B22">
        <w:rPr>
          <w:rFonts w:ascii="Tahoma" w:hAnsi="Tahoma" w:cs="Tahoma"/>
          <w:rtl/>
        </w:rPr>
        <w:t xml:space="preserve"> خطر کمون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سم</w:t>
      </w:r>
      <w:r w:rsidRPr="00392B22">
        <w:rPr>
          <w:rFonts w:ascii="Tahoma" w:hAnsi="Tahoma" w:cs="Tahoma"/>
          <w:rtl/>
        </w:rPr>
        <w:t xml:space="preserve"> و ثبات منطقه را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سنج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چ</w:t>
      </w:r>
      <w:r w:rsidRPr="00392B22">
        <w:rPr>
          <w:rFonts w:ascii="Tahoma" w:hAnsi="Tahoma" w:cs="Tahoma"/>
          <w:rtl/>
        </w:rPr>
        <w:t xml:space="preserve"> نهاد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وجود نداشت که همهٔ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اطلاعات</w:t>
      </w:r>
      <w:r w:rsidRPr="00392B22">
        <w:rPr>
          <w:rFonts w:ascii="Tahoma" w:hAnsi="Tahoma" w:cs="Tahoma"/>
          <w:rtl/>
        </w:rPr>
        <w:t xml:space="preserve"> را مستقلاً گرد آورد و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واحد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شنهاد</w:t>
      </w:r>
      <w:r w:rsidRPr="00392B22">
        <w:rPr>
          <w:rFonts w:ascii="Tahoma" w:hAnsi="Tahoma" w:cs="Tahoma"/>
          <w:rtl/>
        </w:rPr>
        <w:t xml:space="preserve">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شاه،</w:t>
      </w:r>
      <w:r w:rsidRPr="00392B22">
        <w:rPr>
          <w:rFonts w:ascii="Tahoma" w:hAnsi="Tahoma" w:cs="Tahoma"/>
          <w:rtl/>
        </w:rPr>
        <w:t xml:space="preserve"> که خود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نقش را برعهده گرفته بود، اکنون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گزارش‌ها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متناقض قرار داشت. برخ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گفتند</w:t>
      </w:r>
      <w:r w:rsidRPr="00392B22">
        <w:rPr>
          <w:rFonts w:ascii="Tahoma" w:hAnsi="Tahoma" w:cs="Tahoma"/>
          <w:rtl/>
        </w:rPr>
        <w:t xml:space="preserve"> اعتراض‌ها کار گروه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محدود و وابسته به خارج است. برخ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گسترده سخن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گفتند</w:t>
      </w:r>
      <w:r w:rsidRPr="00392B22">
        <w:rPr>
          <w:rFonts w:ascii="Tahoma" w:hAnsi="Tahoma" w:cs="Tahoma"/>
          <w:rtl/>
        </w:rPr>
        <w:t>. گروه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خواهان سرکوب بودند و گروه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اصلاحات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شتر</w:t>
      </w:r>
      <w:r w:rsidRPr="00392B22">
        <w:rPr>
          <w:rFonts w:ascii="Tahoma" w:hAnsi="Tahoma" w:cs="Tahoma"/>
          <w:rtl/>
        </w:rPr>
        <w:t xml:space="preserve"> را توص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>. مستبد منور که سال‌ها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نها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را خود گرفته بود، در لحظه‌ا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تصم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</w:t>
      </w:r>
      <w:r w:rsidRPr="00392B22">
        <w:rPr>
          <w:rFonts w:ascii="Tahoma" w:hAnsi="Tahoma" w:cs="Tahoma"/>
          <w:rtl/>
        </w:rPr>
        <w:t xml:space="preserve"> او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/>
          <w:rtl/>
        </w:rPr>
        <w:t xml:space="preserve"> از 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شه</w:t>
      </w:r>
      <w:r w:rsidRPr="00392B22">
        <w:rPr>
          <w:rFonts w:ascii="Tahoma" w:hAnsi="Tahoma" w:cs="Tahoma"/>
          <w:rtl/>
        </w:rPr>
        <w:t xml:space="preserve"> ضرورت داشت،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از اطم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نان</w:t>
      </w:r>
      <w:r w:rsidRPr="00392B22">
        <w:rPr>
          <w:rFonts w:ascii="Tahoma" w:hAnsi="Tahoma" w:cs="Tahoma"/>
          <w:rtl/>
        </w:rPr>
        <w:t xml:space="preserve"> گذشته برخوردار نبود.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حزب</w:t>
      </w:r>
      <w:r w:rsidRPr="00392B22">
        <w:rPr>
          <w:rFonts w:ascii="Tahoma" w:hAnsi="Tahoma" w:cs="Tahoma"/>
          <w:rtl/>
        </w:rPr>
        <w:t xml:space="preserve">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نتوانست در دفاع از حکومت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واقع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دان</w:t>
      </w:r>
      <w:r w:rsidRPr="00392B22">
        <w:rPr>
          <w:rFonts w:ascii="Tahoma" w:hAnsi="Tahoma" w:cs="Tahoma"/>
          <w:rtl/>
        </w:rPr>
        <w:t xml:space="preserve"> آورد. حزب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ون‌ها</w:t>
      </w:r>
      <w:r w:rsidRPr="00392B22">
        <w:rPr>
          <w:rFonts w:ascii="Tahoma" w:hAnsi="Tahoma" w:cs="Tahoma"/>
          <w:rtl/>
        </w:rPr>
        <w:t xml:space="preserve"> نفر ظاهراً عضو آن بودند، در هنگام بحران نشان داد از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زنده‌ا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 جامعه برخوردار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ست</w:t>
      </w:r>
      <w:r w:rsidRPr="00392B22">
        <w:rPr>
          <w:rFonts w:ascii="Tahoma" w:hAnsi="Tahoma" w:cs="Tahoma"/>
          <w:rtl/>
        </w:rPr>
        <w:t>. اعضا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دست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شغل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پره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از دردسر نام‌نو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کرده بودند، نه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دفاع ا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برنامه‌ا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خود انتخاب کرده باشند.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تفاوت 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سازمان حکومت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سازمان اجتماع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اهم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تع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ن‌کننده</w:t>
      </w:r>
      <w:r w:rsidRPr="00392B22">
        <w:rPr>
          <w:rFonts w:ascii="Tahoma" w:hAnsi="Tahoma" w:cs="Tahoma"/>
          <w:rtl/>
        </w:rPr>
        <w:t xml:space="preserve"> داشت. حزب رستاخ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در دفاتر، آمارها و مراسم رسم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حضور داشت؛ شبکهٔ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در مسجد، بازار، خانواده و آ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ن‌ها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روزمره زندگ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>. اول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 فرمان شاه ساخته شده بود و با ترد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او از حرکت بازم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ماند؛</w:t>
      </w:r>
      <w:r w:rsidRPr="00392B22">
        <w:rPr>
          <w:rFonts w:ascii="Tahoma" w:hAnsi="Tahoma" w:cs="Tahoma"/>
          <w:rtl/>
        </w:rPr>
        <w:t xml:space="preserve"> دوم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منابع متعدد تغذ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ه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و حت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بدون حضور رهبرش در کشور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فعال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کند.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تابستان </w:t>
      </w:r>
      <w:r w:rsidRPr="00392B22">
        <w:rPr>
          <w:rFonts w:ascii="Tahoma" w:hAnsi="Tahoma" w:cs="Tahoma"/>
          <w:rtl/>
          <w:lang w:bidi="fa-IR"/>
        </w:rPr>
        <w:t>۱۳۵۷</w:t>
      </w:r>
      <w:r w:rsidRPr="00392B22">
        <w:rPr>
          <w:rFonts w:ascii="Tahoma" w:hAnsi="Tahoma" w:cs="Tahoma"/>
          <w:rtl/>
        </w:rPr>
        <w:t>، اعتراض‌ها شکل گسترده‌تر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افتند</w:t>
      </w:r>
      <w:r w:rsidRPr="00392B22">
        <w:rPr>
          <w:rFonts w:ascii="Tahoma" w:hAnsi="Tahoma" w:cs="Tahoma"/>
          <w:rtl/>
        </w:rPr>
        <w:t>.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فقط در قم و چند شهر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اعتصاب‌ها، درگ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ها</w:t>
      </w:r>
      <w:r w:rsidRPr="00392B22">
        <w:rPr>
          <w:rFonts w:ascii="Tahoma" w:hAnsi="Tahoma" w:cs="Tahoma"/>
          <w:rtl/>
        </w:rPr>
        <w:t xml:space="preserve"> و حرکت‌ها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اعتراض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شهرها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مختلف رخ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دادند</w:t>
      </w:r>
      <w:r w:rsidRPr="00392B22">
        <w:rPr>
          <w:rFonts w:ascii="Tahoma" w:hAnsi="Tahoma" w:cs="Tahoma"/>
          <w:rtl/>
        </w:rPr>
        <w:t>. گروه‌ها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سکولار، دانشجو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ان،</w:t>
      </w:r>
      <w:r w:rsidRPr="00392B22">
        <w:rPr>
          <w:rFonts w:ascii="Tahoma" w:hAnsi="Tahoma" w:cs="Tahoma"/>
          <w:rtl/>
        </w:rPr>
        <w:t xml:space="preserve"> بازار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ان،</w:t>
      </w:r>
      <w:r w:rsidRPr="00392B22">
        <w:rPr>
          <w:rFonts w:ascii="Tahoma" w:hAnsi="Tahoma" w:cs="Tahoma"/>
          <w:rtl/>
        </w:rPr>
        <w:t xml:space="preserve">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و طبقات ناراض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هرچند هدف‌ها و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متفاوت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نظر داشتند، در مخالفت با شاه به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نزد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مانند ائتلاف دوران مل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شدن</w:t>
      </w:r>
      <w:r w:rsidRPr="00392B22">
        <w:rPr>
          <w:rFonts w:ascii="Tahoma" w:hAnsi="Tahoma" w:cs="Tahoma"/>
          <w:rtl/>
        </w:rPr>
        <w:t xml:space="preserve"> نفت بر برنامه‌ا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مشترک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کشوردار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</w:t>
      </w:r>
      <w:r w:rsidRPr="00392B22">
        <w:rPr>
          <w:rFonts w:ascii="Tahoma" w:hAnsi="Tahoma" w:cs="Tahoma"/>
          <w:rtl/>
        </w:rPr>
        <w:t xml:space="preserve"> استوار نبود.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 خواهان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قانون اساس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آزاد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احزاب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جمهور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دموکرات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/>
          <w:rtl/>
        </w:rPr>
        <w:t xml:space="preserve"> بودند.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از حکومت اسلام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/>
          <w:rtl/>
        </w:rPr>
        <w:t xml:space="preserve"> اجرا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عت</w:t>
      </w:r>
      <w:r w:rsidRPr="00392B22">
        <w:rPr>
          <w:rFonts w:ascii="Tahoma" w:hAnsi="Tahoma" w:cs="Tahoma"/>
          <w:rtl/>
        </w:rPr>
        <w:t xml:space="preserve"> سخن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گفتند</w:t>
      </w:r>
      <w:r w:rsidRPr="00392B22">
        <w:rPr>
          <w:rFonts w:ascii="Tahoma" w:hAnsi="Tahoma" w:cs="Tahoma"/>
          <w:rtl/>
        </w:rPr>
        <w:t>. گروه‌ها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چپ به انقلاب اج</w:t>
      </w:r>
      <w:r w:rsidRPr="00392B22">
        <w:rPr>
          <w:rFonts w:ascii="Tahoma" w:hAnsi="Tahoma" w:cs="Tahoma" w:hint="eastAsia"/>
          <w:rtl/>
        </w:rPr>
        <w:t>تماع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اند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دند</w:t>
      </w:r>
      <w:r w:rsidRPr="00392B22">
        <w:rPr>
          <w:rFonts w:ascii="Tahoma" w:hAnsi="Tahoma" w:cs="Tahoma"/>
          <w:rtl/>
        </w:rPr>
        <w:t xml:space="preserve"> و بس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مردم فقط خواهان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فساد، گران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سرکوب بودند.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اما</w:t>
      </w:r>
      <w:r w:rsidRPr="00392B22">
        <w:rPr>
          <w:rFonts w:ascii="Tahoma" w:hAnsi="Tahoma" w:cs="Tahoma"/>
          <w:rtl/>
        </w:rPr>
        <w:t xml:space="preserve"> همهٔ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خواسته‌ها 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نام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به‌تدر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به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وند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خوردند</w:t>
      </w:r>
      <w:r w:rsidRPr="00392B22">
        <w:rPr>
          <w:rFonts w:ascii="Tahoma" w:hAnsi="Tahoma" w:cs="Tahoma"/>
          <w:rtl/>
        </w:rPr>
        <w:t>. او از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جزئ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ات</w:t>
      </w:r>
      <w:r w:rsidRPr="00392B22">
        <w:rPr>
          <w:rFonts w:ascii="Tahoma" w:hAnsi="Tahoma" w:cs="Tahoma"/>
          <w:rtl/>
        </w:rPr>
        <w:t xml:space="preserve"> حکومت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</w:t>
      </w:r>
      <w:r w:rsidRPr="00392B22">
        <w:rPr>
          <w:rFonts w:ascii="Tahoma" w:hAnsi="Tahoma" w:cs="Tahoma"/>
          <w:rtl/>
        </w:rPr>
        <w:t xml:space="preserve"> پره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و بر شعارها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چون استقلال، آزاد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عدالت و برکنار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شاه تأک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داشت؛ واژه‌ها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که هر گروه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معنا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مطلوب خود را در آنها بب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</w:t>
      </w:r>
      <w:r w:rsidRPr="00392B22">
        <w:rPr>
          <w:rFonts w:ascii="Tahoma" w:hAnsi="Tahoma" w:cs="Tahoma"/>
          <w:rtl/>
        </w:rPr>
        <w:t>.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ابهام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مهم‌تر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سرچشمه‌ها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قدرت او بود.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 گمان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 xml:space="preserve">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تواند</w:t>
      </w:r>
      <w:r w:rsidRPr="00392B22">
        <w:rPr>
          <w:rFonts w:ascii="Tahoma" w:hAnsi="Tahoma" w:cs="Tahoma"/>
          <w:rtl/>
        </w:rPr>
        <w:t xml:space="preserve"> توده‌ها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به حرکت درآورد و پس از سقوط شاه، آنان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در ساختن حکومت آ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نده</w:t>
      </w:r>
      <w:r w:rsidRPr="00392B22">
        <w:rPr>
          <w:rFonts w:ascii="Tahoma" w:hAnsi="Tahoma" w:cs="Tahoma"/>
          <w:rtl/>
        </w:rPr>
        <w:t xml:space="preserve"> سهم خواهند داشت.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دانستند</w:t>
      </w:r>
      <w:r w:rsidRPr="00392B22">
        <w:rPr>
          <w:rFonts w:ascii="Tahoma" w:hAnsi="Tahoma" w:cs="Tahoma"/>
          <w:rtl/>
        </w:rPr>
        <w:t xml:space="preserve"> برخلاف گروه‌ها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سکولار، از شبکه‌ا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سراسر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زبان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مشترک با بخش بزرگ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مردم برخوردارند. هر دو طرف اتحاد را موقت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دند،</w:t>
      </w:r>
      <w:r w:rsidRPr="00392B22">
        <w:rPr>
          <w:rFonts w:ascii="Tahoma" w:hAnsi="Tahoma" w:cs="Tahoma"/>
          <w:rtl/>
        </w:rPr>
        <w:t xml:space="preserve"> اما فقط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آنان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تصاحب قدرت پس از پ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ابزار لازم را در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در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/>
          <w:rtl/>
          <w:lang w:bidi="fa-IR"/>
        </w:rPr>
        <w:t>۲۸</w:t>
      </w:r>
      <w:r w:rsidRPr="00392B22">
        <w:rPr>
          <w:rFonts w:ascii="Tahoma" w:hAnsi="Tahoma" w:cs="Tahoma"/>
          <w:rtl/>
        </w:rPr>
        <w:t xml:space="preserve"> مرداد </w:t>
      </w:r>
      <w:r w:rsidRPr="00392B22">
        <w:rPr>
          <w:rFonts w:ascii="Tahoma" w:hAnsi="Tahoma" w:cs="Tahoma"/>
          <w:rtl/>
          <w:lang w:bidi="fa-IR"/>
        </w:rPr>
        <w:t>۱۳۵۷</w:t>
      </w:r>
      <w:r w:rsidRPr="00392B22">
        <w:rPr>
          <w:rFonts w:ascii="Tahoma" w:hAnsi="Tahoma" w:cs="Tahoma"/>
          <w:rtl/>
        </w:rPr>
        <w:t>، آتش‌سوز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نما</w:t>
      </w:r>
      <w:r w:rsidRPr="00392B22">
        <w:rPr>
          <w:rFonts w:ascii="Tahoma" w:hAnsi="Tahoma" w:cs="Tahoma"/>
          <w:rtl/>
        </w:rPr>
        <w:t xml:space="preserve"> رکس آبادان صدها قربان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گرفت. درها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خروج بسته بود و مردم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تماشا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لم</w:t>
      </w:r>
      <w:r w:rsidRPr="00392B22">
        <w:rPr>
          <w:rFonts w:ascii="Tahoma" w:hAnsi="Tahoma" w:cs="Tahoma"/>
          <w:rtl/>
        </w:rPr>
        <w:t xml:space="preserve"> آمده بودند در آتش سوختند. فاجعه چنان بزرگ بود که سراسر کشور را تکان داد. مخالفان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درنگ</w:t>
      </w:r>
      <w:r w:rsidRPr="00392B22">
        <w:rPr>
          <w:rFonts w:ascii="Tahoma" w:hAnsi="Tahoma" w:cs="Tahoma"/>
          <w:rtl/>
        </w:rPr>
        <w:t xml:space="preserve"> ساواک و حکومت را مسئول دانستند و حادثه را نمونه‌ا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جنا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نظام شاه معرف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کردند.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بعدها</w:t>
      </w:r>
      <w:r w:rsidRPr="00392B22">
        <w:rPr>
          <w:rFonts w:ascii="Tahoma" w:hAnsi="Tahoma" w:cs="Tahoma"/>
          <w:rtl/>
        </w:rPr>
        <w:t xml:space="preserve"> شواهد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دربارهٔ نقش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مذهب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در 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جاد</w:t>
      </w:r>
      <w:r w:rsidRPr="00392B22">
        <w:rPr>
          <w:rFonts w:ascii="Tahoma" w:hAnsi="Tahoma" w:cs="Tahoma"/>
          <w:rtl/>
        </w:rPr>
        <w:t xml:space="preserve"> آتش‌سوز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آشکار شد؛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روها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که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نما</w:t>
      </w:r>
      <w:r w:rsidRPr="00392B22">
        <w:rPr>
          <w:rFonts w:ascii="Tahoma" w:hAnsi="Tahoma" w:cs="Tahoma"/>
          <w:rtl/>
        </w:rPr>
        <w:t xml:space="preserve"> را نماد فساد و فرهنگ غرب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دانستند</w:t>
      </w:r>
      <w:r w:rsidRPr="00392B22">
        <w:rPr>
          <w:rFonts w:ascii="Tahoma" w:hAnsi="Tahoma" w:cs="Tahoma"/>
          <w:rtl/>
        </w:rPr>
        <w:t>. اما در فضا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سال </w:t>
      </w:r>
      <w:r w:rsidRPr="00392B22">
        <w:rPr>
          <w:rFonts w:ascii="Tahoma" w:hAnsi="Tahoma" w:cs="Tahoma"/>
          <w:rtl/>
          <w:lang w:bidi="fa-IR"/>
        </w:rPr>
        <w:t>۱۳۵۷</w:t>
      </w:r>
      <w:r w:rsidRPr="00392B22">
        <w:rPr>
          <w:rFonts w:ascii="Tahoma" w:hAnsi="Tahoma" w:cs="Tahoma"/>
          <w:rtl/>
        </w:rPr>
        <w:t>، حکومت چنان اعتماد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از دست داده بود که توض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حاتش</w:t>
      </w:r>
      <w:r w:rsidRPr="00392B22">
        <w:rPr>
          <w:rFonts w:ascii="Tahoma" w:hAnsi="Tahoma" w:cs="Tahoma"/>
          <w:rtl/>
        </w:rPr>
        <w:t xml:space="preserve"> شن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 مردم روا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باور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کردند</w:t>
      </w:r>
      <w:r w:rsidRPr="00392B22">
        <w:rPr>
          <w:rFonts w:ascii="Tahoma" w:hAnsi="Tahoma" w:cs="Tahoma"/>
          <w:rtl/>
        </w:rPr>
        <w:t xml:space="preserve"> که با تصورشان از ساواک و حکومت سازگار بود.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حادثه 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نتا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ج</w:t>
      </w:r>
      <w:r w:rsidRPr="00392B22">
        <w:rPr>
          <w:rFonts w:ascii="Tahoma" w:hAnsi="Tahoma" w:cs="Tahoma"/>
          <w:rtl/>
        </w:rPr>
        <w:t xml:space="preserve"> نبود رسانه و دستگاه قضا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مستقل را نشان داد. اگر جامعه به روزنامه‌ها، دادگستر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تحق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قات</w:t>
      </w:r>
      <w:r w:rsidRPr="00392B22">
        <w:rPr>
          <w:rFonts w:ascii="Tahoma" w:hAnsi="Tahoma" w:cs="Tahoma"/>
          <w:rtl/>
        </w:rPr>
        <w:t xml:space="preserve"> رسم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اعتماد داشت، مسئول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/>
          <w:rtl/>
        </w:rPr>
        <w:t xml:space="preserve"> فاجعه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توانست</w:t>
      </w:r>
      <w:r w:rsidRPr="00392B22">
        <w:rPr>
          <w:rFonts w:ascii="Tahoma" w:hAnsi="Tahoma" w:cs="Tahoma"/>
          <w:rtl/>
        </w:rPr>
        <w:t xml:space="preserve"> براساس مدرک روشن شود. اما حکومت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سال‌ها حق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قت</w:t>
      </w:r>
      <w:r w:rsidRPr="00392B22">
        <w:rPr>
          <w:rFonts w:ascii="Tahoma" w:hAnsi="Tahoma" w:cs="Tahoma"/>
          <w:rtl/>
        </w:rPr>
        <w:t xml:space="preserve"> را پنهان و خبر را کنترل کرده بود، در لحظه‌ا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شا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</w:t>
      </w:r>
      <w:r w:rsidRPr="00392B22">
        <w:rPr>
          <w:rFonts w:ascii="Tahoma" w:hAnsi="Tahoma" w:cs="Tahoma" w:hint="eastAsia"/>
          <w:rtl/>
        </w:rPr>
        <w:t>حق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قت</w:t>
      </w:r>
      <w:r w:rsidRPr="00392B22">
        <w:rPr>
          <w:rFonts w:ascii="Tahoma" w:hAnsi="Tahoma" w:cs="Tahoma"/>
          <w:rtl/>
        </w:rPr>
        <w:t xml:space="preserve"> را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گفت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باور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نما</w:t>
      </w:r>
      <w:r w:rsidRPr="00392B22">
        <w:rPr>
          <w:rFonts w:ascii="Tahoma" w:hAnsi="Tahoma" w:cs="Tahoma"/>
          <w:rtl/>
        </w:rPr>
        <w:t xml:space="preserve"> رکس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به خشم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کرد. حکومت نه‌تنها در جلوگ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حادثه و نجات قربان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ناتوان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ده</w:t>
      </w:r>
      <w:r w:rsidRPr="00392B22">
        <w:rPr>
          <w:rFonts w:ascii="Tahoma" w:hAnsi="Tahoma" w:cs="Tahoma"/>
          <w:rtl/>
        </w:rPr>
        <w:t xml:space="preserve"> شد، بلکه در افکار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به عامل آن تبد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ل</w:t>
      </w:r>
      <w:r w:rsidRPr="00392B22">
        <w:rPr>
          <w:rFonts w:ascii="Tahoma" w:hAnsi="Tahoma" w:cs="Tahoma"/>
          <w:rtl/>
        </w:rPr>
        <w:t xml:space="preserve"> گرد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>. مخالفان توانستند از مرگ صدها انسان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گسترش مبارزه استفاده کنند و دستگاه شاه راه مؤثر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پاسخ‌گ</w:t>
      </w:r>
      <w:r w:rsidRPr="00392B22">
        <w:rPr>
          <w:rFonts w:ascii="Tahoma" w:hAnsi="Tahoma" w:cs="Tahoma" w:hint="eastAsia"/>
          <w:rtl/>
        </w:rPr>
        <w:t>و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/>
          <w:rtl/>
        </w:rPr>
        <w:t xml:space="preserve"> نداشت.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اندک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بعد، جمش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</w:t>
      </w:r>
      <w:r w:rsidRPr="00392B22">
        <w:rPr>
          <w:rFonts w:ascii="Tahoma" w:hAnsi="Tahoma" w:cs="Tahoma"/>
          <w:rtl/>
        </w:rPr>
        <w:t xml:space="preserve"> آموزگار از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کنار رفت. شاه بار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گر</w:t>
      </w:r>
      <w:r w:rsidRPr="00392B22">
        <w:rPr>
          <w:rFonts w:ascii="Tahoma" w:hAnsi="Tahoma" w:cs="Tahoma"/>
          <w:rtl/>
        </w:rPr>
        <w:t xml:space="preserve"> گمان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کرد</w:t>
      </w:r>
      <w:r w:rsidRPr="00392B22">
        <w:rPr>
          <w:rFonts w:ascii="Tahoma" w:hAnsi="Tahoma" w:cs="Tahoma"/>
          <w:rtl/>
        </w:rPr>
        <w:t xml:space="preserve"> با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تواند</w:t>
      </w:r>
      <w:r w:rsidRPr="00392B22">
        <w:rPr>
          <w:rFonts w:ascii="Tahoma" w:hAnsi="Tahoma" w:cs="Tahoma"/>
          <w:rtl/>
        </w:rPr>
        <w:t xml:space="preserve"> بحران را مهار کند. اما همان‌گونه که کنارگذاشتن هو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دا</w:t>
      </w:r>
      <w:r w:rsidRPr="00392B22">
        <w:rPr>
          <w:rFonts w:ascii="Tahoma" w:hAnsi="Tahoma" w:cs="Tahoma"/>
          <w:rtl/>
        </w:rPr>
        <w:t xml:space="preserve"> نتوانسته بود مشکلات را حل کند، رفتن آموزگار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ساختمان قدرت را تغ</w:t>
      </w:r>
      <w:r w:rsidRPr="00392B22">
        <w:rPr>
          <w:rFonts w:ascii="Tahoma" w:hAnsi="Tahoma" w:cs="Tahoma" w:hint="cs"/>
          <w:rtl/>
        </w:rPr>
        <w:t>یی</w:t>
      </w:r>
      <w:r w:rsidRPr="00392B22">
        <w:rPr>
          <w:rFonts w:ascii="Tahoma" w:hAnsi="Tahoma" w:cs="Tahoma" w:hint="eastAsia"/>
          <w:rtl/>
        </w:rPr>
        <w:t>ر</w:t>
      </w:r>
      <w:r w:rsidRPr="00392B22">
        <w:rPr>
          <w:rFonts w:ascii="Tahoma" w:hAnsi="Tahoma" w:cs="Tahoma"/>
          <w:rtl/>
        </w:rPr>
        <w:t xml:space="preserve"> نم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داد</w:t>
      </w:r>
      <w:r w:rsidRPr="00392B22">
        <w:rPr>
          <w:rFonts w:ascii="Tahoma" w:hAnsi="Tahoma" w:cs="Tahoma"/>
          <w:rtl/>
        </w:rPr>
        <w:t>. نخست‌وز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ران</w:t>
      </w:r>
      <w:r w:rsidRPr="00392B22">
        <w:rPr>
          <w:rFonts w:ascii="Tahoma" w:hAnsi="Tahoma" w:cs="Tahoma"/>
          <w:rtl/>
        </w:rPr>
        <w:t xml:space="preserve"> مجر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شاه بودند و جامعه خود شاه را مسئول م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دانست</w:t>
      </w:r>
      <w:r w:rsidRPr="00392B22">
        <w:rPr>
          <w:rFonts w:ascii="Tahoma" w:hAnsi="Tahoma" w:cs="Tahoma"/>
          <w:rtl/>
        </w:rPr>
        <w:t>.</w:t>
      </w:r>
    </w:p>
    <w:p w:rsidR="00392B22" w:rsidRPr="00392B22" w:rsidRDefault="00392B22" w:rsidP="00392B22">
      <w:pPr>
        <w:bidi/>
        <w:spacing w:after="0" w:line="360" w:lineRule="auto"/>
        <w:ind w:firstLine="720"/>
        <w:rPr>
          <w:rFonts w:ascii="Tahoma" w:hAnsi="Tahoma" w:cs="Tahoma"/>
        </w:rPr>
      </w:pPr>
      <w:r w:rsidRPr="00392B22">
        <w:rPr>
          <w:rFonts w:ascii="Tahoma" w:hAnsi="Tahoma" w:cs="Tahoma" w:hint="eastAsia"/>
          <w:rtl/>
        </w:rPr>
        <w:t>با</w:t>
      </w:r>
      <w:r w:rsidRPr="00392B22">
        <w:rPr>
          <w:rFonts w:ascii="Tahoma" w:hAnsi="Tahoma" w:cs="Tahoma"/>
          <w:rtl/>
        </w:rPr>
        <w:t xml:space="preserve">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دولت آموزگار، دوران «مستبد منور در اوج قدرت»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ز</w:t>
      </w:r>
      <w:r w:rsidRPr="00392B22">
        <w:rPr>
          <w:rFonts w:ascii="Tahoma" w:hAnsi="Tahoma" w:cs="Tahoma"/>
          <w:rtl/>
        </w:rPr>
        <w:t xml:space="preserve"> پا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ان</w:t>
      </w:r>
      <w:r w:rsidRPr="00392B22">
        <w:rPr>
          <w:rFonts w:ascii="Tahoma" w:hAnsi="Tahoma" w:cs="Tahoma"/>
          <w:rtl/>
        </w:rPr>
        <w:t xml:space="preserve"> م</w:t>
      </w:r>
      <w:r w:rsidRPr="00392B22">
        <w:rPr>
          <w:rFonts w:ascii="Tahoma" w:hAnsi="Tahoma" w:cs="Tahoma" w:hint="cs"/>
          <w:rtl/>
        </w:rPr>
        <w:t>ی‌ی</w:t>
      </w:r>
      <w:r w:rsidRPr="00392B22">
        <w:rPr>
          <w:rFonts w:ascii="Tahoma" w:hAnsi="Tahoma" w:cs="Tahoma" w:hint="eastAsia"/>
          <w:rtl/>
        </w:rPr>
        <w:t>افت</w:t>
      </w:r>
      <w:r w:rsidRPr="00392B22">
        <w:rPr>
          <w:rFonts w:ascii="Tahoma" w:hAnsi="Tahoma" w:cs="Tahoma"/>
          <w:rtl/>
        </w:rPr>
        <w:t>. شاه هنوز ارتش، ساواک و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وانسالار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را در اخت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ار</w:t>
      </w:r>
      <w:r w:rsidRPr="00392B22">
        <w:rPr>
          <w:rFonts w:ascii="Tahoma" w:hAnsi="Tahoma" w:cs="Tahoma"/>
          <w:rtl/>
        </w:rPr>
        <w:t xml:space="preserve"> داشت، اما اقتدار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اش</w:t>
      </w:r>
      <w:r w:rsidRPr="00392B22">
        <w:rPr>
          <w:rFonts w:ascii="Tahoma" w:hAnsi="Tahoma" w:cs="Tahoma"/>
          <w:rtl/>
        </w:rPr>
        <w:t xml:space="preserve"> فرور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خته</w:t>
      </w:r>
      <w:r w:rsidRPr="00392B22">
        <w:rPr>
          <w:rFonts w:ascii="Tahoma" w:hAnsi="Tahoma" w:cs="Tahoma"/>
          <w:rtl/>
        </w:rPr>
        <w:t xml:space="preserve"> بود.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مار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او، فشار و ابهام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است</w:t>
      </w:r>
      <w:r w:rsidRPr="00392B22">
        <w:rPr>
          <w:rFonts w:ascii="Tahoma" w:hAnsi="Tahoma" w:cs="Tahoma"/>
          <w:rtl/>
        </w:rPr>
        <w:t xml:space="preserve"> آمر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کا،</w:t>
      </w:r>
      <w:r w:rsidRPr="00392B22">
        <w:rPr>
          <w:rFonts w:ascii="Tahoma" w:hAnsi="Tahoma" w:cs="Tahoma"/>
          <w:rtl/>
        </w:rPr>
        <w:t xml:space="preserve">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اقتصاد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ب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اعتماد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،</w:t>
      </w:r>
      <w:r w:rsidRPr="00392B22">
        <w:rPr>
          <w:rFonts w:ascii="Tahoma" w:hAnsi="Tahoma" w:cs="Tahoma"/>
          <w:rtl/>
        </w:rPr>
        <w:t xml:space="preserve"> فقدان احزاب مستقل و ر</w:t>
      </w:r>
      <w:r w:rsidRPr="00392B22">
        <w:rPr>
          <w:rFonts w:ascii="Tahoma" w:hAnsi="Tahoma" w:cs="Tahoma" w:hint="eastAsia"/>
          <w:rtl/>
        </w:rPr>
        <w:t>شد</w:t>
      </w:r>
      <w:r w:rsidRPr="00392B22">
        <w:rPr>
          <w:rFonts w:ascii="Tahoma" w:hAnsi="Tahoma" w:cs="Tahoma"/>
          <w:rtl/>
        </w:rPr>
        <w:t xml:space="preserve"> شبکهٔ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نکاران،</w:t>
      </w:r>
      <w:r w:rsidRPr="00392B22">
        <w:rPr>
          <w:rFonts w:ascii="Tahoma" w:hAnsi="Tahoma" w:cs="Tahoma"/>
          <w:rtl/>
        </w:rPr>
        <w:t xml:space="preserve"> دستگاه حکومت را از درون ته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کرده بودند.</w:t>
      </w:r>
    </w:p>
    <w:p w:rsidR="00104586" w:rsidRDefault="00392B22" w:rsidP="00392B22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392B22">
        <w:rPr>
          <w:rFonts w:ascii="Tahoma" w:hAnsi="Tahoma" w:cs="Tahoma" w:hint="eastAsia"/>
          <w:rtl/>
        </w:rPr>
        <w:t>شاه</w:t>
      </w:r>
      <w:r w:rsidRPr="00392B22">
        <w:rPr>
          <w:rFonts w:ascii="Tahoma" w:hAnsi="Tahoma" w:cs="Tahoma"/>
          <w:rtl/>
        </w:rPr>
        <w:t xml:space="preserve"> در سال‌ها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قدرت همهٔ آلترنات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وها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سکولار و دموکرات را از صحنه ب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رون</w:t>
      </w:r>
      <w:r w:rsidRPr="00392B22">
        <w:rPr>
          <w:rFonts w:ascii="Tahoma" w:hAnsi="Tahoma" w:cs="Tahoma"/>
          <w:rtl/>
        </w:rPr>
        <w:t xml:space="preserve"> رانده بود. هنگام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که ناچار به گشودن فضا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اس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شد، آنان زمان و سازمان لازم برا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بازساز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خود نداشتند. خم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و شبکهٔ د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نکاران</w:t>
      </w:r>
      <w:r w:rsidRPr="00392B22">
        <w:rPr>
          <w:rFonts w:ascii="Tahoma" w:hAnsi="Tahoma" w:cs="Tahoma"/>
          <w:rtl/>
        </w:rPr>
        <w:t xml:space="preserve"> آماده‌تر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</w:t>
      </w:r>
      <w:r w:rsidRPr="00392B22">
        <w:rPr>
          <w:rFonts w:ascii="Tahoma" w:hAnsi="Tahoma" w:cs="Tahoma"/>
          <w:rtl/>
        </w:rPr>
        <w:t xml:space="preserve"> 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رو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باق</w:t>
      </w:r>
      <w:r w:rsidRPr="00392B22">
        <w:rPr>
          <w:rFonts w:ascii="Tahoma" w:hAnsi="Tahoma" w:cs="Tahoma" w:hint="cs"/>
          <w:rtl/>
        </w:rPr>
        <w:t>ی‌</w:t>
      </w:r>
      <w:r w:rsidRPr="00392B22">
        <w:rPr>
          <w:rFonts w:ascii="Tahoma" w:hAnsi="Tahoma" w:cs="Tahoma" w:hint="eastAsia"/>
          <w:rtl/>
        </w:rPr>
        <w:t>مانده</w:t>
      </w:r>
      <w:r w:rsidRPr="00392B22">
        <w:rPr>
          <w:rFonts w:ascii="Tahoma" w:hAnsi="Tahoma" w:cs="Tahoma"/>
          <w:rtl/>
        </w:rPr>
        <w:t xml:space="preserve"> بودند. هنوز او در نجف اقامت داشت و هنوز رسانه‌ها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جهان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از او چهرهٔ دائماً حاضر انقلاب نساخته بودند؛ اما زم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نهٔ</w:t>
      </w:r>
      <w:r w:rsidRPr="00392B22">
        <w:rPr>
          <w:rFonts w:ascii="Tahoma" w:hAnsi="Tahoma" w:cs="Tahoma"/>
          <w:rtl/>
        </w:rPr>
        <w:t xml:space="preserve"> انتقالش به فرانسه و قرارگرفتنش در رأس نارضا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 w:hint="eastAsia"/>
          <w:rtl/>
        </w:rPr>
        <w:t>ت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عموم</w:t>
      </w:r>
      <w:r w:rsidRPr="00392B22">
        <w:rPr>
          <w:rFonts w:ascii="Tahoma" w:hAnsi="Tahoma" w:cs="Tahoma" w:hint="cs"/>
          <w:rtl/>
        </w:rPr>
        <w:t>ی</w:t>
      </w:r>
      <w:r w:rsidRPr="00392B22">
        <w:rPr>
          <w:rFonts w:ascii="Tahoma" w:hAnsi="Tahoma" w:cs="Tahoma"/>
          <w:rtl/>
        </w:rPr>
        <w:t xml:space="preserve"> فراهم شده بود.</w:t>
      </w:r>
    </w:p>
    <w:p w:rsidR="007B604F" w:rsidRDefault="007B604F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392B22" w:rsidRPr="0032040C" w:rsidRDefault="007B604F" w:rsidP="0032040C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8" w:name="Vol1Chapter06"/>
      <w:bookmarkEnd w:id="8"/>
      <w:r w:rsidRPr="0032040C">
        <w:rPr>
          <w:rFonts w:asciiTheme="majorBidi" w:hAnsiTheme="majorBidi" w:cstheme="majorBidi"/>
          <w:b/>
          <w:bCs/>
          <w:sz w:val="36"/>
          <w:szCs w:val="36"/>
          <w:rtl/>
        </w:rPr>
        <w:t>فصل ششم</w:t>
      </w:r>
    </w:p>
    <w:p w:rsidR="0032040C" w:rsidRPr="0032040C" w:rsidRDefault="0032040C" w:rsidP="0032040C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32040C">
        <w:rPr>
          <w:rFonts w:asciiTheme="majorBidi" w:hAnsiTheme="majorBidi" w:cstheme="majorBidi"/>
          <w:b/>
          <w:bCs/>
          <w:sz w:val="36"/>
          <w:szCs w:val="36"/>
          <w:rtl/>
        </w:rPr>
        <w:t>از فروپاشی مستبد منور تا برآمدن «چلبی ایرانی»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با</w:t>
      </w:r>
      <w:r w:rsidRPr="0032040C">
        <w:rPr>
          <w:rFonts w:ascii="Tahoma" w:hAnsi="Tahoma" w:cs="Tahoma"/>
          <w:rtl/>
        </w:rPr>
        <w:t xml:space="preserve"> کناره‌گ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جمش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آموزگار در پنجم شهر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ور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/>
          <w:rtl/>
          <w:lang w:bidi="fa-IR"/>
        </w:rPr>
        <w:t>۱۳۵۷</w:t>
      </w:r>
      <w:r w:rsidRPr="0032040C">
        <w:rPr>
          <w:rFonts w:ascii="Tahoma" w:hAnsi="Tahoma" w:cs="Tahoma"/>
          <w:rtl/>
        </w:rPr>
        <w:t>، محمدرضاشاه جعفر شر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ف‌امام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به نخست‌وز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برگز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>. انتخاب او اعتراف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آشکار به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واقع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بود که روش‌ها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کار 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کنند</w:t>
      </w:r>
      <w:r w:rsidRPr="0032040C">
        <w:rPr>
          <w:rFonts w:ascii="Tahoma" w:hAnsi="Tahoma" w:cs="Tahoma"/>
          <w:rtl/>
        </w:rPr>
        <w:t>. شاه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خواست</w:t>
      </w:r>
      <w:r w:rsidRPr="0032040C">
        <w:rPr>
          <w:rFonts w:ascii="Tahoma" w:hAnsi="Tahoma" w:cs="Tahoma"/>
          <w:rtl/>
        </w:rPr>
        <w:t xml:space="preserve"> با تشک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«دولت آشت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»،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نکاران،</w:t>
      </w:r>
      <w:r w:rsidRPr="0032040C">
        <w:rPr>
          <w:rFonts w:ascii="Tahoma" w:hAnsi="Tahoma" w:cs="Tahoma"/>
          <w:rtl/>
        </w:rPr>
        <w:t xml:space="preserve"> بازار و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انه‌رو</w:t>
      </w:r>
      <w:r w:rsidRPr="0032040C">
        <w:rPr>
          <w:rFonts w:ascii="Tahoma" w:hAnsi="Tahoma" w:cs="Tahoma"/>
          <w:rtl/>
        </w:rPr>
        <w:t xml:space="preserve"> را </w:t>
      </w:r>
      <w:r w:rsidRPr="0032040C">
        <w:rPr>
          <w:rFonts w:ascii="Tahoma" w:hAnsi="Tahoma" w:cs="Tahoma" w:hint="eastAsia"/>
          <w:rtl/>
        </w:rPr>
        <w:t>از</w:t>
      </w:r>
      <w:r w:rsidRPr="0032040C">
        <w:rPr>
          <w:rFonts w:ascii="Tahoma" w:hAnsi="Tahoma" w:cs="Tahoma"/>
          <w:rtl/>
        </w:rPr>
        <w:t xml:space="preserve"> جنبش انقلاب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جدا کند و امکان گفت‌وگو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حکومت و مخالفان را به وجود آورد.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شر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ف‌امام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مأمور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مناسب به نظر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رس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>. پدرش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</w:t>
      </w:r>
      <w:r w:rsidRPr="0032040C">
        <w:rPr>
          <w:rFonts w:ascii="Tahoma" w:hAnsi="Tahoma" w:cs="Tahoma"/>
          <w:rtl/>
        </w:rPr>
        <w:t xml:space="preserve"> بود، خود سابقه‌ا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طولان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دستگاه حکومت داشت و با دربار، مجلس سنا و محافل مذهب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ارتباطات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شناخته‌شده داشت. شاه 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دوار</w:t>
      </w:r>
      <w:r w:rsidRPr="0032040C">
        <w:rPr>
          <w:rFonts w:ascii="Tahoma" w:hAnsi="Tahoma" w:cs="Tahoma"/>
          <w:rtl/>
        </w:rPr>
        <w:t xml:space="preserve"> بود او بتواند هم اعتماد دستگاه حکومت را حفظ کند و هم با کسان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سخن بگو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که دولت آموزگار راه ارتباط با آنان را از دست داده بود.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دولت</w:t>
      </w:r>
      <w:r w:rsidRPr="0032040C">
        <w:rPr>
          <w:rFonts w:ascii="Tahoma" w:hAnsi="Tahoma" w:cs="Tahoma"/>
          <w:rtl/>
        </w:rPr>
        <w:t xml:space="preserve"> تازه اقدامات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فور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انجام داد. تقو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شاهنشاه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کنار گذاشته شد و تقو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هجر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خورش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بازگشت. شمار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قمارخانه‌ها و مراکز تفر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ح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آنها را نماد فساد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دانستند</w:t>
      </w:r>
      <w:r w:rsidRPr="0032040C">
        <w:rPr>
          <w:rFonts w:ascii="Tahoma" w:hAnsi="Tahoma" w:cs="Tahoma"/>
          <w:rtl/>
        </w:rPr>
        <w:t xml:space="preserve"> تعط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شدند. حزب رستاخ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عملاً کنار گذاشته شد، برخ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زندان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آزاد شدند و دولت از احترام به مذهب و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سخن گفت.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هر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</w:t>
      </w:r>
      <w:r w:rsidRPr="0032040C">
        <w:rPr>
          <w:rFonts w:ascii="Tahoma" w:hAnsi="Tahoma" w:cs="Tahoma"/>
          <w:rtl/>
        </w:rPr>
        <w:t xml:space="preserve"> از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اقدامات، به‌تنها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</w:t>
      </w:r>
      <w:r w:rsidRPr="0032040C">
        <w:rPr>
          <w:rFonts w:ascii="Tahoma" w:hAnsi="Tahoma" w:cs="Tahoma"/>
          <w:rtl/>
        </w:rPr>
        <w:t xml:space="preserve"> زم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نهٔ</w:t>
      </w:r>
      <w:r w:rsidRPr="0032040C">
        <w:rPr>
          <w:rFonts w:ascii="Tahoma" w:hAnsi="Tahoma" w:cs="Tahoma"/>
          <w:rtl/>
        </w:rPr>
        <w:t xml:space="preserve"> آشت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 بخش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جامعه را فراهم کند. اما هنگام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انجام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شد</w:t>
      </w:r>
      <w:r w:rsidRPr="0032040C">
        <w:rPr>
          <w:rFonts w:ascii="Tahoma" w:hAnsi="Tahoma" w:cs="Tahoma"/>
          <w:rtl/>
        </w:rPr>
        <w:t xml:space="preserve"> که حکومت اعتماد عموم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از دست داده بود. مخالفان آنها را نه نشانهٔ دگرگون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صادقانه، بلکه عقب‌نش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شاه در برابر فشار خ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ابان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دانستند</w:t>
      </w:r>
      <w:r w:rsidRPr="0032040C">
        <w:rPr>
          <w:rFonts w:ascii="Tahoma" w:hAnsi="Tahoma" w:cs="Tahoma"/>
          <w:rtl/>
        </w:rPr>
        <w:t>. هر امت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از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eastAsia"/>
          <w:rtl/>
        </w:rPr>
        <w:t>به‌جا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آنکه نارضا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کاهش دهد،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تصور را تقو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</w:t>
      </w:r>
      <w:r w:rsidRPr="0032040C">
        <w:rPr>
          <w:rFonts w:ascii="Tahoma" w:hAnsi="Tahoma" w:cs="Tahoma"/>
          <w:rtl/>
        </w:rPr>
        <w:t xml:space="preserve"> که با ادامهٔ فشار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</w:t>
      </w:r>
      <w:r w:rsidRPr="0032040C">
        <w:rPr>
          <w:rFonts w:ascii="Tahoma" w:hAnsi="Tahoma" w:cs="Tahoma"/>
          <w:rtl/>
        </w:rPr>
        <w:t xml:space="preserve"> امت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ازها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شتر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گرفت.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دشوار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اصلاحات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رهنگام</w:t>
      </w:r>
      <w:r w:rsidRPr="0032040C">
        <w:rPr>
          <w:rFonts w:ascii="Tahoma" w:hAnsi="Tahoma" w:cs="Tahoma"/>
          <w:rtl/>
        </w:rPr>
        <w:t xml:space="preserve"> است. اقدام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در زمان اقتدار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تواند</w:t>
      </w:r>
      <w:r w:rsidRPr="0032040C">
        <w:rPr>
          <w:rFonts w:ascii="Tahoma" w:hAnsi="Tahoma" w:cs="Tahoma"/>
          <w:rtl/>
        </w:rPr>
        <w:t xml:space="preserve"> نشانهٔ اعتمادبه‌نفس و آ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نده‌نگر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باشد، در هنگام بحران نشانهٔ ضعف تلق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شود</w:t>
      </w:r>
      <w:r w:rsidRPr="0032040C">
        <w:rPr>
          <w:rFonts w:ascii="Tahoma" w:hAnsi="Tahoma" w:cs="Tahoma"/>
          <w:rtl/>
        </w:rPr>
        <w:t>. شاه سال‌ها فرصت داشت نظام حزب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واقع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جاد</w:t>
      </w:r>
      <w:r w:rsidRPr="0032040C">
        <w:rPr>
          <w:rFonts w:ascii="Tahoma" w:hAnsi="Tahoma" w:cs="Tahoma"/>
          <w:rtl/>
        </w:rPr>
        <w:t xml:space="preserve"> کند، مجلس را مستقل سازد، سانسور را کاهش دهد و نخست‌وز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ر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/>
          <w:rtl/>
        </w:rPr>
        <w:t xml:space="preserve"> مسئول ادارهٔ کشور کند. هنگام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فشار خ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ابان</w:t>
      </w:r>
      <w:r w:rsidRPr="0032040C">
        <w:rPr>
          <w:rFonts w:ascii="Tahoma" w:hAnsi="Tahoma" w:cs="Tahoma"/>
          <w:rtl/>
        </w:rPr>
        <w:t xml:space="preserve"> به بخش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خواسته‌ها تن داد،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کس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به پا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آنها اطم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نان</w:t>
      </w:r>
      <w:r w:rsidRPr="0032040C">
        <w:rPr>
          <w:rFonts w:ascii="Tahoma" w:hAnsi="Tahoma" w:cs="Tahoma"/>
          <w:rtl/>
        </w:rPr>
        <w:t xml:space="preserve"> نداشت.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شر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ف‌امام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</w:t>
      </w:r>
      <w:r w:rsidRPr="0032040C">
        <w:rPr>
          <w:rFonts w:ascii="Tahoma" w:hAnsi="Tahoma" w:cs="Tahoma"/>
          <w:rtl/>
        </w:rPr>
        <w:t xml:space="preserve"> آشت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بدون داشتن طرف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آماده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آشت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تحقق بخشد.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سکولار و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انه‌رو</w:t>
      </w:r>
      <w:r w:rsidRPr="0032040C">
        <w:rPr>
          <w:rFonts w:ascii="Tahoma" w:hAnsi="Tahoma" w:cs="Tahoma"/>
          <w:rtl/>
        </w:rPr>
        <w:t xml:space="preserve"> پراکنده بودند و سازمان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نداشتند که بتواند از جانب بخش بزرگ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معترضان مذاکره کند.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داخل کشور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/>
          <w:rtl/>
        </w:rPr>
        <w:t xml:space="preserve"> از گذشته 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تأث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رهبر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قرار گرف</w:t>
      </w:r>
      <w:r w:rsidRPr="0032040C">
        <w:rPr>
          <w:rFonts w:ascii="Tahoma" w:hAnsi="Tahoma" w:cs="Tahoma" w:hint="eastAsia"/>
          <w:rtl/>
        </w:rPr>
        <w:t>ته</w:t>
      </w:r>
      <w:r w:rsidRPr="0032040C">
        <w:rPr>
          <w:rFonts w:ascii="Tahoma" w:hAnsi="Tahoma" w:cs="Tahoma"/>
          <w:rtl/>
        </w:rPr>
        <w:t xml:space="preserve"> بودند و او هرگونه سازش با شاه را رد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به‌خوب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افته</w:t>
      </w:r>
      <w:r w:rsidRPr="0032040C">
        <w:rPr>
          <w:rFonts w:ascii="Tahoma" w:hAnsi="Tahoma" w:cs="Tahoma"/>
          <w:rtl/>
        </w:rPr>
        <w:t xml:space="preserve"> بود که پذ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رش</w:t>
      </w:r>
      <w:r w:rsidRPr="0032040C">
        <w:rPr>
          <w:rFonts w:ascii="Tahoma" w:hAnsi="Tahoma" w:cs="Tahoma"/>
          <w:rtl/>
        </w:rPr>
        <w:t xml:space="preserve"> اصلاحات حکومت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تواند</w:t>
      </w:r>
      <w:r w:rsidRPr="0032040C">
        <w:rPr>
          <w:rFonts w:ascii="Tahoma" w:hAnsi="Tahoma" w:cs="Tahoma"/>
          <w:rtl/>
        </w:rPr>
        <w:t xml:space="preserve"> جنبش را متوقف سازد. ازا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ن‌رو،</w:t>
      </w:r>
      <w:r w:rsidRPr="0032040C">
        <w:rPr>
          <w:rFonts w:ascii="Tahoma" w:hAnsi="Tahoma" w:cs="Tahoma"/>
          <w:rtl/>
        </w:rPr>
        <w:t xml:space="preserve"> هر عقب‌نش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شاه را ناکاف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نشانهٔ ضعف معرف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</w:t>
      </w:r>
      <w:r w:rsidRPr="0032040C">
        <w:rPr>
          <w:rFonts w:ascii="Tahoma" w:hAnsi="Tahoma" w:cs="Tahoma"/>
          <w:rtl/>
        </w:rPr>
        <w:t>. مسئله از نظر او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تغ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نخست‌وز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ر،</w:t>
      </w:r>
      <w:r w:rsidRPr="0032040C">
        <w:rPr>
          <w:rFonts w:ascii="Tahoma" w:hAnsi="Tahoma" w:cs="Tahoma"/>
          <w:rtl/>
        </w:rPr>
        <w:t xml:space="preserve"> لغو تقو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شاهنشاه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/>
          <w:rtl/>
        </w:rPr>
        <w:t xml:space="preserve"> آزاد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زندان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نبود. تا هنگام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شاه بر تخت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ماند،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eastAsia"/>
          <w:rtl/>
        </w:rPr>
        <w:t>مبارزه</w:t>
      </w:r>
      <w:r w:rsidRPr="0032040C">
        <w:rPr>
          <w:rFonts w:ascii="Tahoma" w:hAnsi="Tahoma" w:cs="Tahoma"/>
          <w:rtl/>
        </w:rPr>
        <w:t xml:space="preserve"> با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ادامه م</w:t>
      </w:r>
      <w:r w:rsidRPr="0032040C">
        <w:rPr>
          <w:rFonts w:ascii="Tahoma" w:hAnsi="Tahoma" w:cs="Tahoma" w:hint="cs"/>
          <w:rtl/>
        </w:rPr>
        <w:t>ی‌ی</w:t>
      </w:r>
      <w:r w:rsidRPr="0032040C">
        <w:rPr>
          <w:rFonts w:ascii="Tahoma" w:hAnsi="Tahoma" w:cs="Tahoma" w:hint="eastAsia"/>
          <w:rtl/>
        </w:rPr>
        <w:t>افت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موضع، راه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انه</w:t>
      </w:r>
      <w:r w:rsidRPr="0032040C">
        <w:rPr>
          <w:rFonts w:ascii="Tahoma" w:hAnsi="Tahoma" w:cs="Tahoma"/>
          <w:rtl/>
        </w:rPr>
        <w:t xml:space="preserve"> را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بست</w:t>
      </w:r>
      <w:r w:rsidRPr="0032040C">
        <w:rPr>
          <w:rFonts w:ascii="Tahoma" w:hAnsi="Tahoma" w:cs="Tahoma"/>
          <w:rtl/>
        </w:rPr>
        <w:t>. شر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ف‌امام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آشت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آمده بود، اما رهبر مؤثر اعتراض‌ها اصل موجود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سلطنت را موضوع مبارزه قرار داده بود. دولت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</w:t>
      </w:r>
      <w:r w:rsidRPr="0032040C">
        <w:rPr>
          <w:rFonts w:ascii="Tahoma" w:hAnsi="Tahoma" w:cs="Tahoma"/>
          <w:rtl/>
        </w:rPr>
        <w:t xml:space="preserve"> دربارهٔ انتخابات، آزاد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مطبوعات، جا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گاه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/>
          <w:rtl/>
        </w:rPr>
        <w:t xml:space="preserve"> حت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تغ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قانون اساس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گفت‌وگو کند؛ اما 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</w:t>
      </w:r>
      <w:r w:rsidRPr="0032040C">
        <w:rPr>
          <w:rFonts w:ascii="Tahoma" w:hAnsi="Tahoma" w:cs="Tahoma"/>
          <w:rtl/>
        </w:rPr>
        <w:t xml:space="preserve">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بقا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خود با کس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مذاکره کند که شرط آغاز مذاکره را پا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همان حکومت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دانست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در</w:t>
      </w:r>
      <w:r w:rsidRPr="0032040C">
        <w:rPr>
          <w:rFonts w:ascii="Tahoma" w:hAnsi="Tahoma" w:cs="Tahoma"/>
          <w:rtl/>
        </w:rPr>
        <w:t xml:space="preserve"> هم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حال،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سکولار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توانستند</w:t>
      </w:r>
      <w:r w:rsidRPr="0032040C">
        <w:rPr>
          <w:rFonts w:ascii="Tahoma" w:hAnsi="Tahoma" w:cs="Tahoma"/>
          <w:rtl/>
        </w:rPr>
        <w:t xml:space="preserve"> به‌آسان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 دولت همکار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کنند. همکار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 شر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ف‌امام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آنان را در برابر افکار عموم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به سازش با حکومت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متهم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</w:t>
      </w:r>
      <w:r w:rsidRPr="0032040C">
        <w:rPr>
          <w:rFonts w:ascii="Tahoma" w:hAnsi="Tahoma" w:cs="Tahoma"/>
          <w:rtl/>
        </w:rPr>
        <w:t xml:space="preserve"> که سال‌ها سرکوبشان کرده بود. آنان همچن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ترس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دند</w:t>
      </w:r>
      <w:r w:rsidRPr="0032040C">
        <w:rPr>
          <w:rFonts w:ascii="Tahoma" w:hAnsi="Tahoma" w:cs="Tahoma"/>
          <w:rtl/>
        </w:rPr>
        <w:t xml:space="preserve"> با پذ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رفتن</w:t>
      </w:r>
      <w:r w:rsidRPr="0032040C">
        <w:rPr>
          <w:rFonts w:ascii="Tahoma" w:hAnsi="Tahoma" w:cs="Tahoma"/>
          <w:rtl/>
        </w:rPr>
        <w:t xml:space="preserve"> اصلاحات محدود، از جنبش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جدا شوند که هر روز گسترده‌تر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شد</w:t>
      </w:r>
      <w:r w:rsidRPr="0032040C">
        <w:rPr>
          <w:rFonts w:ascii="Tahoma" w:hAnsi="Tahoma" w:cs="Tahoma"/>
          <w:rtl/>
        </w:rPr>
        <w:t>. بنابرا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ن،</w:t>
      </w:r>
      <w:r w:rsidRPr="0032040C">
        <w:rPr>
          <w:rFonts w:ascii="Tahoma" w:hAnsi="Tahoma" w:cs="Tahoma"/>
          <w:rtl/>
        </w:rPr>
        <w:t xml:space="preserve"> حت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کسان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خواهان حکومت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نبودند، عملاً در کنار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قرار گرفتند که رهبر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اش</w:t>
      </w:r>
      <w:r w:rsidRPr="0032040C">
        <w:rPr>
          <w:rFonts w:ascii="Tahoma" w:hAnsi="Tahoma" w:cs="Tahoma"/>
          <w:rtl/>
        </w:rPr>
        <w:t xml:space="preserve"> در دست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بود.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در</w:t>
      </w:r>
      <w:r w:rsidRPr="0032040C">
        <w:rPr>
          <w:rFonts w:ascii="Tahoma" w:hAnsi="Tahoma" w:cs="Tahoma"/>
          <w:rtl/>
        </w:rPr>
        <w:t xml:space="preserve"> 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فطر سال </w:t>
      </w:r>
      <w:r w:rsidRPr="0032040C">
        <w:rPr>
          <w:rFonts w:ascii="Tahoma" w:hAnsi="Tahoma" w:cs="Tahoma"/>
          <w:rtl/>
          <w:lang w:bidi="fa-IR"/>
        </w:rPr>
        <w:t>۱۳۵۷</w:t>
      </w:r>
      <w:r w:rsidRPr="0032040C">
        <w:rPr>
          <w:rFonts w:ascii="Tahoma" w:hAnsi="Tahoma" w:cs="Tahoma"/>
          <w:rtl/>
        </w:rPr>
        <w:t>، راه‌پ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بزرگ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تهران برگزار شد. تظاهرکنندگان خواسته‌ها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خود را با نظم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چشمگ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کردند و شعارها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مذهب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کنار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قرار گرفتند. گستردگ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راه‌پ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نشان داد که اعتراض‌ها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به حوزه‌ها، بازار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/>
          <w:rtl/>
        </w:rPr>
        <w:t xml:space="preserve"> گروه‌ها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محدود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ستند</w:t>
      </w:r>
      <w:r w:rsidRPr="0032040C">
        <w:rPr>
          <w:rFonts w:ascii="Tahoma" w:hAnsi="Tahoma" w:cs="Tahoma"/>
          <w:rtl/>
        </w:rPr>
        <w:t>. حکومت با جنبش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توده‌ا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روبه‌رو بود که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</w:t>
      </w:r>
      <w:r w:rsidRPr="0032040C">
        <w:rPr>
          <w:rFonts w:ascii="Tahoma" w:hAnsi="Tahoma" w:cs="Tahoma"/>
          <w:rtl/>
        </w:rPr>
        <w:t xml:space="preserve"> ده‌ها هزار تن را به خ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ابان</w:t>
      </w:r>
      <w:r w:rsidRPr="0032040C">
        <w:rPr>
          <w:rFonts w:ascii="Tahoma" w:hAnsi="Tahoma" w:cs="Tahoma"/>
          <w:rtl/>
        </w:rPr>
        <w:t xml:space="preserve"> 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اورد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راه‌پ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فطر همچن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توان سازمان‌ده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شبکهٔ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را آشکار کرد. مسجدها محل آغاز حرکت بودند، گروه‌ها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مذهب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رها</w:t>
      </w:r>
      <w:r w:rsidRPr="0032040C">
        <w:rPr>
          <w:rFonts w:ascii="Tahoma" w:hAnsi="Tahoma" w:cs="Tahoma"/>
          <w:rtl/>
        </w:rPr>
        <w:t xml:space="preserve"> را هماهنگ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کردند</w:t>
      </w:r>
      <w:r w:rsidRPr="0032040C">
        <w:rPr>
          <w:rFonts w:ascii="Tahoma" w:hAnsi="Tahoma" w:cs="Tahoma"/>
          <w:rtl/>
        </w:rPr>
        <w:t xml:space="preserve"> و شعارها به‌سرعت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کسان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شدند</w:t>
      </w:r>
      <w:r w:rsidRPr="0032040C">
        <w:rPr>
          <w:rFonts w:ascii="Tahoma" w:hAnsi="Tahoma" w:cs="Tahoma"/>
          <w:rtl/>
        </w:rPr>
        <w:t>. در برابر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شبکه، حزب رستاخ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و سازمان‌ها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حکومت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توان بس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ج</w:t>
      </w:r>
      <w:r w:rsidRPr="0032040C">
        <w:rPr>
          <w:rFonts w:ascii="Tahoma" w:hAnsi="Tahoma" w:cs="Tahoma"/>
          <w:rtl/>
        </w:rPr>
        <w:t xml:space="preserve"> داوطلبانهٔ مردم را نداش</w:t>
      </w:r>
      <w:r w:rsidRPr="0032040C">
        <w:rPr>
          <w:rFonts w:ascii="Tahoma" w:hAnsi="Tahoma" w:cs="Tahoma" w:hint="eastAsia"/>
          <w:rtl/>
        </w:rPr>
        <w:t>تند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شاه</w:t>
      </w:r>
      <w:r w:rsidRPr="0032040C">
        <w:rPr>
          <w:rFonts w:ascii="Tahoma" w:hAnsi="Tahoma" w:cs="Tahoma"/>
          <w:rtl/>
        </w:rPr>
        <w:t xml:space="preserve"> و فرماندهانش از گسترش اعتراض‌ها نگران شدند. دولت آشت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فقط چند روز پس از تشک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خود با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واقع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روبه‌رو شد که امت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ازها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نخست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نتوانسته‌اند حرکت را متوقف کنند. حکومت بار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به همان دو راه 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بازگشت: ادامهٔ عقب‌نش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/>
          <w:rtl/>
        </w:rPr>
        <w:t xml:space="preserve"> استفاده از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نظام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در</w:t>
      </w:r>
      <w:r w:rsidRPr="0032040C">
        <w:rPr>
          <w:rFonts w:ascii="Tahoma" w:hAnsi="Tahoma" w:cs="Tahoma"/>
          <w:rtl/>
        </w:rPr>
        <w:t xml:space="preserve"> شانزدهم شهر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ور،</w:t>
      </w:r>
      <w:r w:rsidRPr="0032040C">
        <w:rPr>
          <w:rFonts w:ascii="Tahoma" w:hAnsi="Tahoma" w:cs="Tahoma"/>
          <w:rtl/>
        </w:rPr>
        <w:t xml:space="preserve"> در تهران و چند شهر حکومت نظام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اعلام شد. خبر حکومت نظام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رهنگام</w:t>
      </w:r>
      <w:r w:rsidRPr="0032040C">
        <w:rPr>
          <w:rFonts w:ascii="Tahoma" w:hAnsi="Tahoma" w:cs="Tahoma"/>
          <w:rtl/>
        </w:rPr>
        <w:t xml:space="preserve"> و به صورت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ناقص به مردم رس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و بس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کسان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راه‌پ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روز بعد آماده شده بودند از آن آگاه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افتند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/>
          <w:rtl/>
        </w:rPr>
        <w:t xml:space="preserve"> تصم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گرفتند آن را ناد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ده</w:t>
      </w:r>
      <w:r w:rsidRPr="0032040C">
        <w:rPr>
          <w:rFonts w:ascii="Tahoma" w:hAnsi="Tahoma" w:cs="Tahoma"/>
          <w:rtl/>
        </w:rPr>
        <w:t xml:space="preserve"> بگ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رند</w:t>
      </w:r>
      <w:r w:rsidRPr="0032040C">
        <w:rPr>
          <w:rFonts w:ascii="Tahoma" w:hAnsi="Tahoma" w:cs="Tahoma"/>
          <w:rtl/>
        </w:rPr>
        <w:t>. صبح هفدهم شهر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ور،</w:t>
      </w:r>
      <w:r w:rsidRPr="0032040C">
        <w:rPr>
          <w:rFonts w:ascii="Tahoma" w:hAnsi="Tahoma" w:cs="Tahoma"/>
          <w:rtl/>
        </w:rPr>
        <w:t xml:space="preserve"> گروه‌ه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بزرگ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دان</w:t>
      </w:r>
      <w:r w:rsidRPr="0032040C">
        <w:rPr>
          <w:rFonts w:ascii="Tahoma" w:hAnsi="Tahoma" w:cs="Tahoma"/>
          <w:rtl/>
        </w:rPr>
        <w:t xml:space="preserve"> ژاله و نقاط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تهران گرد آمدند.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نظام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کوش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دند</w:t>
      </w:r>
      <w:r w:rsidRPr="0032040C">
        <w:rPr>
          <w:rFonts w:ascii="Tahoma" w:hAnsi="Tahoma" w:cs="Tahoma"/>
          <w:rtl/>
        </w:rPr>
        <w:t xml:space="preserve"> جمع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را پراکنده کنند و سرانجام 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رانداز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آغاز شد. شمار دق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ق</w:t>
      </w:r>
      <w:r w:rsidRPr="0032040C">
        <w:rPr>
          <w:rFonts w:ascii="Tahoma" w:hAnsi="Tahoma" w:cs="Tahoma"/>
          <w:rtl/>
        </w:rPr>
        <w:t xml:space="preserve"> کشته‌شدگان همچنان مورد اختلاف است. حکومت ارقام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محدودتر اعلام کرد و مخالفان از هزاران کشته سخن گفتند. بررس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بعد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ارقام تبل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غات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تأ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نکردند، اما اهم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حادث</w:t>
      </w:r>
      <w:r w:rsidRPr="0032040C">
        <w:rPr>
          <w:rFonts w:ascii="Tahoma" w:hAnsi="Tahoma" w:cs="Tahoma" w:hint="eastAsia"/>
          <w:rtl/>
        </w:rPr>
        <w:t>ه</w:t>
      </w:r>
      <w:r w:rsidRPr="0032040C">
        <w:rPr>
          <w:rFonts w:ascii="Tahoma" w:hAnsi="Tahoma" w:cs="Tahoma"/>
          <w:rtl/>
        </w:rPr>
        <w:t xml:space="preserve"> فقط به شمار قربان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وابسته نبود.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هفدهم</w:t>
      </w:r>
      <w:r w:rsidRPr="0032040C">
        <w:rPr>
          <w:rFonts w:ascii="Tahoma" w:hAnsi="Tahoma" w:cs="Tahoma"/>
          <w:rtl/>
        </w:rPr>
        <w:t xml:space="preserve"> شهر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ور،</w:t>
      </w:r>
      <w:r w:rsidRPr="0032040C">
        <w:rPr>
          <w:rFonts w:ascii="Tahoma" w:hAnsi="Tahoma" w:cs="Tahoma"/>
          <w:rtl/>
        </w:rPr>
        <w:t xml:space="preserve"> که «جمعهٔ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اه»</w:t>
      </w:r>
      <w:r w:rsidRPr="0032040C">
        <w:rPr>
          <w:rFonts w:ascii="Tahoma" w:hAnsi="Tahoma" w:cs="Tahoma"/>
          <w:rtl/>
        </w:rPr>
        <w:t xml:space="preserve"> نام گرفت، امکان آشت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به‌شدت کاهش داد. مخالفان حادثه را کشتار مردم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دفاع</w:t>
      </w:r>
      <w:r w:rsidRPr="0032040C">
        <w:rPr>
          <w:rFonts w:ascii="Tahoma" w:hAnsi="Tahoma" w:cs="Tahoma"/>
          <w:rtl/>
        </w:rPr>
        <w:t xml:space="preserve"> به دست حکومت معرف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کردند. تصاو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ر،</w:t>
      </w:r>
      <w:r w:rsidRPr="0032040C">
        <w:rPr>
          <w:rFonts w:ascii="Tahoma" w:hAnsi="Tahoma" w:cs="Tahoma"/>
          <w:rtl/>
        </w:rPr>
        <w:t xml:space="preserve"> شا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عات</w:t>
      </w:r>
      <w:r w:rsidRPr="0032040C">
        <w:rPr>
          <w:rFonts w:ascii="Tahoma" w:hAnsi="Tahoma" w:cs="Tahoma"/>
          <w:rtl/>
        </w:rPr>
        <w:t xml:space="preserve"> و روا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شفاه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بس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ار</w:t>
      </w:r>
      <w:r w:rsidRPr="0032040C">
        <w:rPr>
          <w:rFonts w:ascii="Tahoma" w:hAnsi="Tahoma" w:cs="Tahoma"/>
          <w:rtl/>
        </w:rPr>
        <w:t xml:space="preserve"> سر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ع‌تر</w:t>
      </w:r>
      <w:r w:rsidRPr="0032040C">
        <w:rPr>
          <w:rFonts w:ascii="Tahoma" w:hAnsi="Tahoma" w:cs="Tahoma"/>
          <w:rtl/>
        </w:rPr>
        <w:t xml:space="preserve"> از گزارش‌ها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رسم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گسترش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افتند</w:t>
      </w:r>
      <w:r w:rsidRPr="0032040C">
        <w:rPr>
          <w:rFonts w:ascii="Tahoma" w:hAnsi="Tahoma" w:cs="Tahoma"/>
          <w:rtl/>
        </w:rPr>
        <w:t>. حکومت که سال‌ها خبر را کنترل کرده بود،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مرجع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قابل‌اعتماد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توض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ح</w:t>
      </w:r>
      <w:r w:rsidRPr="0032040C">
        <w:rPr>
          <w:rFonts w:ascii="Tahoma" w:hAnsi="Tahoma" w:cs="Tahoma"/>
          <w:rtl/>
        </w:rPr>
        <w:t xml:space="preserve"> رو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دادها</w:t>
      </w:r>
      <w:r w:rsidRPr="0032040C">
        <w:rPr>
          <w:rFonts w:ascii="Tahoma" w:hAnsi="Tahoma" w:cs="Tahoma"/>
          <w:rtl/>
        </w:rPr>
        <w:t xml:space="preserve"> به شمار 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رفت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از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دگاه</w:t>
      </w:r>
      <w:r w:rsidRPr="0032040C">
        <w:rPr>
          <w:rFonts w:ascii="Tahoma" w:hAnsi="Tahoma" w:cs="Tahoma"/>
          <w:rtl/>
        </w:rPr>
        <w:t xml:space="preserve"> دستگاه حکومت، ارتش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اجرا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حکومت نظام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جلوگ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فروپاش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نظم وارد عمل شده بود. از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دگاه</w:t>
      </w:r>
      <w:r w:rsidRPr="0032040C">
        <w:rPr>
          <w:rFonts w:ascii="Tahoma" w:hAnsi="Tahoma" w:cs="Tahoma"/>
          <w:rtl/>
        </w:rPr>
        <w:t xml:space="preserve"> مخالفان، شاه نشان داده بود که پاسخ او به خواست مردم گلوله است.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دو روا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ت،</w:t>
      </w:r>
      <w:r w:rsidRPr="0032040C">
        <w:rPr>
          <w:rFonts w:ascii="Tahoma" w:hAnsi="Tahoma" w:cs="Tahoma"/>
          <w:rtl/>
        </w:rPr>
        <w:t xml:space="preserve"> نهاد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مستقل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تحق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ق</w:t>
      </w:r>
      <w:r w:rsidRPr="0032040C">
        <w:rPr>
          <w:rFonts w:ascii="Tahoma" w:hAnsi="Tahoma" w:cs="Tahoma"/>
          <w:rtl/>
        </w:rPr>
        <w:t xml:space="preserve"> و اعلام حق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قت</w:t>
      </w:r>
      <w:r w:rsidRPr="0032040C">
        <w:rPr>
          <w:rFonts w:ascii="Tahoma" w:hAnsi="Tahoma" w:cs="Tahoma"/>
          <w:rtl/>
        </w:rPr>
        <w:t xml:space="preserve"> وجود نداشت. دادگستر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مجلس و مطب</w:t>
      </w:r>
      <w:r w:rsidRPr="0032040C">
        <w:rPr>
          <w:rFonts w:ascii="Tahoma" w:hAnsi="Tahoma" w:cs="Tahoma" w:hint="eastAsia"/>
          <w:rtl/>
        </w:rPr>
        <w:t>وعات</w:t>
      </w:r>
      <w:r w:rsidRPr="0032040C">
        <w:rPr>
          <w:rFonts w:ascii="Tahoma" w:hAnsi="Tahoma" w:cs="Tahoma"/>
          <w:rtl/>
        </w:rPr>
        <w:t xml:space="preserve"> از اعتبار لازم برخوردار نبودند و هر گروه روا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خود را حق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قت</w:t>
      </w:r>
      <w:r w:rsidRPr="0032040C">
        <w:rPr>
          <w:rFonts w:ascii="Tahoma" w:hAnsi="Tahoma" w:cs="Tahoma"/>
          <w:rtl/>
        </w:rPr>
        <w:t xml:space="preserve"> قطع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دانست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جمعهٔ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اه</w:t>
      </w:r>
      <w:r w:rsidRPr="0032040C">
        <w:rPr>
          <w:rFonts w:ascii="Tahoma" w:hAnsi="Tahoma" w:cs="Tahoma"/>
          <w:rtl/>
        </w:rPr>
        <w:t xml:space="preserve"> فقط مردم را از حکومت دور نکرد؛ خود شاه را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از تصم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م‌گ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مطمئن دورتر ساخت. او از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</w:t>
      </w:r>
      <w:r w:rsidRPr="0032040C">
        <w:rPr>
          <w:rFonts w:ascii="Tahoma" w:hAnsi="Tahoma" w:cs="Tahoma"/>
          <w:rtl/>
        </w:rPr>
        <w:t xml:space="preserve"> سو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که عقب‌نش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اعتراض‌ها را متوقف نکرده و از سو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دانست</w:t>
      </w:r>
      <w:r w:rsidRPr="0032040C">
        <w:rPr>
          <w:rFonts w:ascii="Tahoma" w:hAnsi="Tahoma" w:cs="Tahoma"/>
          <w:rtl/>
        </w:rPr>
        <w:t xml:space="preserve"> سرکوب خون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تواند</w:t>
      </w:r>
      <w:r w:rsidRPr="0032040C">
        <w:rPr>
          <w:rFonts w:ascii="Tahoma" w:hAnsi="Tahoma" w:cs="Tahoma"/>
          <w:rtl/>
        </w:rPr>
        <w:t xml:space="preserve"> هم نارضا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داخل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افزا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/>
          <w:rtl/>
        </w:rPr>
        <w:t xml:space="preserve"> دهد و هم حما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دولت کارتر را متزلزل ک</w:t>
      </w:r>
      <w:r w:rsidRPr="0032040C">
        <w:rPr>
          <w:rFonts w:ascii="Tahoma" w:hAnsi="Tahoma" w:cs="Tahoma" w:hint="eastAsia"/>
          <w:rtl/>
        </w:rPr>
        <w:t>ند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فرماندهان</w:t>
      </w:r>
      <w:r w:rsidRPr="0032040C">
        <w:rPr>
          <w:rFonts w:ascii="Tahoma" w:hAnsi="Tahoma" w:cs="Tahoma"/>
          <w:rtl/>
        </w:rPr>
        <w:t xml:space="preserve"> ارتش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با تناقض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مشابه روبه‌رو بودند. وظ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فهٔ</w:t>
      </w:r>
      <w:r w:rsidRPr="0032040C">
        <w:rPr>
          <w:rFonts w:ascii="Tahoma" w:hAnsi="Tahoma" w:cs="Tahoma"/>
          <w:rtl/>
        </w:rPr>
        <w:t xml:space="preserve"> آنان حفظ حکومت و اجرا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فرمان شاه بود، اما 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دانستند</w:t>
      </w:r>
      <w:r w:rsidRPr="0032040C">
        <w:rPr>
          <w:rFonts w:ascii="Tahoma" w:hAnsi="Tahoma" w:cs="Tahoma"/>
          <w:rtl/>
        </w:rPr>
        <w:t xml:space="preserve"> تا چه اندازه اجازهٔ استفاده از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</w:t>
      </w:r>
      <w:r w:rsidRPr="0032040C">
        <w:rPr>
          <w:rFonts w:ascii="Tahoma" w:hAnsi="Tahoma" w:cs="Tahoma"/>
          <w:rtl/>
        </w:rPr>
        <w:t xml:space="preserve"> دارند. ارتش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نبرد کلاس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</w:t>
      </w:r>
      <w:r w:rsidRPr="0032040C">
        <w:rPr>
          <w:rFonts w:ascii="Tahoma" w:hAnsi="Tahoma" w:cs="Tahoma"/>
          <w:rtl/>
        </w:rPr>
        <w:t xml:space="preserve"> و دفاع از مرزها ساخته شده بود، اکنون با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در خ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ابان‌ها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شهرها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خود در برابر </w:t>
      </w:r>
      <w:r w:rsidRPr="0032040C">
        <w:rPr>
          <w:rFonts w:ascii="Tahoma" w:hAnsi="Tahoma" w:cs="Tahoma" w:hint="eastAsia"/>
          <w:rtl/>
        </w:rPr>
        <w:t>جمع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قرار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گرفت</w:t>
      </w:r>
      <w:r w:rsidRPr="0032040C">
        <w:rPr>
          <w:rFonts w:ascii="Tahoma" w:hAnsi="Tahoma" w:cs="Tahoma"/>
          <w:rtl/>
        </w:rPr>
        <w:t xml:space="preserve"> که بخش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آن را مردم عاد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زنان، جوانان و افراد مذهب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تشک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دادند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هر</w:t>
      </w:r>
      <w:r w:rsidRPr="0032040C">
        <w:rPr>
          <w:rFonts w:ascii="Tahoma" w:hAnsi="Tahoma" w:cs="Tahoma"/>
          <w:rtl/>
        </w:rPr>
        <w:t xml:space="preserve"> بار 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رانداز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امکان شکاف در ارتش را افزا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داد</w:t>
      </w:r>
      <w:r w:rsidRPr="0032040C">
        <w:rPr>
          <w:rFonts w:ascii="Tahoma" w:hAnsi="Tahoma" w:cs="Tahoma"/>
          <w:rtl/>
        </w:rPr>
        <w:t>. سربازان وظ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فه</w:t>
      </w:r>
      <w:r w:rsidRPr="0032040C">
        <w:rPr>
          <w:rFonts w:ascii="Tahoma" w:hAnsi="Tahoma" w:cs="Tahoma"/>
          <w:rtl/>
        </w:rPr>
        <w:t xml:space="preserve"> از همان خانواده‌ها و شهرها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آمده بودند که معترضان در آنها زندگ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کردند</w:t>
      </w:r>
      <w:r w:rsidRPr="0032040C">
        <w:rPr>
          <w:rFonts w:ascii="Tahoma" w:hAnsi="Tahoma" w:cs="Tahoma"/>
          <w:rtl/>
        </w:rPr>
        <w:t>.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از زبان مذهب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سست‌کردن اطاعت نظام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استفاده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کردند</w:t>
      </w:r>
      <w:r w:rsidRPr="0032040C">
        <w:rPr>
          <w:rFonts w:ascii="Tahoma" w:hAnsi="Tahoma" w:cs="Tahoma"/>
          <w:rtl/>
        </w:rPr>
        <w:t xml:space="preserve"> و کشتن مردم مسلمان را گناه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خواندند</w:t>
      </w:r>
      <w:r w:rsidRPr="0032040C">
        <w:rPr>
          <w:rFonts w:ascii="Tahoma" w:hAnsi="Tahoma" w:cs="Tahoma"/>
          <w:rtl/>
        </w:rPr>
        <w:t>. خ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سربازان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خواست</w:t>
      </w:r>
      <w:r w:rsidRPr="0032040C">
        <w:rPr>
          <w:rFonts w:ascii="Tahoma" w:hAnsi="Tahoma" w:cs="Tahoma"/>
          <w:rtl/>
        </w:rPr>
        <w:t xml:space="preserve"> پادگان‌ها را ترک کنند و به مردم بپ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وندند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پس</w:t>
      </w:r>
      <w:r w:rsidRPr="0032040C">
        <w:rPr>
          <w:rFonts w:ascii="Tahoma" w:hAnsi="Tahoma" w:cs="Tahoma"/>
          <w:rtl/>
        </w:rPr>
        <w:t xml:space="preserve"> از جمعهٔ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اه،</w:t>
      </w:r>
      <w:r w:rsidRPr="0032040C">
        <w:rPr>
          <w:rFonts w:ascii="Tahoma" w:hAnsi="Tahoma" w:cs="Tahoma"/>
          <w:rtl/>
        </w:rPr>
        <w:t xml:space="preserve"> اعتصاب‌ها گسترش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افتند</w:t>
      </w:r>
      <w:r w:rsidRPr="0032040C">
        <w:rPr>
          <w:rFonts w:ascii="Tahoma" w:hAnsi="Tahoma" w:cs="Tahoma"/>
          <w:rtl/>
        </w:rPr>
        <w:t>. کارمندان، آموزگاران، کارکنان بانک‌ها، روزنامه‌نگاران و سپس کارگران صنا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ع</w:t>
      </w:r>
      <w:r w:rsidRPr="0032040C">
        <w:rPr>
          <w:rFonts w:ascii="Tahoma" w:hAnsi="Tahoma" w:cs="Tahoma"/>
          <w:rtl/>
        </w:rPr>
        <w:t xml:space="preserve"> مختلف وارد حرکت شدند. اعتصاب تفاوت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اساس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 تظاهرات خ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ابان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داشت. حکومت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</w:t>
      </w:r>
      <w:r w:rsidRPr="0032040C">
        <w:rPr>
          <w:rFonts w:ascii="Tahoma" w:hAnsi="Tahoma" w:cs="Tahoma"/>
          <w:rtl/>
        </w:rPr>
        <w:t xml:space="preserve"> جمع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را با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نظام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پراکنده کند، اما 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ون‌ها</w:t>
      </w:r>
      <w:r w:rsidRPr="0032040C">
        <w:rPr>
          <w:rFonts w:ascii="Tahoma" w:hAnsi="Tahoma" w:cs="Tahoma"/>
          <w:rtl/>
        </w:rPr>
        <w:t xml:space="preserve"> نفر را وادار کند دستگاه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ده</w:t>
      </w:r>
      <w:r w:rsidRPr="0032040C">
        <w:rPr>
          <w:rFonts w:ascii="Tahoma" w:hAnsi="Tahoma" w:cs="Tahoma"/>
          <w:rtl/>
        </w:rPr>
        <w:t xml:space="preserve"> را با کارا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گذشته اداره کنند.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وانسالار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شاه ط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دهه‌ها گسترش داده بود، اکنون به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دان</w:t>
      </w:r>
      <w:r w:rsidRPr="0032040C">
        <w:rPr>
          <w:rFonts w:ascii="Tahoma" w:hAnsi="Tahoma" w:cs="Tahoma"/>
          <w:rtl/>
        </w:rPr>
        <w:t xml:space="preserve"> اعتراض تبد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شد</w:t>
      </w:r>
      <w:r w:rsidRPr="0032040C">
        <w:rPr>
          <w:rFonts w:ascii="Tahoma" w:hAnsi="Tahoma" w:cs="Tahoma"/>
          <w:rtl/>
        </w:rPr>
        <w:t>. کارمندان دولت که با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فرمان‌ها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حکومت را اجرا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کردند،</w:t>
      </w:r>
      <w:r w:rsidRPr="0032040C">
        <w:rPr>
          <w:rFonts w:ascii="Tahoma" w:hAnsi="Tahoma" w:cs="Tahoma"/>
          <w:rtl/>
        </w:rPr>
        <w:t xml:space="preserve"> خود خواهان تغ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حکومت بودند. هر اعتصاب بخش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دستگاه کشوردار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متوقف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</w:t>
      </w:r>
      <w:r w:rsidRPr="0032040C">
        <w:rPr>
          <w:rFonts w:ascii="Tahoma" w:hAnsi="Tahoma" w:cs="Tahoma"/>
          <w:rtl/>
        </w:rPr>
        <w:t xml:space="preserve"> و نشان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داد</w:t>
      </w:r>
      <w:r w:rsidRPr="0032040C">
        <w:rPr>
          <w:rFonts w:ascii="Tahoma" w:hAnsi="Tahoma" w:cs="Tahoma"/>
          <w:rtl/>
        </w:rPr>
        <w:t xml:space="preserve"> اطاعت ادار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برخلاف ظاه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آن، هم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شه</w:t>
      </w:r>
      <w:r w:rsidRPr="0032040C">
        <w:rPr>
          <w:rFonts w:ascii="Tahoma" w:hAnsi="Tahoma" w:cs="Tahoma"/>
          <w:rtl/>
        </w:rPr>
        <w:t xml:space="preserve"> به معنا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وفادار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نبوده است.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اعتصاب</w:t>
      </w:r>
      <w:r w:rsidRPr="0032040C">
        <w:rPr>
          <w:rFonts w:ascii="Tahoma" w:hAnsi="Tahoma" w:cs="Tahoma"/>
          <w:rtl/>
        </w:rPr>
        <w:t xml:space="preserve"> مطبوعات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انحصار خبر را شکست. روزنامه‌نگاران در اعتراض به سانسور از کار دست کش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دند</w:t>
      </w:r>
      <w:r w:rsidRPr="0032040C">
        <w:rPr>
          <w:rFonts w:ascii="Tahoma" w:hAnsi="Tahoma" w:cs="Tahoma"/>
          <w:rtl/>
        </w:rPr>
        <w:t xml:space="preserve"> و هنگام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بازگشتند،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حاضر نبودند همان محدود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را بپذ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رند</w:t>
      </w:r>
      <w:r w:rsidRPr="0032040C">
        <w:rPr>
          <w:rFonts w:ascii="Tahoma" w:hAnsi="Tahoma" w:cs="Tahoma"/>
          <w:rtl/>
        </w:rPr>
        <w:t>. مطبوعات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سال‌ها 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نظارت حکومت قرار داشتند، ناگهان به بازتاب‌دهندگان اعتراض‌ها تبد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ش</w:t>
      </w:r>
      <w:r w:rsidRPr="0032040C">
        <w:rPr>
          <w:rFonts w:ascii="Tahoma" w:hAnsi="Tahoma" w:cs="Tahoma" w:hint="eastAsia"/>
          <w:rtl/>
        </w:rPr>
        <w:t>دند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گشا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/>
          <w:rtl/>
        </w:rPr>
        <w:t xml:space="preserve"> ناگهان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مانند گشا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سال </w:t>
      </w:r>
      <w:r w:rsidRPr="0032040C">
        <w:rPr>
          <w:rFonts w:ascii="Tahoma" w:hAnsi="Tahoma" w:cs="Tahoma"/>
          <w:rtl/>
          <w:lang w:bidi="fa-IR"/>
        </w:rPr>
        <w:t>۱۳۵۶</w:t>
      </w:r>
      <w:r w:rsidRPr="0032040C">
        <w:rPr>
          <w:rFonts w:ascii="Tahoma" w:hAnsi="Tahoma" w:cs="Tahoma"/>
          <w:rtl/>
        </w:rPr>
        <w:t xml:space="preserve"> فاقد قواعد و نهادها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تثب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ت‌شده</w:t>
      </w:r>
      <w:r w:rsidRPr="0032040C">
        <w:rPr>
          <w:rFonts w:ascii="Tahoma" w:hAnsi="Tahoma" w:cs="Tahoma"/>
          <w:rtl/>
        </w:rPr>
        <w:t xml:space="preserve"> بود. روزنامه‌ها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خواستند</w:t>
      </w:r>
      <w:r w:rsidRPr="0032040C">
        <w:rPr>
          <w:rFonts w:ascii="Tahoma" w:hAnsi="Tahoma" w:cs="Tahoma"/>
          <w:rtl/>
        </w:rPr>
        <w:t xml:space="preserve"> اعتماد ازدست‌رفتهٔ مردم را بازگردانند و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کار به انتشار گستردهٔ سخنان مخالفان رو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آوردند. اما در فضا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انقلاب، مرز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اطلاع‌رسان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جان</w:t>
      </w:r>
      <w:r w:rsidRPr="0032040C">
        <w:rPr>
          <w:rFonts w:ascii="Tahoma" w:hAnsi="Tahoma" w:cs="Tahoma"/>
          <w:rtl/>
        </w:rPr>
        <w:t xml:space="preserve"> و تب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غات</w:t>
      </w:r>
      <w:r w:rsidRPr="0032040C">
        <w:rPr>
          <w:rFonts w:ascii="Tahoma" w:hAnsi="Tahoma" w:cs="Tahoma"/>
          <w:rtl/>
        </w:rPr>
        <w:t xml:space="preserve"> به‌آسان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رفت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فارس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هنگام به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مهم‌تر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منابع خبر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مردم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/>
          <w:rtl/>
        </w:rPr>
        <w:t xml:space="preserve"> تبد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شده بود. سال‌ها سانسور داخل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به رسانه‌ا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خارج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اعتبار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داده بود که رسانه‌ها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کشور از آن محروم بودند. هرگاه مردم به راد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</w:t>
      </w:r>
      <w:r w:rsidRPr="0032040C">
        <w:rPr>
          <w:rFonts w:ascii="Tahoma" w:hAnsi="Tahoma" w:cs="Tahoma"/>
          <w:rtl/>
        </w:rPr>
        <w:t xml:space="preserve"> و روزنامهٔ حکومت اعتماد نکنند،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دانستن آنچه در کشور </w:t>
      </w:r>
      <w:r w:rsidRPr="0032040C">
        <w:rPr>
          <w:rFonts w:ascii="Tahoma" w:hAnsi="Tahoma" w:cs="Tahoma" w:hint="eastAsia"/>
          <w:rtl/>
        </w:rPr>
        <w:t>خودشان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گذرد</w:t>
      </w:r>
      <w:r w:rsidRPr="0032040C">
        <w:rPr>
          <w:rFonts w:ascii="Tahoma" w:hAnsi="Tahoma" w:cs="Tahoma"/>
          <w:rtl/>
        </w:rPr>
        <w:t xml:space="preserve"> به رسانهٔ 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گانه</w:t>
      </w:r>
      <w:r w:rsidRPr="0032040C">
        <w:rPr>
          <w:rFonts w:ascii="Tahoma" w:hAnsi="Tahoma" w:cs="Tahoma"/>
          <w:rtl/>
        </w:rPr>
        <w:t xml:space="preserve"> پناه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برند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فقط خبر اعتراض‌ها را منتقل 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کرد؛</w:t>
      </w:r>
      <w:r w:rsidRPr="0032040C">
        <w:rPr>
          <w:rFonts w:ascii="Tahoma" w:hAnsi="Tahoma" w:cs="Tahoma"/>
          <w:rtl/>
        </w:rPr>
        <w:t xml:space="preserve"> با انتخاب خبر، تکرار نام‌ها و پخش سخنان مخالفان، در تع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نکه</w:t>
      </w:r>
      <w:r w:rsidRPr="0032040C">
        <w:rPr>
          <w:rFonts w:ascii="Tahoma" w:hAnsi="Tahoma" w:cs="Tahoma"/>
          <w:rtl/>
        </w:rPr>
        <w:t xml:space="preserve"> چه کس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مرکز توجه قرار 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رد</w:t>
      </w:r>
      <w:r w:rsidRPr="0032040C">
        <w:rPr>
          <w:rFonts w:ascii="Tahoma" w:hAnsi="Tahoma" w:cs="Tahoma"/>
          <w:rtl/>
        </w:rPr>
        <w:t xml:space="preserve">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نقش داشت.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که در داخل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/>
          <w:rtl/>
        </w:rPr>
        <w:t xml:space="preserve"> به رسانه‌ها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رسم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دسترس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نداشت، از راه پوشش 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رسانه‌ها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خارج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به </w:t>
      </w:r>
      <w:r w:rsidRPr="0032040C">
        <w:rPr>
          <w:rFonts w:ascii="Tahoma" w:hAnsi="Tahoma" w:cs="Tahoma" w:hint="eastAsia"/>
          <w:rtl/>
        </w:rPr>
        <w:t>حضور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دائم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خانه‌ها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دست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افت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</w:t>
      </w:r>
      <w:r w:rsidRPr="0032040C">
        <w:rPr>
          <w:rFonts w:ascii="Tahoma" w:hAnsi="Tahoma" w:cs="Tahoma"/>
          <w:rtl/>
        </w:rPr>
        <w:t xml:space="preserve"> گفت 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نخست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ن‌بار</w:t>
      </w:r>
      <w:r w:rsidRPr="0032040C">
        <w:rPr>
          <w:rFonts w:ascii="Tahoma" w:hAnsi="Tahoma" w:cs="Tahoma"/>
          <w:rtl/>
        </w:rPr>
        <w:t xml:space="preserve"> به مردم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/>
          <w:rtl/>
        </w:rPr>
        <w:t xml:space="preserve"> معرف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کرد. نام او از </w:t>
      </w:r>
      <w:r w:rsidRPr="0032040C">
        <w:rPr>
          <w:rFonts w:ascii="Tahoma" w:hAnsi="Tahoma" w:cs="Tahoma"/>
          <w:rtl/>
          <w:lang w:bidi="fa-IR"/>
        </w:rPr>
        <w:t>۱۵</w:t>
      </w:r>
      <w:r w:rsidRPr="0032040C">
        <w:rPr>
          <w:rFonts w:ascii="Tahoma" w:hAnsi="Tahoma" w:cs="Tahoma"/>
          <w:rtl/>
        </w:rPr>
        <w:t xml:space="preserve"> خرداد </w:t>
      </w:r>
      <w:r w:rsidRPr="0032040C">
        <w:rPr>
          <w:rFonts w:ascii="Tahoma" w:hAnsi="Tahoma" w:cs="Tahoma"/>
          <w:rtl/>
          <w:lang w:bidi="fa-IR"/>
        </w:rPr>
        <w:t>۱۳۴۲</w:t>
      </w:r>
      <w:r w:rsidRPr="0032040C">
        <w:rPr>
          <w:rFonts w:ascii="Tahoma" w:hAnsi="Tahoma" w:cs="Tahoma"/>
          <w:rtl/>
        </w:rPr>
        <w:t xml:space="preserve"> شناخته شده بود و شبکهٔ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ط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سال‌ها 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ام‌ها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/>
          <w:rtl/>
        </w:rPr>
        <w:t xml:space="preserve"> را منتقل کرده بود. اما رسانهٔ جهان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او را از رهبر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</w:t>
      </w:r>
      <w:r w:rsidRPr="0032040C">
        <w:rPr>
          <w:rFonts w:ascii="Tahoma" w:hAnsi="Tahoma" w:cs="Tahoma"/>
          <w:rtl/>
        </w:rPr>
        <w:t xml:space="preserve"> شبکهٔ مذهب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مخالف شاه به سخن‌گو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هرروزهٔ انقلاب تبد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ک</w:t>
      </w:r>
      <w:r w:rsidRPr="0032040C">
        <w:rPr>
          <w:rFonts w:ascii="Tahoma" w:hAnsi="Tahoma" w:cs="Tahoma" w:hint="eastAsia"/>
          <w:rtl/>
        </w:rPr>
        <w:t>رد</w:t>
      </w:r>
      <w:r w:rsidRPr="0032040C">
        <w:rPr>
          <w:rFonts w:ascii="Tahoma" w:hAnsi="Tahoma" w:cs="Tahoma"/>
          <w:rtl/>
        </w:rPr>
        <w:t>. مردم در شهرها و روستاها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که ارتباط مستق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 حوزه و بازار نداشتند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نام، سخن و مواضع او را 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وسته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شن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دند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نقش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نبود که رسانه‌ها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خارج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رهبران سکولار و دموکرات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/>
          <w:rtl/>
        </w:rPr>
        <w:t xml:space="preserve"> به همان اندازه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فا</w:t>
      </w:r>
      <w:r w:rsidRPr="0032040C">
        <w:rPr>
          <w:rFonts w:ascii="Tahoma" w:hAnsi="Tahoma" w:cs="Tahoma"/>
          <w:rtl/>
        </w:rPr>
        <w:t xml:space="preserve"> کنند. آنان پراکنده بودند، سخنگو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واحد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نداشتند و دربارهٔ هدف نها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جنبش توافق نکرده بودند.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 جمله‌ها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کوتاه و قاطع سخن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گفت</w:t>
      </w:r>
      <w:r w:rsidRPr="0032040C">
        <w:rPr>
          <w:rFonts w:ascii="Tahoma" w:hAnsi="Tahoma" w:cs="Tahoma"/>
          <w:rtl/>
        </w:rPr>
        <w:t>: شاه با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برود، سلطنت غ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رقانون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اس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و مبارزه تا سقوط حکومت ادامه دارد.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صراحت</w:t>
      </w:r>
      <w:r w:rsidRPr="0032040C">
        <w:rPr>
          <w:rFonts w:ascii="Tahoma" w:hAnsi="Tahoma" w:cs="Tahoma"/>
          <w:rtl/>
        </w:rPr>
        <w:t xml:space="preserve"> او در برابر ترد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گران</w:t>
      </w:r>
      <w:r w:rsidRPr="0032040C">
        <w:rPr>
          <w:rFonts w:ascii="Tahoma" w:hAnsi="Tahoma" w:cs="Tahoma"/>
          <w:rtl/>
        </w:rPr>
        <w:t xml:space="preserve"> قدرت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آفر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>. رهبران جبههٔ مل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هنوز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اجرا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قانون اساس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پا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سلطنت مردد بودند. برخ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روشنفکران از جمهور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سخن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گفتند</w:t>
      </w:r>
      <w:r w:rsidRPr="0032040C">
        <w:rPr>
          <w:rFonts w:ascii="Tahoma" w:hAnsi="Tahoma" w:cs="Tahoma"/>
          <w:rtl/>
        </w:rPr>
        <w:t xml:space="preserve"> و گروه‌ها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چپ آ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نده‌ا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در نظر داشتند. اما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خواست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واحد عرضه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</w:t>
      </w:r>
      <w:r w:rsidRPr="0032040C">
        <w:rPr>
          <w:rFonts w:ascii="Tahoma" w:hAnsi="Tahoma" w:cs="Tahoma"/>
          <w:rtl/>
        </w:rPr>
        <w:t xml:space="preserve"> و همهٔ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روها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توانستند</w:t>
      </w:r>
      <w:r w:rsidRPr="0032040C">
        <w:rPr>
          <w:rFonts w:ascii="Tahoma" w:hAnsi="Tahoma" w:cs="Tahoma"/>
          <w:rtl/>
        </w:rPr>
        <w:t xml:space="preserve"> موقتاً 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آن گرد آ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ند،</w:t>
      </w:r>
      <w:r w:rsidRPr="0032040C">
        <w:rPr>
          <w:rFonts w:ascii="Tahoma" w:hAnsi="Tahoma" w:cs="Tahoma"/>
          <w:rtl/>
        </w:rPr>
        <w:t xml:space="preserve"> 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آنکه</w:t>
      </w:r>
      <w:r w:rsidRPr="0032040C">
        <w:rPr>
          <w:rFonts w:ascii="Tahoma" w:hAnsi="Tahoma" w:cs="Tahoma"/>
          <w:rtl/>
        </w:rPr>
        <w:t xml:space="preserve"> مجبور باشند دربارهٔ حکومت پس از شاه توافق کنند.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در</w:t>
      </w:r>
      <w:r w:rsidRPr="0032040C">
        <w:rPr>
          <w:rFonts w:ascii="Tahoma" w:hAnsi="Tahoma" w:cs="Tahoma"/>
          <w:rtl/>
        </w:rPr>
        <w:t xml:space="preserve"> هم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زمان، موقع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عراق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تغ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کرد. دولت عراق پس از توافق الجزا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با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/>
          <w:rtl/>
        </w:rPr>
        <w:t xml:space="preserve"> نم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خواست</w:t>
      </w:r>
      <w:r w:rsidRPr="0032040C">
        <w:rPr>
          <w:rFonts w:ascii="Tahoma" w:hAnsi="Tahoma" w:cs="Tahoma"/>
          <w:rtl/>
        </w:rPr>
        <w:t xml:space="preserve"> خاک آن کشور به مرکز فعال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آشکار عل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ه</w:t>
      </w:r>
      <w:r w:rsidRPr="0032040C">
        <w:rPr>
          <w:rFonts w:ascii="Tahoma" w:hAnsi="Tahoma" w:cs="Tahoma"/>
          <w:rtl/>
        </w:rPr>
        <w:t xml:space="preserve"> شاه تبد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شود. فشار بر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محدودکردن فعال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افزا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افت</w:t>
      </w:r>
      <w:r w:rsidRPr="0032040C">
        <w:rPr>
          <w:rFonts w:ascii="Tahoma" w:hAnsi="Tahoma" w:cs="Tahoma"/>
          <w:rtl/>
        </w:rPr>
        <w:t>. او تصم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گرفت عراق را ترک کند.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ابتدا</w:t>
      </w:r>
      <w:r w:rsidRPr="0032040C">
        <w:rPr>
          <w:rFonts w:ascii="Tahoma" w:hAnsi="Tahoma" w:cs="Tahoma"/>
          <w:rtl/>
        </w:rPr>
        <w:t xml:space="preserve"> کوشش شد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وارد کو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شود، اما دولت کو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اجازهٔ ورود نداد. در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مرحله، ابراه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همراهان او در انتخاب فرانسه به‌عنوان مقصد تازه و فراهم‌کردن مقدمات انتقال نقش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اساس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فا</w:t>
      </w:r>
      <w:r w:rsidRPr="0032040C">
        <w:rPr>
          <w:rFonts w:ascii="Tahoma" w:hAnsi="Tahoma" w:cs="Tahoma"/>
          <w:rtl/>
        </w:rPr>
        <w:t xml:space="preserve"> کردند.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مهر </w:t>
      </w:r>
      <w:r w:rsidRPr="0032040C">
        <w:rPr>
          <w:rFonts w:ascii="Tahoma" w:hAnsi="Tahoma" w:cs="Tahoma"/>
          <w:rtl/>
          <w:lang w:bidi="fa-IR"/>
        </w:rPr>
        <w:t>۱۳۵۷</w:t>
      </w:r>
      <w:r w:rsidRPr="0032040C">
        <w:rPr>
          <w:rFonts w:ascii="Tahoma" w:hAnsi="Tahoma" w:cs="Tahoma"/>
          <w:rtl/>
        </w:rPr>
        <w:t xml:space="preserve"> به پار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س</w:t>
      </w:r>
      <w:r w:rsidRPr="0032040C">
        <w:rPr>
          <w:rFonts w:ascii="Tahoma" w:hAnsi="Tahoma" w:cs="Tahoma"/>
          <w:rtl/>
        </w:rPr>
        <w:t xml:space="preserve"> رفت و سرانجام در نوفل‌لوشاتو مستقر ش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انتقال</w:t>
      </w:r>
      <w:r w:rsidRPr="0032040C">
        <w:rPr>
          <w:rFonts w:ascii="Tahoma" w:hAnsi="Tahoma" w:cs="Tahoma"/>
          <w:rtl/>
        </w:rPr>
        <w:t xml:space="preserve"> از نجف به حومهٔ پار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س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تع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 w:hint="eastAsia"/>
          <w:rtl/>
        </w:rPr>
        <w:t>ن‌کننده‌تر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حوادث انقلاب بود. در نجف،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شهر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مذهب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نظارت حکومت عراق قرار داشت و ارتباط رسانه‌ها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جهان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 او محدودتر بود. در فرانسه، به تلفن، خبرنگار، راد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و،</w:t>
      </w:r>
      <w:r w:rsidRPr="0032040C">
        <w:rPr>
          <w:rFonts w:ascii="Tahoma" w:hAnsi="Tahoma" w:cs="Tahoma"/>
          <w:rtl/>
        </w:rPr>
        <w:t xml:space="preserve"> تلو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ون</w:t>
      </w:r>
      <w:r w:rsidRPr="0032040C">
        <w:rPr>
          <w:rFonts w:ascii="Tahoma" w:hAnsi="Tahoma" w:cs="Tahoma"/>
          <w:rtl/>
        </w:rPr>
        <w:t xml:space="preserve"> و شبکه‌ها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ارتباط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آزاد دسترس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دا</w:t>
      </w:r>
      <w:r w:rsidRPr="0032040C">
        <w:rPr>
          <w:rFonts w:ascii="Tahoma" w:hAnsi="Tahoma" w:cs="Tahoma"/>
          <w:rtl/>
        </w:rPr>
        <w:t xml:space="preserve"> کرد.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ابراه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اطراف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تحص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ل‌کرده</w:t>
      </w:r>
      <w:r w:rsidRPr="0032040C">
        <w:rPr>
          <w:rFonts w:ascii="Tahoma" w:hAnsi="Tahoma" w:cs="Tahoma"/>
          <w:rtl/>
        </w:rPr>
        <w:t xml:space="preserve"> و آشنا با غرب،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رسانه‌ها و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است‌مداران</w:t>
      </w:r>
      <w:r w:rsidRPr="0032040C">
        <w:rPr>
          <w:rFonts w:ascii="Tahoma" w:hAnsi="Tahoma" w:cs="Tahoma"/>
          <w:rtl/>
        </w:rPr>
        <w:t xml:space="preserve"> خارج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واسطه شدند. آنان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دانستند</w:t>
      </w:r>
      <w:r w:rsidRPr="0032040C">
        <w:rPr>
          <w:rFonts w:ascii="Tahoma" w:hAnsi="Tahoma" w:cs="Tahoma"/>
          <w:rtl/>
        </w:rPr>
        <w:t xml:space="preserve"> چگونه سخنان او را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افکار عموم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غرب ترجمه و تنظ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کنند و چگونه از واژه‌ها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چون آزاد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استقلال، حقوق مردم و حکومت انتخاب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استفا</w:t>
      </w:r>
      <w:r w:rsidRPr="0032040C">
        <w:rPr>
          <w:rFonts w:ascii="Tahoma" w:hAnsi="Tahoma" w:cs="Tahoma" w:hint="eastAsia"/>
          <w:rtl/>
        </w:rPr>
        <w:t>ده</w:t>
      </w:r>
      <w:r w:rsidRPr="0032040C">
        <w:rPr>
          <w:rFonts w:ascii="Tahoma" w:hAnsi="Tahoma" w:cs="Tahoma"/>
          <w:rtl/>
        </w:rPr>
        <w:t xml:space="preserve"> کنند.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نوفل‌لوشاتو چهره‌ا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متفاوت از آنچه بعدها در حکومت نشان داد به جهان عرضه کرد. او از آزاد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حق انتخاب مردم، عدم انحصار قدرت در دست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و امکان فعال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/>
          <w:rtl/>
        </w:rPr>
        <w:t xml:space="preserve">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سخن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گفت</w:t>
      </w:r>
      <w:r w:rsidRPr="0032040C">
        <w:rPr>
          <w:rFonts w:ascii="Tahoma" w:hAnsi="Tahoma" w:cs="Tahoma"/>
          <w:rtl/>
        </w:rPr>
        <w:t>.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سخنان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روزنامه‌نگاران، روشنفکران و دولت‌ها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غرب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تصو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قابل</w:t>
      </w:r>
      <w:r w:rsidRPr="0032040C">
        <w:rPr>
          <w:rFonts w:ascii="Tahoma" w:hAnsi="Tahoma" w:cs="Tahoma" w:hint="eastAsia"/>
          <w:rtl/>
        </w:rPr>
        <w:t>‌قبول‌تر</w:t>
      </w:r>
      <w:r w:rsidRPr="0032040C">
        <w:rPr>
          <w:rFonts w:ascii="Tahoma" w:hAnsi="Tahoma" w:cs="Tahoma"/>
          <w:rtl/>
        </w:rPr>
        <w:t xml:space="preserve"> از حکومت پس از شاه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ساخت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در</w:t>
      </w:r>
      <w:r w:rsidRPr="0032040C">
        <w:rPr>
          <w:rFonts w:ascii="Tahoma" w:hAnsi="Tahoma" w:cs="Tahoma"/>
          <w:rtl/>
        </w:rPr>
        <w:t xml:space="preserve"> داخل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/>
          <w:rtl/>
        </w:rPr>
        <w:t xml:space="preserve">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گروه‌ها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سکولار از هم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سخنان نت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جه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گرفتند</w:t>
      </w:r>
      <w:r w:rsidRPr="0032040C">
        <w:rPr>
          <w:rFonts w:ascii="Tahoma" w:hAnsi="Tahoma" w:cs="Tahoma"/>
          <w:rtl/>
        </w:rPr>
        <w:t xml:space="preserve"> که حکومت آ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نده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تواند</w:t>
      </w:r>
      <w:r w:rsidRPr="0032040C">
        <w:rPr>
          <w:rFonts w:ascii="Tahoma" w:hAnsi="Tahoma" w:cs="Tahoma"/>
          <w:rtl/>
        </w:rPr>
        <w:t xml:space="preserve"> دموکرات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</w:t>
      </w:r>
      <w:r w:rsidRPr="0032040C">
        <w:rPr>
          <w:rFonts w:ascii="Tahoma" w:hAnsi="Tahoma" w:cs="Tahoma"/>
          <w:rtl/>
        </w:rPr>
        <w:t xml:space="preserve"> باشد و حضور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فقط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ج</w:t>
      </w:r>
      <w:r w:rsidRPr="0032040C">
        <w:rPr>
          <w:rFonts w:ascii="Tahoma" w:hAnsi="Tahoma" w:cs="Tahoma"/>
          <w:rtl/>
        </w:rPr>
        <w:t xml:space="preserve"> توده‌ها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مذهب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ضرورت دارد. آنان گمان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کردند</w:t>
      </w:r>
      <w:r w:rsidRPr="0032040C">
        <w:rPr>
          <w:rFonts w:ascii="Tahoma" w:hAnsi="Tahoma" w:cs="Tahoma"/>
          <w:rtl/>
        </w:rPr>
        <w:t xml:space="preserve"> پس از سقوط شاه، وزن دانش، تخصص، تجربهٔ ادار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سازمان‌ها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شان</w:t>
      </w:r>
      <w:r w:rsidRPr="0032040C">
        <w:rPr>
          <w:rFonts w:ascii="Tahoma" w:hAnsi="Tahoma" w:cs="Tahoma"/>
          <w:rtl/>
        </w:rPr>
        <w:t xml:space="preserve"> مانع انحصار </w:t>
      </w:r>
      <w:r w:rsidRPr="0032040C">
        <w:rPr>
          <w:rFonts w:ascii="Tahoma" w:hAnsi="Tahoma" w:cs="Tahoma" w:hint="eastAsia"/>
          <w:rtl/>
        </w:rPr>
        <w:t>قدرت</w:t>
      </w:r>
      <w:r w:rsidRPr="0032040C">
        <w:rPr>
          <w:rFonts w:ascii="Tahoma" w:hAnsi="Tahoma" w:cs="Tahoma"/>
          <w:rtl/>
        </w:rPr>
        <w:t xml:space="preserve"> به دست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خواهد شد.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اما</w:t>
      </w:r>
      <w:r w:rsidRPr="0032040C">
        <w:rPr>
          <w:rFonts w:ascii="Tahoma" w:hAnsi="Tahoma" w:cs="Tahoma"/>
          <w:rtl/>
        </w:rPr>
        <w:t xml:space="preserve"> آنان تفاوت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شهرت فکر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توان سازمان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ناد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ده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گرفتند</w:t>
      </w:r>
      <w:r w:rsidRPr="0032040C">
        <w:rPr>
          <w:rFonts w:ascii="Tahoma" w:hAnsi="Tahoma" w:cs="Tahoma"/>
          <w:rtl/>
        </w:rPr>
        <w:t>. روشنفکران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توانستند</w:t>
      </w:r>
      <w:r w:rsidRPr="0032040C">
        <w:rPr>
          <w:rFonts w:ascii="Tahoma" w:hAnsi="Tahoma" w:cs="Tahoma"/>
          <w:rtl/>
        </w:rPr>
        <w:t xml:space="preserve"> مقاله بنو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سند</w:t>
      </w:r>
      <w:r w:rsidRPr="0032040C">
        <w:rPr>
          <w:rFonts w:ascii="Tahoma" w:hAnsi="Tahoma" w:cs="Tahoma"/>
          <w:rtl/>
        </w:rPr>
        <w:t xml:space="preserve"> و رهبران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توانستند</w:t>
      </w:r>
      <w:r w:rsidRPr="0032040C">
        <w:rPr>
          <w:rFonts w:ascii="Tahoma" w:hAnsi="Tahoma" w:cs="Tahoma"/>
          <w:rtl/>
        </w:rPr>
        <w:t xml:space="preserve"> برنامه عرضه کنند؛ ول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</w:t>
      </w:r>
      <w:r w:rsidRPr="0032040C">
        <w:rPr>
          <w:rFonts w:ascii="Tahoma" w:hAnsi="Tahoma" w:cs="Tahoma"/>
          <w:rtl/>
        </w:rPr>
        <w:t xml:space="preserve"> شبکه‌ا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داشتند که قادر بود در سراسر کشور فرمان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واحد را به حرکت اجتماع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تبد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کند. حضور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فرانسه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شبکهٔ داخل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به رسانه‌ها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جهان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ارتباطات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خارج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وند</w:t>
      </w:r>
      <w:r w:rsidRPr="0032040C">
        <w:rPr>
          <w:rFonts w:ascii="Tahoma" w:hAnsi="Tahoma" w:cs="Tahoma"/>
          <w:rtl/>
        </w:rPr>
        <w:t xml:space="preserve"> داد.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از</w:t>
      </w:r>
      <w:r w:rsidRPr="0032040C">
        <w:rPr>
          <w:rFonts w:ascii="Tahoma" w:hAnsi="Tahoma" w:cs="Tahoma"/>
          <w:rtl/>
        </w:rPr>
        <w:t xml:space="preserve">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هنگام،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فقط رهبر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ک</w:t>
      </w:r>
      <w:r w:rsidRPr="0032040C">
        <w:rPr>
          <w:rFonts w:ascii="Tahoma" w:hAnsi="Tahoma" w:cs="Tahoma"/>
          <w:rtl/>
        </w:rPr>
        <w:t xml:space="preserve"> جنبش داخل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نبود. به آلترنات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تبد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شد که دولت‌ها و رسانه‌ها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خارج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ناچار بودند دربارهٔ او تصم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بگ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رند</w:t>
      </w:r>
      <w:r w:rsidRPr="0032040C">
        <w:rPr>
          <w:rFonts w:ascii="Tahoma" w:hAnsi="Tahoma" w:cs="Tahoma"/>
          <w:rtl/>
        </w:rPr>
        <w:t>. خبرنگاران هر روز سخنانش را منتشر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کردند،</w:t>
      </w:r>
      <w:r w:rsidRPr="0032040C">
        <w:rPr>
          <w:rFonts w:ascii="Tahoma" w:hAnsi="Tahoma" w:cs="Tahoma"/>
          <w:rtl/>
        </w:rPr>
        <w:t xml:space="preserve"> نما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ندگان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مواضعش را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سنج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دند</w:t>
      </w:r>
      <w:r w:rsidRPr="0032040C">
        <w:rPr>
          <w:rFonts w:ascii="Tahoma" w:hAnsi="Tahoma" w:cs="Tahoma"/>
          <w:rtl/>
        </w:rPr>
        <w:t xml:space="preserve"> و اطراف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انش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کوش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دند</w:t>
      </w:r>
      <w:r w:rsidRPr="0032040C">
        <w:rPr>
          <w:rFonts w:ascii="Tahoma" w:hAnsi="Tahoma" w:cs="Tahoma"/>
          <w:rtl/>
        </w:rPr>
        <w:t xml:space="preserve"> به غرب اطم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نان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eastAsia"/>
          <w:rtl/>
        </w:rPr>
        <w:t>دهند</w:t>
      </w:r>
      <w:r w:rsidRPr="0032040C">
        <w:rPr>
          <w:rFonts w:ascii="Tahoma" w:hAnsi="Tahoma" w:cs="Tahoma"/>
          <w:rtl/>
        </w:rPr>
        <w:t xml:space="preserve"> که حکومت پس از شاه منافع اساس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آنان را تهد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نخواهد کرد.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قدرت‌ها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خارج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از 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چ</w:t>
      </w:r>
      <w:r w:rsidRPr="0032040C">
        <w:rPr>
          <w:rFonts w:ascii="Tahoma" w:hAnsi="Tahoma" w:cs="Tahoma"/>
          <w:rtl/>
        </w:rPr>
        <w:t xml:space="preserve">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افر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دند</w:t>
      </w:r>
      <w:r w:rsidRPr="0032040C">
        <w:rPr>
          <w:rFonts w:ascii="Tahoma" w:hAnsi="Tahoma" w:cs="Tahoma"/>
          <w:rtl/>
        </w:rPr>
        <w:t>. نارضا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عموم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شبکهٔ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نکاران،</w:t>
      </w:r>
      <w:r w:rsidRPr="0032040C">
        <w:rPr>
          <w:rFonts w:ascii="Tahoma" w:hAnsi="Tahoma" w:cs="Tahoma"/>
          <w:rtl/>
        </w:rPr>
        <w:t xml:space="preserve"> بازار، مسجد و خطاها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حکومت شاه از پ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ش</w:t>
      </w:r>
      <w:r w:rsidRPr="0032040C">
        <w:rPr>
          <w:rFonts w:ascii="Tahoma" w:hAnsi="Tahoma" w:cs="Tahoma"/>
          <w:rtl/>
        </w:rPr>
        <w:t xml:space="preserve"> وجود داشتند. اما انتقال حساب‌شدهٔ او به فرانسه، سازمان‌ده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اطراف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انش،</w:t>
      </w:r>
      <w:r w:rsidRPr="0032040C">
        <w:rPr>
          <w:rFonts w:ascii="Tahoma" w:hAnsi="Tahoma" w:cs="Tahoma"/>
          <w:rtl/>
        </w:rPr>
        <w:t xml:space="preserve"> پوشش 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وقفهٔ</w:t>
      </w:r>
      <w:r w:rsidRPr="0032040C">
        <w:rPr>
          <w:rFonts w:ascii="Tahoma" w:hAnsi="Tahoma" w:cs="Tahoma"/>
          <w:rtl/>
        </w:rPr>
        <w:t xml:space="preserve"> رسانه‌ها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چون 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آغاز تماس‌ها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او را در جا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قرار داد که 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چ</w:t>
      </w:r>
      <w:r w:rsidRPr="0032040C">
        <w:rPr>
          <w:rFonts w:ascii="Tahoma" w:hAnsi="Tahoma" w:cs="Tahoma"/>
          <w:rtl/>
        </w:rPr>
        <w:t xml:space="preserve"> آلترنات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از آن برخوردار نبود.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از</w:t>
      </w:r>
      <w:r w:rsidRPr="0032040C">
        <w:rPr>
          <w:rFonts w:ascii="Tahoma" w:hAnsi="Tahoma" w:cs="Tahoma"/>
          <w:rtl/>
        </w:rPr>
        <w:t xml:space="preserve"> هم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ن‌جا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</w:t>
      </w:r>
      <w:r w:rsidRPr="0032040C">
        <w:rPr>
          <w:rFonts w:ascii="Tahoma" w:hAnsi="Tahoma" w:cs="Tahoma"/>
          <w:rtl/>
        </w:rPr>
        <w:t xml:space="preserve"> معنا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«چلب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»</w:t>
      </w:r>
      <w:r w:rsidRPr="0032040C">
        <w:rPr>
          <w:rFonts w:ascii="Tahoma" w:hAnsi="Tahoma" w:cs="Tahoma"/>
          <w:rtl/>
        </w:rPr>
        <w:t xml:space="preserve"> را شناخت.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نکار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ناشناخته نبود که قدرت خارج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ناگهان او را اختراع کرده باشد. او رهبر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برخوردار از پا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گاه</w:t>
      </w:r>
      <w:r w:rsidRPr="0032040C">
        <w:rPr>
          <w:rFonts w:ascii="Tahoma" w:hAnsi="Tahoma" w:cs="Tahoma"/>
          <w:rtl/>
        </w:rPr>
        <w:t xml:space="preserve"> داخل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بود؛ اما 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روها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رون</w:t>
      </w:r>
      <w:r w:rsidRPr="0032040C">
        <w:rPr>
          <w:rFonts w:ascii="Tahoma" w:hAnsi="Tahoma" w:cs="Tahoma"/>
          <w:rtl/>
        </w:rPr>
        <w:t xml:space="preserve"> از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ران،</w:t>
      </w:r>
      <w:r w:rsidRPr="0032040C">
        <w:rPr>
          <w:rFonts w:ascii="Tahoma" w:hAnsi="Tahoma" w:cs="Tahoma"/>
          <w:rtl/>
        </w:rPr>
        <w:t xml:space="preserve"> آگاهانه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/>
          <w:rtl/>
        </w:rPr>
        <w:t xml:space="preserve"> بر اثر محاسبات خود، راه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هموار کردند که او را به آلت</w:t>
      </w:r>
      <w:r w:rsidRPr="0032040C">
        <w:rPr>
          <w:rFonts w:ascii="Tahoma" w:hAnsi="Tahoma" w:cs="Tahoma" w:hint="eastAsia"/>
          <w:rtl/>
        </w:rPr>
        <w:t>رنات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و</w:t>
      </w:r>
      <w:r w:rsidRPr="0032040C">
        <w:rPr>
          <w:rFonts w:ascii="Tahoma" w:hAnsi="Tahoma" w:cs="Tahoma"/>
          <w:rtl/>
        </w:rPr>
        <w:t xml:space="preserve"> مسلط حکومت تبد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کرد.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در</w:t>
      </w:r>
      <w:r w:rsidRPr="0032040C">
        <w:rPr>
          <w:rFonts w:ascii="Tahoma" w:hAnsi="Tahoma" w:cs="Tahoma"/>
          <w:rtl/>
        </w:rPr>
        <w:t xml:space="preserve"> پا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 w:hint="eastAsia"/>
          <w:rtl/>
        </w:rPr>
        <w:t>ز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/>
          <w:rtl/>
          <w:lang w:bidi="fa-IR"/>
        </w:rPr>
        <w:t>۱۳۵۷</w:t>
      </w:r>
      <w:r w:rsidRPr="0032040C">
        <w:rPr>
          <w:rFonts w:ascii="Tahoma" w:hAnsi="Tahoma" w:cs="Tahoma"/>
          <w:rtl/>
        </w:rPr>
        <w:t>،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فرا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ند</w:t>
      </w:r>
      <w:r w:rsidRPr="0032040C">
        <w:rPr>
          <w:rFonts w:ascii="Tahoma" w:hAnsi="Tahoma" w:cs="Tahoma"/>
          <w:rtl/>
        </w:rPr>
        <w:t xml:space="preserve"> هنوز کامل نشده بود. شاه همچنان در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/>
          <w:rtl/>
        </w:rPr>
        <w:t xml:space="preserve"> بود، ارتش همچنان از او فرمان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گرفت</w:t>
      </w:r>
      <w:r w:rsidRPr="0032040C">
        <w:rPr>
          <w:rFonts w:ascii="Tahoma" w:hAnsi="Tahoma" w:cs="Tahoma"/>
          <w:rtl/>
        </w:rPr>
        <w:t xml:space="preserve"> و دولت شر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ف‌امام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کوش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د</w:t>
      </w:r>
      <w:r w:rsidRPr="0032040C">
        <w:rPr>
          <w:rFonts w:ascii="Tahoma" w:hAnsi="Tahoma" w:cs="Tahoma"/>
          <w:rtl/>
        </w:rPr>
        <w:t xml:space="preserve"> راه آشت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زنده نگاه دارد. اما مرکز 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اس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انقلاب عملاً از داخل کشور به خانه‌ا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در حومهٔ پار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س</w:t>
      </w:r>
      <w:r w:rsidRPr="0032040C">
        <w:rPr>
          <w:rFonts w:ascii="Tahoma" w:hAnsi="Tahoma" w:cs="Tahoma"/>
          <w:rtl/>
        </w:rPr>
        <w:t xml:space="preserve"> منتقل شده بود؛ جا</w:t>
      </w:r>
      <w:r w:rsidRPr="0032040C">
        <w:rPr>
          <w:rFonts w:ascii="Tahoma" w:hAnsi="Tahoma" w:cs="Tahoma" w:hint="cs"/>
          <w:rtl/>
        </w:rPr>
        <w:t>یی</w:t>
      </w:r>
      <w:r w:rsidRPr="0032040C">
        <w:rPr>
          <w:rFonts w:ascii="Tahoma" w:hAnsi="Tahoma" w:cs="Tahoma"/>
          <w:rtl/>
        </w:rPr>
        <w:t xml:space="preserve"> که ابراه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زد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و 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گر</w:t>
      </w:r>
      <w:r w:rsidRPr="0032040C">
        <w:rPr>
          <w:rFonts w:ascii="Tahoma" w:hAnsi="Tahoma" w:cs="Tahoma"/>
          <w:rtl/>
        </w:rPr>
        <w:t xml:space="preserve"> همراهان، سخنان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را به جهان منتقل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کردند</w:t>
      </w:r>
      <w:r w:rsidRPr="0032040C">
        <w:rPr>
          <w:rFonts w:ascii="Tahoma" w:hAnsi="Tahoma" w:cs="Tahoma"/>
          <w:rtl/>
        </w:rPr>
        <w:t xml:space="preserve"> و خبرنگاران غرب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هر روز تصو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</w:t>
      </w:r>
      <w:r w:rsidRPr="0032040C">
        <w:rPr>
          <w:rFonts w:ascii="Tahoma" w:hAnsi="Tahoma" w:cs="Tahoma"/>
          <w:rtl/>
        </w:rPr>
        <w:t xml:space="preserve"> او را به 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ران</w:t>
      </w:r>
      <w:r w:rsidRPr="0032040C">
        <w:rPr>
          <w:rFonts w:ascii="Tahoma" w:hAnsi="Tahoma" w:cs="Tahoma"/>
          <w:rtl/>
        </w:rPr>
        <w:t xml:space="preserve"> بازم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گرداندند</w:t>
      </w:r>
      <w:r w:rsidRPr="0032040C">
        <w:rPr>
          <w:rFonts w:ascii="Tahoma" w:hAnsi="Tahoma" w:cs="Tahoma"/>
          <w:rtl/>
        </w:rPr>
        <w:t>.</w:t>
      </w:r>
    </w:p>
    <w:p w:rsidR="0032040C" w:rsidRPr="0032040C" w:rsidRDefault="0032040C" w:rsidP="0032040C">
      <w:pPr>
        <w:bidi/>
        <w:spacing w:after="0" w:line="360" w:lineRule="auto"/>
        <w:ind w:firstLine="720"/>
        <w:rPr>
          <w:rFonts w:ascii="Tahoma" w:hAnsi="Tahoma" w:cs="Tahoma"/>
        </w:rPr>
      </w:pPr>
      <w:r w:rsidRPr="0032040C">
        <w:rPr>
          <w:rFonts w:ascii="Tahoma" w:hAnsi="Tahoma" w:cs="Tahoma" w:hint="eastAsia"/>
          <w:rtl/>
        </w:rPr>
        <w:t>شر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ف‌امام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نه م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توانست</w:t>
      </w:r>
      <w:r w:rsidRPr="0032040C">
        <w:rPr>
          <w:rFonts w:ascii="Tahoma" w:hAnsi="Tahoma" w:cs="Tahoma"/>
          <w:rtl/>
        </w:rPr>
        <w:t xml:space="preserve"> با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به توافق برسد و نه قادر بود اعتصاب‌ها و تظاهرات را متوقف کند. دولت آشت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مل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حکومت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هنوز ابزار قدرت را در اخت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ار</w:t>
      </w:r>
      <w:r w:rsidRPr="0032040C">
        <w:rPr>
          <w:rFonts w:ascii="Tahoma" w:hAnsi="Tahoma" w:cs="Tahoma"/>
          <w:rtl/>
        </w:rPr>
        <w:t xml:space="preserve"> داشت و رهبر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حاضر به 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چ</w:t>
      </w:r>
      <w:r w:rsidRPr="0032040C">
        <w:rPr>
          <w:rFonts w:ascii="Tahoma" w:hAnsi="Tahoma" w:cs="Tahoma"/>
          <w:rtl/>
        </w:rPr>
        <w:t xml:space="preserve"> سازش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جز رفتن شاه نبود، ب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معنا</w:t>
      </w:r>
      <w:r w:rsidRPr="0032040C">
        <w:rPr>
          <w:rFonts w:ascii="Tahoma" w:hAnsi="Tahoma" w:cs="Tahoma"/>
          <w:rtl/>
        </w:rPr>
        <w:t xml:space="preserve"> شده بود. استعفا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او و رو</w:t>
      </w:r>
      <w:r w:rsidRPr="0032040C">
        <w:rPr>
          <w:rFonts w:ascii="Tahoma" w:hAnsi="Tahoma" w:cs="Tahoma" w:hint="cs"/>
          <w:rtl/>
        </w:rPr>
        <w:t>ی‌</w:t>
      </w:r>
      <w:r w:rsidRPr="0032040C">
        <w:rPr>
          <w:rFonts w:ascii="Tahoma" w:hAnsi="Tahoma" w:cs="Tahoma" w:hint="eastAsia"/>
          <w:rtl/>
        </w:rPr>
        <w:t>کارآمدن</w:t>
      </w:r>
      <w:r w:rsidRPr="0032040C">
        <w:rPr>
          <w:rFonts w:ascii="Tahoma" w:hAnsi="Tahoma" w:cs="Tahoma"/>
          <w:rtl/>
        </w:rPr>
        <w:t xml:space="preserve"> دولت ن</w:t>
      </w:r>
      <w:r w:rsidRPr="0032040C">
        <w:rPr>
          <w:rFonts w:ascii="Tahoma" w:hAnsi="Tahoma" w:cs="Tahoma" w:hint="eastAsia"/>
          <w:rtl/>
        </w:rPr>
        <w:t>ظام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ارتشبد غلامرضا ازهار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آخر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/>
          <w:rtl/>
        </w:rPr>
        <w:t xml:space="preserve"> کوشش شاه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بازگرداندن اقتدار از راه ارتش بود.</w:t>
      </w:r>
    </w:p>
    <w:p w:rsidR="007B604F" w:rsidRDefault="0032040C" w:rsidP="0032040C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32040C">
        <w:rPr>
          <w:rFonts w:ascii="Tahoma" w:hAnsi="Tahoma" w:cs="Tahoma" w:hint="eastAsia"/>
          <w:rtl/>
        </w:rPr>
        <w:t>اما</w:t>
      </w:r>
      <w:r w:rsidRPr="0032040C">
        <w:rPr>
          <w:rFonts w:ascii="Tahoma" w:hAnsi="Tahoma" w:cs="Tahoma"/>
          <w:rtl/>
        </w:rPr>
        <w:t xml:space="preserve"> ارتش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که فرماندهانش همهٔ عمر به تصم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</w:t>
      </w:r>
      <w:r w:rsidRPr="0032040C">
        <w:rPr>
          <w:rFonts w:ascii="Tahoma" w:hAnsi="Tahoma" w:cs="Tahoma"/>
          <w:rtl/>
        </w:rPr>
        <w:t xml:space="preserve"> شاه وابسته بودند، اکنون با پادشاه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مار</w:t>
      </w:r>
      <w:r w:rsidRPr="0032040C">
        <w:rPr>
          <w:rFonts w:ascii="Tahoma" w:hAnsi="Tahoma" w:cs="Tahoma"/>
          <w:rtl/>
        </w:rPr>
        <w:t xml:space="preserve"> و مردد روبه‌رو بود. مرحلهٔ بعد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بحران نشان خواهد داد که چگونه دولت نظام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بدون ارادهٔ روشن برا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استفاده از قدرت شکست خورد، اعتصاب نفت حکومت را از درآمد محروم ساخت و تماس‌ها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</w:t>
      </w:r>
      <w:r w:rsidRPr="0032040C">
        <w:rPr>
          <w:rFonts w:ascii="Tahoma" w:hAnsi="Tahoma" w:cs="Tahoma" w:hint="eastAsia"/>
          <w:rtl/>
        </w:rPr>
        <w:t>دولت</w:t>
      </w:r>
      <w:r w:rsidRPr="0032040C">
        <w:rPr>
          <w:rFonts w:ascii="Tahoma" w:hAnsi="Tahoma" w:cs="Tahoma"/>
          <w:rtl/>
        </w:rPr>
        <w:t xml:space="preserve"> کارتر با اطراف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ان</w:t>
      </w:r>
      <w:r w:rsidRPr="0032040C">
        <w:rPr>
          <w:rFonts w:ascii="Tahoma" w:hAnsi="Tahoma" w:cs="Tahoma"/>
          <w:rtl/>
        </w:rPr>
        <w:t xml:space="preserve"> خم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ن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،</w:t>
      </w:r>
      <w:r w:rsidRPr="0032040C">
        <w:rPr>
          <w:rFonts w:ascii="Tahoma" w:hAnsi="Tahoma" w:cs="Tahoma"/>
          <w:rtl/>
        </w:rPr>
        <w:t xml:space="preserve"> مسئلهٔ حفظ شاه را به چگونگ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/>
          <w:rtl/>
        </w:rPr>
        <w:t xml:space="preserve"> انتقال قدرت پس از او تبد</w:t>
      </w:r>
      <w:r w:rsidRPr="0032040C">
        <w:rPr>
          <w:rFonts w:ascii="Tahoma" w:hAnsi="Tahoma" w:cs="Tahoma" w:hint="cs"/>
          <w:rtl/>
        </w:rPr>
        <w:t>ی</w:t>
      </w:r>
      <w:r w:rsidRPr="0032040C">
        <w:rPr>
          <w:rFonts w:ascii="Tahoma" w:hAnsi="Tahoma" w:cs="Tahoma" w:hint="eastAsia"/>
          <w:rtl/>
        </w:rPr>
        <w:t>ل</w:t>
      </w:r>
      <w:r w:rsidRPr="0032040C">
        <w:rPr>
          <w:rFonts w:ascii="Tahoma" w:hAnsi="Tahoma" w:cs="Tahoma"/>
          <w:rtl/>
        </w:rPr>
        <w:t xml:space="preserve"> کرد.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دولت</w:t>
      </w:r>
      <w:r w:rsidRPr="004E77D4">
        <w:rPr>
          <w:rFonts w:ascii="Tahoma" w:hAnsi="Tahoma" w:cs="Tahoma"/>
          <w:rtl/>
        </w:rPr>
        <w:t xml:space="preserve"> شر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ف‌امام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زدهم</w:t>
      </w:r>
      <w:r w:rsidRPr="004E77D4">
        <w:rPr>
          <w:rFonts w:ascii="Tahoma" w:hAnsi="Tahoma" w:cs="Tahoma"/>
          <w:rtl/>
        </w:rPr>
        <w:t xml:space="preserve"> آبان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>، پس از گسترش اعتصاب‌ها، آشوب‌ها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ناتوان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تحقق آشت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از کار کنار رفت. شاه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بار به ارتش پناه برد و ارتشبد غلامرضا ازهار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رئ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</w:t>
      </w:r>
      <w:r w:rsidRPr="004E77D4">
        <w:rPr>
          <w:rFonts w:ascii="Tahoma" w:hAnsi="Tahoma" w:cs="Tahoma"/>
          <w:rtl/>
        </w:rPr>
        <w:t xml:space="preserve"> ستاد بزرگ‌ارتشتاران، را مأمور تشک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دولت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نگاه نخست،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بازگشت به روش </w:t>
      </w:r>
      <w:r w:rsidRPr="004E77D4">
        <w:rPr>
          <w:rFonts w:ascii="Tahoma" w:hAnsi="Tahoma" w:cs="Tahoma"/>
          <w:rtl/>
          <w:lang w:bidi="fa-IR"/>
        </w:rPr>
        <w:t>۱۵</w:t>
      </w:r>
      <w:r w:rsidRPr="004E77D4">
        <w:rPr>
          <w:rFonts w:ascii="Tahoma" w:hAnsi="Tahoma" w:cs="Tahoma"/>
          <w:rtl/>
        </w:rPr>
        <w:t xml:space="preserve"> خرداد </w:t>
      </w:r>
      <w:r w:rsidRPr="004E77D4">
        <w:rPr>
          <w:rFonts w:ascii="Tahoma" w:hAnsi="Tahoma" w:cs="Tahoma"/>
          <w:rtl/>
          <w:lang w:bidi="fa-IR"/>
        </w:rPr>
        <w:t>۱۳۴۲</w:t>
      </w:r>
      <w:r w:rsidRPr="004E77D4">
        <w:rPr>
          <w:rFonts w:ascii="Tahoma" w:hAnsi="Tahoma" w:cs="Tahoma"/>
          <w:rtl/>
        </w:rPr>
        <w:t xml:space="preserve"> باشد. ارتش هنوز از تجه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زات،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/>
          <w:rtl/>
        </w:rPr>
        <w:t xml:space="preserve"> و سازمان گسترده‌ا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برخوردار بود. حکومت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برقرار شده بود و مخالفان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هنوز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مسلح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نداشتند که بتواند در نبرد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مستق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ارتش را شکست دهد. اگر مسئله فقط توان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بود، حکومت شاه همچنان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اعتراض‌ها را سرکوب کند.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اما</w:t>
      </w:r>
      <w:r w:rsidRPr="004E77D4">
        <w:rPr>
          <w:rFonts w:ascii="Tahoma" w:hAnsi="Tahoma" w:cs="Tahoma"/>
          <w:rtl/>
        </w:rPr>
        <w:t xml:space="preserve"> آنچه در سال </w:t>
      </w:r>
      <w:r w:rsidRPr="004E77D4">
        <w:rPr>
          <w:rFonts w:ascii="Tahoma" w:hAnsi="Tahoma" w:cs="Tahoma"/>
          <w:rtl/>
          <w:lang w:bidi="fa-IR"/>
        </w:rPr>
        <w:t>۱۳۴۲</w:t>
      </w:r>
      <w:r w:rsidRPr="004E77D4">
        <w:rPr>
          <w:rFonts w:ascii="Tahoma" w:hAnsi="Tahoma" w:cs="Tahoma"/>
          <w:rtl/>
        </w:rPr>
        <w:t xml:space="preserve"> وجود داشت و در سال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 xml:space="preserve"> از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رفته بود، ارادهٔ روشن مرکز فرمانده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بود. در </w:t>
      </w:r>
      <w:r w:rsidRPr="004E77D4">
        <w:rPr>
          <w:rFonts w:ascii="Tahoma" w:hAnsi="Tahoma" w:cs="Tahoma"/>
          <w:rtl/>
          <w:lang w:bidi="fa-IR"/>
        </w:rPr>
        <w:t>۱۵</w:t>
      </w:r>
      <w:r w:rsidRPr="004E77D4">
        <w:rPr>
          <w:rFonts w:ascii="Tahoma" w:hAnsi="Tahoma" w:cs="Tahoma"/>
          <w:rtl/>
        </w:rPr>
        <w:t xml:space="preserve"> خرداد، شاه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</w:t>
      </w:r>
      <w:r w:rsidRPr="004E77D4">
        <w:rPr>
          <w:rFonts w:ascii="Tahoma" w:hAnsi="Tahoma" w:cs="Tahoma"/>
          <w:rtl/>
        </w:rPr>
        <w:t xml:space="preserve"> چه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خواهد</w:t>
      </w:r>
      <w:r w:rsidRPr="004E77D4">
        <w:rPr>
          <w:rFonts w:ascii="Tahoma" w:hAnsi="Tahoma" w:cs="Tahoma"/>
          <w:rtl/>
        </w:rPr>
        <w:t xml:space="preserve"> و فرماندهان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دانستند</w:t>
      </w:r>
      <w:r w:rsidRPr="004E77D4">
        <w:rPr>
          <w:rFonts w:ascii="Tahoma" w:hAnsi="Tahoma" w:cs="Tahoma"/>
          <w:rtl/>
        </w:rPr>
        <w:t xml:space="preserve"> که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اعتراض‌ها را سرکوب کنند. در آبان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>، شاه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حفظ حکومت،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خون‌ر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جلب رضا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کارتر و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افتن</w:t>
      </w:r>
      <w:r w:rsidRPr="004E77D4">
        <w:rPr>
          <w:rFonts w:ascii="Tahoma" w:hAnsi="Tahoma" w:cs="Tahoma"/>
          <w:rtl/>
        </w:rPr>
        <w:t xml:space="preserve"> راه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آشت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مخالفان سرگردان بود.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دولت</w:t>
      </w:r>
      <w:r w:rsidRPr="004E77D4">
        <w:rPr>
          <w:rFonts w:ascii="Tahoma" w:hAnsi="Tahoma" w:cs="Tahoma"/>
          <w:rtl/>
        </w:rPr>
        <w:t xml:space="preserve">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بدون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روشن دربارهٔ کاربرد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تشک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شد. ازهار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لباس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 تن داشت، اما مأمور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تش</w:t>
      </w:r>
      <w:r w:rsidRPr="004E77D4">
        <w:rPr>
          <w:rFonts w:ascii="Tahoma" w:hAnsi="Tahoma" w:cs="Tahoma"/>
          <w:rtl/>
        </w:rPr>
        <w:t xml:space="preserve"> فقط سرکوب نبود. او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هم نظم را برقرار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کرد،</w:t>
      </w:r>
      <w:r w:rsidRPr="004E77D4">
        <w:rPr>
          <w:rFonts w:ascii="Tahoma" w:hAnsi="Tahoma" w:cs="Tahoma"/>
          <w:rtl/>
        </w:rPr>
        <w:t xml:space="preserve"> هم اصلاحات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ادامه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</w:t>
      </w:r>
      <w:r w:rsidRPr="004E77D4">
        <w:rPr>
          <w:rFonts w:ascii="Tahoma" w:hAnsi="Tahoma" w:cs="Tahoma"/>
          <w:rtl/>
        </w:rPr>
        <w:t xml:space="preserve"> و هم راه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ان‌دادن</w:t>
      </w:r>
      <w:r w:rsidRPr="004E77D4">
        <w:rPr>
          <w:rFonts w:ascii="Tahoma" w:hAnsi="Tahoma" w:cs="Tahoma"/>
          <w:rtl/>
        </w:rPr>
        <w:t xml:space="preserve"> به اعتصاب‌ها م</w:t>
      </w:r>
      <w:r w:rsidRPr="004E77D4">
        <w:rPr>
          <w:rFonts w:ascii="Tahoma" w:hAnsi="Tahoma" w:cs="Tahoma" w:hint="cs"/>
          <w:rtl/>
        </w:rPr>
        <w:t>ی‌ی</w:t>
      </w:r>
      <w:r w:rsidRPr="004E77D4">
        <w:rPr>
          <w:rFonts w:ascii="Tahoma" w:hAnsi="Tahoma" w:cs="Tahoma" w:hint="eastAsia"/>
          <w:rtl/>
        </w:rPr>
        <w:t>افت</w:t>
      </w:r>
      <w:r w:rsidRPr="004E77D4">
        <w:rPr>
          <w:rFonts w:ascii="Tahoma" w:hAnsi="Tahoma" w:cs="Tahoma"/>
          <w:rtl/>
        </w:rPr>
        <w:t>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مجموعهٔ متناقض از وظا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ف،</w:t>
      </w:r>
      <w:r w:rsidRPr="004E77D4">
        <w:rPr>
          <w:rFonts w:ascii="Tahoma" w:hAnsi="Tahoma" w:cs="Tahoma"/>
          <w:rtl/>
        </w:rPr>
        <w:t xml:space="preserve"> دولت او را از همان آغاز ناتوان ساخت.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هم‌زمان</w:t>
      </w:r>
      <w:r w:rsidRPr="004E77D4">
        <w:rPr>
          <w:rFonts w:ascii="Tahoma" w:hAnsi="Tahoma" w:cs="Tahoma"/>
          <w:rtl/>
        </w:rPr>
        <w:t xml:space="preserve"> با تشک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دولت ازهار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شاه در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تلو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مردم سخن گفت و اعلام کرد: «من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</w:t>
      </w:r>
      <w:r w:rsidRPr="004E77D4">
        <w:rPr>
          <w:rFonts w:ascii="Tahoma" w:hAnsi="Tahoma" w:cs="Tahoma"/>
          <w:rtl/>
        </w:rPr>
        <w:t xml:space="preserve"> انقلاب شما ملت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را شن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دم</w:t>
      </w:r>
      <w:r w:rsidRPr="004E77D4">
        <w:rPr>
          <w:rFonts w:ascii="Tahoma" w:hAnsi="Tahoma" w:cs="Tahoma"/>
          <w:rtl/>
        </w:rPr>
        <w:t>.» او از خطاها، ظلم، فساد و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سخن گفت و وعده داد گذشته تکرار نخواهد شد.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</w:t>
      </w:r>
      <w:r w:rsidRPr="004E77D4">
        <w:rPr>
          <w:rFonts w:ascii="Tahoma" w:hAnsi="Tahoma" w:cs="Tahoma"/>
          <w:rtl/>
        </w:rPr>
        <w:t xml:space="preserve"> شا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با هدف آرام‌کردن جامعه و جداکردن معترض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انه‌رو</w:t>
      </w:r>
      <w:r w:rsidRPr="004E77D4">
        <w:rPr>
          <w:rFonts w:ascii="Tahoma" w:hAnsi="Tahoma" w:cs="Tahoma"/>
          <w:rtl/>
        </w:rPr>
        <w:t xml:space="preserve"> از انقلاب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صادر شده بود؛ اما 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معکوس داشت.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پادشاه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سال‌ها مخالفان را اقل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ناچ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ز،</w:t>
      </w:r>
      <w:r w:rsidRPr="004E77D4">
        <w:rPr>
          <w:rFonts w:ascii="Tahoma" w:hAnsi="Tahoma" w:cs="Tahoma"/>
          <w:rtl/>
        </w:rPr>
        <w:t xml:space="preserve"> مرتجع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وابسته به خارج معرف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کرده بود، اکنون وجود انقلاب را به رسم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شناخت</w:t>
      </w:r>
      <w:r w:rsidRPr="004E77D4">
        <w:rPr>
          <w:rFonts w:ascii="Tahoma" w:hAnsi="Tahoma" w:cs="Tahoma"/>
          <w:rtl/>
        </w:rPr>
        <w:t>. اعتراف او به فساد و ظلم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پرسش را پد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آورد</w:t>
      </w:r>
      <w:r w:rsidRPr="004E77D4">
        <w:rPr>
          <w:rFonts w:ascii="Tahoma" w:hAnsi="Tahoma" w:cs="Tahoma"/>
          <w:rtl/>
        </w:rPr>
        <w:t xml:space="preserve"> که اگر چن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نابسامان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وجود داشته‌اند، چه کس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جز خود شاه که همهٔ قدرت را در </w:t>
      </w:r>
      <w:r w:rsidRPr="004E77D4">
        <w:rPr>
          <w:rFonts w:ascii="Tahoma" w:hAnsi="Tahoma" w:cs="Tahoma" w:hint="eastAsia"/>
          <w:rtl/>
        </w:rPr>
        <w:t>دست</w:t>
      </w:r>
      <w:r w:rsidRPr="004E77D4">
        <w:rPr>
          <w:rFonts w:ascii="Tahoma" w:hAnsi="Tahoma" w:cs="Tahoma"/>
          <w:rtl/>
        </w:rPr>
        <w:t xml:space="preserve"> داشت مسئول آنهاست؟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حکومت مشروطه، پادشاه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دولت را مسئول خطاها بداند و با تغ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راه اصلاح را بگشا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>. اما محمدرضاشاه ط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دو دهه همهٔ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اصل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همهٔ افتخارات را به خود نسبت داده بود. اکنون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مسئول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شکست‌ها را فقط بر دوش هو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دا،</w:t>
      </w:r>
      <w:r w:rsidRPr="004E77D4">
        <w:rPr>
          <w:rFonts w:ascii="Tahoma" w:hAnsi="Tahoma" w:cs="Tahoma"/>
          <w:rtl/>
        </w:rPr>
        <w:t xml:space="preserve"> آموزگار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شر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>ف‌امام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بگذارد. مردم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دانستند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مجر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ارادهٔ او بوده‌اند.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</w:t>
      </w:r>
      <w:r w:rsidRPr="004E77D4">
        <w:rPr>
          <w:rFonts w:ascii="Tahoma" w:hAnsi="Tahoma" w:cs="Tahoma"/>
          <w:rtl/>
        </w:rPr>
        <w:t xml:space="preserve"> شاه همچن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به مخالفان نشان داد که فشار 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جه</w:t>
      </w:r>
      <w:r w:rsidRPr="004E77D4">
        <w:rPr>
          <w:rFonts w:ascii="Tahoma" w:hAnsi="Tahoma" w:cs="Tahoma"/>
          <w:rtl/>
        </w:rPr>
        <w:t xml:space="preserve"> داده است.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آن را نشانهٔ ضعف و فر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ب‌کار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حکومت خواند و بار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هرگونه سازش را رد کرد. هنگام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شاه از انقلاب سخن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گفت،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بگو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انقلاب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تا برکنار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کامل او ادامه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دولت</w:t>
      </w:r>
      <w:r w:rsidRPr="004E77D4">
        <w:rPr>
          <w:rFonts w:ascii="Tahoma" w:hAnsi="Tahoma" w:cs="Tahoma"/>
          <w:rtl/>
        </w:rPr>
        <w:t xml:space="preserve"> ازهار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شمار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رجال و مقامات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را به اتهام فساد بازداشت کرد. 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رعباس</w:t>
      </w:r>
      <w:r w:rsidRPr="004E77D4">
        <w:rPr>
          <w:rFonts w:ascii="Tahoma" w:hAnsi="Tahoma" w:cs="Tahoma"/>
          <w:rtl/>
        </w:rPr>
        <w:t xml:space="preserve"> هو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دا،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زده‌سالهٔ</w:t>
      </w:r>
      <w:r w:rsidRPr="004E77D4">
        <w:rPr>
          <w:rFonts w:ascii="Tahoma" w:hAnsi="Tahoma" w:cs="Tahoma"/>
          <w:rtl/>
        </w:rPr>
        <w:t xml:space="preserve"> شاه، از جملهٔ بازداشت‌شدگان بود. حکومت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خواست</w:t>
      </w:r>
      <w:r w:rsidRPr="004E77D4">
        <w:rPr>
          <w:rFonts w:ascii="Tahoma" w:hAnsi="Tahoma" w:cs="Tahoma"/>
          <w:rtl/>
        </w:rPr>
        <w:t xml:space="preserve"> با مجازات برخ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مسئولان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نشان دهد که آمادهٔ پاک‌ساز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اصلاح است؛ اما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اقدام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رهنگام</w:t>
      </w:r>
      <w:r w:rsidRPr="004E77D4">
        <w:rPr>
          <w:rFonts w:ascii="Tahoma" w:hAnsi="Tahoma" w:cs="Tahoma"/>
          <w:rtl/>
        </w:rPr>
        <w:t xml:space="preserve"> و متناقض بود.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اگر</w:t>
      </w:r>
      <w:r w:rsidRPr="004E77D4">
        <w:rPr>
          <w:rFonts w:ascii="Tahoma" w:hAnsi="Tahoma" w:cs="Tahoma"/>
          <w:rtl/>
        </w:rPr>
        <w:t xml:space="preserve"> هو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</w:t>
      </w:r>
      <w:r w:rsidRPr="004E77D4">
        <w:rPr>
          <w:rFonts w:ascii="Tahoma" w:hAnsi="Tahoma" w:cs="Tahoma"/>
          <w:rtl/>
        </w:rPr>
        <w:t xml:space="preserve"> و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مقامات واقعاً مسئول فساد و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بودند، چرا سال‌ها در مقام خود باق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مانده بودند و مورد اعتماد شاه قرار داشتند؟ و اگر فقط مجر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پادشاه بودند، چرا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به‌عنوان عاملان مستقل خطا مجازات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شدند؟</w:t>
      </w:r>
      <w:r w:rsidRPr="004E77D4">
        <w:rPr>
          <w:rFonts w:ascii="Tahoma" w:hAnsi="Tahoma" w:cs="Tahoma"/>
          <w:rtl/>
        </w:rPr>
        <w:t xml:space="preserve"> بازداشت آنان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از آنکه اعتماد </w:t>
      </w:r>
      <w:r w:rsidRPr="004E77D4">
        <w:rPr>
          <w:rFonts w:ascii="Tahoma" w:hAnsi="Tahoma" w:cs="Tahoma" w:hint="eastAsia"/>
          <w:rtl/>
        </w:rPr>
        <w:t>عموم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بازگرداند،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تصور را تقو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کرد که شاه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حفظ خود نزد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ک‌تر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خدمتگزارانش را قربان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کند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رهاکردن</w:t>
      </w:r>
      <w:r w:rsidRPr="004E77D4">
        <w:rPr>
          <w:rFonts w:ascii="Tahoma" w:hAnsi="Tahoma" w:cs="Tahoma"/>
          <w:rtl/>
        </w:rPr>
        <w:t xml:space="preserve"> هو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</w:t>
      </w:r>
      <w:r w:rsidRPr="004E77D4">
        <w:rPr>
          <w:rFonts w:ascii="Tahoma" w:hAnsi="Tahoma" w:cs="Tahoma"/>
          <w:rtl/>
        </w:rPr>
        <w:t xml:space="preserve"> در زندان، در حال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حکومت به سو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فروپاش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رفت،</w:t>
      </w:r>
      <w:r w:rsidRPr="004E77D4">
        <w:rPr>
          <w:rFonts w:ascii="Tahoma" w:hAnsi="Tahoma" w:cs="Tahoma"/>
          <w:rtl/>
        </w:rPr>
        <w:t xml:space="preserve"> بعدها معنا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هولناک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</w:t>
      </w:r>
      <w:r w:rsidRPr="004E77D4">
        <w:rPr>
          <w:rFonts w:ascii="Tahoma" w:hAnsi="Tahoma" w:cs="Tahoma"/>
          <w:rtl/>
        </w:rPr>
        <w:t>. شاه کشور را ترک کرد، اما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وفادارش در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انقلاب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باق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ماند و پس از انقلاب اعدام شد.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حادثه نشان داد که در حکومت شخص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وفادار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ک‌طرفه</w:t>
      </w:r>
      <w:r w:rsidRPr="004E77D4">
        <w:rPr>
          <w:rFonts w:ascii="Tahoma" w:hAnsi="Tahoma" w:cs="Tahoma"/>
          <w:rtl/>
        </w:rPr>
        <w:t xml:space="preserve"> است: خدمتگزار ه</w:t>
      </w:r>
      <w:r w:rsidRPr="004E77D4">
        <w:rPr>
          <w:rFonts w:ascii="Tahoma" w:hAnsi="Tahoma" w:cs="Tahoma" w:hint="eastAsia"/>
          <w:rtl/>
        </w:rPr>
        <w:t>مه‌چ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خود را به فرمانروا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سپارد،</w:t>
      </w:r>
      <w:r w:rsidRPr="004E77D4">
        <w:rPr>
          <w:rFonts w:ascii="Tahoma" w:hAnsi="Tahoma" w:cs="Tahoma"/>
          <w:rtl/>
        </w:rPr>
        <w:t xml:space="preserve"> اما فرمانروا در لحظهٔ خطر الزاماً قادر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آمادهٔ نجات او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اعتصاب‌ها</w:t>
      </w:r>
      <w:r w:rsidRPr="004E77D4">
        <w:rPr>
          <w:rFonts w:ascii="Tahoma" w:hAnsi="Tahoma" w:cs="Tahoma"/>
          <w:rtl/>
        </w:rPr>
        <w:t xml:space="preserve"> در دوران دولت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گسترش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افتند</w:t>
      </w:r>
      <w:r w:rsidRPr="004E77D4">
        <w:rPr>
          <w:rFonts w:ascii="Tahoma" w:hAnsi="Tahoma" w:cs="Tahoma"/>
          <w:rtl/>
        </w:rPr>
        <w:t>. کارکنان وزارتخانه‌ها، بانک‌ها، مدارس، دانشگاه‌ها، راه‌آهن، پست، راد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</w:t>
      </w:r>
      <w:r w:rsidRPr="004E77D4">
        <w:rPr>
          <w:rFonts w:ascii="Tahoma" w:hAnsi="Tahoma" w:cs="Tahoma"/>
          <w:rtl/>
        </w:rPr>
        <w:t xml:space="preserve"> و تلو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ون</w:t>
      </w:r>
      <w:r w:rsidRPr="004E77D4">
        <w:rPr>
          <w:rFonts w:ascii="Tahoma" w:hAnsi="Tahoma" w:cs="Tahoma"/>
          <w:rtl/>
        </w:rPr>
        <w:t xml:space="preserve"> و صنا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ع</w:t>
      </w:r>
      <w:r w:rsidRPr="004E77D4">
        <w:rPr>
          <w:rFonts w:ascii="Tahoma" w:hAnsi="Tahoma" w:cs="Tahoma"/>
          <w:rtl/>
        </w:rPr>
        <w:t xml:space="preserve"> بزرگ از کار دست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دند</w:t>
      </w:r>
      <w:r w:rsidRPr="004E77D4">
        <w:rPr>
          <w:rFonts w:ascii="Tahoma" w:hAnsi="Tahoma" w:cs="Tahoma"/>
          <w:rtl/>
        </w:rPr>
        <w:t>. دستگاه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حکومت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اجرا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کرد،</w:t>
      </w:r>
      <w:r w:rsidRPr="004E77D4">
        <w:rPr>
          <w:rFonts w:ascii="Tahoma" w:hAnsi="Tahoma" w:cs="Tahoma"/>
          <w:rtl/>
        </w:rPr>
        <w:t xml:space="preserve"> خود در حال خروج از فرمان حکومت بود.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مهم‌تر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اعتصاب در صنعت نفت رخ داد. درآمد نفت سرچشمهٔ قدرت اقتصاد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حکومت و وس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لهٔ</w:t>
      </w:r>
      <w:r w:rsidRPr="004E77D4">
        <w:rPr>
          <w:rFonts w:ascii="Tahoma" w:hAnsi="Tahoma" w:cs="Tahoma"/>
          <w:rtl/>
        </w:rPr>
        <w:t xml:space="preserve"> پرداخت هز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ارتش،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وانسالار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برنامه‌ها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عمران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بود. کاهش تول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و صادرات نفت نه‌تنها فشار مال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جاد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کرد،</w:t>
      </w:r>
      <w:r w:rsidRPr="004E77D4">
        <w:rPr>
          <w:rFonts w:ascii="Tahoma" w:hAnsi="Tahoma" w:cs="Tahoma"/>
          <w:rtl/>
        </w:rPr>
        <w:t xml:space="preserve"> بلکه نشان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</w:t>
      </w:r>
      <w:r w:rsidRPr="004E77D4">
        <w:rPr>
          <w:rFonts w:ascii="Tahoma" w:hAnsi="Tahoma" w:cs="Tahoma"/>
          <w:rtl/>
        </w:rPr>
        <w:t xml:space="preserve"> شاه حت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 صنعت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هٔ</w:t>
      </w:r>
      <w:r w:rsidRPr="004E77D4">
        <w:rPr>
          <w:rFonts w:ascii="Tahoma" w:hAnsi="Tahoma" w:cs="Tahoma"/>
          <w:rtl/>
        </w:rPr>
        <w:t xml:space="preserve"> قدرتش بود کنترل کامل ندارد.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کارگران</w:t>
      </w:r>
      <w:r w:rsidRPr="004E77D4">
        <w:rPr>
          <w:rFonts w:ascii="Tahoma" w:hAnsi="Tahoma" w:cs="Tahoma"/>
          <w:rtl/>
        </w:rPr>
        <w:t xml:space="preserve"> نفت از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صنف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باز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شدند. آنان با متوقف‌کردن تول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توانستند</w:t>
      </w:r>
      <w:r w:rsidRPr="004E77D4">
        <w:rPr>
          <w:rFonts w:ascii="Tahoma" w:hAnsi="Tahoma" w:cs="Tahoma"/>
          <w:rtl/>
        </w:rPr>
        <w:t xml:space="preserve"> کار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انجام دهند که تظاهرات 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به‌تنها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قادر به آن نبود: حکومت را از منبع اصل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درآمدش محروم کنند.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از اعتصاب‌ها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 xml:space="preserve"> و کم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ته‌ها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تنظ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eastAsia"/>
          <w:rtl/>
        </w:rPr>
        <w:t>حداقل</w:t>
      </w:r>
      <w:r w:rsidRPr="004E77D4">
        <w:rPr>
          <w:rFonts w:ascii="Tahoma" w:hAnsi="Tahoma" w:cs="Tahoma"/>
          <w:rtl/>
        </w:rPr>
        <w:t xml:space="preserve"> تول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لازم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مصرف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شکل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گرفتند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تحول نشانهٔ انتقال تدر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ادارهٔ کشور از حکومت رسم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شبکه‌ها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بود. هنوز دولت، وزارتخانه و شرکت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نفت وجود داشتند؛ اما در برخ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موارد،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دربارهٔ کارکرد آنها از جا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آمد</w:t>
      </w:r>
      <w:r w:rsidRPr="004E77D4">
        <w:rPr>
          <w:rFonts w:ascii="Tahoma" w:hAnsi="Tahoma" w:cs="Tahoma"/>
          <w:rtl/>
        </w:rPr>
        <w:t>.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دستور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از فرمان 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اثر داشته باشد.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از راه مسجدها و بازار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اعتصاب‌کنندگان پول و کمک فراهم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>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پشت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بان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امکان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</w:t>
      </w:r>
      <w:r w:rsidRPr="004E77D4">
        <w:rPr>
          <w:rFonts w:ascii="Tahoma" w:hAnsi="Tahoma" w:cs="Tahoma"/>
          <w:rtl/>
        </w:rPr>
        <w:t xml:space="preserve"> اعتصاب‌ها طولان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تر</w:t>
      </w:r>
      <w:r w:rsidRPr="004E77D4">
        <w:rPr>
          <w:rFonts w:ascii="Tahoma" w:hAnsi="Tahoma" w:cs="Tahoma"/>
          <w:rtl/>
        </w:rPr>
        <w:t xml:space="preserve"> شوند.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حزب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سرکوب‌شده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چن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شبکه‌ا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در سراسر کشور اداره کند، اما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وند</w:t>
      </w:r>
      <w:r w:rsidRPr="004E77D4">
        <w:rPr>
          <w:rFonts w:ascii="Tahoma" w:hAnsi="Tahoma" w:cs="Tahoma"/>
          <w:rtl/>
        </w:rPr>
        <w:t xml:space="preserve"> سنت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و بازار منابع مال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اجتماع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لازم را فراهم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آورد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مرحله،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فقط تظاهرات را هدا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کردند؛</w:t>
      </w:r>
      <w:r w:rsidRPr="004E77D4">
        <w:rPr>
          <w:rFonts w:ascii="Tahoma" w:hAnsi="Tahoma" w:cs="Tahoma"/>
          <w:rtl/>
        </w:rPr>
        <w:t xml:space="preserve"> آرام‌آرام وظا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برعهده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گرفتند</w:t>
      </w:r>
      <w:r w:rsidRPr="004E77D4">
        <w:rPr>
          <w:rFonts w:ascii="Tahoma" w:hAnsi="Tahoma" w:cs="Tahoma"/>
          <w:rtl/>
        </w:rPr>
        <w:t xml:space="preserve"> که به حکومت تعلق داشت. جمع‌آور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پول، کمک به خانواده‌ها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اعتصاب‌کنندگان، انتقال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ام،</w:t>
      </w:r>
      <w:r w:rsidRPr="004E77D4">
        <w:rPr>
          <w:rFonts w:ascii="Tahoma" w:hAnsi="Tahoma" w:cs="Tahoma"/>
          <w:rtl/>
        </w:rPr>
        <w:t xml:space="preserve"> حل اختلاف و تنظ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حرکت‌ها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عموم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نمونه‌ها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از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قدرت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مواز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بودند. هرچه </w:t>
      </w:r>
      <w:r w:rsidRPr="004E77D4">
        <w:rPr>
          <w:rFonts w:ascii="Tahoma" w:hAnsi="Tahoma" w:cs="Tahoma" w:hint="eastAsia"/>
          <w:rtl/>
        </w:rPr>
        <w:t>حکومت</w:t>
      </w:r>
      <w:r w:rsidRPr="004E77D4">
        <w:rPr>
          <w:rFonts w:ascii="Tahoma" w:hAnsi="Tahoma" w:cs="Tahoma"/>
          <w:rtl/>
        </w:rPr>
        <w:t xml:space="preserve"> رسم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ضع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ف‌تر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قدرت مواز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گسترش م</w:t>
      </w:r>
      <w:r w:rsidRPr="004E77D4">
        <w:rPr>
          <w:rFonts w:ascii="Tahoma" w:hAnsi="Tahoma" w:cs="Tahoma" w:hint="cs"/>
          <w:rtl/>
        </w:rPr>
        <w:t>ی‌ی</w:t>
      </w:r>
      <w:r w:rsidRPr="004E77D4">
        <w:rPr>
          <w:rFonts w:ascii="Tahoma" w:hAnsi="Tahoma" w:cs="Tahoma" w:hint="eastAsia"/>
          <w:rtl/>
        </w:rPr>
        <w:t>افت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دولت</w:t>
      </w:r>
      <w:r w:rsidRPr="004E77D4">
        <w:rPr>
          <w:rFonts w:ascii="Tahoma" w:hAnsi="Tahoma" w:cs="Tahoma"/>
          <w:rtl/>
        </w:rPr>
        <w:t xml:space="preserve">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رهبران اعتصاب‌ها را بازداشت و کارگران را به زور به محل کار بازگرداند؛ اما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چن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اقدام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فرمان روشن و آمادگ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استفادهٔ گسترده از خشونت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از</w:t>
      </w:r>
      <w:r w:rsidRPr="004E77D4">
        <w:rPr>
          <w:rFonts w:ascii="Tahoma" w:hAnsi="Tahoma" w:cs="Tahoma"/>
          <w:rtl/>
        </w:rPr>
        <w:t xml:space="preserve"> داشت. شاه نه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خواست</w:t>
      </w:r>
      <w:r w:rsidRPr="004E77D4">
        <w:rPr>
          <w:rFonts w:ascii="Tahoma" w:hAnsi="Tahoma" w:cs="Tahoma"/>
          <w:rtl/>
        </w:rPr>
        <w:t xml:space="preserve"> مسئول کشتار بزرگ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شناخته شود و نه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</w:t>
      </w:r>
      <w:r w:rsidRPr="004E77D4">
        <w:rPr>
          <w:rFonts w:ascii="Tahoma" w:hAnsi="Tahoma" w:cs="Tahoma"/>
          <w:rtl/>
        </w:rPr>
        <w:t xml:space="preserve">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تا کجا از او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eastAsia"/>
          <w:rtl/>
        </w:rPr>
        <w:t>خواهد</w:t>
      </w:r>
      <w:r w:rsidRPr="004E77D4">
        <w:rPr>
          <w:rFonts w:ascii="Tahoma" w:hAnsi="Tahoma" w:cs="Tahoma"/>
          <w:rtl/>
        </w:rPr>
        <w:t xml:space="preserve"> کرد. ازهار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بدون فرمان شاه حاضر نبود مسئول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چن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جه،</w:t>
      </w:r>
      <w:r w:rsidRPr="004E77D4">
        <w:rPr>
          <w:rFonts w:ascii="Tahoma" w:hAnsi="Tahoma" w:cs="Tahoma"/>
          <w:rtl/>
        </w:rPr>
        <w:t xml:space="preserve"> ارتش در 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ابان</w:t>
      </w:r>
      <w:r w:rsidRPr="004E77D4">
        <w:rPr>
          <w:rFonts w:ascii="Tahoma" w:hAnsi="Tahoma" w:cs="Tahoma"/>
          <w:rtl/>
        </w:rPr>
        <w:t xml:space="preserve"> حضور داشت، اما قدرتش به‌طور کامل به کار گرفته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>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وضع بدتر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حالت ممکن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بود. حضور تانک و سرباز بدون ارادهٔ استفاده از آنها نه مخالفان را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ترساند</w:t>
      </w:r>
      <w:r w:rsidRPr="004E77D4">
        <w:rPr>
          <w:rFonts w:ascii="Tahoma" w:hAnsi="Tahoma" w:cs="Tahoma"/>
          <w:rtl/>
        </w:rPr>
        <w:t xml:space="preserve"> و نه اعتماد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حفظ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>. معترضان به‌تدر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eastAsia"/>
          <w:rtl/>
        </w:rPr>
        <w:t>آموختند</w:t>
      </w:r>
      <w:r w:rsidRPr="004E77D4">
        <w:rPr>
          <w:rFonts w:ascii="Tahoma" w:hAnsi="Tahoma" w:cs="Tahoma"/>
          <w:rtl/>
        </w:rPr>
        <w:t xml:space="preserve"> که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توانند</w:t>
      </w:r>
      <w:r w:rsidRPr="004E77D4">
        <w:rPr>
          <w:rFonts w:ascii="Tahoma" w:hAnsi="Tahoma" w:cs="Tahoma"/>
          <w:rtl/>
        </w:rPr>
        <w:t xml:space="preserve"> تا مرزها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تازه‌ا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بروند.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فرماندهان</w:t>
      </w:r>
      <w:r w:rsidRPr="004E77D4">
        <w:rPr>
          <w:rFonts w:ascii="Tahoma" w:hAnsi="Tahoma" w:cs="Tahoma"/>
          <w:rtl/>
        </w:rPr>
        <w:t xml:space="preserve"> ارتش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نگران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ندهٔ</w:t>
      </w:r>
      <w:r w:rsidRPr="004E77D4">
        <w:rPr>
          <w:rFonts w:ascii="Tahoma" w:hAnsi="Tahoma" w:cs="Tahoma"/>
          <w:rtl/>
        </w:rPr>
        <w:t xml:space="preserve"> خود بودند. آنان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دانستند</w:t>
      </w:r>
      <w:r w:rsidRPr="004E77D4">
        <w:rPr>
          <w:rFonts w:ascii="Tahoma" w:hAnsi="Tahoma" w:cs="Tahoma"/>
          <w:rtl/>
        </w:rPr>
        <w:t xml:space="preserve"> شاه خواهد ماند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خواهد رفت،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از سلطنت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خواهد کرد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با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توافق خواهد 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د،</w:t>
      </w:r>
      <w:r w:rsidRPr="004E77D4">
        <w:rPr>
          <w:rFonts w:ascii="Tahoma" w:hAnsi="Tahoma" w:cs="Tahoma"/>
          <w:rtl/>
        </w:rPr>
        <w:t xml:space="preserve"> و در صورت انتقال قدرت چه کس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امن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آنان و خانواده‌ها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شان</w:t>
      </w:r>
      <w:r w:rsidRPr="004E77D4">
        <w:rPr>
          <w:rFonts w:ascii="Tahoma" w:hAnsi="Tahoma" w:cs="Tahoma"/>
          <w:rtl/>
        </w:rPr>
        <w:t xml:space="preserve"> را تضم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کند</w:t>
      </w:r>
      <w:r w:rsidRPr="004E77D4">
        <w:rPr>
          <w:rFonts w:ascii="Tahoma" w:hAnsi="Tahoma" w:cs="Tahoma"/>
          <w:rtl/>
        </w:rPr>
        <w:t>. برخ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ادامهٔ مقاومت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اند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دند،</w:t>
      </w:r>
      <w:r w:rsidRPr="004E77D4">
        <w:rPr>
          <w:rFonts w:ascii="Tahoma" w:hAnsi="Tahoma" w:cs="Tahoma"/>
          <w:rtl/>
        </w:rPr>
        <w:t xml:space="preserve"> برخ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راه خروج از کشور را بررس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 xml:space="preserve"> و برخ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کوش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دند</w:t>
      </w:r>
      <w:r w:rsidRPr="004E77D4">
        <w:rPr>
          <w:rFonts w:ascii="Tahoma" w:hAnsi="Tahoma" w:cs="Tahoma"/>
          <w:rtl/>
        </w:rPr>
        <w:t xml:space="preserve"> با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احتمال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حکومت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</w:t>
      </w:r>
      <w:r w:rsidRPr="004E77D4">
        <w:rPr>
          <w:rFonts w:ascii="Tahoma" w:hAnsi="Tahoma" w:cs="Tahoma"/>
          <w:rtl/>
        </w:rPr>
        <w:t xml:space="preserve"> ارتباط برقرار کنند.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ارتش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شاه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وفادار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شخص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ساخته بود، فاقد رهبر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نهاد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مستقل بود. فرماندهان ارشد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توانستند</w:t>
      </w:r>
      <w:r w:rsidRPr="004E77D4">
        <w:rPr>
          <w:rFonts w:ascii="Tahoma" w:hAnsi="Tahoma" w:cs="Tahoma"/>
          <w:rtl/>
        </w:rPr>
        <w:t xml:space="preserve"> بدون اجازهٔ او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جمع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رند</w:t>
      </w:r>
      <w:r w:rsidRPr="004E77D4">
        <w:rPr>
          <w:rFonts w:ascii="Tahoma" w:hAnsi="Tahoma" w:cs="Tahoma"/>
          <w:rtl/>
        </w:rPr>
        <w:t xml:space="preserve"> و از کودک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آموخته بودند که شاه دربارهٔ مسائل اصل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</w:t>
      </w:r>
      <w:r w:rsidRPr="004E77D4">
        <w:rPr>
          <w:rFonts w:ascii="Tahoma" w:hAnsi="Tahoma" w:cs="Tahoma"/>
          <w:rtl/>
        </w:rPr>
        <w:t>. اکنون که شاه مردد بود، آنان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فرمان‌بر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حفظ </w:t>
      </w:r>
      <w:r w:rsidRPr="004E77D4">
        <w:rPr>
          <w:rFonts w:ascii="Tahoma" w:hAnsi="Tahoma" w:cs="Tahoma" w:hint="eastAsia"/>
          <w:rtl/>
        </w:rPr>
        <w:t>خود</w:t>
      </w:r>
      <w:r w:rsidRPr="004E77D4">
        <w:rPr>
          <w:rFonts w:ascii="Tahoma" w:hAnsi="Tahoma" w:cs="Tahoma"/>
          <w:rtl/>
        </w:rPr>
        <w:t xml:space="preserve"> سرگردان مانده بودند.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آذر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>، هم‌زمان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محرم با اوج بحران فرصت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بزرگ در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مخالفان گذاشت. عاشورا و تاسوعا به راه‌پ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ما</w:t>
      </w:r>
      <w:r w:rsidRPr="004E77D4">
        <w:rPr>
          <w:rFonts w:ascii="Tahoma" w:hAnsi="Tahoma" w:cs="Tahoma" w:hint="cs"/>
          <w:rtl/>
        </w:rPr>
        <w:t>یی‌</w:t>
      </w:r>
      <w:r w:rsidRPr="004E77D4">
        <w:rPr>
          <w:rFonts w:ascii="Tahoma" w:hAnsi="Tahoma" w:cs="Tahoma" w:hint="eastAsia"/>
          <w:rtl/>
        </w:rPr>
        <w:t>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عظ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در تهران و شهرها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تبد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شدند. شعارها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از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حول رهبر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سلطنت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کسان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شدند</w:t>
      </w:r>
      <w:r w:rsidRPr="004E77D4">
        <w:rPr>
          <w:rFonts w:ascii="Tahoma" w:hAnsi="Tahoma" w:cs="Tahoma"/>
          <w:rtl/>
        </w:rPr>
        <w:t>. جمع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ت‌ها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که در 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ابان</w:t>
      </w:r>
      <w:r w:rsidRPr="004E77D4">
        <w:rPr>
          <w:rFonts w:ascii="Tahoma" w:hAnsi="Tahoma" w:cs="Tahoma"/>
          <w:rtl/>
        </w:rPr>
        <w:t xml:space="preserve"> حرکت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کردند،</w:t>
      </w:r>
      <w:r w:rsidRPr="004E77D4">
        <w:rPr>
          <w:rFonts w:ascii="Tahoma" w:hAnsi="Tahoma" w:cs="Tahoma"/>
          <w:rtl/>
        </w:rPr>
        <w:t xml:space="preserve"> خود </w:t>
      </w:r>
      <w:r w:rsidRPr="004E77D4">
        <w:rPr>
          <w:rFonts w:ascii="Tahoma" w:hAnsi="Tahoma" w:cs="Tahoma" w:hint="eastAsia"/>
          <w:rtl/>
        </w:rPr>
        <w:t>را</w:t>
      </w:r>
      <w:r w:rsidRPr="004E77D4">
        <w:rPr>
          <w:rFonts w:ascii="Tahoma" w:hAnsi="Tahoma" w:cs="Tahoma"/>
          <w:rtl/>
        </w:rPr>
        <w:t xml:space="preserve"> نه گروه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معترض، بلکه ملت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معرف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راه‌پ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ما</w:t>
      </w:r>
      <w:r w:rsidRPr="004E77D4">
        <w:rPr>
          <w:rFonts w:ascii="Tahoma" w:hAnsi="Tahoma" w:cs="Tahoma" w:hint="cs"/>
          <w:rtl/>
        </w:rPr>
        <w:t>یی‌</w:t>
      </w:r>
      <w:r w:rsidRPr="004E77D4">
        <w:rPr>
          <w:rFonts w:ascii="Tahoma" w:hAnsi="Tahoma" w:cs="Tahoma" w:hint="eastAsia"/>
          <w:rtl/>
        </w:rPr>
        <w:t>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محرم نشان دادند که دولت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نتوانسته است جنبش را مهار کند. ارتش در برابر جمع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بزرگ از 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مستق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پره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کرد. مخالفان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پره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را نشانهٔ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ناتوان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حکومت دانستند.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هم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زمان، تصو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نوفل‌لوشاتو هر روز از راه مطبوعات، راد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</w:t>
      </w:r>
      <w:r w:rsidRPr="004E77D4">
        <w:rPr>
          <w:rFonts w:ascii="Tahoma" w:hAnsi="Tahoma" w:cs="Tahoma"/>
          <w:rtl/>
        </w:rPr>
        <w:t xml:space="preserve"> و تلو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ون‌ها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جهان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منتشر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>. خانه‌ا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ساده، درخت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ح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اط،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سالخورده و خبرنگاران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رامونش</w:t>
      </w:r>
      <w:r w:rsidRPr="004E77D4">
        <w:rPr>
          <w:rFonts w:ascii="Tahoma" w:hAnsi="Tahoma" w:cs="Tahoma"/>
          <w:rtl/>
        </w:rPr>
        <w:t xml:space="preserve"> گرد آمده بودند، تصو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مؤثر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ساخت</w:t>
      </w:r>
      <w:r w:rsidRPr="004E77D4">
        <w:rPr>
          <w:rFonts w:ascii="Tahoma" w:hAnsi="Tahoma" w:cs="Tahoma"/>
          <w:rtl/>
        </w:rPr>
        <w:t>. در برابر کاخ، ارتش، ساواک و تجمل سلطنت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سادگ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دور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قدرت معرف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ساخته و پرداختهٔ تبل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غات</w:t>
      </w:r>
      <w:r w:rsidRPr="004E77D4">
        <w:rPr>
          <w:rFonts w:ascii="Tahoma" w:hAnsi="Tahoma" w:cs="Tahoma"/>
          <w:rtl/>
        </w:rPr>
        <w:t xml:space="preserve"> به‌تنها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نبود؛ اما رسانه‌ها از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جنبه‌ها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مختلف شخص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و برنامهٔ او، همان 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برجسته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 xml:space="preserve"> که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افکار عموم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غرب قابل‌فهم و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رفتن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بود. پرسش‌ها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دشوار دربارهٔ حکومت اسلام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ولا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فق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ه،</w:t>
      </w:r>
      <w:r w:rsidRPr="004E77D4">
        <w:rPr>
          <w:rFonts w:ascii="Tahoma" w:hAnsi="Tahoma" w:cs="Tahoma"/>
          <w:rtl/>
        </w:rPr>
        <w:t xml:space="preserve"> حقوق زنان، آزاد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مخالف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و جا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گاه</w:t>
      </w:r>
      <w:r w:rsidRPr="004E77D4">
        <w:rPr>
          <w:rFonts w:ascii="Tahoma" w:hAnsi="Tahoma" w:cs="Tahoma"/>
          <w:rtl/>
        </w:rPr>
        <w:t xml:space="preserve"> شر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عت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به‌روشن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مطرح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شدند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پاسخ‌ها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مبهم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بدون بررس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انتشار م</w:t>
      </w:r>
      <w:r w:rsidRPr="004E77D4">
        <w:rPr>
          <w:rFonts w:ascii="Tahoma" w:hAnsi="Tahoma" w:cs="Tahoma" w:hint="cs"/>
          <w:rtl/>
        </w:rPr>
        <w:t>ی‌ی</w:t>
      </w:r>
      <w:r w:rsidRPr="004E77D4">
        <w:rPr>
          <w:rFonts w:ascii="Tahoma" w:hAnsi="Tahoma" w:cs="Tahoma" w:hint="eastAsia"/>
          <w:rtl/>
        </w:rPr>
        <w:t>افتند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او، به‌و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ژه</w:t>
      </w:r>
      <w:r w:rsidRPr="004E77D4">
        <w:rPr>
          <w:rFonts w:ascii="Tahoma" w:hAnsi="Tahoma" w:cs="Tahoma"/>
          <w:rtl/>
        </w:rPr>
        <w:t xml:space="preserve"> کسان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چون ابراه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زبان و ذهن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غرب را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شناختند،</w:t>
      </w:r>
      <w:r w:rsidRPr="004E77D4">
        <w:rPr>
          <w:rFonts w:ascii="Tahoma" w:hAnsi="Tahoma" w:cs="Tahoma"/>
          <w:rtl/>
        </w:rPr>
        <w:t xml:space="preserve"> در ساختن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نقش داشتند. آنان سخنان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ترجمه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دارها</w:t>
      </w:r>
      <w:r w:rsidRPr="004E77D4">
        <w:rPr>
          <w:rFonts w:ascii="Tahoma" w:hAnsi="Tahoma" w:cs="Tahoma"/>
          <w:rtl/>
        </w:rPr>
        <w:t xml:space="preserve"> را تنظ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نمودند</w:t>
      </w:r>
      <w:r w:rsidRPr="004E77D4">
        <w:rPr>
          <w:rFonts w:ascii="Tahoma" w:hAnsi="Tahoma" w:cs="Tahoma"/>
          <w:rtl/>
        </w:rPr>
        <w:t xml:space="preserve"> و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کوش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دند</w:t>
      </w:r>
      <w:r w:rsidRPr="004E77D4">
        <w:rPr>
          <w:rFonts w:ascii="Tahoma" w:hAnsi="Tahoma" w:cs="Tahoma"/>
          <w:rtl/>
        </w:rPr>
        <w:t xml:space="preserve"> به روزنامه‌نگاران و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است‌مداران</w:t>
      </w:r>
      <w:r w:rsidRPr="004E77D4">
        <w:rPr>
          <w:rFonts w:ascii="Tahoma" w:hAnsi="Tahoma" w:cs="Tahoma"/>
          <w:rtl/>
        </w:rPr>
        <w:t xml:space="preserve"> اطم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نان</w:t>
      </w:r>
      <w:r w:rsidRPr="004E77D4">
        <w:rPr>
          <w:rFonts w:ascii="Tahoma" w:hAnsi="Tahoma" w:cs="Tahoma"/>
          <w:rtl/>
        </w:rPr>
        <w:t xml:space="preserve"> دهند که حکومت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</w:t>
      </w:r>
      <w:r w:rsidRPr="004E77D4">
        <w:rPr>
          <w:rFonts w:ascii="Tahoma" w:hAnsi="Tahoma" w:cs="Tahoma"/>
          <w:rtl/>
        </w:rPr>
        <w:t xml:space="preserve"> دموکرات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ک،</w:t>
      </w:r>
      <w:r w:rsidRPr="004E77D4">
        <w:rPr>
          <w:rFonts w:ascii="Tahoma" w:hAnsi="Tahoma" w:cs="Tahoma"/>
          <w:rtl/>
        </w:rPr>
        <w:t xml:space="preserve"> مستقل و غ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رکمون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خواهد بود.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دولت‌ها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غرب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خطر اصل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فقط سقوط شاه نبود. آنان نگران بودند خلأ قدرت به دست حزب توده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نزد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به شورو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فتد،</w:t>
      </w:r>
      <w:r w:rsidRPr="004E77D4">
        <w:rPr>
          <w:rFonts w:ascii="Tahoma" w:hAnsi="Tahoma" w:cs="Tahoma"/>
          <w:rtl/>
        </w:rPr>
        <w:t xml:space="preserve"> جر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نفت متوقف شود، ارتش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فروبپاشد و منطقه وارد آشوب شود.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انش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توانستند</w:t>
      </w:r>
      <w:r w:rsidRPr="004E77D4">
        <w:rPr>
          <w:rFonts w:ascii="Tahoma" w:hAnsi="Tahoma" w:cs="Tahoma"/>
          <w:rtl/>
        </w:rPr>
        <w:t xml:space="preserve"> خود را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معرف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کنند که از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گاه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eastAsia"/>
          <w:rtl/>
        </w:rPr>
        <w:t>ردم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برخوردار است، با کمون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سم</w:t>
      </w:r>
      <w:r w:rsidRPr="004E77D4">
        <w:rPr>
          <w:rFonts w:ascii="Tahoma" w:hAnsi="Tahoma" w:cs="Tahoma"/>
          <w:rtl/>
        </w:rPr>
        <w:t xml:space="preserve"> مخالف است و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تواند</w:t>
      </w:r>
      <w:r w:rsidRPr="004E77D4">
        <w:rPr>
          <w:rFonts w:ascii="Tahoma" w:hAnsi="Tahoma" w:cs="Tahoma"/>
          <w:rtl/>
        </w:rPr>
        <w:t xml:space="preserve"> نظم پس از شاه را حفظ کند.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نقطه‌ا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 که «چلب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»</w:t>
      </w:r>
      <w:r w:rsidRPr="004E77D4">
        <w:rPr>
          <w:rFonts w:ascii="Tahoma" w:hAnsi="Tahoma" w:cs="Tahoma"/>
          <w:rtl/>
        </w:rPr>
        <w:t xml:space="preserve"> از رهبر اعتراض به آلترنات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قابل بررس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قدرت‌ها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خارج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شد. تماس با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او فقط کنجکاو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پلمات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نبود. دولت‌ها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خواستند</w:t>
      </w:r>
      <w:r w:rsidRPr="004E77D4">
        <w:rPr>
          <w:rFonts w:ascii="Tahoma" w:hAnsi="Tahoma" w:cs="Tahoma"/>
          <w:rtl/>
        </w:rPr>
        <w:t xml:space="preserve"> بدانند در صورت رفتن شاه،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دربارهٔ ارتش، نفت، روابط خارج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قراردادها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ن‌الملل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کمون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ست‌ها</w:t>
      </w:r>
      <w:r w:rsidRPr="004E77D4">
        <w:rPr>
          <w:rFonts w:ascii="Tahoma" w:hAnsi="Tahoma" w:cs="Tahoma"/>
          <w:rtl/>
        </w:rPr>
        <w:t xml:space="preserve"> چه خواهد کرد.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نما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ندگان</w:t>
      </w:r>
      <w:r w:rsidRPr="004E77D4">
        <w:rPr>
          <w:rFonts w:ascii="Tahoma" w:hAnsi="Tahoma" w:cs="Tahoma"/>
          <w:rtl/>
        </w:rPr>
        <w:t xml:space="preserve"> دولت کارتر با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پار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</w:t>
      </w:r>
      <w:r w:rsidRPr="004E77D4">
        <w:rPr>
          <w:rFonts w:ascii="Tahoma" w:hAnsi="Tahoma" w:cs="Tahoma"/>
          <w:rtl/>
        </w:rPr>
        <w:t xml:space="preserve"> وارد تماس شدند.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تماس‌ها از مجار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مختلف صورت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گرفتند</w:t>
      </w:r>
      <w:r w:rsidRPr="004E77D4">
        <w:rPr>
          <w:rFonts w:ascii="Tahoma" w:hAnsi="Tahoma" w:cs="Tahoma"/>
          <w:rtl/>
        </w:rPr>
        <w:t xml:space="preserve"> و هدف اعلام‌شدهٔ آنها شناخت مواضع جنبش و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خشونت و فروپاش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بود. اما هم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که دولت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طرفداران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مخاطب گفت‌وگو دربارهٔ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ندهٔ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شناخت،</w:t>
      </w:r>
      <w:r w:rsidRPr="004E77D4">
        <w:rPr>
          <w:rFonts w:ascii="Tahoma" w:hAnsi="Tahoma" w:cs="Tahoma"/>
          <w:rtl/>
        </w:rPr>
        <w:t xml:space="preserve"> موقع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او را از مخالف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تبع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طرف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انتقال قدرت ارتقا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ام‌ها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اطم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نان‌بخش</w:t>
      </w:r>
      <w:r w:rsidRPr="004E77D4">
        <w:rPr>
          <w:rFonts w:ascii="Tahoma" w:hAnsi="Tahoma" w:cs="Tahoma"/>
          <w:rtl/>
        </w:rPr>
        <w:t xml:space="preserve"> منتقل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>. آنان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گفتند</w:t>
      </w:r>
      <w:r w:rsidRPr="004E77D4">
        <w:rPr>
          <w:rFonts w:ascii="Tahoma" w:hAnsi="Tahoma" w:cs="Tahoma"/>
          <w:rtl/>
        </w:rPr>
        <w:t xml:space="preserve"> خروج شاه به آشوب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کمون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سم</w:t>
      </w:r>
      <w:r w:rsidRPr="004E77D4">
        <w:rPr>
          <w:rFonts w:ascii="Tahoma" w:hAnsi="Tahoma" w:cs="Tahoma"/>
          <w:rtl/>
        </w:rPr>
        <w:t xml:space="preserve"> نخواهد انجام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د،</w:t>
      </w:r>
      <w:r w:rsidRPr="004E77D4">
        <w:rPr>
          <w:rFonts w:ascii="Tahoma" w:hAnsi="Tahoma" w:cs="Tahoma"/>
          <w:rtl/>
        </w:rPr>
        <w:t xml:space="preserve"> جر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نفت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تواند</w:t>
      </w:r>
      <w:r w:rsidRPr="004E77D4">
        <w:rPr>
          <w:rFonts w:ascii="Tahoma" w:hAnsi="Tahoma" w:cs="Tahoma"/>
          <w:rtl/>
        </w:rPr>
        <w:t xml:space="preserve"> ادامه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ابد،</w:t>
      </w:r>
      <w:r w:rsidRPr="004E77D4">
        <w:rPr>
          <w:rFonts w:ascii="Tahoma" w:hAnsi="Tahoma" w:cs="Tahoma"/>
          <w:rtl/>
        </w:rPr>
        <w:t xml:space="preserve"> ارتش لزوماً منحل نخواهد شد و حکومت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</w:t>
      </w:r>
      <w:r w:rsidRPr="004E77D4">
        <w:rPr>
          <w:rFonts w:ascii="Tahoma" w:hAnsi="Tahoma" w:cs="Tahoma"/>
          <w:rtl/>
        </w:rPr>
        <w:t xml:space="preserve"> خواهان روابط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غرب است.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ام‌ها</w:t>
      </w:r>
      <w:r w:rsidRPr="004E77D4">
        <w:rPr>
          <w:rFonts w:ascii="Tahoma" w:hAnsi="Tahoma" w:cs="Tahoma"/>
          <w:rtl/>
        </w:rPr>
        <w:t xml:space="preserve"> نگران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را کا</w:t>
      </w:r>
      <w:r w:rsidRPr="004E77D4">
        <w:rPr>
          <w:rFonts w:ascii="Tahoma" w:hAnsi="Tahoma" w:cs="Tahoma" w:hint="eastAsia"/>
          <w:rtl/>
        </w:rPr>
        <w:t>هش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دادند</w:t>
      </w:r>
      <w:r w:rsidRPr="004E77D4">
        <w:rPr>
          <w:rFonts w:ascii="Tahoma" w:hAnsi="Tahoma" w:cs="Tahoma"/>
          <w:rtl/>
        </w:rPr>
        <w:t xml:space="preserve"> و گز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نهٔ</w:t>
      </w:r>
      <w:r w:rsidRPr="004E77D4">
        <w:rPr>
          <w:rFonts w:ascii="Tahoma" w:hAnsi="Tahoma" w:cs="Tahoma"/>
          <w:rtl/>
        </w:rPr>
        <w:t xml:space="preserve"> کنارآمدن با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عمل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تر</w:t>
      </w:r>
      <w:r w:rsidRPr="004E77D4">
        <w:rPr>
          <w:rFonts w:ascii="Tahoma" w:hAnsi="Tahoma" w:cs="Tahoma"/>
          <w:rtl/>
        </w:rPr>
        <w:t xml:space="preserve"> جلوه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دادند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تهران، سفارت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و دولت کارتر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به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جه</w:t>
      </w:r>
      <w:r w:rsidRPr="004E77D4">
        <w:rPr>
          <w:rFonts w:ascii="Tahoma" w:hAnsi="Tahoma" w:cs="Tahoma"/>
          <w:rtl/>
        </w:rPr>
        <w:t xml:space="preserve"> نزد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شدند</w:t>
      </w:r>
      <w:r w:rsidRPr="004E77D4">
        <w:rPr>
          <w:rFonts w:ascii="Tahoma" w:hAnsi="Tahoma" w:cs="Tahoma"/>
          <w:rtl/>
        </w:rPr>
        <w:t xml:space="preserve"> که شاه شا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قادر به حفظ قدرت نباشد. اختلاف درون دستگاه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ادامه داشت. گروه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قاطع از شاه و امکان استفاده از ارتش تأک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کردند؛</w:t>
      </w:r>
      <w:r w:rsidRPr="004E77D4">
        <w:rPr>
          <w:rFonts w:ascii="Tahoma" w:hAnsi="Tahoma" w:cs="Tahoma"/>
          <w:rtl/>
        </w:rPr>
        <w:t xml:space="preserve"> گروه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معتقد بودند سرکوب گسترده نه‌تنها حکومت را نجات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دهد،</w:t>
      </w:r>
      <w:r w:rsidRPr="004E77D4">
        <w:rPr>
          <w:rFonts w:ascii="Tahoma" w:hAnsi="Tahoma" w:cs="Tahoma"/>
          <w:rtl/>
        </w:rPr>
        <w:t xml:space="preserve"> بلکه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تواند</w:t>
      </w:r>
      <w:r w:rsidRPr="004E77D4">
        <w:rPr>
          <w:rFonts w:ascii="Tahoma" w:hAnsi="Tahoma" w:cs="Tahoma"/>
          <w:rtl/>
        </w:rPr>
        <w:t xml:space="preserve"> ارتش را متلاش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راه را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جنگ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کمون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سم</w:t>
      </w:r>
      <w:r w:rsidRPr="004E77D4">
        <w:rPr>
          <w:rFonts w:ascii="Tahoma" w:hAnsi="Tahoma" w:cs="Tahoma"/>
          <w:rtl/>
        </w:rPr>
        <w:t xml:space="preserve"> باز کند.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شاه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اختلاف را احساس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کرد،</w:t>
      </w:r>
      <w:r w:rsidRPr="004E77D4">
        <w:rPr>
          <w:rFonts w:ascii="Tahoma" w:hAnsi="Tahoma" w:cs="Tahoma"/>
          <w:rtl/>
        </w:rPr>
        <w:t xml:space="preserve"> اما پاسخ روشن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</w:t>
      </w:r>
      <w:r w:rsidRPr="004E77D4">
        <w:rPr>
          <w:rFonts w:ascii="Tahoma" w:hAnsi="Tahoma" w:cs="Tahoma"/>
          <w:rtl/>
        </w:rPr>
        <w:t xml:space="preserve">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>. گاه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</w:t>
      </w:r>
      <w:r w:rsidRPr="004E77D4">
        <w:rPr>
          <w:rFonts w:ascii="Tahoma" w:hAnsi="Tahoma" w:cs="Tahoma"/>
          <w:rtl/>
        </w:rPr>
        <w:t xml:space="preserve">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و گاه توص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</w:t>
      </w:r>
      <w:r w:rsidRPr="004E77D4">
        <w:rPr>
          <w:rFonts w:ascii="Tahoma" w:hAnsi="Tahoma" w:cs="Tahoma"/>
          <w:rtl/>
        </w:rPr>
        <w:t xml:space="preserve"> به خو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شتن‌دار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اصلاحات و پره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از خشونت.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فرمانروا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که سال‌ها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وند</w:t>
      </w:r>
      <w:r w:rsidRPr="004E77D4">
        <w:rPr>
          <w:rFonts w:ascii="Tahoma" w:hAnsi="Tahoma" w:cs="Tahoma"/>
          <w:rtl/>
        </w:rPr>
        <w:t xml:space="preserve"> با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را تضم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نها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بقا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خود دانسته بود،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ابهام 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رانگر</w:t>
      </w:r>
      <w:r w:rsidRPr="004E77D4">
        <w:rPr>
          <w:rFonts w:ascii="Tahoma" w:hAnsi="Tahoma" w:cs="Tahoma"/>
          <w:rtl/>
        </w:rPr>
        <w:t xml:space="preserve"> بود.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واقع، وابستگ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فقط در جنگ‌افزار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مستشار خلاصه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شد؛</w:t>
      </w:r>
      <w:r w:rsidRPr="004E77D4">
        <w:rPr>
          <w:rFonts w:ascii="Tahoma" w:hAnsi="Tahoma" w:cs="Tahoma"/>
          <w:rtl/>
        </w:rPr>
        <w:t xml:space="preserve"> به ذهن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م‌گ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رنده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راه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</w:t>
      </w:r>
      <w:r w:rsidRPr="004E77D4">
        <w:rPr>
          <w:rFonts w:ascii="Tahoma" w:hAnsi="Tahoma" w:cs="Tahoma"/>
          <w:rtl/>
        </w:rPr>
        <w:t xml:space="preserve"> بود. شاه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تع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است</w:t>
      </w:r>
      <w:r w:rsidRPr="004E77D4">
        <w:rPr>
          <w:rFonts w:ascii="Tahoma" w:hAnsi="Tahoma" w:cs="Tahoma"/>
          <w:rtl/>
        </w:rPr>
        <w:t xml:space="preserve">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کشور خود منتظر بود بداند واشنگتن چه واکنش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نشان خواهد داد. همان پادشاه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را قدرت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مستقل و در آستانهٔ تمدن بزرگ معرف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کرد،</w:t>
      </w:r>
      <w:r w:rsidRPr="004E77D4">
        <w:rPr>
          <w:rFonts w:ascii="Tahoma" w:hAnsi="Tahoma" w:cs="Tahoma"/>
          <w:rtl/>
        </w:rPr>
        <w:t xml:space="preserve"> در لحظهٔ بحران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بدون اطم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نان</w:t>
      </w:r>
      <w:r w:rsidRPr="004E77D4">
        <w:rPr>
          <w:rFonts w:ascii="Tahoma" w:hAnsi="Tahoma" w:cs="Tahoma"/>
          <w:rtl/>
        </w:rPr>
        <w:t xml:space="preserve"> از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نها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بگ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وابستگ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روان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تشد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>. شاه شا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در سلامت کامل،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توص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متعارض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قاطع بگ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رد؛</w:t>
      </w:r>
      <w:r w:rsidRPr="004E77D4">
        <w:rPr>
          <w:rFonts w:ascii="Tahoma" w:hAnsi="Tahoma" w:cs="Tahoma"/>
          <w:rtl/>
        </w:rPr>
        <w:t xml:space="preserve"> اما اکنون از مرگ،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ندهٔ</w:t>
      </w:r>
      <w:r w:rsidRPr="004E77D4">
        <w:rPr>
          <w:rFonts w:ascii="Tahoma" w:hAnsi="Tahoma" w:cs="Tahoma"/>
          <w:rtl/>
        </w:rPr>
        <w:t xml:space="preserve"> خانواده، سرنوشت 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عهد</w:t>
      </w:r>
      <w:r w:rsidRPr="004E77D4">
        <w:rPr>
          <w:rFonts w:ascii="Tahoma" w:hAnsi="Tahoma" w:cs="Tahoma"/>
          <w:rtl/>
        </w:rPr>
        <w:t xml:space="preserve"> و امکان فروپاش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همهٔ ساخته‌ها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آگاه بود. او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خواست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را در جنگ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ره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کند و شا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هنوز 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دوار</w:t>
      </w:r>
      <w:r w:rsidRPr="004E77D4">
        <w:rPr>
          <w:rFonts w:ascii="Tahoma" w:hAnsi="Tahoma" w:cs="Tahoma"/>
          <w:rtl/>
        </w:rPr>
        <w:t xml:space="preserve"> بود با خروج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موقت، آرامش بازگردد و بار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به کشور بازگردد.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دولت</w:t>
      </w:r>
      <w:r w:rsidRPr="004E77D4">
        <w:rPr>
          <w:rFonts w:ascii="Tahoma" w:hAnsi="Tahoma" w:cs="Tahoma"/>
          <w:rtl/>
        </w:rPr>
        <w:t xml:space="preserve"> ازهار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د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ماه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 xml:space="preserve"> به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>. خود او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از نظر جسم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توان ادامهٔ کار نداشت. تشک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دولت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بدون ارادهٔ اعمال کامل قدرت، نه جنبش را متوقف کرده و نه اعتماد حکومت را بازگردانده بود. آخر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ابزار مستبد منور،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عن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ارتش، وارد صحنه شده اما نتوانسته ب</w:t>
      </w:r>
      <w:r w:rsidRPr="004E77D4">
        <w:rPr>
          <w:rFonts w:ascii="Tahoma" w:hAnsi="Tahoma" w:cs="Tahoma" w:hint="eastAsia"/>
          <w:rtl/>
        </w:rPr>
        <w:t>ود</w:t>
      </w:r>
      <w:r w:rsidRPr="004E77D4">
        <w:rPr>
          <w:rFonts w:ascii="Tahoma" w:hAnsi="Tahoma" w:cs="Tahoma"/>
          <w:rtl/>
        </w:rPr>
        <w:t xml:space="preserve"> 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جه</w:t>
      </w:r>
      <w:r w:rsidRPr="004E77D4">
        <w:rPr>
          <w:rFonts w:ascii="Tahoma" w:hAnsi="Tahoma" w:cs="Tahoma"/>
          <w:rtl/>
        </w:rPr>
        <w:t xml:space="preserve"> را تغ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دهد.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شاه</w:t>
      </w:r>
      <w:r w:rsidRPr="004E77D4">
        <w:rPr>
          <w:rFonts w:ascii="Tahoma" w:hAnsi="Tahoma" w:cs="Tahoma"/>
          <w:rtl/>
        </w:rPr>
        <w:t xml:space="preserve"> اکنون به دنبال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غ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برخوردار از اعتبار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گشت</w:t>
      </w:r>
      <w:r w:rsidRPr="004E77D4">
        <w:rPr>
          <w:rFonts w:ascii="Tahoma" w:hAnsi="Tahoma" w:cs="Tahoma"/>
          <w:rtl/>
        </w:rPr>
        <w:t>. غلامحس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صد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از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اران</w:t>
      </w:r>
      <w:r w:rsidRPr="004E77D4">
        <w:rPr>
          <w:rFonts w:ascii="Tahoma" w:hAnsi="Tahoma" w:cs="Tahoma"/>
          <w:rtl/>
        </w:rPr>
        <w:t xml:space="preserve"> مصدق،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شنهاد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بررس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کرد، اما خواهان آن بود که شاه در کشور بماند و سلطنت را در چهارچوب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ادامه دهد. شاه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انش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شرط را نپذ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رفتند</w:t>
      </w:r>
      <w:r w:rsidRPr="004E77D4">
        <w:rPr>
          <w:rFonts w:ascii="Tahoma" w:hAnsi="Tahoma" w:cs="Tahoma"/>
          <w:rtl/>
        </w:rPr>
        <w:t xml:space="preserve"> و مذاکره به 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جه</w:t>
      </w:r>
      <w:r w:rsidRPr="004E77D4">
        <w:rPr>
          <w:rFonts w:ascii="Tahoma" w:hAnsi="Tahoma" w:cs="Tahoma"/>
          <w:rtl/>
        </w:rPr>
        <w:t xml:space="preserve"> نرس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لحظه اهم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فراوان داشت. هنوز امکان داشت دولت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سکولار با حضور شاه در کشور و تعهد او به محدودشدن قدرت تشک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شود. چن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دولت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سلطنت و انقلاب فاصله‌ا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جاد</w:t>
      </w:r>
      <w:r w:rsidRPr="004E77D4">
        <w:rPr>
          <w:rFonts w:ascii="Tahoma" w:hAnsi="Tahoma" w:cs="Tahoma"/>
          <w:rtl/>
        </w:rPr>
        <w:t xml:space="preserve"> کند و بخش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 را از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جدا سازد. اما سال‌ها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اعتماد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ترد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>د شاه،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امکان را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از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برد.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سرانجام</w:t>
      </w:r>
      <w:r w:rsidRPr="004E77D4">
        <w:rPr>
          <w:rFonts w:ascii="Tahoma" w:hAnsi="Tahoma" w:cs="Tahoma"/>
          <w:rtl/>
        </w:rPr>
        <w:t xml:space="preserve"> شاپور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ار،</w:t>
      </w:r>
      <w:r w:rsidRPr="004E77D4">
        <w:rPr>
          <w:rFonts w:ascii="Tahoma" w:hAnsi="Tahoma" w:cs="Tahoma"/>
          <w:rtl/>
        </w:rPr>
        <w:t xml:space="preserve"> از اعضا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جبههٔ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رفت</w:t>
      </w:r>
      <w:r w:rsidRPr="004E77D4">
        <w:rPr>
          <w:rFonts w:ascii="Tahoma" w:hAnsi="Tahoma" w:cs="Tahoma"/>
          <w:rtl/>
        </w:rPr>
        <w:t>. او خواهان اجرا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انحلال ساواک، آزاد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زندان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آزاد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مطبوعات، انتخابات آزاد و خروج موقت شاه از کشور بود. برنامهٔ او در واقع بس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خواسته‌ها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را دربر داشت که مخالفان سکول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سال‌ها مطرح کرده بودند.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اما</w:t>
      </w:r>
      <w:r w:rsidRPr="004E77D4">
        <w:rPr>
          <w:rFonts w:ascii="Tahoma" w:hAnsi="Tahoma" w:cs="Tahoma"/>
          <w:rtl/>
        </w:rPr>
        <w:t xml:space="preserve">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زمان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قدرت 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که مرکز ثقل انقلاب به نوفل‌لوشاتو منتقل شده بود. جبههٔ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به‌جا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از او،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رش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شاه را محکوم کرد و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را از صف خود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رون</w:t>
      </w:r>
      <w:r w:rsidRPr="004E77D4">
        <w:rPr>
          <w:rFonts w:ascii="Tahoma" w:hAnsi="Tahoma" w:cs="Tahoma"/>
          <w:rtl/>
        </w:rPr>
        <w:t xml:space="preserve"> گذاشت.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که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آلترنات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</w:t>
      </w:r>
      <w:r w:rsidRPr="004E77D4">
        <w:rPr>
          <w:rFonts w:ascii="Tahoma" w:hAnsi="Tahoma" w:cs="Tahoma"/>
          <w:rtl/>
        </w:rPr>
        <w:t xml:space="preserve"> سکولار حکومت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شدند،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آخر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فرصت‌ها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خود را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تشک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دولت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مستقل از دست دادند.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را غ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اعلام کرد. از نظر او، چون شاه حقان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خود را از دست داده بود، 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چ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فرمانش را از شاه بگ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</w:t>
      </w:r>
      <w:r w:rsidRPr="004E77D4">
        <w:rPr>
          <w:rFonts w:ascii="Tahoma" w:hAnsi="Tahoma" w:cs="Tahoma"/>
          <w:rtl/>
        </w:rPr>
        <w:t xml:space="preserve">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نبود.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استدلال،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مشروطهٔ مشروعه را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عملاً کنار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گذاشت</w:t>
      </w:r>
      <w:r w:rsidRPr="004E77D4">
        <w:rPr>
          <w:rFonts w:ascii="Tahoma" w:hAnsi="Tahoma" w:cs="Tahoma"/>
          <w:rtl/>
        </w:rPr>
        <w:t>.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خواهان اجرا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کامل آن قانون نبود</w:t>
      </w:r>
      <w:r w:rsidRPr="004E77D4">
        <w:rPr>
          <w:rFonts w:ascii="Tahoma" w:hAnsi="Tahoma" w:cs="Tahoma" w:hint="eastAsia"/>
          <w:rtl/>
        </w:rPr>
        <w:t>؛</w:t>
      </w:r>
      <w:r w:rsidRPr="004E77D4">
        <w:rPr>
          <w:rFonts w:ascii="Tahoma" w:hAnsi="Tahoma" w:cs="Tahoma"/>
          <w:rtl/>
        </w:rPr>
        <w:t xml:space="preserve"> خود را سرچشمهٔ حقان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حکومت تازه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در وضع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ناممکن قرار گرفته بود.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اجرا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برنامهٔ دموکرات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خود به زمان،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ارتش، همکار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وانسالار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پشت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بان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از</w:t>
      </w:r>
      <w:r w:rsidRPr="004E77D4">
        <w:rPr>
          <w:rFonts w:ascii="Tahoma" w:hAnsi="Tahoma" w:cs="Tahoma"/>
          <w:rtl/>
        </w:rPr>
        <w:t xml:space="preserve"> داشت. اما شاه در آستانهٔ خروج بود، ارتش دربارهٔ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</w:t>
      </w:r>
      <w:r w:rsidRPr="004E77D4">
        <w:rPr>
          <w:rFonts w:ascii="Tahoma" w:hAnsi="Tahoma" w:cs="Tahoma"/>
          <w:rtl/>
        </w:rPr>
        <w:t xml:space="preserve"> ترد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داشت، اعتصاب‌ها ادامه داشتند و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بخش </w:t>
      </w:r>
      <w:r w:rsidRPr="004E77D4">
        <w:rPr>
          <w:rFonts w:ascii="Tahoma" w:hAnsi="Tahoma" w:cs="Tahoma" w:hint="eastAsia"/>
          <w:rtl/>
        </w:rPr>
        <w:t>بزرگ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اعتبار خود را در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رهبر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گذاشته بودند.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روزها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چهارم تا هفتم ژانو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هٔ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/>
          <w:rtl/>
          <w:lang w:bidi="fa-IR"/>
        </w:rPr>
        <w:t>۱۹۷۹</w:t>
      </w:r>
      <w:r w:rsidRPr="004E77D4">
        <w:rPr>
          <w:rFonts w:ascii="Tahoma" w:hAnsi="Tahoma" w:cs="Tahoma"/>
          <w:rtl/>
        </w:rPr>
        <w:t>، رهبران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کا،</w:t>
      </w:r>
      <w:r w:rsidRPr="004E77D4">
        <w:rPr>
          <w:rFonts w:ascii="Tahoma" w:hAnsi="Tahoma" w:cs="Tahoma"/>
          <w:rtl/>
        </w:rPr>
        <w:t xml:space="preserve"> بر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ا،</w:t>
      </w:r>
      <w:r w:rsidRPr="004E77D4">
        <w:rPr>
          <w:rFonts w:ascii="Tahoma" w:hAnsi="Tahoma" w:cs="Tahoma"/>
          <w:rtl/>
        </w:rPr>
        <w:t xml:space="preserve"> فرانسه و آلمان غرب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گوادالوپ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دار</w:t>
      </w:r>
      <w:r w:rsidRPr="004E77D4">
        <w:rPr>
          <w:rFonts w:ascii="Tahoma" w:hAnsi="Tahoma" w:cs="Tahoma"/>
          <w:rtl/>
        </w:rPr>
        <w:t xml:space="preserve"> کردند.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موضوع‌ها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گفت‌وگو بحران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بود. آنان به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جه</w:t>
      </w:r>
      <w:r w:rsidRPr="004E77D4">
        <w:rPr>
          <w:rFonts w:ascii="Tahoma" w:hAnsi="Tahoma" w:cs="Tahoma"/>
          <w:rtl/>
        </w:rPr>
        <w:t xml:space="preserve"> 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ده</w:t>
      </w:r>
      <w:r w:rsidRPr="004E77D4">
        <w:rPr>
          <w:rFonts w:ascii="Tahoma" w:hAnsi="Tahoma" w:cs="Tahoma"/>
          <w:rtl/>
        </w:rPr>
        <w:t xml:space="preserve"> بودند که توان شاه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باق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ماندن</w:t>
      </w:r>
      <w:r w:rsidRPr="004E77D4">
        <w:rPr>
          <w:rFonts w:ascii="Tahoma" w:hAnsi="Tahoma" w:cs="Tahoma"/>
          <w:rtl/>
        </w:rPr>
        <w:t xml:space="preserve"> در قدرت به‌شدت کاهش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</w:t>
      </w:r>
      <w:r w:rsidRPr="004E77D4">
        <w:rPr>
          <w:rFonts w:ascii="Tahoma" w:hAnsi="Tahoma" w:cs="Tahoma"/>
          <w:rtl/>
        </w:rPr>
        <w:t xml:space="preserve"> و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مرحلهٔ پس </w:t>
      </w:r>
      <w:r w:rsidRPr="004E77D4">
        <w:rPr>
          <w:rFonts w:ascii="Tahoma" w:hAnsi="Tahoma" w:cs="Tahoma" w:hint="eastAsia"/>
          <w:rtl/>
        </w:rPr>
        <w:t>از</w:t>
      </w:r>
      <w:r w:rsidRPr="004E77D4">
        <w:rPr>
          <w:rFonts w:ascii="Tahoma" w:hAnsi="Tahoma" w:cs="Tahoma"/>
          <w:rtl/>
        </w:rPr>
        <w:t xml:space="preserve"> او آماده شوند.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اسناد و روا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علن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فرمان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عبارت که «خم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به قدرت برسد» وجود ندارد. اما حاصل عمل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م‌ها</w:t>
      </w:r>
      <w:r w:rsidRPr="004E77D4">
        <w:rPr>
          <w:rFonts w:ascii="Tahoma" w:hAnsi="Tahoma" w:cs="Tahoma"/>
          <w:rtl/>
        </w:rPr>
        <w:t xml:space="preserve"> روشن بود: غرب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ماندن شاه را تنها راه حفظ منافع خود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</w:t>
      </w:r>
      <w:r w:rsidRPr="004E77D4">
        <w:rPr>
          <w:rFonts w:ascii="Tahoma" w:hAnsi="Tahoma" w:cs="Tahoma"/>
          <w:rtl/>
        </w:rPr>
        <w:t xml:space="preserve"> و امکان انتقال قدرت به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را بررس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 xml:space="preserve"> که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رأس آن قرار داشت.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تحل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کتاب، گوادالوپ نقطه‌ا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است که عبور قدرت‌ها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غرب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شاه صورت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جمع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</w:t>
      </w:r>
      <w:r w:rsidRPr="004E77D4">
        <w:rPr>
          <w:rFonts w:ascii="Tahoma" w:hAnsi="Tahoma" w:cs="Tahoma"/>
          <w:rtl/>
        </w:rPr>
        <w:t>. آنان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ده</w:t>
      </w:r>
      <w:r w:rsidRPr="004E77D4">
        <w:rPr>
          <w:rFonts w:ascii="Tahoma" w:hAnsi="Tahoma" w:cs="Tahoma"/>
          <w:rtl/>
        </w:rPr>
        <w:t xml:space="preserve"> بودند، اما در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آلترنات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موجود او را برخوردار از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توان بس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</w:t>
      </w:r>
      <w:r w:rsidRPr="004E77D4">
        <w:rPr>
          <w:rFonts w:ascii="Tahoma" w:hAnsi="Tahoma" w:cs="Tahoma"/>
          <w:rtl/>
        </w:rPr>
        <w:t xml:space="preserve"> و امکان حفظ نظم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دند</w:t>
      </w:r>
      <w:r w:rsidRPr="004E77D4">
        <w:rPr>
          <w:rFonts w:ascii="Tahoma" w:hAnsi="Tahoma" w:cs="Tahoma"/>
          <w:rtl/>
        </w:rPr>
        <w:t>. تماس با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انش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اطم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نان</w:t>
      </w:r>
      <w:r w:rsidRPr="004E77D4">
        <w:rPr>
          <w:rFonts w:ascii="Tahoma" w:hAnsi="Tahoma" w:cs="Tahoma"/>
          <w:rtl/>
        </w:rPr>
        <w:t xml:space="preserve"> از </w:t>
      </w:r>
      <w:r w:rsidRPr="004E77D4">
        <w:rPr>
          <w:rFonts w:ascii="Tahoma" w:hAnsi="Tahoma" w:cs="Tahoma" w:hint="eastAsia"/>
          <w:rtl/>
        </w:rPr>
        <w:t>هم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امکان ادامه داشت.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شاه</w:t>
      </w:r>
      <w:r w:rsidRPr="004E77D4">
        <w:rPr>
          <w:rFonts w:ascii="Tahoma" w:hAnsi="Tahoma" w:cs="Tahoma"/>
          <w:rtl/>
        </w:rPr>
        <w:t xml:space="preserve"> اندک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پس از گوادالوپ آمادهٔ خروج شد. او رفتن خود را سفر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موقت معرف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 xml:space="preserve"> و شا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هنوز 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داشت مانند </w:t>
      </w:r>
      <w:r w:rsidRPr="004E77D4">
        <w:rPr>
          <w:rFonts w:ascii="Tahoma" w:hAnsi="Tahoma" w:cs="Tahoma"/>
          <w:rtl/>
          <w:lang w:bidi="fa-IR"/>
        </w:rPr>
        <w:t>۲۸</w:t>
      </w:r>
      <w:r w:rsidRPr="004E77D4">
        <w:rPr>
          <w:rFonts w:ascii="Tahoma" w:hAnsi="Tahoma" w:cs="Tahoma"/>
          <w:rtl/>
        </w:rPr>
        <w:t xml:space="preserve"> امرداد بازگردد. اما شرا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ط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بار کاملاً متفاوت بود. در سال </w:t>
      </w:r>
      <w:r w:rsidRPr="004E77D4">
        <w:rPr>
          <w:rFonts w:ascii="Tahoma" w:hAnsi="Tahoma" w:cs="Tahoma"/>
          <w:rtl/>
          <w:lang w:bidi="fa-IR"/>
        </w:rPr>
        <w:t>۱۳۳۲</w:t>
      </w:r>
      <w:r w:rsidRPr="004E77D4">
        <w:rPr>
          <w:rFonts w:ascii="Tahoma" w:hAnsi="Tahoma" w:cs="Tahoma"/>
          <w:rtl/>
        </w:rPr>
        <w:t>، ارتش، دربار و قدرت‌ها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غرب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بازگرداندنش هماهنگ شده بودند. در سال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>، همان قدرت‌ها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بدون او آماده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شدند</w:t>
      </w:r>
      <w:r w:rsidRPr="004E77D4">
        <w:rPr>
          <w:rFonts w:ascii="Tahoma" w:hAnsi="Tahoma" w:cs="Tahoma"/>
          <w:rtl/>
        </w:rPr>
        <w:t xml:space="preserve"> و ارتش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فرمان و اطم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نان</w:t>
      </w:r>
      <w:r w:rsidRPr="004E77D4">
        <w:rPr>
          <w:rFonts w:ascii="Tahoma" w:hAnsi="Tahoma" w:cs="Tahoma"/>
          <w:rtl/>
        </w:rPr>
        <w:t xml:space="preserve"> لازم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تکرار </w:t>
      </w:r>
      <w:r w:rsidRPr="004E77D4">
        <w:rPr>
          <w:rFonts w:ascii="Tahoma" w:hAnsi="Tahoma" w:cs="Tahoma"/>
          <w:rtl/>
          <w:lang w:bidi="fa-IR"/>
        </w:rPr>
        <w:t>۲۸</w:t>
      </w:r>
      <w:r w:rsidRPr="004E77D4">
        <w:rPr>
          <w:rFonts w:ascii="Tahoma" w:hAnsi="Tahoma" w:cs="Tahoma"/>
          <w:rtl/>
        </w:rPr>
        <w:t xml:space="preserve"> امرداد را نداشت.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/>
          <w:rtl/>
          <w:lang w:bidi="fa-IR"/>
        </w:rPr>
        <w:t>۲۶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ماه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>، محمدرضاشاه و فرح پهلو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را ترک کردند. تصاو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هٔ</w:t>
      </w:r>
      <w:r w:rsidRPr="004E77D4">
        <w:rPr>
          <w:rFonts w:ascii="Tahoma" w:hAnsi="Tahoma" w:cs="Tahoma"/>
          <w:rtl/>
        </w:rPr>
        <w:t xml:space="preserve"> شاه، بدرقهٔ محدود مقامات و شاد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مردم در 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ابان‌ها</w:t>
      </w:r>
      <w:r w:rsidRPr="004E77D4">
        <w:rPr>
          <w:rFonts w:ascii="Tahoma" w:hAnsi="Tahoma" w:cs="Tahoma"/>
          <w:rtl/>
        </w:rPr>
        <w:t xml:space="preserve">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عمل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حکومت او را نشان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دادند</w:t>
      </w:r>
      <w:r w:rsidRPr="004E77D4">
        <w:rPr>
          <w:rFonts w:ascii="Tahoma" w:hAnsi="Tahoma" w:cs="Tahoma"/>
          <w:rtl/>
        </w:rPr>
        <w:t>.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همچنان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کشور بود و ارتش هنوز وجود داشت، اما مرکز واقع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قدرت از تهران ب</w:t>
      </w:r>
      <w:r w:rsidRPr="004E77D4">
        <w:rPr>
          <w:rFonts w:ascii="Tahoma" w:hAnsi="Tahoma" w:cs="Tahoma" w:hint="eastAsia"/>
          <w:rtl/>
        </w:rPr>
        <w:t>ه</w:t>
      </w:r>
      <w:r w:rsidRPr="004E77D4">
        <w:rPr>
          <w:rFonts w:ascii="Tahoma" w:hAnsi="Tahoma" w:cs="Tahoma"/>
          <w:rtl/>
        </w:rPr>
        <w:t xml:space="preserve"> نوفل‌لوشاتو انتقال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</w:t>
      </w:r>
      <w:r w:rsidRPr="004E77D4">
        <w:rPr>
          <w:rFonts w:ascii="Tahoma" w:hAnsi="Tahoma" w:cs="Tahoma"/>
          <w:rtl/>
        </w:rPr>
        <w:t xml:space="preserve"> بود.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جنگ</w:t>
      </w:r>
      <w:r w:rsidRPr="004E77D4">
        <w:rPr>
          <w:rFonts w:ascii="Tahoma" w:hAnsi="Tahoma" w:cs="Tahoma"/>
          <w:rtl/>
        </w:rPr>
        <w:t xml:space="preserve"> جهان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دوم رضاشاه را از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رون</w:t>
      </w:r>
      <w:r w:rsidRPr="004E77D4">
        <w:rPr>
          <w:rFonts w:ascii="Tahoma" w:hAnsi="Tahoma" w:cs="Tahoma"/>
          <w:rtl/>
        </w:rPr>
        <w:t xml:space="preserve"> برده بود و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بار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نارضا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عموم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تغ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است</w:t>
      </w:r>
      <w:r w:rsidRPr="004E77D4">
        <w:rPr>
          <w:rFonts w:ascii="Tahoma" w:hAnsi="Tahoma" w:cs="Tahoma"/>
          <w:rtl/>
        </w:rPr>
        <w:t xml:space="preserve">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و توافق قدرت‌ها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غرب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 عبور از شاه، پسر او را وادار به ترک کشور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>. هر دو مستبد منور دستگاه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ساخته بودند که در غ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</w:t>
      </w:r>
      <w:r w:rsidRPr="004E77D4">
        <w:rPr>
          <w:rFonts w:ascii="Tahoma" w:hAnsi="Tahoma" w:cs="Tahoma"/>
          <w:rtl/>
        </w:rPr>
        <w:t xml:space="preserve"> شخصشان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تعادل خود را حف</w:t>
      </w:r>
      <w:r w:rsidRPr="004E77D4">
        <w:rPr>
          <w:rFonts w:ascii="Tahoma" w:hAnsi="Tahoma" w:cs="Tahoma" w:hint="eastAsia"/>
          <w:rtl/>
        </w:rPr>
        <w:t>ظ</w:t>
      </w:r>
      <w:r w:rsidRPr="004E77D4">
        <w:rPr>
          <w:rFonts w:ascii="Tahoma" w:hAnsi="Tahoma" w:cs="Tahoma"/>
          <w:rtl/>
        </w:rPr>
        <w:t xml:space="preserve"> کند.</w:t>
      </w:r>
    </w:p>
    <w:p w:rsidR="0032040C" w:rsidRDefault="004E77D4" w:rsidP="004E77D4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4E77D4">
        <w:rPr>
          <w:rFonts w:ascii="Tahoma" w:hAnsi="Tahoma" w:cs="Tahoma" w:hint="eastAsia"/>
          <w:rtl/>
        </w:rPr>
        <w:t>اما</w:t>
      </w:r>
      <w:r w:rsidRPr="004E77D4">
        <w:rPr>
          <w:rFonts w:ascii="Tahoma" w:hAnsi="Tahoma" w:cs="Tahoma"/>
          <w:rtl/>
        </w:rPr>
        <w:t xml:space="preserve"> در سال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>، برخلاف شهر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ور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/>
          <w:rtl/>
          <w:lang w:bidi="fa-IR"/>
        </w:rPr>
        <w:t>۱۳۲۰</w:t>
      </w:r>
      <w:r w:rsidRPr="004E77D4">
        <w:rPr>
          <w:rFonts w:ascii="Tahoma" w:hAnsi="Tahoma" w:cs="Tahoma"/>
          <w:rtl/>
        </w:rPr>
        <w:t>، 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عهد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آماده نبود که در چهارچوب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درنگ</w:t>
      </w:r>
      <w:r w:rsidRPr="004E77D4">
        <w:rPr>
          <w:rFonts w:ascii="Tahoma" w:hAnsi="Tahoma" w:cs="Tahoma"/>
          <w:rtl/>
        </w:rPr>
        <w:t xml:space="preserve"> جا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پادشاه را بگ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</w:t>
      </w:r>
      <w:r w:rsidRPr="004E77D4">
        <w:rPr>
          <w:rFonts w:ascii="Tahoma" w:hAnsi="Tahoma" w:cs="Tahoma"/>
          <w:rtl/>
        </w:rPr>
        <w:t>. آلترنات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که قدرت‌ها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خارج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بخش بزرگ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مخالفان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آن را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رفته</w:t>
      </w:r>
      <w:r w:rsidRPr="004E77D4">
        <w:rPr>
          <w:rFonts w:ascii="Tahoma" w:hAnsi="Tahoma" w:cs="Tahoma"/>
          <w:rtl/>
        </w:rPr>
        <w:t xml:space="preserve"> بودند، از درون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مشروطه برنم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آمد</w:t>
      </w:r>
      <w:r w:rsidRPr="004E77D4">
        <w:rPr>
          <w:rFonts w:ascii="Tahoma" w:hAnsi="Tahoma" w:cs="Tahoma"/>
          <w:rtl/>
        </w:rPr>
        <w:t>.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راه بازگشت بود </w:t>
      </w:r>
      <w:r w:rsidRPr="004E77D4">
        <w:rPr>
          <w:rFonts w:ascii="Tahoma" w:hAnsi="Tahoma" w:cs="Tahoma" w:hint="eastAsia"/>
          <w:rtl/>
        </w:rPr>
        <w:t>تا</w:t>
      </w:r>
      <w:r w:rsidRPr="004E77D4">
        <w:rPr>
          <w:rFonts w:ascii="Tahoma" w:hAnsi="Tahoma" w:cs="Tahoma"/>
          <w:rtl/>
        </w:rPr>
        <w:t xml:space="preserve"> حقان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حکومت تازه را نه از شاه، مجلس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بلکه از ادعا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خدا و مردم به‌طور هم‌زمان به دست آورد.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با</w:t>
      </w:r>
      <w:r w:rsidRPr="004E77D4">
        <w:rPr>
          <w:rFonts w:ascii="Tahoma" w:hAnsi="Tahoma" w:cs="Tahoma"/>
          <w:rtl/>
        </w:rPr>
        <w:t xml:space="preserve"> خروج محمدرضاشاه در </w:t>
      </w:r>
      <w:r w:rsidRPr="004E77D4">
        <w:rPr>
          <w:rFonts w:ascii="Tahoma" w:hAnsi="Tahoma" w:cs="Tahoma"/>
          <w:rtl/>
          <w:lang w:bidi="fa-IR"/>
        </w:rPr>
        <w:t>۲۶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ماه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>، شاپور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از نظر حقوق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همچنان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کشور بود. فرمان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او را شاه صادر کرده و مجلس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به دولتش رأ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اعتماد داده بود.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خواست</w:t>
      </w:r>
      <w:r w:rsidRPr="004E77D4">
        <w:rPr>
          <w:rFonts w:ascii="Tahoma" w:hAnsi="Tahoma" w:cs="Tahoma"/>
          <w:rtl/>
        </w:rPr>
        <w:t xml:space="preserve">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مشروطه را از 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سلطهٔ حکومت شخص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شاه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رون</w:t>
      </w:r>
      <w:r w:rsidRPr="004E77D4">
        <w:rPr>
          <w:rFonts w:ascii="Tahoma" w:hAnsi="Tahoma" w:cs="Tahoma"/>
          <w:rtl/>
        </w:rPr>
        <w:t xml:space="preserve"> آورد و سلطنت را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اگر باق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ماند،</w:t>
      </w:r>
      <w:r w:rsidRPr="004E77D4">
        <w:rPr>
          <w:rFonts w:ascii="Tahoma" w:hAnsi="Tahoma" w:cs="Tahoma"/>
          <w:rtl/>
        </w:rPr>
        <w:t xml:space="preserve"> به حدود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خود بازگرداند.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دولت</w:t>
      </w:r>
      <w:r w:rsidRPr="004E77D4">
        <w:rPr>
          <w:rFonts w:ascii="Tahoma" w:hAnsi="Tahoma" w:cs="Tahoma"/>
          <w:rtl/>
        </w:rPr>
        <w:t xml:space="preserve"> او ساواک را منحل کرد، زندان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آزاد ساخت، سانسور را کاهش داد و وعدهٔ انتخابات آزاد داد.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همچن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کوش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استقلال دادگستر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مطبوعات را بازگرداند و دربارهٔ مسائل مورد اعتراض جامعه تحق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ق</w:t>
      </w:r>
      <w:r w:rsidRPr="004E77D4">
        <w:rPr>
          <w:rFonts w:ascii="Tahoma" w:hAnsi="Tahoma" w:cs="Tahoma"/>
          <w:rtl/>
        </w:rPr>
        <w:t xml:space="preserve"> کند. بس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خواسته‌ها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که مخالفان سکولار سال‌ها مطرح کرده بودند، اکنون در برنامهٔ دولت قرار داشتند.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اما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اصلاحات زمان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عرضه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شدند</w:t>
      </w:r>
      <w:r w:rsidRPr="004E77D4">
        <w:rPr>
          <w:rFonts w:ascii="Tahoma" w:hAnsi="Tahoma" w:cs="Tahoma"/>
          <w:rtl/>
        </w:rPr>
        <w:t xml:space="preserve"> که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خواهان اصلاح سلطنت نبود.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رفتن شاه را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کار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</w:t>
      </w:r>
      <w:r w:rsidRPr="004E77D4">
        <w:rPr>
          <w:rFonts w:ascii="Tahoma" w:hAnsi="Tahoma" w:cs="Tahoma"/>
          <w:rtl/>
        </w:rPr>
        <w:t xml:space="preserve"> و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را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ز،</w:t>
      </w:r>
      <w:r w:rsidRPr="004E77D4">
        <w:rPr>
          <w:rFonts w:ascii="Tahoma" w:hAnsi="Tahoma" w:cs="Tahoma"/>
          <w:rtl/>
        </w:rPr>
        <w:t xml:space="preserve"> چون فرمان خود را از شاه گرفته بود، غ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خواند</w:t>
      </w:r>
      <w:r w:rsidRPr="004E77D4">
        <w:rPr>
          <w:rFonts w:ascii="Tahoma" w:hAnsi="Tahoma" w:cs="Tahoma"/>
          <w:rtl/>
        </w:rPr>
        <w:t>. او نه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اجرا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موجود، بلکه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برانداختن همان نظام و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جاد</w:t>
      </w:r>
      <w:r w:rsidRPr="004E77D4">
        <w:rPr>
          <w:rFonts w:ascii="Tahoma" w:hAnsi="Tahoma" w:cs="Tahoma"/>
          <w:rtl/>
        </w:rPr>
        <w:t xml:space="preserve"> حکومت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تازه آماده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دو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قرار گرفت که 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چ‌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کاملاً در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ارش</w:t>
      </w:r>
      <w:r w:rsidRPr="004E77D4">
        <w:rPr>
          <w:rFonts w:ascii="Tahoma" w:hAnsi="Tahoma" w:cs="Tahoma"/>
          <w:rtl/>
        </w:rPr>
        <w:t xml:space="preserve"> نبودند. از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سو، ارتش هنوز مهم‌تر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ه‌گاه</w:t>
      </w:r>
      <w:r w:rsidRPr="004E77D4">
        <w:rPr>
          <w:rFonts w:ascii="Tahoma" w:hAnsi="Tahoma" w:cs="Tahoma"/>
          <w:rtl/>
        </w:rPr>
        <w:t xml:space="preserve"> دولت به شمار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رفت،</w:t>
      </w:r>
      <w:r w:rsidRPr="004E77D4">
        <w:rPr>
          <w:rFonts w:ascii="Tahoma" w:hAnsi="Tahoma" w:cs="Tahoma"/>
          <w:rtl/>
        </w:rPr>
        <w:t xml:space="preserve"> اما فرماندهانش سال‌ها مستق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ماً</w:t>
      </w:r>
      <w:r w:rsidRPr="004E77D4">
        <w:rPr>
          <w:rFonts w:ascii="Tahoma" w:hAnsi="Tahoma" w:cs="Tahoma"/>
          <w:rtl/>
        </w:rPr>
        <w:t xml:space="preserve"> از شاه فرمان گرفته بودند و به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مستقل عادت نداشتند. از سو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گر،</w:t>
      </w:r>
      <w:r w:rsidRPr="004E77D4">
        <w:rPr>
          <w:rFonts w:ascii="Tahoma" w:hAnsi="Tahoma" w:cs="Tahoma"/>
          <w:rtl/>
        </w:rPr>
        <w:t xml:space="preserve"> مخالفان سکولار و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توانستند</w:t>
      </w:r>
      <w:r w:rsidRPr="004E77D4">
        <w:rPr>
          <w:rFonts w:ascii="Tahoma" w:hAnsi="Tahoma" w:cs="Tahoma"/>
          <w:rtl/>
        </w:rPr>
        <w:t xml:space="preserve">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گاه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دولت باشند،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رش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شاه را 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انت</w:t>
      </w:r>
      <w:r w:rsidRPr="004E77D4">
        <w:rPr>
          <w:rFonts w:ascii="Tahoma" w:hAnsi="Tahoma" w:cs="Tahoma"/>
          <w:rtl/>
        </w:rPr>
        <w:t xml:space="preserve"> به جنبش دانسته و از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فاصله گرفته بودند.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آخر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نتا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</w:t>
      </w:r>
      <w:r w:rsidRPr="004E77D4">
        <w:rPr>
          <w:rFonts w:ascii="Tahoma" w:hAnsi="Tahoma" w:cs="Tahoma"/>
          <w:rtl/>
        </w:rPr>
        <w:t xml:space="preserve"> حذف آلترنات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 در دوران استبداد منور بود. اگر حزب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سازمان‌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</w:t>
      </w:r>
      <w:r w:rsidRPr="004E77D4">
        <w:rPr>
          <w:rFonts w:ascii="Tahoma" w:hAnsi="Tahoma" w:cs="Tahoma"/>
          <w:rtl/>
        </w:rPr>
        <w:t xml:space="preserve"> وجود داشت،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دربارهٔ برنامهٔ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بگ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</w:t>
      </w:r>
      <w:r w:rsidRPr="004E77D4">
        <w:rPr>
          <w:rFonts w:ascii="Tahoma" w:hAnsi="Tahoma" w:cs="Tahoma"/>
          <w:rtl/>
        </w:rPr>
        <w:t xml:space="preserve"> و بخش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جامعه را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گذار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</w:t>
      </w:r>
      <w:r w:rsidRPr="004E77D4">
        <w:rPr>
          <w:rFonts w:ascii="Tahoma" w:hAnsi="Tahoma" w:cs="Tahoma"/>
          <w:rtl/>
        </w:rPr>
        <w:t xml:space="preserve"> کند. اما جبههٔ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شتر</w:t>
      </w:r>
      <w:r w:rsidRPr="004E77D4">
        <w:rPr>
          <w:rFonts w:ascii="Tahoma" w:hAnsi="Tahoma" w:cs="Tahoma"/>
          <w:rtl/>
        </w:rPr>
        <w:t xml:space="preserve"> ائتلاف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شخص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ت‌ها</w:t>
      </w:r>
      <w:r w:rsidRPr="004E77D4">
        <w:rPr>
          <w:rFonts w:ascii="Tahoma" w:hAnsi="Tahoma" w:cs="Tahoma"/>
          <w:rtl/>
        </w:rPr>
        <w:t xml:space="preserve"> بود تا سازما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برخوردار از شبکه‌ا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سراسر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>.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رهبران آن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نتوانست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مستقل در برابر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وجود آورد.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بخش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 گمان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ستادن</w:t>
      </w:r>
      <w:r w:rsidRPr="004E77D4">
        <w:rPr>
          <w:rFonts w:ascii="Tahoma" w:hAnsi="Tahoma" w:cs="Tahoma"/>
          <w:rtl/>
        </w:rPr>
        <w:t xml:space="preserve"> در برابر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آن لحظه آنان را در کنار شاه قرار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دهد</w:t>
      </w:r>
      <w:r w:rsidRPr="004E77D4">
        <w:rPr>
          <w:rFonts w:ascii="Tahoma" w:hAnsi="Tahoma" w:cs="Tahoma"/>
          <w:rtl/>
        </w:rPr>
        <w:t xml:space="preserve"> و اعتبارشان را از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برد</w:t>
      </w:r>
      <w:r w:rsidRPr="004E77D4">
        <w:rPr>
          <w:rFonts w:ascii="Tahoma" w:hAnsi="Tahoma" w:cs="Tahoma"/>
          <w:rtl/>
        </w:rPr>
        <w:t>. آنان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گرفتند ابتدا سلطنت را براندازند و سپس دربارهٔ ساختار حکومت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</w:t>
      </w:r>
      <w:r w:rsidRPr="004E77D4">
        <w:rPr>
          <w:rFonts w:ascii="Tahoma" w:hAnsi="Tahoma" w:cs="Tahoma"/>
          <w:rtl/>
        </w:rPr>
        <w:t xml:space="preserve"> با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گفت‌وگو کنند. اما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محاسبه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وا</w:t>
      </w:r>
      <w:r w:rsidRPr="004E77D4">
        <w:rPr>
          <w:rFonts w:ascii="Tahoma" w:hAnsi="Tahoma" w:cs="Tahoma" w:hint="eastAsia"/>
          <w:rtl/>
        </w:rPr>
        <w:t>قع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را ناد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ده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گرفت</w:t>
      </w:r>
      <w:r w:rsidRPr="004E77D4">
        <w:rPr>
          <w:rFonts w:ascii="Tahoma" w:hAnsi="Tahoma" w:cs="Tahoma"/>
          <w:rtl/>
        </w:rPr>
        <w:t>: کس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دستگاه قدرت را در لحظهٔ سقوط حکومت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تصاحب کند، شرا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ط</w:t>
      </w:r>
      <w:r w:rsidRPr="004E77D4">
        <w:rPr>
          <w:rFonts w:ascii="Tahoma" w:hAnsi="Tahoma" w:cs="Tahoma"/>
          <w:rtl/>
        </w:rPr>
        <w:t xml:space="preserve"> گفت‌وگو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</w:t>
      </w:r>
      <w:r w:rsidRPr="004E77D4">
        <w:rPr>
          <w:rFonts w:ascii="Tahoma" w:hAnsi="Tahoma" w:cs="Tahoma"/>
          <w:rtl/>
        </w:rPr>
        <w:t xml:space="preserve"> را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تع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خواهد کرد.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هم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هنگام، ژنرال رابرت 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زر،</w:t>
      </w:r>
      <w:r w:rsidRPr="004E77D4">
        <w:rPr>
          <w:rFonts w:ascii="Tahoma" w:hAnsi="Tahoma" w:cs="Tahoma"/>
          <w:rtl/>
        </w:rPr>
        <w:t xml:space="preserve"> معاون فرمانده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در اروپا، به‌طور محرمانه وارد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شده بود. مأمور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اعلام‌شدهٔ او حفظ انسجام ارتش،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خروج شتاب‌زدهٔ فرماندهان و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از انتقال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قدرت به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بود.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نگران بود فروپ</w:t>
      </w:r>
      <w:r w:rsidRPr="004E77D4">
        <w:rPr>
          <w:rFonts w:ascii="Tahoma" w:hAnsi="Tahoma" w:cs="Tahoma" w:hint="eastAsia"/>
          <w:rtl/>
        </w:rPr>
        <w:t>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ارتش،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را به جنگ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بکشاند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راه را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حزب توده و اتحاد شورو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باز کند.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اما</w:t>
      </w:r>
      <w:r w:rsidRPr="004E77D4">
        <w:rPr>
          <w:rFonts w:ascii="Tahoma" w:hAnsi="Tahoma" w:cs="Tahoma"/>
          <w:rtl/>
        </w:rPr>
        <w:t xml:space="preserve"> حضور 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زر</w:t>
      </w:r>
      <w:r w:rsidRPr="004E77D4">
        <w:rPr>
          <w:rFonts w:ascii="Tahoma" w:hAnsi="Tahoma" w:cs="Tahoma"/>
          <w:rtl/>
        </w:rPr>
        <w:t xml:space="preserve"> معنا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داشت. مهم‌تر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فرماندهان ارتش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ران،</w:t>
      </w:r>
      <w:r w:rsidRPr="004E77D4">
        <w:rPr>
          <w:rFonts w:ascii="Tahoma" w:hAnsi="Tahoma" w:cs="Tahoma"/>
          <w:rtl/>
        </w:rPr>
        <w:t xml:space="preserve"> در روزها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که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دربارهٔ دفاع از حکومت کشورشان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گرفتند،</w:t>
      </w:r>
      <w:r w:rsidRPr="004E77D4">
        <w:rPr>
          <w:rFonts w:ascii="Tahoma" w:hAnsi="Tahoma" w:cs="Tahoma"/>
          <w:rtl/>
        </w:rPr>
        <w:t xml:space="preserve"> با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ژنرال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دربارهٔ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ندهٔ</w:t>
      </w:r>
      <w:r w:rsidRPr="004E77D4">
        <w:rPr>
          <w:rFonts w:ascii="Tahoma" w:hAnsi="Tahoma" w:cs="Tahoma"/>
          <w:rtl/>
        </w:rPr>
        <w:t xml:space="preserve"> خود و ارتش گفت‌وگو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>. هم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واقع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نشان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</w:t>
      </w:r>
      <w:r w:rsidRPr="004E77D4">
        <w:rPr>
          <w:rFonts w:ascii="Tahoma" w:hAnsi="Tahoma" w:cs="Tahoma"/>
          <w:rtl/>
        </w:rPr>
        <w:t xml:space="preserve"> استقلال فرمانده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تا چ</w:t>
      </w:r>
      <w:r w:rsidRPr="004E77D4">
        <w:rPr>
          <w:rFonts w:ascii="Tahoma" w:hAnsi="Tahoma" w:cs="Tahoma" w:hint="eastAsia"/>
          <w:rtl/>
        </w:rPr>
        <w:t>ه</w:t>
      </w:r>
      <w:r w:rsidRPr="004E77D4">
        <w:rPr>
          <w:rFonts w:ascii="Tahoma" w:hAnsi="Tahoma" w:cs="Tahoma"/>
          <w:rtl/>
        </w:rPr>
        <w:t xml:space="preserve"> اندازه آس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ب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ده</w:t>
      </w:r>
      <w:r w:rsidRPr="004E77D4">
        <w:rPr>
          <w:rFonts w:ascii="Tahoma" w:hAnsi="Tahoma" w:cs="Tahoma"/>
          <w:rtl/>
        </w:rPr>
        <w:t xml:space="preserve"> است.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ارتش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با سلاح، آموزش و سازمان‌ده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گسترش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</w:t>
      </w:r>
      <w:r w:rsidRPr="004E77D4">
        <w:rPr>
          <w:rFonts w:ascii="Tahoma" w:hAnsi="Tahoma" w:cs="Tahoma"/>
          <w:rtl/>
        </w:rPr>
        <w:t xml:space="preserve"> بود، در لحظهٔ بحران منتظر بود بداند واشنگتن چه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خواهد</w:t>
      </w:r>
      <w:r w:rsidRPr="004E77D4">
        <w:rPr>
          <w:rFonts w:ascii="Tahoma" w:hAnsi="Tahoma" w:cs="Tahoma"/>
          <w:rtl/>
        </w:rPr>
        <w:t>. فرماندهان فقط از خود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پرس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دند</w:t>
      </w:r>
      <w:r w:rsidRPr="004E77D4">
        <w:rPr>
          <w:rFonts w:ascii="Tahoma" w:hAnsi="Tahoma" w:cs="Tahoma"/>
          <w:rtl/>
        </w:rPr>
        <w:t xml:space="preserve"> وظ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فهٔ</w:t>
      </w:r>
      <w:r w:rsidRPr="004E77D4">
        <w:rPr>
          <w:rFonts w:ascii="Tahoma" w:hAnsi="Tahoma" w:cs="Tahoma"/>
          <w:rtl/>
        </w:rPr>
        <w:t xml:space="preserve"> قانون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شان</w:t>
      </w:r>
      <w:r w:rsidRPr="004E77D4">
        <w:rPr>
          <w:rFonts w:ascii="Tahoma" w:hAnsi="Tahoma" w:cs="Tahoma"/>
          <w:rtl/>
        </w:rPr>
        <w:t xml:space="preserve"> 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ست؛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خواستند</w:t>
      </w:r>
      <w:r w:rsidRPr="004E77D4">
        <w:rPr>
          <w:rFonts w:ascii="Tahoma" w:hAnsi="Tahoma" w:cs="Tahoma"/>
          <w:rtl/>
        </w:rPr>
        <w:t xml:space="preserve"> بدانند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از کودتا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خواهد کرد،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را ترج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ح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دهد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با انتقال قدرت به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کنار آمده است.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زر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کوش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فرماندهان را از اقدام شتاب‌زده و کودتا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که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به کشتار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گسترده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نجامد</w:t>
      </w:r>
      <w:r w:rsidRPr="004E77D4">
        <w:rPr>
          <w:rFonts w:ascii="Tahoma" w:hAnsi="Tahoma" w:cs="Tahoma"/>
          <w:rtl/>
        </w:rPr>
        <w:t xml:space="preserve"> بازدارد. از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دگاه</w:t>
      </w:r>
      <w:r w:rsidRPr="004E77D4">
        <w:rPr>
          <w:rFonts w:ascii="Tahoma" w:hAnsi="Tahoma" w:cs="Tahoma"/>
          <w:rtl/>
        </w:rPr>
        <w:t xml:space="preserve"> دولت کارتر، حفظ ارتش به‌عنوان نهاد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کپارچه</w:t>
      </w:r>
      <w:r w:rsidRPr="004E77D4">
        <w:rPr>
          <w:rFonts w:ascii="Tahoma" w:hAnsi="Tahoma" w:cs="Tahoma"/>
          <w:rtl/>
        </w:rPr>
        <w:t xml:space="preserve"> از حفظ شخص شاه مهم‌تر شده بود. اگر ارتش در نبرد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با مردم فروم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پاش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</w:t>
      </w:r>
      <w:r w:rsidRPr="004E77D4">
        <w:rPr>
          <w:rFonts w:ascii="Tahoma" w:hAnsi="Tahoma" w:cs="Tahoma" w:hint="eastAsia"/>
          <w:rtl/>
        </w:rPr>
        <w:t>جنگ</w:t>
      </w:r>
      <w:r w:rsidRPr="004E77D4">
        <w:rPr>
          <w:rFonts w:ascii="Tahoma" w:hAnsi="Tahoma" w:cs="Tahoma"/>
          <w:rtl/>
        </w:rPr>
        <w:t xml:space="preserve">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نفوذ شورو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ماند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اما</w:t>
      </w:r>
      <w:r w:rsidRPr="004E77D4">
        <w:rPr>
          <w:rFonts w:ascii="Tahoma" w:hAnsi="Tahoma" w:cs="Tahoma"/>
          <w:rtl/>
        </w:rPr>
        <w:t xml:space="preserve">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کودتا در عمل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آخر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راه‌ها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ممکن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توقف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مسدود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>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نکه</w:t>
      </w:r>
      <w:r w:rsidRPr="004E77D4">
        <w:rPr>
          <w:rFonts w:ascii="Tahoma" w:hAnsi="Tahoma" w:cs="Tahoma"/>
          <w:rtl/>
        </w:rPr>
        <w:t xml:space="preserve"> کودتا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موفق شود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کشور را به جنگ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بکشاند، پرسش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جداگانه است؛ 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حضور 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زر</w:t>
      </w:r>
      <w:r w:rsidRPr="004E77D4">
        <w:rPr>
          <w:rFonts w:ascii="Tahoma" w:hAnsi="Tahoma" w:cs="Tahoma"/>
          <w:rtl/>
        </w:rPr>
        <w:t xml:space="preserve"> به فرماندهان نشان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</w:t>
      </w:r>
      <w:r w:rsidRPr="004E77D4">
        <w:rPr>
          <w:rFonts w:ascii="Tahoma" w:hAnsi="Tahoma" w:cs="Tahoma"/>
          <w:rtl/>
        </w:rPr>
        <w:t xml:space="preserve">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خواهان اقدام مستقل و تمام‌ع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آنان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بازگرداندن شاه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بازگشت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ن‌سان،</w:t>
      </w:r>
      <w:r w:rsidRPr="004E77D4">
        <w:rPr>
          <w:rFonts w:ascii="Tahoma" w:hAnsi="Tahoma" w:cs="Tahoma"/>
          <w:rtl/>
        </w:rPr>
        <w:t xml:space="preserve"> مأمور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زر</w:t>
      </w:r>
      <w:r w:rsidRPr="004E77D4">
        <w:rPr>
          <w:rFonts w:ascii="Tahoma" w:hAnsi="Tahoma" w:cs="Tahoma"/>
          <w:rtl/>
        </w:rPr>
        <w:t xml:space="preserve"> را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</w:t>
      </w:r>
      <w:r w:rsidRPr="004E77D4">
        <w:rPr>
          <w:rFonts w:ascii="Tahoma" w:hAnsi="Tahoma" w:cs="Tahoma"/>
          <w:rtl/>
        </w:rPr>
        <w:t xml:space="preserve"> از دو منظر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>. در روا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رسم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او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فروپاش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 و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از دولت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آمده بود. در 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جهٔ</w:t>
      </w:r>
      <w:r w:rsidRPr="004E77D4">
        <w:rPr>
          <w:rFonts w:ascii="Tahoma" w:hAnsi="Tahoma" w:cs="Tahoma"/>
          <w:rtl/>
        </w:rPr>
        <w:t xml:space="preserve"> عمل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حضورش فرماندهان را از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مستقل دورتر کرد و ارتش را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رش</w:t>
      </w:r>
      <w:r w:rsidRPr="004E77D4">
        <w:rPr>
          <w:rFonts w:ascii="Tahoma" w:hAnsi="Tahoma" w:cs="Tahoma"/>
          <w:rtl/>
        </w:rPr>
        <w:t xml:space="preserve"> انتقال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آماده ساخت که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انش</w:t>
      </w:r>
      <w:r w:rsidRPr="004E77D4">
        <w:rPr>
          <w:rFonts w:ascii="Tahoma" w:hAnsi="Tahoma" w:cs="Tahoma"/>
          <w:rtl/>
        </w:rPr>
        <w:t xml:space="preserve"> طرف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آن بودند.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هم‌زمان،</w:t>
      </w:r>
      <w:r w:rsidRPr="004E77D4">
        <w:rPr>
          <w:rFonts w:ascii="Tahoma" w:hAnsi="Tahoma" w:cs="Tahoma"/>
          <w:rtl/>
        </w:rPr>
        <w:t xml:space="preserve"> نما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ندگان</w:t>
      </w:r>
      <w:r w:rsidRPr="004E77D4">
        <w:rPr>
          <w:rFonts w:ascii="Tahoma" w:hAnsi="Tahoma" w:cs="Tahoma"/>
          <w:rtl/>
        </w:rPr>
        <w:t xml:space="preserve">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با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پار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</w:t>
      </w:r>
      <w:r w:rsidRPr="004E77D4">
        <w:rPr>
          <w:rFonts w:ascii="Tahoma" w:hAnsi="Tahoma" w:cs="Tahoma"/>
          <w:rtl/>
        </w:rPr>
        <w:t xml:space="preserve"> تماس داشتند. ابراه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واسطه‌ها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کوش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دند</w:t>
      </w:r>
      <w:r w:rsidRPr="004E77D4">
        <w:rPr>
          <w:rFonts w:ascii="Tahoma" w:hAnsi="Tahoma" w:cs="Tahoma"/>
          <w:rtl/>
        </w:rPr>
        <w:t xml:space="preserve"> به واشنگتن اطم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نان</w:t>
      </w:r>
      <w:r w:rsidRPr="004E77D4">
        <w:rPr>
          <w:rFonts w:ascii="Tahoma" w:hAnsi="Tahoma" w:cs="Tahoma"/>
          <w:rtl/>
        </w:rPr>
        <w:t xml:space="preserve"> دهند که بازگشت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نابود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ارتش، قطع جر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نفت،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کمون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ست‌ها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دشمن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فور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غرب منجر نخواهد شد. از جانب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ام‌ها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دربارهٔ آرامش، نظم و پره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از 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خون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منتقل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هدف</w:t>
      </w:r>
      <w:r w:rsidRPr="004E77D4">
        <w:rPr>
          <w:rFonts w:ascii="Tahoma" w:hAnsi="Tahoma" w:cs="Tahoma"/>
          <w:rtl/>
        </w:rPr>
        <w:t xml:space="preserve"> اعلام‌شدهٔ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تماس‌ها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خشونت و شناخت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بود که احتمال داشت قدرت را در دست 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</w:t>
      </w:r>
      <w:r w:rsidRPr="004E77D4">
        <w:rPr>
          <w:rFonts w:ascii="Tahoma" w:hAnsi="Tahoma" w:cs="Tahoma"/>
          <w:rtl/>
        </w:rPr>
        <w:t>. اما نفس تماس‌ها نشان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</w:t>
      </w:r>
      <w:r w:rsidRPr="004E77D4">
        <w:rPr>
          <w:rFonts w:ascii="Tahoma" w:hAnsi="Tahoma" w:cs="Tahoma"/>
          <w:rtl/>
        </w:rPr>
        <w:t xml:space="preserve"> دولت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صرفاً مخالف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تبع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داند</w:t>
      </w:r>
      <w:r w:rsidRPr="004E77D4">
        <w:rPr>
          <w:rFonts w:ascii="Tahoma" w:hAnsi="Tahoma" w:cs="Tahoma"/>
          <w:rtl/>
        </w:rPr>
        <w:t>. نما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ندگانش</w:t>
      </w:r>
      <w:r w:rsidRPr="004E77D4">
        <w:rPr>
          <w:rFonts w:ascii="Tahoma" w:hAnsi="Tahoma" w:cs="Tahoma"/>
          <w:rtl/>
        </w:rPr>
        <w:t xml:space="preserve"> دربارهٔ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ندهٔ</w:t>
      </w:r>
      <w:r w:rsidRPr="004E77D4">
        <w:rPr>
          <w:rFonts w:ascii="Tahoma" w:hAnsi="Tahoma" w:cs="Tahoma"/>
          <w:rtl/>
        </w:rPr>
        <w:t xml:space="preserve"> ارتش، دولت، نفت و روابط خارج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کسان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گفت‌وگو 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 xml:space="preserve"> که هنوز 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چ</w:t>
      </w:r>
      <w:r w:rsidRPr="004E77D4">
        <w:rPr>
          <w:rFonts w:ascii="Tahoma" w:hAnsi="Tahoma" w:cs="Tahoma"/>
          <w:rtl/>
        </w:rPr>
        <w:t xml:space="preserve"> مقام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نداشتند.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تماس‌ها به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فرصت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داد</w:t>
      </w:r>
      <w:r w:rsidRPr="004E77D4">
        <w:rPr>
          <w:rFonts w:ascii="Tahoma" w:hAnsi="Tahoma" w:cs="Tahoma"/>
          <w:rtl/>
        </w:rPr>
        <w:t xml:space="preserve"> تصو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اطم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نان‌بخش</w:t>
      </w:r>
      <w:r w:rsidRPr="004E77D4">
        <w:rPr>
          <w:rFonts w:ascii="Tahoma" w:hAnsi="Tahoma" w:cs="Tahoma"/>
          <w:rtl/>
        </w:rPr>
        <w:t xml:space="preserve"> از حکومت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</w:t>
      </w:r>
      <w:r w:rsidRPr="004E77D4">
        <w:rPr>
          <w:rFonts w:ascii="Tahoma" w:hAnsi="Tahoma" w:cs="Tahoma"/>
          <w:rtl/>
        </w:rPr>
        <w:t xml:space="preserve"> ارائه کنند. آنان از دموکراس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آزاد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استقلال و حفظ نظم سخن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گفتند</w:t>
      </w:r>
      <w:r w:rsidRPr="004E77D4">
        <w:rPr>
          <w:rFonts w:ascii="Tahoma" w:hAnsi="Tahoma" w:cs="Tahoma"/>
          <w:rtl/>
        </w:rPr>
        <w:t xml:space="preserve"> و از توض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ح</w:t>
      </w:r>
      <w:r w:rsidRPr="004E77D4">
        <w:rPr>
          <w:rFonts w:ascii="Tahoma" w:hAnsi="Tahoma" w:cs="Tahoma"/>
          <w:rtl/>
        </w:rPr>
        <w:t xml:space="preserve"> روشن دربارهٔ حکومت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نکاران،</w:t>
      </w:r>
      <w:r w:rsidRPr="004E77D4">
        <w:rPr>
          <w:rFonts w:ascii="Tahoma" w:hAnsi="Tahoma" w:cs="Tahoma"/>
          <w:rtl/>
        </w:rPr>
        <w:t xml:space="preserve"> ولا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فق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</w:t>
      </w:r>
      <w:r w:rsidRPr="004E77D4">
        <w:rPr>
          <w:rFonts w:ascii="Tahoma" w:hAnsi="Tahoma" w:cs="Tahoma"/>
          <w:rtl/>
        </w:rPr>
        <w:t xml:space="preserve"> و حذف مخالفان پره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>. غرب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در آن لحظه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از ماه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درازمدت حکومت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نده،</w:t>
      </w:r>
      <w:r w:rsidRPr="004E77D4">
        <w:rPr>
          <w:rFonts w:ascii="Tahoma" w:hAnsi="Tahoma" w:cs="Tahoma"/>
          <w:rtl/>
        </w:rPr>
        <w:t xml:space="preserve"> نگران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کمون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سم</w:t>
      </w:r>
      <w:r w:rsidRPr="004E77D4">
        <w:rPr>
          <w:rFonts w:ascii="Tahoma" w:hAnsi="Tahoma" w:cs="Tahoma"/>
          <w:rtl/>
        </w:rPr>
        <w:t xml:space="preserve"> و حفظ جر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نفت بود.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خواهان آن بود که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بازگشت خود را به تأخ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اندازد و فرصت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انتخابات و انتقال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فراهم کند.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شنهادها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دار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سازش مطرح شدند، اما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خواست</w:t>
      </w:r>
      <w:r w:rsidRPr="004E77D4">
        <w:rPr>
          <w:rFonts w:ascii="Tahoma" w:hAnsi="Tahoma" w:cs="Tahoma"/>
          <w:rtl/>
        </w:rPr>
        <w:t xml:space="preserve"> با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رفتن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منصوب شاه، حقان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حکومت او را به رسم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بشناسد. زمان به سود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بود؛ هر روز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ضع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ف‌تر</w:t>
      </w:r>
      <w:r w:rsidRPr="004E77D4">
        <w:rPr>
          <w:rFonts w:ascii="Tahoma" w:hAnsi="Tahoma" w:cs="Tahoma"/>
          <w:rtl/>
        </w:rPr>
        <w:t xml:space="preserve"> و انتظار مردم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بازگشت رهبر انقلاب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شتر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فرودگاه‌ها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مدت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بسته شدند، اما حکومت توان ادامهٔ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بازگشت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نداشت. بستن فرودگاه اعتراض‌ها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تازه‌ا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برانگ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خت</w:t>
      </w:r>
      <w:r w:rsidRPr="004E77D4">
        <w:rPr>
          <w:rFonts w:ascii="Tahoma" w:hAnsi="Tahoma" w:cs="Tahoma"/>
          <w:rtl/>
        </w:rPr>
        <w:t xml:space="preserve"> و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در مسجد دانشگاه تهران متحصن شدند. سرانجام دولت عقب نشست و راه بازگشت گشوده شد.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دوازدهم بهمن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 xml:space="preserve"> پس از نزد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به پانزده سال تبع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وارد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شد. جمع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عظ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از او استقبال کرد. رسانه‌ها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خارج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بازگشتش را به‌طور گسترده پوشش دادند و تصو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ورود او به نماد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 تبد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شد.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چ‌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از رهبران سکولار و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چن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استقبال، شبکه و توجه رسانه‌ا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برخوردار نبودند. آنان سال‌ها در داخل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سته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مبارزه کرده بودند، اما اکنون در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رامون</w:t>
      </w:r>
      <w:r w:rsidRPr="004E77D4">
        <w:rPr>
          <w:rFonts w:ascii="Tahoma" w:hAnsi="Tahoma" w:cs="Tahoma"/>
          <w:rtl/>
        </w:rPr>
        <w:t xml:space="preserve"> چهره‌ا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قرار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گرفتند</w:t>
      </w:r>
      <w:r w:rsidRPr="004E77D4">
        <w:rPr>
          <w:rFonts w:ascii="Tahoma" w:hAnsi="Tahoma" w:cs="Tahoma"/>
          <w:rtl/>
        </w:rPr>
        <w:t xml:space="preserve"> که ابراه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او را در انتقال به فرانسه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داده،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انش</w:t>
      </w:r>
      <w:r w:rsidRPr="004E77D4">
        <w:rPr>
          <w:rFonts w:ascii="Tahoma" w:hAnsi="Tahoma" w:cs="Tahoma"/>
          <w:rtl/>
        </w:rPr>
        <w:t xml:space="preserve"> تصو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اش</w:t>
      </w:r>
      <w:r w:rsidRPr="004E77D4">
        <w:rPr>
          <w:rFonts w:ascii="Tahoma" w:hAnsi="Tahoma" w:cs="Tahoma"/>
          <w:rtl/>
        </w:rPr>
        <w:t xml:space="preserve"> را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جهان تنظ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کرده و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رسانه‌ها نام و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امش</w:t>
      </w:r>
      <w:r w:rsidRPr="004E77D4">
        <w:rPr>
          <w:rFonts w:ascii="Tahoma" w:hAnsi="Tahoma" w:cs="Tahoma"/>
          <w:rtl/>
        </w:rPr>
        <w:t xml:space="preserve"> را هر روز به داخل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رسانده بودند.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نخست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سخنران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خود در بهشت زهرا،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را نپذ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رفت</w:t>
      </w:r>
      <w:r w:rsidRPr="004E77D4">
        <w:rPr>
          <w:rFonts w:ascii="Tahoma" w:hAnsi="Tahoma" w:cs="Tahoma"/>
          <w:rtl/>
        </w:rPr>
        <w:t xml:space="preserve"> و اعلام کرد خود دولت تع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خواهد کرد. سخن او فقط اعتراض به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نبود؛ ادعا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ارداشتن</w:t>
      </w:r>
      <w:r w:rsidRPr="004E77D4">
        <w:rPr>
          <w:rFonts w:ascii="Tahoma" w:hAnsi="Tahoma" w:cs="Tahoma"/>
          <w:rtl/>
        </w:rPr>
        <w:t xml:space="preserve"> حق تشک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حکومت بود. او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حق را هم از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مردم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گرفت</w:t>
      </w:r>
      <w:r w:rsidRPr="004E77D4">
        <w:rPr>
          <w:rFonts w:ascii="Tahoma" w:hAnsi="Tahoma" w:cs="Tahoma"/>
          <w:rtl/>
        </w:rPr>
        <w:t xml:space="preserve"> و هم از جا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گاه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نجا</w:t>
      </w:r>
      <w:r w:rsidRPr="004E77D4">
        <w:rPr>
          <w:rFonts w:ascii="Tahoma" w:hAnsi="Tahoma" w:cs="Tahoma"/>
          <w:rtl/>
        </w:rPr>
        <w:t xml:space="preserve"> شکل تازه‌ا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حقان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حکمران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آمد</w:t>
      </w:r>
      <w:r w:rsidRPr="004E77D4">
        <w:rPr>
          <w:rFonts w:ascii="Tahoma" w:hAnsi="Tahoma" w:cs="Tahoma"/>
          <w:rtl/>
        </w:rPr>
        <w:t>. در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مشروطهٔ مشروعه، شاه فرمان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را صادر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 xml:space="preserve"> و 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در برابر مجلس مسئول بودند.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نه شاه بود، نه نما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ندهٔ</w:t>
      </w:r>
      <w:r w:rsidRPr="004E77D4">
        <w:rPr>
          <w:rFonts w:ascii="Tahoma" w:hAnsi="Tahoma" w:cs="Tahoma"/>
          <w:rtl/>
        </w:rPr>
        <w:t xml:space="preserve"> مجلس و نه صاحب مقام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تعر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ف‌شده</w:t>
      </w:r>
      <w:r w:rsidRPr="004E77D4">
        <w:rPr>
          <w:rFonts w:ascii="Tahoma" w:hAnsi="Tahoma" w:cs="Tahoma"/>
          <w:rtl/>
        </w:rPr>
        <w:t xml:space="preserve"> در قانون. باا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ن‌حال،</w:t>
      </w:r>
      <w:r w:rsidRPr="004E77D4">
        <w:rPr>
          <w:rFonts w:ascii="Tahoma" w:hAnsi="Tahoma" w:cs="Tahoma"/>
          <w:rtl/>
        </w:rPr>
        <w:t xml:space="preserve"> خود را مجاز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</w:t>
      </w:r>
      <w:r w:rsidRPr="004E77D4">
        <w:rPr>
          <w:rFonts w:ascii="Tahoma" w:hAnsi="Tahoma" w:cs="Tahoma"/>
          <w:rtl/>
        </w:rPr>
        <w:t xml:space="preserve"> نخ</w:t>
      </w:r>
      <w:r w:rsidRPr="004E77D4">
        <w:rPr>
          <w:rFonts w:ascii="Tahoma" w:hAnsi="Tahoma" w:cs="Tahoma" w:hint="eastAsia"/>
          <w:rtl/>
        </w:rPr>
        <w:t>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تع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کند؛ 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</w:t>
      </w:r>
      <w:r w:rsidRPr="004E77D4">
        <w:rPr>
          <w:rFonts w:ascii="Tahoma" w:hAnsi="Tahoma" w:cs="Tahoma"/>
          <w:rtl/>
        </w:rPr>
        <w:t xml:space="preserve"> مدع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 ملت و شرع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را به او داده‌اند.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پانزدهم بهمن،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مهد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بازرگان را به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دولت موقت منصوب کرد. انتخاب بازرگان حساب‌شده بود. او مسلمان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متد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ن،</w:t>
      </w:r>
      <w:r w:rsidRPr="004E77D4">
        <w:rPr>
          <w:rFonts w:ascii="Tahoma" w:hAnsi="Tahoma" w:cs="Tahoma"/>
          <w:rtl/>
        </w:rPr>
        <w:t xml:space="preserve"> مهندس، استاد دانشگاه، از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اران</w:t>
      </w:r>
      <w:r w:rsidRPr="004E77D4">
        <w:rPr>
          <w:rFonts w:ascii="Tahoma" w:hAnsi="Tahoma" w:cs="Tahoma"/>
          <w:rtl/>
        </w:rPr>
        <w:t xml:space="preserve"> مصدق و رهبر نهضت آزاد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بود. سابقهٔ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چهرهٔ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انه‌رو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سکولار، بازار، طبقهٔ متوسط و دولت‌ها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خارج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آرام کند.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بازرگان</w:t>
      </w:r>
      <w:r w:rsidRPr="004E77D4">
        <w:rPr>
          <w:rFonts w:ascii="Tahoma" w:hAnsi="Tahoma" w:cs="Tahoma"/>
          <w:rtl/>
        </w:rPr>
        <w:t xml:space="preserve"> از نظر فکر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حکومت مطلقهٔ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کسان</w:t>
      </w:r>
      <w:r w:rsidRPr="004E77D4">
        <w:rPr>
          <w:rFonts w:ascii="Tahoma" w:hAnsi="Tahoma" w:cs="Tahoma"/>
          <w:rtl/>
        </w:rPr>
        <w:t xml:space="preserve"> نبود. او به قانون، انتخابات، ادارهٔ فن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کشور و نوع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سازگار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اسلام و دموکراس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باور داشت. اما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رش</w:t>
      </w:r>
      <w:r w:rsidRPr="004E77D4">
        <w:rPr>
          <w:rFonts w:ascii="Tahoma" w:hAnsi="Tahoma" w:cs="Tahoma"/>
          <w:rtl/>
        </w:rPr>
        <w:t xml:space="preserve"> حکم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معنا بود که سرچشمهٔ حقان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دولت موقت را نه از مجلس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موجود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بلکه از فرمان رهبر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</w:t>
      </w:r>
      <w:r w:rsidRPr="004E77D4">
        <w:rPr>
          <w:rFonts w:ascii="Tahoma" w:hAnsi="Tahoma" w:cs="Tahoma"/>
          <w:rtl/>
        </w:rPr>
        <w:t xml:space="preserve"> انقلاب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حکم خود کوش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دو سرچشمه را در کنار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قرار دهد: حق شرع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رش</w:t>
      </w:r>
      <w:r w:rsidRPr="004E77D4">
        <w:rPr>
          <w:rFonts w:ascii="Tahoma" w:hAnsi="Tahoma" w:cs="Tahoma"/>
          <w:rtl/>
        </w:rPr>
        <w:t xml:space="preserve"> ملت. او بازرگان را هم به اتکا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«حق شرع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»</w:t>
      </w:r>
      <w:r w:rsidRPr="004E77D4">
        <w:rPr>
          <w:rFonts w:ascii="Tahoma" w:hAnsi="Tahoma" w:cs="Tahoma"/>
          <w:rtl/>
        </w:rPr>
        <w:t xml:space="preserve"> خود و هم براساس رأ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اعتماد عموم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منصوب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>. 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ن‌سان،</w:t>
      </w:r>
      <w:r w:rsidRPr="004E77D4">
        <w:rPr>
          <w:rFonts w:ascii="Tahoma" w:hAnsi="Tahoma" w:cs="Tahoma"/>
          <w:rtl/>
        </w:rPr>
        <w:t xml:space="preserve"> همان دوگانگ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مشروطهٔ مشروعه در صورت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تازه بازم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گشت؛</w:t>
      </w:r>
      <w:r w:rsidRPr="004E77D4">
        <w:rPr>
          <w:rFonts w:ascii="Tahoma" w:hAnsi="Tahoma" w:cs="Tahoma"/>
          <w:rtl/>
        </w:rPr>
        <w:t xml:space="preserve"> اما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بار کفهٔ قدرت از آ</w:t>
      </w:r>
      <w:r w:rsidRPr="004E77D4">
        <w:rPr>
          <w:rFonts w:ascii="Tahoma" w:hAnsi="Tahoma" w:cs="Tahoma" w:hint="eastAsia"/>
          <w:rtl/>
        </w:rPr>
        <w:t>غاز</w:t>
      </w:r>
      <w:r w:rsidRPr="004E77D4">
        <w:rPr>
          <w:rFonts w:ascii="Tahoma" w:hAnsi="Tahoma" w:cs="Tahoma"/>
          <w:rtl/>
        </w:rPr>
        <w:t xml:space="preserve"> در دست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بود.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بازرگان</w:t>
      </w:r>
      <w:r w:rsidRPr="004E77D4">
        <w:rPr>
          <w:rFonts w:ascii="Tahoma" w:hAnsi="Tahoma" w:cs="Tahoma"/>
          <w:rtl/>
        </w:rPr>
        <w:t xml:space="preserve"> و ابراه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جهان خارج چهره‌ا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قابل‌قبول از حکومت تازه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ساختند</w:t>
      </w:r>
      <w:r w:rsidRPr="004E77D4">
        <w:rPr>
          <w:rFonts w:ascii="Tahoma" w:hAnsi="Tahoma" w:cs="Tahoma"/>
          <w:rtl/>
        </w:rPr>
        <w:t>. زبان آنان زبان مد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ت،</w:t>
      </w:r>
      <w:r w:rsidRPr="004E77D4">
        <w:rPr>
          <w:rFonts w:ascii="Tahoma" w:hAnsi="Tahoma" w:cs="Tahoma"/>
          <w:rtl/>
        </w:rPr>
        <w:t xml:space="preserve"> قانون،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انه‌رو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مناسبات عاد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ن‌الملل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بود. حضورشان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تصور را پد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آورد</w:t>
      </w:r>
      <w:r w:rsidRPr="004E77D4">
        <w:rPr>
          <w:rFonts w:ascii="Tahoma" w:hAnsi="Tahoma" w:cs="Tahoma"/>
          <w:rtl/>
        </w:rPr>
        <w:t xml:space="preserve"> که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رهبر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معنو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خواهد بود و ادارهٔ کشور را به متخصصان و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است‌مداران</w:t>
      </w:r>
      <w:r w:rsidRPr="004E77D4">
        <w:rPr>
          <w:rFonts w:ascii="Tahoma" w:hAnsi="Tahoma" w:cs="Tahoma"/>
          <w:rtl/>
        </w:rPr>
        <w:t xml:space="preserve">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خواهد سپرد.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هم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تصور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آرام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>. آنان گمان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 xml:space="preserve"> دولت بازرگان مرحله‌ا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انتقال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است و پس از برقرار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آزاد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همهٔ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توانند</w:t>
      </w:r>
      <w:r w:rsidRPr="004E77D4">
        <w:rPr>
          <w:rFonts w:ascii="Tahoma" w:hAnsi="Tahoma" w:cs="Tahoma"/>
          <w:rtl/>
        </w:rPr>
        <w:t xml:space="preserve"> در انتخابات و تدو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شرکت کنند. بس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هنوز باور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قصد دارند همهٔ دستگاه کشوردا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خود بگ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رند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اما</w:t>
      </w:r>
      <w:r w:rsidRPr="004E77D4">
        <w:rPr>
          <w:rFonts w:ascii="Tahoma" w:hAnsi="Tahoma" w:cs="Tahoma"/>
          <w:rtl/>
        </w:rPr>
        <w:t xml:space="preserve"> در کنار دولت موقت، نهادها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حال شکل‌گ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بودند که از بازرگان فرمان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گرفتند</w:t>
      </w:r>
      <w:r w:rsidRPr="004E77D4">
        <w:rPr>
          <w:rFonts w:ascii="Tahoma" w:hAnsi="Tahoma" w:cs="Tahoma"/>
          <w:rtl/>
        </w:rPr>
        <w:t>. شورا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انقلاب، کم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انقلاب، شبکهٔ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و گروه‌ها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مسلح وفادار به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قدرت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مواز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آوردند</w:t>
      </w:r>
      <w:r w:rsidRPr="004E77D4">
        <w:rPr>
          <w:rFonts w:ascii="Tahoma" w:hAnsi="Tahoma" w:cs="Tahoma"/>
          <w:rtl/>
        </w:rPr>
        <w:t>. دولت موقت مسئول ادارهٔ کشور بود، اما ابزارها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اصل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 در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ارش</w:t>
      </w:r>
      <w:r w:rsidRPr="004E77D4">
        <w:rPr>
          <w:rFonts w:ascii="Tahoma" w:hAnsi="Tahoma" w:cs="Tahoma"/>
          <w:rtl/>
        </w:rPr>
        <w:t xml:space="preserve"> قرار نداشتند.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بار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مسئول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و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از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جدا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شدند</w:t>
      </w:r>
      <w:r w:rsidRPr="004E77D4">
        <w:rPr>
          <w:rFonts w:ascii="Tahoma" w:hAnsi="Tahoma" w:cs="Tahoma"/>
          <w:rtl/>
        </w:rPr>
        <w:t>. بازرگان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وزارتخانه‌ها، بودجه، نفت، روابط خارج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زندگ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روزمرهٔ مردم را اداره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کرد؛</w:t>
      </w:r>
      <w:r w:rsidRPr="004E77D4">
        <w:rPr>
          <w:rFonts w:ascii="Tahoma" w:hAnsi="Tahoma" w:cs="Tahoma"/>
          <w:rtl/>
        </w:rPr>
        <w:t xml:space="preserve"> اما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شورا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توانستند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اصل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رند</w:t>
      </w:r>
      <w:r w:rsidRPr="004E77D4">
        <w:rPr>
          <w:rFonts w:ascii="Tahoma" w:hAnsi="Tahoma" w:cs="Tahoma"/>
          <w:rtl/>
        </w:rPr>
        <w:t>. کم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ته‌ها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در محله‌ها و شهرها دست به بازداشت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تصرف و اعمال قدرت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زدند،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آنکه</w:t>
      </w:r>
      <w:r w:rsidRPr="004E77D4">
        <w:rPr>
          <w:rFonts w:ascii="Tahoma" w:hAnsi="Tahoma" w:cs="Tahoma"/>
          <w:rtl/>
        </w:rPr>
        <w:t xml:space="preserve"> در برابر دولت مسئول باشند.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فاصلهٔ بازگشت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تا </w:t>
      </w:r>
      <w:r w:rsidRPr="004E77D4">
        <w:rPr>
          <w:rFonts w:ascii="Tahoma" w:hAnsi="Tahoma" w:cs="Tahoma"/>
          <w:rtl/>
          <w:lang w:bidi="fa-IR"/>
        </w:rPr>
        <w:t>۲۲</w:t>
      </w:r>
      <w:r w:rsidRPr="004E77D4">
        <w:rPr>
          <w:rFonts w:ascii="Tahoma" w:hAnsi="Tahoma" w:cs="Tahoma"/>
          <w:rtl/>
        </w:rPr>
        <w:t xml:space="preserve"> بهمن،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دو دولت داشت.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براساس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موجود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بود و از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رسم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 برخوردار بود. بازرگان براساس فرمان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نخست‌وز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دولت انقلاب شمرده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 xml:space="preserve"> و از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جنبش 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شبکهٔ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بهره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برد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دوگانگ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دولت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مدت 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ادامه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ابد</w:t>
      </w:r>
      <w:r w:rsidRPr="004E77D4">
        <w:rPr>
          <w:rFonts w:ascii="Tahoma" w:hAnsi="Tahoma" w:cs="Tahoma"/>
          <w:rtl/>
        </w:rPr>
        <w:t xml:space="preserve">.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ارتش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از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دفاع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</w:t>
      </w:r>
      <w:r w:rsidRPr="004E77D4">
        <w:rPr>
          <w:rFonts w:ascii="Tahoma" w:hAnsi="Tahoma" w:cs="Tahoma"/>
          <w:rtl/>
        </w:rPr>
        <w:t xml:space="preserve"> و دولت انقلاب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از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برد،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ارتش و حکومت رسم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وادار به تسل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کردند</w:t>
      </w:r>
      <w:r w:rsidRPr="004E77D4">
        <w:rPr>
          <w:rFonts w:ascii="Tahoma" w:hAnsi="Tahoma" w:cs="Tahoma"/>
          <w:rtl/>
        </w:rPr>
        <w:t>. 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چ</w:t>
      </w:r>
      <w:r w:rsidRPr="004E77D4">
        <w:rPr>
          <w:rFonts w:ascii="Tahoma" w:hAnsi="Tahoma" w:cs="Tahoma"/>
          <w:rtl/>
        </w:rPr>
        <w:t xml:space="preserve"> نهاد مشترک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داور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دو مدع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وجود نداشت.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نوزدهم بهمن، گروه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همافران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هوا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با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دار</w:t>
      </w:r>
      <w:r w:rsidRPr="004E77D4">
        <w:rPr>
          <w:rFonts w:ascii="Tahoma" w:hAnsi="Tahoma" w:cs="Tahoma"/>
          <w:rtl/>
        </w:rPr>
        <w:t xml:space="preserve"> کردند و در برابر او ادا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احترام نمودند. انتشار تصو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دار</w:t>
      </w:r>
      <w:r w:rsidRPr="004E77D4">
        <w:rPr>
          <w:rFonts w:ascii="Tahoma" w:hAnsi="Tahoma" w:cs="Tahoma"/>
          <w:rtl/>
        </w:rPr>
        <w:t xml:space="preserve"> ضربه‌ا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بزرگ به حکومت بود.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هوا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از مدرن‌تر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و وابسته‌تر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بخش‌ها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 به شاه به شمار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رفت</w:t>
      </w:r>
      <w:r w:rsidRPr="004E77D4">
        <w:rPr>
          <w:rFonts w:ascii="Tahoma" w:hAnsi="Tahoma" w:cs="Tahoma"/>
          <w:rtl/>
        </w:rPr>
        <w:t>. حضور همافران نزد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نشان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/>
          <w:rtl/>
        </w:rPr>
        <w:t>داد شکاف به درون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مسلح 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ده</w:t>
      </w:r>
      <w:r w:rsidRPr="004E77D4">
        <w:rPr>
          <w:rFonts w:ascii="Tahoma" w:hAnsi="Tahoma" w:cs="Tahoma"/>
          <w:rtl/>
        </w:rPr>
        <w:t xml:space="preserve"> است.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همافران و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گارد شاهنشاه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شب‌ها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بعد، پادگان‌ها را به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دان</w:t>
      </w:r>
      <w:r w:rsidRPr="004E77D4">
        <w:rPr>
          <w:rFonts w:ascii="Tahoma" w:hAnsi="Tahoma" w:cs="Tahoma"/>
          <w:rtl/>
        </w:rPr>
        <w:t xml:space="preserve"> نبرد تبد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کرد. مردم و گروه‌ها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مسلح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از همافران وارد عمل شدند و اسلحه از مراکز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دست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افتاد. از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لحظه، انقلاب فقط جنبش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اعتراض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نبود؛ به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>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مسلح تبد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حکومت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منع رفت‌وآمد اعلام کرد، اما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مردم خواست آن را ناد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ده</w:t>
      </w:r>
      <w:r w:rsidRPr="004E77D4">
        <w:rPr>
          <w:rFonts w:ascii="Tahoma" w:hAnsi="Tahoma" w:cs="Tahoma"/>
          <w:rtl/>
        </w:rPr>
        <w:t xml:space="preserve"> بگ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رند</w:t>
      </w:r>
      <w:r w:rsidRPr="004E77D4">
        <w:rPr>
          <w:rFonts w:ascii="Tahoma" w:hAnsi="Tahoma" w:cs="Tahoma"/>
          <w:rtl/>
        </w:rPr>
        <w:t>. نافرمان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عموم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آخر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فرمان دولت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اثر</w:t>
      </w:r>
      <w:r w:rsidRPr="004E77D4">
        <w:rPr>
          <w:rFonts w:ascii="Tahoma" w:hAnsi="Tahoma" w:cs="Tahoma"/>
          <w:rtl/>
        </w:rPr>
        <w:t xml:space="preserve"> کرد. اگر ارتش با تمام قدرت مقررات را اجرا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کرد،</w:t>
      </w:r>
      <w:r w:rsidRPr="004E77D4">
        <w:rPr>
          <w:rFonts w:ascii="Tahoma" w:hAnsi="Tahoma" w:cs="Tahoma"/>
          <w:rtl/>
        </w:rPr>
        <w:t xml:space="preserve"> کشور وارد کشتار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گسترده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>. اگر اجرا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کرد،</w:t>
      </w:r>
      <w:r w:rsidRPr="004E77D4">
        <w:rPr>
          <w:rFonts w:ascii="Tahoma" w:hAnsi="Tahoma" w:cs="Tahoma"/>
          <w:rtl/>
        </w:rPr>
        <w:t xml:space="preserve">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ی‌ی</w:t>
      </w:r>
      <w:r w:rsidRPr="004E77D4">
        <w:rPr>
          <w:rFonts w:ascii="Tahoma" w:hAnsi="Tahoma" w:cs="Tahoma" w:hint="eastAsia"/>
          <w:rtl/>
        </w:rPr>
        <w:t>افت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فرماندهان</w:t>
      </w:r>
      <w:r w:rsidRPr="004E77D4">
        <w:rPr>
          <w:rFonts w:ascii="Tahoma" w:hAnsi="Tahoma" w:cs="Tahoma"/>
          <w:rtl/>
        </w:rPr>
        <w:t xml:space="preserve"> ارتش در </w:t>
      </w:r>
      <w:r w:rsidRPr="004E77D4">
        <w:rPr>
          <w:rFonts w:ascii="Tahoma" w:hAnsi="Tahoma" w:cs="Tahoma"/>
          <w:rtl/>
          <w:lang w:bidi="fa-IR"/>
        </w:rPr>
        <w:t>۲۲</w:t>
      </w:r>
      <w:r w:rsidRPr="004E77D4">
        <w:rPr>
          <w:rFonts w:ascii="Tahoma" w:hAnsi="Tahoma" w:cs="Tahoma"/>
          <w:rtl/>
        </w:rPr>
        <w:t xml:space="preserve"> بهمن تشک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جلسه دادند و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طرف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مسلح را در درگ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اعلام کردند.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در عمل به معنا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کنارگذاشتن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بود. ارتش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وظ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فه‌اش</w:t>
      </w:r>
      <w:r w:rsidRPr="004E77D4">
        <w:rPr>
          <w:rFonts w:ascii="Tahoma" w:hAnsi="Tahoma" w:cs="Tahoma"/>
          <w:rtl/>
        </w:rPr>
        <w:t xml:space="preserve"> دفاع از حکومت موجود بود، با اعلام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طرف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آخر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ه‌گاه</w:t>
      </w:r>
      <w:r w:rsidRPr="004E77D4">
        <w:rPr>
          <w:rFonts w:ascii="Tahoma" w:hAnsi="Tahoma" w:cs="Tahoma"/>
          <w:rtl/>
        </w:rPr>
        <w:t xml:space="preserve"> آن را برداشت.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اعلام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طرف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 را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</w:t>
      </w:r>
      <w:r w:rsidRPr="004E77D4">
        <w:rPr>
          <w:rFonts w:ascii="Tahoma" w:hAnsi="Tahoma" w:cs="Tahoma"/>
          <w:rtl/>
        </w:rPr>
        <w:t xml:space="preserve"> اقدام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جنگ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کشتار گسترده دانست. فرماندهان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دند</w:t>
      </w:r>
      <w:r w:rsidRPr="004E77D4">
        <w:rPr>
          <w:rFonts w:ascii="Tahoma" w:hAnsi="Tahoma" w:cs="Tahoma"/>
          <w:rtl/>
        </w:rPr>
        <w:t xml:space="preserve"> وحدت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/>
          <w:rtl/>
        </w:rPr>
        <w:t xml:space="preserve"> در حال فروپاش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است و ادامهٔ مقابله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تواند</w:t>
      </w:r>
      <w:r w:rsidRPr="004E77D4">
        <w:rPr>
          <w:rFonts w:ascii="Tahoma" w:hAnsi="Tahoma" w:cs="Tahoma"/>
          <w:rtl/>
        </w:rPr>
        <w:t xml:space="preserve"> ارتش را به جنگ با خودش بکشاند. اما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در همان حال دستگاه قانون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کشور را بدون دفاع در براب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قدرت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رها کرد.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مأمور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زر</w:t>
      </w:r>
      <w:r w:rsidRPr="004E77D4">
        <w:rPr>
          <w:rFonts w:ascii="Tahoma" w:hAnsi="Tahoma" w:cs="Tahoma"/>
          <w:rtl/>
        </w:rPr>
        <w:t xml:space="preserve">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از آن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</w:t>
      </w:r>
      <w:r w:rsidRPr="004E77D4">
        <w:rPr>
          <w:rFonts w:ascii="Tahoma" w:hAnsi="Tahoma" w:cs="Tahoma"/>
          <w:rtl/>
        </w:rPr>
        <w:t xml:space="preserve"> و او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را ترک کرده بود، اما تأث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حضور و توص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باق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مانده بود. فرماندهان 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</w:t>
      </w:r>
      <w:r w:rsidRPr="004E77D4">
        <w:rPr>
          <w:rFonts w:ascii="Tahoma" w:hAnsi="Tahoma" w:cs="Tahoma"/>
          <w:rtl/>
        </w:rPr>
        <w:t xml:space="preserve"> بودند آمر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کا</w:t>
      </w:r>
      <w:r w:rsidRPr="004E77D4">
        <w:rPr>
          <w:rFonts w:ascii="Tahoma" w:hAnsi="Tahoma" w:cs="Tahoma"/>
          <w:rtl/>
        </w:rPr>
        <w:t xml:space="preserve"> از کودتا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مستقل و سرکوب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نامحدود پشت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بان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نخواهد کرد و حفظ انسجام ارتش را بر نبرد تا آخر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لحظه ترج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ح</w:t>
      </w:r>
      <w:r w:rsidRPr="004E77D4">
        <w:rPr>
          <w:rFonts w:ascii="Tahoma" w:hAnsi="Tahoma" w:cs="Tahoma"/>
          <w:rtl/>
        </w:rPr>
        <w:t xml:space="preserve">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دهد</w:t>
      </w:r>
      <w:r w:rsidRPr="004E77D4">
        <w:rPr>
          <w:rFonts w:ascii="Tahoma" w:hAnsi="Tahoma" w:cs="Tahoma"/>
          <w:rtl/>
        </w:rPr>
        <w:t>. تماس‌ه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را پد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آورده بود که ارتش در حکومت آ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نده</w:t>
      </w:r>
      <w:r w:rsidRPr="004E77D4">
        <w:rPr>
          <w:rFonts w:ascii="Tahoma" w:hAnsi="Tahoma" w:cs="Tahoma"/>
          <w:rtl/>
        </w:rPr>
        <w:t xml:space="preserve"> باق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خواهد ماند.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تحقق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</w:t>
      </w:r>
      <w:r w:rsidRPr="004E77D4">
        <w:rPr>
          <w:rFonts w:ascii="Tahoma" w:hAnsi="Tahoma" w:cs="Tahoma"/>
          <w:rtl/>
        </w:rPr>
        <w:t>. پس از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انقلاب، بس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فرماندهان بازداشت، محاکمه و اعدام شدند. ارتش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فروپاش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خود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طرف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اعلام کرده بود، وارد دوره‌ا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پاک‌ساز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تحق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شد. وعده‌ها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مربوط به حفظ ارتش نتوانستند امن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رهبران آن را تضم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کنند.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با</w:t>
      </w:r>
      <w:r w:rsidRPr="004E77D4">
        <w:rPr>
          <w:rFonts w:ascii="Tahoma" w:hAnsi="Tahoma" w:cs="Tahoma"/>
          <w:rtl/>
        </w:rPr>
        <w:t xml:space="preserve"> اعلام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طرف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ارتش، دولت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سقوط کرد. پادگان‌ها، کلانتر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ها،</w:t>
      </w:r>
      <w:r w:rsidRPr="004E77D4">
        <w:rPr>
          <w:rFonts w:ascii="Tahoma" w:hAnsi="Tahoma" w:cs="Tahoma"/>
          <w:rtl/>
        </w:rPr>
        <w:t xml:space="preserve"> راد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</w:t>
      </w:r>
      <w:r w:rsidRPr="004E77D4">
        <w:rPr>
          <w:rFonts w:ascii="Tahoma" w:hAnsi="Tahoma" w:cs="Tahoma"/>
          <w:rtl/>
        </w:rPr>
        <w:t xml:space="preserve"> و تلو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ون</w:t>
      </w:r>
      <w:r w:rsidRPr="004E77D4">
        <w:rPr>
          <w:rFonts w:ascii="Tahoma" w:hAnsi="Tahoma" w:cs="Tahoma"/>
          <w:rtl/>
        </w:rPr>
        <w:t xml:space="preserve"> و مراکز حکومت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تصرف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 درآمدند. شاپور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مخف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سپس از کشور خارج شد. دستگاه پادشاه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ط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پنجاه‌وسه سال ساخته شده بود، در مدت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کوتاه از هم گس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خت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فروپاش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نشان داد قدرت نظام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قدرت کشوردار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کسان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</w:t>
      </w:r>
      <w:r w:rsidRPr="004E77D4">
        <w:rPr>
          <w:rFonts w:ascii="Tahoma" w:hAnsi="Tahoma" w:cs="Tahoma"/>
          <w:rtl/>
        </w:rPr>
        <w:t>. حکومت شاه از ارتش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بزرگ،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وانسالار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گسترده و دستگاه امن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رومند</w:t>
      </w:r>
      <w:r w:rsidRPr="004E77D4">
        <w:rPr>
          <w:rFonts w:ascii="Tahoma" w:hAnsi="Tahoma" w:cs="Tahoma"/>
          <w:rtl/>
        </w:rPr>
        <w:t xml:space="preserve"> برخوردار بود؛ اما هنگام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فرمانده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مرکز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ارادهٔ خود را از دست داد و حقان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حکومت در چشم بخش بزرگ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مردم فرو 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خت،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ابزار</w:t>
      </w:r>
      <w:r w:rsidRPr="004E77D4">
        <w:rPr>
          <w:rFonts w:ascii="Tahoma" w:hAnsi="Tahoma" w:cs="Tahoma" w:hint="eastAsia"/>
          <w:rtl/>
        </w:rPr>
        <w:t>ها</w:t>
      </w:r>
      <w:r w:rsidRPr="004E77D4">
        <w:rPr>
          <w:rFonts w:ascii="Tahoma" w:hAnsi="Tahoma" w:cs="Tahoma"/>
          <w:rtl/>
        </w:rPr>
        <w:t xml:space="preserve"> نتوانستند نظام را حفظ کنند.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بدون در اخت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ارداشتن</w:t>
      </w:r>
      <w:r w:rsidRPr="004E77D4">
        <w:rPr>
          <w:rFonts w:ascii="Tahoma" w:hAnsi="Tahoma" w:cs="Tahoma"/>
          <w:rtl/>
        </w:rPr>
        <w:t xml:space="preserve"> ارتش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منظم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وانسالار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مستقل وارد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شد، اما از شبکه، رهبر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اراده‌ا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برخوردار بود که حکومت فاقد آن شده بود. دستگاه رسم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کشور باق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مانده بود، 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فرمان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گرفت؛</w:t>
      </w:r>
      <w:r w:rsidRPr="004E77D4">
        <w:rPr>
          <w:rFonts w:ascii="Tahoma" w:hAnsi="Tahoma" w:cs="Tahoma"/>
          <w:rtl/>
        </w:rPr>
        <w:t xml:space="preserve"> شبکهٔ انقلاب هنوز دولت نبود، اما فرمانش اجرا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شد</w:t>
      </w:r>
      <w:r w:rsidRPr="004E77D4">
        <w:rPr>
          <w:rFonts w:ascii="Tahoma" w:hAnsi="Tahoma" w:cs="Tahoma"/>
          <w:rtl/>
        </w:rPr>
        <w:t xml:space="preserve">. در کشاکش 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سازمان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اراده</w:t>
      </w:r>
      <w:r w:rsidRPr="004E77D4">
        <w:rPr>
          <w:rFonts w:ascii="Tahoma" w:hAnsi="Tahoma" w:cs="Tahoma"/>
          <w:rtl/>
        </w:rPr>
        <w:t xml:space="preserve"> و ارادهٔ سازمان‌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دوم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روز</w:t>
      </w:r>
      <w:r w:rsidRPr="004E77D4">
        <w:rPr>
          <w:rFonts w:ascii="Tahoma" w:hAnsi="Tahoma" w:cs="Tahoma"/>
          <w:rtl/>
        </w:rPr>
        <w:t xml:space="preserve"> شد.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معنا،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«چلب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»</w:t>
      </w:r>
      <w:r w:rsidRPr="004E77D4">
        <w:rPr>
          <w:rFonts w:ascii="Tahoma" w:hAnsi="Tahoma" w:cs="Tahoma"/>
          <w:rtl/>
        </w:rPr>
        <w:t xml:space="preserve"> بود. او مانند احمد چلب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شخص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نبود که 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چ</w:t>
      </w:r>
      <w:r w:rsidRPr="004E77D4">
        <w:rPr>
          <w:rFonts w:ascii="Tahoma" w:hAnsi="Tahoma" w:cs="Tahoma"/>
          <w:rtl/>
        </w:rPr>
        <w:t xml:space="preserve">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گاه</w:t>
      </w:r>
      <w:r w:rsidRPr="004E77D4">
        <w:rPr>
          <w:rFonts w:ascii="Tahoma" w:hAnsi="Tahoma" w:cs="Tahoma"/>
          <w:rtl/>
        </w:rPr>
        <w:t xml:space="preserve">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نداشته باشد و فقط بر تانک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گانه</w:t>
      </w:r>
      <w:r w:rsidRPr="004E77D4">
        <w:rPr>
          <w:rFonts w:ascii="Tahoma" w:hAnsi="Tahoma" w:cs="Tahoma"/>
          <w:rtl/>
        </w:rPr>
        <w:t xml:space="preserve"> وارد کشور شود.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شبکه‌ا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شه‌دار</w:t>
      </w:r>
      <w:r w:rsidRPr="004E77D4">
        <w:rPr>
          <w:rFonts w:ascii="Tahoma" w:hAnsi="Tahoma" w:cs="Tahoma"/>
          <w:rtl/>
        </w:rPr>
        <w:t xml:space="preserve"> در حوزه، مسجد، بازار و جامعهٔ مذهب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برخوردار بود. اما انتقال او به فرانسه، سازمان‌ده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انش،</w:t>
      </w:r>
      <w:r w:rsidRPr="004E77D4">
        <w:rPr>
          <w:rFonts w:ascii="Tahoma" w:hAnsi="Tahoma" w:cs="Tahoma"/>
          <w:rtl/>
        </w:rPr>
        <w:t xml:space="preserve"> پوشش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وقفهٔ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ب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رسانه‌ها، تماس نما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ندگان</w:t>
      </w:r>
      <w:r w:rsidRPr="004E77D4">
        <w:rPr>
          <w:rFonts w:ascii="Tahoma" w:hAnsi="Tahoma" w:cs="Tahoma"/>
          <w:rtl/>
        </w:rPr>
        <w:t xml:space="preserve"> دولت کارتر با دستگاه او و تصم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قدرت‌ها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غرب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عبور از شاه، او را به آلترنات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تبد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کرد که 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چ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امکان رقابت با آن را نداشت.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در</w:t>
      </w:r>
      <w:r w:rsidRPr="004E77D4">
        <w:rPr>
          <w:rFonts w:ascii="Tahoma" w:hAnsi="Tahoma" w:cs="Tahoma"/>
          <w:rtl/>
        </w:rPr>
        <w:t xml:space="preserve"> گوادالوپ سند علن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صر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ح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با مضمون «خم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به قدرت برسان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د»</w:t>
      </w:r>
      <w:r w:rsidRPr="004E77D4">
        <w:rPr>
          <w:rFonts w:ascii="Tahoma" w:hAnsi="Tahoma" w:cs="Tahoma"/>
          <w:rtl/>
        </w:rPr>
        <w:t xml:space="preserve"> در دست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ست؛</w:t>
      </w:r>
      <w:r w:rsidRPr="004E77D4">
        <w:rPr>
          <w:rFonts w:ascii="Tahoma" w:hAnsi="Tahoma" w:cs="Tahoma"/>
          <w:rtl/>
        </w:rPr>
        <w:t xml:space="preserve"> اما نت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جهٔ</w:t>
      </w:r>
      <w:r w:rsidRPr="004E77D4">
        <w:rPr>
          <w:rFonts w:ascii="Tahoma" w:hAnsi="Tahoma" w:cs="Tahoma"/>
          <w:rtl/>
        </w:rPr>
        <w:t xml:space="preserve"> عمل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است</w:t>
      </w:r>
      <w:r w:rsidRPr="004E77D4">
        <w:rPr>
          <w:rFonts w:ascii="Tahoma" w:hAnsi="Tahoma" w:cs="Tahoma"/>
          <w:rtl/>
        </w:rPr>
        <w:t xml:space="preserve"> قدرت‌ها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غرب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روشن بود. آنان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حفظ شاه اقدام نکردند، با اطراف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وارد گفت‌وگو شدند، از اقدام مستقل ارتش جلوگ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کردند و انتقال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پذ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رفتند</w:t>
      </w:r>
      <w:r w:rsidRPr="004E77D4">
        <w:rPr>
          <w:rFonts w:ascii="Tahoma" w:hAnsi="Tahoma" w:cs="Tahoma"/>
          <w:rtl/>
        </w:rPr>
        <w:t xml:space="preserve"> که در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ان،</w:t>
      </w:r>
      <w:r w:rsidRPr="004E77D4">
        <w:rPr>
          <w:rFonts w:ascii="Tahoma" w:hAnsi="Tahoma" w:cs="Tahoma"/>
          <w:rtl/>
        </w:rPr>
        <w:t xml:space="preserve"> قدرت را به شبکهٔ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سپرد.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تحل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نقش مردم و نارضا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واقع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آنان را انکار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کند</w:t>
      </w:r>
      <w:r w:rsidRPr="004E77D4">
        <w:rPr>
          <w:rFonts w:ascii="Tahoma" w:hAnsi="Tahoma" w:cs="Tahoma"/>
          <w:rtl/>
        </w:rPr>
        <w:t>. 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چ</w:t>
      </w:r>
      <w:r w:rsidRPr="004E77D4">
        <w:rPr>
          <w:rFonts w:ascii="Tahoma" w:hAnsi="Tahoma" w:cs="Tahoma"/>
          <w:rtl/>
        </w:rPr>
        <w:t xml:space="preserve"> قدرت خارج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بدون سال‌ها استبداد، فساد، نابرابر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سرکوب و خطاها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حکومت، 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ون‌ها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به 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ابان</w:t>
      </w:r>
      <w:r w:rsidRPr="004E77D4">
        <w:rPr>
          <w:rFonts w:ascii="Tahoma" w:hAnsi="Tahoma" w:cs="Tahoma"/>
          <w:rtl/>
        </w:rPr>
        <w:t xml:space="preserve">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اورد</w:t>
      </w:r>
      <w:r w:rsidRPr="004E77D4">
        <w:rPr>
          <w:rFonts w:ascii="Tahoma" w:hAnsi="Tahoma" w:cs="Tahoma"/>
          <w:rtl/>
        </w:rPr>
        <w:t>.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بدون شبکهٔ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و بازار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توانست</w:t>
      </w:r>
      <w:r w:rsidRPr="004E77D4">
        <w:rPr>
          <w:rFonts w:ascii="Tahoma" w:hAnsi="Tahoma" w:cs="Tahoma"/>
          <w:rtl/>
        </w:rPr>
        <w:t xml:space="preserve"> فقط با کمک رسانه‌ها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غرب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حکومت را به دست 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رد</w:t>
      </w:r>
      <w:r w:rsidRPr="004E77D4">
        <w:rPr>
          <w:rFonts w:ascii="Tahoma" w:hAnsi="Tahoma" w:cs="Tahoma"/>
          <w:rtl/>
        </w:rPr>
        <w:t>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اما</w:t>
      </w:r>
      <w:r w:rsidRPr="004E77D4">
        <w:rPr>
          <w:rFonts w:ascii="Tahoma" w:hAnsi="Tahoma" w:cs="Tahoma"/>
          <w:rtl/>
        </w:rPr>
        <w:t xml:space="preserve"> نارضا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عموم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به‌خود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خود</w:t>
      </w:r>
      <w:r w:rsidRPr="004E77D4">
        <w:rPr>
          <w:rFonts w:ascii="Tahoma" w:hAnsi="Tahoma" w:cs="Tahoma"/>
          <w:rtl/>
        </w:rPr>
        <w:t xml:space="preserve"> رهبر و مقصد مع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ندارد.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مختلف 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توانند</w:t>
      </w:r>
      <w:r w:rsidRPr="004E77D4">
        <w:rPr>
          <w:rFonts w:ascii="Tahoma" w:hAnsi="Tahoma" w:cs="Tahoma"/>
          <w:rtl/>
        </w:rPr>
        <w:t xml:space="preserve"> آن را نما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ندگ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هدا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کنند. شاه با حذف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 و دموکرات، جامعه را از آلترنات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سازمان‌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</w:t>
      </w:r>
      <w:r w:rsidRPr="004E77D4">
        <w:rPr>
          <w:rFonts w:ascii="Tahoma" w:hAnsi="Tahoma" w:cs="Tahoma"/>
          <w:rtl/>
        </w:rPr>
        <w:t xml:space="preserve"> محروم کرده بود. سپس 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او، فشار دولت کارتر و ترد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غرب دربارهٔ ادامهٔ سلطنت، دستگاه متمرکز حکومت را فلج کرد. در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خلأ،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آماده‌تر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داخل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بود و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است</w:t>
      </w:r>
      <w:r w:rsidRPr="004E77D4">
        <w:rPr>
          <w:rFonts w:ascii="Tahoma" w:hAnsi="Tahoma" w:cs="Tahoma"/>
          <w:rtl/>
        </w:rPr>
        <w:t xml:space="preserve"> و رسانهٔ خارج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او را به برجسته‌تر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آلترنات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</w:t>
      </w:r>
      <w:r w:rsidRPr="004E77D4">
        <w:rPr>
          <w:rFonts w:ascii="Tahoma" w:hAnsi="Tahoma" w:cs="Tahoma"/>
          <w:rtl/>
        </w:rPr>
        <w:t xml:space="preserve"> تبد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کردند.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ابراه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ـ مذهب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در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انتقال نقش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داشتند. آنان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به غرب قابل‌فهم و به بخش‌ها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از جامعهٔ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قابل‌قبول ساختند. زبان آزاد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دموکراس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استقلال و حکومت مردم، نگران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ها</w:t>
      </w:r>
      <w:r w:rsidRPr="004E77D4">
        <w:rPr>
          <w:rFonts w:ascii="Tahoma" w:hAnsi="Tahoma" w:cs="Tahoma"/>
          <w:rtl/>
        </w:rPr>
        <w:t xml:space="preserve"> را کاهش داد و امکان داد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 تصور کنند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پس از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به حوزه بازخواهند گشت.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اما</w:t>
      </w:r>
      <w:r w:rsidRPr="004E77D4">
        <w:rPr>
          <w:rFonts w:ascii="Tahoma" w:hAnsi="Tahoma" w:cs="Tahoma"/>
          <w:rtl/>
        </w:rPr>
        <w:t xml:space="preserve"> خم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آغاز خود را فقط رهبر معنو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نم</w:t>
      </w:r>
      <w:r w:rsidRPr="004E77D4">
        <w:rPr>
          <w:rFonts w:ascii="Tahoma" w:hAnsi="Tahoma" w:cs="Tahoma" w:hint="cs"/>
          <w:rtl/>
        </w:rPr>
        <w:t>ی‌</w:t>
      </w:r>
      <w:r w:rsidRPr="004E77D4">
        <w:rPr>
          <w:rFonts w:ascii="Tahoma" w:hAnsi="Tahoma" w:cs="Tahoma" w:hint="eastAsia"/>
          <w:rtl/>
        </w:rPr>
        <w:t>دانست</w:t>
      </w:r>
      <w:r w:rsidRPr="004E77D4">
        <w:rPr>
          <w:rFonts w:ascii="Tahoma" w:hAnsi="Tahoma" w:cs="Tahoma"/>
          <w:rtl/>
        </w:rPr>
        <w:t>. تع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بازرگان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از سقوط بخت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ار</w:t>
      </w:r>
      <w:r w:rsidRPr="004E77D4">
        <w:rPr>
          <w:rFonts w:ascii="Tahoma" w:hAnsi="Tahoma" w:cs="Tahoma"/>
          <w:rtl/>
        </w:rPr>
        <w:t xml:space="preserve"> نشان داد او مدع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حق مستق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تشک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ل</w:t>
      </w:r>
      <w:r w:rsidRPr="004E77D4">
        <w:rPr>
          <w:rFonts w:ascii="Tahoma" w:hAnsi="Tahoma" w:cs="Tahoma"/>
          <w:rtl/>
        </w:rPr>
        <w:t xml:space="preserve"> حکومت است. آنچه در نوفل‌لوشاتو با زبان مبهم آزاد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پوشانده شده بود، در تهران به صورت فرمان 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آشکار شد.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با</w:t>
      </w:r>
      <w:r w:rsidRPr="004E77D4">
        <w:rPr>
          <w:rFonts w:ascii="Tahoma" w:hAnsi="Tahoma" w:cs="Tahoma"/>
          <w:rtl/>
        </w:rPr>
        <w:t xml:space="preserve">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انقلاب، مشروطهٔ مشروعه به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منطق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از اجزا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خود رس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>.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که در متمم قانون اساس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حق نظارت بر قوان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را به دست آورده بودند،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بار به نظارت رضا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ندادند. آنان خود سرچشمهٔ قانون و صاحب حکومت شدند. تاج کنار رفت، اما سهم شر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عت</w:t>
      </w:r>
      <w:r w:rsidRPr="004E77D4">
        <w:rPr>
          <w:rFonts w:ascii="Tahoma" w:hAnsi="Tahoma" w:cs="Tahoma"/>
          <w:rtl/>
        </w:rPr>
        <w:t xml:space="preserve"> باق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ماند و بر همهٔ اجزا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/>
          <w:rtl/>
        </w:rPr>
        <w:t xml:space="preserve"> غلبه کرد.</w:t>
      </w:r>
    </w:p>
    <w:p w:rsidR="004E77D4" w:rsidRPr="004E77D4" w:rsidRDefault="004E77D4" w:rsidP="004E77D4">
      <w:pPr>
        <w:bidi/>
        <w:spacing w:after="0" w:line="360" w:lineRule="auto"/>
        <w:ind w:firstLine="720"/>
        <w:rPr>
          <w:rFonts w:ascii="Tahoma" w:hAnsi="Tahoma" w:cs="Tahoma"/>
        </w:rPr>
      </w:pPr>
      <w:r w:rsidRPr="004E77D4">
        <w:rPr>
          <w:rFonts w:ascii="Tahoma" w:hAnsi="Tahoma" w:cs="Tahoma" w:hint="eastAsia"/>
          <w:rtl/>
        </w:rPr>
        <w:t>بنابرا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انقلاب </w:t>
      </w:r>
      <w:r w:rsidRPr="004E77D4">
        <w:rPr>
          <w:rFonts w:ascii="Tahoma" w:hAnsi="Tahoma" w:cs="Tahoma"/>
          <w:rtl/>
          <w:lang w:bidi="fa-IR"/>
        </w:rPr>
        <w:t>۱۳۵۷</w:t>
      </w:r>
      <w:r w:rsidRPr="004E77D4">
        <w:rPr>
          <w:rFonts w:ascii="Tahoma" w:hAnsi="Tahoma" w:cs="Tahoma"/>
          <w:rtl/>
        </w:rPr>
        <w:t xml:space="preserve"> بازگشت به آرمان‌ها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سکولار و دموکرات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/>
          <w:rtl/>
        </w:rPr>
        <w:t xml:space="preserve"> مشروطه‌خواهان اول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</w:t>
      </w:r>
      <w:r w:rsidRPr="004E77D4">
        <w:rPr>
          <w:rFonts w:ascii="Tahoma" w:hAnsi="Tahoma" w:cs="Tahoma"/>
          <w:rtl/>
        </w:rPr>
        <w:t xml:space="preserve"> نبود. پا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ان</w:t>
      </w:r>
      <w:r w:rsidRPr="004E77D4">
        <w:rPr>
          <w:rFonts w:ascii="Tahoma" w:hAnsi="Tahoma" w:cs="Tahoma"/>
          <w:rtl/>
        </w:rPr>
        <w:t xml:space="preserve"> استبداد منور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ز</w:t>
      </w:r>
      <w:r w:rsidRPr="004E77D4">
        <w:rPr>
          <w:rFonts w:ascii="Tahoma" w:hAnsi="Tahoma" w:cs="Tahoma"/>
          <w:rtl/>
        </w:rPr>
        <w:t xml:space="preserve"> به پ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سکولار دموکراس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نجام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>. خلأ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که با سقوط شاه پد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آمد، به دست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</w:t>
      </w:r>
      <w:r w:rsidRPr="004E77D4">
        <w:rPr>
          <w:rFonts w:ascii="Tahoma" w:hAnsi="Tahoma" w:cs="Tahoma" w:hint="cs"/>
          <w:rtl/>
        </w:rPr>
        <w:t>یی</w:t>
      </w:r>
      <w:r w:rsidRPr="004E77D4">
        <w:rPr>
          <w:rFonts w:ascii="Tahoma" w:hAnsi="Tahoma" w:cs="Tahoma"/>
          <w:rtl/>
        </w:rPr>
        <w:t xml:space="preserve"> پر شد که از همهٔ باز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گران</w:t>
      </w:r>
      <w:r w:rsidRPr="004E77D4">
        <w:rPr>
          <w:rFonts w:ascii="Tahoma" w:hAnsi="Tahoma" w:cs="Tahoma"/>
          <w:rtl/>
        </w:rPr>
        <w:t xml:space="preserve"> تار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خ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کشوردار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ران</w:t>
      </w:r>
      <w:r w:rsidRPr="004E77D4">
        <w:rPr>
          <w:rFonts w:ascii="Tahoma" w:hAnsi="Tahoma" w:cs="Tahoma"/>
          <w:rtl/>
        </w:rPr>
        <w:t xml:space="preserve"> سازمان‌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افته‌تر</w:t>
      </w:r>
      <w:r w:rsidRPr="004E77D4">
        <w:rPr>
          <w:rFonts w:ascii="Tahoma" w:hAnsi="Tahoma" w:cs="Tahoma"/>
          <w:rtl/>
        </w:rPr>
        <w:t xml:space="preserve"> با</w:t>
      </w:r>
      <w:r w:rsidRPr="004E77D4">
        <w:rPr>
          <w:rFonts w:ascii="Tahoma" w:hAnsi="Tahoma" w:cs="Tahoma" w:hint="eastAsia"/>
          <w:rtl/>
        </w:rPr>
        <w:t>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مانده بود: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>.</w:t>
      </w:r>
    </w:p>
    <w:p w:rsidR="0032040C" w:rsidRDefault="004E77D4" w:rsidP="004E77D4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4E77D4">
        <w:rPr>
          <w:rFonts w:ascii="Tahoma" w:hAnsi="Tahoma" w:cs="Tahoma" w:hint="eastAsia"/>
          <w:rtl/>
        </w:rPr>
        <w:t>فصل</w:t>
      </w:r>
      <w:r w:rsidRPr="004E77D4">
        <w:rPr>
          <w:rFonts w:ascii="Tahoma" w:hAnsi="Tahoma" w:cs="Tahoma"/>
          <w:rtl/>
        </w:rPr>
        <w:t xml:space="preserve"> بعد با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 xml:space="preserve"> نشان دهد آنان چگونه پس از تصرف قدرت، دولت موقت، ن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روها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مل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،</w:t>
      </w:r>
      <w:r w:rsidRPr="004E77D4">
        <w:rPr>
          <w:rFonts w:ascii="Tahoma" w:hAnsi="Tahoma" w:cs="Tahoma"/>
          <w:rtl/>
        </w:rPr>
        <w:t xml:space="preserve"> گروه‌ها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چپ، ارتش، دادگستر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و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وانسالار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را 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ک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پس از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گر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/>
          <w:rtl/>
        </w:rPr>
        <w:t xml:space="preserve"> ز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ر</w:t>
      </w:r>
      <w:r w:rsidRPr="004E77D4">
        <w:rPr>
          <w:rFonts w:ascii="Tahoma" w:hAnsi="Tahoma" w:cs="Tahoma"/>
          <w:rtl/>
        </w:rPr>
        <w:t xml:space="preserve"> فرمان خود بردند؛ چگونه «ولا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ت</w:t>
      </w:r>
      <w:r w:rsidRPr="004E77D4">
        <w:rPr>
          <w:rFonts w:ascii="Tahoma" w:hAnsi="Tahoma" w:cs="Tahoma"/>
          <w:rtl/>
        </w:rPr>
        <w:t xml:space="preserve"> فق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ه»</w:t>
      </w:r>
      <w:r w:rsidRPr="004E77D4">
        <w:rPr>
          <w:rFonts w:ascii="Tahoma" w:hAnsi="Tahoma" w:cs="Tahoma"/>
          <w:rtl/>
        </w:rPr>
        <w:t xml:space="preserve"> را جانش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</w:t>
      </w:r>
      <w:r w:rsidRPr="004E77D4">
        <w:rPr>
          <w:rFonts w:ascii="Tahoma" w:hAnsi="Tahoma" w:cs="Tahoma"/>
          <w:rtl/>
        </w:rPr>
        <w:t xml:space="preserve"> سلطنت کردند؛ و چگونه مشروطهٔ مشروعه، پس از دو آزما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ش</w:t>
      </w:r>
      <w:r w:rsidRPr="004E77D4">
        <w:rPr>
          <w:rFonts w:ascii="Tahoma" w:hAnsi="Tahoma" w:cs="Tahoma"/>
          <w:rtl/>
        </w:rPr>
        <w:t xml:space="preserve"> دوازده‌ساله و دو ب</w:t>
      </w:r>
      <w:r w:rsidRPr="004E77D4">
        <w:rPr>
          <w:rFonts w:ascii="Tahoma" w:hAnsi="Tahoma" w:cs="Tahoma" w:hint="eastAsia"/>
          <w:rtl/>
        </w:rPr>
        <w:t>ازگشت</w:t>
      </w:r>
      <w:r w:rsidRPr="004E77D4">
        <w:rPr>
          <w:rFonts w:ascii="Tahoma" w:hAnsi="Tahoma" w:cs="Tahoma"/>
          <w:rtl/>
        </w:rPr>
        <w:t xml:space="preserve"> مستبد منور، سرانجام به حکومت مستق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م</w:t>
      </w:r>
      <w:r w:rsidRPr="004E77D4">
        <w:rPr>
          <w:rFonts w:ascii="Tahoma" w:hAnsi="Tahoma" w:cs="Tahoma"/>
          <w:rtl/>
        </w:rPr>
        <w:t xml:space="preserve"> د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نکاران</w:t>
      </w:r>
      <w:r w:rsidRPr="004E77D4">
        <w:rPr>
          <w:rFonts w:ascii="Tahoma" w:hAnsi="Tahoma" w:cs="Tahoma"/>
          <w:rtl/>
        </w:rPr>
        <w:t xml:space="preserve"> انجام</w:t>
      </w:r>
      <w:r w:rsidRPr="004E77D4">
        <w:rPr>
          <w:rFonts w:ascii="Tahoma" w:hAnsi="Tahoma" w:cs="Tahoma" w:hint="cs"/>
          <w:rtl/>
        </w:rPr>
        <w:t>ی</w:t>
      </w:r>
      <w:r w:rsidRPr="004E77D4">
        <w:rPr>
          <w:rFonts w:ascii="Tahoma" w:hAnsi="Tahoma" w:cs="Tahoma" w:hint="eastAsia"/>
          <w:rtl/>
        </w:rPr>
        <w:t>د</w:t>
      </w:r>
      <w:r w:rsidRPr="004E77D4">
        <w:rPr>
          <w:rFonts w:ascii="Tahoma" w:hAnsi="Tahoma" w:cs="Tahoma"/>
          <w:rtl/>
        </w:rPr>
        <w:t>.</w:t>
      </w:r>
    </w:p>
    <w:p w:rsidR="004E77D4" w:rsidRDefault="004E77D4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7B604F" w:rsidRPr="009D1EE9" w:rsidRDefault="004E77D4" w:rsidP="009D1EE9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9" w:name="Vol1Chapter07"/>
      <w:bookmarkEnd w:id="9"/>
      <w:r w:rsidRPr="009D1EE9">
        <w:rPr>
          <w:rFonts w:asciiTheme="majorBidi" w:hAnsiTheme="majorBidi" w:cstheme="majorBidi"/>
          <w:b/>
          <w:bCs/>
          <w:sz w:val="36"/>
          <w:szCs w:val="36"/>
          <w:rtl/>
        </w:rPr>
        <w:t>فصل هفتم</w:t>
      </w:r>
    </w:p>
    <w:p w:rsidR="009D1EE9" w:rsidRPr="009D1EE9" w:rsidRDefault="009D1EE9" w:rsidP="009D1EE9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9D1EE9">
        <w:rPr>
          <w:rFonts w:asciiTheme="majorBidi" w:hAnsiTheme="majorBidi" w:cstheme="majorBidi"/>
          <w:b/>
          <w:bCs/>
          <w:sz w:val="36"/>
          <w:szCs w:val="36"/>
          <w:rtl/>
        </w:rPr>
        <w:t>از دولت موقت تا حکومت دینکاران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در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/>
          <w:rtl/>
          <w:lang w:bidi="fa-IR"/>
        </w:rPr>
        <w:t>۲۲</w:t>
      </w:r>
      <w:r w:rsidRPr="009D1EE9">
        <w:rPr>
          <w:rFonts w:ascii="Tahoma" w:hAnsi="Tahoma" w:cs="Tahoma"/>
          <w:rtl/>
        </w:rPr>
        <w:t xml:space="preserve"> بهمن </w:t>
      </w:r>
      <w:r w:rsidRPr="009D1EE9">
        <w:rPr>
          <w:rFonts w:ascii="Tahoma" w:hAnsi="Tahoma" w:cs="Tahoma"/>
          <w:rtl/>
          <w:lang w:bidi="fa-IR"/>
        </w:rPr>
        <w:t>۱۳۵۷</w:t>
      </w:r>
      <w:r w:rsidRPr="009D1EE9">
        <w:rPr>
          <w:rFonts w:ascii="Tahoma" w:hAnsi="Tahoma" w:cs="Tahoma"/>
          <w:rtl/>
        </w:rPr>
        <w:t>، هنگام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ارتش ب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طرف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خود را اعلام کرد و دولت شاپور بخت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فروپاش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د،</w:t>
      </w:r>
      <w:r w:rsidRPr="009D1EE9">
        <w:rPr>
          <w:rFonts w:ascii="Tahoma" w:hAnsi="Tahoma" w:cs="Tahoma"/>
          <w:rtl/>
        </w:rPr>
        <w:t xml:space="preserve"> هنوز معلوم نبود چه نوع حکومت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جا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پادشاه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خواهد گرفت.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که در برانداختن شاه شرکت داشتند، دربارهٔ آ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نده</w:t>
      </w:r>
      <w:r w:rsidRPr="009D1EE9">
        <w:rPr>
          <w:rFonts w:ascii="Tahoma" w:hAnsi="Tahoma" w:cs="Tahoma"/>
          <w:rtl/>
        </w:rPr>
        <w:t xml:space="preserve"> توافق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نداشتند. مل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سکولار خواهان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دموکرات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ک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اجرا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تنازل</w:t>
      </w:r>
      <w:r w:rsidRPr="009D1EE9">
        <w:rPr>
          <w:rFonts w:ascii="Tahoma" w:hAnsi="Tahoma" w:cs="Tahoma"/>
          <w:rtl/>
        </w:rPr>
        <w:t xml:space="preserve"> اصول دموکرات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مشروطه بودند. گروه‌ها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چپ به انقلاب اجتماع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اند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دند</w:t>
      </w:r>
      <w:r w:rsidRPr="009D1EE9">
        <w:rPr>
          <w:rFonts w:ascii="Tahoma" w:hAnsi="Tahoma" w:cs="Tahoma"/>
          <w:rtl/>
        </w:rPr>
        <w:t>.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ـ مذهب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کوش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دند</w:t>
      </w:r>
      <w:r w:rsidRPr="009D1EE9">
        <w:rPr>
          <w:rFonts w:ascii="Tahoma" w:hAnsi="Tahoma" w:cs="Tahoma"/>
          <w:rtl/>
        </w:rPr>
        <w:t xml:space="preserve"> اسلام را با آزاد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حاکم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ملت سازگار کنند و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نکارانِ</w:t>
      </w:r>
      <w:r w:rsidRPr="009D1EE9">
        <w:rPr>
          <w:rFonts w:ascii="Tahoma" w:hAnsi="Tahoma" w:cs="Tahoma"/>
          <w:rtl/>
        </w:rPr>
        <w:t xml:space="preserve"> گردآمده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رامون</w:t>
      </w:r>
      <w:r w:rsidRPr="009D1EE9">
        <w:rPr>
          <w:rFonts w:ascii="Tahoma" w:hAnsi="Tahoma" w:cs="Tahoma"/>
          <w:rtl/>
        </w:rPr>
        <w:t xml:space="preserve">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تصرف کامل قدرت بودند.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تنها</w:t>
      </w:r>
      <w:r w:rsidRPr="009D1EE9">
        <w:rPr>
          <w:rFonts w:ascii="Tahoma" w:hAnsi="Tahoma" w:cs="Tahoma"/>
          <w:rtl/>
        </w:rPr>
        <w:t xml:space="preserve"> توافق عموم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نف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حکومت شاه بود.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توافق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کاف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بود، اما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ساختن حکومت آ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نده</w:t>
      </w:r>
      <w:r w:rsidRPr="009D1EE9">
        <w:rPr>
          <w:rFonts w:ascii="Tahoma" w:hAnsi="Tahoma" w:cs="Tahoma"/>
          <w:rtl/>
        </w:rPr>
        <w:t xml:space="preserve"> کفا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نم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</w:t>
      </w:r>
      <w:r w:rsidRPr="009D1EE9">
        <w:rPr>
          <w:rFonts w:ascii="Tahoma" w:hAnsi="Tahoma" w:cs="Tahoma"/>
          <w:rtl/>
        </w:rPr>
        <w:t>. شعار «استقلال، آزاد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»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اختلاف را پنهان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ساخت</w:t>
      </w:r>
      <w:r w:rsidRPr="009D1EE9">
        <w:rPr>
          <w:rFonts w:ascii="Tahoma" w:hAnsi="Tahoma" w:cs="Tahoma"/>
          <w:rtl/>
        </w:rPr>
        <w:t>. استقلال و آزاد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واژه‌ها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بودند که همه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توانستند</w:t>
      </w:r>
      <w:r w:rsidRPr="009D1EE9">
        <w:rPr>
          <w:rFonts w:ascii="Tahoma" w:hAnsi="Tahoma" w:cs="Tahoma"/>
          <w:rtl/>
        </w:rPr>
        <w:t xml:space="preserve"> بپذ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رند؛</w:t>
      </w:r>
      <w:r w:rsidRPr="009D1EE9">
        <w:rPr>
          <w:rFonts w:ascii="Tahoma" w:hAnsi="Tahoma" w:cs="Tahoma"/>
          <w:rtl/>
        </w:rPr>
        <w:t xml:space="preserve"> اما «جمه</w:t>
      </w:r>
      <w:r w:rsidRPr="009D1EE9">
        <w:rPr>
          <w:rFonts w:ascii="Tahoma" w:hAnsi="Tahoma" w:cs="Tahoma" w:hint="eastAsia"/>
          <w:rtl/>
        </w:rPr>
        <w:t>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»</w:t>
      </w:r>
      <w:r w:rsidRPr="009D1EE9">
        <w:rPr>
          <w:rFonts w:ascii="Tahoma" w:hAnsi="Tahoma" w:cs="Tahoma"/>
          <w:rtl/>
        </w:rPr>
        <w:t xml:space="preserve"> هنوز تعر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ف</w:t>
      </w:r>
      <w:r w:rsidRPr="009D1EE9">
        <w:rPr>
          <w:rFonts w:ascii="Tahoma" w:hAnsi="Tahoma" w:cs="Tahoma"/>
          <w:rtl/>
        </w:rPr>
        <w:t xml:space="preserve"> روشن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نداشت و هر گروه معنا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مطلوب خود را در آن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سکولار از واژهٔ «جمهور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»</w:t>
      </w:r>
      <w:r w:rsidRPr="009D1EE9">
        <w:rPr>
          <w:rFonts w:ascii="Tahoma" w:hAnsi="Tahoma" w:cs="Tahoma"/>
          <w:rtl/>
        </w:rPr>
        <w:t xml:space="preserve"> نت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جه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گرفتند</w:t>
      </w:r>
      <w:r w:rsidRPr="009D1EE9">
        <w:rPr>
          <w:rFonts w:ascii="Tahoma" w:hAnsi="Tahoma" w:cs="Tahoma"/>
          <w:rtl/>
        </w:rPr>
        <w:t xml:space="preserve"> که سرچشمهٔ قدرت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مردم خواهد بود.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ـ مذهب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تصور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کردند</w:t>
      </w:r>
      <w:r w:rsidRPr="009D1EE9">
        <w:rPr>
          <w:rFonts w:ascii="Tahoma" w:hAnsi="Tahoma" w:cs="Tahoma"/>
          <w:rtl/>
        </w:rPr>
        <w:t xml:space="preserve"> «اسلام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»</w:t>
      </w:r>
      <w:r w:rsidRPr="009D1EE9">
        <w:rPr>
          <w:rFonts w:ascii="Tahoma" w:hAnsi="Tahoma" w:cs="Tahoma"/>
          <w:rtl/>
        </w:rPr>
        <w:t xml:space="preserve"> صفت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اخلاق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فرهنگ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است و نم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تواند</w:t>
      </w:r>
      <w:r w:rsidRPr="009D1EE9">
        <w:rPr>
          <w:rFonts w:ascii="Tahoma" w:hAnsi="Tahoma" w:cs="Tahoma"/>
          <w:rtl/>
        </w:rPr>
        <w:t xml:space="preserve"> اصل حاکم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ملت را از 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ببرد.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توانستند</w:t>
      </w:r>
      <w:r w:rsidRPr="009D1EE9">
        <w:rPr>
          <w:rFonts w:ascii="Tahoma" w:hAnsi="Tahoma" w:cs="Tahoma"/>
          <w:rtl/>
        </w:rPr>
        <w:t xml:space="preserve"> بگو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ند</w:t>
      </w:r>
      <w:r w:rsidRPr="009D1EE9">
        <w:rPr>
          <w:rFonts w:ascii="Tahoma" w:hAnsi="Tahoma" w:cs="Tahoma"/>
          <w:rtl/>
        </w:rPr>
        <w:t xml:space="preserve">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ح</w:t>
      </w:r>
      <w:r w:rsidRPr="009D1EE9">
        <w:rPr>
          <w:rFonts w:ascii="Tahoma" w:hAnsi="Tahoma" w:cs="Tahoma" w:hint="eastAsia"/>
          <w:rtl/>
        </w:rPr>
        <w:t>کومت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است که در آن قوان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و نهادها 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از شر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عت</w:t>
      </w:r>
      <w:r w:rsidRPr="009D1EE9">
        <w:rPr>
          <w:rFonts w:ascii="Tahoma" w:hAnsi="Tahoma" w:cs="Tahoma"/>
          <w:rtl/>
        </w:rPr>
        <w:t xml:space="preserve"> فرمان ببرند.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دوران اقامت در فرانسه از توض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ح</w:t>
      </w:r>
      <w:r w:rsidRPr="009D1EE9">
        <w:rPr>
          <w:rFonts w:ascii="Tahoma" w:hAnsi="Tahoma" w:cs="Tahoma"/>
          <w:rtl/>
        </w:rPr>
        <w:t xml:space="preserve"> تفص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مفهوم پره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کرده بود. ابهام به او امکان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داد</w:t>
      </w:r>
      <w:r w:rsidRPr="009D1EE9">
        <w:rPr>
          <w:rFonts w:ascii="Tahoma" w:hAnsi="Tahoma" w:cs="Tahoma"/>
          <w:rtl/>
        </w:rPr>
        <w:t xml:space="preserve"> همهٔ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مخالف شاه را در کنار خود حفظ کند. اگر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/>
          <w:rtl/>
        </w:rPr>
        <w:t xml:space="preserve"> از سقوط سلطنت آشکارا از حکومت مستق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</w:t>
      </w:r>
      <w:r w:rsidRPr="009D1EE9">
        <w:rPr>
          <w:rFonts w:ascii="Tahoma" w:hAnsi="Tahoma" w:cs="Tahoma"/>
          <w:rtl/>
        </w:rPr>
        <w:t xml:space="preserve"> فق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هان</w:t>
      </w:r>
      <w:r w:rsidRPr="009D1EE9">
        <w:rPr>
          <w:rFonts w:ascii="Tahoma" w:hAnsi="Tahoma" w:cs="Tahoma"/>
          <w:rtl/>
        </w:rPr>
        <w:t xml:space="preserve"> سخن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گفت،</w:t>
      </w:r>
      <w:r w:rsidRPr="009D1EE9">
        <w:rPr>
          <w:rFonts w:ascii="Tahoma" w:hAnsi="Tahoma" w:cs="Tahoma"/>
          <w:rtl/>
        </w:rPr>
        <w:t xml:space="preserve"> احتمال داشت زنان،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سکولار، مل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و </w:t>
      </w:r>
      <w:r w:rsidRPr="009D1EE9">
        <w:rPr>
          <w:rFonts w:ascii="Tahoma" w:hAnsi="Tahoma" w:cs="Tahoma" w:hint="eastAsia"/>
          <w:rtl/>
        </w:rPr>
        <w:t>بخش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طبقهٔ متوسط از او فاصله بگ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رند</w:t>
      </w:r>
      <w:r w:rsidRPr="009D1EE9">
        <w:rPr>
          <w:rFonts w:ascii="Tahoma" w:hAnsi="Tahoma" w:cs="Tahoma"/>
          <w:rtl/>
        </w:rPr>
        <w:t>. اما پس از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</w:t>
      </w:r>
      <w:r w:rsidRPr="009D1EE9">
        <w:rPr>
          <w:rFonts w:ascii="Tahoma" w:hAnsi="Tahoma" w:cs="Tahoma"/>
          <w:rtl/>
        </w:rPr>
        <w:t xml:space="preserve"> ضرورت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حفظ همهٔ ابهام‌ها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گذشته وجود نداشت.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نخست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نشانهٔ ساختار تازه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/>
          <w:rtl/>
        </w:rPr>
        <w:t xml:space="preserve"> از سقوط دولت بخت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ظاهر شده بود.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مهد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بازرگان را نه از راه مجلس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انتخابات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عموم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بلکه با حکم خود به نخست‌وز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منصوب کرده بود. در متن و مراسم انتصاب، او حق خود را هم شرع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هم برخاسته از پذ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رش</w:t>
      </w:r>
      <w:r w:rsidRPr="009D1EE9">
        <w:rPr>
          <w:rFonts w:ascii="Tahoma" w:hAnsi="Tahoma" w:cs="Tahoma"/>
          <w:rtl/>
        </w:rPr>
        <w:t xml:space="preserve"> ملت معرف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</w:t>
      </w:r>
      <w:r w:rsidRPr="009D1EE9">
        <w:rPr>
          <w:rFonts w:ascii="Tahoma" w:hAnsi="Tahoma" w:cs="Tahoma"/>
          <w:rtl/>
        </w:rPr>
        <w:t>. 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ن‌سان،</w:t>
      </w:r>
      <w:r w:rsidRPr="009D1EE9">
        <w:rPr>
          <w:rFonts w:ascii="Tahoma" w:hAnsi="Tahoma" w:cs="Tahoma"/>
          <w:rtl/>
        </w:rPr>
        <w:t xml:space="preserve">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مردم و حق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کنار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</w:t>
      </w:r>
      <w:r w:rsidRPr="009D1EE9">
        <w:rPr>
          <w:rFonts w:ascii="Tahoma" w:hAnsi="Tahoma" w:cs="Tahoma"/>
          <w:rtl/>
        </w:rPr>
        <w:t xml:space="preserve"> قرار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گرفتند،</w:t>
      </w:r>
      <w:r w:rsidRPr="009D1EE9">
        <w:rPr>
          <w:rFonts w:ascii="Tahoma" w:hAnsi="Tahoma" w:cs="Tahoma"/>
          <w:rtl/>
        </w:rPr>
        <w:t xml:space="preserve"> ب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آنکه</w:t>
      </w:r>
      <w:r w:rsidRPr="009D1EE9">
        <w:rPr>
          <w:rFonts w:ascii="Tahoma" w:hAnsi="Tahoma" w:cs="Tahoma"/>
          <w:rtl/>
        </w:rPr>
        <w:t xml:space="preserve"> معلوم شود هنگام اختلاف، کدام‌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بر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مقدم خواهد بود.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بازرگان</w:t>
      </w:r>
      <w:r w:rsidRPr="009D1EE9">
        <w:rPr>
          <w:rFonts w:ascii="Tahoma" w:hAnsi="Tahoma" w:cs="Tahoma"/>
          <w:rtl/>
        </w:rPr>
        <w:t xml:space="preserve"> دولت موقت را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ادارهٔ دورهٔ انتقال تشک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داد. او از تجربهٔ مد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اعتبار مل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سابقهٔ مبارزه با حکومت شاه برخوردار بود و بس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اعضا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دولتش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از 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متخصصان، دانشگاه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و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ـ مذهب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انتخاب شدند. وظ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فهٔ</w:t>
      </w:r>
      <w:r w:rsidRPr="009D1EE9">
        <w:rPr>
          <w:rFonts w:ascii="Tahoma" w:hAnsi="Tahoma" w:cs="Tahoma"/>
          <w:rtl/>
        </w:rPr>
        <w:t xml:space="preserve"> آنان بازگرداندن نظم، به‌کا</w:t>
      </w:r>
      <w:r w:rsidRPr="009D1EE9">
        <w:rPr>
          <w:rFonts w:ascii="Tahoma" w:hAnsi="Tahoma" w:cs="Tahoma" w:hint="eastAsia"/>
          <w:rtl/>
        </w:rPr>
        <w:t>رانداختن</w:t>
      </w:r>
      <w:r w:rsidRPr="009D1EE9">
        <w:rPr>
          <w:rFonts w:ascii="Tahoma" w:hAnsi="Tahoma" w:cs="Tahoma"/>
          <w:rtl/>
        </w:rPr>
        <w:t xml:space="preserve"> وزارتخانه‌ها، تنظ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</w:t>
      </w:r>
      <w:r w:rsidRPr="009D1EE9">
        <w:rPr>
          <w:rFonts w:ascii="Tahoma" w:hAnsi="Tahoma" w:cs="Tahoma"/>
          <w:rtl/>
        </w:rPr>
        <w:t xml:space="preserve"> اقتصاد، برگزار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همه‌پرس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آماده‌کردن قانون اساس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تازه بود.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اما</w:t>
      </w:r>
      <w:r w:rsidRPr="009D1EE9">
        <w:rPr>
          <w:rFonts w:ascii="Tahoma" w:hAnsi="Tahoma" w:cs="Tahoma"/>
          <w:rtl/>
        </w:rPr>
        <w:t xml:space="preserve"> دولت موقت از همان آغاز فقط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مراکز قدرت بود. شورا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که اعضا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آن را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برگز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ده</w:t>
      </w:r>
      <w:r w:rsidRPr="009D1EE9">
        <w:rPr>
          <w:rFonts w:ascii="Tahoma" w:hAnsi="Tahoma" w:cs="Tahoma"/>
          <w:rtl/>
        </w:rPr>
        <w:t xml:space="preserve"> و ترک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بش</w:t>
      </w:r>
      <w:r w:rsidRPr="009D1EE9">
        <w:rPr>
          <w:rFonts w:ascii="Tahoma" w:hAnsi="Tahoma" w:cs="Tahoma"/>
          <w:rtl/>
        </w:rPr>
        <w:t xml:space="preserve"> را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مدت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پنهان نگه داشته بود، دربارهٔ مسائل اصل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کشور تصم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گرفت</w:t>
      </w:r>
      <w:r w:rsidRPr="009D1EE9">
        <w:rPr>
          <w:rFonts w:ascii="Tahoma" w:hAnsi="Tahoma" w:cs="Tahoma"/>
          <w:rtl/>
        </w:rPr>
        <w:t>. کم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در محله‌ها، ادارات، کارخانه‌ها و شهرها پد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آمده بودند. گروه‌</w:t>
      </w:r>
      <w:r w:rsidRPr="009D1EE9">
        <w:rPr>
          <w:rFonts w:ascii="Tahoma" w:hAnsi="Tahoma" w:cs="Tahoma" w:hint="eastAsia"/>
          <w:rtl/>
        </w:rPr>
        <w:t>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مسلح، زندان‌ها، پادگان‌ها و ساختمان‌ها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حکومت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در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داشتند و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محل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هر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بخش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قدرت را اعمال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کردند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دولت</w:t>
      </w:r>
      <w:r w:rsidRPr="009D1EE9">
        <w:rPr>
          <w:rFonts w:ascii="Tahoma" w:hAnsi="Tahoma" w:cs="Tahoma"/>
          <w:rtl/>
        </w:rPr>
        <w:t xml:space="preserve"> موقت مسئول ادارهٔ کشور بود، اما انحصار قانون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سلاح، بازداشت، قضاوت و صدور فرمان را در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نداشت.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همان جدا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نهٔ</w:t>
      </w:r>
      <w:r w:rsidRPr="009D1EE9">
        <w:rPr>
          <w:rFonts w:ascii="Tahoma" w:hAnsi="Tahoma" w:cs="Tahoma"/>
          <w:rtl/>
        </w:rPr>
        <w:t xml:space="preserve">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و مسئول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بود که بارها در کشوردار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ران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ده</w:t>
      </w:r>
      <w:r w:rsidRPr="009D1EE9">
        <w:rPr>
          <w:rFonts w:ascii="Tahoma" w:hAnsi="Tahoma" w:cs="Tahoma"/>
          <w:rtl/>
        </w:rPr>
        <w:t xml:space="preserve"> شده بود. بازرگان 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پاسخ‌گو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نظم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اقتصاد، نفت و روابط خارج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بود،</w:t>
      </w:r>
      <w:r w:rsidRPr="009D1EE9">
        <w:rPr>
          <w:rFonts w:ascii="Tahoma" w:hAnsi="Tahoma" w:cs="Tahoma"/>
          <w:rtl/>
        </w:rPr>
        <w:t xml:space="preserve"> و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که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توانستند</w:t>
      </w:r>
      <w:r w:rsidRPr="009D1EE9">
        <w:rPr>
          <w:rFonts w:ascii="Tahoma" w:hAnsi="Tahoma" w:cs="Tahoma"/>
          <w:rtl/>
        </w:rPr>
        <w:t xml:space="preserve"> نظم را برهم زنند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تصم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به اجرا بگذارند الزاماً از او فرمان نم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بردند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در</w:t>
      </w:r>
      <w:r w:rsidRPr="009D1EE9">
        <w:rPr>
          <w:rFonts w:ascii="Tahoma" w:hAnsi="Tahoma" w:cs="Tahoma"/>
          <w:rtl/>
        </w:rPr>
        <w:t xml:space="preserve"> قانون اساس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مشروطهٔ مشروعه، قوهٔ اجرا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به شاه تعلق داشت و 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ران</w:t>
      </w:r>
      <w:r w:rsidRPr="009D1EE9">
        <w:rPr>
          <w:rFonts w:ascii="Tahoma" w:hAnsi="Tahoma" w:cs="Tahoma"/>
          <w:rtl/>
        </w:rPr>
        <w:t xml:space="preserve"> در برابر مجلس مسئول بودند. اکنون شاه و مجلس کنار رفته بودند، اما تناقض از 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نرفته بود.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اصل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به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شورا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تعلق داشت و مسئول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ادارهٔ روزمره بر دوش دولت موقت قرار گرفته بود. بازرگان نخست‌وز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/>
          <w:rtl/>
        </w:rPr>
        <w:t xml:space="preserve"> بود، ول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رئ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س</w:t>
      </w:r>
      <w:r w:rsidRPr="009D1EE9">
        <w:rPr>
          <w:rFonts w:ascii="Tahoma" w:hAnsi="Tahoma" w:cs="Tahoma"/>
          <w:rtl/>
        </w:rPr>
        <w:t xml:space="preserve"> واقع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قوهٔ اجرا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محسوب نم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شد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تقس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</w:t>
      </w:r>
      <w:r w:rsidRPr="009D1EE9">
        <w:rPr>
          <w:rFonts w:ascii="Tahoma" w:hAnsi="Tahoma" w:cs="Tahoma"/>
          <w:rtl/>
        </w:rPr>
        <w:t xml:space="preserve"> قدرت تصادف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نبود.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به تخصص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وانسالاران</w:t>
      </w:r>
      <w:r w:rsidRPr="009D1EE9">
        <w:rPr>
          <w:rFonts w:ascii="Tahoma" w:hAnsi="Tahoma" w:cs="Tahoma"/>
          <w:rtl/>
        </w:rPr>
        <w:t xml:space="preserve"> و مد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ران</w:t>
      </w:r>
      <w:r w:rsidRPr="009D1EE9">
        <w:rPr>
          <w:rFonts w:ascii="Tahoma" w:hAnsi="Tahoma" w:cs="Tahoma"/>
          <w:rtl/>
        </w:rPr>
        <w:t xml:space="preserve"> دولت موقت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از</w:t>
      </w:r>
      <w:r w:rsidRPr="009D1EE9">
        <w:rPr>
          <w:rFonts w:ascii="Tahoma" w:hAnsi="Tahoma" w:cs="Tahoma"/>
          <w:rtl/>
        </w:rPr>
        <w:t xml:space="preserve"> داشتند. آنان شبکهٔ لازم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ج</w:t>
      </w:r>
      <w:r w:rsidRPr="009D1EE9">
        <w:rPr>
          <w:rFonts w:ascii="Tahoma" w:hAnsi="Tahoma" w:cs="Tahoma"/>
          <w:rtl/>
        </w:rPr>
        <w:t xml:space="preserve"> انقلاب را داشتند، اما تجربهٔ ادارهٔ وزارتخانه‌ها، بانک مرکز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صنعت نفت، برنامه و بودجه و روابط خارج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در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نداشتند. دولت بازر</w:t>
      </w:r>
      <w:r w:rsidRPr="009D1EE9">
        <w:rPr>
          <w:rFonts w:ascii="Tahoma" w:hAnsi="Tahoma" w:cs="Tahoma" w:hint="eastAsia"/>
          <w:rtl/>
        </w:rPr>
        <w:t>گان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</w:t>
      </w:r>
      <w:r w:rsidRPr="009D1EE9">
        <w:rPr>
          <w:rFonts w:ascii="Tahoma" w:hAnsi="Tahoma" w:cs="Tahoma"/>
          <w:rtl/>
        </w:rPr>
        <w:t xml:space="preserve"> دستگاه موجود را حفظ کند و انتقال قدرت را بدون فروپاش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کامل کشور انجام دهد.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در</w:t>
      </w:r>
      <w:r w:rsidRPr="009D1EE9">
        <w:rPr>
          <w:rFonts w:ascii="Tahoma" w:hAnsi="Tahoma" w:cs="Tahoma"/>
          <w:rtl/>
        </w:rPr>
        <w:t xml:space="preserve"> همان حال،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نم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خواستند</w:t>
      </w:r>
      <w:r w:rsidRPr="009D1EE9">
        <w:rPr>
          <w:rFonts w:ascii="Tahoma" w:hAnsi="Tahoma" w:cs="Tahoma"/>
          <w:rtl/>
        </w:rPr>
        <w:t xml:space="preserve"> قدرت 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به متخصصان دولت موقت بسپارند. بازرگان و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ارانش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توانستند</w:t>
      </w:r>
      <w:r w:rsidRPr="009D1EE9">
        <w:rPr>
          <w:rFonts w:ascii="Tahoma" w:hAnsi="Tahoma" w:cs="Tahoma"/>
          <w:rtl/>
        </w:rPr>
        <w:t xml:space="preserve"> اداره کنند، اما نبا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جهت اصل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را تع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کردند</w:t>
      </w:r>
      <w:r w:rsidRPr="009D1EE9">
        <w:rPr>
          <w:rFonts w:ascii="Tahoma" w:hAnsi="Tahoma" w:cs="Tahoma"/>
          <w:rtl/>
        </w:rPr>
        <w:t>. 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ن‌سان،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ـ مذهب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پل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شدند که دستگاه کشوردار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از حکومت پهلو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به حکومت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انتقال دادند.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ابراه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مرحله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نقش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برجسته داشت. او در فرانسه از نزد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ک‌تر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مشاوران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واسطه‌ها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اصل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ارتباط با رسانه‌ها و دولت‌ها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خارج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بود و پس از انقلاب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وارد دولت موقت شد.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بازرگان با زبان مد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ت،</w:t>
      </w:r>
      <w:r w:rsidRPr="009D1EE9">
        <w:rPr>
          <w:rFonts w:ascii="Tahoma" w:hAnsi="Tahoma" w:cs="Tahoma"/>
          <w:rtl/>
        </w:rPr>
        <w:t xml:space="preserve"> قانون و 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انه‌رو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حکومت تازه را ب</w:t>
      </w:r>
      <w:r w:rsidRPr="009D1EE9">
        <w:rPr>
          <w:rFonts w:ascii="Tahoma" w:hAnsi="Tahoma" w:cs="Tahoma" w:hint="eastAsia"/>
          <w:rtl/>
        </w:rPr>
        <w:t>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بخش‌ها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از جامعه و جهان خارج قابل‌قبول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ساختند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اما</w:t>
      </w:r>
      <w:r w:rsidRPr="009D1EE9">
        <w:rPr>
          <w:rFonts w:ascii="Tahoma" w:hAnsi="Tahoma" w:cs="Tahoma"/>
          <w:rtl/>
        </w:rPr>
        <w:t xml:space="preserve"> زبان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آنان به کار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بردند</w:t>
      </w:r>
      <w:r w:rsidRPr="009D1EE9">
        <w:rPr>
          <w:rFonts w:ascii="Tahoma" w:hAnsi="Tahoma" w:cs="Tahoma"/>
          <w:rtl/>
        </w:rPr>
        <w:t xml:space="preserve"> با ساختار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در عمل شکل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گرفت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کسان</w:t>
      </w:r>
      <w:r w:rsidRPr="009D1EE9">
        <w:rPr>
          <w:rFonts w:ascii="Tahoma" w:hAnsi="Tahoma" w:cs="Tahoma"/>
          <w:rtl/>
        </w:rPr>
        <w:t xml:space="preserve"> نبود. دولت موقت از قانون و نظم سخن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گفت،</w:t>
      </w:r>
      <w:r w:rsidRPr="009D1EE9">
        <w:rPr>
          <w:rFonts w:ascii="Tahoma" w:hAnsi="Tahoma" w:cs="Tahoma"/>
          <w:rtl/>
        </w:rPr>
        <w:t xml:space="preserve"> در حال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کم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ته‌ها</w:t>
      </w:r>
      <w:r w:rsidRPr="009D1EE9">
        <w:rPr>
          <w:rFonts w:ascii="Tahoma" w:hAnsi="Tahoma" w:cs="Tahoma"/>
          <w:rtl/>
        </w:rPr>
        <w:t xml:space="preserve"> بدون قانون روشن دست به بازداشت و تصرف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زدند</w:t>
      </w:r>
      <w:r w:rsidRPr="009D1EE9">
        <w:rPr>
          <w:rFonts w:ascii="Tahoma" w:hAnsi="Tahoma" w:cs="Tahoma"/>
          <w:rtl/>
        </w:rPr>
        <w:t>. بازرگان خواهان دادگستر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منظم بود، اما دادگاه‌ها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به‌سرعت تشک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/>
          <w:rtl/>
        </w:rPr>
        <w:t xml:space="preserve">شدند.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روابط عاد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ن‌الملل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سخن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گفت،</w:t>
      </w:r>
      <w:r w:rsidRPr="009D1EE9">
        <w:rPr>
          <w:rFonts w:ascii="Tahoma" w:hAnsi="Tahoma" w:cs="Tahoma"/>
          <w:rtl/>
        </w:rPr>
        <w:t xml:space="preserve"> اما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است</w:t>
      </w:r>
      <w:r w:rsidRPr="009D1EE9">
        <w:rPr>
          <w:rFonts w:ascii="Tahoma" w:hAnsi="Tahoma" w:cs="Tahoma"/>
          <w:rtl/>
        </w:rPr>
        <w:t xml:space="preserve"> خارج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دان</w:t>
      </w:r>
      <w:r w:rsidRPr="009D1EE9">
        <w:rPr>
          <w:rFonts w:ascii="Tahoma" w:hAnsi="Tahoma" w:cs="Tahoma"/>
          <w:rtl/>
        </w:rPr>
        <w:t xml:space="preserve"> ادامهٔ انقلاب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دانستند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نخست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اعدام‌ها فاصلهٔ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دو روش را آشکار کردند. شمار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فرماندهان ارتش و مقامات حکومت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در دادگاه‌ها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محاکمه و به‌سرعت اعدام شدند. محاکمه‌ها کوتاه بودند، متهمان از حقوق معمول دفاع برخوردار نبودند و حکم‌ها در زمان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اندک صادر و اجرا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شدند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صادق</w:t>
      </w:r>
      <w:r w:rsidRPr="009D1EE9">
        <w:rPr>
          <w:rFonts w:ascii="Tahoma" w:hAnsi="Tahoma" w:cs="Tahoma"/>
          <w:rtl/>
        </w:rPr>
        <w:t xml:space="preserve"> خلخال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به‌عنوان حاکم شرع به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چهره‌ها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اصل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دادگاه‌ها تبد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شد. سرچشمهٔ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او نه قانون مصوب مجلس و نه ساختار دادگستر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کشور، بلکه حکم شرع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تأ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رهبر انقلاب بود. 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ن‌سان،</w:t>
      </w:r>
      <w:r w:rsidRPr="009D1EE9">
        <w:rPr>
          <w:rFonts w:ascii="Tahoma" w:hAnsi="Tahoma" w:cs="Tahoma"/>
          <w:rtl/>
        </w:rPr>
        <w:t xml:space="preserve"> قضاوت بار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</w:t>
      </w:r>
      <w:r w:rsidRPr="009D1EE9">
        <w:rPr>
          <w:rFonts w:ascii="Tahoma" w:hAnsi="Tahoma" w:cs="Tahoma"/>
          <w:rtl/>
        </w:rPr>
        <w:t xml:space="preserve"> از دستگاه قضا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عموم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جدا و به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سپرد</w:t>
      </w:r>
      <w:r w:rsidRPr="009D1EE9">
        <w:rPr>
          <w:rFonts w:ascii="Tahoma" w:hAnsi="Tahoma" w:cs="Tahoma" w:hint="eastAsia"/>
          <w:rtl/>
        </w:rPr>
        <w:t>ه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شد</w:t>
      </w:r>
      <w:r w:rsidRPr="009D1EE9">
        <w:rPr>
          <w:rFonts w:ascii="Tahoma" w:hAnsi="Tahoma" w:cs="Tahoma"/>
          <w:rtl/>
        </w:rPr>
        <w:t xml:space="preserve"> که خود را مجر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احکام شرع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دانست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تحول فقط دربارهٔ سرنوشت مقامات حکومت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نبود. اصل انحصار حکومت بر قضاوت و مجازات دگرگون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شد</w:t>
      </w:r>
      <w:r w:rsidRPr="009D1EE9">
        <w:rPr>
          <w:rFonts w:ascii="Tahoma" w:hAnsi="Tahoma" w:cs="Tahoma"/>
          <w:rtl/>
        </w:rPr>
        <w:t>. در کشوردار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ن،</w:t>
      </w:r>
      <w:r w:rsidRPr="009D1EE9">
        <w:rPr>
          <w:rFonts w:ascii="Tahoma" w:hAnsi="Tahoma" w:cs="Tahoma"/>
          <w:rtl/>
        </w:rPr>
        <w:t xml:space="preserve"> دادگاه 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براساس قانون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/>
          <w:rtl/>
        </w:rPr>
        <w:t xml:space="preserve"> موجود، با حق دفاع و امکان 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مستقل حکم صادر کند. در حکومت انقلاب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جرم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</w:t>
      </w:r>
      <w:r w:rsidRPr="009D1EE9">
        <w:rPr>
          <w:rFonts w:ascii="Tahoma" w:hAnsi="Tahoma" w:cs="Tahoma"/>
          <w:rtl/>
        </w:rPr>
        <w:t xml:space="preserve"> پس از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تعر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ف</w:t>
      </w:r>
      <w:r w:rsidRPr="009D1EE9">
        <w:rPr>
          <w:rFonts w:ascii="Tahoma" w:hAnsi="Tahoma" w:cs="Tahoma"/>
          <w:rtl/>
        </w:rPr>
        <w:t xml:space="preserve"> شود و حاکم شرع هم‌زمان تشخ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ص‌دهندهٔ</w:t>
      </w:r>
      <w:r w:rsidRPr="009D1EE9">
        <w:rPr>
          <w:rFonts w:ascii="Tahoma" w:hAnsi="Tahoma" w:cs="Tahoma"/>
          <w:rtl/>
        </w:rPr>
        <w:t xml:space="preserve"> جرم، مفسر قانون و صادرکنندهٔ حکم باشد.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بخش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مردم که از ساواک، ارتش و مقامات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خشمگ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بودند، اعدام‌ها را اجرا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عدالت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دانستند</w:t>
      </w:r>
      <w:r w:rsidRPr="009D1EE9">
        <w:rPr>
          <w:rFonts w:ascii="Tahoma" w:hAnsi="Tahoma" w:cs="Tahoma"/>
          <w:rtl/>
        </w:rPr>
        <w:t>. آنان سال‌ها امکان محاکمهٔ مسئولان حکومت را نداشتند و اکنون مجازات سر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ع</w:t>
      </w:r>
      <w:r w:rsidRPr="009D1EE9">
        <w:rPr>
          <w:rFonts w:ascii="Tahoma" w:hAnsi="Tahoma" w:cs="Tahoma"/>
          <w:rtl/>
        </w:rPr>
        <w:t xml:space="preserve"> را نشانهٔ پا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مصون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صاحبان قدرت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دند</w:t>
      </w:r>
      <w:r w:rsidRPr="009D1EE9">
        <w:rPr>
          <w:rFonts w:ascii="Tahoma" w:hAnsi="Tahoma" w:cs="Tahoma"/>
          <w:rtl/>
        </w:rPr>
        <w:t>. اما انتقام هر اندازه از نظر عاطف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قابل‌فهم ب</w:t>
      </w:r>
      <w:r w:rsidRPr="009D1EE9">
        <w:rPr>
          <w:rFonts w:ascii="Tahoma" w:hAnsi="Tahoma" w:cs="Tahoma" w:hint="eastAsia"/>
          <w:rtl/>
        </w:rPr>
        <w:t>اشد،</w:t>
      </w:r>
      <w:r w:rsidRPr="009D1EE9">
        <w:rPr>
          <w:rFonts w:ascii="Tahoma" w:hAnsi="Tahoma" w:cs="Tahoma"/>
          <w:rtl/>
        </w:rPr>
        <w:t xml:space="preserve"> نم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تواند</w:t>
      </w:r>
      <w:r w:rsidRPr="009D1EE9">
        <w:rPr>
          <w:rFonts w:ascii="Tahoma" w:hAnsi="Tahoma" w:cs="Tahoma"/>
          <w:rtl/>
        </w:rPr>
        <w:t xml:space="preserve"> جانش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عدالت شود.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دولت</w:t>
      </w:r>
      <w:r w:rsidRPr="009D1EE9">
        <w:rPr>
          <w:rFonts w:ascii="Tahoma" w:hAnsi="Tahoma" w:cs="Tahoma"/>
          <w:rtl/>
        </w:rPr>
        <w:t xml:space="preserve"> موقت توان متوقف‌کردن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روند را نداشت. بازرگان ممکن بود با سرعت و 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وهٔ</w:t>
      </w:r>
      <w:r w:rsidRPr="009D1EE9">
        <w:rPr>
          <w:rFonts w:ascii="Tahoma" w:hAnsi="Tahoma" w:cs="Tahoma"/>
          <w:rtl/>
        </w:rPr>
        <w:t xml:space="preserve"> محاکمه‌ها مخالف باشد، اما دادگاه‌ها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از او فرمان نم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گرفتند</w:t>
      </w:r>
      <w:r w:rsidRPr="009D1EE9">
        <w:rPr>
          <w:rFonts w:ascii="Tahoma" w:hAnsi="Tahoma" w:cs="Tahoma"/>
          <w:rtl/>
        </w:rPr>
        <w:t>.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ناتوان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به جامعه نشان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داد</w:t>
      </w:r>
      <w:r w:rsidRPr="009D1EE9">
        <w:rPr>
          <w:rFonts w:ascii="Tahoma" w:hAnsi="Tahoma" w:cs="Tahoma"/>
          <w:rtl/>
        </w:rPr>
        <w:t xml:space="preserve"> مرکز اصل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قدرت در دولت رسم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ست</w:t>
      </w:r>
      <w:r w:rsidRPr="009D1EE9">
        <w:rPr>
          <w:rFonts w:ascii="Tahoma" w:hAnsi="Tahoma" w:cs="Tahoma"/>
          <w:rtl/>
        </w:rPr>
        <w:t>. هر بار که دولت اعتراض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</w:t>
      </w:r>
      <w:r w:rsidRPr="009D1EE9">
        <w:rPr>
          <w:rFonts w:ascii="Tahoma" w:hAnsi="Tahoma" w:cs="Tahoma"/>
          <w:rtl/>
        </w:rPr>
        <w:t xml:space="preserve"> و نت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جه‌ا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>‌گرفت، اقتدارش کمتر و قدرت نهادها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شتر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شد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کم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به قدرت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مواز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تبد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شدند. آنان وظا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برعهده گرفتند که به شهربان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ژاندارمر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دادگستر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وزارت کشور تعلق داشت. خانه‌ها را بازرس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کردند،</w:t>
      </w:r>
      <w:r w:rsidRPr="009D1EE9">
        <w:rPr>
          <w:rFonts w:ascii="Tahoma" w:hAnsi="Tahoma" w:cs="Tahoma"/>
          <w:rtl/>
        </w:rPr>
        <w:t xml:space="preserve"> افراد را بازداشت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نمودند،</w:t>
      </w:r>
      <w:r w:rsidRPr="009D1EE9">
        <w:rPr>
          <w:rFonts w:ascii="Tahoma" w:hAnsi="Tahoma" w:cs="Tahoma"/>
          <w:rtl/>
        </w:rPr>
        <w:t xml:space="preserve"> اموال را مصادره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کردند</w:t>
      </w:r>
      <w:r w:rsidRPr="009D1EE9">
        <w:rPr>
          <w:rFonts w:ascii="Tahoma" w:hAnsi="Tahoma" w:cs="Tahoma"/>
          <w:rtl/>
        </w:rPr>
        <w:t xml:space="preserve"> و دربارهٔ رفتار مردم تصم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گرفتند</w:t>
      </w:r>
      <w:r w:rsidRPr="009D1EE9">
        <w:rPr>
          <w:rFonts w:ascii="Tahoma" w:hAnsi="Tahoma" w:cs="Tahoma"/>
          <w:rtl/>
        </w:rPr>
        <w:t>. ح</w:t>
      </w:r>
      <w:r w:rsidRPr="009D1EE9">
        <w:rPr>
          <w:rFonts w:ascii="Tahoma" w:hAnsi="Tahoma" w:cs="Tahoma" w:hint="eastAsia"/>
          <w:rtl/>
        </w:rPr>
        <w:t>دود</w:t>
      </w:r>
      <w:r w:rsidRPr="009D1EE9">
        <w:rPr>
          <w:rFonts w:ascii="Tahoma" w:hAnsi="Tahoma" w:cs="Tahoma"/>
          <w:rtl/>
        </w:rPr>
        <w:t xml:space="preserve">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و سلسله‌مراتب واحد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شان</w:t>
      </w:r>
      <w:r w:rsidRPr="009D1EE9">
        <w:rPr>
          <w:rFonts w:ascii="Tahoma" w:hAnsi="Tahoma" w:cs="Tahoma"/>
          <w:rtl/>
        </w:rPr>
        <w:t xml:space="preserve"> وجود نداشت.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در</w:t>
      </w:r>
      <w:r w:rsidRPr="009D1EE9">
        <w:rPr>
          <w:rFonts w:ascii="Tahoma" w:hAnsi="Tahoma" w:cs="Tahoma"/>
          <w:rtl/>
        </w:rPr>
        <w:t xml:space="preserve"> آغاز، وجود کم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ته‌ها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</w:t>
      </w:r>
      <w:r w:rsidRPr="009D1EE9">
        <w:rPr>
          <w:rFonts w:ascii="Tahoma" w:hAnsi="Tahoma" w:cs="Tahoma"/>
          <w:rtl/>
        </w:rPr>
        <w:t xml:space="preserve"> با فروپاش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پل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س</w:t>
      </w:r>
      <w:r w:rsidRPr="009D1EE9">
        <w:rPr>
          <w:rFonts w:ascii="Tahoma" w:hAnsi="Tahoma" w:cs="Tahoma"/>
          <w:rtl/>
        </w:rPr>
        <w:t xml:space="preserve"> و دستگاه امن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توج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ه</w:t>
      </w:r>
      <w:r w:rsidRPr="009D1EE9">
        <w:rPr>
          <w:rFonts w:ascii="Tahoma" w:hAnsi="Tahoma" w:cs="Tahoma"/>
          <w:rtl/>
        </w:rPr>
        <w:t xml:space="preserve"> شود. جامعه پس از انقلاب به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حفظ نظم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از</w:t>
      </w:r>
      <w:r w:rsidRPr="009D1EE9">
        <w:rPr>
          <w:rFonts w:ascii="Tahoma" w:hAnsi="Tahoma" w:cs="Tahoma"/>
          <w:rtl/>
        </w:rPr>
        <w:t xml:space="preserve"> داشت و بس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فرار کرده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از کار بازمانده بودند. اما کم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ته‌ها</w:t>
      </w:r>
      <w:r w:rsidRPr="009D1EE9">
        <w:rPr>
          <w:rFonts w:ascii="Tahoma" w:hAnsi="Tahoma" w:cs="Tahoma"/>
          <w:rtl/>
        </w:rPr>
        <w:t xml:space="preserve"> به‌جا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آنکه موقتاً خلأ موجود را پر و سپس در دستگاه قا</w:t>
      </w:r>
      <w:r w:rsidRPr="009D1EE9">
        <w:rPr>
          <w:rFonts w:ascii="Tahoma" w:hAnsi="Tahoma" w:cs="Tahoma" w:hint="eastAsia"/>
          <w:rtl/>
        </w:rPr>
        <w:t>نون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ادغام شوند، به پا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حکومت تازه تبد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شدند.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نهادها به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امکان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دادند</w:t>
      </w:r>
      <w:r w:rsidRPr="009D1EE9">
        <w:rPr>
          <w:rFonts w:ascii="Tahoma" w:hAnsi="Tahoma" w:cs="Tahoma"/>
          <w:rtl/>
        </w:rPr>
        <w:t xml:space="preserve"> بدون وابستگ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به دولت موقت در محله‌ها و شهرها قدرت اعمال کنند. هر مسجد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</w:t>
      </w:r>
      <w:r w:rsidRPr="009D1EE9">
        <w:rPr>
          <w:rFonts w:ascii="Tahoma" w:hAnsi="Tahoma" w:cs="Tahoma"/>
          <w:rtl/>
        </w:rPr>
        <w:t xml:space="preserve"> به مرکز گردآور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اطلاعات، توز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ع</w:t>
      </w:r>
      <w:r w:rsidRPr="009D1EE9">
        <w:rPr>
          <w:rFonts w:ascii="Tahoma" w:hAnsi="Tahoma" w:cs="Tahoma"/>
          <w:rtl/>
        </w:rPr>
        <w:t xml:space="preserve"> اسلحه، صدور معرف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نامه</w:t>
      </w:r>
      <w:r w:rsidRPr="009D1EE9">
        <w:rPr>
          <w:rFonts w:ascii="Tahoma" w:hAnsi="Tahoma" w:cs="Tahoma"/>
          <w:rtl/>
        </w:rPr>
        <w:t xml:space="preserve"> و بس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ج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</w:t>
      </w:r>
      <w:r w:rsidRPr="009D1EE9">
        <w:rPr>
          <w:rFonts w:ascii="Tahoma" w:hAnsi="Tahoma" w:cs="Tahoma"/>
          <w:rtl/>
        </w:rPr>
        <w:t xml:space="preserve"> تبد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شود. شبکه‌ا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انقلاب را به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رسانده بود، اکنون به دستگاه اب</w:t>
      </w:r>
      <w:r w:rsidRPr="009D1EE9">
        <w:rPr>
          <w:rFonts w:ascii="Tahoma" w:hAnsi="Tahoma" w:cs="Tahoma" w:hint="eastAsia"/>
          <w:rtl/>
        </w:rPr>
        <w:t>تدا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حکومت تبد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شد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ارتش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در وضع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نامعلوم قرار داشت.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اطراف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انش</w:t>
      </w:r>
      <w:r w:rsidRPr="009D1EE9">
        <w:rPr>
          <w:rFonts w:ascii="Tahoma" w:hAnsi="Tahoma" w:cs="Tahoma"/>
          <w:rtl/>
        </w:rPr>
        <w:t xml:space="preserve">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/>
          <w:rtl/>
        </w:rPr>
        <w:t xml:space="preserve"> از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به دولت آمر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کا</w:t>
      </w:r>
      <w:r w:rsidRPr="009D1EE9">
        <w:rPr>
          <w:rFonts w:ascii="Tahoma" w:hAnsi="Tahoma" w:cs="Tahoma"/>
          <w:rtl/>
        </w:rPr>
        <w:t xml:space="preserve"> اطم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نان</w:t>
      </w:r>
      <w:r w:rsidRPr="009D1EE9">
        <w:rPr>
          <w:rFonts w:ascii="Tahoma" w:hAnsi="Tahoma" w:cs="Tahoma"/>
          <w:rtl/>
        </w:rPr>
        <w:t xml:space="preserve"> داده بودند که ارتش حفظ خواهد شد. آنان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دانستند</w:t>
      </w:r>
      <w:r w:rsidRPr="009D1EE9">
        <w:rPr>
          <w:rFonts w:ascii="Tahoma" w:hAnsi="Tahoma" w:cs="Tahoma"/>
          <w:rtl/>
        </w:rPr>
        <w:t xml:space="preserve"> انحلال کامل ارتش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تواند</w:t>
      </w:r>
      <w:r w:rsidRPr="009D1EE9">
        <w:rPr>
          <w:rFonts w:ascii="Tahoma" w:hAnsi="Tahoma" w:cs="Tahoma"/>
          <w:rtl/>
        </w:rPr>
        <w:t xml:space="preserve"> مرزها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کشور را ب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دفاع</w:t>
      </w:r>
      <w:r w:rsidRPr="009D1EE9">
        <w:rPr>
          <w:rFonts w:ascii="Tahoma" w:hAnsi="Tahoma" w:cs="Tahoma"/>
          <w:rtl/>
        </w:rPr>
        <w:t xml:space="preserve"> و راه را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جدا</w:t>
      </w:r>
      <w:r w:rsidRPr="009D1EE9">
        <w:rPr>
          <w:rFonts w:ascii="Tahoma" w:hAnsi="Tahoma" w:cs="Tahoma" w:hint="cs"/>
          <w:rtl/>
        </w:rPr>
        <w:t>یی‌</w:t>
      </w:r>
      <w:r w:rsidRPr="009D1EE9">
        <w:rPr>
          <w:rFonts w:ascii="Tahoma" w:hAnsi="Tahoma" w:cs="Tahoma" w:hint="eastAsia"/>
          <w:rtl/>
        </w:rPr>
        <w:t>طلب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دخالت خارج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قدرت‌گ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گروه‌ها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مسلح با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کند.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اما</w:t>
      </w:r>
      <w:r w:rsidRPr="009D1EE9">
        <w:rPr>
          <w:rFonts w:ascii="Tahoma" w:hAnsi="Tahoma" w:cs="Tahoma"/>
          <w:rtl/>
        </w:rPr>
        <w:t xml:space="preserve"> ارتش از مهم‌تر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پا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سلطنت بود و اعتماد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نداشت. فرماندهان ارشد بازداشت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از کشور خارج شده بودند، بس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افسران نگران آ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نده</w:t>
      </w:r>
      <w:r w:rsidRPr="009D1EE9">
        <w:rPr>
          <w:rFonts w:ascii="Tahoma" w:hAnsi="Tahoma" w:cs="Tahoma"/>
          <w:rtl/>
        </w:rPr>
        <w:t xml:space="preserve"> بودند و سربازان از پادگان‌ها گر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خته</w:t>
      </w:r>
      <w:r w:rsidRPr="009D1EE9">
        <w:rPr>
          <w:rFonts w:ascii="Tahoma" w:hAnsi="Tahoma" w:cs="Tahoma"/>
          <w:rtl/>
        </w:rPr>
        <w:t xml:space="preserve"> بودند. پاک‌ساز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ارتش، بدون آنکه ساختار فرمانده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جا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آماده باش</w:t>
      </w:r>
      <w:r w:rsidRPr="009D1EE9">
        <w:rPr>
          <w:rFonts w:ascii="Tahoma" w:hAnsi="Tahoma" w:cs="Tahoma" w:hint="eastAsia"/>
          <w:rtl/>
        </w:rPr>
        <w:t>د،</w:t>
      </w:r>
      <w:r w:rsidRPr="009D1EE9">
        <w:rPr>
          <w:rFonts w:ascii="Tahoma" w:hAnsi="Tahoma" w:cs="Tahoma"/>
          <w:rtl/>
        </w:rPr>
        <w:t xml:space="preserve"> توان دفاع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کشور را کاهش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آنکه فقط به ارتش به‌جامانده از دوران شاه وابسته نباشند، به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مسلح تازه‌ا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از</w:t>
      </w:r>
      <w:r w:rsidRPr="009D1EE9">
        <w:rPr>
          <w:rFonts w:ascii="Tahoma" w:hAnsi="Tahoma" w:cs="Tahoma"/>
          <w:rtl/>
        </w:rPr>
        <w:t xml:space="preserve"> داشتند که حقان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خود را مستق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ماً</w:t>
      </w:r>
      <w:r w:rsidRPr="009D1EE9">
        <w:rPr>
          <w:rFonts w:ascii="Tahoma" w:hAnsi="Tahoma" w:cs="Tahoma"/>
          <w:rtl/>
        </w:rPr>
        <w:t xml:space="preserve"> از انقلاب و رهبر آن بگ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رد</w:t>
      </w:r>
      <w:r w:rsidRPr="009D1EE9">
        <w:rPr>
          <w:rFonts w:ascii="Tahoma" w:hAnsi="Tahoma" w:cs="Tahoma"/>
          <w:rtl/>
        </w:rPr>
        <w:t>. از دل کم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ته‌ها</w:t>
      </w:r>
      <w:r w:rsidRPr="009D1EE9">
        <w:rPr>
          <w:rFonts w:ascii="Tahoma" w:hAnsi="Tahoma" w:cs="Tahoma"/>
          <w:rtl/>
        </w:rPr>
        <w:t xml:space="preserve"> و گروه‌ها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مسلح، مقدمات تشک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سپاه پاسداران انقلاب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فراهم شد. وظ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فهٔ</w:t>
      </w:r>
      <w:r w:rsidRPr="009D1EE9">
        <w:rPr>
          <w:rFonts w:ascii="Tahoma" w:hAnsi="Tahoma" w:cs="Tahoma"/>
          <w:rtl/>
        </w:rPr>
        <w:t xml:space="preserve">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eastAsia"/>
          <w:rtl/>
        </w:rPr>
        <w:t>فقط</w:t>
      </w:r>
      <w:r w:rsidRPr="009D1EE9">
        <w:rPr>
          <w:rFonts w:ascii="Tahoma" w:hAnsi="Tahoma" w:cs="Tahoma"/>
          <w:rtl/>
        </w:rPr>
        <w:t xml:space="preserve"> دفاع از مرزها نبود؛ 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از خود انقلاب و رهبر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در برابر دشمنان داخل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خارج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حفاظت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ن‌سان،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اصول کشوردار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ن،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عن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گانگ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مسلح کشور، از آغاز 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/>
          <w:rtl/>
        </w:rPr>
        <w:t xml:space="preserve"> سؤال رفت. ارتش باق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ماند، اما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مواز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کنار آن شکل گرفت. همان‌گونه که دولت موقت در کنار شورا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انقلاب و دادگستر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کنار دادگاه انقلاب قرار گرفته بود، ارتش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در کنار سپاه آ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نده</w:t>
      </w:r>
      <w:r w:rsidRPr="009D1EE9">
        <w:rPr>
          <w:rFonts w:ascii="Tahoma" w:hAnsi="Tahoma" w:cs="Tahoma"/>
          <w:rtl/>
        </w:rPr>
        <w:t xml:space="preserve"> قرار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گرفت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تعدد</w:t>
      </w:r>
      <w:r w:rsidRPr="009D1EE9">
        <w:rPr>
          <w:rFonts w:ascii="Tahoma" w:hAnsi="Tahoma" w:cs="Tahoma"/>
          <w:rtl/>
        </w:rPr>
        <w:t xml:space="preserve"> نهادها به معنا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تکثر دموکرات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نبود. در تکثر دموکرات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ک،</w:t>
      </w:r>
      <w:r w:rsidRPr="009D1EE9">
        <w:rPr>
          <w:rFonts w:ascii="Tahoma" w:hAnsi="Tahoma" w:cs="Tahoma"/>
          <w:rtl/>
        </w:rPr>
        <w:t xml:space="preserve"> نهادها وظا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ف</w:t>
      </w:r>
      <w:r w:rsidRPr="009D1EE9">
        <w:rPr>
          <w:rFonts w:ascii="Tahoma" w:hAnsi="Tahoma" w:cs="Tahoma"/>
          <w:rtl/>
        </w:rPr>
        <w:t xml:space="preserve"> و حدود قانون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مشخص دارند و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</w:t>
      </w:r>
      <w:r w:rsidRPr="009D1EE9">
        <w:rPr>
          <w:rFonts w:ascii="Tahoma" w:hAnsi="Tahoma" w:cs="Tahoma"/>
          <w:rtl/>
        </w:rPr>
        <w:t xml:space="preserve"> را کنترل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کنند</w:t>
      </w:r>
      <w:r w:rsidRPr="009D1EE9">
        <w:rPr>
          <w:rFonts w:ascii="Tahoma" w:hAnsi="Tahoma" w:cs="Tahoma"/>
          <w:rtl/>
        </w:rPr>
        <w:t>. در ساختار انقلاب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نهادها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رسم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مسئول بودند، اما نهادها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مواز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به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نزد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ک‌تر</w:t>
      </w:r>
      <w:r w:rsidRPr="009D1EE9">
        <w:rPr>
          <w:rFonts w:ascii="Tahoma" w:hAnsi="Tahoma" w:cs="Tahoma"/>
          <w:rtl/>
        </w:rPr>
        <w:t xml:space="preserve"> بودند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شتر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داشتند.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چندگانگ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نه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نه به تقس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</w:t>
      </w:r>
      <w:r w:rsidRPr="009D1EE9">
        <w:rPr>
          <w:rFonts w:ascii="Tahoma" w:hAnsi="Tahoma" w:cs="Tahoma"/>
          <w:rtl/>
        </w:rPr>
        <w:t xml:space="preserve"> قدرت، بلکه به انتقال همهٔ قدرت به مرکز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انجام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نخست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گروه اجتماع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در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افت</w:t>
      </w:r>
      <w:r w:rsidRPr="009D1EE9">
        <w:rPr>
          <w:rFonts w:ascii="Tahoma" w:hAnsi="Tahoma" w:cs="Tahoma"/>
          <w:rtl/>
        </w:rPr>
        <w:t xml:space="preserve"> وعده‌ها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نوفل‌لوشاتو با 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است‌ها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داخل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ران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کسان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ست،</w:t>
      </w:r>
      <w:r w:rsidRPr="009D1EE9">
        <w:rPr>
          <w:rFonts w:ascii="Tahoma" w:hAnsi="Tahoma" w:cs="Tahoma"/>
          <w:rtl/>
        </w:rPr>
        <w:t xml:space="preserve"> زنان بودند. زنان در تظاهرات انقلاب حضور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گسترده داشتند. زنان مذهب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سکولار، چپ، مل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گرا،</w:t>
      </w:r>
      <w:r w:rsidRPr="009D1EE9">
        <w:rPr>
          <w:rFonts w:ascii="Tahoma" w:hAnsi="Tahoma" w:cs="Tahoma"/>
          <w:rtl/>
        </w:rPr>
        <w:t xml:space="preserve"> دانشجو، کارمند و خانه‌دار در مبارزه با حکومت شاه شرکت کرده بودند و بس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گمان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کردند</w:t>
      </w:r>
      <w:r w:rsidRPr="009D1EE9">
        <w:rPr>
          <w:rFonts w:ascii="Tahoma" w:hAnsi="Tahoma" w:cs="Tahoma"/>
          <w:rtl/>
        </w:rPr>
        <w:t xml:space="preserve"> انقلاب حقوق و آزاد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شان</w:t>
      </w:r>
      <w:r w:rsidRPr="009D1EE9">
        <w:rPr>
          <w:rFonts w:ascii="Tahoma" w:hAnsi="Tahoma" w:cs="Tahoma"/>
          <w:rtl/>
        </w:rPr>
        <w:t xml:space="preserve"> را افزا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/>
          <w:rtl/>
        </w:rPr>
        <w:t xml:space="preserve"> خواهد داد.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اما</w:t>
      </w:r>
      <w:r w:rsidRPr="009D1EE9">
        <w:rPr>
          <w:rFonts w:ascii="Tahoma" w:hAnsi="Tahoma" w:cs="Tahoma"/>
          <w:rtl/>
        </w:rPr>
        <w:t xml:space="preserve"> اندک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پس از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سخن از لغو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تغ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/>
          <w:rtl/>
        </w:rPr>
        <w:t xml:space="preserve"> قوان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حما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خانواده و ضرورت رعا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حجاب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مح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ط‌ها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ادار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به 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آمد.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نکاران،</w:t>
      </w:r>
      <w:r w:rsidRPr="009D1EE9">
        <w:rPr>
          <w:rFonts w:ascii="Tahoma" w:hAnsi="Tahoma" w:cs="Tahoma"/>
          <w:rtl/>
        </w:rPr>
        <w:t xml:space="preserve"> اصلاحات حقوق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دورهٔ شاه بخش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غرب‌زدگ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تجاوز حکومت سکولار به شر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عت</w:t>
      </w:r>
      <w:r w:rsidRPr="009D1EE9">
        <w:rPr>
          <w:rFonts w:ascii="Tahoma" w:hAnsi="Tahoma" w:cs="Tahoma"/>
          <w:rtl/>
        </w:rPr>
        <w:t xml:space="preserve"> بود. آنان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خواستند</w:t>
      </w:r>
      <w:r w:rsidRPr="009D1EE9">
        <w:rPr>
          <w:rFonts w:ascii="Tahoma" w:hAnsi="Tahoma" w:cs="Tahoma"/>
          <w:rtl/>
        </w:rPr>
        <w:t xml:space="preserve"> خانواده، ازدواج، طلاق، پوشش و حضور اجتماع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زنان را دوباره 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/>
          <w:rtl/>
        </w:rPr>
        <w:t xml:space="preserve"> قواعد فقه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قرار دهند.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در</w:t>
      </w:r>
      <w:r w:rsidRPr="009D1EE9">
        <w:rPr>
          <w:rFonts w:ascii="Tahoma" w:hAnsi="Tahoma" w:cs="Tahoma"/>
          <w:rtl/>
        </w:rPr>
        <w:t xml:space="preserve"> اسفند </w:t>
      </w:r>
      <w:r w:rsidRPr="009D1EE9">
        <w:rPr>
          <w:rFonts w:ascii="Tahoma" w:hAnsi="Tahoma" w:cs="Tahoma"/>
          <w:rtl/>
          <w:lang w:bidi="fa-IR"/>
        </w:rPr>
        <w:t>۱۳۵۷</w:t>
      </w:r>
      <w:r w:rsidRPr="009D1EE9">
        <w:rPr>
          <w:rFonts w:ascii="Tahoma" w:hAnsi="Tahoma" w:cs="Tahoma"/>
          <w:rtl/>
        </w:rPr>
        <w:t>، هم‌زمان با روز جهان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زن، گروه‌ها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بزرگ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زنان در تهران و چند شهر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</w:t>
      </w:r>
      <w:r w:rsidRPr="009D1EE9">
        <w:rPr>
          <w:rFonts w:ascii="Tahoma" w:hAnsi="Tahoma" w:cs="Tahoma"/>
          <w:rtl/>
        </w:rPr>
        <w:t xml:space="preserve"> عل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ه</w:t>
      </w:r>
      <w:r w:rsidRPr="009D1EE9">
        <w:rPr>
          <w:rFonts w:ascii="Tahoma" w:hAnsi="Tahoma" w:cs="Tahoma"/>
          <w:rtl/>
        </w:rPr>
        <w:t xml:space="preserve"> اجبار حجاب و محدودشدن حقوقشان تظاهرات کردند. شعار آنان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بود که انقلاب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آزاد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صورت گرفته و نم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تواند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جامعه را به عقب بازگرداند.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اعتراض‌ها هشدار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زودهنگام دربارهٔ ماه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حکومت تازه بودند. اما بخش‌ها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از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چپ و مل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مسئلهٔ حقوق زنان را فرع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دانستند و گفتند نبا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با برجسته‌کردن آن به وحدت انقلاب آس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ب</w:t>
      </w:r>
      <w:r w:rsidRPr="009D1EE9">
        <w:rPr>
          <w:rFonts w:ascii="Tahoma" w:hAnsi="Tahoma" w:cs="Tahoma"/>
          <w:rtl/>
        </w:rPr>
        <w:t xml:space="preserve"> زد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راه را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بازگشت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سلطنت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گشود. بار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گر،</w:t>
      </w:r>
      <w:r w:rsidRPr="009D1EE9">
        <w:rPr>
          <w:rFonts w:ascii="Tahoma" w:hAnsi="Tahoma" w:cs="Tahoma"/>
          <w:rtl/>
        </w:rPr>
        <w:t xml:space="preserve"> آزاد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به آ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نده</w:t>
      </w:r>
      <w:r w:rsidRPr="009D1EE9">
        <w:rPr>
          <w:rFonts w:ascii="Tahoma" w:hAnsi="Tahoma" w:cs="Tahoma"/>
          <w:rtl/>
        </w:rPr>
        <w:t xml:space="preserve"> موکو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شد تا «مسئلهٔ اصل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»</w:t>
      </w:r>
      <w:r w:rsidRPr="009D1EE9">
        <w:rPr>
          <w:rFonts w:ascii="Tahoma" w:hAnsi="Tahoma" w:cs="Tahoma"/>
          <w:rtl/>
        </w:rPr>
        <w:t xml:space="preserve"> ابتدا حل شود.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هم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منطق در انقلاب بارها تکرار شد. هر گروه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هدف حمله قرار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گرفت،</w:t>
      </w:r>
      <w:r w:rsidRPr="009D1EE9">
        <w:rPr>
          <w:rFonts w:ascii="Tahoma" w:hAnsi="Tahoma" w:cs="Tahoma"/>
          <w:rtl/>
        </w:rPr>
        <w:t xml:space="preserve"> از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گران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خواست</w:t>
      </w:r>
      <w:r w:rsidRPr="009D1EE9">
        <w:rPr>
          <w:rFonts w:ascii="Tahoma" w:hAnsi="Tahoma" w:cs="Tahoma"/>
          <w:rtl/>
        </w:rPr>
        <w:t xml:space="preserve"> از آزاد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دفاع کنند؛ اما گروه‌ها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</w:t>
      </w:r>
      <w:r w:rsidRPr="009D1EE9">
        <w:rPr>
          <w:rFonts w:ascii="Tahoma" w:hAnsi="Tahoma" w:cs="Tahoma"/>
          <w:rtl/>
        </w:rPr>
        <w:t xml:space="preserve"> تصور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کردند</w:t>
      </w:r>
      <w:r w:rsidRPr="009D1EE9">
        <w:rPr>
          <w:rFonts w:ascii="Tahoma" w:hAnsi="Tahoma" w:cs="Tahoma"/>
          <w:rtl/>
        </w:rPr>
        <w:t xml:space="preserve"> هنوز نوبت آنان نرس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ده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توانند</w:t>
      </w:r>
      <w:r w:rsidRPr="009D1EE9">
        <w:rPr>
          <w:rFonts w:ascii="Tahoma" w:hAnsi="Tahoma" w:cs="Tahoma"/>
          <w:rtl/>
        </w:rPr>
        <w:t xml:space="preserve"> بعداً با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مذاکره کنند.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مخالفان را نه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کباره،</w:t>
      </w:r>
      <w:r w:rsidRPr="009D1EE9">
        <w:rPr>
          <w:rFonts w:ascii="Tahoma" w:hAnsi="Tahoma" w:cs="Tahoma"/>
          <w:rtl/>
        </w:rPr>
        <w:t xml:space="preserve"> بلکه مرحله‌به</w:t>
      </w:r>
      <w:r w:rsidRPr="009D1EE9">
        <w:rPr>
          <w:rFonts w:ascii="Tahoma" w:hAnsi="Tahoma" w:cs="Tahoma" w:hint="eastAsia"/>
          <w:rtl/>
        </w:rPr>
        <w:t>‌مرحله</w:t>
      </w:r>
      <w:r w:rsidRPr="009D1EE9">
        <w:rPr>
          <w:rFonts w:ascii="Tahoma" w:hAnsi="Tahoma" w:cs="Tahoma"/>
          <w:rtl/>
        </w:rPr>
        <w:t xml:space="preserve"> از صحنه 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رون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کردند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برابر اعتراض زنان گاه از تعب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نرم‌تر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استفاده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</w:t>
      </w:r>
      <w:r w:rsidRPr="009D1EE9">
        <w:rPr>
          <w:rFonts w:ascii="Tahoma" w:hAnsi="Tahoma" w:cs="Tahoma"/>
          <w:rtl/>
        </w:rPr>
        <w:t xml:space="preserve"> و اطراف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انش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کوش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دند</w:t>
      </w:r>
      <w:r w:rsidRPr="009D1EE9">
        <w:rPr>
          <w:rFonts w:ascii="Tahoma" w:hAnsi="Tahoma" w:cs="Tahoma"/>
          <w:rtl/>
        </w:rPr>
        <w:t xml:space="preserve"> نگران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ها</w:t>
      </w:r>
      <w:r w:rsidRPr="009D1EE9">
        <w:rPr>
          <w:rFonts w:ascii="Tahoma" w:hAnsi="Tahoma" w:cs="Tahoma"/>
          <w:rtl/>
        </w:rPr>
        <w:t xml:space="preserve"> را کاهش دهند. اما جهت اصل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روشن بود: شر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عت</w:t>
      </w:r>
      <w:r w:rsidRPr="009D1EE9">
        <w:rPr>
          <w:rFonts w:ascii="Tahoma" w:hAnsi="Tahoma" w:cs="Tahoma"/>
          <w:rtl/>
        </w:rPr>
        <w:t xml:space="preserve"> 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بار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</w:t>
      </w:r>
      <w:r w:rsidRPr="009D1EE9">
        <w:rPr>
          <w:rFonts w:ascii="Tahoma" w:hAnsi="Tahoma" w:cs="Tahoma"/>
          <w:rtl/>
        </w:rPr>
        <w:t xml:space="preserve"> بر قوان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خانواده و پوشش حاکم شود. حقوق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زنان در دورهٔ مستبد منور از بالا به دست آورده بودند، چون بر سازمان‌ها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مستقل و قدرت 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خود زنان استوار نشده بودند، به‌آسان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در معرض بازپس‌گ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قرار گرفتند.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تناقض‌ها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اصلاحات شاه بود. حکومت حقوق زنان را گسترش داده بود، اما اجازه نداده بود جنبش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مستقل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دفاع از آنها شکل 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رد</w:t>
      </w:r>
      <w:r w:rsidRPr="009D1EE9">
        <w:rPr>
          <w:rFonts w:ascii="Tahoma" w:hAnsi="Tahoma" w:cs="Tahoma"/>
          <w:rtl/>
        </w:rPr>
        <w:t>. سازمان زنان 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/>
          <w:rtl/>
        </w:rPr>
        <w:t xml:space="preserve"> حما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دربار قرار داشت و با سقوط سلطنت، همان سازمان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فروپاش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>. زنان از حقوق قانون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برخوردار شده بودند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ول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نهاد مستقل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نداشتند که بتواند در حکومت تازه از آن حقوق پاسدار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در</w:t>
      </w:r>
      <w:r w:rsidRPr="009D1EE9">
        <w:rPr>
          <w:rFonts w:ascii="Tahoma" w:hAnsi="Tahoma" w:cs="Tahoma"/>
          <w:rtl/>
        </w:rPr>
        <w:t xml:space="preserve"> فرورد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/>
          <w:rtl/>
          <w:lang w:bidi="fa-IR"/>
        </w:rPr>
        <w:t>۱۳۵۸</w:t>
      </w:r>
      <w:r w:rsidRPr="009D1EE9">
        <w:rPr>
          <w:rFonts w:ascii="Tahoma" w:hAnsi="Tahoma" w:cs="Tahoma"/>
          <w:rtl/>
        </w:rPr>
        <w:t>، همه‌پرس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تع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نظام 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برگزار شد. پرسش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بود که آ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مردم با «جمهور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»</w:t>
      </w:r>
      <w:r w:rsidRPr="009D1EE9">
        <w:rPr>
          <w:rFonts w:ascii="Tahoma" w:hAnsi="Tahoma" w:cs="Tahoma"/>
          <w:rtl/>
        </w:rPr>
        <w:t xml:space="preserve"> موافق‌اند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نه. رأ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دهندگان</w:t>
      </w:r>
      <w:r w:rsidRPr="009D1EE9">
        <w:rPr>
          <w:rFonts w:ascii="Tahoma" w:hAnsi="Tahoma" w:cs="Tahoma"/>
          <w:rtl/>
        </w:rPr>
        <w:t xml:space="preserve"> 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باق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ماندن</w:t>
      </w:r>
      <w:r w:rsidRPr="009D1EE9">
        <w:rPr>
          <w:rFonts w:ascii="Tahoma" w:hAnsi="Tahoma" w:cs="Tahoma"/>
          <w:rtl/>
        </w:rPr>
        <w:t xml:space="preserve"> وضع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انتخاب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کردند؛</w:t>
      </w:r>
      <w:r w:rsidRPr="009D1EE9">
        <w:rPr>
          <w:rFonts w:ascii="Tahoma" w:hAnsi="Tahoma" w:cs="Tahoma"/>
          <w:rtl/>
        </w:rPr>
        <w:t xml:space="preserve"> گز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نه‌ا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دموکرات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ک،</w:t>
      </w:r>
      <w:r w:rsidRPr="009D1EE9">
        <w:rPr>
          <w:rFonts w:ascii="Tahoma" w:hAnsi="Tahoma" w:cs="Tahoma"/>
          <w:rtl/>
        </w:rPr>
        <w:t xml:space="preserve">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سکولار، ادامهٔ مشرو</w:t>
      </w:r>
      <w:r w:rsidRPr="009D1EE9">
        <w:rPr>
          <w:rFonts w:ascii="Tahoma" w:hAnsi="Tahoma" w:cs="Tahoma" w:hint="eastAsia"/>
          <w:rtl/>
        </w:rPr>
        <w:t>طه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تشک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مجلس مؤسسان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/>
          <w:rtl/>
        </w:rPr>
        <w:t xml:space="preserve"> از تع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نوع نظام وجود نداشت.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شاپ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/>
          <w:rtl/>
        </w:rPr>
        <w:t xml:space="preserve"> گفته بود: «جمهور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نه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کلمه کم و نه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کلمه 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اد</w:t>
      </w:r>
      <w:r w:rsidRPr="009D1EE9">
        <w:rPr>
          <w:rFonts w:ascii="Tahoma" w:hAnsi="Tahoma" w:cs="Tahoma"/>
          <w:rtl/>
        </w:rPr>
        <w:t>.»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سخن هرگونه گفت‌وگو دربارهٔ صفت و محتوا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پا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داد</w:t>
      </w:r>
      <w:r w:rsidRPr="009D1EE9">
        <w:rPr>
          <w:rFonts w:ascii="Tahoma" w:hAnsi="Tahoma" w:cs="Tahoma"/>
          <w:rtl/>
        </w:rPr>
        <w:t>. هنوز قانون اساس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نوشته نشده و حدود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ارات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معلوم نبود، اما مردم 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به نام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دادند</w:t>
      </w:r>
      <w:r w:rsidRPr="009D1EE9">
        <w:rPr>
          <w:rFonts w:ascii="Tahoma" w:hAnsi="Tahoma" w:cs="Tahoma"/>
          <w:rtl/>
        </w:rPr>
        <w:t xml:space="preserve"> </w:t>
      </w:r>
      <w:r w:rsidRPr="009D1EE9">
        <w:rPr>
          <w:rFonts w:ascii="Tahoma" w:hAnsi="Tahoma" w:cs="Tahoma" w:hint="eastAsia"/>
          <w:rtl/>
        </w:rPr>
        <w:t>که</w:t>
      </w:r>
      <w:r w:rsidRPr="009D1EE9">
        <w:rPr>
          <w:rFonts w:ascii="Tahoma" w:hAnsi="Tahoma" w:cs="Tahoma"/>
          <w:rtl/>
        </w:rPr>
        <w:t xml:space="preserve"> معنا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حقوق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آن بعداً تع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شد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برگزار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همه‌پرس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به‌خود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خود</w:t>
      </w:r>
      <w:r w:rsidRPr="009D1EE9">
        <w:rPr>
          <w:rFonts w:ascii="Tahoma" w:hAnsi="Tahoma" w:cs="Tahoma"/>
          <w:rtl/>
        </w:rPr>
        <w:t xml:space="preserve"> اقدام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دموکرات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به نظر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>.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نخست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ن‌بار</w:t>
      </w:r>
      <w:r w:rsidRPr="009D1EE9">
        <w:rPr>
          <w:rFonts w:ascii="Tahoma" w:hAnsi="Tahoma" w:cs="Tahoma"/>
          <w:rtl/>
        </w:rPr>
        <w:t xml:space="preserve"> پس از انقلاب، مردم مستق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ماً</w:t>
      </w:r>
      <w:r w:rsidRPr="009D1EE9">
        <w:rPr>
          <w:rFonts w:ascii="Tahoma" w:hAnsi="Tahoma" w:cs="Tahoma"/>
          <w:rtl/>
        </w:rPr>
        <w:t xml:space="preserve"> دربارهٔ نوع حکومت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دادند</w:t>
      </w:r>
      <w:r w:rsidRPr="009D1EE9">
        <w:rPr>
          <w:rFonts w:ascii="Tahoma" w:hAnsi="Tahoma" w:cs="Tahoma"/>
          <w:rtl/>
        </w:rPr>
        <w:t>. اما انتخاب دموکرات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فقط به وجود صندوق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وابسته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ست</w:t>
      </w:r>
      <w:r w:rsidRPr="009D1EE9">
        <w:rPr>
          <w:rFonts w:ascii="Tahoma" w:hAnsi="Tahoma" w:cs="Tahoma"/>
          <w:rtl/>
        </w:rPr>
        <w:t>. رأ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دهنده</w:t>
      </w:r>
      <w:r w:rsidRPr="009D1EE9">
        <w:rPr>
          <w:rFonts w:ascii="Tahoma" w:hAnsi="Tahoma" w:cs="Tahoma"/>
          <w:rtl/>
        </w:rPr>
        <w:t xml:space="preserve"> با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بداند به چه ساختار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دهد</w:t>
      </w:r>
      <w:r w:rsidRPr="009D1EE9">
        <w:rPr>
          <w:rFonts w:ascii="Tahoma" w:hAnsi="Tahoma" w:cs="Tahoma"/>
          <w:rtl/>
        </w:rPr>
        <w:t xml:space="preserve"> و بتواند 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ان</w:t>
      </w:r>
      <w:r w:rsidRPr="009D1EE9">
        <w:rPr>
          <w:rFonts w:ascii="Tahoma" w:hAnsi="Tahoma" w:cs="Tahoma"/>
          <w:rtl/>
        </w:rPr>
        <w:t xml:space="preserve"> گز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نه‌ها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واقع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و برخوردار از امکان تبل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غ</w:t>
      </w:r>
      <w:r w:rsidRPr="009D1EE9">
        <w:rPr>
          <w:rFonts w:ascii="Tahoma" w:hAnsi="Tahoma" w:cs="Tahoma"/>
          <w:rtl/>
        </w:rPr>
        <w:t xml:space="preserve"> برابر انتخاب کند.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در</w:t>
      </w:r>
      <w:r w:rsidRPr="009D1EE9">
        <w:rPr>
          <w:rFonts w:ascii="Tahoma" w:hAnsi="Tahoma" w:cs="Tahoma"/>
          <w:rtl/>
        </w:rPr>
        <w:t xml:space="preserve"> همه‌پرس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فرورد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ن،</w:t>
      </w:r>
      <w:r w:rsidRPr="009D1EE9">
        <w:rPr>
          <w:rFonts w:ascii="Tahoma" w:hAnsi="Tahoma" w:cs="Tahoma"/>
          <w:rtl/>
        </w:rPr>
        <w:t xml:space="preserve"> محبوب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شور انقلاب و نفرت از سلطنت نت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جه</w:t>
      </w:r>
      <w:r w:rsidRPr="009D1EE9">
        <w:rPr>
          <w:rFonts w:ascii="Tahoma" w:hAnsi="Tahoma" w:cs="Tahoma"/>
          <w:rtl/>
        </w:rPr>
        <w:t xml:space="preserve"> را از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</w:t>
      </w:r>
      <w:r w:rsidRPr="009D1EE9">
        <w:rPr>
          <w:rFonts w:ascii="Tahoma" w:hAnsi="Tahoma" w:cs="Tahoma"/>
          <w:rtl/>
        </w:rPr>
        <w:t xml:space="preserve"> قابل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ش‌ب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کرده بودند.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«نه» به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</w:t>
      </w:r>
      <w:r w:rsidRPr="009D1EE9">
        <w:rPr>
          <w:rFonts w:ascii="Tahoma" w:hAnsi="Tahoma" w:cs="Tahoma"/>
          <w:rtl/>
        </w:rPr>
        <w:t xml:space="preserve"> به معنا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حما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از شاه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/>
          <w:rtl/>
        </w:rPr>
        <w:t xml:space="preserve"> مخالفت با اسلام تعب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/>
          <w:rtl/>
        </w:rPr>
        <w:t xml:space="preserve"> شود. بس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کسان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به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دادند، ممکن بود از آن ه</w:t>
      </w:r>
      <w:r w:rsidRPr="009D1EE9">
        <w:rPr>
          <w:rFonts w:ascii="Tahoma" w:hAnsi="Tahoma" w:cs="Tahoma" w:hint="eastAsia"/>
          <w:rtl/>
        </w:rPr>
        <w:t>مان</w:t>
      </w:r>
      <w:r w:rsidRPr="009D1EE9">
        <w:rPr>
          <w:rFonts w:ascii="Tahoma" w:hAnsi="Tahoma" w:cs="Tahoma"/>
          <w:rtl/>
        </w:rPr>
        <w:t xml:space="preserve"> تصو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در ذهن داشته باشند که در نوفل‌لوشاتو ارائه شده بود: جمهور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آزاد و انتخاب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ارزش‌ها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اخلاق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 را 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ز</w:t>
      </w:r>
      <w:r w:rsidRPr="009D1EE9">
        <w:rPr>
          <w:rFonts w:ascii="Tahoma" w:hAnsi="Tahoma" w:cs="Tahoma"/>
          <w:rtl/>
        </w:rPr>
        <w:t xml:space="preserve"> حفظ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کند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نت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جهٔ</w:t>
      </w:r>
      <w:r w:rsidRPr="009D1EE9">
        <w:rPr>
          <w:rFonts w:ascii="Tahoma" w:hAnsi="Tahoma" w:cs="Tahoma"/>
          <w:rtl/>
        </w:rPr>
        <w:t xml:space="preserve"> اعلام‌شده، پشت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بان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تقر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باً</w:t>
      </w:r>
      <w:r w:rsidRPr="009D1EE9">
        <w:rPr>
          <w:rFonts w:ascii="Tahoma" w:hAnsi="Tahoma" w:cs="Tahoma"/>
          <w:rtl/>
        </w:rPr>
        <w:t xml:space="preserve"> همگان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از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اسلام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بود. خم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سرچشمهٔ حقان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نظام تازه معرف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کرد. اما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مردم به نام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به‌تدر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ج</w:t>
      </w:r>
      <w:r w:rsidRPr="009D1EE9">
        <w:rPr>
          <w:rFonts w:ascii="Tahoma" w:hAnsi="Tahoma" w:cs="Tahoma"/>
          <w:rtl/>
        </w:rPr>
        <w:t xml:space="preserve"> به اجازه‌ا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همهٔ اقدام‌ها</w:t>
      </w:r>
      <w:r w:rsidRPr="009D1EE9">
        <w:rPr>
          <w:rFonts w:ascii="Tahoma" w:hAnsi="Tahoma" w:cs="Tahoma" w:hint="cs"/>
          <w:rtl/>
        </w:rPr>
        <w:t>یی</w:t>
      </w:r>
      <w:r w:rsidRPr="009D1EE9">
        <w:rPr>
          <w:rFonts w:ascii="Tahoma" w:hAnsi="Tahoma" w:cs="Tahoma"/>
          <w:rtl/>
        </w:rPr>
        <w:t xml:space="preserve"> تبد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شد که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بعداً به نام اسلام و انقلاب انجام دادند.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از</w:t>
      </w:r>
      <w:r w:rsidRPr="009D1EE9">
        <w:rPr>
          <w:rFonts w:ascii="Tahoma" w:hAnsi="Tahoma" w:cs="Tahoma"/>
          <w:rtl/>
        </w:rPr>
        <w:t xml:space="preserve">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پس، هر مخالف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توانست</w:t>
      </w:r>
      <w:r w:rsidRPr="009D1EE9">
        <w:rPr>
          <w:rFonts w:ascii="Tahoma" w:hAnsi="Tahoma" w:cs="Tahoma"/>
          <w:rtl/>
        </w:rPr>
        <w:t xml:space="preserve"> متهم شود که در برابر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ملت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ستاده</w:t>
      </w:r>
      <w:r w:rsidRPr="009D1EE9">
        <w:rPr>
          <w:rFonts w:ascii="Tahoma" w:hAnsi="Tahoma" w:cs="Tahoma"/>
          <w:rtl/>
        </w:rPr>
        <w:t xml:space="preserve"> است.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حق شرع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خود را با نت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جهٔ</w:t>
      </w:r>
      <w:r w:rsidRPr="009D1EE9">
        <w:rPr>
          <w:rFonts w:ascii="Tahoma" w:hAnsi="Tahoma" w:cs="Tahoma"/>
          <w:rtl/>
        </w:rPr>
        <w:t xml:space="preserve"> همه‌پرس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وند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زدند</w:t>
      </w:r>
      <w:r w:rsidRPr="009D1EE9">
        <w:rPr>
          <w:rFonts w:ascii="Tahoma" w:hAnsi="Tahoma" w:cs="Tahoma"/>
          <w:rtl/>
        </w:rPr>
        <w:t xml:space="preserve"> و دو سرچشمهٔ قدرت را در اخت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ار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گرفتند</w:t>
      </w:r>
      <w:r w:rsidRPr="009D1EE9">
        <w:rPr>
          <w:rFonts w:ascii="Tahoma" w:hAnsi="Tahoma" w:cs="Tahoma"/>
          <w:rtl/>
        </w:rPr>
        <w:t xml:space="preserve">: از 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سو، مدع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نما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ندگ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خدا و شر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عت</w:t>
      </w:r>
      <w:r w:rsidRPr="009D1EE9">
        <w:rPr>
          <w:rFonts w:ascii="Tahoma" w:hAnsi="Tahoma" w:cs="Tahoma"/>
          <w:rtl/>
        </w:rPr>
        <w:t xml:space="preserve"> بودند و از سو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گر،</w:t>
      </w:r>
      <w:r w:rsidRPr="009D1EE9">
        <w:rPr>
          <w:rFonts w:ascii="Tahoma" w:hAnsi="Tahoma" w:cs="Tahoma"/>
          <w:rtl/>
        </w:rPr>
        <w:t xml:space="preserve">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مردم را دل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ل</w:t>
      </w:r>
      <w:r w:rsidRPr="009D1EE9">
        <w:rPr>
          <w:rFonts w:ascii="Tahoma" w:hAnsi="Tahoma" w:cs="Tahoma"/>
          <w:rtl/>
        </w:rPr>
        <w:t xml:space="preserve"> پذ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رش</w:t>
      </w:r>
      <w:r w:rsidRPr="009D1EE9">
        <w:rPr>
          <w:rFonts w:ascii="Tahoma" w:hAnsi="Tahoma" w:cs="Tahoma"/>
          <w:rtl/>
        </w:rPr>
        <w:t xml:space="preserve"> حکومت خود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دانستند</w:t>
      </w:r>
      <w:r w:rsidRPr="009D1EE9">
        <w:rPr>
          <w:rFonts w:ascii="Tahoma" w:hAnsi="Tahoma" w:cs="Tahoma"/>
          <w:rtl/>
        </w:rPr>
        <w:t>.</w:t>
      </w:r>
    </w:p>
    <w:p w:rsidR="009D1EE9" w:rsidRP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</w:rPr>
      </w:pPr>
      <w:r w:rsidRPr="009D1EE9">
        <w:rPr>
          <w:rFonts w:ascii="Tahoma" w:hAnsi="Tahoma" w:cs="Tahoma" w:hint="eastAsia"/>
          <w:rtl/>
        </w:rPr>
        <w:t>اما</w:t>
      </w:r>
      <w:r w:rsidRPr="009D1EE9">
        <w:rPr>
          <w:rFonts w:ascii="Tahoma" w:hAnsi="Tahoma" w:cs="Tahoma"/>
          <w:rtl/>
        </w:rPr>
        <w:t xml:space="preserve"> اگر روز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خواست مردم با تفس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ر</w:t>
      </w:r>
      <w:r w:rsidRPr="009D1EE9">
        <w:rPr>
          <w:rFonts w:ascii="Tahoma" w:hAnsi="Tahoma" w:cs="Tahoma"/>
          <w:rtl/>
        </w:rPr>
        <w:t xml:space="preserve">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از شر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عت</w:t>
      </w:r>
      <w:r w:rsidRPr="009D1EE9">
        <w:rPr>
          <w:rFonts w:ascii="Tahoma" w:hAnsi="Tahoma" w:cs="Tahoma"/>
          <w:rtl/>
        </w:rPr>
        <w:t xml:space="preserve"> تعارض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دا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کرد،</w:t>
      </w:r>
      <w:r w:rsidRPr="009D1EE9">
        <w:rPr>
          <w:rFonts w:ascii="Tahoma" w:hAnsi="Tahoma" w:cs="Tahoma"/>
          <w:rtl/>
        </w:rPr>
        <w:t xml:space="preserve"> هنوز معلوم نبود کدام‌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ک</w:t>
      </w:r>
      <w:r w:rsidRPr="009D1EE9">
        <w:rPr>
          <w:rFonts w:ascii="Tahoma" w:hAnsi="Tahoma" w:cs="Tahoma"/>
          <w:rtl/>
        </w:rPr>
        <w:t xml:space="preserve"> مقدم خواهد بود. پاسخ 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پرسش در روند تدو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</w:t>
      </w:r>
      <w:r w:rsidRPr="009D1EE9">
        <w:rPr>
          <w:rFonts w:ascii="Tahoma" w:hAnsi="Tahoma" w:cs="Tahoma"/>
          <w:rtl/>
        </w:rPr>
        <w:t xml:space="preserve"> قانون اساس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روشن شد. پ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ش‌نو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که در آغاز ته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ه</w:t>
      </w:r>
      <w:r w:rsidRPr="009D1EE9">
        <w:rPr>
          <w:rFonts w:ascii="Tahoma" w:hAnsi="Tahoma" w:cs="Tahoma"/>
          <w:rtl/>
        </w:rPr>
        <w:t xml:space="preserve"> شده بود، هنوز حکومت را تا اندازهٔ ز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اد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بر نهادها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انتخاب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استوار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کرد؛</w:t>
      </w:r>
      <w:r w:rsidRPr="009D1EE9">
        <w:rPr>
          <w:rFonts w:ascii="Tahoma" w:hAnsi="Tahoma" w:cs="Tahoma"/>
          <w:rtl/>
        </w:rPr>
        <w:t xml:space="preserve"> اما مجلس بررس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قانون اساس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،</w:t>
      </w:r>
      <w:r w:rsidRPr="009D1EE9">
        <w:rPr>
          <w:rFonts w:ascii="Tahoma" w:hAnsi="Tahoma" w:cs="Tahoma"/>
          <w:rtl/>
        </w:rPr>
        <w:t xml:space="preserve"> با حضور غالب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نکاران،</w:t>
      </w:r>
      <w:r w:rsidRPr="009D1EE9">
        <w:rPr>
          <w:rFonts w:ascii="Tahoma" w:hAnsi="Tahoma" w:cs="Tahoma"/>
          <w:rtl/>
        </w:rPr>
        <w:t xml:space="preserve"> ولا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ت</w:t>
      </w:r>
      <w:r w:rsidRPr="009D1EE9">
        <w:rPr>
          <w:rFonts w:ascii="Tahoma" w:hAnsi="Tahoma" w:cs="Tahoma"/>
          <w:rtl/>
        </w:rPr>
        <w:t xml:space="preserve"> فق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ه</w:t>
      </w:r>
      <w:r w:rsidRPr="009D1EE9">
        <w:rPr>
          <w:rFonts w:ascii="Tahoma" w:hAnsi="Tahoma" w:cs="Tahoma"/>
          <w:rtl/>
        </w:rPr>
        <w:t xml:space="preserve"> را در رأس نظام قرار داد.</w:t>
      </w:r>
    </w:p>
    <w:p w:rsidR="009D1EE9" w:rsidRDefault="009D1EE9" w:rsidP="009D1EE9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9D1EE9">
        <w:rPr>
          <w:rFonts w:ascii="Tahoma" w:hAnsi="Tahoma" w:cs="Tahoma" w:hint="eastAsia"/>
          <w:rtl/>
        </w:rPr>
        <w:t>از</w:t>
      </w:r>
      <w:r w:rsidRPr="009D1EE9">
        <w:rPr>
          <w:rFonts w:ascii="Tahoma" w:hAnsi="Tahoma" w:cs="Tahoma"/>
          <w:rtl/>
        </w:rPr>
        <w:t xml:space="preserve"> هم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ن‌جا،</w:t>
      </w:r>
      <w:r w:rsidRPr="009D1EE9">
        <w:rPr>
          <w:rFonts w:ascii="Tahoma" w:hAnsi="Tahoma" w:cs="Tahoma"/>
          <w:rtl/>
        </w:rPr>
        <w:t xml:space="preserve"> انتقال قدرت از دولت موقت به حکومت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وارد مرحلهٔ دوم خود شد. رأ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مردم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را پد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د</w:t>
      </w:r>
      <w:r w:rsidRPr="009D1EE9">
        <w:rPr>
          <w:rFonts w:ascii="Tahoma" w:hAnsi="Tahoma" w:cs="Tahoma"/>
          <w:rtl/>
        </w:rPr>
        <w:t xml:space="preserve"> آورده بود، اما د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نکاران</w:t>
      </w:r>
      <w:r w:rsidRPr="009D1EE9">
        <w:rPr>
          <w:rFonts w:ascii="Tahoma" w:hAnsi="Tahoma" w:cs="Tahoma"/>
          <w:rtl/>
        </w:rPr>
        <w:t xml:space="preserve"> م</w:t>
      </w:r>
      <w:r w:rsidRPr="009D1EE9">
        <w:rPr>
          <w:rFonts w:ascii="Tahoma" w:hAnsi="Tahoma" w:cs="Tahoma" w:hint="cs"/>
          <w:rtl/>
        </w:rPr>
        <w:t>ی‌</w:t>
      </w:r>
      <w:r w:rsidRPr="009D1EE9">
        <w:rPr>
          <w:rFonts w:ascii="Tahoma" w:hAnsi="Tahoma" w:cs="Tahoma" w:hint="eastAsia"/>
          <w:rtl/>
        </w:rPr>
        <w:t>خواستند</w:t>
      </w:r>
      <w:r w:rsidRPr="009D1EE9">
        <w:rPr>
          <w:rFonts w:ascii="Tahoma" w:hAnsi="Tahoma" w:cs="Tahoma"/>
          <w:rtl/>
        </w:rPr>
        <w:t xml:space="preserve"> فق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 w:hint="eastAsia"/>
          <w:rtl/>
        </w:rPr>
        <w:t>ه</w:t>
      </w:r>
      <w:r w:rsidRPr="009D1EE9">
        <w:rPr>
          <w:rFonts w:ascii="Tahoma" w:hAnsi="Tahoma" w:cs="Tahoma"/>
          <w:rtl/>
        </w:rPr>
        <w:t xml:space="preserve"> را بر فراز همان جمهور</w:t>
      </w:r>
      <w:r w:rsidRPr="009D1EE9">
        <w:rPr>
          <w:rFonts w:ascii="Tahoma" w:hAnsi="Tahoma" w:cs="Tahoma" w:hint="cs"/>
          <w:rtl/>
        </w:rPr>
        <w:t>ی</w:t>
      </w:r>
      <w:r w:rsidRPr="009D1EE9">
        <w:rPr>
          <w:rFonts w:ascii="Tahoma" w:hAnsi="Tahoma" w:cs="Tahoma"/>
          <w:rtl/>
        </w:rPr>
        <w:t xml:space="preserve"> بنشانند.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/>
          <w:rtl/>
        </w:rPr>
        <w:t>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ش‌نو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</w:t>
      </w:r>
      <w:r w:rsidRPr="004D736E">
        <w:rPr>
          <w:rFonts w:ascii="Tahoma" w:hAnsi="Tahoma" w:cs="Tahoma"/>
          <w:rtl/>
        </w:rPr>
        <w:t xml:space="preserve"> نخست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جمهور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اسلام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که با مشارکت حسن حب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گروه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حقوق‌دانان ته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شده بود، هنوز به الگو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جمهور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متعارف نزد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ک‌تر</w:t>
      </w:r>
      <w:r w:rsidRPr="004D736E">
        <w:rPr>
          <w:rFonts w:ascii="Tahoma" w:hAnsi="Tahoma" w:cs="Tahoma"/>
          <w:rtl/>
        </w:rPr>
        <w:t xml:space="preserve"> بود. در آن، رئ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س‌جمهور،</w:t>
      </w:r>
      <w:r w:rsidRPr="004D736E">
        <w:rPr>
          <w:rFonts w:ascii="Tahoma" w:hAnsi="Tahoma" w:cs="Tahoma"/>
          <w:rtl/>
        </w:rPr>
        <w:t xml:space="preserve"> 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ئت</w:t>
      </w:r>
      <w:r w:rsidRPr="004D736E">
        <w:rPr>
          <w:rFonts w:ascii="Tahoma" w:hAnsi="Tahoma" w:cs="Tahoma"/>
          <w:rtl/>
        </w:rPr>
        <w:t xml:space="preserve"> وز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ران،</w:t>
      </w:r>
      <w:r w:rsidRPr="004D736E">
        <w:rPr>
          <w:rFonts w:ascii="Tahoma" w:hAnsi="Tahoma" w:cs="Tahoma"/>
          <w:rtl/>
        </w:rPr>
        <w:t xml:space="preserve"> مجلس و دادگستر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ارکان اصل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حکومت را تشک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دادند</w:t>
      </w:r>
      <w:r w:rsidRPr="004D736E">
        <w:rPr>
          <w:rFonts w:ascii="Tahoma" w:hAnsi="Tahoma" w:cs="Tahoma"/>
          <w:rtl/>
        </w:rPr>
        <w:t xml:space="preserve"> و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بر فراز همهٔ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انتخاب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قرار 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رد،</w:t>
      </w:r>
      <w:r w:rsidRPr="004D736E">
        <w:rPr>
          <w:rFonts w:ascii="Tahoma" w:hAnsi="Tahoma" w:cs="Tahoma"/>
          <w:rtl/>
        </w:rPr>
        <w:t xml:space="preserve"> جا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گاه</w:t>
      </w:r>
      <w:r w:rsidRPr="004D736E">
        <w:rPr>
          <w:rFonts w:ascii="Tahoma" w:hAnsi="Tahoma" w:cs="Tahoma"/>
          <w:rtl/>
        </w:rPr>
        <w:t xml:space="preserve"> مسلط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 نظر گرفته نشده بود.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ش‌نو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</w:t>
      </w:r>
      <w:r w:rsidRPr="004D736E">
        <w:rPr>
          <w:rFonts w:ascii="Tahoma" w:hAnsi="Tahoma" w:cs="Tahoma"/>
          <w:rtl/>
        </w:rPr>
        <w:t xml:space="preserve"> با همهٔ کاست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جمهور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اسلام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را به حکومت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تبد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کند که در آن ارزش‌ها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مذهب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حضور دارند، اما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مستق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ماً</w:t>
      </w:r>
      <w:r w:rsidRPr="004D736E">
        <w:rPr>
          <w:rFonts w:ascii="Tahoma" w:hAnsi="Tahoma" w:cs="Tahoma"/>
          <w:rtl/>
        </w:rPr>
        <w:t xml:space="preserve"> همهٔ قدرت را در دست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رند</w:t>
      </w:r>
      <w:r w:rsidRPr="004D736E">
        <w:rPr>
          <w:rFonts w:ascii="Tahoma" w:hAnsi="Tahoma" w:cs="Tahoma"/>
          <w:rtl/>
        </w:rPr>
        <w:t>. بازرگان و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ـ مذهب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احتمالاً چن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ساختار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را با وعده‌ها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که در نوفل‌لوشات</w:t>
      </w:r>
      <w:r w:rsidRPr="004D736E">
        <w:rPr>
          <w:rFonts w:ascii="Tahoma" w:hAnsi="Tahoma" w:cs="Tahoma" w:hint="eastAsia"/>
          <w:rtl/>
        </w:rPr>
        <w:t>و</w:t>
      </w:r>
      <w:r w:rsidRPr="004D736E">
        <w:rPr>
          <w:rFonts w:ascii="Tahoma" w:hAnsi="Tahoma" w:cs="Tahoma"/>
          <w:rtl/>
        </w:rPr>
        <w:t xml:space="preserve"> داده شده بود سازگارتر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دند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اما</w:t>
      </w:r>
      <w:r w:rsidRPr="004D736E">
        <w:rPr>
          <w:rFonts w:ascii="Tahoma" w:hAnsi="Tahoma" w:cs="Tahoma"/>
          <w:rtl/>
        </w:rPr>
        <w:t xml:space="preserve">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گردآمده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رامون</w:t>
      </w:r>
      <w:r w:rsidRPr="004D736E">
        <w:rPr>
          <w:rFonts w:ascii="Tahoma" w:hAnsi="Tahoma" w:cs="Tahoma"/>
          <w:rtl/>
        </w:rPr>
        <w:t xml:space="preserve"> او به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حد رضا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دادند</w:t>
      </w:r>
      <w:r w:rsidRPr="004D736E">
        <w:rPr>
          <w:rFonts w:ascii="Tahoma" w:hAnsi="Tahoma" w:cs="Tahoma"/>
          <w:rtl/>
        </w:rPr>
        <w:t>. آنان انقلاب را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آن نپذ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رفته</w:t>
      </w:r>
      <w:r w:rsidRPr="004D736E">
        <w:rPr>
          <w:rFonts w:ascii="Tahoma" w:hAnsi="Tahoma" w:cs="Tahoma"/>
          <w:rtl/>
        </w:rPr>
        <w:t xml:space="preserve"> بودند که پس از سقوط شاه، ادارهٔ کشور را به 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است‌مداران</w:t>
      </w:r>
      <w:r w:rsidRPr="004D736E">
        <w:rPr>
          <w:rFonts w:ascii="Tahoma" w:hAnsi="Tahoma" w:cs="Tahoma"/>
          <w:rtl/>
        </w:rPr>
        <w:t xml:space="preserve">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حقوق‌دانان و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وانسالاران</w:t>
      </w:r>
      <w:r w:rsidRPr="004D736E">
        <w:rPr>
          <w:rFonts w:ascii="Tahoma" w:hAnsi="Tahoma" w:cs="Tahoma"/>
          <w:rtl/>
        </w:rPr>
        <w:t xml:space="preserve"> واگذار کنند و خود فقط بر سازگار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قوان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با اسلام نظارت داشته باشند. تج</w:t>
      </w:r>
      <w:r w:rsidRPr="004D736E">
        <w:rPr>
          <w:rFonts w:ascii="Tahoma" w:hAnsi="Tahoma" w:cs="Tahoma" w:hint="eastAsia"/>
          <w:rtl/>
        </w:rPr>
        <w:t>ربهٔ</w:t>
      </w:r>
      <w:r w:rsidRPr="004D736E">
        <w:rPr>
          <w:rFonts w:ascii="Tahoma" w:hAnsi="Tahoma" w:cs="Tahoma"/>
          <w:rtl/>
        </w:rPr>
        <w:t xml:space="preserve"> مشروطه به آنان آموخته بود که نظارت بدون برخوردار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ابزار قدرت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تواند</w:t>
      </w:r>
      <w:r w:rsidRPr="004D736E">
        <w:rPr>
          <w:rFonts w:ascii="Tahoma" w:hAnsi="Tahoma" w:cs="Tahoma"/>
          <w:rtl/>
        </w:rPr>
        <w:t xml:space="preserve"> ناد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ده</w:t>
      </w:r>
      <w:r w:rsidRPr="004D736E">
        <w:rPr>
          <w:rFonts w:ascii="Tahoma" w:hAnsi="Tahoma" w:cs="Tahoma"/>
          <w:rtl/>
        </w:rPr>
        <w:t xml:space="preserve"> گرفته شود.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در</w:t>
      </w:r>
      <w:r w:rsidRPr="004D736E">
        <w:rPr>
          <w:rFonts w:ascii="Tahoma" w:hAnsi="Tahoma" w:cs="Tahoma"/>
          <w:rtl/>
        </w:rPr>
        <w:t xml:space="preserve">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مشروطهٔ مشروعه، پنج مجتهد با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بر قوان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مجلس نظارت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 xml:space="preserve"> تا مصوبه‌ا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مخالف شر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عت</w:t>
      </w:r>
      <w:r w:rsidRPr="004D736E">
        <w:rPr>
          <w:rFonts w:ascii="Tahoma" w:hAnsi="Tahoma" w:cs="Tahoma"/>
          <w:rtl/>
        </w:rPr>
        <w:t xml:space="preserve"> به تصو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ب</w:t>
      </w:r>
      <w:r w:rsidRPr="004D736E">
        <w:rPr>
          <w:rFonts w:ascii="Tahoma" w:hAnsi="Tahoma" w:cs="Tahoma"/>
          <w:rtl/>
        </w:rPr>
        <w:t xml:space="preserve"> نرسد. اما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اصل در عمل پا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دار</w:t>
      </w:r>
      <w:r w:rsidRPr="004D736E">
        <w:rPr>
          <w:rFonts w:ascii="Tahoma" w:hAnsi="Tahoma" w:cs="Tahoma"/>
          <w:rtl/>
        </w:rPr>
        <w:t xml:space="preserve"> نماند و رضاشاه و محمدرضاشاه توانستند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را از تصم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م‌گ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اصل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حکومت کنار بزنند.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در سال </w:t>
      </w:r>
      <w:r w:rsidRPr="004D736E">
        <w:rPr>
          <w:rFonts w:ascii="Tahoma" w:hAnsi="Tahoma" w:cs="Tahoma"/>
          <w:rtl/>
          <w:lang w:bidi="fa-IR"/>
        </w:rPr>
        <w:t>۱۳۵۸</w:t>
      </w:r>
      <w:r w:rsidRPr="004D736E">
        <w:rPr>
          <w:rFonts w:ascii="Tahoma" w:hAnsi="Tahoma" w:cs="Tahoma"/>
          <w:rtl/>
        </w:rPr>
        <w:t xml:space="preserve">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خواستند</w:t>
      </w:r>
      <w:r w:rsidRPr="004D736E">
        <w:rPr>
          <w:rFonts w:ascii="Tahoma" w:hAnsi="Tahoma" w:cs="Tahoma"/>
          <w:rtl/>
        </w:rPr>
        <w:t xml:space="preserve"> همان تجربه تکرار شود.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بار با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نه در حاش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هٔ</w:t>
      </w:r>
      <w:r w:rsidRPr="004D736E">
        <w:rPr>
          <w:rFonts w:ascii="Tahoma" w:hAnsi="Tahoma" w:cs="Tahoma"/>
          <w:rtl/>
        </w:rPr>
        <w:t xml:space="preserve"> قانون‌گذار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بلکه در رأس همهٔ قوا قرار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گرفتند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سال‌ها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/>
          <w:rtl/>
        </w:rPr>
        <w:t xml:space="preserve"> در نجف نظر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هٔ</w:t>
      </w:r>
      <w:r w:rsidRPr="004D736E">
        <w:rPr>
          <w:rFonts w:ascii="Tahoma" w:hAnsi="Tahoma" w:cs="Tahoma"/>
          <w:rtl/>
        </w:rPr>
        <w:t xml:space="preserve"> ولا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را تدر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</w:t>
      </w:r>
      <w:r w:rsidRPr="004D736E">
        <w:rPr>
          <w:rFonts w:ascii="Tahoma" w:hAnsi="Tahoma" w:cs="Tahoma"/>
          <w:rtl/>
        </w:rPr>
        <w:t xml:space="preserve"> کرده بود. براساس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نظر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ه،</w:t>
      </w:r>
      <w:r w:rsidRPr="004D736E">
        <w:rPr>
          <w:rFonts w:ascii="Tahoma" w:hAnsi="Tahoma" w:cs="Tahoma"/>
          <w:rtl/>
        </w:rPr>
        <w:t xml:space="preserve"> در دوران غ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بت</w:t>
      </w:r>
      <w:r w:rsidRPr="004D736E">
        <w:rPr>
          <w:rFonts w:ascii="Tahoma" w:hAnsi="Tahoma" w:cs="Tahoma"/>
          <w:rtl/>
        </w:rPr>
        <w:t xml:space="preserve"> امام،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واجد شرا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ط</w:t>
      </w:r>
      <w:r w:rsidRPr="004D736E">
        <w:rPr>
          <w:rFonts w:ascii="Tahoma" w:hAnsi="Tahoma" w:cs="Tahoma"/>
          <w:rtl/>
        </w:rPr>
        <w:t xml:space="preserve"> حق دارد حکومت را در دست 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رد</w:t>
      </w:r>
      <w:r w:rsidRPr="004D736E">
        <w:rPr>
          <w:rFonts w:ascii="Tahoma" w:hAnsi="Tahoma" w:cs="Tahoma"/>
          <w:rtl/>
        </w:rPr>
        <w:t xml:space="preserve"> و احکام اسلام را اجرا کند.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نظر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با تصو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در نوفل‌لوشاتو از نقش غ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رحکومت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عرضه شده بود تفاوت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</w:t>
      </w:r>
      <w:r w:rsidRPr="004D736E">
        <w:rPr>
          <w:rFonts w:ascii="Tahoma" w:hAnsi="Tahoma" w:cs="Tahoma" w:hint="eastAsia"/>
          <w:rtl/>
        </w:rPr>
        <w:t>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داشت.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باا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ن‌همه،</w:t>
      </w:r>
      <w:r w:rsidRPr="004D736E">
        <w:rPr>
          <w:rFonts w:ascii="Tahoma" w:hAnsi="Tahoma" w:cs="Tahoma"/>
          <w:rtl/>
        </w:rPr>
        <w:t xml:space="preserve"> بس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هنوز عمق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تفاوت را درک نکرده بودند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/>
          <w:rtl/>
        </w:rPr>
        <w:t xml:space="preserve">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خواستند</w:t>
      </w:r>
      <w:r w:rsidRPr="004D736E">
        <w:rPr>
          <w:rFonts w:ascii="Tahoma" w:hAnsi="Tahoma" w:cs="Tahoma"/>
          <w:rtl/>
        </w:rPr>
        <w:t xml:space="preserve"> آن را جد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رند</w:t>
      </w:r>
      <w:r w:rsidRPr="004D736E">
        <w:rPr>
          <w:rFonts w:ascii="Tahoma" w:hAnsi="Tahoma" w:cs="Tahoma"/>
          <w:rtl/>
        </w:rPr>
        <w:t>. برخ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گفتند</w:t>
      </w:r>
      <w:r w:rsidRPr="004D736E">
        <w:rPr>
          <w:rFonts w:ascii="Tahoma" w:hAnsi="Tahoma" w:cs="Tahoma"/>
          <w:rtl/>
        </w:rPr>
        <w:t xml:space="preserve"> ولا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صرفاً نوع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نظارت اخلاق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خواهد بود. بعض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تصور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 xml:space="preserve"> محبوب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استثنا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و موقت است و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مقام پس از او اهم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خود را از د</w:t>
      </w:r>
      <w:r w:rsidRPr="004D736E">
        <w:rPr>
          <w:rFonts w:ascii="Tahoma" w:hAnsi="Tahoma" w:cs="Tahoma" w:hint="eastAsia"/>
          <w:rtl/>
        </w:rPr>
        <w:t>ست</w:t>
      </w:r>
      <w:r w:rsidRPr="004D736E">
        <w:rPr>
          <w:rFonts w:ascii="Tahoma" w:hAnsi="Tahoma" w:cs="Tahoma"/>
          <w:rtl/>
        </w:rPr>
        <w:t xml:space="preserve"> خواهد داد. گروه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گمان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 xml:space="preserve">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انتخاب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توانند</w:t>
      </w:r>
      <w:r w:rsidRPr="004D736E">
        <w:rPr>
          <w:rFonts w:ascii="Tahoma" w:hAnsi="Tahoma" w:cs="Tahoma"/>
          <w:rtl/>
        </w:rPr>
        <w:t xml:space="preserve"> در عمل قدرت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را محدود کنند.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خوش‌ب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همان خطا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سرچشمه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گرفت</w:t>
      </w:r>
      <w:r w:rsidRPr="004D736E">
        <w:rPr>
          <w:rFonts w:ascii="Tahoma" w:hAnsi="Tahoma" w:cs="Tahoma"/>
          <w:rtl/>
        </w:rPr>
        <w:t xml:space="preserve"> که در همکار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با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/>
          <w:rtl/>
        </w:rPr>
        <w:t xml:space="preserve"> از انقلاب وجود داشت.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سکولار و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ـ مذهب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سخنان مبهم او را در چهارچوب مفاه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م</w:t>
      </w:r>
      <w:r w:rsidRPr="004D736E">
        <w:rPr>
          <w:rFonts w:ascii="Tahoma" w:hAnsi="Tahoma" w:cs="Tahoma"/>
          <w:rtl/>
        </w:rPr>
        <w:t xml:space="preserve"> خودشان تفس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>. وقت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مردم سخن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گفت،</w:t>
      </w:r>
      <w:r w:rsidRPr="004D736E">
        <w:rPr>
          <w:rFonts w:ascii="Tahoma" w:hAnsi="Tahoma" w:cs="Tahoma"/>
          <w:rtl/>
        </w:rPr>
        <w:t xml:space="preserve"> آنان حاکم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ملت را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دند؛</w:t>
      </w:r>
      <w:r w:rsidRPr="004D736E">
        <w:rPr>
          <w:rFonts w:ascii="Tahoma" w:hAnsi="Tahoma" w:cs="Tahoma"/>
          <w:rtl/>
        </w:rPr>
        <w:t xml:space="preserve"> وقت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اسلام سخن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گفت،</w:t>
      </w:r>
      <w:r w:rsidRPr="004D736E">
        <w:rPr>
          <w:rFonts w:ascii="Tahoma" w:hAnsi="Tahoma" w:cs="Tahoma"/>
          <w:rtl/>
        </w:rPr>
        <w:t xml:space="preserve"> آن را به عدالت و اخلاق ترجمه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کردند؛</w:t>
      </w:r>
      <w:r w:rsidRPr="004D736E">
        <w:rPr>
          <w:rFonts w:ascii="Tahoma" w:hAnsi="Tahoma" w:cs="Tahoma"/>
          <w:rtl/>
        </w:rPr>
        <w:t xml:space="preserve"> و هنگام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از ولا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سخن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گفت،</w:t>
      </w:r>
      <w:r w:rsidRPr="004D736E">
        <w:rPr>
          <w:rFonts w:ascii="Tahoma" w:hAnsi="Tahoma" w:cs="Tahoma"/>
          <w:rtl/>
        </w:rPr>
        <w:t xml:space="preserve"> 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دوار</w:t>
      </w:r>
      <w:r w:rsidRPr="004D736E">
        <w:rPr>
          <w:rFonts w:ascii="Tahoma" w:hAnsi="Tahoma" w:cs="Tahoma"/>
          <w:rtl/>
        </w:rPr>
        <w:t xml:space="preserve"> بودند مقصودش فقط راهنما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معنو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باشد.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اما</w:t>
      </w:r>
      <w:r w:rsidRPr="004D736E">
        <w:rPr>
          <w:rFonts w:ascii="Tahoma" w:hAnsi="Tahoma" w:cs="Tahoma"/>
          <w:rtl/>
        </w:rPr>
        <w:t xml:space="preserve"> در اند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شهٔ</w:t>
      </w:r>
      <w:r w:rsidRPr="004D736E">
        <w:rPr>
          <w:rFonts w:ascii="Tahoma" w:hAnsi="Tahoma" w:cs="Tahoma"/>
          <w:rtl/>
        </w:rPr>
        <w:t xml:space="preserve">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مردم سرچشمهٔ مستقل حق حکومت نبودند. پذ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رش</w:t>
      </w:r>
      <w:r w:rsidRPr="004D736E">
        <w:rPr>
          <w:rFonts w:ascii="Tahoma" w:hAnsi="Tahoma" w:cs="Tahoma"/>
          <w:rtl/>
        </w:rPr>
        <w:t xml:space="preserve"> مردم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حکومت اسلام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را تحقق بخشد، ول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حق اصل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حکومت از شر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عت</w:t>
      </w:r>
      <w:r w:rsidRPr="004D736E">
        <w:rPr>
          <w:rFonts w:ascii="Tahoma" w:hAnsi="Tahoma" w:cs="Tahoma"/>
          <w:rtl/>
        </w:rPr>
        <w:t xml:space="preserve"> و ولا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سرچشمه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گرفت</w:t>
      </w:r>
      <w:r w:rsidRPr="004D736E">
        <w:rPr>
          <w:rFonts w:ascii="Tahoma" w:hAnsi="Tahoma" w:cs="Tahoma"/>
          <w:rtl/>
        </w:rPr>
        <w:t>. اگر رأ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مردم با حکم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آن را اسلام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دانست</w:t>
      </w:r>
      <w:r w:rsidRPr="004D736E">
        <w:rPr>
          <w:rFonts w:ascii="Tahoma" w:hAnsi="Tahoma" w:cs="Tahoma"/>
          <w:rtl/>
        </w:rPr>
        <w:t xml:space="preserve"> تعارض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دا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کرد،</w:t>
      </w:r>
      <w:r w:rsidRPr="004D736E">
        <w:rPr>
          <w:rFonts w:ascii="Tahoma" w:hAnsi="Tahoma" w:cs="Tahoma"/>
          <w:rtl/>
        </w:rPr>
        <w:t xml:space="preserve"> رأ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مردم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حکم </w:t>
      </w:r>
      <w:r w:rsidRPr="004D736E">
        <w:rPr>
          <w:rFonts w:ascii="Tahoma" w:hAnsi="Tahoma" w:cs="Tahoma" w:hint="eastAsia"/>
          <w:rtl/>
        </w:rPr>
        <w:t>خدا</w:t>
      </w:r>
      <w:r w:rsidRPr="004D736E">
        <w:rPr>
          <w:rFonts w:ascii="Tahoma" w:hAnsi="Tahoma" w:cs="Tahoma"/>
          <w:rtl/>
        </w:rPr>
        <w:t xml:space="preserve"> را تغ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دهد.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قرار</w:t>
      </w:r>
      <w:r w:rsidRPr="004D736E">
        <w:rPr>
          <w:rFonts w:ascii="Tahoma" w:hAnsi="Tahoma" w:cs="Tahoma"/>
          <w:rtl/>
        </w:rPr>
        <w:t xml:space="preserve"> بود مجلس مؤسسان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گسترده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بررس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تشک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شود. مجلس مؤسسان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محل حضور نما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ندگان</w:t>
      </w:r>
      <w:r w:rsidRPr="004D736E">
        <w:rPr>
          <w:rFonts w:ascii="Tahoma" w:hAnsi="Tahoma" w:cs="Tahoma"/>
          <w:rtl/>
        </w:rPr>
        <w:t xml:space="preserve"> گرا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گوناگون جامعه و گفت‌وگو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مفصل دربارهٔ حکومت آ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نده</w:t>
      </w:r>
      <w:r w:rsidRPr="004D736E">
        <w:rPr>
          <w:rFonts w:ascii="Tahoma" w:hAnsi="Tahoma" w:cs="Tahoma"/>
          <w:rtl/>
        </w:rPr>
        <w:t xml:space="preserve"> باشد. اما به‌جا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آن، مجلس محدودتر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با عنوان «مجلس بررس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نها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»</w:t>
      </w:r>
      <w:r w:rsidRPr="004D736E">
        <w:rPr>
          <w:rFonts w:ascii="Tahoma" w:hAnsi="Tahoma" w:cs="Tahoma"/>
          <w:rtl/>
        </w:rPr>
        <w:t xml:space="preserve">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/>
          <w:rtl/>
        </w:rPr>
        <w:t xml:space="preserve"> مجلس خبرگان ق</w:t>
      </w:r>
      <w:r w:rsidRPr="004D736E">
        <w:rPr>
          <w:rFonts w:ascii="Tahoma" w:hAnsi="Tahoma" w:cs="Tahoma" w:hint="eastAsia"/>
          <w:rtl/>
        </w:rPr>
        <w:t>انون</w:t>
      </w:r>
      <w:r w:rsidRPr="004D736E">
        <w:rPr>
          <w:rFonts w:ascii="Tahoma" w:hAnsi="Tahoma" w:cs="Tahoma"/>
          <w:rtl/>
        </w:rPr>
        <w:t xml:space="preserve">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تشک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شد.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کاهش</w:t>
      </w:r>
      <w:r w:rsidRPr="004D736E">
        <w:rPr>
          <w:rFonts w:ascii="Tahoma" w:hAnsi="Tahoma" w:cs="Tahoma"/>
          <w:rtl/>
        </w:rPr>
        <w:t xml:space="preserve"> شمار نما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ندگان</w:t>
      </w:r>
      <w:r w:rsidRPr="004D736E">
        <w:rPr>
          <w:rFonts w:ascii="Tahoma" w:hAnsi="Tahoma" w:cs="Tahoma"/>
          <w:rtl/>
        </w:rPr>
        <w:t xml:space="preserve"> و کوتاه‌کردن زمان بررس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امکان تأث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رگذار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سازمان‌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افته‌تر</w:t>
      </w:r>
      <w:r w:rsidRPr="004D736E">
        <w:rPr>
          <w:rFonts w:ascii="Tahoma" w:hAnsi="Tahoma" w:cs="Tahoma"/>
          <w:rtl/>
        </w:rPr>
        <w:t xml:space="preserve"> را افزا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داد</w:t>
      </w:r>
      <w:r w:rsidRPr="004D736E">
        <w:rPr>
          <w:rFonts w:ascii="Tahoma" w:hAnsi="Tahoma" w:cs="Tahoma"/>
          <w:rtl/>
        </w:rPr>
        <w:t>.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از شبکهٔ مسجد، حوزه و حزب جمهور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اسلام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معرف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حما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از نامزدها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خود برخوردار بودند.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سکولار و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پراکنده و گرفتار اختلاف‌ها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</w:t>
      </w:r>
      <w:r w:rsidRPr="004D736E">
        <w:rPr>
          <w:rFonts w:ascii="Tahoma" w:hAnsi="Tahoma" w:cs="Tahoma" w:hint="eastAsia"/>
          <w:rtl/>
        </w:rPr>
        <w:t>ون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نتوانستند حضور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هم‌سنگ آنان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جاد</w:t>
      </w:r>
      <w:r w:rsidRPr="004D736E">
        <w:rPr>
          <w:rFonts w:ascii="Tahoma" w:hAnsi="Tahoma" w:cs="Tahoma"/>
          <w:rtl/>
        </w:rPr>
        <w:t xml:space="preserve"> کنند.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انتخابات</w:t>
      </w:r>
      <w:r w:rsidRPr="004D736E">
        <w:rPr>
          <w:rFonts w:ascii="Tahoma" w:hAnsi="Tahoma" w:cs="Tahoma"/>
          <w:rtl/>
        </w:rPr>
        <w:t xml:space="preserve"> مجلس خبرگان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 تابستان </w:t>
      </w:r>
      <w:r w:rsidRPr="004D736E">
        <w:rPr>
          <w:rFonts w:ascii="Tahoma" w:hAnsi="Tahoma" w:cs="Tahoma"/>
          <w:rtl/>
          <w:lang w:bidi="fa-IR"/>
        </w:rPr>
        <w:t>۱۳۵۸</w:t>
      </w:r>
      <w:r w:rsidRPr="004D736E">
        <w:rPr>
          <w:rFonts w:ascii="Tahoma" w:hAnsi="Tahoma" w:cs="Tahoma"/>
          <w:rtl/>
        </w:rPr>
        <w:t xml:space="preserve"> برگزار شد و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و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نزد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</w:t>
      </w:r>
      <w:r w:rsidRPr="004D736E">
        <w:rPr>
          <w:rFonts w:ascii="Tahoma" w:hAnsi="Tahoma" w:cs="Tahoma"/>
          <w:rtl/>
        </w:rPr>
        <w:t xml:space="preserve"> به حزب جمهور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اسلام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اکثر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قاطع آن را به دست آوردند.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مجلس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ش‌نو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</w:t>
      </w:r>
      <w:r w:rsidRPr="004D736E">
        <w:rPr>
          <w:rFonts w:ascii="Tahoma" w:hAnsi="Tahoma" w:cs="Tahoma"/>
          <w:rtl/>
        </w:rPr>
        <w:t xml:space="preserve"> اول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را دگرگون کرد و اصل ولا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را در مرکز ساختمان حکومت قرار داد.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براساس</w:t>
      </w:r>
      <w:r w:rsidRPr="004D736E">
        <w:rPr>
          <w:rFonts w:ascii="Tahoma" w:hAnsi="Tahoma" w:cs="Tahoma"/>
          <w:rtl/>
        </w:rPr>
        <w:t xml:space="preserve"> ساختار تازه،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انتخاب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باق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ماندند</w:t>
      </w:r>
      <w:r w:rsidRPr="004D736E">
        <w:rPr>
          <w:rFonts w:ascii="Tahoma" w:hAnsi="Tahoma" w:cs="Tahoma"/>
          <w:rtl/>
        </w:rPr>
        <w:t>. مردم رئ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س‌جمهور</w:t>
      </w:r>
      <w:r w:rsidRPr="004D736E">
        <w:rPr>
          <w:rFonts w:ascii="Tahoma" w:hAnsi="Tahoma" w:cs="Tahoma"/>
          <w:rtl/>
        </w:rPr>
        <w:t xml:space="preserve"> و نما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ندگان</w:t>
      </w:r>
      <w:r w:rsidRPr="004D736E">
        <w:rPr>
          <w:rFonts w:ascii="Tahoma" w:hAnsi="Tahoma" w:cs="Tahoma"/>
          <w:rtl/>
        </w:rPr>
        <w:t xml:space="preserve"> مجلس را انتخاب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 xml:space="preserve"> و انتخابات به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اجزا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دائم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نظام تبد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شد</w:t>
      </w:r>
      <w:r w:rsidRPr="004D736E">
        <w:rPr>
          <w:rFonts w:ascii="Tahoma" w:hAnsi="Tahoma" w:cs="Tahoma"/>
          <w:rtl/>
        </w:rPr>
        <w:t>. اما در رأس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نهادها، ول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قرار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گرفت؛</w:t>
      </w:r>
      <w:r w:rsidRPr="004D736E">
        <w:rPr>
          <w:rFonts w:ascii="Tahoma" w:hAnsi="Tahoma" w:cs="Tahoma"/>
          <w:rtl/>
        </w:rPr>
        <w:t xml:space="preserve"> مقام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اخت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/>
          <w:rtl/>
        </w:rPr>
        <w:t xml:space="preserve"> فرمانده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مسلح، تع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است‌ها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</w:t>
      </w:r>
      <w:r w:rsidRPr="004D736E">
        <w:rPr>
          <w:rFonts w:ascii="Tahoma" w:hAnsi="Tahoma" w:cs="Tahoma" w:hint="eastAsia"/>
          <w:rtl/>
        </w:rPr>
        <w:t>کل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نصب و عزل برخ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عال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مقامات و نظارت بر جهت عموم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حکومت را در اخت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/>
          <w:rtl/>
        </w:rPr>
        <w:t xml:space="preserve"> داشت.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بد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ن‌سان،</w:t>
      </w:r>
      <w:r w:rsidRPr="004D736E">
        <w:rPr>
          <w:rFonts w:ascii="Tahoma" w:hAnsi="Tahoma" w:cs="Tahoma"/>
          <w:rtl/>
        </w:rPr>
        <w:t xml:space="preserve"> جمهور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ولا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در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</w:t>
      </w:r>
      <w:r w:rsidRPr="004D736E">
        <w:rPr>
          <w:rFonts w:ascii="Tahoma" w:hAnsi="Tahoma" w:cs="Tahoma"/>
          <w:rtl/>
        </w:rPr>
        <w:t xml:space="preserve"> ساختمان واحد قرار گرفتند. مردم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توانستند</w:t>
      </w:r>
      <w:r w:rsidRPr="004D736E">
        <w:rPr>
          <w:rFonts w:ascii="Tahoma" w:hAnsi="Tahoma" w:cs="Tahoma"/>
          <w:rtl/>
        </w:rPr>
        <w:t xml:space="preserve"> انتخاب کنند، اما فقط در محدودهٔ نظام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حدود آن را تع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>. حکومت هم خود را به رأ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مردم متک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دانست</w:t>
      </w:r>
      <w:r w:rsidRPr="004D736E">
        <w:rPr>
          <w:rFonts w:ascii="Tahoma" w:hAnsi="Tahoma" w:cs="Tahoma"/>
          <w:rtl/>
        </w:rPr>
        <w:t xml:space="preserve"> و هم ول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را صاحب حق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فراتر از رأ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آنان معرف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ساختار شباهت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با مشروطهٔ مشروعه داشت، اما از آن فراتر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رفت</w:t>
      </w:r>
      <w:r w:rsidRPr="004D736E">
        <w:rPr>
          <w:rFonts w:ascii="Tahoma" w:hAnsi="Tahoma" w:cs="Tahoma"/>
          <w:rtl/>
        </w:rPr>
        <w:t>. در مشروطهٔ مشروعه،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خواهان نظارت بر قوان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بودند و شاه در رأس قوهٔ اجرا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قرار داشت. در جمهور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اسلام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شاه حذف شد و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جا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گاه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بر فراز قوا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سه‌گانه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افت</w:t>
      </w:r>
      <w:r w:rsidRPr="004D736E">
        <w:rPr>
          <w:rFonts w:ascii="Tahoma" w:hAnsi="Tahoma" w:cs="Tahoma"/>
          <w:rtl/>
        </w:rPr>
        <w:t>. عمامه نه‌فقط تاج را شکست داد؛ بخش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وظا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ف</w:t>
      </w:r>
      <w:r w:rsidRPr="004D736E">
        <w:rPr>
          <w:rFonts w:ascii="Tahoma" w:hAnsi="Tahoma" w:cs="Tahoma"/>
          <w:rtl/>
        </w:rPr>
        <w:t xml:space="preserve"> و اخت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ارات</w:t>
      </w:r>
      <w:r w:rsidRPr="004D736E">
        <w:rPr>
          <w:rFonts w:ascii="Tahoma" w:hAnsi="Tahoma" w:cs="Tahoma"/>
          <w:rtl/>
        </w:rPr>
        <w:t xml:space="preserve"> آن را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تصاحب کرد.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مقام</w:t>
      </w:r>
      <w:r w:rsidRPr="004D736E">
        <w:rPr>
          <w:rFonts w:ascii="Tahoma" w:hAnsi="Tahoma" w:cs="Tahoma"/>
          <w:rtl/>
        </w:rPr>
        <w:t xml:space="preserve"> ول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از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</w:t>
      </w:r>
      <w:r w:rsidRPr="004D736E">
        <w:rPr>
          <w:rFonts w:ascii="Tahoma" w:hAnsi="Tahoma" w:cs="Tahoma"/>
          <w:rtl/>
        </w:rPr>
        <w:t xml:space="preserve"> نظر جانش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شاه شده بود. فرمانده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مسلح، تع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مسئولان مهم، داور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 بحران‌ها و نظارت بر جهت حکومت به او تعلق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گرفت</w:t>
      </w:r>
      <w:r w:rsidRPr="004D736E">
        <w:rPr>
          <w:rFonts w:ascii="Tahoma" w:hAnsi="Tahoma" w:cs="Tahoma"/>
          <w:rtl/>
        </w:rPr>
        <w:t>. اما قدرت او از وراثت سلطنت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/>
          <w:rtl/>
        </w:rPr>
        <w:t xml:space="preserve">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مشروطه سرچشمه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گرفت؛</w:t>
      </w:r>
      <w:r w:rsidRPr="004D736E">
        <w:rPr>
          <w:rFonts w:ascii="Tahoma" w:hAnsi="Tahoma" w:cs="Tahoma"/>
          <w:rtl/>
        </w:rPr>
        <w:t xml:space="preserve"> به فقه و ادعا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ندگ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امام غا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ب</w:t>
      </w:r>
      <w:r w:rsidRPr="004D736E">
        <w:rPr>
          <w:rFonts w:ascii="Tahoma" w:hAnsi="Tahoma" w:cs="Tahoma"/>
          <w:rtl/>
        </w:rPr>
        <w:t xml:space="preserve"> متصل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تفاوت، امکان نقد و محدودکردن قدرت را دشوارتر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ساخت</w:t>
      </w:r>
      <w:r w:rsidRPr="004D736E">
        <w:rPr>
          <w:rFonts w:ascii="Tahoma" w:hAnsi="Tahoma" w:cs="Tahoma"/>
          <w:rtl/>
        </w:rPr>
        <w:t>. شاه هر اندازه خود را سا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هٔ</w:t>
      </w:r>
      <w:r w:rsidRPr="004D736E">
        <w:rPr>
          <w:rFonts w:ascii="Tahoma" w:hAnsi="Tahoma" w:cs="Tahoma"/>
          <w:rtl/>
        </w:rPr>
        <w:t xml:space="preserve"> خدا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/>
          <w:rtl/>
        </w:rPr>
        <w:t xml:space="preserve"> وارث تار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خ</w:t>
      </w:r>
      <w:r w:rsidRPr="004D736E">
        <w:rPr>
          <w:rFonts w:ascii="Tahoma" w:hAnsi="Tahoma" w:cs="Tahoma"/>
          <w:rtl/>
        </w:rPr>
        <w:t xml:space="preserve">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ران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دانست،</w:t>
      </w:r>
      <w:r w:rsidRPr="004D736E">
        <w:rPr>
          <w:rFonts w:ascii="Tahoma" w:hAnsi="Tahoma" w:cs="Tahoma"/>
          <w:rtl/>
        </w:rPr>
        <w:t xml:space="preserve"> در نها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انسان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بود که قانون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حدود مقامش را تع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کند. ول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تصم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م</w:t>
      </w:r>
      <w:r w:rsidRPr="004D736E">
        <w:rPr>
          <w:rFonts w:ascii="Tahoma" w:hAnsi="Tahoma" w:cs="Tahoma"/>
          <w:rtl/>
        </w:rPr>
        <w:t xml:space="preserve"> خود را نه فقط مصلحت 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بلکه اجرا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تکل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ف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معرف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>‌کرد. مخالفت با او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مخالفت با اسلام و خدا تعب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شود.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مجلس</w:t>
      </w:r>
      <w:r w:rsidRPr="004D736E">
        <w:rPr>
          <w:rFonts w:ascii="Tahoma" w:hAnsi="Tahoma" w:cs="Tahoma"/>
          <w:rtl/>
        </w:rPr>
        <w:t xml:space="preserve"> خبرگان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همچن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شورا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نگهبان را در ساختار حکومت قرار داد.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شورا با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مصوبات مجلس را از نظر سازگار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با شرع و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بررس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</w:t>
      </w:r>
      <w:r w:rsidRPr="004D736E">
        <w:rPr>
          <w:rFonts w:ascii="Tahoma" w:hAnsi="Tahoma" w:cs="Tahoma"/>
          <w:rtl/>
        </w:rPr>
        <w:t>.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اعضا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آن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بودند که به‌طور مستق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م</w:t>
      </w:r>
      <w:r w:rsidRPr="004D736E">
        <w:rPr>
          <w:rFonts w:ascii="Tahoma" w:hAnsi="Tahoma" w:cs="Tahoma"/>
          <w:rtl/>
        </w:rPr>
        <w:t xml:space="preserve"> از سو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رهبر منصوب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شدند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بد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ن‌سان،</w:t>
      </w:r>
      <w:r w:rsidRPr="004D736E">
        <w:rPr>
          <w:rFonts w:ascii="Tahoma" w:hAnsi="Tahoma" w:cs="Tahoma"/>
          <w:rtl/>
        </w:rPr>
        <w:t xml:space="preserve"> اصل نظارت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که در متمم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مشروطهٔ مشروعه وارد شده بود،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بار به صورت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مؤثر و دائم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بازگشت. تفاوت در آن بود که شورا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نگهبان فقط نهاد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 کنار مجلس نبود؛ بخش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دستگاه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بود که ول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در رأس آن قرار داشت و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ورود نامزدها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قانون‌گذار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جهت 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کشور را 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کنترل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قرار دهد.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ساختمان نشان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داد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تار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خ</w:t>
      </w:r>
      <w:r w:rsidRPr="004D736E">
        <w:rPr>
          <w:rFonts w:ascii="Tahoma" w:hAnsi="Tahoma" w:cs="Tahoma"/>
          <w:rtl/>
        </w:rPr>
        <w:t xml:space="preserve"> مشروطه را بهتر از بس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شر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کان</w:t>
      </w:r>
      <w:r w:rsidRPr="004D736E">
        <w:rPr>
          <w:rFonts w:ascii="Tahoma" w:hAnsi="Tahoma" w:cs="Tahoma"/>
          <w:rtl/>
        </w:rPr>
        <w:t xml:space="preserve"> سکولار انقلاب آموخته‌اند. آنان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دانستند</w:t>
      </w:r>
      <w:r w:rsidRPr="004D736E">
        <w:rPr>
          <w:rFonts w:ascii="Tahoma" w:hAnsi="Tahoma" w:cs="Tahoma"/>
          <w:rtl/>
        </w:rPr>
        <w:t xml:space="preserve"> قدرت فقط با حضور مردم در 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ابان</w:t>
      </w:r>
      <w:r w:rsidRPr="004D736E">
        <w:rPr>
          <w:rFonts w:ascii="Tahoma" w:hAnsi="Tahoma" w:cs="Tahoma"/>
          <w:rtl/>
        </w:rPr>
        <w:t xml:space="preserve"> حفظ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شود</w:t>
      </w:r>
      <w:r w:rsidRPr="004D736E">
        <w:rPr>
          <w:rFonts w:ascii="Tahoma" w:hAnsi="Tahoma" w:cs="Tahoma"/>
          <w:rtl/>
        </w:rPr>
        <w:t>. با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در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مسلح، دادگستر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انتخابات و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وانسالار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جا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گاه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دائم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به دست آورد. </w:t>
      </w:r>
      <w:r w:rsidRPr="004D736E">
        <w:rPr>
          <w:rFonts w:ascii="Tahoma" w:hAnsi="Tahoma" w:cs="Tahoma" w:hint="eastAsia"/>
          <w:rtl/>
        </w:rPr>
        <w:t>انقلاب</w:t>
      </w:r>
      <w:r w:rsidRPr="004D736E">
        <w:rPr>
          <w:rFonts w:ascii="Tahoma" w:hAnsi="Tahoma" w:cs="Tahoma"/>
          <w:rtl/>
        </w:rPr>
        <w:t xml:space="preserve"> 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ابان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بدون تصرف نهادها موقت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است؛ اما قدرت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در قانون و سازمان تثب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شود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تواند</w:t>
      </w:r>
      <w:r w:rsidRPr="004D736E">
        <w:rPr>
          <w:rFonts w:ascii="Tahoma" w:hAnsi="Tahoma" w:cs="Tahoma"/>
          <w:rtl/>
        </w:rPr>
        <w:t xml:space="preserve"> نسل‌ها ادامه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ابد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در</w:t>
      </w:r>
      <w:r w:rsidRPr="004D736E">
        <w:rPr>
          <w:rFonts w:ascii="Tahoma" w:hAnsi="Tahoma" w:cs="Tahoma"/>
          <w:rtl/>
        </w:rPr>
        <w:t xml:space="preserve"> همان حال که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تازه نوشته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شد،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رق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بان</w:t>
      </w:r>
      <w:r w:rsidRPr="004D736E">
        <w:rPr>
          <w:rFonts w:ascii="Tahoma" w:hAnsi="Tahoma" w:cs="Tahoma"/>
          <w:rtl/>
        </w:rPr>
        <w:t xml:space="preserve"> خود را در جامعه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محدود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>. مطبوعات منتقد 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فشار قرار گرفتند و برخ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روزنامه‌ها تعط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شدند. گردهما</w:t>
      </w:r>
      <w:r w:rsidRPr="004D736E">
        <w:rPr>
          <w:rFonts w:ascii="Tahoma" w:hAnsi="Tahoma" w:cs="Tahoma" w:hint="cs"/>
          <w:rtl/>
        </w:rPr>
        <w:t>یی‌</w:t>
      </w:r>
      <w:r w:rsidRPr="004D736E">
        <w:rPr>
          <w:rFonts w:ascii="Tahoma" w:hAnsi="Tahoma" w:cs="Tahoma" w:hint="eastAsia"/>
          <w:rtl/>
        </w:rPr>
        <w:t>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مخالفان با حملهٔ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مذهب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گروه‌ها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که بعدها به نام حزب‌الله شناخته شدند ر</w:t>
      </w:r>
      <w:r w:rsidRPr="004D736E">
        <w:rPr>
          <w:rFonts w:ascii="Tahoma" w:hAnsi="Tahoma" w:cs="Tahoma" w:hint="eastAsia"/>
          <w:rtl/>
        </w:rPr>
        <w:t>وبه‌رو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شدند</w:t>
      </w:r>
      <w:r w:rsidRPr="004D736E">
        <w:rPr>
          <w:rFonts w:ascii="Tahoma" w:hAnsi="Tahoma" w:cs="Tahoma"/>
          <w:rtl/>
        </w:rPr>
        <w:t>. آزاد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انقلاب وعده داده بود،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/>
          <w:rtl/>
        </w:rPr>
        <w:t xml:space="preserve"> از آنکه در قانون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پا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دار</w:t>
      </w:r>
      <w:r w:rsidRPr="004D736E">
        <w:rPr>
          <w:rFonts w:ascii="Tahoma" w:hAnsi="Tahoma" w:cs="Tahoma"/>
          <w:rtl/>
        </w:rPr>
        <w:t xml:space="preserve"> شود، محدود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روزنامهٔ</w:t>
      </w:r>
      <w:r w:rsidRPr="004D736E">
        <w:rPr>
          <w:rFonts w:ascii="Tahoma" w:hAnsi="Tahoma" w:cs="Tahoma"/>
          <w:rtl/>
        </w:rPr>
        <w:t xml:space="preserve"> آ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ندگان،</w:t>
      </w:r>
      <w:r w:rsidRPr="004D736E">
        <w:rPr>
          <w:rFonts w:ascii="Tahoma" w:hAnsi="Tahoma" w:cs="Tahoma"/>
          <w:rtl/>
        </w:rPr>
        <w:t xml:space="preserve"> که از مهم‌تر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روزنامه‌ها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مستقل و منتقد به شمار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رفت،</w:t>
      </w:r>
      <w:r w:rsidRPr="004D736E">
        <w:rPr>
          <w:rFonts w:ascii="Tahoma" w:hAnsi="Tahoma" w:cs="Tahoma"/>
          <w:rtl/>
        </w:rPr>
        <w:t xml:space="preserve"> تعط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شد.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اعلام کرده بود آن را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خواند</w:t>
      </w:r>
      <w:r w:rsidRPr="004D736E">
        <w:rPr>
          <w:rFonts w:ascii="Tahoma" w:hAnsi="Tahoma" w:cs="Tahoma"/>
          <w:rtl/>
        </w:rPr>
        <w:t xml:space="preserve"> و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آن را به وابستگ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مخالفت با اسلام متهم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>. تعط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آ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ندگان</w:t>
      </w:r>
      <w:r w:rsidRPr="004D736E">
        <w:rPr>
          <w:rFonts w:ascii="Tahoma" w:hAnsi="Tahoma" w:cs="Tahoma"/>
          <w:rtl/>
        </w:rPr>
        <w:t xml:space="preserve"> فقط پا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ان</w:t>
      </w:r>
      <w:r w:rsidRPr="004D736E">
        <w:rPr>
          <w:rFonts w:ascii="Tahoma" w:hAnsi="Tahoma" w:cs="Tahoma"/>
          <w:rtl/>
        </w:rPr>
        <w:t xml:space="preserve"> کار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</w:t>
      </w:r>
      <w:r w:rsidRPr="004D736E">
        <w:rPr>
          <w:rFonts w:ascii="Tahoma" w:hAnsi="Tahoma" w:cs="Tahoma"/>
          <w:rtl/>
        </w:rPr>
        <w:t xml:space="preserve"> روزنامه نبود؛ هشدار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به همهٔ مطبوع</w:t>
      </w:r>
      <w:r w:rsidRPr="004D736E">
        <w:rPr>
          <w:rFonts w:ascii="Tahoma" w:hAnsi="Tahoma" w:cs="Tahoma" w:hint="eastAsia"/>
          <w:rtl/>
        </w:rPr>
        <w:t>ات</w:t>
      </w:r>
      <w:r w:rsidRPr="004D736E">
        <w:rPr>
          <w:rFonts w:ascii="Tahoma" w:hAnsi="Tahoma" w:cs="Tahoma"/>
          <w:rtl/>
        </w:rPr>
        <w:t xml:space="preserve"> بود که مرز آزاد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را نه قانون، بلکه رضا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رهبر انقلاب تع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کند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گروه‌ها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چپ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گمان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توانند</w:t>
      </w:r>
      <w:r w:rsidRPr="004D736E">
        <w:rPr>
          <w:rFonts w:ascii="Tahoma" w:hAnsi="Tahoma" w:cs="Tahoma"/>
          <w:rtl/>
        </w:rPr>
        <w:t xml:space="preserve"> با حما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از اقدامات ضدآمر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و ضدسلطنت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حکومت، سهم خود را در آ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نده</w:t>
      </w:r>
      <w:r w:rsidRPr="004D736E">
        <w:rPr>
          <w:rFonts w:ascii="Tahoma" w:hAnsi="Tahoma" w:cs="Tahoma"/>
          <w:rtl/>
        </w:rPr>
        <w:t xml:space="preserve"> حفظ کنند. برخ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آنان اعدام مقامات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ن،</w:t>
      </w:r>
      <w:r w:rsidRPr="004D736E">
        <w:rPr>
          <w:rFonts w:ascii="Tahoma" w:hAnsi="Tahoma" w:cs="Tahoma"/>
          <w:rtl/>
        </w:rPr>
        <w:t xml:space="preserve"> مصادرهٔ اموال و حمله به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حکومت شاه را گام‌ها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انقلاب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دانستند</w:t>
      </w:r>
      <w:r w:rsidRPr="004D736E">
        <w:rPr>
          <w:rFonts w:ascii="Tahoma" w:hAnsi="Tahoma" w:cs="Tahoma"/>
          <w:rtl/>
        </w:rPr>
        <w:t xml:space="preserve"> و خطر استقرار حکومت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را کمتر از خطر بازگشت سلطنت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/>
          <w:rtl/>
        </w:rPr>
        <w:t xml:space="preserve"> نفوذ 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</w:t>
      </w:r>
      <w:r w:rsidRPr="004D736E">
        <w:rPr>
          <w:rFonts w:ascii="Tahoma" w:hAnsi="Tahoma" w:cs="Tahoma"/>
          <w:rtl/>
        </w:rPr>
        <w:t xml:space="preserve"> تلق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اما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به همکار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دائم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با چپ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از</w:t>
      </w:r>
      <w:r w:rsidRPr="004D736E">
        <w:rPr>
          <w:rFonts w:ascii="Tahoma" w:hAnsi="Tahoma" w:cs="Tahoma"/>
          <w:rtl/>
        </w:rPr>
        <w:t xml:space="preserve"> نداشتند. آنان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توانستند</w:t>
      </w:r>
      <w:r w:rsidRPr="004D736E">
        <w:rPr>
          <w:rFonts w:ascii="Tahoma" w:hAnsi="Tahoma" w:cs="Tahoma"/>
          <w:rtl/>
        </w:rPr>
        <w:t xml:space="preserve"> تا زمان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چپ در تضع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ف</w:t>
      </w:r>
      <w:r w:rsidRPr="004D736E">
        <w:rPr>
          <w:rFonts w:ascii="Tahoma" w:hAnsi="Tahoma" w:cs="Tahoma"/>
          <w:rtl/>
        </w:rPr>
        <w:t xml:space="preserve"> دولت موقت، ارتش، 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</w:t>
      </w:r>
      <w:r w:rsidRPr="004D736E">
        <w:rPr>
          <w:rFonts w:ascii="Tahoma" w:hAnsi="Tahoma" w:cs="Tahoma"/>
          <w:rtl/>
        </w:rPr>
        <w:t xml:space="preserve"> و گروه‌ها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سودمند بودند، فعال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تشان</w:t>
      </w:r>
      <w:r w:rsidRPr="004D736E">
        <w:rPr>
          <w:rFonts w:ascii="Tahoma" w:hAnsi="Tahoma" w:cs="Tahoma"/>
          <w:rtl/>
        </w:rPr>
        <w:t xml:space="preserve"> را تحمل کنند و پس از استقرار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تازه به سراغ خود آنان بروند. رق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بان</w:t>
      </w:r>
      <w:r w:rsidRPr="004D736E">
        <w:rPr>
          <w:rFonts w:ascii="Tahoma" w:hAnsi="Tahoma" w:cs="Tahoma"/>
          <w:rtl/>
        </w:rPr>
        <w:t xml:space="preserve"> حکومت مرحله‌به‌مرحله و به ترت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کنار گذاشته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شدند</w:t>
      </w:r>
      <w:r w:rsidRPr="004D736E">
        <w:rPr>
          <w:rFonts w:ascii="Tahoma" w:hAnsi="Tahoma" w:cs="Tahoma"/>
          <w:rtl/>
        </w:rPr>
        <w:t xml:space="preserve"> که کمتر بتوانند در کنار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گر</w:t>
      </w:r>
      <w:r w:rsidRPr="004D736E">
        <w:rPr>
          <w:rFonts w:ascii="Tahoma" w:hAnsi="Tahoma" w:cs="Tahoma"/>
          <w:rtl/>
        </w:rPr>
        <w:t xml:space="preserve"> مقاومت کنند.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در</w:t>
      </w:r>
      <w:r w:rsidRPr="004D736E">
        <w:rPr>
          <w:rFonts w:ascii="Tahoma" w:hAnsi="Tahoma" w:cs="Tahoma"/>
          <w:rtl/>
        </w:rPr>
        <w:t xml:space="preserve"> کردستان، ترکمن‌صحرا، خوزستان و برخ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مناطق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گر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مطالبات قوم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محل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سر برآوردند. سقوط حکومت مرکز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گشوده‌شدن فضا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 به گروه‌ها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مختلف امکان داده بود خواسته‌ها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نهٔ</w:t>
      </w:r>
      <w:r w:rsidRPr="004D736E">
        <w:rPr>
          <w:rFonts w:ascii="Tahoma" w:hAnsi="Tahoma" w:cs="Tahoma"/>
          <w:rtl/>
        </w:rPr>
        <w:t xml:space="preserve"> خود را مطرح کنند. برخ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خواهان خودگردان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برخ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خواهان اصلاحات ارض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ب</w:t>
      </w:r>
      <w:r w:rsidRPr="004D736E">
        <w:rPr>
          <w:rFonts w:ascii="Tahoma" w:hAnsi="Tahoma" w:cs="Tahoma" w:hint="eastAsia"/>
          <w:rtl/>
        </w:rPr>
        <w:t>رخ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سهم 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شتر</w:t>
      </w:r>
      <w:r w:rsidRPr="004D736E">
        <w:rPr>
          <w:rFonts w:ascii="Tahoma" w:hAnsi="Tahoma" w:cs="Tahoma"/>
          <w:rtl/>
        </w:rPr>
        <w:t xml:space="preserve"> در ادارهٔ منطقهٔ خود بودند.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دولت</w:t>
      </w:r>
      <w:r w:rsidRPr="004D736E">
        <w:rPr>
          <w:rFonts w:ascii="Tahoma" w:hAnsi="Tahoma" w:cs="Tahoma"/>
          <w:rtl/>
        </w:rPr>
        <w:t xml:space="preserve"> موقت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کوش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مسائل را از راه مذاکره حل کند، اما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مسلح جد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اغلب روش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گرفتند</w:t>
      </w:r>
      <w:r w:rsidRPr="004D736E">
        <w:rPr>
          <w:rFonts w:ascii="Tahoma" w:hAnsi="Tahoma" w:cs="Tahoma"/>
          <w:rtl/>
        </w:rPr>
        <w:t>. درگ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مسلحانه گسترش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افت</w:t>
      </w:r>
      <w:r w:rsidRPr="004D736E">
        <w:rPr>
          <w:rFonts w:ascii="Tahoma" w:hAnsi="Tahoma" w:cs="Tahoma"/>
          <w:rtl/>
        </w:rPr>
        <w:t xml:space="preserve"> و حکومت تازه حفظ تمام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سرزم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را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توج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تمرکز قدرت و سرکوب مخالفان به کار گرفت.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خطر</w:t>
      </w:r>
      <w:r w:rsidRPr="004D736E">
        <w:rPr>
          <w:rFonts w:ascii="Tahoma" w:hAnsi="Tahoma" w:cs="Tahoma"/>
          <w:rtl/>
        </w:rPr>
        <w:t xml:space="preserve"> تجز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و آشوب واقع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بود. پس از فروپاش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ارتش و پل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س،</w:t>
      </w:r>
      <w:r w:rsidRPr="004D736E">
        <w:rPr>
          <w:rFonts w:ascii="Tahoma" w:hAnsi="Tahoma" w:cs="Tahoma"/>
          <w:rtl/>
        </w:rPr>
        <w:t xml:space="preserve"> گروه‌ها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مسلح متعدد پد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آمده بودند و دولت مرکز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کنترل کامل همهٔ مناطق را در اخت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/>
          <w:rtl/>
        </w:rPr>
        <w:t xml:space="preserve"> نداشت. اما همان‌گونه که در دوره‌ها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تار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خ</w:t>
      </w:r>
      <w:r w:rsidRPr="004D736E">
        <w:rPr>
          <w:rFonts w:ascii="Tahoma" w:hAnsi="Tahoma" w:cs="Tahoma"/>
          <w:rtl/>
        </w:rPr>
        <w:t xml:space="preserve">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ران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ده</w:t>
      </w:r>
      <w:r w:rsidRPr="004D736E">
        <w:rPr>
          <w:rFonts w:ascii="Tahoma" w:hAnsi="Tahoma" w:cs="Tahoma"/>
          <w:rtl/>
        </w:rPr>
        <w:t xml:space="preserve"> شده بود، خطر واقع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بهانه‌ا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حذف آزاد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تمر</w:t>
      </w:r>
      <w:r w:rsidRPr="004D736E">
        <w:rPr>
          <w:rFonts w:ascii="Tahoma" w:hAnsi="Tahoma" w:cs="Tahoma" w:hint="eastAsia"/>
          <w:rtl/>
        </w:rPr>
        <w:t>کز</w:t>
      </w:r>
      <w:r w:rsidRPr="004D736E">
        <w:rPr>
          <w:rFonts w:ascii="Tahoma" w:hAnsi="Tahoma" w:cs="Tahoma"/>
          <w:rtl/>
        </w:rPr>
        <w:t xml:space="preserve"> قدرت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بشود.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سپاه</w:t>
      </w:r>
      <w:r w:rsidRPr="004D736E">
        <w:rPr>
          <w:rFonts w:ascii="Tahoma" w:hAnsi="Tahoma" w:cs="Tahoma"/>
          <w:rtl/>
        </w:rPr>
        <w:t xml:space="preserve"> پاسداران در چن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فضا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شکل گرفت و به‌تدر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ج</w:t>
      </w:r>
      <w:r w:rsidRPr="004D736E">
        <w:rPr>
          <w:rFonts w:ascii="Tahoma" w:hAnsi="Tahoma" w:cs="Tahoma"/>
          <w:rtl/>
        </w:rPr>
        <w:t xml:space="preserve"> گسترش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افت</w:t>
      </w:r>
      <w:r w:rsidRPr="004D736E">
        <w:rPr>
          <w:rFonts w:ascii="Tahoma" w:hAnsi="Tahoma" w:cs="Tahoma"/>
          <w:rtl/>
        </w:rPr>
        <w:t>. وظ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فه‌اش</w:t>
      </w:r>
      <w:r w:rsidRPr="004D736E">
        <w:rPr>
          <w:rFonts w:ascii="Tahoma" w:hAnsi="Tahoma" w:cs="Tahoma"/>
          <w:rtl/>
        </w:rPr>
        <w:t xml:space="preserve"> دفاع از انقلاب بود، نه فقط دفاع از مرزها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کشور.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تما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اهم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داشت؛ 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</w:t>
      </w:r>
      <w:r w:rsidRPr="004D736E">
        <w:rPr>
          <w:rFonts w:ascii="Tahoma" w:hAnsi="Tahoma" w:cs="Tahoma"/>
          <w:rtl/>
        </w:rPr>
        <w:t xml:space="preserve"> «انقلاب» مفهوم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بود که رهبر و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حاکم آن را تعر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ف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>. هر مخالف داخل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دشمن انقلاب شناخته شو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و در حوزهٔ عمل سپاه قرار 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ارتش،</w:t>
      </w:r>
      <w:r w:rsidRPr="004D736E">
        <w:rPr>
          <w:rFonts w:ascii="Tahoma" w:hAnsi="Tahoma" w:cs="Tahoma"/>
          <w:rtl/>
        </w:rPr>
        <w:t xml:space="preserve"> با وجود پاک‌ساز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ب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اعتماد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همچنان باق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ماند؛ اما در کنار آن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پد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آمد که از نظر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دئولوژ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</w:t>
      </w:r>
      <w:r w:rsidRPr="004D736E">
        <w:rPr>
          <w:rFonts w:ascii="Tahoma" w:hAnsi="Tahoma" w:cs="Tahoma"/>
          <w:rtl/>
        </w:rPr>
        <w:t xml:space="preserve"> به ولا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وفادار بود.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دوگانگ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به حکومت امکان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داد</w:t>
      </w:r>
      <w:r w:rsidRPr="004D736E">
        <w:rPr>
          <w:rFonts w:ascii="Tahoma" w:hAnsi="Tahoma" w:cs="Tahoma"/>
          <w:rtl/>
        </w:rPr>
        <w:t xml:space="preserve"> هم از تخصص و تجه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زات</w:t>
      </w:r>
      <w:r w:rsidRPr="004D736E">
        <w:rPr>
          <w:rFonts w:ascii="Tahoma" w:hAnsi="Tahoma" w:cs="Tahoma"/>
          <w:rtl/>
        </w:rPr>
        <w:t xml:space="preserve"> ارتش استفاده کند و هم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داشته باشد که در بحران‌ها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داخل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وفادا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اش</w:t>
      </w:r>
      <w:r w:rsidRPr="004D736E">
        <w:rPr>
          <w:rFonts w:ascii="Tahoma" w:hAnsi="Tahoma" w:cs="Tahoma"/>
          <w:rtl/>
        </w:rPr>
        <w:t xml:space="preserve"> به رهبر محل ترد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نباشد.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کم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ته‌ها،</w:t>
      </w:r>
      <w:r w:rsidRPr="004D736E">
        <w:rPr>
          <w:rFonts w:ascii="Tahoma" w:hAnsi="Tahoma" w:cs="Tahoma"/>
          <w:rtl/>
        </w:rPr>
        <w:t xml:space="preserve"> دادگاه‌ها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انقلاب، سپاه و شورا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 در کنار دولت موقت، شبکه‌ا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قدرت ساختند که بازرگان توان مهار آن را نداشت. او بارها از تعدد مراکز تصم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م‌گ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دخالت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غ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رمسئول</w:t>
      </w:r>
      <w:r w:rsidRPr="004D736E">
        <w:rPr>
          <w:rFonts w:ascii="Tahoma" w:hAnsi="Tahoma" w:cs="Tahoma"/>
          <w:rtl/>
        </w:rPr>
        <w:t xml:space="preserve"> شکا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کرد. دولتش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خواست</w:t>
      </w:r>
      <w:r w:rsidRPr="004D736E">
        <w:rPr>
          <w:rFonts w:ascii="Tahoma" w:hAnsi="Tahoma" w:cs="Tahoma"/>
          <w:rtl/>
        </w:rPr>
        <w:t xml:space="preserve"> کشور را براساس قانون و نظم ادار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اداره کند، ام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/>
          <w:rtl/>
        </w:rPr>
        <w:t xml:space="preserve"> انقلاب هر قانون و نظم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را که مانع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شرو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بود، بازماندهٔ رژ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م</w:t>
      </w:r>
      <w:r w:rsidRPr="004D736E">
        <w:rPr>
          <w:rFonts w:ascii="Tahoma" w:hAnsi="Tahoma" w:cs="Tahoma"/>
          <w:rtl/>
        </w:rPr>
        <w:t xml:space="preserve"> گذشته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خواند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تفاوت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ان</w:t>
      </w:r>
      <w:r w:rsidRPr="004D736E">
        <w:rPr>
          <w:rFonts w:ascii="Tahoma" w:hAnsi="Tahoma" w:cs="Tahoma"/>
          <w:rtl/>
        </w:rPr>
        <w:t xml:space="preserve"> بازرگان و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فقط تفاوت در سرعت حرکت نبود. بازرگان به دولت، قانون، تخصص و تغ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تدر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ج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باور داشت.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 را سرچشمهٔ حقان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دانست</w:t>
      </w:r>
      <w:r w:rsidRPr="004D736E">
        <w:rPr>
          <w:rFonts w:ascii="Tahoma" w:hAnsi="Tahoma" w:cs="Tahoma"/>
          <w:rtl/>
        </w:rPr>
        <w:t xml:space="preserve"> که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تواند</w:t>
      </w:r>
      <w:r w:rsidRPr="004D736E">
        <w:rPr>
          <w:rFonts w:ascii="Tahoma" w:hAnsi="Tahoma" w:cs="Tahoma"/>
          <w:rtl/>
        </w:rPr>
        <w:t xml:space="preserve"> قانون و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را کنار بزند و ساختار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تازه براساس شر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عت</w:t>
      </w:r>
      <w:r w:rsidRPr="004D736E">
        <w:rPr>
          <w:rFonts w:ascii="Tahoma" w:hAnsi="Tahoma" w:cs="Tahoma"/>
          <w:rtl/>
        </w:rPr>
        <w:t xml:space="preserve"> پد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آورد.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ـ مذهب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گمان کرده بودند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توانند</w:t>
      </w:r>
      <w:r w:rsidRPr="004D736E">
        <w:rPr>
          <w:rFonts w:ascii="Tahoma" w:hAnsi="Tahoma" w:cs="Tahoma"/>
          <w:rtl/>
        </w:rPr>
        <w:t xml:space="preserve"> اسلام را با دموکراس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سازگار کنند؛ اما در عمل، پوشش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فراهم آوردند که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آن دستگاه حکومت را تصرف کردند. حضور بازرگان و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به جهان و طبقهٔ متوسط اطم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نان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داد</w:t>
      </w:r>
      <w:r w:rsidRPr="004D736E">
        <w:rPr>
          <w:rFonts w:ascii="Tahoma" w:hAnsi="Tahoma" w:cs="Tahoma"/>
          <w:rtl/>
        </w:rPr>
        <w:t xml:space="preserve"> که انقلاب به هرج‌ومرج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/>
          <w:rtl/>
        </w:rPr>
        <w:t xml:space="preserve"> حکومت متعصبانه ن</w:t>
      </w:r>
      <w:r w:rsidRPr="004D736E">
        <w:rPr>
          <w:rFonts w:ascii="Tahoma" w:hAnsi="Tahoma" w:cs="Tahoma" w:hint="eastAsia"/>
          <w:rtl/>
        </w:rPr>
        <w:t>خواهد</w:t>
      </w:r>
      <w:r w:rsidRPr="004D736E">
        <w:rPr>
          <w:rFonts w:ascii="Tahoma" w:hAnsi="Tahoma" w:cs="Tahoma"/>
          <w:rtl/>
        </w:rPr>
        <w:t xml:space="preserve"> انجام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د،</w:t>
      </w:r>
      <w:r w:rsidRPr="004D736E">
        <w:rPr>
          <w:rFonts w:ascii="Tahoma" w:hAnsi="Tahoma" w:cs="Tahoma"/>
          <w:rtl/>
        </w:rPr>
        <w:t xml:space="preserve"> در حال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قدرت واقع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گام‌به‌گام از دولت موقت دور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بحران</w:t>
      </w:r>
      <w:r w:rsidRPr="004D736E">
        <w:rPr>
          <w:rFonts w:ascii="Tahoma" w:hAnsi="Tahoma" w:cs="Tahoma"/>
          <w:rtl/>
        </w:rPr>
        <w:t xml:space="preserve"> نها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در آبان </w:t>
      </w:r>
      <w:r w:rsidRPr="004D736E">
        <w:rPr>
          <w:rFonts w:ascii="Tahoma" w:hAnsi="Tahoma" w:cs="Tahoma"/>
          <w:rtl/>
          <w:lang w:bidi="fa-IR"/>
        </w:rPr>
        <w:t>۱۳۵۸</w:t>
      </w:r>
      <w:r w:rsidRPr="004D736E">
        <w:rPr>
          <w:rFonts w:ascii="Tahoma" w:hAnsi="Tahoma" w:cs="Tahoma"/>
          <w:rtl/>
        </w:rPr>
        <w:t xml:space="preserve"> پد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آمد. دولت 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</w:t>
      </w:r>
      <w:r w:rsidRPr="004D736E">
        <w:rPr>
          <w:rFonts w:ascii="Tahoma" w:hAnsi="Tahoma" w:cs="Tahoma"/>
          <w:rtl/>
        </w:rPr>
        <w:t xml:space="preserve"> اجازه داد محمدرضاشاه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درمان وارد آن کشور شود. بس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ان</w:t>
      </w:r>
      <w:r w:rsidRPr="004D736E">
        <w:rPr>
          <w:rFonts w:ascii="Tahoma" w:hAnsi="Tahoma" w:cs="Tahoma"/>
          <w:rtl/>
        </w:rPr>
        <w:t xml:space="preserve">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اقدام را مقدمه‌ا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تکرار </w:t>
      </w:r>
      <w:r w:rsidRPr="004D736E">
        <w:rPr>
          <w:rFonts w:ascii="Tahoma" w:hAnsi="Tahoma" w:cs="Tahoma"/>
          <w:rtl/>
          <w:lang w:bidi="fa-IR"/>
        </w:rPr>
        <w:t>۲۸</w:t>
      </w:r>
      <w:r w:rsidRPr="004D736E">
        <w:rPr>
          <w:rFonts w:ascii="Tahoma" w:hAnsi="Tahoma" w:cs="Tahoma"/>
          <w:rtl/>
        </w:rPr>
        <w:t xml:space="preserve"> امرداد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دانستند</w:t>
      </w:r>
      <w:r w:rsidRPr="004D736E">
        <w:rPr>
          <w:rFonts w:ascii="Tahoma" w:hAnsi="Tahoma" w:cs="Tahoma"/>
          <w:rtl/>
        </w:rPr>
        <w:t>. خاطرهٔ کودتا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</w:t>
      </w:r>
      <w:r w:rsidRPr="004D736E">
        <w:rPr>
          <w:rFonts w:ascii="Tahoma" w:hAnsi="Tahoma" w:cs="Tahoma"/>
          <w:rtl/>
          <w:lang w:bidi="fa-IR"/>
        </w:rPr>
        <w:t>۱۳۳۲</w:t>
      </w:r>
      <w:r w:rsidRPr="004D736E">
        <w:rPr>
          <w:rFonts w:ascii="Tahoma" w:hAnsi="Tahoma" w:cs="Tahoma"/>
          <w:rtl/>
        </w:rPr>
        <w:t xml:space="preserve"> چنان زنده بود که توض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ح</w:t>
      </w:r>
      <w:r w:rsidRPr="004D736E">
        <w:rPr>
          <w:rFonts w:ascii="Tahoma" w:hAnsi="Tahoma" w:cs="Tahoma"/>
          <w:rtl/>
        </w:rPr>
        <w:t xml:space="preserve"> پزشک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انسان</w:t>
      </w:r>
      <w:r w:rsidRPr="004D736E">
        <w:rPr>
          <w:rFonts w:ascii="Tahoma" w:hAnsi="Tahoma" w:cs="Tahoma" w:hint="cs"/>
          <w:rtl/>
        </w:rPr>
        <w:t>یِ</w:t>
      </w:r>
      <w:r w:rsidRPr="004D736E">
        <w:rPr>
          <w:rFonts w:ascii="Tahoma" w:hAnsi="Tahoma" w:cs="Tahoma"/>
          <w:rtl/>
        </w:rPr>
        <w:t xml:space="preserve"> ورود شاه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بدگمان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عموم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را از 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ان</w:t>
      </w:r>
      <w:r w:rsidRPr="004D736E">
        <w:rPr>
          <w:rFonts w:ascii="Tahoma" w:hAnsi="Tahoma" w:cs="Tahoma"/>
          <w:rtl/>
        </w:rPr>
        <w:t xml:space="preserve"> ببرد.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دانشجو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خود را «پ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</w:t>
      </w:r>
      <w:r w:rsidRPr="004D736E">
        <w:rPr>
          <w:rFonts w:ascii="Tahoma" w:hAnsi="Tahoma" w:cs="Tahoma"/>
          <w:rtl/>
        </w:rPr>
        <w:t xml:space="preserve"> خط امام»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نام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دند،</w:t>
      </w:r>
      <w:r w:rsidRPr="004D736E">
        <w:rPr>
          <w:rFonts w:ascii="Tahoma" w:hAnsi="Tahoma" w:cs="Tahoma"/>
          <w:rtl/>
        </w:rPr>
        <w:t xml:space="preserve"> در 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زدهم</w:t>
      </w:r>
      <w:r w:rsidRPr="004D736E">
        <w:rPr>
          <w:rFonts w:ascii="Tahoma" w:hAnsi="Tahoma" w:cs="Tahoma"/>
          <w:rtl/>
        </w:rPr>
        <w:t xml:space="preserve"> آبان سفارت 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</w:t>
      </w:r>
      <w:r w:rsidRPr="004D736E">
        <w:rPr>
          <w:rFonts w:ascii="Tahoma" w:hAnsi="Tahoma" w:cs="Tahoma"/>
          <w:rtl/>
        </w:rPr>
        <w:t xml:space="preserve"> را اشغال کردند و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پلمات‌ها</w:t>
      </w:r>
      <w:r w:rsidRPr="004D736E">
        <w:rPr>
          <w:rFonts w:ascii="Tahoma" w:hAnsi="Tahoma" w:cs="Tahoma"/>
          <w:rtl/>
        </w:rPr>
        <w:t xml:space="preserve"> و کارکنان آن را به گروگان گرفتند. اشغال سفارت در آغاز ممکن بود حرکت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محدود و کوتاه‌مدت به نظر برسد؛ اما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آن حما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کرد و آن را «انقلاب دوم» نام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حما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سرنوشت دولت موقت را تع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کرد. بازرگان و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دانستند</w:t>
      </w:r>
      <w:r w:rsidRPr="004D736E">
        <w:rPr>
          <w:rFonts w:ascii="Tahoma" w:hAnsi="Tahoma" w:cs="Tahoma"/>
          <w:rtl/>
        </w:rPr>
        <w:t xml:space="preserve"> کشوردار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روابط 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ن‌الملل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بدون رعا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مصون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پلمات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</w:t>
      </w:r>
      <w:r w:rsidRPr="004D736E">
        <w:rPr>
          <w:rFonts w:ascii="Tahoma" w:hAnsi="Tahoma" w:cs="Tahoma"/>
          <w:rtl/>
        </w:rPr>
        <w:t xml:space="preserve"> امکان‌پذ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ست</w:t>
      </w:r>
      <w:r w:rsidRPr="004D736E">
        <w:rPr>
          <w:rFonts w:ascii="Tahoma" w:hAnsi="Tahoma" w:cs="Tahoma"/>
          <w:rtl/>
        </w:rPr>
        <w:t>. آنان اندک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ش‌تر</w:t>
      </w:r>
      <w:r w:rsidRPr="004D736E">
        <w:rPr>
          <w:rFonts w:ascii="Tahoma" w:hAnsi="Tahoma" w:cs="Tahoma"/>
          <w:rtl/>
        </w:rPr>
        <w:t xml:space="preserve"> در الجزا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با برژ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نسک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مشاور امن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کارتر،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دار</w:t>
      </w:r>
      <w:r w:rsidRPr="004D736E">
        <w:rPr>
          <w:rFonts w:ascii="Tahoma" w:hAnsi="Tahoma" w:cs="Tahoma"/>
          <w:rtl/>
        </w:rPr>
        <w:t xml:space="preserve"> کرده بودند؛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مخالفان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متهم‌کردن </w:t>
      </w:r>
      <w:r w:rsidRPr="004D736E">
        <w:rPr>
          <w:rFonts w:ascii="Tahoma" w:hAnsi="Tahoma" w:cs="Tahoma" w:hint="eastAsia"/>
          <w:rtl/>
        </w:rPr>
        <w:t>دولت</w:t>
      </w:r>
      <w:r w:rsidRPr="004D736E">
        <w:rPr>
          <w:rFonts w:ascii="Tahoma" w:hAnsi="Tahoma" w:cs="Tahoma"/>
          <w:rtl/>
        </w:rPr>
        <w:t xml:space="preserve"> به سازش با 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</w:t>
      </w:r>
      <w:r w:rsidRPr="004D736E">
        <w:rPr>
          <w:rFonts w:ascii="Tahoma" w:hAnsi="Tahoma" w:cs="Tahoma"/>
          <w:rtl/>
        </w:rPr>
        <w:t xml:space="preserve"> به کار بردند.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دولت</w:t>
      </w:r>
      <w:r w:rsidRPr="004D736E">
        <w:rPr>
          <w:rFonts w:ascii="Tahoma" w:hAnsi="Tahoma" w:cs="Tahoma"/>
          <w:rtl/>
        </w:rPr>
        <w:t xml:space="preserve"> موقت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گروگان‌ها را آزاد کند، 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</w:t>
      </w:r>
      <w:r w:rsidRPr="004D736E">
        <w:rPr>
          <w:rFonts w:ascii="Tahoma" w:hAnsi="Tahoma" w:cs="Tahoma"/>
          <w:rtl/>
        </w:rPr>
        <w:t xml:space="preserve"> دانشجو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ان</w:t>
      </w:r>
      <w:r w:rsidRPr="004D736E">
        <w:rPr>
          <w:rFonts w:ascii="Tahoma" w:hAnsi="Tahoma" w:cs="Tahoma"/>
          <w:rtl/>
        </w:rPr>
        <w:t xml:space="preserve"> از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فرمان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گرفتند</w:t>
      </w:r>
      <w:r w:rsidRPr="004D736E">
        <w:rPr>
          <w:rFonts w:ascii="Tahoma" w:hAnsi="Tahoma" w:cs="Tahoma"/>
          <w:rtl/>
        </w:rPr>
        <w:t xml:space="preserve"> و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آنان حما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کردند</w:t>
      </w:r>
      <w:r w:rsidRPr="004D736E">
        <w:rPr>
          <w:rFonts w:ascii="Tahoma" w:hAnsi="Tahoma" w:cs="Tahoma"/>
          <w:rtl/>
        </w:rPr>
        <w:t>. بار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گر</w:t>
      </w:r>
      <w:r w:rsidRPr="004D736E">
        <w:rPr>
          <w:rFonts w:ascii="Tahoma" w:hAnsi="Tahoma" w:cs="Tahoma"/>
          <w:rtl/>
        </w:rPr>
        <w:t xml:space="preserve"> دولت مسئول بود، اما اخت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/>
          <w:rtl/>
        </w:rPr>
        <w:t xml:space="preserve"> نداشت.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ن‌بار</w:t>
      </w:r>
      <w:r w:rsidRPr="004D736E">
        <w:rPr>
          <w:rFonts w:ascii="Tahoma" w:hAnsi="Tahoma" w:cs="Tahoma"/>
          <w:rtl/>
        </w:rPr>
        <w:t xml:space="preserve"> تناقض به نقطه‌ا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که ادامهٔ کار ناممکن شد. بازرگان و دولتش استعفا کردند.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استعفا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دولت موقت فقط خروج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</w:t>
      </w:r>
      <w:r w:rsidRPr="004D736E">
        <w:rPr>
          <w:rFonts w:ascii="Tahoma" w:hAnsi="Tahoma" w:cs="Tahoma"/>
          <w:rtl/>
        </w:rPr>
        <w:t xml:space="preserve"> 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ئت</w:t>
      </w:r>
      <w:r w:rsidRPr="004D736E">
        <w:rPr>
          <w:rFonts w:ascii="Tahoma" w:hAnsi="Tahoma" w:cs="Tahoma"/>
          <w:rtl/>
        </w:rPr>
        <w:t xml:space="preserve"> وز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ران</w:t>
      </w:r>
      <w:r w:rsidRPr="004D736E">
        <w:rPr>
          <w:rFonts w:ascii="Tahoma" w:hAnsi="Tahoma" w:cs="Tahoma"/>
          <w:rtl/>
        </w:rPr>
        <w:t xml:space="preserve"> نبود. پل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ان</w:t>
      </w:r>
      <w:r w:rsidRPr="004D736E">
        <w:rPr>
          <w:rFonts w:ascii="Tahoma" w:hAnsi="Tahoma" w:cs="Tahoma"/>
          <w:rtl/>
        </w:rPr>
        <w:t xml:space="preserve"> انقلاب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کشوردار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حرفه‌ا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جاد</w:t>
      </w:r>
      <w:r w:rsidRPr="004D736E">
        <w:rPr>
          <w:rFonts w:ascii="Tahoma" w:hAnsi="Tahoma" w:cs="Tahoma"/>
          <w:rtl/>
        </w:rPr>
        <w:t xml:space="preserve"> شده بود کنار رفت.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گر</w:t>
      </w:r>
      <w:r w:rsidRPr="004D736E">
        <w:rPr>
          <w:rFonts w:ascii="Tahoma" w:hAnsi="Tahoma" w:cs="Tahoma"/>
          <w:rtl/>
        </w:rPr>
        <w:t xml:space="preserve">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کسب اعتماد جامعه و جهان به حضور بازرگان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از</w:t>
      </w:r>
      <w:r w:rsidRPr="004D736E">
        <w:rPr>
          <w:rFonts w:ascii="Tahoma" w:hAnsi="Tahoma" w:cs="Tahoma"/>
          <w:rtl/>
        </w:rPr>
        <w:t xml:space="preserve"> نداشتند. دستگاه حکومت تا اندازه‌ا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تثب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شده، نهادها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شکل گرفته و قان</w:t>
      </w:r>
      <w:r w:rsidRPr="004D736E">
        <w:rPr>
          <w:rFonts w:ascii="Tahoma" w:hAnsi="Tahoma" w:cs="Tahoma" w:hint="eastAsia"/>
          <w:rtl/>
        </w:rPr>
        <w:t>ون</w:t>
      </w:r>
      <w:r w:rsidRPr="004D736E">
        <w:rPr>
          <w:rFonts w:ascii="Tahoma" w:hAnsi="Tahoma" w:cs="Tahoma"/>
          <w:rtl/>
        </w:rPr>
        <w:t xml:space="preserve">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در حال تکم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بود.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اشغال</w:t>
      </w:r>
      <w:r w:rsidRPr="004D736E">
        <w:rPr>
          <w:rFonts w:ascii="Tahoma" w:hAnsi="Tahoma" w:cs="Tahoma"/>
          <w:rtl/>
        </w:rPr>
        <w:t xml:space="preserve"> سفارت چند هدف را هم‌زمان تأم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کرد. 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</w:t>
      </w:r>
      <w:r w:rsidRPr="004D736E">
        <w:rPr>
          <w:rFonts w:ascii="Tahoma" w:hAnsi="Tahoma" w:cs="Tahoma"/>
          <w:rtl/>
        </w:rPr>
        <w:t xml:space="preserve"> به دشمن اصل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 تبد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شد و هر مخالف داخل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توانست</w:t>
      </w:r>
      <w:r w:rsidRPr="004D736E">
        <w:rPr>
          <w:rFonts w:ascii="Tahoma" w:hAnsi="Tahoma" w:cs="Tahoma"/>
          <w:rtl/>
        </w:rPr>
        <w:t xml:space="preserve"> به وابستگ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به آن متهم شود.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ـ مذهب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خواهان روابط متعارف خارج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بودند از قدرت کنار رفتند. فضا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جان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ضدآمر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اجازه داد بحث دربارهٔ ماه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تمرکز قدرت در دست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به حاش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رانده شود.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گروه‌ها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چپ از اشغال سفارت استقبال کردند و آن را ضربه‌ا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به امپر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سم</w:t>
      </w:r>
      <w:r w:rsidRPr="004D736E">
        <w:rPr>
          <w:rFonts w:ascii="Tahoma" w:hAnsi="Tahoma" w:cs="Tahoma"/>
          <w:rtl/>
        </w:rPr>
        <w:t xml:space="preserve"> دانستند. آنان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دند</w:t>
      </w:r>
      <w:r w:rsidRPr="004D736E">
        <w:rPr>
          <w:rFonts w:ascii="Tahoma" w:hAnsi="Tahoma" w:cs="Tahoma"/>
          <w:rtl/>
        </w:rPr>
        <w:t xml:space="preserve">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/>
          <w:rtl/>
        </w:rPr>
        <w:t xml:space="preserve"> نم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خواستند</w:t>
      </w:r>
      <w:r w:rsidRPr="004D736E">
        <w:rPr>
          <w:rFonts w:ascii="Tahoma" w:hAnsi="Tahoma" w:cs="Tahoma"/>
          <w:rtl/>
        </w:rPr>
        <w:t xml:space="preserve"> بب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نند</w:t>
      </w:r>
      <w:r w:rsidRPr="004D736E">
        <w:rPr>
          <w:rFonts w:ascii="Tahoma" w:hAnsi="Tahoma" w:cs="Tahoma"/>
          <w:rtl/>
        </w:rPr>
        <w:t xml:space="preserve"> که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حرکت 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/>
          <w:rtl/>
        </w:rPr>
        <w:t xml:space="preserve"> از 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انه‌رو</w:t>
      </w:r>
      <w:r w:rsidRPr="004D736E">
        <w:rPr>
          <w:rFonts w:ascii="Tahoma" w:hAnsi="Tahoma" w:cs="Tahoma"/>
          <w:rtl/>
        </w:rPr>
        <w:t xml:space="preserve"> و سکولار داخل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ران</w:t>
      </w:r>
      <w:r w:rsidRPr="004D736E">
        <w:rPr>
          <w:rFonts w:ascii="Tahoma" w:hAnsi="Tahoma" w:cs="Tahoma"/>
          <w:rtl/>
        </w:rPr>
        <w:t xml:space="preserve"> را تضع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ف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کند</w:t>
      </w:r>
      <w:r w:rsidRPr="004D736E">
        <w:rPr>
          <w:rFonts w:ascii="Tahoma" w:hAnsi="Tahoma" w:cs="Tahoma"/>
          <w:rtl/>
        </w:rPr>
        <w:t>.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با استفاده از زبان ضد‌امپر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ست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چپ، رق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بان</w:t>
      </w:r>
      <w:r w:rsidRPr="004D736E">
        <w:rPr>
          <w:rFonts w:ascii="Tahoma" w:hAnsi="Tahoma" w:cs="Tahoma"/>
          <w:rtl/>
        </w:rPr>
        <w:t xml:space="preserve">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</w:t>
      </w:r>
      <w:r w:rsidRPr="004D736E">
        <w:rPr>
          <w:rFonts w:ascii="Tahoma" w:hAnsi="Tahoma" w:cs="Tahoma" w:hint="eastAsia"/>
          <w:rtl/>
        </w:rPr>
        <w:t>خود</w:t>
      </w:r>
      <w:r w:rsidRPr="004D736E">
        <w:rPr>
          <w:rFonts w:ascii="Tahoma" w:hAnsi="Tahoma" w:cs="Tahoma"/>
          <w:rtl/>
        </w:rPr>
        <w:t xml:space="preserve"> را حذف و قدرتشان را استوار کردند.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قانون</w:t>
      </w:r>
      <w:r w:rsidRPr="004D736E">
        <w:rPr>
          <w:rFonts w:ascii="Tahoma" w:hAnsi="Tahoma" w:cs="Tahoma"/>
          <w:rtl/>
        </w:rPr>
        <w:t xml:space="preserve">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جمهور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اسلام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 آذر </w:t>
      </w:r>
      <w:r w:rsidRPr="004D736E">
        <w:rPr>
          <w:rFonts w:ascii="Tahoma" w:hAnsi="Tahoma" w:cs="Tahoma"/>
          <w:rtl/>
          <w:lang w:bidi="fa-IR"/>
        </w:rPr>
        <w:t>۱۳۵۸</w:t>
      </w:r>
      <w:r w:rsidRPr="004D736E">
        <w:rPr>
          <w:rFonts w:ascii="Tahoma" w:hAnsi="Tahoma" w:cs="Tahoma"/>
          <w:rtl/>
        </w:rPr>
        <w:t xml:space="preserve"> به همه‌پرس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گذاشته شد.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بار مردم با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به متن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رأ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دادند</w:t>
      </w:r>
      <w:r w:rsidRPr="004D736E">
        <w:rPr>
          <w:rFonts w:ascii="Tahoma" w:hAnsi="Tahoma" w:cs="Tahoma"/>
          <w:rtl/>
        </w:rPr>
        <w:t xml:space="preserve"> که ولا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در مرکز آن قرار داشت؛ اما فضا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گر</w:t>
      </w:r>
      <w:r w:rsidRPr="004D736E">
        <w:rPr>
          <w:rFonts w:ascii="Tahoma" w:hAnsi="Tahoma" w:cs="Tahoma"/>
          <w:rtl/>
        </w:rPr>
        <w:t xml:space="preserve"> با ماه‌ها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نخست انقلاب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کسان</w:t>
      </w:r>
      <w:r w:rsidRPr="004D736E">
        <w:rPr>
          <w:rFonts w:ascii="Tahoma" w:hAnsi="Tahoma" w:cs="Tahoma"/>
          <w:rtl/>
        </w:rPr>
        <w:t xml:space="preserve"> نبود. مطبوعات محدود شده، مخالفان 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فشار قرار گرفته و اشغال سفارت همهٔ مسائل را 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سا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هٔ</w:t>
      </w:r>
      <w:r w:rsidRPr="004D736E">
        <w:rPr>
          <w:rFonts w:ascii="Tahoma" w:hAnsi="Tahoma" w:cs="Tahoma"/>
          <w:rtl/>
        </w:rPr>
        <w:t xml:space="preserve"> مبارزه با آمر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</w:t>
      </w:r>
      <w:r w:rsidRPr="004D736E">
        <w:rPr>
          <w:rFonts w:ascii="Tahoma" w:hAnsi="Tahoma" w:cs="Tahoma"/>
          <w:rtl/>
        </w:rPr>
        <w:t xml:space="preserve"> برده بود.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تصو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ب</w:t>
      </w:r>
      <w:r w:rsidRPr="004D736E">
        <w:rPr>
          <w:rFonts w:ascii="Tahoma" w:hAnsi="Tahoma" w:cs="Tahoma"/>
          <w:rtl/>
        </w:rPr>
        <w:t xml:space="preserve">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تصرف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</w:t>
      </w:r>
      <w:r w:rsidRPr="004D736E">
        <w:rPr>
          <w:rFonts w:ascii="Tahoma" w:hAnsi="Tahoma" w:cs="Tahoma"/>
          <w:rtl/>
        </w:rPr>
        <w:t xml:space="preserve"> بر دستگاه کشوردار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را از حالت انقلاب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موقت به صورت قانون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پا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دار</w:t>
      </w:r>
      <w:r w:rsidRPr="004D736E">
        <w:rPr>
          <w:rFonts w:ascii="Tahoma" w:hAnsi="Tahoma" w:cs="Tahoma"/>
          <w:rtl/>
        </w:rPr>
        <w:t xml:space="preserve"> درآورد. 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گر</w:t>
      </w:r>
      <w:r w:rsidRPr="004D736E">
        <w:rPr>
          <w:rFonts w:ascii="Tahoma" w:hAnsi="Tahoma" w:cs="Tahoma"/>
          <w:rtl/>
        </w:rPr>
        <w:t xml:space="preserve"> فقط رهبر محبوب انقلاب نبود؛ ول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فق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ه</w:t>
      </w:r>
      <w:r w:rsidRPr="004D736E">
        <w:rPr>
          <w:rFonts w:ascii="Tahoma" w:hAnsi="Tahoma" w:cs="Tahoma"/>
          <w:rtl/>
        </w:rPr>
        <w:t xml:space="preserve"> و بالاتر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مقام نظام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شد که قانون اساس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تازه آن را تعر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ف</w:t>
      </w:r>
      <w:r w:rsidRPr="004D736E">
        <w:rPr>
          <w:rFonts w:ascii="Tahoma" w:hAnsi="Tahoma" w:cs="Tahoma"/>
          <w:rtl/>
        </w:rPr>
        <w:t xml:space="preserve"> کرده بود.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بد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ن‌سان،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</w:t>
      </w:r>
      <w:r w:rsidRPr="004D736E">
        <w:rPr>
          <w:rFonts w:ascii="Tahoma" w:hAnsi="Tahoma" w:cs="Tahoma"/>
          <w:rtl/>
        </w:rPr>
        <w:t xml:space="preserve"> ط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کمتر از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</w:t>
      </w:r>
      <w:r w:rsidRPr="004D736E">
        <w:rPr>
          <w:rFonts w:ascii="Tahoma" w:hAnsi="Tahoma" w:cs="Tahoma"/>
          <w:rtl/>
        </w:rPr>
        <w:t xml:space="preserve"> سال توانستند آنچه را در دورهٔ مشروطه و سراسر پادشاه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پهلو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 اخت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/>
          <w:rtl/>
        </w:rPr>
        <w:t xml:space="preserve"> نداشتند به دست آورند. آنان بر قانون‌گذار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قوهٔ اجرا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دادگستر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روها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مسلح و رسانه‌ها مسلط شدند و نهادها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پد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 xml:space="preserve"> آوردند که قدرتشان را از رأ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متغ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>ر مردم مستقل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کرد</w:t>
      </w:r>
      <w:r w:rsidRPr="004D736E">
        <w:rPr>
          <w:rFonts w:ascii="Tahoma" w:hAnsi="Tahoma" w:cs="Tahoma"/>
          <w:rtl/>
        </w:rPr>
        <w:t>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تاج</w:t>
      </w:r>
      <w:r w:rsidRPr="004D736E">
        <w:rPr>
          <w:rFonts w:ascii="Tahoma" w:hAnsi="Tahoma" w:cs="Tahoma"/>
          <w:rtl/>
        </w:rPr>
        <w:t xml:space="preserve"> کنار رفته بود، اما تمرکز قدرت باق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ماند. نخست‌وز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</w:t>
      </w:r>
      <w:r w:rsidRPr="004D736E">
        <w:rPr>
          <w:rFonts w:ascii="Tahoma" w:hAnsi="Tahoma" w:cs="Tahoma"/>
          <w:rtl/>
        </w:rPr>
        <w:t xml:space="preserve"> موقت کنار رفت، اما مسئول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/>
          <w:rtl/>
        </w:rPr>
        <w:t xml:space="preserve"> بدون اخت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/>
          <w:rtl/>
        </w:rPr>
        <w:t xml:space="preserve"> همچنان در دستگاه دولت ادامه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افت</w:t>
      </w:r>
      <w:r w:rsidRPr="004D736E">
        <w:rPr>
          <w:rFonts w:ascii="Tahoma" w:hAnsi="Tahoma" w:cs="Tahoma"/>
          <w:rtl/>
        </w:rPr>
        <w:t>. مجلس تشک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شد، اما شورا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نگهبان بالا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سر آن قرار گرفت. ارتش باق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ماند، اما سپاه در کنارش ساخته شد. دادگستر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حفظ شد، اما دادگاه‌ه</w:t>
      </w:r>
      <w:r w:rsidRPr="004D736E">
        <w:rPr>
          <w:rFonts w:ascii="Tahoma" w:hAnsi="Tahoma" w:cs="Tahoma" w:hint="eastAsia"/>
          <w:rtl/>
        </w:rPr>
        <w:t>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انقلاب و حاکمان شرع بر بخش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از آن غلبه کردند.</w:t>
      </w:r>
    </w:p>
    <w:p w:rsidR="004D736E" w:rsidRPr="004D736E" w:rsidRDefault="004D736E" w:rsidP="004D736E">
      <w:pPr>
        <w:bidi/>
        <w:spacing w:after="0" w:line="360" w:lineRule="auto"/>
        <w:ind w:firstLine="720"/>
        <w:rPr>
          <w:rFonts w:ascii="Tahoma" w:hAnsi="Tahoma" w:cs="Tahoma"/>
        </w:rPr>
      </w:pPr>
      <w:r w:rsidRPr="004D736E">
        <w:rPr>
          <w:rFonts w:ascii="Tahoma" w:hAnsi="Tahoma" w:cs="Tahoma" w:hint="eastAsia"/>
          <w:rtl/>
        </w:rPr>
        <w:t>انقلاب</w:t>
      </w:r>
      <w:r w:rsidRPr="004D736E">
        <w:rPr>
          <w:rFonts w:ascii="Tahoma" w:hAnsi="Tahoma" w:cs="Tahoma"/>
          <w:rtl/>
        </w:rPr>
        <w:t xml:space="preserve"> </w:t>
      </w:r>
      <w:r w:rsidRPr="004D736E">
        <w:rPr>
          <w:rFonts w:ascii="Tahoma" w:hAnsi="Tahoma" w:cs="Tahoma"/>
          <w:rtl/>
          <w:lang w:bidi="fa-IR"/>
        </w:rPr>
        <w:t>۱۳۵۷</w:t>
      </w:r>
      <w:r w:rsidRPr="004D736E">
        <w:rPr>
          <w:rFonts w:ascii="Tahoma" w:hAnsi="Tahoma" w:cs="Tahoma"/>
          <w:rtl/>
        </w:rPr>
        <w:t xml:space="preserve"> استبداد منور را شکست داد، اما به سکولار دموکراس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نرس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د</w:t>
      </w:r>
      <w:r w:rsidRPr="004D736E">
        <w:rPr>
          <w:rFonts w:ascii="Tahoma" w:hAnsi="Tahoma" w:cs="Tahoma"/>
          <w:rtl/>
        </w:rPr>
        <w:t>. قدرت از پادشاه به ملت انتقال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افت؛</w:t>
      </w:r>
      <w:r w:rsidRPr="004D736E">
        <w:rPr>
          <w:rFonts w:ascii="Tahoma" w:hAnsi="Tahoma" w:cs="Tahoma"/>
          <w:rtl/>
        </w:rPr>
        <w:t xml:space="preserve"> از تاج به عمامه منتقل شد. تفاوت آن بود که استبداد تازه نه به نام نوساز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تمدن بزرگ، بلکه به نام خدا، شر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عت،</w:t>
      </w:r>
      <w:r w:rsidRPr="004D736E">
        <w:rPr>
          <w:rFonts w:ascii="Tahoma" w:hAnsi="Tahoma" w:cs="Tahoma"/>
          <w:rtl/>
        </w:rPr>
        <w:t xml:space="preserve"> مستضعفان و انقلاب اعمال م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شد</w:t>
      </w:r>
      <w:r w:rsidRPr="004D736E">
        <w:rPr>
          <w:rFonts w:ascii="Tahoma" w:hAnsi="Tahoma" w:cs="Tahoma"/>
          <w:rtl/>
        </w:rPr>
        <w:t>.</w:t>
      </w:r>
    </w:p>
    <w:p w:rsidR="009D1EE9" w:rsidRDefault="004D736E" w:rsidP="004D736E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4D736E">
        <w:rPr>
          <w:rFonts w:ascii="Tahoma" w:hAnsi="Tahoma" w:cs="Tahoma" w:hint="eastAsia"/>
          <w:rtl/>
        </w:rPr>
        <w:t>خم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با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شبکهٔ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نکاران،</w:t>
      </w:r>
      <w:r w:rsidRPr="004D736E">
        <w:rPr>
          <w:rFonts w:ascii="Tahoma" w:hAnsi="Tahoma" w:cs="Tahoma"/>
          <w:rtl/>
        </w:rPr>
        <w:t xml:space="preserve"> سازمان‌ده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اطراف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ان،</w:t>
      </w:r>
      <w:r w:rsidRPr="004D736E">
        <w:rPr>
          <w:rFonts w:ascii="Tahoma" w:hAnsi="Tahoma" w:cs="Tahoma"/>
          <w:rtl/>
        </w:rPr>
        <w:t xml:space="preserve"> نقش ابراه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م</w:t>
      </w:r>
      <w:r w:rsidRPr="004D736E">
        <w:rPr>
          <w:rFonts w:ascii="Tahoma" w:hAnsi="Tahoma" w:cs="Tahoma"/>
          <w:rtl/>
        </w:rPr>
        <w:t xml:space="preserve"> 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،</w:t>
      </w:r>
      <w:r w:rsidRPr="004D736E">
        <w:rPr>
          <w:rFonts w:ascii="Tahoma" w:hAnsi="Tahoma" w:cs="Tahoma"/>
          <w:rtl/>
        </w:rPr>
        <w:t xml:space="preserve"> پوشش رسانه‌ها</w:t>
      </w:r>
      <w:r w:rsidRPr="004D736E">
        <w:rPr>
          <w:rFonts w:ascii="Tahoma" w:hAnsi="Tahoma" w:cs="Tahoma" w:hint="cs"/>
          <w:rtl/>
        </w:rPr>
        <w:t>یی</w:t>
      </w:r>
      <w:r w:rsidRPr="004D736E">
        <w:rPr>
          <w:rFonts w:ascii="Tahoma" w:hAnsi="Tahoma" w:cs="Tahoma"/>
          <w:rtl/>
        </w:rPr>
        <w:t xml:space="preserve"> چون ب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ب</w:t>
      </w:r>
      <w:r w:rsidRPr="004D736E">
        <w:rPr>
          <w:rFonts w:ascii="Tahoma" w:hAnsi="Tahoma" w:cs="Tahoma" w:hint="cs"/>
          <w:rtl/>
        </w:rPr>
        <w:t>ی‌</w:t>
      </w:r>
      <w:r w:rsidRPr="004D736E">
        <w:rPr>
          <w:rFonts w:ascii="Tahoma" w:hAnsi="Tahoma" w:cs="Tahoma" w:hint="eastAsia"/>
          <w:rtl/>
        </w:rPr>
        <w:t>س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و پذ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رش</w:t>
      </w:r>
      <w:r w:rsidRPr="004D736E">
        <w:rPr>
          <w:rFonts w:ascii="Tahoma" w:hAnsi="Tahoma" w:cs="Tahoma"/>
          <w:rtl/>
        </w:rPr>
        <w:t xml:space="preserve"> عمل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قدرت‌ها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غرب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در رأس نارضا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ت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عموم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قرار گرفته بود، د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گر</w:t>
      </w:r>
      <w:r w:rsidRPr="004D736E">
        <w:rPr>
          <w:rFonts w:ascii="Tahoma" w:hAnsi="Tahoma" w:cs="Tahoma"/>
          <w:rtl/>
        </w:rPr>
        <w:t xml:space="preserve"> به واسطه‌ها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مل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ـ مذهب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خود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از</w:t>
      </w:r>
      <w:r w:rsidRPr="004D736E">
        <w:rPr>
          <w:rFonts w:ascii="Tahoma" w:hAnsi="Tahoma" w:cs="Tahoma"/>
          <w:rtl/>
        </w:rPr>
        <w:t xml:space="preserve"> نداشت. «چلب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ران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»</w:t>
      </w:r>
      <w:r w:rsidRPr="004D736E">
        <w:rPr>
          <w:rFonts w:ascii="Tahoma" w:hAnsi="Tahoma" w:cs="Tahoma"/>
          <w:rtl/>
        </w:rPr>
        <w:t xml:space="preserve"> نه‌فقط وارد کشور شده و حکومت پ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ن</w:t>
      </w:r>
      <w:r w:rsidRPr="004D736E">
        <w:rPr>
          <w:rFonts w:ascii="Tahoma" w:hAnsi="Tahoma" w:cs="Tahoma"/>
          <w:rtl/>
        </w:rPr>
        <w:t xml:space="preserve"> را کنار زده بود؛ دستگاه کشوردار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را 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ز</w:t>
      </w:r>
      <w:r w:rsidRPr="004D736E">
        <w:rPr>
          <w:rFonts w:ascii="Tahoma" w:hAnsi="Tahoma" w:cs="Tahoma"/>
          <w:rtl/>
        </w:rPr>
        <w:t xml:space="preserve"> از شر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کان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/>
          <w:rtl/>
        </w:rPr>
        <w:t xml:space="preserve"> که راه را برا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ش</w:t>
      </w:r>
      <w:r w:rsidRPr="004D736E">
        <w:rPr>
          <w:rFonts w:ascii="Tahoma" w:hAnsi="Tahoma" w:cs="Tahoma"/>
          <w:rtl/>
        </w:rPr>
        <w:t xml:space="preserve"> هموار کرده بودند تحو</w:t>
      </w:r>
      <w:r w:rsidRPr="004D736E">
        <w:rPr>
          <w:rFonts w:ascii="Tahoma" w:hAnsi="Tahoma" w:cs="Tahoma" w:hint="cs"/>
          <w:rtl/>
        </w:rPr>
        <w:t>ی</w:t>
      </w:r>
      <w:r w:rsidRPr="004D736E">
        <w:rPr>
          <w:rFonts w:ascii="Tahoma" w:hAnsi="Tahoma" w:cs="Tahoma" w:hint="eastAsia"/>
          <w:rtl/>
        </w:rPr>
        <w:t>ل</w:t>
      </w:r>
      <w:r w:rsidRPr="004D736E">
        <w:rPr>
          <w:rFonts w:ascii="Tahoma" w:hAnsi="Tahoma" w:cs="Tahoma"/>
          <w:rtl/>
        </w:rPr>
        <w:t xml:space="preserve"> گرفته بود.</w:t>
      </w:r>
    </w:p>
    <w:p w:rsidR="00227EEC" w:rsidRDefault="00227EEC">
      <w:pPr>
        <w:spacing w:after="0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:rsidR="00227EEC" w:rsidRPr="009B7EE7" w:rsidRDefault="00227EEC" w:rsidP="009B7EE7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  <w:bookmarkStart w:id="10" w:name="Vol1Chapter08"/>
      <w:bookmarkEnd w:id="10"/>
      <w:r w:rsidRPr="009B7EE7">
        <w:rPr>
          <w:rFonts w:asciiTheme="majorBidi" w:hAnsiTheme="majorBidi" w:cstheme="majorBidi"/>
          <w:b/>
          <w:bCs/>
          <w:sz w:val="36"/>
          <w:szCs w:val="36"/>
          <w:rtl/>
        </w:rPr>
        <w:t>فصل هشتم</w:t>
      </w:r>
    </w:p>
    <w:p w:rsidR="00A96327" w:rsidRPr="009B7EE7" w:rsidRDefault="00A96327" w:rsidP="009B7EE7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9B7EE7">
        <w:rPr>
          <w:rFonts w:asciiTheme="majorBidi" w:hAnsiTheme="majorBidi" w:cstheme="majorBidi"/>
          <w:b/>
          <w:bCs/>
          <w:sz w:val="36"/>
          <w:szCs w:val="36"/>
          <w:rtl/>
        </w:rPr>
        <w:t>دایرهٔ بسته؛ از مشروطهٔ مشروعه تا حکومت دینکاران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/>
          <w:rtl/>
        </w:rPr>
        <w:t>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کتاب با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نخست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اجرا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نظر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هٔ</w:t>
      </w:r>
      <w:r w:rsidRPr="004F6B0C">
        <w:rPr>
          <w:rFonts w:ascii="Tahoma" w:hAnsi="Tahoma" w:cs="Tahoma"/>
          <w:rtl/>
        </w:rPr>
        <w:t xml:space="preserve"> مستبد منور آغاز شد و با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دوم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اجرا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آن به انجام رس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>. در شهر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ور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/>
          <w:rtl/>
          <w:lang w:bidi="fa-IR"/>
        </w:rPr>
        <w:t>۱۳۲۰</w:t>
      </w:r>
      <w:r w:rsidRPr="004F6B0C">
        <w:rPr>
          <w:rFonts w:ascii="Tahoma" w:hAnsi="Tahoma" w:cs="Tahoma"/>
          <w:rtl/>
        </w:rPr>
        <w:t>، جنگ جهان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دوم و اشغال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رضاشاه را از سلطنت کنار زدند. در بهمن </w:t>
      </w:r>
      <w:r w:rsidRPr="004F6B0C">
        <w:rPr>
          <w:rFonts w:ascii="Tahoma" w:hAnsi="Tahoma" w:cs="Tahoma"/>
          <w:rtl/>
          <w:lang w:bidi="fa-IR"/>
        </w:rPr>
        <w:t>۱۳۵۷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محمدرضاشاه، در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گسترش نارضا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داخل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تغ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است</w:t>
      </w:r>
      <w:r w:rsidRPr="004F6B0C">
        <w:rPr>
          <w:rFonts w:ascii="Tahoma" w:hAnsi="Tahoma" w:cs="Tahoma"/>
          <w:rtl/>
        </w:rPr>
        <w:t xml:space="preserve"> آمر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کا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eastAsia"/>
          <w:rtl/>
        </w:rPr>
        <w:t>و</w:t>
      </w:r>
      <w:r w:rsidRPr="004F6B0C">
        <w:rPr>
          <w:rFonts w:ascii="Tahoma" w:hAnsi="Tahoma" w:cs="Tahoma"/>
          <w:rtl/>
        </w:rPr>
        <w:t xml:space="preserve"> انتقال پشت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بان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قدرت‌ها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خارج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به آلترنات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تازه، کشور را ترک کرد.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هر</w:t>
      </w:r>
      <w:r w:rsidRPr="004F6B0C">
        <w:rPr>
          <w:rFonts w:ascii="Tahoma" w:hAnsi="Tahoma" w:cs="Tahoma"/>
          <w:rtl/>
        </w:rPr>
        <w:t xml:space="preserve"> دو مستبد منور دستگاه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گسترده و متمرکز ساخته بودند، اما هر دو دستگاه چنان به شخص پادشاه وابسته بودند که با کناررفتن او توان حفظ تعادل خود را از دست دادند. نهادها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حکومت وجود داشتند، اما استقلال نداشتند. ارتش،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وانسالار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مجلس و 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ئت</w:t>
      </w:r>
      <w:r w:rsidRPr="004F6B0C">
        <w:rPr>
          <w:rFonts w:ascii="Tahoma" w:hAnsi="Tahoma" w:cs="Tahoma"/>
          <w:rtl/>
        </w:rPr>
        <w:t xml:space="preserve"> 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آموخته بودند </w:t>
      </w:r>
      <w:r w:rsidRPr="004F6B0C">
        <w:rPr>
          <w:rFonts w:ascii="Tahoma" w:hAnsi="Tahoma" w:cs="Tahoma" w:hint="eastAsia"/>
          <w:rtl/>
        </w:rPr>
        <w:t>از</w:t>
      </w:r>
      <w:r w:rsidRPr="004F6B0C">
        <w:rPr>
          <w:rFonts w:ascii="Tahoma" w:hAnsi="Tahoma" w:cs="Tahoma"/>
          <w:rtl/>
        </w:rPr>
        <w:t xml:space="preserve"> شاه فرمان بگ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رند،</w:t>
      </w:r>
      <w:r w:rsidRPr="004F6B0C">
        <w:rPr>
          <w:rFonts w:ascii="Tahoma" w:hAnsi="Tahoma" w:cs="Tahoma"/>
          <w:rtl/>
        </w:rPr>
        <w:t xml:space="preserve"> نه آنکه در غ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اب</w:t>
      </w:r>
      <w:r w:rsidRPr="004F6B0C">
        <w:rPr>
          <w:rFonts w:ascii="Tahoma" w:hAnsi="Tahoma" w:cs="Tahoma"/>
          <w:rtl/>
        </w:rPr>
        <w:t xml:space="preserve"> او براساس قانون و مسئول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نهاد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به کار خود ادامه دهند.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تفاوت</w:t>
      </w:r>
      <w:r w:rsidRPr="004F6B0C">
        <w:rPr>
          <w:rFonts w:ascii="Tahoma" w:hAnsi="Tahoma" w:cs="Tahoma"/>
          <w:rtl/>
        </w:rPr>
        <w:t xml:space="preserve"> اصل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دو دوره در آن بود که پس از رفتن رضاشاه، قانون اساس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مشروطهٔ مشروعه بار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/>
          <w:rtl/>
        </w:rPr>
        <w:t xml:space="preserve"> امکان اجرا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افت</w:t>
      </w:r>
      <w:r w:rsidRPr="004F6B0C">
        <w:rPr>
          <w:rFonts w:ascii="Tahoma" w:hAnsi="Tahoma" w:cs="Tahoma"/>
          <w:rtl/>
        </w:rPr>
        <w:t xml:space="preserve"> و پسرش براساس همان قانون بر تخت نشست؛ اما پس از رفتن محمدرضاشاه،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رون</w:t>
      </w:r>
      <w:r w:rsidRPr="004F6B0C">
        <w:rPr>
          <w:rFonts w:ascii="Tahoma" w:hAnsi="Tahoma" w:cs="Tahoma"/>
          <w:rtl/>
        </w:rPr>
        <w:t xml:space="preserve"> از دستگاه قانون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آماده بود تا نه فقط پادشاه، بلکه خود نظام مشروطه را کنار ب</w:t>
      </w:r>
      <w:r w:rsidRPr="004F6B0C">
        <w:rPr>
          <w:rFonts w:ascii="Tahoma" w:hAnsi="Tahoma" w:cs="Tahoma" w:hint="eastAsia"/>
          <w:rtl/>
        </w:rPr>
        <w:t>زند</w:t>
      </w:r>
      <w:r w:rsidRPr="004F6B0C">
        <w:rPr>
          <w:rFonts w:ascii="Tahoma" w:hAnsi="Tahoma" w:cs="Tahoma"/>
          <w:rtl/>
        </w:rPr>
        <w:t xml:space="preserve"> و سرچشمهٔ تازه‌ا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حقان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حکمران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جاد</w:t>
      </w:r>
      <w:r w:rsidRPr="004F6B0C">
        <w:rPr>
          <w:rFonts w:ascii="Tahoma" w:hAnsi="Tahoma" w:cs="Tahoma"/>
          <w:rtl/>
        </w:rPr>
        <w:t xml:space="preserve"> کند.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روا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جلد نشان داد که مشکل مشروطهٔ مشروعه فقط نداشتن ارتش،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وانسالار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دادگستر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/>
          <w:rtl/>
        </w:rPr>
        <w:t xml:space="preserve"> حکومت مرکز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نبود. در نخست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دورهٔ اجرا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آن، از فتح تهران تا کودتا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/>
          <w:rtl/>
          <w:lang w:bidi="fa-IR"/>
        </w:rPr>
        <w:t>۱۲۹۹</w:t>
      </w:r>
      <w:r w:rsidRPr="004F6B0C">
        <w:rPr>
          <w:rFonts w:ascii="Tahoma" w:hAnsi="Tahoma" w:cs="Tahoma"/>
          <w:rtl/>
        </w:rPr>
        <w:t>، فقدان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ابزارها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دلا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اصل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شکست بود. اما در دوم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دوره، از شهر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ور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/>
          <w:rtl/>
          <w:lang w:bidi="fa-IR"/>
        </w:rPr>
        <w:t>۱۳۲۰</w:t>
      </w:r>
      <w:r w:rsidRPr="004F6B0C">
        <w:rPr>
          <w:rFonts w:ascii="Tahoma" w:hAnsi="Tahoma" w:cs="Tahoma"/>
          <w:rtl/>
        </w:rPr>
        <w:t xml:space="preserve"> تا </w:t>
      </w:r>
      <w:r w:rsidRPr="004F6B0C">
        <w:rPr>
          <w:rFonts w:ascii="Tahoma" w:hAnsi="Tahoma" w:cs="Tahoma"/>
          <w:rtl/>
          <w:lang w:bidi="fa-IR"/>
        </w:rPr>
        <w:t>۲۸</w:t>
      </w:r>
      <w:r w:rsidRPr="004F6B0C">
        <w:rPr>
          <w:rFonts w:ascii="Tahoma" w:hAnsi="Tahoma" w:cs="Tahoma"/>
          <w:rtl/>
        </w:rPr>
        <w:t xml:space="preserve"> امرداد </w:t>
      </w:r>
      <w:r w:rsidRPr="004F6B0C">
        <w:rPr>
          <w:rFonts w:ascii="Tahoma" w:hAnsi="Tahoma" w:cs="Tahoma"/>
          <w:rtl/>
          <w:lang w:bidi="fa-IR"/>
        </w:rPr>
        <w:t>۱۳۳۲</w:t>
      </w:r>
      <w:r w:rsidRPr="004F6B0C">
        <w:rPr>
          <w:rFonts w:ascii="Tahoma" w:hAnsi="Tahoma" w:cs="Tahoma"/>
          <w:rtl/>
        </w:rPr>
        <w:t>، بخش مهم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ابزارها به دست رضاشاه ساخته شده بودند.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در سال </w:t>
      </w:r>
      <w:r w:rsidRPr="004F6B0C">
        <w:rPr>
          <w:rFonts w:ascii="Tahoma" w:hAnsi="Tahoma" w:cs="Tahoma"/>
          <w:rtl/>
          <w:lang w:bidi="fa-IR"/>
        </w:rPr>
        <w:t>۱۳۲۰</w:t>
      </w:r>
      <w:r w:rsidRPr="004F6B0C">
        <w:rPr>
          <w:rFonts w:ascii="Tahoma" w:hAnsi="Tahoma" w:cs="Tahoma"/>
          <w:rtl/>
        </w:rPr>
        <w:t xml:space="preserve"> ارتش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سراسر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وزارتخانه‌ها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گسترده، دادگستر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ن،</w:t>
      </w:r>
      <w:r w:rsidRPr="004F6B0C">
        <w:rPr>
          <w:rFonts w:ascii="Tahoma" w:hAnsi="Tahoma" w:cs="Tahoma"/>
          <w:rtl/>
        </w:rPr>
        <w:t xml:space="preserve"> شبکهٔ آموزش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تازه و حکومت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مرکز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داشت. بنابرا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ن،</w:t>
      </w:r>
      <w:r w:rsidRPr="004F6B0C">
        <w:rPr>
          <w:rFonts w:ascii="Tahoma" w:hAnsi="Tahoma" w:cs="Tahoma"/>
          <w:rtl/>
        </w:rPr>
        <w:t xml:space="preserve"> اگر دوم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آزما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با 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ثبات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شکست روبه‌رو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شد،</w:t>
      </w:r>
      <w:r w:rsidRPr="004F6B0C">
        <w:rPr>
          <w:rFonts w:ascii="Tahoma" w:hAnsi="Tahoma" w:cs="Tahoma"/>
          <w:rtl/>
        </w:rPr>
        <w:t xml:space="preserve">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شد</w:t>
      </w:r>
      <w:r w:rsidRPr="004F6B0C">
        <w:rPr>
          <w:rFonts w:ascii="Tahoma" w:hAnsi="Tahoma" w:cs="Tahoma"/>
          <w:rtl/>
        </w:rPr>
        <w:t xml:space="preserve"> همهٔ مسئول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را بر دوش ضعف ابزارها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کشوردار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گذاشت. اکنون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خود ساختمان </w:t>
      </w:r>
      <w:r w:rsidRPr="004F6B0C">
        <w:rPr>
          <w:rFonts w:ascii="Tahoma" w:hAnsi="Tahoma" w:cs="Tahoma" w:hint="eastAsia"/>
          <w:rtl/>
        </w:rPr>
        <w:t>قانون</w:t>
      </w:r>
      <w:r w:rsidRPr="004F6B0C">
        <w:rPr>
          <w:rFonts w:ascii="Tahoma" w:hAnsi="Tahoma" w:cs="Tahoma"/>
          <w:rtl/>
        </w:rPr>
        <w:t xml:space="preserve"> اساس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رابطهٔ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درون آن آزموده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شد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آزما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نشان داد که جدا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از مسئول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ت،</w:t>
      </w:r>
      <w:r w:rsidRPr="004F6B0C">
        <w:rPr>
          <w:rFonts w:ascii="Tahoma" w:hAnsi="Tahoma" w:cs="Tahoma"/>
          <w:rtl/>
        </w:rPr>
        <w:t xml:space="preserve"> در هنگام اختلاف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شاه، نخست‌وز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و مجلس، دستگاه اجرا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را به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دان</w:t>
      </w:r>
      <w:r w:rsidRPr="004F6B0C">
        <w:rPr>
          <w:rFonts w:ascii="Tahoma" w:hAnsi="Tahoma" w:cs="Tahoma"/>
          <w:rtl/>
        </w:rPr>
        <w:t xml:space="preserve"> کشاکش تبد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کند</w:t>
      </w:r>
      <w:r w:rsidRPr="004F6B0C">
        <w:rPr>
          <w:rFonts w:ascii="Tahoma" w:hAnsi="Tahoma" w:cs="Tahoma"/>
          <w:rtl/>
        </w:rPr>
        <w:t>. شاه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</w:t>
      </w:r>
      <w:r w:rsidRPr="004F6B0C">
        <w:rPr>
          <w:rFonts w:ascii="Tahoma" w:hAnsi="Tahoma" w:cs="Tahoma"/>
          <w:rtl/>
        </w:rPr>
        <w:t xml:space="preserve"> به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ارات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استناد کند که قانون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شناخته بود. 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در برابر مجلس پاسخ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دادند،</w:t>
      </w:r>
      <w:r w:rsidRPr="004F6B0C">
        <w:rPr>
          <w:rFonts w:ascii="Tahoma" w:hAnsi="Tahoma" w:cs="Tahoma"/>
          <w:rtl/>
        </w:rPr>
        <w:t xml:space="preserve"> اما همهٔ ابز</w:t>
      </w:r>
      <w:r w:rsidRPr="004F6B0C">
        <w:rPr>
          <w:rFonts w:ascii="Tahoma" w:hAnsi="Tahoma" w:cs="Tahoma" w:hint="eastAsia"/>
          <w:rtl/>
        </w:rPr>
        <w:t>ارها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اجرا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خود را در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نداشتند. مجلس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</w:t>
      </w:r>
      <w:r w:rsidRPr="004F6B0C">
        <w:rPr>
          <w:rFonts w:ascii="Tahoma" w:hAnsi="Tahoma" w:cs="Tahoma"/>
          <w:rtl/>
        </w:rPr>
        <w:t xml:space="preserve"> دولت‌ها را ساقط کند، 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آنکه</w:t>
      </w:r>
      <w:r w:rsidRPr="004F6B0C">
        <w:rPr>
          <w:rFonts w:ascii="Tahoma" w:hAnsi="Tahoma" w:cs="Tahoma"/>
          <w:rtl/>
        </w:rPr>
        <w:t xml:space="preserve"> خود مسئول ادارهٔ کشور باشد.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نکاران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به‌عنوان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رون</w:t>
      </w:r>
      <w:r w:rsidRPr="004F6B0C">
        <w:rPr>
          <w:rFonts w:ascii="Tahoma" w:hAnsi="Tahoma" w:cs="Tahoma"/>
          <w:rtl/>
        </w:rPr>
        <w:t xml:space="preserve"> از قوهٔ اجرا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و مجلس،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توانستند</w:t>
      </w:r>
      <w:r w:rsidRPr="004F6B0C">
        <w:rPr>
          <w:rFonts w:ascii="Tahoma" w:hAnsi="Tahoma" w:cs="Tahoma"/>
          <w:rtl/>
        </w:rPr>
        <w:t xml:space="preserve"> به جا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گاه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استناد کنند که مشروطهٔ مشروعه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شر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عت</w:t>
      </w:r>
      <w:r w:rsidRPr="004F6B0C">
        <w:rPr>
          <w:rFonts w:ascii="Tahoma" w:hAnsi="Tahoma" w:cs="Tahoma"/>
          <w:rtl/>
        </w:rPr>
        <w:t xml:space="preserve"> در نظر گرفته بود. آنان از شبکه‌ا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اجتماع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در مسجد، حوزه و بازار برخوردار بودند و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توانستند</w:t>
      </w:r>
      <w:r w:rsidRPr="004F6B0C">
        <w:rPr>
          <w:rFonts w:ascii="Tahoma" w:hAnsi="Tahoma" w:cs="Tahoma"/>
          <w:rtl/>
        </w:rPr>
        <w:t xml:space="preserve"> بدون پذ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رش</w:t>
      </w:r>
      <w:r w:rsidRPr="004F6B0C">
        <w:rPr>
          <w:rFonts w:ascii="Tahoma" w:hAnsi="Tahoma" w:cs="Tahoma"/>
          <w:rtl/>
        </w:rPr>
        <w:t xml:space="preserve"> مسئول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مستق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 xml:space="preserve"> کشوردار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بر تص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دولت و مجلس فشار وارد کنند.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فضا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باز پس از شهر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ور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/>
          <w:rtl/>
          <w:lang w:bidi="fa-IR"/>
        </w:rPr>
        <w:t>۱۳۲۰</w:t>
      </w:r>
      <w:r w:rsidRPr="004F6B0C">
        <w:rPr>
          <w:rFonts w:ascii="Tahoma" w:hAnsi="Tahoma" w:cs="Tahoma"/>
          <w:rtl/>
        </w:rPr>
        <w:t xml:space="preserve"> حزب‌ها و مطبوعات را دوباره فعال کرد، اما آزاد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به تشک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احزاب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دار</w:t>
      </w:r>
      <w:r w:rsidRPr="004F6B0C">
        <w:rPr>
          <w:rFonts w:ascii="Tahoma" w:hAnsi="Tahoma" w:cs="Tahoma"/>
          <w:rtl/>
        </w:rPr>
        <w:t xml:space="preserve"> و مسئول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نجام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>. بخش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احزاب به شخص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بانفوذ، دولت‌ها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خارج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/>
          <w:rtl/>
        </w:rPr>
        <w:t xml:space="preserve"> دستگاه حکومت وابسته بودند. مجلس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از فراکس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ون‌ها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ناپا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دار</w:t>
      </w:r>
      <w:r w:rsidRPr="004F6B0C">
        <w:rPr>
          <w:rFonts w:ascii="Tahoma" w:hAnsi="Tahoma" w:cs="Tahoma"/>
          <w:rtl/>
        </w:rPr>
        <w:t xml:space="preserve"> تشک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شد</w:t>
      </w:r>
      <w:r w:rsidRPr="004F6B0C">
        <w:rPr>
          <w:rFonts w:ascii="Tahoma" w:hAnsi="Tahoma" w:cs="Tahoma"/>
          <w:rtl/>
        </w:rPr>
        <w:t xml:space="preserve"> و دولت‌ه</w:t>
      </w: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/>
          <w:rtl/>
        </w:rPr>
        <w:t xml:space="preserve">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دوام خود ناچار بودند هم‌زمان رضا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شاه، نما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ندگان،</w:t>
      </w:r>
      <w:r w:rsidRPr="004F6B0C">
        <w:rPr>
          <w:rFonts w:ascii="Tahoma" w:hAnsi="Tahoma" w:cs="Tahoma"/>
          <w:rtl/>
        </w:rPr>
        <w:t xml:space="preserve"> دربار و گاه سفارتخانه‌ها را به دست آورند.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بحران</w:t>
      </w:r>
      <w:r w:rsidRPr="004F6B0C">
        <w:rPr>
          <w:rFonts w:ascii="Tahoma" w:hAnsi="Tahoma" w:cs="Tahoma"/>
          <w:rtl/>
        </w:rPr>
        <w:t xml:space="preserve"> آذربا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جان،</w:t>
      </w:r>
      <w:r w:rsidRPr="004F6B0C">
        <w:rPr>
          <w:rFonts w:ascii="Tahoma" w:hAnsi="Tahoma" w:cs="Tahoma"/>
          <w:rtl/>
        </w:rPr>
        <w:t xml:space="preserve"> رشد حزب توده، بازگشت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نکاران،</w:t>
      </w:r>
      <w:r w:rsidRPr="004F6B0C">
        <w:rPr>
          <w:rFonts w:ascii="Tahoma" w:hAnsi="Tahoma" w:cs="Tahoma"/>
          <w:rtl/>
        </w:rPr>
        <w:t xml:space="preserve"> ترورها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فدائ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اسلام و تغ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پ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درپ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دولت‌ها،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ضعف را آشکارتر کردند. هر بحران به‌جا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آنکه نهادها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قانون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استوارتر سازد،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از</w:t>
      </w:r>
      <w:r w:rsidRPr="004F6B0C">
        <w:rPr>
          <w:rFonts w:ascii="Tahoma" w:hAnsi="Tahoma" w:cs="Tahoma"/>
          <w:rtl/>
        </w:rPr>
        <w:t xml:space="preserve"> به قدرت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متمرکز را افزا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داد</w:t>
      </w:r>
      <w:r w:rsidRPr="004F6B0C">
        <w:rPr>
          <w:rFonts w:ascii="Tahoma" w:hAnsi="Tahoma" w:cs="Tahoma"/>
          <w:rtl/>
        </w:rPr>
        <w:t>. هر دولت ضع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ف،</w:t>
      </w:r>
      <w:r w:rsidRPr="004F6B0C">
        <w:rPr>
          <w:rFonts w:ascii="Tahoma" w:hAnsi="Tahoma" w:cs="Tahoma"/>
          <w:rtl/>
        </w:rPr>
        <w:t xml:space="preserve"> استدلال هواداران مستبد منور </w:t>
      </w:r>
      <w:r w:rsidRPr="004F6B0C">
        <w:rPr>
          <w:rFonts w:ascii="Tahoma" w:hAnsi="Tahoma" w:cs="Tahoma" w:hint="eastAsia"/>
          <w:rtl/>
        </w:rPr>
        <w:t>را</w:t>
      </w:r>
      <w:r w:rsidRPr="004F6B0C">
        <w:rPr>
          <w:rFonts w:ascii="Tahoma" w:hAnsi="Tahoma" w:cs="Tahoma"/>
          <w:rtl/>
        </w:rPr>
        <w:t xml:space="preserve"> باورپذ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رتر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مبارزه</w:t>
      </w:r>
      <w:r w:rsidRPr="004F6B0C">
        <w:rPr>
          <w:rFonts w:ascii="Tahoma" w:hAnsi="Tahoma" w:cs="Tahoma"/>
          <w:rtl/>
        </w:rPr>
        <w:t xml:space="preserve">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مل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شدن</w:t>
      </w:r>
      <w:r w:rsidRPr="004F6B0C">
        <w:rPr>
          <w:rFonts w:ascii="Tahoma" w:hAnsi="Tahoma" w:cs="Tahoma"/>
          <w:rtl/>
        </w:rPr>
        <w:t xml:space="preserve"> نفت به ظهور نخست‌وز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انجام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که از پشتوانه‌ا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فراتر از دربار و فراکس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ون‌ها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مجلس برخوردار بود. محمد مصدق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</w:t>
      </w:r>
      <w:r w:rsidRPr="004F6B0C">
        <w:rPr>
          <w:rFonts w:ascii="Tahoma" w:hAnsi="Tahoma" w:cs="Tahoma"/>
          <w:rtl/>
        </w:rPr>
        <w:t xml:space="preserve"> به حما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جنبش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حضور مردم در خ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ابان</w:t>
      </w:r>
      <w:r w:rsidRPr="004F6B0C">
        <w:rPr>
          <w:rFonts w:ascii="Tahoma" w:hAnsi="Tahoma" w:cs="Tahoma"/>
          <w:rtl/>
        </w:rPr>
        <w:t xml:space="preserve"> استناد کند. اما ورود خ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ابان</w:t>
      </w:r>
      <w:r w:rsidRPr="004F6B0C">
        <w:rPr>
          <w:rFonts w:ascii="Tahoma" w:hAnsi="Tahoma" w:cs="Tahoma"/>
          <w:rtl/>
        </w:rPr>
        <w:t xml:space="preserve"> به ساختمان قدرت، تناقض‌ها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موجود را برطرف نکرد؛ سر</w:t>
      </w:r>
      <w:r w:rsidRPr="004F6B0C">
        <w:rPr>
          <w:rFonts w:ascii="Tahoma" w:hAnsi="Tahoma" w:cs="Tahoma" w:hint="eastAsia"/>
          <w:rtl/>
        </w:rPr>
        <w:t>چشمهٔ</w:t>
      </w:r>
      <w:r w:rsidRPr="004F6B0C">
        <w:rPr>
          <w:rFonts w:ascii="Tahoma" w:hAnsi="Tahoma" w:cs="Tahoma"/>
          <w:rtl/>
        </w:rPr>
        <w:t xml:space="preserve"> تازه‌ا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حقان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حکمران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به سرچشمه‌ها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افزود.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اختلاف</w:t>
      </w:r>
      <w:r w:rsidRPr="004F6B0C">
        <w:rPr>
          <w:rFonts w:ascii="Tahoma" w:hAnsi="Tahoma" w:cs="Tahoma"/>
          <w:rtl/>
        </w:rPr>
        <w:t xml:space="preserve"> شاه و مصدق فقط برخورد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استبداد و دموکراس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نبود. شاه در مطالبهٔ فرمانده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ارتش و حضور در دستگاه اجرا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به متن قانون اساس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استناد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</w:t>
      </w:r>
      <w:r w:rsidRPr="004F6B0C">
        <w:rPr>
          <w:rFonts w:ascii="Tahoma" w:hAnsi="Tahoma" w:cs="Tahoma"/>
          <w:rtl/>
        </w:rPr>
        <w:t>. مصدق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گفت</w:t>
      </w:r>
      <w:r w:rsidRPr="004F6B0C">
        <w:rPr>
          <w:rFonts w:ascii="Tahoma" w:hAnsi="Tahoma" w:cs="Tahoma"/>
          <w:rtl/>
        </w:rPr>
        <w:t xml:space="preserve"> دولت مسئول بدون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بر ارتش و دستگاه اجرا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تواند</w:t>
      </w:r>
      <w:r w:rsidRPr="004F6B0C">
        <w:rPr>
          <w:rFonts w:ascii="Tahoma" w:hAnsi="Tahoma" w:cs="Tahoma"/>
          <w:rtl/>
        </w:rPr>
        <w:t xml:space="preserve"> در برابر مجلس پاسخ‌گو باشد.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چ‌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/>
          <w:rtl/>
        </w:rPr>
        <w:t xml:space="preserve"> از دو طرف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</w:t>
      </w:r>
      <w:r w:rsidRPr="004F6B0C">
        <w:rPr>
          <w:rFonts w:ascii="Tahoma" w:hAnsi="Tahoma" w:cs="Tahoma"/>
          <w:rtl/>
        </w:rPr>
        <w:t xml:space="preserve"> بدون تغ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صر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ح</w:t>
      </w:r>
      <w:r w:rsidRPr="004F6B0C">
        <w:rPr>
          <w:rFonts w:ascii="Tahoma" w:hAnsi="Tahoma" w:cs="Tahoma"/>
          <w:rtl/>
        </w:rPr>
        <w:t xml:space="preserve"> قانون اساس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تفس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خود را به صورت راه‌حل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دار</w:t>
      </w:r>
      <w:r w:rsidRPr="004F6B0C">
        <w:rPr>
          <w:rFonts w:ascii="Tahoma" w:hAnsi="Tahoma" w:cs="Tahoma"/>
          <w:rtl/>
        </w:rPr>
        <w:t xml:space="preserve"> درآورد. اگر شاه رئ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</w:t>
      </w:r>
      <w:r w:rsidRPr="004F6B0C">
        <w:rPr>
          <w:rFonts w:ascii="Tahoma" w:hAnsi="Tahoma" w:cs="Tahoma"/>
          <w:rtl/>
        </w:rPr>
        <w:t xml:space="preserve"> واقع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قوهٔ اجرا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بود،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مسئول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را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پذ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رفت</w:t>
      </w:r>
      <w:r w:rsidRPr="004F6B0C">
        <w:rPr>
          <w:rFonts w:ascii="Tahoma" w:hAnsi="Tahoma" w:cs="Tahoma"/>
          <w:rtl/>
        </w:rPr>
        <w:t>. اگر نخست‌وز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رئ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</w:t>
      </w:r>
      <w:r w:rsidRPr="004F6B0C">
        <w:rPr>
          <w:rFonts w:ascii="Tahoma" w:hAnsi="Tahoma" w:cs="Tahoma"/>
          <w:rtl/>
        </w:rPr>
        <w:t xml:space="preserve"> واقع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قوهٔ اجرا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شد،</w:t>
      </w:r>
      <w:r w:rsidRPr="004F6B0C">
        <w:rPr>
          <w:rFonts w:ascii="Tahoma" w:hAnsi="Tahoma" w:cs="Tahoma"/>
          <w:rtl/>
        </w:rPr>
        <w:t xml:space="preserve"> لازم بود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انتقال اخ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در متن قانون به‌روشن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تعر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ف</w:t>
      </w:r>
      <w:r w:rsidRPr="004F6B0C">
        <w:rPr>
          <w:rFonts w:ascii="Tahoma" w:hAnsi="Tahoma" w:cs="Tahoma"/>
          <w:rtl/>
        </w:rPr>
        <w:t xml:space="preserve"> شود. 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چ‌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/>
          <w:rtl/>
        </w:rPr>
        <w:t xml:space="preserve"> از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دو کار انجام نگرفت.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/>
          <w:rtl/>
          <w:lang w:bidi="fa-IR"/>
        </w:rPr>
        <w:t>۱۳۳۱</w:t>
      </w:r>
      <w:r w:rsidRPr="004F6B0C">
        <w:rPr>
          <w:rFonts w:ascii="Tahoma" w:hAnsi="Tahoma" w:cs="Tahoma"/>
          <w:rtl/>
        </w:rPr>
        <w:t xml:space="preserve"> اختلاف را به سود مصدق تغ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داد، اما فشار خ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ابان</w:t>
      </w:r>
      <w:r w:rsidRPr="004F6B0C">
        <w:rPr>
          <w:rFonts w:ascii="Tahoma" w:hAnsi="Tahoma" w:cs="Tahoma"/>
          <w:rtl/>
        </w:rPr>
        <w:t xml:space="preserve">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</w:t>
      </w:r>
      <w:r w:rsidRPr="004F6B0C">
        <w:rPr>
          <w:rFonts w:ascii="Tahoma" w:hAnsi="Tahoma" w:cs="Tahoma"/>
          <w:rtl/>
        </w:rPr>
        <w:t xml:space="preserve"> جانش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نهاد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مسئول شود. مصدق با پشت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بان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مردم به قدرت بازگشت، وزارت جنگ را در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گرفت و سپس از مجلس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ارات</w:t>
      </w:r>
      <w:r w:rsidRPr="004F6B0C">
        <w:rPr>
          <w:rFonts w:ascii="Tahoma" w:hAnsi="Tahoma" w:cs="Tahoma"/>
          <w:rtl/>
        </w:rPr>
        <w:t xml:space="preserve"> فوق‌العاده خواست. در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رها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از مجلس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که احتمال داشت در بر</w:t>
      </w:r>
      <w:r w:rsidRPr="004F6B0C">
        <w:rPr>
          <w:rFonts w:ascii="Tahoma" w:hAnsi="Tahoma" w:cs="Tahoma" w:hint="eastAsia"/>
          <w:rtl/>
        </w:rPr>
        <w:t>ابرش</w:t>
      </w:r>
      <w:r w:rsidRPr="004F6B0C">
        <w:rPr>
          <w:rFonts w:ascii="Tahoma" w:hAnsi="Tahoma" w:cs="Tahoma"/>
          <w:rtl/>
        </w:rPr>
        <w:t xml:space="preserve">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ستد،</w:t>
      </w:r>
      <w:r w:rsidRPr="004F6B0C">
        <w:rPr>
          <w:rFonts w:ascii="Tahoma" w:hAnsi="Tahoma" w:cs="Tahoma"/>
          <w:rtl/>
        </w:rPr>
        <w:t xml:space="preserve"> به همه‌پرس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انحلال آن رو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آورد.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با</w:t>
      </w:r>
      <w:r w:rsidRPr="004F6B0C">
        <w:rPr>
          <w:rFonts w:ascii="Tahoma" w:hAnsi="Tahoma" w:cs="Tahoma"/>
          <w:rtl/>
        </w:rPr>
        <w:t xml:space="preserve"> کناررفتن مجلس، آخر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انج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موجود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شاه و نخست‌وز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از صحنه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رون</w:t>
      </w:r>
      <w:r w:rsidRPr="004F6B0C">
        <w:rPr>
          <w:rFonts w:ascii="Tahoma" w:hAnsi="Tahoma" w:cs="Tahoma"/>
          <w:rtl/>
        </w:rPr>
        <w:t xml:space="preserve"> رفت. اختلاف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که قانون نتوانسته بود حل کند، سرانجام با دخالت نظام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ان،</w:t>
      </w:r>
      <w:r w:rsidRPr="004F6B0C">
        <w:rPr>
          <w:rFonts w:ascii="Tahoma" w:hAnsi="Tahoma" w:cs="Tahoma"/>
          <w:rtl/>
        </w:rPr>
        <w:t xml:space="preserve"> مخالفان داخل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دولت‌ها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آمر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کا</w:t>
      </w:r>
      <w:r w:rsidRPr="004F6B0C">
        <w:rPr>
          <w:rFonts w:ascii="Tahoma" w:hAnsi="Tahoma" w:cs="Tahoma"/>
          <w:rtl/>
        </w:rPr>
        <w:t xml:space="preserve"> و بر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/>
          <w:rtl/>
        </w:rPr>
        <w:t xml:space="preserve">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افت</w:t>
      </w:r>
      <w:r w:rsidRPr="004F6B0C">
        <w:rPr>
          <w:rFonts w:ascii="Tahoma" w:hAnsi="Tahoma" w:cs="Tahoma"/>
          <w:rtl/>
        </w:rPr>
        <w:t>. دوم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آزما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مشروطهٔ مشروعه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ز،</w:t>
      </w:r>
      <w:r w:rsidRPr="004F6B0C">
        <w:rPr>
          <w:rFonts w:ascii="Tahoma" w:hAnsi="Tahoma" w:cs="Tahoma"/>
          <w:rtl/>
        </w:rPr>
        <w:t xml:space="preserve"> مانند نخست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آزما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ش،</w:t>
      </w:r>
      <w:r w:rsidRPr="004F6B0C">
        <w:rPr>
          <w:rFonts w:ascii="Tahoma" w:hAnsi="Tahoma" w:cs="Tahoma"/>
          <w:rtl/>
        </w:rPr>
        <w:t xml:space="preserve"> نزد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eastAsia"/>
          <w:rtl/>
        </w:rPr>
        <w:t>به</w:t>
      </w:r>
      <w:r w:rsidRPr="004F6B0C">
        <w:rPr>
          <w:rFonts w:ascii="Tahoma" w:hAnsi="Tahoma" w:cs="Tahoma"/>
          <w:rtl/>
        </w:rPr>
        <w:t xml:space="preserve"> دوازده سال دوام آورد و به بازگشت مستبد منور انجام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محمدرضاشاه</w:t>
      </w:r>
      <w:r w:rsidRPr="004F6B0C">
        <w:rPr>
          <w:rFonts w:ascii="Tahoma" w:hAnsi="Tahoma" w:cs="Tahoma"/>
          <w:rtl/>
        </w:rPr>
        <w:t xml:space="preserve"> پس از </w:t>
      </w:r>
      <w:r w:rsidRPr="004F6B0C">
        <w:rPr>
          <w:rFonts w:ascii="Tahoma" w:hAnsi="Tahoma" w:cs="Tahoma"/>
          <w:rtl/>
          <w:lang w:bidi="fa-IR"/>
        </w:rPr>
        <w:t>۲۸</w:t>
      </w:r>
      <w:r w:rsidRPr="004F6B0C">
        <w:rPr>
          <w:rFonts w:ascii="Tahoma" w:hAnsi="Tahoma" w:cs="Tahoma"/>
          <w:rtl/>
        </w:rPr>
        <w:t xml:space="preserve"> امرداد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کباره</w:t>
      </w:r>
      <w:r w:rsidRPr="004F6B0C">
        <w:rPr>
          <w:rFonts w:ascii="Tahoma" w:hAnsi="Tahoma" w:cs="Tahoma"/>
          <w:rtl/>
        </w:rPr>
        <w:t xml:space="preserve"> همهٔ قدرت را در دست نگرفت. او ط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نزد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/>
          <w:rtl/>
        </w:rPr>
        <w:t xml:space="preserve"> به ده سال، زاهد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آخر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نخست‌وز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مستقل را کنار زد، ارتش را 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فرمان شخص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خود آورد، احزاب و مجلس را مهار کرد، ساواک را گسترش داد و برنامهٔ اصلاحات را از دولت عل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گرفت و به ن</w:t>
      </w:r>
      <w:r w:rsidRPr="004F6B0C">
        <w:rPr>
          <w:rFonts w:ascii="Tahoma" w:hAnsi="Tahoma" w:cs="Tahoma" w:hint="eastAsia"/>
          <w:rtl/>
        </w:rPr>
        <w:t>ام</w:t>
      </w:r>
      <w:r w:rsidRPr="004F6B0C">
        <w:rPr>
          <w:rFonts w:ascii="Tahoma" w:hAnsi="Tahoma" w:cs="Tahoma"/>
          <w:rtl/>
        </w:rPr>
        <w:t xml:space="preserve"> «انقلاب شاه و مردم» عرضه کرد.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سرکوب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/>
          <w:rtl/>
          <w:lang w:bidi="fa-IR"/>
        </w:rPr>
        <w:t>۱۵</w:t>
      </w:r>
      <w:r w:rsidRPr="004F6B0C">
        <w:rPr>
          <w:rFonts w:ascii="Tahoma" w:hAnsi="Tahoma" w:cs="Tahoma"/>
          <w:rtl/>
        </w:rPr>
        <w:t xml:space="preserve"> خرداد </w:t>
      </w:r>
      <w:r w:rsidRPr="004F6B0C">
        <w:rPr>
          <w:rFonts w:ascii="Tahoma" w:hAnsi="Tahoma" w:cs="Tahoma"/>
          <w:rtl/>
          <w:lang w:bidi="fa-IR"/>
        </w:rPr>
        <w:t>۱۳۴۲</w:t>
      </w:r>
      <w:r w:rsidRPr="004F6B0C">
        <w:rPr>
          <w:rFonts w:ascii="Tahoma" w:hAnsi="Tahoma" w:cs="Tahoma"/>
          <w:rtl/>
        </w:rPr>
        <w:t xml:space="preserve">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مرحله بود. شاه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/>
          <w:rtl/>
        </w:rPr>
        <w:t xml:space="preserve"> نه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باز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گران</w:t>
      </w:r>
      <w:r w:rsidRPr="004F6B0C">
        <w:rPr>
          <w:rFonts w:ascii="Tahoma" w:hAnsi="Tahoma" w:cs="Tahoma"/>
          <w:rtl/>
        </w:rPr>
        <w:t xml:space="preserve"> کشوردار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بلکه مرکز همهٔ آنها شده بود. نخست‌وز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مجر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او بود، مجلس قوان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مورد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ازش</w:t>
      </w:r>
      <w:r w:rsidRPr="004F6B0C">
        <w:rPr>
          <w:rFonts w:ascii="Tahoma" w:hAnsi="Tahoma" w:cs="Tahoma"/>
          <w:rtl/>
        </w:rPr>
        <w:t xml:space="preserve"> را تصو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ب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کرد،</w:t>
      </w:r>
      <w:r w:rsidRPr="004F6B0C">
        <w:rPr>
          <w:rFonts w:ascii="Tahoma" w:hAnsi="Tahoma" w:cs="Tahoma"/>
          <w:rtl/>
        </w:rPr>
        <w:t xml:space="preserve"> ارتش به شخص او وفادار بود و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وانسالار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برنامه‌ها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را اجرا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تمرکز قدرت، نوساز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شتابان کشور را ممکن ساخت. اصلاحات ارض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قدرت بزرگ‌مالکان را کاهش داد، آموزش و بهداشت گسترش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افت،</w:t>
      </w:r>
      <w:r w:rsidRPr="004F6B0C">
        <w:rPr>
          <w:rFonts w:ascii="Tahoma" w:hAnsi="Tahoma" w:cs="Tahoma"/>
          <w:rtl/>
        </w:rPr>
        <w:t xml:space="preserve"> صنعت و شهرنش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رشد کرد، زنان از حقوق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خانوادگ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شتر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برخوردار شدند و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به قدرت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مهم در منطقه تبد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شد.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دستاوردها واقع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بودند. ناد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ده‌گرفتن</w:t>
      </w:r>
      <w:r w:rsidRPr="004F6B0C">
        <w:rPr>
          <w:rFonts w:ascii="Tahoma" w:hAnsi="Tahoma" w:cs="Tahoma"/>
          <w:rtl/>
        </w:rPr>
        <w:t xml:space="preserve"> آنها فهم تار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خ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را ناممکن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کند</w:t>
      </w:r>
      <w:r w:rsidRPr="004F6B0C">
        <w:rPr>
          <w:rFonts w:ascii="Tahoma" w:hAnsi="Tahoma" w:cs="Tahoma"/>
          <w:rtl/>
        </w:rPr>
        <w:t>. محمدرضاشاه فقط فرمانروا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خودکامه نبود؛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سازندگان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جد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بود. اما هم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داور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هنگام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کامل است که محدود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بن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روش او را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بب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شاه</w:t>
      </w:r>
      <w:r w:rsidRPr="004F6B0C">
        <w:rPr>
          <w:rFonts w:ascii="Tahoma" w:hAnsi="Tahoma" w:cs="Tahoma"/>
          <w:rtl/>
        </w:rPr>
        <w:t xml:space="preserve"> جامعه را نوساز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کرد، 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آنکه</w:t>
      </w:r>
      <w:r w:rsidRPr="004F6B0C">
        <w:rPr>
          <w:rFonts w:ascii="Tahoma" w:hAnsi="Tahoma" w:cs="Tahoma"/>
          <w:rtl/>
        </w:rPr>
        <w:t xml:space="preserve"> نهادها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آن را رشد دهد. دانشگاه، شهرنش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صنعت،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وانسالار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طبقهٔ متوسط گسترش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افتند،</w:t>
      </w:r>
      <w:r w:rsidRPr="004F6B0C">
        <w:rPr>
          <w:rFonts w:ascii="Tahoma" w:hAnsi="Tahoma" w:cs="Tahoma"/>
          <w:rtl/>
        </w:rPr>
        <w:t xml:space="preserve"> اما حزب مستقل، مجلس واقع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مطبوعات آزاد و امکان انتقال قانون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قدرت پد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امدند</w:t>
      </w:r>
      <w:r w:rsidRPr="004F6B0C">
        <w:rPr>
          <w:rFonts w:ascii="Tahoma" w:hAnsi="Tahoma" w:cs="Tahoma"/>
          <w:rtl/>
        </w:rPr>
        <w:t>. حکومت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روها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اجتماع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آفر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که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خواستند</w:t>
      </w:r>
      <w:r w:rsidRPr="004F6B0C">
        <w:rPr>
          <w:rFonts w:ascii="Tahoma" w:hAnsi="Tahoma" w:cs="Tahoma"/>
          <w:rtl/>
        </w:rPr>
        <w:t xml:space="preserve"> در تع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سرنوشت کشور سه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 xml:space="preserve"> باشند و سپس راه مشارکت را بر آنان بست.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درآمد</w:t>
      </w:r>
      <w:r w:rsidRPr="004F6B0C">
        <w:rPr>
          <w:rFonts w:ascii="Tahoma" w:hAnsi="Tahoma" w:cs="Tahoma"/>
          <w:rtl/>
        </w:rPr>
        <w:t xml:space="preserve"> نفت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به حکومت امکان داد بدون وابستگ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جد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به مال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ات</w:t>
      </w:r>
      <w:r w:rsidRPr="004F6B0C">
        <w:rPr>
          <w:rFonts w:ascii="Tahoma" w:hAnsi="Tahoma" w:cs="Tahoma"/>
          <w:rtl/>
        </w:rPr>
        <w:t xml:space="preserve"> مردم، ارتش،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وان</w:t>
      </w:r>
      <w:r w:rsidRPr="004F6B0C">
        <w:rPr>
          <w:rFonts w:ascii="Tahoma" w:hAnsi="Tahoma" w:cs="Tahoma"/>
          <w:rtl/>
        </w:rPr>
        <w:t xml:space="preserve"> و برنامه‌ها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عمران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خود را گسترش دهد.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درآمد ابزار نوساز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بود، اما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از</w:t>
      </w:r>
      <w:r w:rsidRPr="004F6B0C">
        <w:rPr>
          <w:rFonts w:ascii="Tahoma" w:hAnsi="Tahoma" w:cs="Tahoma"/>
          <w:rtl/>
        </w:rPr>
        <w:t xml:space="preserve"> حکومت به پاسخ‌گو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در برابر جامعه را کاهش داد. شاه خدمات و امکانات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شتر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در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مردم قرار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داد،</w:t>
      </w:r>
      <w:r w:rsidRPr="004F6B0C">
        <w:rPr>
          <w:rFonts w:ascii="Tahoma" w:hAnsi="Tahoma" w:cs="Tahoma"/>
          <w:rtl/>
        </w:rPr>
        <w:t xml:space="preserve"> 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آنکه</w:t>
      </w:r>
      <w:r w:rsidRPr="004F6B0C">
        <w:rPr>
          <w:rFonts w:ascii="Tahoma" w:hAnsi="Tahoma" w:cs="Tahoma"/>
          <w:rtl/>
        </w:rPr>
        <w:t xml:space="preserve"> آنان بتوانند دربارهٔ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اصل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حکومت آزادانه داور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کنند.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همهٔ</w:t>
      </w:r>
      <w:r w:rsidRPr="004F6B0C">
        <w:rPr>
          <w:rFonts w:ascii="Tahoma" w:hAnsi="Tahoma" w:cs="Tahoma"/>
          <w:rtl/>
        </w:rPr>
        <w:t xml:space="preserve"> موفق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ت‌ها</w:t>
      </w:r>
      <w:r w:rsidRPr="004F6B0C">
        <w:rPr>
          <w:rFonts w:ascii="Tahoma" w:hAnsi="Tahoma" w:cs="Tahoma"/>
          <w:rtl/>
        </w:rPr>
        <w:t xml:space="preserve"> به نام شاه ثبت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شدند</w:t>
      </w:r>
      <w:r w:rsidRPr="004F6B0C">
        <w:rPr>
          <w:rFonts w:ascii="Tahoma" w:hAnsi="Tahoma" w:cs="Tahoma"/>
          <w:rtl/>
        </w:rPr>
        <w:t xml:space="preserve"> و همهٔ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م‌ها</w:t>
      </w:r>
      <w:r w:rsidRPr="004F6B0C">
        <w:rPr>
          <w:rFonts w:ascii="Tahoma" w:hAnsi="Tahoma" w:cs="Tahoma"/>
          <w:rtl/>
        </w:rPr>
        <w:t xml:space="preserve"> به او منته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گرد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دند</w:t>
      </w:r>
      <w:r w:rsidRPr="004F6B0C">
        <w:rPr>
          <w:rFonts w:ascii="Tahoma" w:hAnsi="Tahoma" w:cs="Tahoma"/>
          <w:rtl/>
        </w:rPr>
        <w:t>. 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ران،</w:t>
      </w:r>
      <w:r w:rsidRPr="004F6B0C">
        <w:rPr>
          <w:rFonts w:ascii="Tahoma" w:hAnsi="Tahoma" w:cs="Tahoma"/>
          <w:rtl/>
        </w:rPr>
        <w:t xml:space="preserve"> کارشناسان و فرماندهان آموخته بودند خواست‌ها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او را اجرا کنند، نه آنکه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 xml:space="preserve"> نادرستش را متوقف سازند. گزارش‌ها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ناخوشا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ند</w:t>
      </w:r>
      <w:r w:rsidRPr="004F6B0C">
        <w:rPr>
          <w:rFonts w:ascii="Tahoma" w:hAnsi="Tahoma" w:cs="Tahoma"/>
          <w:rtl/>
        </w:rPr>
        <w:t xml:space="preserve"> در مس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رس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دن</w:t>
      </w:r>
      <w:r w:rsidRPr="004F6B0C">
        <w:rPr>
          <w:rFonts w:ascii="Tahoma" w:hAnsi="Tahoma" w:cs="Tahoma"/>
          <w:rtl/>
        </w:rPr>
        <w:t xml:space="preserve"> به مرکز قدرت تعد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شدند</w:t>
      </w:r>
      <w:r w:rsidRPr="004F6B0C">
        <w:rPr>
          <w:rFonts w:ascii="Tahoma" w:hAnsi="Tahoma" w:cs="Tahoma"/>
          <w:rtl/>
        </w:rPr>
        <w:t xml:space="preserve"> و حکومت ب</w:t>
      </w:r>
      <w:r w:rsidRPr="004F6B0C">
        <w:rPr>
          <w:rFonts w:ascii="Tahoma" w:hAnsi="Tahoma" w:cs="Tahoma" w:hint="eastAsia"/>
          <w:rtl/>
        </w:rPr>
        <w:t>ه‌تدر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</w:t>
      </w:r>
      <w:r w:rsidRPr="004F6B0C">
        <w:rPr>
          <w:rFonts w:ascii="Tahoma" w:hAnsi="Tahoma" w:cs="Tahoma"/>
          <w:rtl/>
        </w:rPr>
        <w:t xml:space="preserve"> توان شناخت واقع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جامعه را از دست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داد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حزب</w:t>
      </w:r>
      <w:r w:rsidRPr="004F6B0C">
        <w:rPr>
          <w:rFonts w:ascii="Tahoma" w:hAnsi="Tahoma" w:cs="Tahoma"/>
          <w:rtl/>
        </w:rPr>
        <w:t xml:space="preserve"> رستاخ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آخر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مرحلهٔ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تمرکز بود. شاه حت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نظام ظاهراً دوحزب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را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تحمل نکرد و از همه خواست در حزب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واحد گرد آ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ند</w:t>
      </w:r>
      <w:r w:rsidRPr="004F6B0C">
        <w:rPr>
          <w:rFonts w:ascii="Tahoma" w:hAnsi="Tahoma" w:cs="Tahoma"/>
          <w:rtl/>
        </w:rPr>
        <w:t>. شهروند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/>
          <w:rtl/>
        </w:rPr>
        <w:t xml:space="preserve"> فقط موظف نبود قانون را رعا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کند؛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وفادار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خود را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به حکومت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اعلام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</w:t>
      </w:r>
      <w:r w:rsidRPr="004F6B0C">
        <w:rPr>
          <w:rFonts w:ascii="Tahoma" w:hAnsi="Tahoma" w:cs="Tahoma"/>
          <w:rtl/>
        </w:rPr>
        <w:t xml:space="preserve"> که در تع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است‌ها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سهم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eastAsia"/>
          <w:rtl/>
        </w:rPr>
        <w:t>داشت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تمرکز</w:t>
      </w:r>
      <w:r w:rsidRPr="004F6B0C">
        <w:rPr>
          <w:rFonts w:ascii="Tahoma" w:hAnsi="Tahoma" w:cs="Tahoma"/>
          <w:rtl/>
        </w:rPr>
        <w:t xml:space="preserve"> قدرت تا زمان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که شاه سالم، مطمئن و قادر به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م‌گ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بود، نشانهٔ استوار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به نظر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رس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>. اما سرطان او آشکار کرد سراسر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ساختمان به جسم و ارادهٔ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/>
          <w:rtl/>
        </w:rPr>
        <w:t xml:space="preserve"> انسان وابسته است.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شاه مسئله‌ا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شخص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نبود؛ به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دستگاه کشوردار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شد.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اگر</w:t>
      </w:r>
      <w:r w:rsidRPr="004F6B0C">
        <w:rPr>
          <w:rFonts w:ascii="Tahoma" w:hAnsi="Tahoma" w:cs="Tahoma"/>
          <w:rtl/>
        </w:rPr>
        <w:t xml:space="preserve"> نخست‌وز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از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واقع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مجلس از استقلال و ارتش از فرمانده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نهاد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برخوردار بودند، کاهش توان شاه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</w:t>
      </w:r>
      <w:r w:rsidRPr="004F6B0C">
        <w:rPr>
          <w:rFonts w:ascii="Tahoma" w:hAnsi="Tahoma" w:cs="Tahoma"/>
          <w:rtl/>
        </w:rPr>
        <w:t xml:space="preserve"> کشور را فلج کند. اما در نظام شخص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چ‌کس</w:t>
      </w:r>
      <w:r w:rsidRPr="004F6B0C">
        <w:rPr>
          <w:rFonts w:ascii="Tahoma" w:hAnsi="Tahoma" w:cs="Tahoma"/>
          <w:rtl/>
        </w:rPr>
        <w:t xml:space="preserve">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دانست</w:t>
      </w:r>
      <w:r w:rsidRPr="004F6B0C">
        <w:rPr>
          <w:rFonts w:ascii="Tahoma" w:hAnsi="Tahoma" w:cs="Tahoma"/>
          <w:rtl/>
        </w:rPr>
        <w:t xml:space="preserve"> بدون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 xml:space="preserve"> پادشاه چه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بکند. فرماندهان ارتش، 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ران،</w:t>
      </w:r>
      <w:r w:rsidRPr="004F6B0C">
        <w:rPr>
          <w:rFonts w:ascii="Tahoma" w:hAnsi="Tahoma" w:cs="Tahoma"/>
          <w:rtl/>
        </w:rPr>
        <w:t xml:space="preserve"> ساواک و دربار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همه منتظر اراده‌ا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بودند که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/>
          <w:rtl/>
        </w:rPr>
        <w:t xml:space="preserve"> از اطم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نان</w:t>
      </w:r>
      <w:r w:rsidRPr="004F6B0C">
        <w:rPr>
          <w:rFonts w:ascii="Tahoma" w:hAnsi="Tahoma" w:cs="Tahoma"/>
          <w:rtl/>
        </w:rPr>
        <w:t xml:space="preserve"> گذشته برخوردار نبود.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رو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کارآمدن</w:t>
      </w:r>
      <w:r w:rsidRPr="004F6B0C">
        <w:rPr>
          <w:rFonts w:ascii="Tahoma" w:hAnsi="Tahoma" w:cs="Tahoma"/>
          <w:rtl/>
        </w:rPr>
        <w:t xml:space="preserve"> ج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کارتر و طرح مسئلهٔ حقوق بشر،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ترد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را افزا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داد. آمر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کا</w:t>
      </w:r>
      <w:r w:rsidRPr="004F6B0C">
        <w:rPr>
          <w:rFonts w:ascii="Tahoma" w:hAnsi="Tahoma" w:cs="Tahoma"/>
          <w:rtl/>
        </w:rPr>
        <w:t xml:space="preserve"> همچنان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را متحد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مهم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دانست،</w:t>
      </w:r>
      <w:r w:rsidRPr="004F6B0C">
        <w:rPr>
          <w:rFonts w:ascii="Tahoma" w:hAnsi="Tahoma" w:cs="Tahoma"/>
          <w:rtl/>
        </w:rPr>
        <w:t xml:space="preserve"> اما هم‌زمان حکومت را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کاهش سرکوب 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فشار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گذاشت</w:t>
      </w:r>
      <w:r w:rsidRPr="004F6B0C">
        <w:rPr>
          <w:rFonts w:ascii="Tahoma" w:hAnsi="Tahoma" w:cs="Tahoma"/>
          <w:rtl/>
        </w:rPr>
        <w:t>. شاه که امن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سلطنتش را با پشت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بان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آمر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کا</w:t>
      </w:r>
      <w:r w:rsidRPr="004F6B0C">
        <w:rPr>
          <w:rFonts w:ascii="Tahoma" w:hAnsi="Tahoma" w:cs="Tahoma"/>
          <w:rtl/>
        </w:rPr>
        <w:t xml:space="preserve">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وند</w:t>
      </w:r>
      <w:r w:rsidRPr="004F6B0C">
        <w:rPr>
          <w:rFonts w:ascii="Tahoma" w:hAnsi="Tahoma" w:cs="Tahoma"/>
          <w:rtl/>
        </w:rPr>
        <w:t xml:space="preserve"> زده بود،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دانست</w:t>
      </w:r>
      <w:r w:rsidRPr="004F6B0C">
        <w:rPr>
          <w:rFonts w:ascii="Tahoma" w:hAnsi="Tahoma" w:cs="Tahoma"/>
          <w:rtl/>
        </w:rPr>
        <w:t xml:space="preserve"> واشنگتن در لحظهٔ نه</w:t>
      </w: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تا کجا در کنارش خواهد ماند.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گشا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نه براساس برنامه‌ا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نهاد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بلکه از بالا و 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فشار خارج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آغاز شد. پس از سال‌ها سرکوب،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سکولار و دموکرات سازمان‌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افته‌ا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باق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نمانده بود که بتواند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گشا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را به گذار قانون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کند. حکومت احزاب، اتحاد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ه‌ها</w:t>
      </w:r>
      <w:r w:rsidRPr="004F6B0C">
        <w:rPr>
          <w:rFonts w:ascii="Tahoma" w:hAnsi="Tahoma" w:cs="Tahoma"/>
          <w:rtl/>
        </w:rPr>
        <w:t xml:space="preserve"> و مطبوعات مستقل را ضع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ف</w:t>
      </w:r>
      <w:r w:rsidRPr="004F6B0C">
        <w:rPr>
          <w:rFonts w:ascii="Tahoma" w:hAnsi="Tahoma" w:cs="Tahoma"/>
          <w:rtl/>
        </w:rPr>
        <w:t xml:space="preserve"> کرده ب</w:t>
      </w:r>
      <w:r w:rsidRPr="004F6B0C">
        <w:rPr>
          <w:rFonts w:ascii="Tahoma" w:hAnsi="Tahoma" w:cs="Tahoma" w:hint="eastAsia"/>
          <w:rtl/>
        </w:rPr>
        <w:t>ود؛</w:t>
      </w:r>
      <w:r w:rsidRPr="004F6B0C">
        <w:rPr>
          <w:rFonts w:ascii="Tahoma" w:hAnsi="Tahoma" w:cs="Tahoma"/>
          <w:rtl/>
        </w:rPr>
        <w:t xml:space="preserve"> اما نتوانسته بود شبکهٔ مسجد، حوزه و بازار را از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ببرد.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در</w:t>
      </w:r>
      <w:r w:rsidRPr="004F6B0C">
        <w:rPr>
          <w:rFonts w:ascii="Tahoma" w:hAnsi="Tahoma" w:cs="Tahoma"/>
          <w:rtl/>
        </w:rPr>
        <w:t xml:space="preserve"> نت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جه،</w:t>
      </w:r>
      <w:r w:rsidRPr="004F6B0C">
        <w:rPr>
          <w:rFonts w:ascii="Tahoma" w:hAnsi="Tahoma" w:cs="Tahoma"/>
          <w:rtl/>
        </w:rPr>
        <w:t xml:space="preserve"> تنها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سراسر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نسبتاً مستقل باق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مانده،</w:t>
      </w:r>
      <w:r w:rsidRPr="004F6B0C">
        <w:rPr>
          <w:rFonts w:ascii="Tahoma" w:hAnsi="Tahoma" w:cs="Tahoma"/>
          <w:rtl/>
        </w:rPr>
        <w:t xml:space="preserve">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نکاران</w:t>
      </w:r>
      <w:r w:rsidRPr="004F6B0C">
        <w:rPr>
          <w:rFonts w:ascii="Tahoma" w:hAnsi="Tahoma" w:cs="Tahoma"/>
          <w:rtl/>
        </w:rPr>
        <w:t xml:space="preserve"> بودند. آنان از منابع مال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زبان مشترک، تقو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 xml:space="preserve"> مذهب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شبکه‌ا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برخوردار بودند که از خانواده و بازار تا مسجد و حوزه امتداد داشت. هر کشته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</w:t>
      </w:r>
      <w:r w:rsidRPr="004F6B0C">
        <w:rPr>
          <w:rFonts w:ascii="Tahoma" w:hAnsi="Tahoma" w:cs="Tahoma"/>
          <w:rtl/>
        </w:rPr>
        <w:t xml:space="preserve"> مراسم چهلم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تازه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جاد</w:t>
      </w:r>
      <w:r w:rsidRPr="004F6B0C">
        <w:rPr>
          <w:rFonts w:ascii="Tahoma" w:hAnsi="Tahoma" w:cs="Tahoma"/>
          <w:rtl/>
        </w:rPr>
        <w:t xml:space="preserve"> کند و هر مسجد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</w:t>
      </w:r>
      <w:r w:rsidRPr="004F6B0C">
        <w:rPr>
          <w:rFonts w:ascii="Tahoma" w:hAnsi="Tahoma" w:cs="Tahoma"/>
          <w:rtl/>
        </w:rPr>
        <w:t xml:space="preserve"> ب</w:t>
      </w:r>
      <w:r w:rsidRPr="004F6B0C">
        <w:rPr>
          <w:rFonts w:ascii="Tahoma" w:hAnsi="Tahoma" w:cs="Tahoma" w:hint="eastAsia"/>
          <w:rtl/>
        </w:rPr>
        <w:t>ه</w:t>
      </w:r>
      <w:r w:rsidRPr="004F6B0C">
        <w:rPr>
          <w:rFonts w:ascii="Tahoma" w:hAnsi="Tahoma" w:cs="Tahoma"/>
          <w:rtl/>
        </w:rPr>
        <w:t xml:space="preserve"> مرکز بس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</w:t>
      </w:r>
      <w:r w:rsidRPr="004F6B0C">
        <w:rPr>
          <w:rFonts w:ascii="Tahoma" w:hAnsi="Tahoma" w:cs="Tahoma"/>
          <w:rtl/>
        </w:rPr>
        <w:t xml:space="preserve"> تبد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شود.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انتقال</w:t>
      </w:r>
      <w:r w:rsidRPr="004F6B0C">
        <w:rPr>
          <w:rFonts w:ascii="Tahoma" w:hAnsi="Tahoma" w:cs="Tahoma"/>
          <w:rtl/>
        </w:rPr>
        <w:t xml:space="preserve">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عراق به فرانسه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شبکهٔ داخل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به رسانه‌ها و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است</w:t>
      </w:r>
      <w:r w:rsidRPr="004F6B0C">
        <w:rPr>
          <w:rFonts w:ascii="Tahoma" w:hAnsi="Tahoma" w:cs="Tahoma"/>
          <w:rtl/>
        </w:rPr>
        <w:t xml:space="preserve"> جهان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وند</w:t>
      </w:r>
      <w:r w:rsidRPr="004F6B0C">
        <w:rPr>
          <w:rFonts w:ascii="Tahoma" w:hAnsi="Tahoma" w:cs="Tahoma"/>
          <w:rtl/>
        </w:rPr>
        <w:t xml:space="preserve"> داد. ابراه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در انتخاب فرانسه و سازمان‌دادن ارتباطات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نقش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اساس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داشت. او و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/>
          <w:rtl/>
        </w:rPr>
        <w:t xml:space="preserve"> همراهان، سخنان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رسانه‌ها و 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است‌مداران</w:t>
      </w:r>
      <w:r w:rsidRPr="004F6B0C">
        <w:rPr>
          <w:rFonts w:ascii="Tahoma" w:hAnsi="Tahoma" w:cs="Tahoma"/>
          <w:rtl/>
        </w:rPr>
        <w:t xml:space="preserve"> غرب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ترجمه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کردند</w:t>
      </w:r>
      <w:r w:rsidRPr="004F6B0C">
        <w:rPr>
          <w:rFonts w:ascii="Tahoma" w:hAnsi="Tahoma" w:cs="Tahoma"/>
          <w:rtl/>
        </w:rPr>
        <w:t xml:space="preserve"> و تصو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انه‌رو،</w:t>
      </w:r>
      <w:r w:rsidRPr="004F6B0C">
        <w:rPr>
          <w:rFonts w:ascii="Tahoma" w:hAnsi="Tahoma" w:cs="Tahoma"/>
          <w:rtl/>
        </w:rPr>
        <w:t xml:space="preserve"> آزاد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خواه</w:t>
      </w:r>
      <w:r w:rsidRPr="004F6B0C">
        <w:rPr>
          <w:rFonts w:ascii="Tahoma" w:hAnsi="Tahoma" w:cs="Tahoma"/>
          <w:rtl/>
        </w:rPr>
        <w:t xml:space="preserve"> و غ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رکمون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ست</w:t>
      </w:r>
      <w:r w:rsidRPr="004F6B0C">
        <w:rPr>
          <w:rFonts w:ascii="Tahoma" w:hAnsi="Tahoma" w:cs="Tahoma"/>
          <w:rtl/>
        </w:rPr>
        <w:t xml:space="preserve"> از حکومت آ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نده</w:t>
      </w:r>
      <w:r w:rsidRPr="004F6B0C">
        <w:rPr>
          <w:rFonts w:ascii="Tahoma" w:hAnsi="Tahoma" w:cs="Tahoma"/>
          <w:rtl/>
        </w:rPr>
        <w:t xml:space="preserve"> ارائه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دادند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/>
          <w:rtl/>
        </w:rPr>
        <w:t xml:space="preserve"> رسانه‌ها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خارج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از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تبع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به سخن‌گو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هرروزهٔ انقلاب تبد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کردند. آنان او را از 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چ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افر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دند،</w:t>
      </w:r>
      <w:r w:rsidRPr="004F6B0C">
        <w:rPr>
          <w:rFonts w:ascii="Tahoma" w:hAnsi="Tahoma" w:cs="Tahoma"/>
          <w:rtl/>
        </w:rPr>
        <w:t xml:space="preserve"> اما صدا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در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ارش</w:t>
      </w:r>
      <w:r w:rsidRPr="004F6B0C">
        <w:rPr>
          <w:rFonts w:ascii="Tahoma" w:hAnsi="Tahoma" w:cs="Tahoma"/>
          <w:rtl/>
        </w:rPr>
        <w:t xml:space="preserve"> گذاشتند که 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چ</w:t>
      </w:r>
      <w:r w:rsidRPr="004F6B0C">
        <w:rPr>
          <w:rFonts w:ascii="Tahoma" w:hAnsi="Tahoma" w:cs="Tahoma"/>
          <w:rtl/>
        </w:rPr>
        <w:t xml:space="preserve"> آلترنات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</w:t>
      </w:r>
      <w:r w:rsidRPr="004F6B0C">
        <w:rPr>
          <w:rFonts w:ascii="Tahoma" w:hAnsi="Tahoma" w:cs="Tahoma"/>
          <w:rtl/>
        </w:rPr>
        <w:t xml:space="preserve"> سکولار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آن برخوردار نبود. رهبر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او از راه تکرار هرروزه، به‌تدر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</w:t>
      </w:r>
      <w:r w:rsidRPr="004F6B0C">
        <w:rPr>
          <w:rFonts w:ascii="Tahoma" w:hAnsi="Tahoma" w:cs="Tahoma"/>
          <w:rtl/>
        </w:rPr>
        <w:t xml:space="preserve"> امر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جلوه داده شد.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نما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ندگان</w:t>
      </w:r>
      <w:r w:rsidRPr="004F6B0C">
        <w:rPr>
          <w:rFonts w:ascii="Tahoma" w:hAnsi="Tahoma" w:cs="Tahoma"/>
          <w:rtl/>
        </w:rPr>
        <w:t xml:space="preserve"> دولت کارتر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با اطراف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وارد تماس شدند. آنان دربارهٔ سرنوشت ارتش، جر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نفت، روابط خارج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خطر کمون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سم</w:t>
      </w:r>
      <w:r w:rsidRPr="004F6B0C">
        <w:rPr>
          <w:rFonts w:ascii="Tahoma" w:hAnsi="Tahoma" w:cs="Tahoma"/>
          <w:rtl/>
        </w:rPr>
        <w:t xml:space="preserve"> گفت‌وگو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کردند</w:t>
      </w:r>
      <w:r w:rsidRPr="004F6B0C">
        <w:rPr>
          <w:rFonts w:ascii="Tahoma" w:hAnsi="Tahoma" w:cs="Tahoma"/>
          <w:rtl/>
        </w:rPr>
        <w:t>. اطراف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اطم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نان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دادند</w:t>
      </w:r>
      <w:r w:rsidRPr="004F6B0C">
        <w:rPr>
          <w:rFonts w:ascii="Tahoma" w:hAnsi="Tahoma" w:cs="Tahoma"/>
          <w:rtl/>
        </w:rPr>
        <w:t xml:space="preserve"> که انتقال قدرت به فروپاش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ارتش، قطع نفت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</w:t>
      </w:r>
      <w:r w:rsidRPr="004F6B0C">
        <w:rPr>
          <w:rFonts w:ascii="Tahoma" w:hAnsi="Tahoma" w:cs="Tahoma"/>
          <w:rtl/>
        </w:rPr>
        <w:t xml:space="preserve">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شورو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نخواهد انجام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در</w:t>
      </w:r>
      <w:r w:rsidRPr="004F6B0C">
        <w:rPr>
          <w:rFonts w:ascii="Tahoma" w:hAnsi="Tahoma" w:cs="Tahoma"/>
          <w:rtl/>
        </w:rPr>
        <w:t xml:space="preserve"> گوادالوپ، رهبران قدرت‌ها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غرب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به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نت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جه</w:t>
      </w:r>
      <w:r w:rsidRPr="004F6B0C">
        <w:rPr>
          <w:rFonts w:ascii="Tahoma" w:hAnsi="Tahoma" w:cs="Tahoma"/>
          <w:rtl/>
        </w:rPr>
        <w:t xml:space="preserve"> رس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دند</w:t>
      </w:r>
      <w:r w:rsidRPr="004F6B0C">
        <w:rPr>
          <w:rFonts w:ascii="Tahoma" w:hAnsi="Tahoma" w:cs="Tahoma"/>
          <w:rtl/>
        </w:rPr>
        <w:t xml:space="preserve"> که ماندن شاه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/>
          <w:rtl/>
        </w:rPr>
        <w:t xml:space="preserve"> راه‌حل عمل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بحران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ست</w:t>
      </w:r>
      <w:r w:rsidRPr="004F6B0C">
        <w:rPr>
          <w:rFonts w:ascii="Tahoma" w:hAnsi="Tahoma" w:cs="Tahoma"/>
          <w:rtl/>
        </w:rPr>
        <w:t>. سند علن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صر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ح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با مضمون انتخاب رسم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حکومت منتشر نشده است؛ اما حاصل عمل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م‌ها</w:t>
      </w:r>
      <w:r w:rsidRPr="004F6B0C">
        <w:rPr>
          <w:rFonts w:ascii="Tahoma" w:hAnsi="Tahoma" w:cs="Tahoma"/>
          <w:rtl/>
        </w:rPr>
        <w:t xml:space="preserve"> روشن بود: از شاه عبور کردند، دستگاه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به‌عنوان طرف گفت‌وگو </w:t>
      </w:r>
      <w:r w:rsidRPr="004F6B0C">
        <w:rPr>
          <w:rFonts w:ascii="Tahoma" w:hAnsi="Tahoma" w:cs="Tahoma" w:hint="eastAsia"/>
          <w:rtl/>
        </w:rPr>
        <w:t>پذ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رفتند</w:t>
      </w:r>
      <w:r w:rsidRPr="004F6B0C">
        <w:rPr>
          <w:rFonts w:ascii="Tahoma" w:hAnsi="Tahoma" w:cs="Tahoma"/>
          <w:rtl/>
        </w:rPr>
        <w:t xml:space="preserve"> و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بدون سلطنت آماده شدند.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مأمور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ژنرال 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زر</w:t>
      </w:r>
      <w:r w:rsidRPr="004F6B0C">
        <w:rPr>
          <w:rFonts w:ascii="Tahoma" w:hAnsi="Tahoma" w:cs="Tahoma"/>
          <w:rtl/>
        </w:rPr>
        <w:t xml:space="preserve"> را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جزئ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هم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مجموعه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د،</w:t>
      </w:r>
      <w:r w:rsidRPr="004F6B0C">
        <w:rPr>
          <w:rFonts w:ascii="Tahoma" w:hAnsi="Tahoma" w:cs="Tahoma"/>
          <w:rtl/>
        </w:rPr>
        <w:t xml:space="preserve"> نه اقدام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معصومانه و جدا از تماس‌ها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پار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</w:t>
      </w:r>
      <w:r w:rsidRPr="004F6B0C">
        <w:rPr>
          <w:rFonts w:ascii="Tahoma" w:hAnsi="Tahoma" w:cs="Tahoma"/>
          <w:rtl/>
        </w:rPr>
        <w:t>. مأمور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رسم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او حفظ انسجام ارتش، جلوگ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کودتا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شتاب‌زده و حما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از دولت بخت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اعلام شده بود؛ اما نت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جهٔ</w:t>
      </w:r>
      <w:r w:rsidRPr="004F6B0C">
        <w:rPr>
          <w:rFonts w:ascii="Tahoma" w:hAnsi="Tahoma" w:cs="Tahoma"/>
          <w:rtl/>
        </w:rPr>
        <w:t xml:space="preserve"> عمل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حضورش 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شد.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زر</w:t>
      </w:r>
      <w:r w:rsidRPr="004F6B0C">
        <w:rPr>
          <w:rFonts w:ascii="Tahoma" w:hAnsi="Tahoma" w:cs="Tahoma"/>
          <w:rtl/>
        </w:rPr>
        <w:t xml:space="preserve"> هنگام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وارد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شد که ارتش تنها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قادر به جلوگ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تصرف قدرت به دست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بود. تماس‌ها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او با فرماندهان، آنان را از اقدام مستقل بازداشت و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ام</w:t>
      </w:r>
      <w:r w:rsidRPr="004F6B0C">
        <w:rPr>
          <w:rFonts w:ascii="Tahoma" w:hAnsi="Tahoma" w:cs="Tahoma"/>
          <w:rtl/>
        </w:rPr>
        <w:t xml:space="preserve"> را منتقل کرد که آمر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کا</w:t>
      </w:r>
      <w:r w:rsidRPr="004F6B0C">
        <w:rPr>
          <w:rFonts w:ascii="Tahoma" w:hAnsi="Tahoma" w:cs="Tahoma"/>
          <w:rtl/>
        </w:rPr>
        <w:t xml:space="preserve"> از مقابلهٔ تمام‌ع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ارتش با انقلاب پشت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بان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نخواهد کرد.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در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/>
          <w:rtl/>
        </w:rPr>
        <w:t xml:space="preserve"> سو، نما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ندگان</w:t>
      </w:r>
      <w:r w:rsidRPr="004F6B0C">
        <w:rPr>
          <w:rFonts w:ascii="Tahoma" w:hAnsi="Tahoma" w:cs="Tahoma"/>
          <w:rtl/>
        </w:rPr>
        <w:t xml:space="preserve"> کارتر با اطراف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دربارهٔ آ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ندهٔ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گفت‌وگو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کردند</w:t>
      </w:r>
      <w:r w:rsidRPr="004F6B0C">
        <w:rPr>
          <w:rFonts w:ascii="Tahoma" w:hAnsi="Tahoma" w:cs="Tahoma"/>
          <w:rtl/>
        </w:rPr>
        <w:t xml:space="preserve"> و از آنان دربارهٔ حفظ ارتش و ادامهٔ جر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نفت اطم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نان</w:t>
      </w:r>
      <w:r w:rsidRPr="004F6B0C">
        <w:rPr>
          <w:rFonts w:ascii="Tahoma" w:hAnsi="Tahoma" w:cs="Tahoma"/>
          <w:rtl/>
        </w:rPr>
        <w:t xml:space="preserve">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گرفتند</w:t>
      </w:r>
      <w:r w:rsidRPr="004F6B0C">
        <w:rPr>
          <w:rFonts w:ascii="Tahoma" w:hAnsi="Tahoma" w:cs="Tahoma"/>
          <w:rtl/>
        </w:rPr>
        <w:t>. در سو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گر،</w:t>
      </w:r>
      <w:r w:rsidRPr="004F6B0C">
        <w:rPr>
          <w:rFonts w:ascii="Tahoma" w:hAnsi="Tahoma" w:cs="Tahoma"/>
          <w:rtl/>
        </w:rPr>
        <w:t xml:space="preserve"> 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زر</w:t>
      </w:r>
      <w:r w:rsidRPr="004F6B0C">
        <w:rPr>
          <w:rFonts w:ascii="Tahoma" w:hAnsi="Tahoma" w:cs="Tahoma"/>
          <w:rtl/>
        </w:rPr>
        <w:t xml:space="preserve"> تنها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را که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توانست</w:t>
      </w:r>
      <w:r w:rsidRPr="004F6B0C">
        <w:rPr>
          <w:rFonts w:ascii="Tahoma" w:hAnsi="Tahoma" w:cs="Tahoma"/>
          <w:rtl/>
        </w:rPr>
        <w:t xml:space="preserve"> راه انتقال قدرت را سد کند از اقدام مستقل بازم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داشت</w:t>
      </w:r>
      <w:r w:rsidRPr="004F6B0C">
        <w:rPr>
          <w:rFonts w:ascii="Tahoma" w:hAnsi="Tahoma" w:cs="Tahoma"/>
          <w:rtl/>
        </w:rPr>
        <w:t>.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دو حر</w:t>
      </w:r>
      <w:r w:rsidRPr="004F6B0C">
        <w:rPr>
          <w:rFonts w:ascii="Tahoma" w:hAnsi="Tahoma" w:cs="Tahoma" w:hint="eastAsia"/>
          <w:rtl/>
        </w:rPr>
        <w:t>کت</w:t>
      </w:r>
      <w:r w:rsidRPr="004F6B0C">
        <w:rPr>
          <w:rFonts w:ascii="Tahoma" w:hAnsi="Tahoma" w:cs="Tahoma"/>
          <w:rtl/>
        </w:rPr>
        <w:t xml:space="preserve"> را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</w:t>
      </w:r>
      <w:r w:rsidRPr="004F6B0C">
        <w:rPr>
          <w:rFonts w:ascii="Tahoma" w:hAnsi="Tahoma" w:cs="Tahoma"/>
          <w:rtl/>
        </w:rPr>
        <w:t xml:space="preserve"> جدا از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/>
          <w:rtl/>
        </w:rPr>
        <w:t xml:space="preserve"> فهم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اعلام</w:t>
      </w:r>
      <w:r w:rsidRPr="004F6B0C">
        <w:rPr>
          <w:rFonts w:ascii="Tahoma" w:hAnsi="Tahoma" w:cs="Tahoma"/>
          <w:rtl/>
        </w:rPr>
        <w:t xml:space="preserve"> 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طرف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ارتش در </w:t>
      </w:r>
      <w:r w:rsidRPr="004F6B0C">
        <w:rPr>
          <w:rFonts w:ascii="Tahoma" w:hAnsi="Tahoma" w:cs="Tahoma"/>
          <w:rtl/>
          <w:lang w:bidi="fa-IR"/>
        </w:rPr>
        <w:t>۲۲</w:t>
      </w:r>
      <w:r w:rsidRPr="004F6B0C">
        <w:rPr>
          <w:rFonts w:ascii="Tahoma" w:hAnsi="Tahoma" w:cs="Tahoma"/>
          <w:rtl/>
        </w:rPr>
        <w:t xml:space="preserve"> بهمن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اقدام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خنث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نبود. دولت بخت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همچنان حکومت قانون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کشور بود و ارتش وظ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فه</w:t>
      </w:r>
      <w:r w:rsidRPr="004F6B0C">
        <w:rPr>
          <w:rFonts w:ascii="Tahoma" w:hAnsi="Tahoma" w:cs="Tahoma"/>
          <w:rtl/>
        </w:rPr>
        <w:t xml:space="preserve"> داشت از آن دفاع کند. شورا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عال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ارتش با اعلام 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طرف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آخر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تک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ه‌گاه</w:t>
      </w:r>
      <w:r w:rsidRPr="004F6B0C">
        <w:rPr>
          <w:rFonts w:ascii="Tahoma" w:hAnsi="Tahoma" w:cs="Tahoma"/>
          <w:rtl/>
        </w:rPr>
        <w:t xml:space="preserve"> دولت را برداشت و راه تصرف پادگان‌ها، راد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و،</w:t>
      </w:r>
      <w:r w:rsidRPr="004F6B0C">
        <w:rPr>
          <w:rFonts w:ascii="Tahoma" w:hAnsi="Tahoma" w:cs="Tahoma"/>
          <w:rtl/>
        </w:rPr>
        <w:t xml:space="preserve"> وزارتخانه‌ها و سراسر دستگاه کشوردار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eastAsia"/>
          <w:rtl/>
        </w:rPr>
        <w:t>را</w:t>
      </w:r>
      <w:r w:rsidRPr="004F6B0C">
        <w:rPr>
          <w:rFonts w:ascii="Tahoma" w:hAnsi="Tahoma" w:cs="Tahoma"/>
          <w:rtl/>
        </w:rPr>
        <w:t xml:space="preserve">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گشود.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طرف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ارتش جاده‌صاف‌کن دق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ق</w:t>
      </w:r>
      <w:r w:rsidRPr="004F6B0C">
        <w:rPr>
          <w:rFonts w:ascii="Tahoma" w:hAnsi="Tahoma" w:cs="Tahoma"/>
          <w:rtl/>
        </w:rPr>
        <w:t xml:space="preserve"> انتقال قدرت بود. ارتش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دو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هم‌سنگ نا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ستاد؛</w:t>
      </w:r>
      <w:r w:rsidRPr="004F6B0C">
        <w:rPr>
          <w:rFonts w:ascii="Tahoma" w:hAnsi="Tahoma" w:cs="Tahoma"/>
          <w:rtl/>
        </w:rPr>
        <w:t xml:space="preserve"> از دفاع از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دست کش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و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ممکن ساخت. اگر هدف اعلام‌شده حفظ ارتش و فرماندهانش بود، اعدام بس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امرا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آن پس از انقلاب نشان داد اطم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نان‌ها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داده‌شده 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چ</w:t>
      </w:r>
      <w:r w:rsidRPr="004F6B0C">
        <w:rPr>
          <w:rFonts w:ascii="Tahoma" w:hAnsi="Tahoma" w:cs="Tahoma"/>
          <w:rtl/>
        </w:rPr>
        <w:t xml:space="preserve"> ضمان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نداشتند.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اعدام</w:t>
      </w:r>
      <w:r w:rsidRPr="004F6B0C">
        <w:rPr>
          <w:rFonts w:ascii="Tahoma" w:hAnsi="Tahoma" w:cs="Tahoma"/>
          <w:rtl/>
        </w:rPr>
        <w:t xml:space="preserve"> فرماندهان به‌تنها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ثابت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کند</w:t>
      </w:r>
      <w:r w:rsidRPr="004F6B0C">
        <w:rPr>
          <w:rFonts w:ascii="Tahoma" w:hAnsi="Tahoma" w:cs="Tahoma"/>
          <w:rtl/>
        </w:rPr>
        <w:t xml:space="preserve"> 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زر</w:t>
      </w:r>
      <w:r w:rsidRPr="004F6B0C">
        <w:rPr>
          <w:rFonts w:ascii="Tahoma" w:hAnsi="Tahoma" w:cs="Tahoma"/>
          <w:rtl/>
        </w:rPr>
        <w:t xml:space="preserve"> از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کشتن آنان برنامه‌ر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کرده بود؛ اما 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اعتبار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روا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سادهٔ «حفظ ارتش» را آشکار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سازد</w:t>
      </w:r>
      <w:r w:rsidRPr="004F6B0C">
        <w:rPr>
          <w:rFonts w:ascii="Tahoma" w:hAnsi="Tahoma" w:cs="Tahoma"/>
          <w:rtl/>
        </w:rPr>
        <w:t>. ارتش از دفاع از دولت بازداشته شد، 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حکومت تازه خود را در برابر کسان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که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راه را گشوده بودند متعهد ندانست.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از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منظر،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«چلب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»</w:t>
      </w:r>
      <w:r w:rsidRPr="004F6B0C">
        <w:rPr>
          <w:rFonts w:ascii="Tahoma" w:hAnsi="Tahoma" w:cs="Tahoma"/>
          <w:rtl/>
        </w:rPr>
        <w:t xml:space="preserve"> بود. او برخلاف احمد چلب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بدون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گاه</w:t>
      </w:r>
      <w:r w:rsidRPr="004F6B0C">
        <w:rPr>
          <w:rFonts w:ascii="Tahoma" w:hAnsi="Tahoma" w:cs="Tahoma"/>
          <w:rtl/>
        </w:rPr>
        <w:t xml:space="preserve"> داخل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بر تانک ارتش خارج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وارد کشور نشد. شبکه‌ا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گسترده در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ران</w:t>
      </w:r>
      <w:r w:rsidRPr="004F6B0C">
        <w:rPr>
          <w:rFonts w:ascii="Tahoma" w:hAnsi="Tahoma" w:cs="Tahoma"/>
          <w:rtl/>
        </w:rPr>
        <w:t xml:space="preserve"> داشت و نارضا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مردم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واقع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بود. اما انتقالش به فرانسه، سازمان‌ده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ابراه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همراهانش، پوشش رسانه‌ها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غرب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تما</w:t>
      </w:r>
      <w:r w:rsidRPr="004F6B0C">
        <w:rPr>
          <w:rFonts w:ascii="Tahoma" w:hAnsi="Tahoma" w:cs="Tahoma" w:hint="eastAsia"/>
          <w:rtl/>
        </w:rPr>
        <w:t>س‌ها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دولت کارتر،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 xml:space="preserve"> گوادالوپ و خنث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کردن</w:t>
      </w:r>
      <w:r w:rsidRPr="004F6B0C">
        <w:rPr>
          <w:rFonts w:ascii="Tahoma" w:hAnsi="Tahoma" w:cs="Tahoma"/>
          <w:rtl/>
        </w:rPr>
        <w:t xml:space="preserve"> ارتش به دست 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زر،</w:t>
      </w:r>
      <w:r w:rsidRPr="004F6B0C">
        <w:rPr>
          <w:rFonts w:ascii="Tahoma" w:hAnsi="Tahoma" w:cs="Tahoma"/>
          <w:rtl/>
        </w:rPr>
        <w:t xml:space="preserve"> راه او را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تصاحب قدرت هموار کردند.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نارضا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عموم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رهبر و مقصد مع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ندارد. مردم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توانند</w:t>
      </w:r>
      <w:r w:rsidRPr="004F6B0C">
        <w:rPr>
          <w:rFonts w:ascii="Tahoma" w:hAnsi="Tahoma" w:cs="Tahoma"/>
          <w:rtl/>
        </w:rPr>
        <w:t xml:space="preserve"> از وضع موجود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زار</w:t>
      </w:r>
      <w:r w:rsidRPr="004F6B0C">
        <w:rPr>
          <w:rFonts w:ascii="Tahoma" w:hAnsi="Tahoma" w:cs="Tahoma"/>
          <w:rtl/>
        </w:rPr>
        <w:t xml:space="preserve"> باشند، ب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آنکه</w:t>
      </w:r>
      <w:r w:rsidRPr="004F6B0C">
        <w:rPr>
          <w:rFonts w:ascii="Tahoma" w:hAnsi="Tahoma" w:cs="Tahoma"/>
          <w:rtl/>
        </w:rPr>
        <w:t xml:space="preserve"> دربارهٔ جانش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آن توافق کرده باشند. شاه همهٔ جانش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نان</w:t>
      </w:r>
      <w:r w:rsidRPr="004F6B0C">
        <w:rPr>
          <w:rFonts w:ascii="Tahoma" w:hAnsi="Tahoma" w:cs="Tahoma"/>
          <w:rtl/>
        </w:rPr>
        <w:t xml:space="preserve"> سکولار را ضع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ف</w:t>
      </w:r>
      <w:r w:rsidRPr="004F6B0C">
        <w:rPr>
          <w:rFonts w:ascii="Tahoma" w:hAnsi="Tahoma" w:cs="Tahoma"/>
          <w:rtl/>
        </w:rPr>
        <w:t xml:space="preserve"> کرده بود و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خارج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در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آلترنات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وها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باق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مانده</w:t>
      </w:r>
      <w:r w:rsidRPr="004F6B0C">
        <w:rPr>
          <w:rFonts w:ascii="Tahoma" w:hAnsi="Tahoma" w:cs="Tahoma"/>
          <w:rtl/>
        </w:rPr>
        <w:t xml:space="preserve"> با سازمان‌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افته‌تر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و ضدکمون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ست‌تر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آنها وارد گفت‌وگو شدند. 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ن‌سان،</w:t>
      </w:r>
      <w:r w:rsidRPr="004F6B0C">
        <w:rPr>
          <w:rFonts w:ascii="Tahoma" w:hAnsi="Tahoma" w:cs="Tahoma"/>
          <w:rtl/>
        </w:rPr>
        <w:t xml:space="preserve">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در رأس جنبش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قرار گرفت که همهٔ شرکت‌کنندگانش خواهان حکومت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نبودند.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شاپور</w:t>
      </w:r>
      <w:r w:rsidRPr="004F6B0C">
        <w:rPr>
          <w:rFonts w:ascii="Tahoma" w:hAnsi="Tahoma" w:cs="Tahoma"/>
          <w:rtl/>
        </w:rPr>
        <w:t xml:space="preserve"> بخت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آخر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امکان گذار قانون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سکولار بود. برنامهٔ او انحلال ساواک، آزاد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مطبوعات، آزاد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زندان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ان،</w:t>
      </w:r>
      <w:r w:rsidRPr="004F6B0C">
        <w:rPr>
          <w:rFonts w:ascii="Tahoma" w:hAnsi="Tahoma" w:cs="Tahoma"/>
          <w:rtl/>
        </w:rPr>
        <w:t xml:space="preserve"> انتخابات آزاد و بازگرداندن سلطنت به حدود قانون اساس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دربر داشت. اما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سکولار به‌جا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حما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از او،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</w:t>
      </w:r>
      <w:r w:rsidRPr="004F6B0C">
        <w:rPr>
          <w:rFonts w:ascii="Tahoma" w:hAnsi="Tahoma" w:cs="Tahoma"/>
          <w:rtl/>
        </w:rPr>
        <w:t xml:space="preserve"> داشتند از موج انقلاب جدا شوند و در کنار شاه قرار 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رند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آنان</w:t>
      </w:r>
      <w:r w:rsidRPr="004F6B0C">
        <w:rPr>
          <w:rFonts w:ascii="Tahoma" w:hAnsi="Tahoma" w:cs="Tahoma"/>
          <w:rtl/>
        </w:rPr>
        <w:t xml:space="preserve"> گمان کردند ابتدا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توان</w:t>
      </w:r>
      <w:r w:rsidRPr="004F6B0C">
        <w:rPr>
          <w:rFonts w:ascii="Tahoma" w:hAnsi="Tahoma" w:cs="Tahoma"/>
          <w:rtl/>
        </w:rPr>
        <w:t xml:space="preserve"> با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سلطنت را برانداخت و سپس دربارهٔ حکومت آ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نده</w:t>
      </w:r>
      <w:r w:rsidRPr="004F6B0C">
        <w:rPr>
          <w:rFonts w:ascii="Tahoma" w:hAnsi="Tahoma" w:cs="Tahoma"/>
          <w:rtl/>
        </w:rPr>
        <w:t xml:space="preserve"> رقابت کرد. اما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نکاران</w:t>
      </w:r>
      <w:r w:rsidRPr="004F6B0C">
        <w:rPr>
          <w:rFonts w:ascii="Tahoma" w:hAnsi="Tahoma" w:cs="Tahoma"/>
          <w:rtl/>
        </w:rPr>
        <w:t xml:space="preserve"> شبکه، رهبر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منابع مال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توان بس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ج</w:t>
      </w:r>
      <w:r w:rsidRPr="004F6B0C">
        <w:rPr>
          <w:rFonts w:ascii="Tahoma" w:hAnsi="Tahoma" w:cs="Tahoma"/>
          <w:rtl/>
        </w:rPr>
        <w:t xml:space="preserve"> داشتند و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سکولار از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ابزارها محروم بودند. ائتلاف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که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سقوط شاه ساخته شده بود، از آغاز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شر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eastAsia"/>
          <w:rtl/>
        </w:rPr>
        <w:t>برابر</w:t>
      </w:r>
      <w:r w:rsidRPr="004F6B0C">
        <w:rPr>
          <w:rFonts w:ascii="Tahoma" w:hAnsi="Tahoma" w:cs="Tahoma"/>
          <w:rtl/>
        </w:rPr>
        <w:t xml:space="preserve"> شکل نگرفته بود.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پس</w:t>
      </w:r>
      <w:r w:rsidRPr="004F6B0C">
        <w:rPr>
          <w:rFonts w:ascii="Tahoma" w:hAnsi="Tahoma" w:cs="Tahoma"/>
          <w:rtl/>
        </w:rPr>
        <w:t xml:space="preserve"> از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مهد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بازرگان و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ـ مذهب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وظ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فهٔ</w:t>
      </w:r>
      <w:r w:rsidRPr="004F6B0C">
        <w:rPr>
          <w:rFonts w:ascii="Tahoma" w:hAnsi="Tahoma" w:cs="Tahoma"/>
          <w:rtl/>
        </w:rPr>
        <w:t xml:space="preserve"> انتقال دستگاه کشوردار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برعهده گرفتند. آنان زبان قانون، تخصص و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انه‌رو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به حکومت تازه دادند و به جامعه و جهان اطم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نان</w:t>
      </w:r>
      <w:r w:rsidRPr="004F6B0C">
        <w:rPr>
          <w:rFonts w:ascii="Tahoma" w:hAnsi="Tahoma" w:cs="Tahoma"/>
          <w:rtl/>
        </w:rPr>
        <w:t xml:space="preserve"> بخش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دند</w:t>
      </w:r>
      <w:r w:rsidRPr="004F6B0C">
        <w:rPr>
          <w:rFonts w:ascii="Tahoma" w:hAnsi="Tahoma" w:cs="Tahoma"/>
          <w:rtl/>
        </w:rPr>
        <w:t>. اما قدرت واقع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در شورا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انقلاب، کم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ته‌ها،</w:t>
      </w:r>
      <w:r w:rsidRPr="004F6B0C">
        <w:rPr>
          <w:rFonts w:ascii="Tahoma" w:hAnsi="Tahoma" w:cs="Tahoma"/>
          <w:rtl/>
        </w:rPr>
        <w:t xml:space="preserve"> دادگاه‌ها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انقلاب و شبکهٔ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نکاران</w:t>
      </w:r>
      <w:r w:rsidRPr="004F6B0C">
        <w:rPr>
          <w:rFonts w:ascii="Tahoma" w:hAnsi="Tahoma" w:cs="Tahoma"/>
          <w:rtl/>
        </w:rPr>
        <w:t xml:space="preserve"> قرار داشت.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دولت</w:t>
      </w:r>
      <w:r w:rsidRPr="004F6B0C">
        <w:rPr>
          <w:rFonts w:ascii="Tahoma" w:hAnsi="Tahoma" w:cs="Tahoma"/>
          <w:rtl/>
        </w:rPr>
        <w:t xml:space="preserve"> موقت مسئول بود، 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نداشت. بازرگان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کشور را اداره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کرد،</w:t>
      </w:r>
      <w:r w:rsidRPr="004F6B0C">
        <w:rPr>
          <w:rFonts w:ascii="Tahoma" w:hAnsi="Tahoma" w:cs="Tahoma"/>
          <w:rtl/>
        </w:rPr>
        <w:t xml:space="preserve"> اما حاکمان شرع حکم اعدام صادر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کردند،</w:t>
      </w:r>
      <w:r w:rsidRPr="004F6B0C">
        <w:rPr>
          <w:rFonts w:ascii="Tahoma" w:hAnsi="Tahoma" w:cs="Tahoma"/>
          <w:rtl/>
        </w:rPr>
        <w:t xml:space="preserve"> کم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ته‌ها</w:t>
      </w:r>
      <w:r w:rsidRPr="004F6B0C">
        <w:rPr>
          <w:rFonts w:ascii="Tahoma" w:hAnsi="Tahoma" w:cs="Tahoma"/>
          <w:rtl/>
        </w:rPr>
        <w:t xml:space="preserve"> دست به بازداشت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زدند</w:t>
      </w:r>
      <w:r w:rsidRPr="004F6B0C">
        <w:rPr>
          <w:rFonts w:ascii="Tahoma" w:hAnsi="Tahoma" w:cs="Tahoma"/>
          <w:rtl/>
        </w:rPr>
        <w:t xml:space="preserve"> و شورا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انقلاب تصم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م‌ها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اصل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گرفت</w:t>
      </w:r>
      <w:r w:rsidRPr="004F6B0C">
        <w:rPr>
          <w:rFonts w:ascii="Tahoma" w:hAnsi="Tahoma" w:cs="Tahoma"/>
          <w:rtl/>
        </w:rPr>
        <w:t>.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بار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جدا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</w:t>
      </w:r>
      <w:r w:rsidRPr="004F6B0C">
        <w:rPr>
          <w:rFonts w:ascii="Tahoma" w:hAnsi="Tahoma" w:cs="Tahoma"/>
          <w:rtl/>
        </w:rPr>
        <w:t xml:space="preserve"> و مسئول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به سود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عمل کرد که پاسخ‌گو</w:t>
      </w:r>
      <w:r w:rsidRPr="004F6B0C">
        <w:rPr>
          <w:rFonts w:ascii="Tahoma" w:hAnsi="Tahoma" w:cs="Tahoma" w:hint="cs"/>
          <w:rtl/>
        </w:rPr>
        <w:t>یی</w:t>
      </w:r>
      <w:r w:rsidRPr="004F6B0C">
        <w:rPr>
          <w:rFonts w:ascii="Tahoma" w:hAnsi="Tahoma" w:cs="Tahoma"/>
          <w:rtl/>
        </w:rPr>
        <w:t xml:space="preserve"> را نم</w:t>
      </w:r>
      <w:r w:rsidRPr="004F6B0C">
        <w:rPr>
          <w:rFonts w:ascii="Tahoma" w:hAnsi="Tahoma" w:cs="Tahoma" w:hint="cs"/>
          <w:rtl/>
        </w:rPr>
        <w:t>ی‌</w:t>
      </w:r>
      <w:r w:rsidRPr="004F6B0C">
        <w:rPr>
          <w:rFonts w:ascii="Tahoma" w:hAnsi="Tahoma" w:cs="Tahoma" w:hint="eastAsia"/>
          <w:rtl/>
        </w:rPr>
        <w:t>پذ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رفت</w:t>
      </w:r>
      <w:r w:rsidRPr="004F6B0C">
        <w:rPr>
          <w:rFonts w:ascii="Tahoma" w:hAnsi="Tahoma" w:cs="Tahoma"/>
          <w:rtl/>
        </w:rPr>
        <w:t>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نکاران</w:t>
      </w:r>
      <w:r w:rsidRPr="004F6B0C">
        <w:rPr>
          <w:rFonts w:ascii="Tahoma" w:hAnsi="Tahoma" w:cs="Tahoma"/>
          <w:rtl/>
        </w:rPr>
        <w:t xml:space="preserve"> سپس قانون اساس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تازه را به‌گونه‌ا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ساختند که قدرتشان موقت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باق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نماند. ولا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/>
          <w:rtl/>
        </w:rPr>
        <w:t xml:space="preserve"> فق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ه</w:t>
      </w:r>
      <w:r w:rsidRPr="004F6B0C">
        <w:rPr>
          <w:rFonts w:ascii="Tahoma" w:hAnsi="Tahoma" w:cs="Tahoma"/>
          <w:rtl/>
        </w:rPr>
        <w:t xml:space="preserve"> در رأس نظام قرار گرفت، شورا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نگهبان بر مجلس مسلط شد، سپاه در کنار ارتش پد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آمد و دادگاه‌ها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انقلاب در کنار دادگستر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باق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ماندند.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در</w:t>
      </w:r>
      <w:r w:rsidRPr="004F6B0C">
        <w:rPr>
          <w:rFonts w:ascii="Tahoma" w:hAnsi="Tahoma" w:cs="Tahoma"/>
          <w:rtl/>
        </w:rPr>
        <w:t xml:space="preserve"> مشروطهٔ مشروعه،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نکاران</w:t>
      </w:r>
      <w:r w:rsidRPr="004F6B0C">
        <w:rPr>
          <w:rFonts w:ascii="Tahoma" w:hAnsi="Tahoma" w:cs="Tahoma"/>
          <w:rtl/>
        </w:rPr>
        <w:t xml:space="preserve"> خواهان نظارت بر قانون بودند. در جمهور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اسلام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،</w:t>
      </w:r>
      <w:r w:rsidRPr="004F6B0C">
        <w:rPr>
          <w:rFonts w:ascii="Tahoma" w:hAnsi="Tahoma" w:cs="Tahoma"/>
          <w:rtl/>
        </w:rPr>
        <w:t xml:space="preserve"> نظارت را به حکومت تبد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ل</w:t>
      </w:r>
      <w:r w:rsidRPr="004F6B0C">
        <w:rPr>
          <w:rFonts w:ascii="Tahoma" w:hAnsi="Tahoma" w:cs="Tahoma"/>
          <w:rtl/>
        </w:rPr>
        <w:t xml:space="preserve"> کردند. شاه از 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رفت، اما جا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گاه</w:t>
      </w:r>
      <w:r w:rsidRPr="004F6B0C">
        <w:rPr>
          <w:rFonts w:ascii="Tahoma" w:hAnsi="Tahoma" w:cs="Tahoma"/>
          <w:rtl/>
        </w:rPr>
        <w:t xml:space="preserve"> برتر او ته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نماند؛ 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فق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ه</w:t>
      </w:r>
      <w:r w:rsidRPr="004F6B0C">
        <w:rPr>
          <w:rFonts w:ascii="Tahoma" w:hAnsi="Tahoma" w:cs="Tahoma"/>
          <w:rtl/>
        </w:rPr>
        <w:t xml:space="preserve"> بخش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اخت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ارات</w:t>
      </w:r>
      <w:r w:rsidRPr="004F6B0C">
        <w:rPr>
          <w:rFonts w:ascii="Tahoma" w:hAnsi="Tahoma" w:cs="Tahoma"/>
          <w:rtl/>
        </w:rPr>
        <w:t xml:space="preserve"> تاج را با حقان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و فراتر از رأ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متغ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مردم تصاحب کرد.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گروگان‌گ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سفارت آمر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کا</w:t>
      </w:r>
      <w:r w:rsidRPr="004F6B0C">
        <w:rPr>
          <w:rFonts w:ascii="Tahoma" w:hAnsi="Tahoma" w:cs="Tahoma"/>
          <w:rtl/>
        </w:rPr>
        <w:t xml:space="preserve"> آخر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مانع را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ز</w:t>
      </w:r>
      <w:r w:rsidRPr="004F6B0C">
        <w:rPr>
          <w:rFonts w:ascii="Tahoma" w:hAnsi="Tahoma" w:cs="Tahoma"/>
          <w:rtl/>
        </w:rPr>
        <w:t xml:space="preserve"> از سر راه برداشت. دولت بازرگان استعفا کرد،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روها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ـ مذهب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از مرکز قدرت کنار رفتند و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نکاران</w:t>
      </w:r>
      <w:r w:rsidRPr="004F6B0C">
        <w:rPr>
          <w:rFonts w:ascii="Tahoma" w:hAnsi="Tahoma" w:cs="Tahoma"/>
          <w:rtl/>
        </w:rPr>
        <w:t xml:space="preserve"> توانستند به نام مبارزه با آمر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کا،</w:t>
      </w:r>
      <w:r w:rsidRPr="004F6B0C">
        <w:rPr>
          <w:rFonts w:ascii="Tahoma" w:hAnsi="Tahoma" w:cs="Tahoma"/>
          <w:rtl/>
        </w:rPr>
        <w:t xml:space="preserve"> مخالفان داخل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را به وابستگ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متهم کنند. خم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حادثه را «انقلاب دوم» نام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د؛</w:t>
      </w:r>
      <w:r w:rsidRPr="004F6B0C">
        <w:rPr>
          <w:rFonts w:ascii="Tahoma" w:hAnsi="Tahoma" w:cs="Tahoma"/>
          <w:rtl/>
        </w:rPr>
        <w:t xml:space="preserve"> 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را</w:t>
      </w:r>
      <w:r w:rsidRPr="004F6B0C">
        <w:rPr>
          <w:rFonts w:ascii="Tahoma" w:hAnsi="Tahoma" w:cs="Tahoma"/>
          <w:rtl/>
        </w:rPr>
        <w:t xml:space="preserve"> در عمل، تصرف کامل قدرت را ممکن ساخت.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بد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ن‌سان،</w:t>
      </w:r>
      <w:r w:rsidRPr="004F6B0C">
        <w:rPr>
          <w:rFonts w:ascii="Tahoma" w:hAnsi="Tahoma" w:cs="Tahoma"/>
          <w:rtl/>
        </w:rPr>
        <w:t xml:space="preserve"> انقلاب </w:t>
      </w:r>
      <w:r w:rsidRPr="004F6B0C">
        <w:rPr>
          <w:rFonts w:ascii="Tahoma" w:hAnsi="Tahoma" w:cs="Tahoma"/>
          <w:rtl/>
          <w:lang w:bidi="fa-IR"/>
        </w:rPr>
        <w:t>۱۳۵۷</w:t>
      </w:r>
      <w:r w:rsidRPr="004F6B0C">
        <w:rPr>
          <w:rFonts w:ascii="Tahoma" w:hAnsi="Tahoma" w:cs="Tahoma"/>
          <w:rtl/>
        </w:rPr>
        <w:t xml:space="preserve"> قدرت را از شاه به ملت منتقل نکرد. قدرت از تاج به عمامه انتقال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افت</w:t>
      </w:r>
      <w:r w:rsidRPr="004F6B0C">
        <w:rPr>
          <w:rFonts w:ascii="Tahoma" w:hAnsi="Tahoma" w:cs="Tahoma"/>
          <w:rtl/>
        </w:rPr>
        <w:t>. استبداد منور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گرفت، اما جا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خود را به سکولار دموکراس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نداد. حکومت تازه استبداد را نه به نام پ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شرفت</w:t>
      </w:r>
      <w:r w:rsidRPr="004F6B0C">
        <w:rPr>
          <w:rFonts w:ascii="Tahoma" w:hAnsi="Tahoma" w:cs="Tahoma"/>
          <w:rtl/>
        </w:rPr>
        <w:t xml:space="preserve"> و تمدن، بلکه به نام خدا، شر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عت،</w:t>
      </w:r>
      <w:r w:rsidRPr="004F6B0C">
        <w:rPr>
          <w:rFonts w:ascii="Tahoma" w:hAnsi="Tahoma" w:cs="Tahoma"/>
          <w:rtl/>
        </w:rPr>
        <w:t xml:space="preserve"> مستضعفان و انقلاب بازساز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کرد.</w:t>
      </w:r>
    </w:p>
    <w:p w:rsidR="004F6B0C" w:rsidRPr="004F6B0C" w:rsidRDefault="004F6B0C" w:rsidP="004F6B0C">
      <w:pPr>
        <w:bidi/>
        <w:spacing w:after="0" w:line="360" w:lineRule="auto"/>
        <w:ind w:firstLine="720"/>
        <w:rPr>
          <w:rFonts w:ascii="Tahoma" w:hAnsi="Tahoma" w:cs="Tahoma"/>
        </w:rPr>
      </w:pPr>
      <w:r w:rsidRPr="004F6B0C">
        <w:rPr>
          <w:rFonts w:ascii="Tahoma" w:hAnsi="Tahoma" w:cs="Tahoma" w:hint="eastAsia"/>
          <w:rtl/>
        </w:rPr>
        <w:t>دا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ره</w:t>
      </w:r>
      <w:r w:rsidRPr="004F6B0C">
        <w:rPr>
          <w:rFonts w:ascii="Tahoma" w:hAnsi="Tahoma" w:cs="Tahoma"/>
          <w:rtl/>
        </w:rPr>
        <w:t xml:space="preserve"> بسته شده بود. مشروطه‌خواهان اول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ه</w:t>
      </w:r>
      <w:r w:rsidRPr="004F6B0C">
        <w:rPr>
          <w:rFonts w:ascii="Tahoma" w:hAnsi="Tahoma" w:cs="Tahoma"/>
          <w:rtl/>
        </w:rPr>
        <w:t xml:space="preserve"> کوش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ده</w:t>
      </w:r>
      <w:r w:rsidRPr="004F6B0C">
        <w:rPr>
          <w:rFonts w:ascii="Tahoma" w:hAnsi="Tahoma" w:cs="Tahoma"/>
          <w:rtl/>
        </w:rPr>
        <w:t xml:space="preserve"> بودند ملت را از ز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</w:t>
      </w:r>
      <w:r w:rsidRPr="004F6B0C">
        <w:rPr>
          <w:rFonts w:ascii="Tahoma" w:hAnsi="Tahoma" w:cs="Tahoma"/>
          <w:rtl/>
        </w:rPr>
        <w:t xml:space="preserve"> فرمان تاج و شر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عت</w:t>
      </w:r>
      <w:r w:rsidRPr="004F6B0C">
        <w:rPr>
          <w:rFonts w:ascii="Tahoma" w:hAnsi="Tahoma" w:cs="Tahoma"/>
          <w:rtl/>
        </w:rPr>
        <w:t xml:space="preserve"> ب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رون</w:t>
      </w:r>
      <w:r w:rsidRPr="004F6B0C">
        <w:rPr>
          <w:rFonts w:ascii="Tahoma" w:hAnsi="Tahoma" w:cs="Tahoma"/>
          <w:rtl/>
        </w:rPr>
        <w:t xml:space="preserve"> آورند. سازش مشروطهٔ مشروعه، تاج و شر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عت</w:t>
      </w:r>
      <w:r w:rsidRPr="004F6B0C">
        <w:rPr>
          <w:rFonts w:ascii="Tahoma" w:hAnsi="Tahoma" w:cs="Tahoma"/>
          <w:rtl/>
        </w:rPr>
        <w:t xml:space="preserve"> را در کنار ملت حفظ کرد. دو بار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نظام نزد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/>
          <w:rtl/>
        </w:rPr>
        <w:t xml:space="preserve"> به دوازده سال به آزما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ش</w:t>
      </w:r>
      <w:r w:rsidRPr="004F6B0C">
        <w:rPr>
          <w:rFonts w:ascii="Tahoma" w:hAnsi="Tahoma" w:cs="Tahoma"/>
          <w:rtl/>
        </w:rPr>
        <w:t xml:space="preserve"> گذاشته شد و هر دو بار به مستبد منور انجام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>. دوم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مستب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منور سقوط کرد و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بار شر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عت</w:t>
      </w:r>
      <w:r w:rsidRPr="004F6B0C">
        <w:rPr>
          <w:rFonts w:ascii="Tahoma" w:hAnsi="Tahoma" w:cs="Tahoma"/>
          <w:rtl/>
        </w:rPr>
        <w:t xml:space="preserve"> تاج را کنار زد و خود بر فراز ملت قرار گرفت.</w:t>
      </w:r>
    </w:p>
    <w:p w:rsidR="004E77D4" w:rsidRPr="00104586" w:rsidRDefault="004F6B0C" w:rsidP="004F6B0C">
      <w:pPr>
        <w:bidi/>
        <w:spacing w:after="0" w:line="360" w:lineRule="auto"/>
        <w:ind w:firstLine="720"/>
        <w:rPr>
          <w:rFonts w:ascii="Tahoma" w:hAnsi="Tahoma" w:cs="Tahoma"/>
          <w:rtl/>
        </w:rPr>
      </w:pPr>
      <w:r w:rsidRPr="004F6B0C">
        <w:rPr>
          <w:rFonts w:ascii="Tahoma" w:hAnsi="Tahoma" w:cs="Tahoma" w:hint="eastAsia"/>
          <w:rtl/>
        </w:rPr>
        <w:t>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کتاب، پا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ان</w:t>
      </w:r>
      <w:r w:rsidRPr="004F6B0C">
        <w:rPr>
          <w:rFonts w:ascii="Tahoma" w:hAnsi="Tahoma" w:cs="Tahoma"/>
          <w:rtl/>
        </w:rPr>
        <w:t xml:space="preserve"> پرسش ما 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ست</w:t>
      </w:r>
      <w:r w:rsidRPr="004F6B0C">
        <w:rPr>
          <w:rFonts w:ascii="Tahoma" w:hAnsi="Tahoma" w:cs="Tahoma"/>
          <w:rtl/>
        </w:rPr>
        <w:t>. برا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فهم 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نکه</w:t>
      </w:r>
      <w:r w:rsidRPr="004F6B0C">
        <w:rPr>
          <w:rFonts w:ascii="Tahoma" w:hAnsi="Tahoma" w:cs="Tahoma"/>
          <w:rtl/>
        </w:rPr>
        <w:t xml:space="preserve"> چرا قانون اساس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مشروطه چن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ساختمان متناقض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افت،</w:t>
      </w:r>
      <w:r w:rsidRPr="004F6B0C">
        <w:rPr>
          <w:rFonts w:ascii="Tahoma" w:hAnsi="Tahoma" w:cs="Tahoma"/>
          <w:rtl/>
        </w:rPr>
        <w:t xml:space="preserve"> چرا روشنفکران سکولار و دموکرات ناچار به سازش با 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نکاران</w:t>
      </w:r>
      <w:r w:rsidRPr="004F6B0C">
        <w:rPr>
          <w:rFonts w:ascii="Tahoma" w:hAnsi="Tahoma" w:cs="Tahoma"/>
          <w:rtl/>
        </w:rPr>
        <w:t xml:space="preserve"> شدند، چرا نخست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ن</w:t>
      </w:r>
      <w:r w:rsidRPr="004F6B0C">
        <w:rPr>
          <w:rFonts w:ascii="Tahoma" w:hAnsi="Tahoma" w:cs="Tahoma"/>
          <w:rtl/>
        </w:rPr>
        <w:t xml:space="preserve"> دورهٔ اجرا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قانون کشور را به آشفتگ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 کشاند و چگونه نظر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هٔ</w:t>
      </w:r>
      <w:r w:rsidRPr="004F6B0C">
        <w:rPr>
          <w:rFonts w:ascii="Tahoma" w:hAnsi="Tahoma" w:cs="Tahoma"/>
          <w:rtl/>
        </w:rPr>
        <w:t xml:space="preserve"> مستبد منور پد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د</w:t>
      </w:r>
      <w:r w:rsidRPr="004F6B0C">
        <w:rPr>
          <w:rFonts w:ascii="Tahoma" w:hAnsi="Tahoma" w:cs="Tahoma"/>
          <w:rtl/>
        </w:rPr>
        <w:t xml:space="preserve"> آمد، با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/>
          <w:rtl/>
        </w:rPr>
        <w:t xml:space="preserve">د </w:t>
      </w:r>
      <w:r w:rsidRPr="004F6B0C">
        <w:rPr>
          <w:rFonts w:ascii="Tahoma" w:hAnsi="Tahoma" w:cs="Tahoma" w:hint="cs"/>
          <w:rtl/>
        </w:rPr>
        <w:t>ی</w:t>
      </w:r>
      <w:r w:rsidRPr="004F6B0C">
        <w:rPr>
          <w:rFonts w:ascii="Tahoma" w:hAnsi="Tahoma" w:cs="Tahoma" w:hint="eastAsia"/>
          <w:rtl/>
        </w:rPr>
        <w:t>ک</w:t>
      </w:r>
      <w:r w:rsidRPr="004F6B0C">
        <w:rPr>
          <w:rFonts w:ascii="Tahoma" w:hAnsi="Tahoma" w:cs="Tahoma"/>
          <w:rtl/>
        </w:rPr>
        <w:t xml:space="preserve"> مرحله به گذشته بازگشت.</w:t>
      </w:r>
    </w:p>
    <w:sectPr w:rsidR="004E77D4" w:rsidRPr="00104586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490" w:rsidRDefault="005F0490" w:rsidP="00234252">
      <w:pPr>
        <w:spacing w:after="0" w:line="240" w:lineRule="auto"/>
      </w:pPr>
      <w:r>
        <w:separator/>
      </w:r>
    </w:p>
  </w:endnote>
  <w:endnote w:type="continuationSeparator" w:id="0">
    <w:p w:rsidR="005F0490" w:rsidRDefault="005F0490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32375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43684" w:rsidRDefault="00E436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04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43684" w:rsidRDefault="00E436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490" w:rsidRDefault="005F0490" w:rsidP="00234252">
      <w:pPr>
        <w:spacing w:after="0" w:line="240" w:lineRule="auto"/>
      </w:pPr>
      <w:r>
        <w:separator/>
      </w:r>
    </w:p>
  </w:footnote>
  <w:footnote w:type="continuationSeparator" w:id="0">
    <w:p w:rsidR="005F0490" w:rsidRDefault="005F0490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DC660E2"/>
    <w:multiLevelType w:val="multilevel"/>
    <w:tmpl w:val="1076E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8"/>
  </w:num>
  <w:num w:numId="3">
    <w:abstractNumId w:val="14"/>
  </w:num>
  <w:num w:numId="4">
    <w:abstractNumId w:val="11"/>
  </w:num>
  <w:num w:numId="5">
    <w:abstractNumId w:val="13"/>
  </w:num>
  <w:num w:numId="6">
    <w:abstractNumId w:val="16"/>
  </w:num>
  <w:num w:numId="7">
    <w:abstractNumId w:val="10"/>
  </w:num>
  <w:num w:numId="8">
    <w:abstractNumId w:val="15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5"/>
  </w:num>
  <w:num w:numId="14">
    <w:abstractNumId w:val="4"/>
  </w:num>
  <w:num w:numId="15">
    <w:abstractNumId w:val="7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586"/>
    <w:rsid w:val="0010463A"/>
    <w:rsid w:val="00122B9B"/>
    <w:rsid w:val="00126998"/>
    <w:rsid w:val="00163ADF"/>
    <w:rsid w:val="001645D1"/>
    <w:rsid w:val="00183428"/>
    <w:rsid w:val="00192B6E"/>
    <w:rsid w:val="00227EEC"/>
    <w:rsid w:val="00234252"/>
    <w:rsid w:val="00252ADB"/>
    <w:rsid w:val="00263097"/>
    <w:rsid w:val="00264D7B"/>
    <w:rsid w:val="002A608C"/>
    <w:rsid w:val="002D00B4"/>
    <w:rsid w:val="002E0611"/>
    <w:rsid w:val="002F7685"/>
    <w:rsid w:val="003134F9"/>
    <w:rsid w:val="0032040C"/>
    <w:rsid w:val="0034600D"/>
    <w:rsid w:val="00381F37"/>
    <w:rsid w:val="00390A84"/>
    <w:rsid w:val="00392B22"/>
    <w:rsid w:val="003D0FB8"/>
    <w:rsid w:val="003E124E"/>
    <w:rsid w:val="003E646E"/>
    <w:rsid w:val="00411085"/>
    <w:rsid w:val="00412A18"/>
    <w:rsid w:val="00425A37"/>
    <w:rsid w:val="00493501"/>
    <w:rsid w:val="00493843"/>
    <w:rsid w:val="004B640C"/>
    <w:rsid w:val="004C405E"/>
    <w:rsid w:val="004D736E"/>
    <w:rsid w:val="004E2C5E"/>
    <w:rsid w:val="004E4848"/>
    <w:rsid w:val="004E77D4"/>
    <w:rsid w:val="004F1617"/>
    <w:rsid w:val="004F6B0C"/>
    <w:rsid w:val="005054F0"/>
    <w:rsid w:val="00591D85"/>
    <w:rsid w:val="00593A00"/>
    <w:rsid w:val="005A42B8"/>
    <w:rsid w:val="005A62B3"/>
    <w:rsid w:val="005F0490"/>
    <w:rsid w:val="005F775A"/>
    <w:rsid w:val="006179EA"/>
    <w:rsid w:val="0064050D"/>
    <w:rsid w:val="00654494"/>
    <w:rsid w:val="006D340F"/>
    <w:rsid w:val="006E21CA"/>
    <w:rsid w:val="006E56B6"/>
    <w:rsid w:val="00724502"/>
    <w:rsid w:val="007246B0"/>
    <w:rsid w:val="00747E05"/>
    <w:rsid w:val="007579CE"/>
    <w:rsid w:val="007A0C62"/>
    <w:rsid w:val="007B604F"/>
    <w:rsid w:val="00837739"/>
    <w:rsid w:val="00850C04"/>
    <w:rsid w:val="00865426"/>
    <w:rsid w:val="008F19C0"/>
    <w:rsid w:val="0097135E"/>
    <w:rsid w:val="0098446D"/>
    <w:rsid w:val="009B7EE7"/>
    <w:rsid w:val="009D1EE9"/>
    <w:rsid w:val="00A00B8A"/>
    <w:rsid w:val="00A10D80"/>
    <w:rsid w:val="00A441B4"/>
    <w:rsid w:val="00A500F7"/>
    <w:rsid w:val="00A763A1"/>
    <w:rsid w:val="00A76F10"/>
    <w:rsid w:val="00A85508"/>
    <w:rsid w:val="00A96327"/>
    <w:rsid w:val="00B33786"/>
    <w:rsid w:val="00B76206"/>
    <w:rsid w:val="00C07526"/>
    <w:rsid w:val="00C17B3A"/>
    <w:rsid w:val="00CB088F"/>
    <w:rsid w:val="00CC75F9"/>
    <w:rsid w:val="00CD2B08"/>
    <w:rsid w:val="00CF2D67"/>
    <w:rsid w:val="00D9353D"/>
    <w:rsid w:val="00E07569"/>
    <w:rsid w:val="00E43684"/>
    <w:rsid w:val="00E96242"/>
    <w:rsid w:val="00ED25BB"/>
    <w:rsid w:val="00EF1C4B"/>
    <w:rsid w:val="00EF2CFD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B08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B08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B08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B0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B0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CD2B08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CD2B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D2B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B08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D2B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CD2B08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D2B08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CD2B08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CD2B08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CD2B08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D2B08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CD2B08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CD2B08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CD2B08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CD2B08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CD2B08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CD2B08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CD2B08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CD2B08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CD2B08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CD2B08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CD2B08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CD2B08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CD2B0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CD2B08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CD2B08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CD2B08"/>
    <w:rPr>
      <w:rFonts w:ascii="Tahoma" w:eastAsia="Tahoma" w:hAnsi="Tahoma" w:cs="Tahoma"/>
      <w:i/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B08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B08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CD2B0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D2B0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D2B0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D2B0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D2B0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2B08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CD2B0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B08"/>
    <w:pPr>
      <w:keepNext/>
      <w:keepLines/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1045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B08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B08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B08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B0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B0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CD2B08"/>
    <w:pPr>
      <w:spacing w:after="0" w:line="240" w:lineRule="auto"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rsid w:val="00CD2B0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D2B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B08"/>
    <w:pPr>
      <w:numPr>
        <w:ilvl w:val="1"/>
      </w:numPr>
      <w:spacing w:after="0" w:line="36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D2B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CD2B08"/>
    <w:pPr>
      <w:spacing w:after="120" w:line="360" w:lineRule="auto"/>
    </w:pPr>
    <w:rPr>
      <w:rFonts w:ascii="Tahoma" w:eastAsia="Tahoma" w:hAnsi="Tahoma" w:cs="Tahoma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D2B08"/>
    <w:rPr>
      <w:rFonts w:ascii="Tahoma" w:eastAsia="Tahoma" w:hAnsi="Tahoma" w:cs="Tahoma"/>
      <w:sz w:val="24"/>
    </w:rPr>
  </w:style>
  <w:style w:type="paragraph" w:styleId="BodyText2">
    <w:name w:val="Body Text 2"/>
    <w:basedOn w:val="Normal"/>
    <w:link w:val="BodyText2Char"/>
    <w:uiPriority w:val="99"/>
    <w:unhideWhenUsed/>
    <w:rsid w:val="00CD2B08"/>
    <w:pPr>
      <w:spacing w:after="120" w:line="480" w:lineRule="auto"/>
    </w:pPr>
    <w:rPr>
      <w:rFonts w:ascii="Tahoma" w:eastAsia="Tahoma" w:hAnsi="Tahoma" w:cs="Tahoma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CD2B08"/>
    <w:rPr>
      <w:rFonts w:ascii="Tahoma" w:eastAsia="Tahoma" w:hAnsi="Tahoma" w:cs="Tahoma"/>
      <w:sz w:val="24"/>
    </w:rPr>
  </w:style>
  <w:style w:type="paragraph" w:styleId="BodyText3">
    <w:name w:val="Body Text 3"/>
    <w:basedOn w:val="Normal"/>
    <w:link w:val="BodyText3Char"/>
    <w:uiPriority w:val="99"/>
    <w:unhideWhenUsed/>
    <w:rsid w:val="00CD2B08"/>
    <w:pPr>
      <w:spacing w:after="120" w:line="360" w:lineRule="auto"/>
    </w:pPr>
    <w:rPr>
      <w:rFonts w:ascii="Tahoma" w:eastAsia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D2B08"/>
    <w:rPr>
      <w:rFonts w:ascii="Tahoma" w:eastAsia="Tahoma" w:hAnsi="Tahoma" w:cs="Tahoma"/>
      <w:sz w:val="16"/>
      <w:szCs w:val="16"/>
    </w:rPr>
  </w:style>
  <w:style w:type="paragraph" w:styleId="List">
    <w:name w:val="List"/>
    <w:basedOn w:val="Normal"/>
    <w:uiPriority w:val="99"/>
    <w:unhideWhenUsed/>
    <w:rsid w:val="00CD2B08"/>
    <w:pPr>
      <w:spacing w:after="0" w:line="360" w:lineRule="auto"/>
      <w:ind w:left="360" w:hanging="360"/>
      <w:contextualSpacing/>
    </w:pPr>
    <w:rPr>
      <w:rFonts w:ascii="Tahoma" w:eastAsia="Tahoma" w:hAnsi="Tahoma" w:cs="Tahoma"/>
      <w:sz w:val="24"/>
    </w:rPr>
  </w:style>
  <w:style w:type="paragraph" w:styleId="List2">
    <w:name w:val="List 2"/>
    <w:basedOn w:val="Normal"/>
    <w:uiPriority w:val="99"/>
    <w:unhideWhenUsed/>
    <w:rsid w:val="00CD2B08"/>
    <w:pPr>
      <w:spacing w:after="0" w:line="360" w:lineRule="auto"/>
      <w:ind w:left="720" w:hanging="360"/>
      <w:contextualSpacing/>
    </w:pPr>
    <w:rPr>
      <w:rFonts w:ascii="Tahoma" w:eastAsia="Tahoma" w:hAnsi="Tahoma" w:cs="Tahoma"/>
      <w:sz w:val="24"/>
    </w:rPr>
  </w:style>
  <w:style w:type="paragraph" w:styleId="List3">
    <w:name w:val="List 3"/>
    <w:basedOn w:val="Normal"/>
    <w:uiPriority w:val="99"/>
    <w:unhideWhenUsed/>
    <w:rsid w:val="00CD2B08"/>
    <w:pPr>
      <w:spacing w:after="0" w:line="360" w:lineRule="auto"/>
      <w:ind w:left="1080" w:hanging="360"/>
      <w:contextualSpacing/>
    </w:pPr>
    <w:rPr>
      <w:rFonts w:ascii="Tahoma" w:eastAsia="Tahoma" w:hAnsi="Tahoma" w:cs="Tahoma"/>
      <w:sz w:val="24"/>
    </w:rPr>
  </w:style>
  <w:style w:type="paragraph" w:styleId="ListBullet">
    <w:name w:val="List Bullet"/>
    <w:basedOn w:val="Normal"/>
    <w:uiPriority w:val="99"/>
    <w:unhideWhenUsed/>
    <w:rsid w:val="00CD2B08"/>
    <w:pPr>
      <w:numPr>
        <w:numId w:val="11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2">
    <w:name w:val="List Bullet 2"/>
    <w:basedOn w:val="Normal"/>
    <w:uiPriority w:val="99"/>
    <w:unhideWhenUsed/>
    <w:rsid w:val="00CD2B08"/>
    <w:pPr>
      <w:numPr>
        <w:numId w:val="12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Bullet3">
    <w:name w:val="List Bullet 3"/>
    <w:basedOn w:val="Normal"/>
    <w:uiPriority w:val="99"/>
    <w:unhideWhenUsed/>
    <w:rsid w:val="00CD2B08"/>
    <w:pPr>
      <w:numPr>
        <w:numId w:val="13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">
    <w:name w:val="List Number"/>
    <w:basedOn w:val="Normal"/>
    <w:uiPriority w:val="99"/>
    <w:unhideWhenUsed/>
    <w:rsid w:val="00CD2B08"/>
    <w:pPr>
      <w:numPr>
        <w:numId w:val="15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2">
    <w:name w:val="List Number 2"/>
    <w:basedOn w:val="Normal"/>
    <w:uiPriority w:val="99"/>
    <w:unhideWhenUsed/>
    <w:rsid w:val="00CD2B08"/>
    <w:pPr>
      <w:numPr>
        <w:numId w:val="16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Number3">
    <w:name w:val="List Number 3"/>
    <w:basedOn w:val="Normal"/>
    <w:uiPriority w:val="99"/>
    <w:unhideWhenUsed/>
    <w:rsid w:val="00CD2B08"/>
    <w:pPr>
      <w:numPr>
        <w:numId w:val="17"/>
      </w:numPr>
      <w:spacing w:after="0" w:line="360" w:lineRule="auto"/>
      <w:contextualSpacing/>
    </w:pPr>
    <w:rPr>
      <w:rFonts w:ascii="Tahoma" w:eastAsia="Tahoma" w:hAnsi="Tahoma" w:cs="Tahoma"/>
      <w:sz w:val="24"/>
    </w:rPr>
  </w:style>
  <w:style w:type="paragraph" w:styleId="ListContinue">
    <w:name w:val="List Continue"/>
    <w:basedOn w:val="Normal"/>
    <w:uiPriority w:val="99"/>
    <w:unhideWhenUsed/>
    <w:rsid w:val="00CD2B08"/>
    <w:pPr>
      <w:spacing w:after="120" w:line="360" w:lineRule="auto"/>
      <w:ind w:left="360"/>
      <w:contextualSpacing/>
    </w:pPr>
    <w:rPr>
      <w:rFonts w:ascii="Tahoma" w:eastAsia="Tahoma" w:hAnsi="Tahoma" w:cs="Tahoma"/>
      <w:sz w:val="24"/>
    </w:rPr>
  </w:style>
  <w:style w:type="paragraph" w:styleId="ListContinue2">
    <w:name w:val="List Continue 2"/>
    <w:basedOn w:val="Normal"/>
    <w:uiPriority w:val="99"/>
    <w:unhideWhenUsed/>
    <w:rsid w:val="00CD2B08"/>
    <w:pPr>
      <w:spacing w:after="120" w:line="360" w:lineRule="auto"/>
      <w:ind w:left="720"/>
      <w:contextualSpacing/>
    </w:pPr>
    <w:rPr>
      <w:rFonts w:ascii="Tahoma" w:eastAsia="Tahoma" w:hAnsi="Tahoma" w:cs="Tahoma"/>
      <w:sz w:val="24"/>
    </w:rPr>
  </w:style>
  <w:style w:type="paragraph" w:styleId="ListContinue3">
    <w:name w:val="List Continue 3"/>
    <w:basedOn w:val="Normal"/>
    <w:uiPriority w:val="99"/>
    <w:unhideWhenUsed/>
    <w:rsid w:val="00CD2B08"/>
    <w:pPr>
      <w:spacing w:after="120" w:line="360" w:lineRule="auto"/>
      <w:ind w:left="1080"/>
      <w:contextualSpacing/>
    </w:pPr>
    <w:rPr>
      <w:rFonts w:ascii="Tahoma" w:eastAsia="Tahoma" w:hAnsi="Tahoma" w:cs="Tahoma"/>
      <w:sz w:val="24"/>
    </w:rPr>
  </w:style>
  <w:style w:type="paragraph" w:styleId="MacroText">
    <w:name w:val="macro"/>
    <w:link w:val="MacroTextChar"/>
    <w:uiPriority w:val="99"/>
    <w:unhideWhenUsed/>
    <w:rsid w:val="00CD2B0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Theme="minorEastAsia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CD2B08"/>
    <w:rPr>
      <w:rFonts w:ascii="Courier" w:eastAsiaTheme="minorEastAsia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CD2B08"/>
    <w:pPr>
      <w:spacing w:after="0" w:line="360" w:lineRule="auto"/>
    </w:pPr>
    <w:rPr>
      <w:rFonts w:ascii="Tahoma" w:eastAsia="Tahoma" w:hAnsi="Tahoma" w:cs="Tahoma"/>
      <w:i/>
      <w:iCs/>
      <w:color w:val="000000" w:themeColor="tex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CD2B08"/>
    <w:rPr>
      <w:rFonts w:ascii="Tahoma" w:eastAsia="Tahoma" w:hAnsi="Tahoma" w:cs="Tahoma"/>
      <w:i/>
      <w:iCs/>
      <w:color w:val="000000" w:themeColor="tex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B08"/>
    <w:pPr>
      <w:pBdr>
        <w:bottom w:val="single" w:sz="4" w:space="4" w:color="4F81BD" w:themeColor="accent1"/>
      </w:pBdr>
      <w:spacing w:before="200" w:after="280" w:line="360" w:lineRule="auto"/>
      <w:ind w:left="936" w:right="936"/>
    </w:pPr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B08"/>
    <w:rPr>
      <w:rFonts w:ascii="Tahoma" w:eastAsia="Tahoma" w:hAnsi="Tahoma" w:cs="Tahoma"/>
      <w:b/>
      <w:bCs/>
      <w:i/>
      <w:iCs/>
      <w:color w:val="4F81BD" w:themeColor="accent1"/>
      <w:sz w:val="24"/>
    </w:rPr>
  </w:style>
  <w:style w:type="character" w:styleId="SubtleEmphasis">
    <w:name w:val="Subtle Emphasis"/>
    <w:basedOn w:val="DefaultParagraphFont"/>
    <w:uiPriority w:val="19"/>
    <w:qFormat/>
    <w:rsid w:val="00CD2B0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D2B0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D2B0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D2B0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D2B0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2B08"/>
    <w:pPr>
      <w:keepNext/>
      <w:keepLines/>
      <w:spacing w:before="480" w:beforeAutospacing="0" w:after="0" w:afterAutospacing="0" w:line="360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styleId="TableGrid">
    <w:name w:val="Table Grid"/>
    <w:basedOn w:val="TableNormal"/>
    <w:uiPriority w:val="59"/>
    <w:rsid w:val="00CD2B0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17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93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03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9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098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6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72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80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8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1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986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2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46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43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200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29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78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7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9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02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85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0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22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121</Pages>
  <Words>43918</Words>
  <Characters>250333</Characters>
  <Application>Microsoft Office Word</Application>
  <DocSecurity>0</DocSecurity>
  <Lines>2086</Lines>
  <Paragraphs>587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16</cp:revision>
  <dcterms:created xsi:type="dcterms:W3CDTF">2026-07-31T14:52:00Z</dcterms:created>
  <dcterms:modified xsi:type="dcterms:W3CDTF">2026-08-10T19:34:00Z</dcterms:modified>
</cp:coreProperties>
</file>