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124E" w:rsidRDefault="006E609F" w:rsidP="00D1286D">
      <w:pPr>
        <w:bidi/>
        <w:spacing w:line="240" w:lineRule="auto"/>
        <w:jc w:val="center"/>
        <w:rPr>
          <w:rFonts w:asciiTheme="majorBidi" w:hAnsiTheme="majorBidi" w:cstheme="majorBidi" w:hint="cs"/>
          <w:b/>
          <w:bCs/>
          <w:sz w:val="36"/>
          <w:szCs w:val="36"/>
          <w:rtl/>
        </w:rPr>
      </w:pPr>
      <w:r>
        <w:rPr>
          <w:rFonts w:asciiTheme="majorBidi" w:hAnsiTheme="majorBidi" w:cstheme="majorBidi" w:hint="cs"/>
          <w:b/>
          <w:bCs/>
          <w:sz w:val="36"/>
          <w:szCs w:val="36"/>
          <w:rtl/>
        </w:rPr>
        <w:t xml:space="preserve">کشورداری ایرانی </w:t>
      </w:r>
    </w:p>
    <w:p w:rsidR="00D1286D" w:rsidRDefault="00D1286D" w:rsidP="00D1286D">
      <w:pPr>
        <w:bidi/>
        <w:spacing w:line="240" w:lineRule="auto"/>
        <w:jc w:val="center"/>
        <w:rPr>
          <w:rFonts w:asciiTheme="majorBidi" w:hAnsiTheme="majorBidi" w:cstheme="majorBidi" w:hint="cs"/>
          <w:b/>
          <w:bCs/>
          <w:sz w:val="36"/>
          <w:szCs w:val="36"/>
          <w:rtl/>
        </w:rPr>
      </w:pPr>
    </w:p>
    <w:p w:rsidR="00D1286D" w:rsidRDefault="00D1286D" w:rsidP="00D1286D">
      <w:pPr>
        <w:bidi/>
        <w:spacing w:line="240" w:lineRule="auto"/>
        <w:jc w:val="center"/>
        <w:rPr>
          <w:rFonts w:asciiTheme="majorBidi" w:hAnsiTheme="majorBidi" w:cstheme="majorBidi" w:hint="cs"/>
          <w:b/>
          <w:bCs/>
          <w:sz w:val="36"/>
          <w:szCs w:val="36"/>
          <w:rtl/>
        </w:rPr>
      </w:pPr>
    </w:p>
    <w:p w:rsidR="00D1286D" w:rsidRDefault="00D1286D" w:rsidP="00D1286D">
      <w:pPr>
        <w:bidi/>
        <w:spacing w:line="240" w:lineRule="auto"/>
        <w:jc w:val="center"/>
        <w:rPr>
          <w:rFonts w:asciiTheme="majorBidi" w:hAnsiTheme="majorBidi" w:cstheme="majorBidi"/>
          <w:b/>
          <w:bCs/>
          <w:sz w:val="36"/>
          <w:szCs w:val="36"/>
          <w:rtl/>
        </w:rPr>
      </w:pPr>
    </w:p>
    <w:p w:rsidR="006E609F" w:rsidRDefault="006E609F" w:rsidP="006E609F">
      <w:pPr>
        <w:bidi/>
        <w:spacing w:line="240" w:lineRule="auto"/>
        <w:jc w:val="center"/>
        <w:rPr>
          <w:rFonts w:asciiTheme="majorBidi" w:hAnsiTheme="majorBidi" w:cstheme="majorBidi"/>
          <w:b/>
          <w:bCs/>
          <w:sz w:val="36"/>
          <w:szCs w:val="36"/>
          <w:rtl/>
        </w:rPr>
      </w:pPr>
    </w:p>
    <w:p w:rsidR="006E609F" w:rsidRDefault="00D1286D" w:rsidP="00D1286D">
      <w:pPr>
        <w:bidi/>
        <w:spacing w:line="240" w:lineRule="auto"/>
        <w:jc w:val="center"/>
        <w:rPr>
          <w:rFonts w:asciiTheme="majorBidi" w:hAnsiTheme="majorBidi" w:cstheme="majorBidi" w:hint="cs"/>
          <w:b/>
          <w:bCs/>
          <w:sz w:val="36"/>
          <w:szCs w:val="36"/>
          <w:rtl/>
          <w:lang w:bidi="fa-IR"/>
        </w:rPr>
      </w:pPr>
      <w:r w:rsidRPr="00381F37">
        <w:rPr>
          <w:rFonts w:asciiTheme="majorBidi" w:hAnsiTheme="majorBidi" w:cstheme="majorBidi"/>
          <w:b/>
          <w:bCs/>
          <w:sz w:val="36"/>
          <w:szCs w:val="36"/>
          <w:rtl/>
        </w:rPr>
        <w:t xml:space="preserve">جلد </w:t>
      </w:r>
      <w:r>
        <w:rPr>
          <w:rFonts w:asciiTheme="majorBidi" w:hAnsiTheme="majorBidi" w:cstheme="majorBidi" w:hint="cs"/>
          <w:b/>
          <w:bCs/>
          <w:sz w:val="36"/>
          <w:szCs w:val="36"/>
          <w:rtl/>
          <w:lang w:bidi="fa-IR"/>
        </w:rPr>
        <w:t>پنجم</w:t>
      </w:r>
    </w:p>
    <w:p w:rsidR="006E609F" w:rsidRPr="001E143F" w:rsidRDefault="001E143F" w:rsidP="006E609F">
      <w:pPr>
        <w:bidi/>
        <w:spacing w:line="240" w:lineRule="auto"/>
        <w:jc w:val="center"/>
        <w:rPr>
          <w:b/>
          <w:bCs/>
          <w:sz w:val="36"/>
          <w:szCs w:val="36"/>
          <w:rtl/>
        </w:rPr>
      </w:pPr>
      <w:r w:rsidRPr="001E143F">
        <w:rPr>
          <w:b/>
          <w:bCs/>
          <w:sz w:val="36"/>
          <w:szCs w:val="36"/>
          <w:rtl/>
        </w:rPr>
        <w:t>صفویان و رسمی</w:t>
      </w:r>
      <w:r>
        <w:rPr>
          <w:rFonts w:hint="cs"/>
          <w:b/>
          <w:bCs/>
          <w:sz w:val="36"/>
          <w:szCs w:val="36"/>
          <w:rtl/>
        </w:rPr>
        <w:t xml:space="preserve"> </w:t>
      </w:r>
      <w:r w:rsidRPr="001E143F">
        <w:rPr>
          <w:b/>
          <w:bCs/>
          <w:sz w:val="36"/>
          <w:szCs w:val="36"/>
          <w:rtl/>
        </w:rPr>
        <w:t>‌شدن تشیع دوازده‌امامی</w:t>
      </w:r>
    </w:p>
    <w:p w:rsidR="001E143F" w:rsidRDefault="001E143F" w:rsidP="001E143F">
      <w:pPr>
        <w:bidi/>
        <w:spacing w:line="240" w:lineRule="auto"/>
        <w:jc w:val="center"/>
        <w:rPr>
          <w:rFonts w:asciiTheme="majorBidi" w:hAnsiTheme="majorBidi" w:cstheme="majorBidi" w:hint="cs"/>
          <w:b/>
          <w:bCs/>
          <w:sz w:val="36"/>
          <w:szCs w:val="36"/>
          <w:rtl/>
        </w:rPr>
      </w:pPr>
    </w:p>
    <w:p w:rsidR="00D1286D" w:rsidRDefault="00D1286D" w:rsidP="00D1286D">
      <w:pPr>
        <w:bidi/>
        <w:spacing w:line="240" w:lineRule="auto"/>
        <w:jc w:val="center"/>
        <w:rPr>
          <w:rFonts w:asciiTheme="majorBidi" w:hAnsiTheme="majorBidi" w:cstheme="majorBidi" w:hint="cs"/>
          <w:b/>
          <w:bCs/>
          <w:sz w:val="36"/>
          <w:szCs w:val="36"/>
          <w:rtl/>
        </w:rPr>
      </w:pPr>
    </w:p>
    <w:p w:rsidR="00D1286D" w:rsidRDefault="00D1286D" w:rsidP="00D1286D">
      <w:pPr>
        <w:bidi/>
        <w:spacing w:line="240" w:lineRule="auto"/>
        <w:jc w:val="center"/>
        <w:rPr>
          <w:rFonts w:asciiTheme="majorBidi" w:hAnsiTheme="majorBidi" w:cstheme="majorBidi"/>
          <w:b/>
          <w:bCs/>
          <w:sz w:val="36"/>
          <w:szCs w:val="36"/>
          <w:rtl/>
        </w:rPr>
      </w:pPr>
    </w:p>
    <w:p w:rsidR="006E609F" w:rsidRDefault="006E609F" w:rsidP="006E609F">
      <w:pPr>
        <w:bidi/>
        <w:spacing w:line="240" w:lineRule="auto"/>
        <w:jc w:val="center"/>
        <w:rPr>
          <w:rFonts w:asciiTheme="majorBidi" w:hAnsiTheme="majorBidi" w:cstheme="majorBidi"/>
          <w:b/>
          <w:bCs/>
          <w:sz w:val="36"/>
          <w:szCs w:val="36"/>
          <w:rtl/>
        </w:rPr>
      </w:pPr>
      <w:r>
        <w:rPr>
          <w:rFonts w:asciiTheme="majorBidi" w:hAnsiTheme="majorBidi" w:cstheme="majorBidi" w:hint="cs"/>
          <w:b/>
          <w:bCs/>
          <w:sz w:val="36"/>
          <w:szCs w:val="36"/>
          <w:rtl/>
        </w:rPr>
        <w:t>اسماعیل نوری علا</w:t>
      </w:r>
    </w:p>
    <w:p w:rsidR="006E609F" w:rsidRDefault="006E609F" w:rsidP="006E609F">
      <w:pPr>
        <w:bidi/>
        <w:spacing w:line="240" w:lineRule="auto"/>
        <w:jc w:val="center"/>
        <w:rPr>
          <w:rFonts w:asciiTheme="majorBidi" w:hAnsiTheme="majorBidi" w:cstheme="majorBidi"/>
          <w:b/>
          <w:bCs/>
          <w:sz w:val="36"/>
          <w:szCs w:val="36"/>
          <w:rtl/>
        </w:rPr>
      </w:pPr>
    </w:p>
    <w:p w:rsidR="006E609F" w:rsidRDefault="006E609F">
      <w:pPr>
        <w:rPr>
          <w:rFonts w:ascii="Tahoma" w:hAnsi="Tahoma" w:cs="Tahoma"/>
          <w:rtl/>
        </w:rPr>
      </w:pPr>
      <w:r>
        <w:rPr>
          <w:rFonts w:ascii="Tahoma" w:hAnsi="Tahoma" w:cs="Tahoma"/>
          <w:rtl/>
        </w:rPr>
        <w:br w:type="page"/>
      </w:r>
    </w:p>
    <w:p w:rsidR="006E609F" w:rsidRPr="006E609F" w:rsidRDefault="006E609F" w:rsidP="006E609F">
      <w:pPr>
        <w:bidi/>
        <w:spacing w:after="0" w:line="360" w:lineRule="auto"/>
        <w:jc w:val="center"/>
        <w:rPr>
          <w:rFonts w:asciiTheme="majorBidi" w:hAnsiTheme="majorBidi" w:cstheme="majorBidi"/>
          <w:b/>
          <w:bCs/>
          <w:sz w:val="36"/>
          <w:szCs w:val="36"/>
          <w:rtl/>
          <w:lang w:bidi="fa-IR"/>
        </w:rPr>
      </w:pPr>
      <w:r w:rsidRPr="006E609F">
        <w:rPr>
          <w:rFonts w:asciiTheme="majorBidi" w:hAnsiTheme="majorBidi" w:cstheme="majorBidi"/>
          <w:b/>
          <w:bCs/>
          <w:sz w:val="36"/>
          <w:szCs w:val="36"/>
          <w:rtl/>
          <w:lang w:bidi="fa-IR"/>
        </w:rPr>
        <w:lastRenderedPageBreak/>
        <w:t>فهرست</w:t>
      </w:r>
    </w:p>
    <w:p w:rsidR="003E124E" w:rsidRDefault="00754FF1" w:rsidP="006E609F">
      <w:pPr>
        <w:bidi/>
        <w:spacing w:after="0" w:line="360" w:lineRule="auto"/>
        <w:rPr>
          <w:rFonts w:ascii="Tahoma" w:hAnsi="Tahoma" w:cs="Tahoma"/>
          <w:rtl/>
        </w:rPr>
      </w:pPr>
      <w:hyperlink w:anchor="Vol1Chapter00" w:history="1">
        <w:r w:rsidR="003E124E" w:rsidRPr="00233BD8">
          <w:rPr>
            <w:rStyle w:val="Hyperlink"/>
            <w:rFonts w:ascii="Tahoma" w:hAnsi="Tahoma" w:cs="Tahoma" w:hint="cs"/>
            <w:rtl/>
          </w:rPr>
          <w:t>پیشگفتار</w:t>
        </w:r>
      </w:hyperlink>
    </w:p>
    <w:p w:rsidR="00D1286D" w:rsidRPr="00D1286D" w:rsidRDefault="00D1286D" w:rsidP="00535490">
      <w:pPr>
        <w:bidi/>
        <w:spacing w:after="0" w:line="360" w:lineRule="auto"/>
        <w:rPr>
          <w:rFonts w:ascii="Tahoma" w:hAnsi="Tahoma" w:cs="Tahoma"/>
          <w:rtl/>
        </w:rPr>
      </w:pPr>
      <w:hyperlink w:anchor="Vol15Preface" w:history="1">
        <w:r w:rsidRPr="00D1286D">
          <w:rPr>
            <w:rStyle w:val="Hyperlink"/>
            <w:rFonts w:ascii="Tahoma" w:hAnsi="Tahoma" w:cs="Tahoma" w:hint="cs"/>
            <w:rtl/>
          </w:rPr>
          <w:t>سرآ</w:t>
        </w:r>
        <w:r w:rsidRPr="00D1286D">
          <w:rPr>
            <w:rStyle w:val="Hyperlink"/>
            <w:rFonts w:ascii="Tahoma" w:hAnsi="Tahoma" w:cs="Tahoma" w:hint="cs"/>
            <w:rtl/>
          </w:rPr>
          <w:t>غ</w:t>
        </w:r>
        <w:r w:rsidRPr="00D1286D">
          <w:rPr>
            <w:rStyle w:val="Hyperlink"/>
            <w:rFonts w:ascii="Tahoma" w:hAnsi="Tahoma" w:cs="Tahoma" w:hint="cs"/>
            <w:rtl/>
          </w:rPr>
          <w:t>از</w:t>
        </w:r>
      </w:hyperlink>
    </w:p>
    <w:p w:rsidR="003E124E" w:rsidRDefault="00754FF1" w:rsidP="00D1286D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hyperlink w:anchor="Vol1Chapter01" w:history="1">
        <w:r w:rsidR="003E124E" w:rsidRPr="00233BD8">
          <w:rPr>
            <w:rStyle w:val="Hyperlink"/>
            <w:rFonts w:ascii="Tahoma" w:hAnsi="Tahoma" w:cs="Tahoma" w:hint="cs"/>
            <w:rtl/>
          </w:rPr>
          <w:t>فصل نخست</w:t>
        </w:r>
      </w:hyperlink>
      <w:r w:rsidR="004E2C5E">
        <w:rPr>
          <w:rFonts w:ascii="Tahoma" w:hAnsi="Tahoma" w:cs="Tahoma" w:hint="cs"/>
          <w:rtl/>
          <w:lang w:bidi="fa-IR"/>
        </w:rPr>
        <w:t xml:space="preserve">: </w:t>
      </w:r>
      <w:r w:rsidR="00233BD8" w:rsidRPr="00233BD8">
        <w:rPr>
          <w:rFonts w:ascii="Tahoma" w:hAnsi="Tahoma" w:cs="Tahoma"/>
          <w:rtl/>
          <w:lang w:bidi="fa-IR"/>
        </w:rPr>
        <w:t>ا</w:t>
      </w:r>
      <w:r w:rsidR="00233BD8" w:rsidRPr="00233BD8">
        <w:rPr>
          <w:rFonts w:ascii="Tahoma" w:hAnsi="Tahoma" w:cs="Tahoma" w:hint="cs"/>
          <w:rtl/>
          <w:lang w:bidi="fa-IR"/>
        </w:rPr>
        <w:t>ی</w:t>
      </w:r>
      <w:r w:rsidR="00233BD8" w:rsidRPr="00233BD8">
        <w:rPr>
          <w:rFonts w:ascii="Tahoma" w:hAnsi="Tahoma" w:cs="Tahoma" w:hint="eastAsia"/>
          <w:rtl/>
          <w:lang w:bidi="fa-IR"/>
        </w:rPr>
        <w:t>ران</w:t>
      </w:r>
      <w:r w:rsidR="00233BD8" w:rsidRPr="00233BD8">
        <w:rPr>
          <w:rFonts w:ascii="Tahoma" w:hAnsi="Tahoma" w:cs="Tahoma"/>
          <w:rtl/>
          <w:lang w:bidi="fa-IR"/>
        </w:rPr>
        <w:t xml:space="preserve"> در آستانهٔ صفو</w:t>
      </w:r>
      <w:r w:rsidR="00233BD8" w:rsidRPr="00233BD8">
        <w:rPr>
          <w:rFonts w:ascii="Tahoma" w:hAnsi="Tahoma" w:cs="Tahoma" w:hint="cs"/>
          <w:rtl/>
          <w:lang w:bidi="fa-IR"/>
        </w:rPr>
        <w:t>ی</w:t>
      </w:r>
      <w:r w:rsidR="00233BD8" w:rsidRPr="00233BD8">
        <w:rPr>
          <w:rFonts w:ascii="Tahoma" w:hAnsi="Tahoma" w:cs="Tahoma" w:hint="eastAsia"/>
          <w:rtl/>
          <w:lang w:bidi="fa-IR"/>
        </w:rPr>
        <w:t>ان؛</w:t>
      </w:r>
      <w:r w:rsidR="00233BD8" w:rsidRPr="00233BD8">
        <w:rPr>
          <w:rFonts w:ascii="Tahoma" w:hAnsi="Tahoma" w:cs="Tahoma"/>
          <w:rtl/>
          <w:lang w:bidi="fa-IR"/>
        </w:rPr>
        <w:t xml:space="preserve"> سرزم</w:t>
      </w:r>
      <w:r w:rsidR="00233BD8" w:rsidRPr="00233BD8">
        <w:rPr>
          <w:rFonts w:ascii="Tahoma" w:hAnsi="Tahoma" w:cs="Tahoma" w:hint="cs"/>
          <w:rtl/>
          <w:lang w:bidi="fa-IR"/>
        </w:rPr>
        <w:t>ی</w:t>
      </w:r>
      <w:r w:rsidR="00233BD8" w:rsidRPr="00233BD8">
        <w:rPr>
          <w:rFonts w:ascii="Tahoma" w:hAnsi="Tahoma" w:cs="Tahoma" w:hint="eastAsia"/>
          <w:rtl/>
          <w:lang w:bidi="fa-IR"/>
        </w:rPr>
        <w:t>ن</w:t>
      </w:r>
      <w:r w:rsidR="00233BD8" w:rsidRPr="00233BD8">
        <w:rPr>
          <w:rFonts w:ascii="Tahoma" w:hAnsi="Tahoma" w:cs="Tahoma" w:hint="cs"/>
          <w:rtl/>
          <w:lang w:bidi="fa-IR"/>
        </w:rPr>
        <w:t>ی</w:t>
      </w:r>
      <w:r w:rsidR="00233BD8" w:rsidRPr="00233BD8">
        <w:rPr>
          <w:rFonts w:ascii="Tahoma" w:hAnsi="Tahoma" w:cs="Tahoma"/>
          <w:rtl/>
          <w:lang w:bidi="fa-IR"/>
        </w:rPr>
        <w:t xml:space="preserve"> در م</w:t>
      </w:r>
      <w:r w:rsidR="00233BD8" w:rsidRPr="00233BD8">
        <w:rPr>
          <w:rFonts w:ascii="Tahoma" w:hAnsi="Tahoma" w:cs="Tahoma" w:hint="cs"/>
          <w:rtl/>
          <w:lang w:bidi="fa-IR"/>
        </w:rPr>
        <w:t>ی</w:t>
      </w:r>
      <w:r w:rsidR="00233BD8" w:rsidRPr="00233BD8">
        <w:rPr>
          <w:rFonts w:ascii="Tahoma" w:hAnsi="Tahoma" w:cs="Tahoma" w:hint="eastAsia"/>
          <w:rtl/>
          <w:lang w:bidi="fa-IR"/>
        </w:rPr>
        <w:t>ان</w:t>
      </w:r>
      <w:r w:rsidR="00233BD8" w:rsidRPr="00233BD8">
        <w:rPr>
          <w:rFonts w:ascii="Tahoma" w:hAnsi="Tahoma" w:cs="Tahoma"/>
          <w:rtl/>
          <w:lang w:bidi="fa-IR"/>
        </w:rPr>
        <w:t xml:space="preserve"> حکومت‌ها</w:t>
      </w:r>
      <w:r w:rsidR="00233BD8" w:rsidRPr="00233BD8">
        <w:rPr>
          <w:rFonts w:ascii="Tahoma" w:hAnsi="Tahoma" w:cs="Tahoma" w:hint="cs"/>
          <w:rtl/>
          <w:lang w:bidi="fa-IR"/>
        </w:rPr>
        <w:t>ی</w:t>
      </w:r>
      <w:r w:rsidR="00233BD8" w:rsidRPr="00233BD8">
        <w:rPr>
          <w:rFonts w:ascii="Tahoma" w:hAnsi="Tahoma" w:cs="Tahoma"/>
          <w:rtl/>
          <w:lang w:bidi="fa-IR"/>
        </w:rPr>
        <w:t xml:space="preserve"> رق</w:t>
      </w:r>
      <w:r w:rsidR="00233BD8" w:rsidRPr="00233BD8">
        <w:rPr>
          <w:rFonts w:ascii="Tahoma" w:hAnsi="Tahoma" w:cs="Tahoma" w:hint="cs"/>
          <w:rtl/>
          <w:lang w:bidi="fa-IR"/>
        </w:rPr>
        <w:t>ی</w:t>
      </w:r>
      <w:r w:rsidR="00233BD8" w:rsidRPr="00233BD8">
        <w:rPr>
          <w:rFonts w:ascii="Tahoma" w:hAnsi="Tahoma" w:cs="Tahoma" w:hint="eastAsia"/>
          <w:rtl/>
          <w:lang w:bidi="fa-IR"/>
        </w:rPr>
        <w:t>ب</w:t>
      </w:r>
    </w:p>
    <w:p w:rsidR="00535490" w:rsidRDefault="00754FF1" w:rsidP="00535490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hyperlink w:anchor="Vol1Chapter02" w:history="1">
        <w:r w:rsidR="004E2C5E" w:rsidRPr="00233BD8">
          <w:rPr>
            <w:rStyle w:val="Hyperlink"/>
            <w:rFonts w:ascii="Tahoma" w:hAnsi="Tahoma" w:cs="Tahoma" w:hint="cs"/>
            <w:rtl/>
            <w:lang w:bidi="fa-IR"/>
          </w:rPr>
          <w:t>فصل دوم</w:t>
        </w:r>
      </w:hyperlink>
      <w:r w:rsidR="004E2C5E">
        <w:rPr>
          <w:rFonts w:ascii="Tahoma" w:hAnsi="Tahoma" w:cs="Tahoma" w:hint="cs"/>
          <w:rtl/>
          <w:lang w:bidi="fa-IR"/>
        </w:rPr>
        <w:t xml:space="preserve">: </w:t>
      </w:r>
      <w:r w:rsidR="00233BD8" w:rsidRPr="00233BD8">
        <w:rPr>
          <w:rFonts w:ascii="Tahoma" w:hAnsi="Tahoma" w:cs="Tahoma"/>
          <w:rtl/>
          <w:lang w:bidi="fa-IR"/>
        </w:rPr>
        <w:t>از مرشد تا شاه؛ قزلباشان و فتح تبر</w:t>
      </w:r>
      <w:r w:rsidR="00233BD8" w:rsidRPr="00233BD8">
        <w:rPr>
          <w:rFonts w:ascii="Tahoma" w:hAnsi="Tahoma" w:cs="Tahoma" w:hint="cs"/>
          <w:rtl/>
          <w:lang w:bidi="fa-IR"/>
        </w:rPr>
        <w:t>ی</w:t>
      </w:r>
      <w:r w:rsidR="00233BD8" w:rsidRPr="00233BD8">
        <w:rPr>
          <w:rFonts w:ascii="Tahoma" w:hAnsi="Tahoma" w:cs="Tahoma" w:hint="eastAsia"/>
          <w:rtl/>
          <w:lang w:bidi="fa-IR"/>
        </w:rPr>
        <w:t>ز</w:t>
      </w:r>
    </w:p>
    <w:p w:rsidR="00CB088F" w:rsidRPr="0098446D" w:rsidRDefault="00754FF1" w:rsidP="00535490">
      <w:pPr>
        <w:bidi/>
        <w:spacing w:after="0" w:line="360" w:lineRule="auto"/>
        <w:rPr>
          <w:rFonts w:ascii="Tahoma" w:hAnsi="Tahoma" w:cs="Tahoma"/>
        </w:rPr>
      </w:pPr>
      <w:hyperlink w:anchor="Vol1Chapter03" w:history="1">
        <w:r w:rsidR="00591D85" w:rsidRPr="00B35040">
          <w:rPr>
            <w:rStyle w:val="Hyperlink"/>
            <w:rFonts w:ascii="Tahoma" w:hAnsi="Tahoma" w:cs="Tahoma" w:hint="cs"/>
            <w:rtl/>
          </w:rPr>
          <w:t>فصل سوم</w:t>
        </w:r>
      </w:hyperlink>
      <w:r w:rsidR="00591D85" w:rsidRPr="00535490">
        <w:rPr>
          <w:rFonts w:ascii="Tahoma" w:hAnsi="Tahoma" w:cs="Tahoma" w:hint="cs"/>
          <w:rtl/>
        </w:rPr>
        <w:t>:</w:t>
      </w:r>
      <w:r w:rsidR="00591D85">
        <w:rPr>
          <w:rFonts w:ascii="Tahoma" w:hAnsi="Tahoma" w:cs="Tahoma" w:hint="cs"/>
          <w:rtl/>
        </w:rPr>
        <w:t xml:space="preserve"> </w:t>
      </w:r>
      <w:r w:rsidR="00CB088F">
        <w:rPr>
          <w:rFonts w:ascii="Tahoma" w:hAnsi="Tahoma" w:cs="Tahoma" w:hint="cs"/>
          <w:rtl/>
        </w:rPr>
        <w:t xml:space="preserve"> </w:t>
      </w:r>
      <w:r w:rsidR="00B35040" w:rsidRPr="00B35040">
        <w:rPr>
          <w:rFonts w:ascii="Tahoma" w:hAnsi="Tahoma" w:cs="Tahoma"/>
          <w:rtl/>
        </w:rPr>
        <w:t>رسم</w:t>
      </w:r>
      <w:r w:rsidR="00B35040" w:rsidRPr="00B35040">
        <w:rPr>
          <w:rFonts w:ascii="Tahoma" w:hAnsi="Tahoma" w:cs="Tahoma" w:hint="cs"/>
          <w:rtl/>
        </w:rPr>
        <w:t>ی‌</w:t>
      </w:r>
      <w:r w:rsidR="00B35040" w:rsidRPr="00B35040">
        <w:rPr>
          <w:rFonts w:ascii="Tahoma" w:hAnsi="Tahoma" w:cs="Tahoma" w:hint="eastAsia"/>
          <w:rtl/>
        </w:rPr>
        <w:t>شدن</w:t>
      </w:r>
      <w:r w:rsidR="00B35040" w:rsidRPr="00B35040">
        <w:rPr>
          <w:rFonts w:ascii="Tahoma" w:hAnsi="Tahoma" w:cs="Tahoma"/>
          <w:rtl/>
        </w:rPr>
        <w:t xml:space="preserve"> تش</w:t>
      </w:r>
      <w:r w:rsidR="00B35040" w:rsidRPr="00B35040">
        <w:rPr>
          <w:rFonts w:ascii="Tahoma" w:hAnsi="Tahoma" w:cs="Tahoma" w:hint="cs"/>
          <w:rtl/>
        </w:rPr>
        <w:t>ی</w:t>
      </w:r>
      <w:r w:rsidR="00B35040" w:rsidRPr="00B35040">
        <w:rPr>
          <w:rFonts w:ascii="Tahoma" w:hAnsi="Tahoma" w:cs="Tahoma" w:hint="eastAsia"/>
          <w:rtl/>
        </w:rPr>
        <w:t>ع</w:t>
      </w:r>
      <w:r w:rsidR="00B35040" w:rsidRPr="00B35040">
        <w:rPr>
          <w:rFonts w:ascii="Tahoma" w:hAnsi="Tahoma" w:cs="Tahoma"/>
          <w:rtl/>
        </w:rPr>
        <w:t xml:space="preserve"> دوازده‌امام</w:t>
      </w:r>
      <w:r w:rsidR="00B35040" w:rsidRPr="00B35040">
        <w:rPr>
          <w:rFonts w:ascii="Tahoma" w:hAnsi="Tahoma" w:cs="Tahoma" w:hint="cs"/>
          <w:rtl/>
        </w:rPr>
        <w:t>ی</w:t>
      </w:r>
    </w:p>
    <w:p w:rsidR="00381F37" w:rsidRPr="003D0FB8" w:rsidRDefault="00754FF1" w:rsidP="00535490">
      <w:pPr>
        <w:bidi/>
        <w:spacing w:after="0" w:line="360" w:lineRule="auto"/>
        <w:rPr>
          <w:rFonts w:ascii="Tahoma" w:hAnsi="Tahoma" w:cs="Tahoma"/>
        </w:rPr>
      </w:pPr>
      <w:hyperlink w:anchor="Vol1Chapter04" w:history="1">
        <w:r w:rsidR="00CB088F" w:rsidRPr="00C9717E">
          <w:rPr>
            <w:rStyle w:val="Hyperlink"/>
            <w:rFonts w:ascii="Tahoma" w:hAnsi="Tahoma" w:cs="Tahoma" w:hint="cs"/>
            <w:rtl/>
          </w:rPr>
          <w:t>فصل چهارم</w:t>
        </w:r>
      </w:hyperlink>
      <w:r w:rsidR="00CB088F">
        <w:rPr>
          <w:rFonts w:ascii="Tahoma" w:hAnsi="Tahoma" w:cs="Tahoma" w:hint="cs"/>
          <w:rtl/>
        </w:rPr>
        <w:t xml:space="preserve">: </w:t>
      </w:r>
      <w:r w:rsidR="00C9717E" w:rsidRPr="00C9717E">
        <w:rPr>
          <w:rFonts w:ascii="Tahoma" w:hAnsi="Tahoma" w:cs="Tahoma"/>
          <w:rtl/>
        </w:rPr>
        <w:t>د</w:t>
      </w:r>
      <w:r w:rsidR="00C9717E" w:rsidRPr="00C9717E">
        <w:rPr>
          <w:rFonts w:ascii="Tahoma" w:hAnsi="Tahoma" w:cs="Tahoma" w:hint="cs"/>
          <w:rtl/>
        </w:rPr>
        <w:t>ی</w:t>
      </w:r>
      <w:r w:rsidR="00C9717E" w:rsidRPr="00C9717E">
        <w:rPr>
          <w:rFonts w:ascii="Tahoma" w:hAnsi="Tahoma" w:cs="Tahoma" w:hint="eastAsia"/>
          <w:rtl/>
        </w:rPr>
        <w:t>نکاران</w:t>
      </w:r>
      <w:r w:rsidR="00C9717E" w:rsidRPr="00C9717E">
        <w:rPr>
          <w:rFonts w:ascii="Tahoma" w:hAnsi="Tahoma" w:cs="Tahoma"/>
          <w:rtl/>
        </w:rPr>
        <w:t xml:space="preserve"> مهاجر؛ ساختن دانش</w:t>
      </w:r>
      <w:r w:rsidR="00C9717E" w:rsidRPr="00C9717E">
        <w:rPr>
          <w:rFonts w:ascii="Tahoma" w:hAnsi="Tahoma" w:cs="Tahoma" w:hint="cs"/>
          <w:rtl/>
        </w:rPr>
        <w:t>ی</w:t>
      </w:r>
      <w:r w:rsidR="00C9717E" w:rsidRPr="00C9717E">
        <w:rPr>
          <w:rFonts w:ascii="Tahoma" w:hAnsi="Tahoma" w:cs="Tahoma"/>
          <w:rtl/>
        </w:rPr>
        <w:t xml:space="preserve"> برا</w:t>
      </w:r>
      <w:r w:rsidR="00C9717E" w:rsidRPr="00C9717E">
        <w:rPr>
          <w:rFonts w:ascii="Tahoma" w:hAnsi="Tahoma" w:cs="Tahoma" w:hint="cs"/>
          <w:rtl/>
        </w:rPr>
        <w:t>ی</w:t>
      </w:r>
      <w:r w:rsidR="00C9717E" w:rsidRPr="00C9717E">
        <w:rPr>
          <w:rFonts w:ascii="Tahoma" w:hAnsi="Tahoma" w:cs="Tahoma"/>
          <w:rtl/>
        </w:rPr>
        <w:t xml:space="preserve"> مذهب رسم</w:t>
      </w:r>
      <w:r w:rsidR="00C9717E" w:rsidRPr="00C9717E">
        <w:rPr>
          <w:rFonts w:ascii="Tahoma" w:hAnsi="Tahoma" w:cs="Tahoma" w:hint="cs"/>
          <w:rtl/>
        </w:rPr>
        <w:t>ی</w:t>
      </w:r>
    </w:p>
    <w:p w:rsidR="003E124E" w:rsidRDefault="00754FF1" w:rsidP="00841F4D">
      <w:pPr>
        <w:bidi/>
        <w:spacing w:after="0" w:line="360" w:lineRule="auto"/>
        <w:rPr>
          <w:rFonts w:ascii="Tahoma" w:hAnsi="Tahoma" w:cs="Tahoma"/>
          <w:rtl/>
        </w:rPr>
      </w:pPr>
      <w:hyperlink w:anchor="Vol1Chapter05" w:history="1">
        <w:r w:rsidR="00381F37" w:rsidRPr="00841F4D">
          <w:rPr>
            <w:rStyle w:val="Hyperlink"/>
            <w:rFonts w:ascii="Tahoma" w:hAnsi="Tahoma" w:cs="Tahoma" w:hint="cs"/>
            <w:rtl/>
          </w:rPr>
          <w:t>فصل پنجم</w:t>
        </w:r>
      </w:hyperlink>
      <w:r w:rsidR="00381F37">
        <w:rPr>
          <w:rFonts w:ascii="Tahoma" w:hAnsi="Tahoma" w:cs="Tahoma" w:hint="cs"/>
          <w:rtl/>
        </w:rPr>
        <w:t xml:space="preserve">: </w:t>
      </w:r>
      <w:r w:rsidR="00841F4D" w:rsidRPr="00841F4D">
        <w:rPr>
          <w:rFonts w:ascii="Tahoma" w:hAnsi="Tahoma" w:cs="Tahoma"/>
          <w:rtl/>
        </w:rPr>
        <w:t>ساختن دستگاه د</w:t>
      </w:r>
      <w:r w:rsidR="00841F4D" w:rsidRPr="00841F4D">
        <w:rPr>
          <w:rFonts w:ascii="Tahoma" w:hAnsi="Tahoma" w:cs="Tahoma" w:hint="cs"/>
          <w:rtl/>
        </w:rPr>
        <w:t>ی</w:t>
      </w:r>
      <w:r w:rsidR="00841F4D" w:rsidRPr="00841F4D">
        <w:rPr>
          <w:rFonts w:ascii="Tahoma" w:hAnsi="Tahoma" w:cs="Tahoma" w:hint="eastAsia"/>
          <w:rtl/>
        </w:rPr>
        <w:t>ن</w:t>
      </w:r>
      <w:r w:rsidR="00841F4D" w:rsidRPr="00841F4D">
        <w:rPr>
          <w:rFonts w:ascii="Tahoma" w:hAnsi="Tahoma" w:cs="Tahoma" w:hint="cs"/>
          <w:rtl/>
        </w:rPr>
        <w:t>ی</w:t>
      </w:r>
      <w:r w:rsidR="00841F4D" w:rsidRPr="00841F4D">
        <w:rPr>
          <w:rFonts w:ascii="Tahoma" w:hAnsi="Tahoma" w:cs="Tahoma"/>
          <w:rtl/>
        </w:rPr>
        <w:t xml:space="preserve"> حکومت</w:t>
      </w:r>
    </w:p>
    <w:p w:rsidR="007B604F" w:rsidRDefault="00754FF1" w:rsidP="00535490">
      <w:pPr>
        <w:bidi/>
        <w:spacing w:after="0" w:line="360" w:lineRule="auto"/>
        <w:rPr>
          <w:rFonts w:ascii="Tahoma" w:hAnsi="Tahoma" w:cs="Tahoma"/>
          <w:rtl/>
        </w:rPr>
      </w:pPr>
      <w:hyperlink w:anchor="Vol1Chapter06" w:history="1">
        <w:r w:rsidR="007B604F" w:rsidRPr="003D1BAB">
          <w:rPr>
            <w:rStyle w:val="Hyperlink"/>
            <w:rFonts w:ascii="Tahoma" w:hAnsi="Tahoma" w:cs="Tahoma" w:hint="cs"/>
            <w:rtl/>
          </w:rPr>
          <w:t>فصل ششم</w:t>
        </w:r>
      </w:hyperlink>
      <w:r w:rsidR="007B604F">
        <w:rPr>
          <w:rFonts w:ascii="Tahoma" w:hAnsi="Tahoma" w:cs="Tahoma" w:hint="cs"/>
          <w:rtl/>
        </w:rPr>
        <w:t xml:space="preserve">: </w:t>
      </w:r>
      <w:r w:rsidR="003D1BAB" w:rsidRPr="003D1BAB">
        <w:rPr>
          <w:rFonts w:ascii="Tahoma" w:hAnsi="Tahoma" w:cs="Tahoma"/>
          <w:rtl/>
        </w:rPr>
        <w:t>شاه تهماسب؛ بقای تاج پس از مرگ مرشد</w:t>
      </w:r>
    </w:p>
    <w:p w:rsidR="004E77D4" w:rsidRDefault="00754FF1" w:rsidP="00535490">
      <w:pPr>
        <w:bidi/>
        <w:spacing w:after="0" w:line="360" w:lineRule="auto"/>
        <w:rPr>
          <w:rFonts w:ascii="Tahoma" w:hAnsi="Tahoma" w:cs="Tahoma"/>
          <w:rtl/>
        </w:rPr>
      </w:pPr>
      <w:hyperlink w:anchor="Vol1Chapter07" w:history="1">
        <w:r w:rsidR="004E77D4" w:rsidRPr="000A721C">
          <w:rPr>
            <w:rStyle w:val="Hyperlink"/>
            <w:rFonts w:ascii="Tahoma" w:hAnsi="Tahoma" w:cs="Tahoma" w:hint="cs"/>
            <w:rtl/>
          </w:rPr>
          <w:t>فصل هفتم</w:t>
        </w:r>
      </w:hyperlink>
      <w:r w:rsidR="004E77D4">
        <w:rPr>
          <w:rFonts w:ascii="Tahoma" w:hAnsi="Tahoma" w:cs="Tahoma" w:hint="cs"/>
          <w:rtl/>
        </w:rPr>
        <w:t xml:space="preserve">: </w:t>
      </w:r>
      <w:r w:rsidR="000A721C" w:rsidRPr="000A721C">
        <w:rPr>
          <w:rFonts w:ascii="Tahoma" w:hAnsi="Tahoma" w:cs="Tahoma"/>
          <w:rtl/>
        </w:rPr>
        <w:t>شاه عباس؛ شکستن انحصار قزلباشان</w:t>
      </w:r>
    </w:p>
    <w:p w:rsidR="00227EEC" w:rsidRDefault="00754FF1" w:rsidP="00535490">
      <w:pPr>
        <w:bidi/>
        <w:spacing w:after="0" w:line="360" w:lineRule="auto"/>
        <w:rPr>
          <w:rFonts w:ascii="Tahoma" w:hAnsi="Tahoma" w:cs="Tahoma"/>
          <w:rtl/>
        </w:rPr>
      </w:pPr>
      <w:hyperlink w:anchor="Vol1Chapter08" w:history="1">
        <w:r w:rsidR="00227EEC" w:rsidRPr="005E3C44">
          <w:rPr>
            <w:rStyle w:val="Hyperlink"/>
            <w:rFonts w:ascii="Tahoma" w:hAnsi="Tahoma" w:cs="Tahoma" w:hint="cs"/>
            <w:rtl/>
          </w:rPr>
          <w:t>فصل هشتم</w:t>
        </w:r>
      </w:hyperlink>
      <w:r w:rsidR="00227EEC">
        <w:rPr>
          <w:rFonts w:ascii="Tahoma" w:hAnsi="Tahoma" w:cs="Tahoma" w:hint="cs"/>
          <w:rtl/>
        </w:rPr>
        <w:t xml:space="preserve">: </w:t>
      </w:r>
      <w:r w:rsidR="005E3C44" w:rsidRPr="005E3C44">
        <w:rPr>
          <w:rFonts w:ascii="Tahoma" w:hAnsi="Tahoma" w:cs="Tahoma"/>
          <w:rtl/>
        </w:rPr>
        <w:t>تمرکز بدون فرمانروا</w:t>
      </w:r>
      <w:r w:rsidR="005E3C44" w:rsidRPr="005E3C44">
        <w:rPr>
          <w:rFonts w:ascii="Tahoma" w:hAnsi="Tahoma" w:cs="Tahoma" w:hint="cs"/>
          <w:rtl/>
        </w:rPr>
        <w:t>ی</w:t>
      </w:r>
      <w:r w:rsidR="005E3C44" w:rsidRPr="005E3C44">
        <w:rPr>
          <w:rFonts w:ascii="Tahoma" w:hAnsi="Tahoma" w:cs="Tahoma"/>
          <w:rtl/>
        </w:rPr>
        <w:t xml:space="preserve"> توانا</w:t>
      </w:r>
    </w:p>
    <w:p w:rsidR="00233BD8" w:rsidRDefault="00754FF1" w:rsidP="00233BD8">
      <w:pPr>
        <w:bidi/>
        <w:spacing w:after="0" w:line="360" w:lineRule="auto"/>
        <w:rPr>
          <w:rFonts w:ascii="Tahoma" w:hAnsi="Tahoma" w:cs="Tahoma"/>
          <w:rtl/>
        </w:rPr>
      </w:pPr>
      <w:hyperlink w:anchor="Vol1Chapter09" w:history="1">
        <w:r w:rsidR="00233BD8" w:rsidRPr="008A2A16">
          <w:rPr>
            <w:rStyle w:val="Hyperlink"/>
            <w:rFonts w:ascii="Tahoma" w:hAnsi="Tahoma" w:cs="Tahoma" w:hint="cs"/>
            <w:rtl/>
          </w:rPr>
          <w:t>فصل نهم</w:t>
        </w:r>
      </w:hyperlink>
      <w:r w:rsidR="00233BD8">
        <w:rPr>
          <w:rFonts w:ascii="Tahoma" w:hAnsi="Tahoma" w:cs="Tahoma" w:hint="cs"/>
          <w:rtl/>
        </w:rPr>
        <w:t>:</w:t>
      </w:r>
      <w:r w:rsidR="008A2A16">
        <w:rPr>
          <w:rFonts w:ascii="Tahoma" w:hAnsi="Tahoma" w:cs="Tahoma" w:hint="cs"/>
          <w:rtl/>
        </w:rPr>
        <w:t xml:space="preserve"> </w:t>
      </w:r>
      <w:r w:rsidR="008A2A16" w:rsidRPr="008A2A16">
        <w:rPr>
          <w:rFonts w:ascii="Tahoma" w:hAnsi="Tahoma" w:cs="Tahoma"/>
          <w:rtl/>
        </w:rPr>
        <w:t>شاه سلیمان؛ فرسودگی آرام کشورداری</w:t>
      </w:r>
    </w:p>
    <w:p w:rsidR="00233BD8" w:rsidRDefault="00754FF1" w:rsidP="00576FA6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hyperlink w:anchor="Vol1Chapter10" w:history="1">
        <w:r w:rsidR="00233BD8" w:rsidRPr="00593939">
          <w:rPr>
            <w:rStyle w:val="Hyperlink"/>
            <w:rFonts w:ascii="Tahoma" w:hAnsi="Tahoma" w:cs="Tahoma" w:hint="cs"/>
            <w:rtl/>
          </w:rPr>
          <w:t>فصل دهم</w:t>
        </w:r>
      </w:hyperlink>
      <w:r w:rsidR="00233BD8">
        <w:rPr>
          <w:rFonts w:ascii="Tahoma" w:hAnsi="Tahoma" w:cs="Tahoma" w:hint="cs"/>
          <w:rtl/>
        </w:rPr>
        <w:t>:</w:t>
      </w:r>
      <w:r w:rsidR="00593939">
        <w:rPr>
          <w:rFonts w:ascii="Tahoma" w:hAnsi="Tahoma" w:cs="Tahoma" w:hint="cs"/>
          <w:rtl/>
        </w:rPr>
        <w:t xml:space="preserve"> </w:t>
      </w:r>
      <w:r w:rsidR="00593939" w:rsidRPr="00593939">
        <w:rPr>
          <w:rFonts w:ascii="Tahoma" w:hAnsi="Tahoma" w:cs="Tahoma"/>
          <w:rtl/>
        </w:rPr>
        <w:t>شاه سلطان حس</w:t>
      </w:r>
      <w:r w:rsidR="00593939" w:rsidRPr="00593939">
        <w:rPr>
          <w:rFonts w:ascii="Tahoma" w:hAnsi="Tahoma" w:cs="Tahoma" w:hint="cs"/>
          <w:rtl/>
        </w:rPr>
        <w:t>ی</w:t>
      </w:r>
      <w:r w:rsidR="00593939" w:rsidRPr="00593939">
        <w:rPr>
          <w:rFonts w:ascii="Tahoma" w:hAnsi="Tahoma" w:cs="Tahoma" w:hint="eastAsia"/>
          <w:rtl/>
        </w:rPr>
        <w:t>ن؛</w:t>
      </w:r>
      <w:r w:rsidR="00593939" w:rsidRPr="00593939">
        <w:rPr>
          <w:rFonts w:ascii="Tahoma" w:hAnsi="Tahoma" w:cs="Tahoma"/>
          <w:rtl/>
        </w:rPr>
        <w:t xml:space="preserve"> اوج پ</w:t>
      </w:r>
      <w:r w:rsidR="00593939" w:rsidRPr="00593939">
        <w:rPr>
          <w:rFonts w:ascii="Tahoma" w:hAnsi="Tahoma" w:cs="Tahoma" w:hint="cs"/>
          <w:rtl/>
        </w:rPr>
        <w:t>ی</w:t>
      </w:r>
      <w:r w:rsidR="00593939" w:rsidRPr="00593939">
        <w:rPr>
          <w:rFonts w:ascii="Tahoma" w:hAnsi="Tahoma" w:cs="Tahoma" w:hint="eastAsia"/>
          <w:rtl/>
        </w:rPr>
        <w:t>وند</w:t>
      </w:r>
      <w:r w:rsidR="00593939" w:rsidRPr="00593939">
        <w:rPr>
          <w:rFonts w:ascii="Tahoma" w:hAnsi="Tahoma" w:cs="Tahoma"/>
          <w:rtl/>
        </w:rPr>
        <w:t xml:space="preserve"> تاج و عمامه</w:t>
      </w:r>
    </w:p>
    <w:p w:rsidR="00233BD8" w:rsidRDefault="00754FF1" w:rsidP="00576FA6">
      <w:pPr>
        <w:bidi/>
        <w:spacing w:after="0" w:line="360" w:lineRule="auto"/>
        <w:rPr>
          <w:rFonts w:ascii="Tahoma" w:hAnsi="Tahoma" w:cs="Tahoma"/>
          <w:rtl/>
        </w:rPr>
      </w:pPr>
      <w:hyperlink w:anchor="Vol1Chapter11" w:history="1">
        <w:r w:rsidR="00233BD8" w:rsidRPr="004C6E6A">
          <w:rPr>
            <w:rStyle w:val="Hyperlink"/>
            <w:rFonts w:ascii="Tahoma" w:hAnsi="Tahoma" w:cs="Tahoma" w:hint="cs"/>
            <w:rtl/>
          </w:rPr>
          <w:t>فصل یازدهم</w:t>
        </w:r>
      </w:hyperlink>
      <w:r w:rsidR="00233BD8">
        <w:rPr>
          <w:rFonts w:ascii="Tahoma" w:hAnsi="Tahoma" w:cs="Tahoma" w:hint="cs"/>
          <w:rtl/>
        </w:rPr>
        <w:t>:</w:t>
      </w:r>
      <w:r w:rsidR="002B4164">
        <w:rPr>
          <w:rFonts w:ascii="Tahoma" w:hAnsi="Tahoma" w:cs="Tahoma" w:hint="cs"/>
          <w:rtl/>
        </w:rPr>
        <w:t xml:space="preserve"> </w:t>
      </w:r>
      <w:r w:rsidR="002B4164" w:rsidRPr="002B4164">
        <w:rPr>
          <w:rFonts w:ascii="Tahoma" w:hAnsi="Tahoma" w:cs="Tahoma"/>
          <w:rtl/>
        </w:rPr>
        <w:t>سقوط اصفهان؛ پایان توان کشورداری صفوی</w:t>
      </w:r>
      <w:r w:rsidR="004C6E6A">
        <w:rPr>
          <w:rFonts w:ascii="Tahoma" w:hAnsi="Tahoma" w:cs="Tahoma" w:hint="cs"/>
          <w:rtl/>
        </w:rPr>
        <w:t xml:space="preserve"> </w:t>
      </w:r>
    </w:p>
    <w:p w:rsidR="00233BD8" w:rsidRDefault="00754FF1" w:rsidP="00576FA6">
      <w:pPr>
        <w:bidi/>
        <w:spacing w:after="0" w:line="360" w:lineRule="auto"/>
        <w:rPr>
          <w:rFonts w:ascii="Tahoma" w:hAnsi="Tahoma" w:cs="Tahoma"/>
          <w:rtl/>
        </w:rPr>
      </w:pPr>
      <w:hyperlink w:anchor="Vol1Chapter12" w:history="1">
        <w:r w:rsidR="00233BD8" w:rsidRPr="002B4164">
          <w:rPr>
            <w:rStyle w:val="Hyperlink"/>
            <w:rFonts w:ascii="Tahoma" w:hAnsi="Tahoma" w:cs="Tahoma" w:hint="cs"/>
            <w:rtl/>
          </w:rPr>
          <w:t>فصل دوازدهم</w:t>
        </w:r>
      </w:hyperlink>
      <w:r w:rsidR="00233BD8">
        <w:rPr>
          <w:rFonts w:ascii="Tahoma" w:hAnsi="Tahoma" w:cs="Tahoma" w:hint="cs"/>
          <w:rtl/>
        </w:rPr>
        <w:t>:</w:t>
      </w:r>
      <w:r w:rsidR="002B4164">
        <w:rPr>
          <w:rFonts w:ascii="Tahoma" w:hAnsi="Tahoma" w:cs="Tahoma" w:hint="cs"/>
          <w:rtl/>
        </w:rPr>
        <w:t xml:space="preserve"> </w:t>
      </w:r>
      <w:r w:rsidR="002B4164" w:rsidRPr="002B4164">
        <w:rPr>
          <w:rFonts w:ascii="Tahoma" w:hAnsi="Tahoma" w:cs="Tahoma"/>
          <w:rtl/>
        </w:rPr>
        <w:t>افغان‌ها در اصفهان؛ فتح پایتخت بدون تصرف کشور</w:t>
      </w:r>
    </w:p>
    <w:p w:rsidR="00233BD8" w:rsidRDefault="00754FF1" w:rsidP="00576FA6">
      <w:pPr>
        <w:bidi/>
        <w:spacing w:after="0" w:line="360" w:lineRule="auto"/>
        <w:rPr>
          <w:rFonts w:ascii="Tahoma" w:hAnsi="Tahoma" w:cs="Tahoma"/>
          <w:rtl/>
        </w:rPr>
      </w:pPr>
      <w:hyperlink w:anchor="Vol1Chapter13" w:history="1">
        <w:r w:rsidR="00233BD8" w:rsidRPr="00576FA6">
          <w:rPr>
            <w:rStyle w:val="Hyperlink"/>
            <w:rFonts w:ascii="Tahoma" w:hAnsi="Tahoma" w:cs="Tahoma" w:hint="cs"/>
            <w:rtl/>
          </w:rPr>
          <w:t>فصل سیزدهم</w:t>
        </w:r>
      </w:hyperlink>
      <w:r w:rsidR="00233BD8">
        <w:rPr>
          <w:rFonts w:ascii="Tahoma" w:hAnsi="Tahoma" w:cs="Tahoma" w:hint="cs"/>
          <w:rtl/>
        </w:rPr>
        <w:t>:</w:t>
      </w:r>
      <w:r w:rsidR="00576FA6">
        <w:rPr>
          <w:rFonts w:ascii="Tahoma" w:hAnsi="Tahoma" w:cs="Tahoma" w:hint="cs"/>
          <w:rtl/>
        </w:rPr>
        <w:t xml:space="preserve"> </w:t>
      </w:r>
      <w:r w:rsidR="00576FA6" w:rsidRPr="00576FA6">
        <w:rPr>
          <w:rFonts w:ascii="Tahoma" w:hAnsi="Tahoma" w:cs="Tahoma"/>
          <w:rtl/>
        </w:rPr>
        <w:t>پا</w:t>
      </w:r>
      <w:r w:rsidR="00576FA6" w:rsidRPr="00576FA6">
        <w:rPr>
          <w:rFonts w:ascii="Tahoma" w:hAnsi="Tahoma" w:cs="Tahoma" w:hint="cs"/>
          <w:rtl/>
        </w:rPr>
        <w:t>ی</w:t>
      </w:r>
      <w:r w:rsidR="00576FA6" w:rsidRPr="00576FA6">
        <w:rPr>
          <w:rFonts w:ascii="Tahoma" w:hAnsi="Tahoma" w:cs="Tahoma" w:hint="eastAsia"/>
          <w:rtl/>
        </w:rPr>
        <w:t>ان</w:t>
      </w:r>
      <w:r w:rsidR="00576FA6" w:rsidRPr="00576FA6">
        <w:rPr>
          <w:rFonts w:ascii="Tahoma" w:hAnsi="Tahoma" w:cs="Tahoma"/>
          <w:rtl/>
        </w:rPr>
        <w:t xml:space="preserve"> تاج صفو</w:t>
      </w:r>
      <w:r w:rsidR="00576FA6" w:rsidRPr="00576FA6">
        <w:rPr>
          <w:rFonts w:ascii="Tahoma" w:hAnsi="Tahoma" w:cs="Tahoma" w:hint="cs"/>
          <w:rtl/>
        </w:rPr>
        <w:t>ی</w:t>
      </w:r>
      <w:r w:rsidR="00576FA6" w:rsidRPr="00576FA6">
        <w:rPr>
          <w:rFonts w:ascii="Tahoma" w:hAnsi="Tahoma" w:cs="Tahoma" w:hint="eastAsia"/>
          <w:rtl/>
        </w:rPr>
        <w:t>؛</w:t>
      </w:r>
      <w:r w:rsidR="00576FA6" w:rsidRPr="00576FA6">
        <w:rPr>
          <w:rFonts w:ascii="Tahoma" w:hAnsi="Tahoma" w:cs="Tahoma"/>
          <w:rtl/>
        </w:rPr>
        <w:t xml:space="preserve"> از تهماسب دوم تا دشت مغان</w:t>
      </w:r>
    </w:p>
    <w:p w:rsidR="00233BD8" w:rsidRDefault="00754FF1" w:rsidP="00576FA6">
      <w:pPr>
        <w:bidi/>
        <w:spacing w:after="0" w:line="360" w:lineRule="auto"/>
        <w:rPr>
          <w:rFonts w:ascii="Tahoma" w:hAnsi="Tahoma" w:cs="Tahoma"/>
          <w:rtl/>
        </w:rPr>
      </w:pPr>
      <w:hyperlink w:anchor="Vol1Chapter14" w:history="1">
        <w:r w:rsidR="00233BD8" w:rsidRPr="00E26D4C">
          <w:rPr>
            <w:rStyle w:val="Hyperlink"/>
            <w:rFonts w:ascii="Tahoma" w:hAnsi="Tahoma" w:cs="Tahoma" w:hint="cs"/>
            <w:rtl/>
          </w:rPr>
          <w:t>فصل چهاردهم</w:t>
        </w:r>
      </w:hyperlink>
      <w:r w:rsidR="00233BD8">
        <w:rPr>
          <w:rFonts w:ascii="Tahoma" w:hAnsi="Tahoma" w:cs="Tahoma" w:hint="cs"/>
          <w:rtl/>
        </w:rPr>
        <w:t>:</w:t>
      </w:r>
      <w:r w:rsidR="00E26D4C">
        <w:rPr>
          <w:rFonts w:ascii="Tahoma" w:hAnsi="Tahoma" w:cs="Tahoma" w:hint="cs"/>
          <w:rtl/>
        </w:rPr>
        <w:t xml:space="preserve"> </w:t>
      </w:r>
      <w:r w:rsidR="00E26D4C" w:rsidRPr="00E26D4C">
        <w:rPr>
          <w:rFonts w:ascii="Tahoma" w:hAnsi="Tahoma" w:cs="Tahoma"/>
          <w:rtl/>
        </w:rPr>
        <w:t>عمامه پس از تاج؛ م</w:t>
      </w:r>
      <w:r w:rsidR="00E26D4C" w:rsidRPr="00E26D4C">
        <w:rPr>
          <w:rFonts w:ascii="Tahoma" w:hAnsi="Tahoma" w:cs="Tahoma" w:hint="cs"/>
          <w:rtl/>
        </w:rPr>
        <w:t>ی</w:t>
      </w:r>
      <w:r w:rsidR="00E26D4C" w:rsidRPr="00E26D4C">
        <w:rPr>
          <w:rFonts w:ascii="Tahoma" w:hAnsi="Tahoma" w:cs="Tahoma" w:hint="eastAsia"/>
          <w:rtl/>
        </w:rPr>
        <w:t>راث</w:t>
      </w:r>
      <w:r w:rsidR="00E26D4C" w:rsidRPr="00E26D4C">
        <w:rPr>
          <w:rFonts w:ascii="Tahoma" w:hAnsi="Tahoma" w:cs="Tahoma"/>
          <w:rtl/>
        </w:rPr>
        <w:t xml:space="preserve"> ماندگار صفو</w:t>
      </w:r>
      <w:r w:rsidR="00E26D4C" w:rsidRPr="00E26D4C">
        <w:rPr>
          <w:rFonts w:ascii="Tahoma" w:hAnsi="Tahoma" w:cs="Tahoma" w:hint="cs"/>
          <w:rtl/>
        </w:rPr>
        <w:t>ی</w:t>
      </w:r>
      <w:r w:rsidR="00E26D4C" w:rsidRPr="00E26D4C">
        <w:rPr>
          <w:rFonts w:ascii="Tahoma" w:hAnsi="Tahoma" w:cs="Tahoma" w:hint="eastAsia"/>
          <w:rtl/>
        </w:rPr>
        <w:t>ان</w:t>
      </w:r>
    </w:p>
    <w:p w:rsidR="00233BD8" w:rsidRDefault="00754FF1" w:rsidP="00576FA6">
      <w:pPr>
        <w:bidi/>
        <w:spacing w:after="0" w:line="360" w:lineRule="auto"/>
        <w:rPr>
          <w:rFonts w:ascii="Tahoma" w:hAnsi="Tahoma" w:cs="Tahoma"/>
          <w:rtl/>
        </w:rPr>
      </w:pPr>
      <w:hyperlink w:anchor="Vol1Chapter15" w:history="1">
        <w:r w:rsidR="00233BD8" w:rsidRPr="00F25193">
          <w:rPr>
            <w:rStyle w:val="Hyperlink"/>
            <w:rFonts w:ascii="Tahoma" w:hAnsi="Tahoma" w:cs="Tahoma" w:hint="cs"/>
            <w:rtl/>
          </w:rPr>
          <w:t>فصل پانزدهم</w:t>
        </w:r>
      </w:hyperlink>
      <w:r w:rsidR="00233BD8">
        <w:rPr>
          <w:rFonts w:ascii="Tahoma" w:hAnsi="Tahoma" w:cs="Tahoma" w:hint="cs"/>
          <w:rtl/>
        </w:rPr>
        <w:t>:</w:t>
      </w:r>
      <w:r w:rsidR="00F25193">
        <w:rPr>
          <w:rFonts w:ascii="Tahoma" w:hAnsi="Tahoma" w:cs="Tahoma" w:hint="cs"/>
          <w:rtl/>
        </w:rPr>
        <w:t xml:space="preserve"> </w:t>
      </w:r>
      <w:r w:rsidR="00F25193" w:rsidRPr="00F25193">
        <w:rPr>
          <w:rFonts w:ascii="Tahoma" w:hAnsi="Tahoma" w:cs="Tahoma"/>
          <w:rtl/>
        </w:rPr>
        <w:t>ا</w:t>
      </w:r>
      <w:r w:rsidR="00F25193" w:rsidRPr="00F25193">
        <w:rPr>
          <w:rFonts w:ascii="Tahoma" w:hAnsi="Tahoma" w:cs="Tahoma" w:hint="cs"/>
          <w:rtl/>
        </w:rPr>
        <w:t>ی</w:t>
      </w:r>
      <w:r w:rsidR="00F25193" w:rsidRPr="00F25193">
        <w:rPr>
          <w:rFonts w:ascii="Tahoma" w:hAnsi="Tahoma" w:cs="Tahoma" w:hint="eastAsia"/>
          <w:rtl/>
        </w:rPr>
        <w:t>ران</w:t>
      </w:r>
      <w:r w:rsidR="00F25193" w:rsidRPr="00F25193">
        <w:rPr>
          <w:rFonts w:ascii="Tahoma" w:hAnsi="Tahoma" w:cs="Tahoma"/>
          <w:rtl/>
        </w:rPr>
        <w:t xml:space="preserve"> صفو</w:t>
      </w:r>
      <w:r w:rsidR="00F25193" w:rsidRPr="00F25193">
        <w:rPr>
          <w:rFonts w:ascii="Tahoma" w:hAnsi="Tahoma" w:cs="Tahoma" w:hint="cs"/>
          <w:rtl/>
        </w:rPr>
        <w:t>ی</w:t>
      </w:r>
      <w:r w:rsidR="00F25193" w:rsidRPr="00F25193">
        <w:rPr>
          <w:rFonts w:ascii="Tahoma" w:hAnsi="Tahoma" w:cs="Tahoma" w:hint="eastAsia"/>
          <w:rtl/>
        </w:rPr>
        <w:t>؛</w:t>
      </w:r>
      <w:r w:rsidR="00F25193" w:rsidRPr="00F25193">
        <w:rPr>
          <w:rFonts w:ascii="Tahoma" w:hAnsi="Tahoma" w:cs="Tahoma"/>
          <w:rtl/>
        </w:rPr>
        <w:t xml:space="preserve"> کشور</w:t>
      </w:r>
      <w:r w:rsidR="00F25193" w:rsidRPr="00F25193">
        <w:rPr>
          <w:rFonts w:ascii="Tahoma" w:hAnsi="Tahoma" w:cs="Tahoma" w:hint="cs"/>
          <w:rtl/>
        </w:rPr>
        <w:t>ی</w:t>
      </w:r>
      <w:r w:rsidR="00F25193" w:rsidRPr="00F25193">
        <w:rPr>
          <w:rFonts w:ascii="Tahoma" w:hAnsi="Tahoma" w:cs="Tahoma"/>
          <w:rtl/>
        </w:rPr>
        <w:t xml:space="preserve"> با مرز مذهب</w:t>
      </w:r>
      <w:r w:rsidR="00F25193" w:rsidRPr="00F25193">
        <w:rPr>
          <w:rFonts w:ascii="Tahoma" w:hAnsi="Tahoma" w:cs="Tahoma" w:hint="cs"/>
          <w:rtl/>
        </w:rPr>
        <w:t>ی</w:t>
      </w:r>
    </w:p>
    <w:p w:rsidR="009B7EE7" w:rsidRDefault="009B7EE7">
      <w:pPr>
        <w:spacing w:after="0"/>
        <w:rPr>
          <w:rFonts w:ascii="Tahoma" w:hAnsi="Tahoma" w:cs="Tahoma"/>
          <w:rtl/>
        </w:rPr>
      </w:pPr>
      <w:r>
        <w:rPr>
          <w:rFonts w:ascii="Tahoma" w:hAnsi="Tahoma" w:cs="Tahoma"/>
          <w:rtl/>
        </w:rPr>
        <w:br w:type="page"/>
      </w:r>
    </w:p>
    <w:p w:rsidR="009B7EE7" w:rsidRDefault="009B7EE7" w:rsidP="00D1286D">
      <w:pPr>
        <w:pageBreakBefore/>
        <w:bidi/>
        <w:spacing w:after="0" w:line="360" w:lineRule="auto"/>
        <w:jc w:val="center"/>
        <w:rPr>
          <w:rFonts w:asciiTheme="majorBidi" w:hAnsiTheme="majorBidi" w:cstheme="majorBidi"/>
          <w:b/>
          <w:bCs/>
          <w:sz w:val="36"/>
          <w:szCs w:val="36"/>
          <w:rtl/>
        </w:rPr>
      </w:pPr>
      <w:bookmarkStart w:id="0" w:name="Vol1Chapter00"/>
      <w:bookmarkEnd w:id="0"/>
      <w:r w:rsidRPr="009B7EE7">
        <w:rPr>
          <w:rFonts w:asciiTheme="majorBidi" w:hAnsiTheme="majorBidi" w:cstheme="majorBidi"/>
          <w:b/>
          <w:bCs/>
          <w:sz w:val="36"/>
          <w:szCs w:val="36"/>
          <w:rtl/>
        </w:rPr>
        <w:t>پیشگفتار</w:t>
      </w:r>
    </w:p>
    <w:p w:rsidR="00D1286D" w:rsidRPr="00D1286D" w:rsidRDefault="00D1286D" w:rsidP="00D1286D">
      <w:pPr>
        <w:keepNext/>
        <w:bidi/>
        <w:spacing w:after="0" w:line="360" w:lineRule="auto"/>
        <w:rPr>
          <w:rFonts w:ascii="Tahoma" w:hAnsi="Tahoma" w:cs="Tahoma"/>
        </w:rPr>
      </w:pPr>
      <w:r w:rsidRPr="00D1286D">
        <w:rPr>
          <w:rFonts w:ascii="Tahoma" w:hAnsi="Tahoma" w:cs="Tahoma"/>
          <w:b/>
          <w:bCs/>
          <w:rtl/>
        </w:rPr>
        <w:t>۱</w:t>
      </w:r>
      <w:r w:rsidRPr="00D1286D">
        <w:rPr>
          <w:rFonts w:ascii="Tahoma" w:hAnsi="Tahoma" w:cs="Tahoma"/>
          <w:b/>
          <w:rtl/>
        </w:rPr>
        <w:t>.</w:t>
      </w:r>
      <w:r>
        <w:rPr>
          <w:rFonts w:hint="cs"/>
          <w:b/>
          <w:rtl/>
        </w:rPr>
        <w:t xml:space="preserve"> </w:t>
      </w:r>
      <w:r w:rsidRPr="00D1286D">
        <w:rPr>
          <w:rFonts w:ascii="Tahoma" w:hAnsi="Tahoma" w:cs="Tahoma"/>
          <w:b/>
          <w:bCs/>
          <w:rtl/>
        </w:rPr>
        <w:t>چرا</w:t>
      </w:r>
      <w:r w:rsidRPr="00D1286D">
        <w:rPr>
          <w:rFonts w:ascii="Tahoma" w:hAnsi="Tahoma" w:cs="Tahoma"/>
          <w:b/>
        </w:rPr>
        <w:t xml:space="preserve"> </w:t>
      </w:r>
      <w:r w:rsidRPr="00D1286D">
        <w:rPr>
          <w:rFonts w:ascii="Tahoma" w:hAnsi="Tahoma" w:cs="Tahoma"/>
          <w:b/>
          <w:bCs/>
          <w:rtl/>
        </w:rPr>
        <w:t>این</w:t>
      </w:r>
      <w:r w:rsidRPr="00D1286D">
        <w:rPr>
          <w:rFonts w:ascii="Tahoma" w:hAnsi="Tahoma" w:cs="Tahoma"/>
          <w:b/>
        </w:rPr>
        <w:t xml:space="preserve"> </w:t>
      </w:r>
      <w:r w:rsidRPr="00D1286D">
        <w:rPr>
          <w:rFonts w:ascii="Tahoma" w:hAnsi="Tahoma" w:cs="Tahoma"/>
          <w:b/>
          <w:bCs/>
          <w:rtl/>
        </w:rPr>
        <w:t>مجموعه</w:t>
      </w:r>
      <w:r w:rsidRPr="00D1286D">
        <w:rPr>
          <w:rFonts w:ascii="Tahoma" w:hAnsi="Tahoma" w:cs="Tahoma"/>
          <w:b/>
        </w:rPr>
        <w:t xml:space="preserve"> </w:t>
      </w:r>
      <w:r w:rsidRPr="00D1286D">
        <w:rPr>
          <w:rFonts w:ascii="Tahoma" w:hAnsi="Tahoma" w:cs="Tahoma"/>
          <w:b/>
          <w:bCs/>
          <w:rtl/>
        </w:rPr>
        <w:t>را</w:t>
      </w:r>
      <w:r w:rsidRPr="00D1286D">
        <w:rPr>
          <w:rFonts w:ascii="Tahoma" w:hAnsi="Tahoma" w:cs="Tahoma"/>
          <w:b/>
        </w:rPr>
        <w:t xml:space="preserve"> </w:t>
      </w:r>
      <w:r w:rsidRPr="00D1286D">
        <w:rPr>
          <w:rFonts w:ascii="Tahoma" w:hAnsi="Tahoma" w:cs="Tahoma"/>
          <w:b/>
          <w:bCs/>
          <w:rtl/>
        </w:rPr>
        <w:t>نوشته</w:t>
      </w:r>
      <w:r w:rsidRPr="00D1286D">
        <w:rPr>
          <w:rFonts w:ascii="Tahoma" w:hAnsi="Tahoma" w:cs="Tahoma"/>
          <w:b/>
        </w:rPr>
        <w:t>‌</w:t>
      </w:r>
      <w:r w:rsidRPr="00D1286D">
        <w:rPr>
          <w:rFonts w:ascii="Tahoma" w:hAnsi="Tahoma" w:cs="Tahoma"/>
          <w:b/>
          <w:bCs/>
          <w:rtl/>
        </w:rPr>
        <w:t>ام</w:t>
      </w:r>
    </w:p>
    <w:p w:rsidR="00D1286D" w:rsidRPr="00D1286D" w:rsidRDefault="00D1286D" w:rsidP="00D1286D">
      <w:pPr>
        <w:bidi/>
        <w:spacing w:after="0" w:line="360" w:lineRule="auto"/>
        <w:ind w:firstLine="720"/>
        <w:rPr>
          <w:rFonts w:ascii="Tahoma" w:hAnsi="Tahoma" w:cs="Tahoma"/>
        </w:rPr>
      </w:pPr>
      <w:r w:rsidRPr="00D1286D">
        <w:rPr>
          <w:rFonts w:ascii="Tahoma" w:hAnsi="Tahoma" w:cs="Tahoma"/>
          <w:rtl/>
        </w:rPr>
        <w:t>شاید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مجموعه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یکی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آخرین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کارهای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گسترده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باشد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هشتاد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چهارمین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سال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زندگی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خویش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نویسم؛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مجموعه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کوشد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حاصل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بیش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شش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دهه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اندیشیدن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دربارهء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سرگذشت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سیاسی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زادگاهم،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ایران،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قالب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روایتی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منسجم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گرد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آورد.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سال،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فرصت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نامحدودی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برای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پژوهش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های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گستردهء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آرشیوی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باقی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مانده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توان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برای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هر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نکته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ها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منبع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ارجاع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فراهم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آورد.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تنها کاری که از نویسنده بر می آمده مقایسه اطلاعات اش با منابع عامی همچوم فرهنگنامه ها (وبخصوص ایرانیکا) بوده است اما واقعیت اینکه آنچه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کتاب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ها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آمده،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آمیزه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مطالعه،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تجربه،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حافظه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تأملاتی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طول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زندگی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ذهن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انباشته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شده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اند.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خواننده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باید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محدودیت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همان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آغاز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بداند؛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همان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گونه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باید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بداند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مجموعه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مدعی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نگارش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تاریخی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جامع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نقص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همهء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رویدادهای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ایران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نیست.</w:t>
      </w:r>
    </w:p>
    <w:p w:rsidR="00D1286D" w:rsidRPr="00D1286D" w:rsidRDefault="00D1286D" w:rsidP="00D1286D">
      <w:pPr>
        <w:bidi/>
        <w:spacing w:after="0" w:line="360" w:lineRule="auto"/>
        <w:ind w:firstLine="720"/>
        <w:rPr>
          <w:rFonts w:ascii="Tahoma" w:hAnsi="Tahoma" w:cs="Tahoma"/>
        </w:rPr>
      </w:pPr>
      <w:r w:rsidRPr="00D1286D">
        <w:rPr>
          <w:rFonts w:ascii="Tahoma" w:hAnsi="Tahoma" w:cs="Tahoma"/>
          <w:rtl/>
        </w:rPr>
        <w:t>نیمی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زندگی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کاری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درون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«دولت»،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یا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آنچه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زبان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تاریخی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فارسی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«دیوان»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خوانده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شده،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گذشته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عضو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کوچکی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دستگاهی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بودم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وظیفه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اش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ادارهء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امور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عمومی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کشور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بود.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بعدها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نیز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مقام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پژوهشگر،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نویسنده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ناظر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سیاسی،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همچنان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مسئلهء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دولت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کشورداری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درگیر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ماندم.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ازاین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رو،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علاقهء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«کشورداری»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صرفاً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علاقه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نظری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نیست؛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بخشی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تجربهء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زیستهء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نیز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هست.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نزدیک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دیده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ام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گرفتن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یک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تصمیم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سیاسی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رسیدن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نتیجهء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زندگی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مردم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چه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فاصله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وجود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دارد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چگونه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ممکن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بهترین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وعده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ها،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نبود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دستگاهی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کارآمد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پاسخ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گو،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هیچ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نتیجه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نرسند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یا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حتی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نتیجه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خلاف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مقصود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پدید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آورند.</w:t>
      </w:r>
    </w:p>
    <w:p w:rsidR="00D1286D" w:rsidRPr="00D1286D" w:rsidRDefault="00D1286D" w:rsidP="00D1286D">
      <w:pPr>
        <w:bidi/>
        <w:spacing w:after="0" w:line="360" w:lineRule="auto"/>
        <w:ind w:firstLine="720"/>
        <w:rPr>
          <w:rFonts w:ascii="Tahoma" w:hAnsi="Tahoma" w:cs="Tahoma"/>
        </w:rPr>
      </w:pPr>
      <w:r w:rsidRPr="00D1286D">
        <w:rPr>
          <w:rFonts w:ascii="Tahoma" w:hAnsi="Tahoma" w:cs="Tahoma"/>
          <w:rtl/>
        </w:rPr>
        <w:t>من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آغاز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دوران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پادشاهی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محمدرضاشاه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پهلوی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دنیا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آمدم،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دوران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رشد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کردم،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همراه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سقوط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نظام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پادشاهی اش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آواره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شدم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نزدیک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نیم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قرن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دور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شاهد زشت کاری های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حکومت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رژیم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اسلامی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بوده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ام.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تمام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سال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ها،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یک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پرسش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ذهن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رها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نکرده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</w:t>
      </w:r>
      <w:r w:rsidRPr="00D1286D">
        <w:rPr>
          <w:rFonts w:ascii="Tahoma" w:hAnsi="Tahoma" w:cs="Tahoma"/>
        </w:rPr>
        <w:t xml:space="preserve">: </w:t>
      </w:r>
      <w:r w:rsidRPr="00D1286D">
        <w:rPr>
          <w:rFonts w:ascii="Tahoma" w:hAnsi="Tahoma" w:cs="Tahoma"/>
          <w:rtl/>
        </w:rPr>
        <w:t>چگونه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کشوری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چنین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پیشینهء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بلند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تاریخی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بارها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خودکامگی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سیاسی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اقتدار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دینی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گرفتار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شده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 این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 xml:space="preserve"> همه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توانسته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موجودیت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خود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حفظ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کند؟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چگونه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سلسله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ها،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حکومت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ها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ایدئولوژی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ها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آمده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رفته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اند،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اما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ایران،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همهء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زخم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ها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گسست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هایش،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باقی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مانده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است؟</w:t>
      </w:r>
    </w:p>
    <w:p w:rsidR="00D1286D" w:rsidRPr="00D1286D" w:rsidRDefault="00D1286D" w:rsidP="00D1286D">
      <w:pPr>
        <w:bidi/>
        <w:spacing w:after="0" w:line="360" w:lineRule="auto"/>
        <w:ind w:firstLine="720"/>
        <w:rPr>
          <w:rFonts w:ascii="Tahoma" w:hAnsi="Tahoma" w:cs="Tahoma"/>
        </w:rPr>
      </w:pPr>
      <w:r w:rsidRPr="00D1286D">
        <w:rPr>
          <w:rFonts w:ascii="Tahoma" w:hAnsi="Tahoma" w:cs="Tahoma"/>
          <w:rtl/>
        </w:rPr>
        <w:t>پاسخی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تدریج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یافته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ام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مفهوم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دیوان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دیوان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سالاری، در کل محموعهء گشورداری،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هدایت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کرده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پسِ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پشت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شاهان،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خلفا،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سلاطین،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رهبران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مذهبی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تشکیلات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سیاسی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گوناگون،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نیرویی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کم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صدا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اما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ماندگار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وجود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داشته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وظیفهء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اصلی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حفظ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امکان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زندگی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جمعی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بوده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است؛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نیرویی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مالیات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گرد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آورده،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ساخته،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امنیت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برقرار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کرده،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آب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تقسیم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کرده،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اسناد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ثبت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کرده،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قشون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تأمین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کرده،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فرمان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عمل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تبدیل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کرده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کوشیده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کشور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فروپاشی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حفظ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کند.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نیرو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همان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دیوان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سالاری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است.</w:t>
      </w:r>
    </w:p>
    <w:p w:rsidR="00D1286D" w:rsidRPr="00D1286D" w:rsidRDefault="00D1286D" w:rsidP="00D1286D">
      <w:pPr>
        <w:bidi/>
        <w:spacing w:after="0" w:line="360" w:lineRule="auto"/>
        <w:ind w:firstLine="720"/>
        <w:rPr>
          <w:rFonts w:ascii="Tahoma" w:hAnsi="Tahoma" w:cs="Tahoma"/>
        </w:rPr>
      </w:pPr>
      <w:r w:rsidRPr="00D1286D">
        <w:rPr>
          <w:rFonts w:ascii="Tahoma" w:hAnsi="Tahoma" w:cs="Tahoma"/>
          <w:rtl/>
        </w:rPr>
        <w:t>دیوان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سالاری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البته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خاص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ایران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نیست.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هر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جامعه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اندازه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معین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فراتر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رود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ناچار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دستگاه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هایی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برای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ثبت،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حساب،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تقسیم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کار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اجرای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تصمیم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ها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سازد.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اما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شرایط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جغرافیایی،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جمعیتی،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اقتصادی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تاریخی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ایران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نوع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ویژه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دیوان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سالاری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طلب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کرده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پرورانده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پراکندگی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آب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آبادی،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فاصلهء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زیاد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مراکز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جمعیت،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تنوع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زبان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ها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شیوه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های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زندگی،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ضرورت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نگهداری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ها،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حمله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های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مکرر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قشون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های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بیرونی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تغییر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درپی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خاندان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های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فرمانروا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سبب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شده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اند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ادامهء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زندگی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کشور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دستگاهی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وابسته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باشد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بتواند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عمر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یک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پادشاه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یک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سلسله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فراتر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رود.</w:t>
      </w:r>
    </w:p>
    <w:p w:rsidR="00D1286D" w:rsidRDefault="00D1286D" w:rsidP="00D1286D">
      <w:pPr>
        <w:bidi/>
        <w:spacing w:after="0" w:line="360" w:lineRule="auto"/>
        <w:ind w:firstLine="720"/>
        <w:rPr>
          <w:rFonts w:ascii="Tahoma" w:hAnsi="Tahoma" w:cs="Tahoma"/>
        </w:rPr>
      </w:pP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همین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جا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پرسش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دیگری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پدید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آید</w:t>
      </w:r>
      <w:r w:rsidRPr="00D1286D">
        <w:rPr>
          <w:rFonts w:ascii="Tahoma" w:hAnsi="Tahoma" w:cs="Tahoma"/>
        </w:rPr>
        <w:t xml:space="preserve">: </w:t>
      </w:r>
      <w:r w:rsidRPr="00D1286D">
        <w:rPr>
          <w:rFonts w:ascii="Tahoma" w:hAnsi="Tahoma" w:cs="Tahoma"/>
          <w:rtl/>
        </w:rPr>
        <w:t>موانع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کار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دیوان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سالاری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ایرانی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چه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بوده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است؟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دیوان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سراسر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تاریخ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ناچار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بوده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قدرت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دیگر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حرکت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کند</w:t>
      </w:r>
      <w:r w:rsidRPr="00D1286D">
        <w:rPr>
          <w:rFonts w:ascii="Tahoma" w:hAnsi="Tahoma" w:cs="Tahoma"/>
        </w:rPr>
        <w:t xml:space="preserve">: </w:t>
      </w:r>
      <w:r w:rsidRPr="00D1286D">
        <w:rPr>
          <w:rFonts w:ascii="Tahoma" w:hAnsi="Tahoma" w:cs="Tahoma"/>
          <w:rtl/>
        </w:rPr>
        <w:t>فرمانروا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دربار،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قشون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دینکاران.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گاه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زیر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فرمان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شاه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بوده،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گاه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زیر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فشار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نظامیان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قرار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گرفته،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گاه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خدمت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اقتدار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دینی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درآمده،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گاه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نیروها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گرفتار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شده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گاه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کوشیده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شدت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تعارض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آنان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بکاهد.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بسیاری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دوره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ها،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دیوان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فرمانروا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بلکه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ضربه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گیر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جامعه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بوده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موضوع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مجموعه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بررسی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همین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شبکهء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قدرت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دگرگونی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های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ستایش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چون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وچرای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دیوانیان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بازگویی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زندگی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شاهان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دینکاران.</w:t>
      </w:r>
    </w:p>
    <w:p w:rsidR="00D1286D" w:rsidRPr="00D1286D" w:rsidRDefault="00D1286D" w:rsidP="00D1286D">
      <w:pPr>
        <w:bidi/>
        <w:spacing w:after="0" w:line="360" w:lineRule="auto"/>
        <w:ind w:firstLine="720"/>
        <w:rPr>
          <w:rFonts w:ascii="Tahoma" w:hAnsi="Tahoma" w:cs="Tahoma"/>
        </w:rPr>
      </w:pPr>
    </w:p>
    <w:p w:rsidR="00D1286D" w:rsidRPr="00D1286D" w:rsidRDefault="00D1286D" w:rsidP="00D1286D">
      <w:pPr>
        <w:keepNext/>
        <w:bidi/>
        <w:spacing w:after="0" w:line="360" w:lineRule="auto"/>
        <w:rPr>
          <w:rFonts w:ascii="Tahoma" w:hAnsi="Tahoma" w:cs="Tahoma"/>
        </w:rPr>
      </w:pPr>
      <w:r w:rsidRPr="00D1286D">
        <w:rPr>
          <w:rFonts w:ascii="Tahoma" w:hAnsi="Tahoma" w:cs="Tahoma"/>
          <w:b/>
          <w:bCs/>
          <w:rtl/>
        </w:rPr>
        <w:t>2. مجموعه</w:t>
      </w:r>
      <w:r w:rsidRPr="00D1286D">
        <w:rPr>
          <w:rFonts w:ascii="Tahoma" w:hAnsi="Tahoma" w:cs="Tahoma"/>
          <w:b/>
        </w:rPr>
        <w:t>‌</w:t>
      </w:r>
      <w:r w:rsidRPr="00D1286D">
        <w:rPr>
          <w:rFonts w:ascii="Tahoma" w:hAnsi="Tahoma" w:cs="Tahoma"/>
          <w:b/>
          <w:bCs/>
          <w:rtl/>
        </w:rPr>
        <w:t>ای</w:t>
      </w:r>
      <w:r w:rsidRPr="00D1286D">
        <w:rPr>
          <w:rFonts w:ascii="Tahoma" w:hAnsi="Tahoma" w:cs="Tahoma"/>
          <w:b/>
        </w:rPr>
        <w:t xml:space="preserve"> </w:t>
      </w:r>
      <w:r w:rsidRPr="00D1286D">
        <w:rPr>
          <w:rFonts w:ascii="Tahoma" w:hAnsi="Tahoma" w:cs="Tahoma"/>
          <w:b/>
          <w:bCs/>
          <w:rtl/>
        </w:rPr>
        <w:t>دوازده</w:t>
      </w:r>
      <w:r w:rsidRPr="00D1286D">
        <w:rPr>
          <w:rFonts w:ascii="Tahoma" w:hAnsi="Tahoma" w:cs="Tahoma"/>
          <w:b/>
        </w:rPr>
        <w:t>‌</w:t>
      </w:r>
      <w:r w:rsidRPr="00D1286D">
        <w:rPr>
          <w:rFonts w:ascii="Tahoma" w:hAnsi="Tahoma" w:cs="Tahoma"/>
          <w:b/>
          <w:bCs/>
          <w:rtl/>
        </w:rPr>
        <w:t>جلدی</w:t>
      </w:r>
      <w:r w:rsidRPr="00D1286D">
        <w:rPr>
          <w:rFonts w:ascii="Tahoma" w:hAnsi="Tahoma" w:cs="Tahoma"/>
          <w:b/>
        </w:rPr>
        <w:t xml:space="preserve"> </w:t>
      </w:r>
      <w:r w:rsidRPr="00D1286D">
        <w:rPr>
          <w:rFonts w:ascii="Tahoma" w:hAnsi="Tahoma" w:cs="Tahoma"/>
          <w:b/>
          <w:bCs/>
          <w:rtl/>
        </w:rPr>
        <w:t>با</w:t>
      </w:r>
      <w:r w:rsidRPr="00D1286D">
        <w:rPr>
          <w:rFonts w:ascii="Tahoma" w:hAnsi="Tahoma" w:cs="Tahoma"/>
          <w:b/>
        </w:rPr>
        <w:t xml:space="preserve"> </w:t>
      </w:r>
      <w:r w:rsidRPr="00D1286D">
        <w:rPr>
          <w:rFonts w:ascii="Tahoma" w:hAnsi="Tahoma" w:cs="Tahoma"/>
          <w:b/>
          <w:bCs/>
          <w:rtl/>
        </w:rPr>
        <w:t>دو</w:t>
      </w:r>
      <w:r w:rsidRPr="00D1286D">
        <w:rPr>
          <w:rFonts w:ascii="Tahoma" w:hAnsi="Tahoma" w:cs="Tahoma"/>
          <w:b/>
        </w:rPr>
        <w:t xml:space="preserve"> </w:t>
      </w:r>
      <w:r w:rsidRPr="00D1286D">
        <w:rPr>
          <w:rFonts w:ascii="Tahoma" w:hAnsi="Tahoma" w:cs="Tahoma"/>
          <w:b/>
          <w:bCs/>
          <w:rtl/>
        </w:rPr>
        <w:t>شیوهء</w:t>
      </w:r>
      <w:r w:rsidRPr="00D1286D">
        <w:rPr>
          <w:rFonts w:ascii="Tahoma" w:hAnsi="Tahoma" w:cs="Tahoma"/>
          <w:b/>
        </w:rPr>
        <w:t xml:space="preserve"> </w:t>
      </w:r>
      <w:r w:rsidRPr="00D1286D">
        <w:rPr>
          <w:rFonts w:ascii="Tahoma" w:hAnsi="Tahoma" w:cs="Tahoma"/>
          <w:b/>
          <w:bCs/>
          <w:rtl/>
        </w:rPr>
        <w:t>خواندن</w:t>
      </w:r>
    </w:p>
    <w:p w:rsidR="00D1286D" w:rsidRPr="00D1286D" w:rsidRDefault="00D1286D" w:rsidP="00D1286D">
      <w:pPr>
        <w:bidi/>
        <w:spacing w:after="0" w:line="360" w:lineRule="auto"/>
        <w:ind w:firstLine="720"/>
        <w:rPr>
          <w:rFonts w:ascii="Tahoma" w:hAnsi="Tahoma" w:cs="Tahoma"/>
        </w:rPr>
      </w:pPr>
      <w:r w:rsidRPr="00D1286D">
        <w:rPr>
          <w:rFonts w:ascii="Tahoma" w:hAnsi="Tahoma" w:cs="Tahoma"/>
          <w:rtl/>
        </w:rPr>
        <w:t>کتابی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دست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دارید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یک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جلد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مستقل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مجموعه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دوازده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جلدی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سرگذشت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«کشورداری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ایرانی» 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پردازد.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هر تک جلد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دوره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یا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مسئله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معین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اختصاص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یافته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خواننده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تنها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بخشی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تاریخ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ایران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علاقه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دارد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بتواند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همان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جلد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جداگانه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بخواند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برای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فهم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خط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اصلی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ناچار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خواندن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یازده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جلد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دیگر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نباشد.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سوی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دیگر،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جلدها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امتداد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یکدیگر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نیز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قرار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گرفته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اند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خواندن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همهء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آنها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تصویری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گسترده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تر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پیدایش،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تحول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بحران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های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کشورداری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ایران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دست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دهد.</w:t>
      </w:r>
    </w:p>
    <w:p w:rsidR="00D1286D" w:rsidRPr="00D1286D" w:rsidRDefault="00D1286D" w:rsidP="00D1286D">
      <w:pPr>
        <w:bidi/>
        <w:spacing w:after="0" w:line="360" w:lineRule="auto"/>
        <w:ind w:firstLine="720"/>
        <w:rPr>
          <w:rFonts w:ascii="Tahoma" w:hAnsi="Tahoma" w:cs="Tahoma"/>
        </w:rPr>
      </w:pPr>
      <w:r w:rsidRPr="00D1286D">
        <w:rPr>
          <w:rFonts w:ascii="Tahoma" w:hAnsi="Tahoma" w:cs="Tahoma"/>
          <w:rtl/>
        </w:rPr>
        <w:t>ده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جلد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مجموعه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تاریخ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ثبت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شدهء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ایران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پردازند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جلد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دورانی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اختصاص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دارند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معمولاً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«پیشاتاریخ»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خوانده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شود؛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دورانی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هنوز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خط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سند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تاریخی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پدید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نیامده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بود،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اما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انسان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اجتماعی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پیش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بسیاری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بنیادهای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کشورداری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ساخته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بود.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نیاز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ادامهء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زندگی،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همکاری،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تقسیم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کار،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انتقال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تجربه،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فرماندهی،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دفاع،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انباشت،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عدالت،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اخلاق،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ثبت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نگهداری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حافظهء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جمعی،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همه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پیش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پیدایش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نخستین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شاهنشاهی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ها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وجود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داشتند.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خواندن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جلد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برای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فهم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هر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دورهء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تاریخی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ضروری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نیست،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اما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مبانی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فکری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چارچوب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ادراکی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نویسنده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روشن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تر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کند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نشان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دهد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کشورداری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ناگهان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ظهور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یک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پادشاه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یا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نوشتن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نخستین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فرمان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آغاز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نشده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است.</w:t>
      </w:r>
    </w:p>
    <w:p w:rsidR="00D1286D" w:rsidRPr="00D1286D" w:rsidRDefault="00D1286D" w:rsidP="00D1286D">
      <w:pPr>
        <w:bidi/>
        <w:spacing w:after="0" w:line="360" w:lineRule="auto"/>
        <w:ind w:firstLine="720"/>
        <w:rPr>
          <w:rFonts w:ascii="Tahoma" w:hAnsi="Tahoma" w:cs="Tahoma"/>
        </w:rPr>
      </w:pPr>
      <w:r w:rsidRPr="00D1286D">
        <w:rPr>
          <w:rFonts w:ascii="Tahoma" w:hAnsi="Tahoma" w:cs="Tahoma"/>
          <w:rtl/>
        </w:rPr>
        <w:t>ترتیب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مجموعه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تاریخ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نامه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های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معمول هم تفاوت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دارد.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خواننده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ابتدا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بحران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ها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مسائل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ایران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امروز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روبه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رو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شود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سپس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برای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یافتن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ریشه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های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هر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مرحله،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یک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گام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گذشته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بازمی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گردد.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حرکت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جلدها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امروز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گذشته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اما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روایت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درون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هر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جلد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آغاز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دوره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پایان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پیش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رود.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بدین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ترتیب،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مجموعه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جلدها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پس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رونده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درون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هر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جلد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پیش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رونده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ساختار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خواننده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اجازه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دهد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نخست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مسئله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آثارش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هنوز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زندگی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حضور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دارد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ببیند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سپس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برای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شناختن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چگونگی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پیدایش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لایه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های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پیشین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تاریخ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بازگردد.</w:t>
      </w:r>
    </w:p>
    <w:p w:rsidR="00D1286D" w:rsidRPr="00D1286D" w:rsidRDefault="00D1286D" w:rsidP="00D1286D">
      <w:pPr>
        <w:bidi/>
        <w:spacing w:after="0" w:line="360" w:lineRule="auto"/>
        <w:ind w:firstLine="720"/>
        <w:rPr>
          <w:rFonts w:ascii="Tahoma" w:hAnsi="Tahoma" w:cs="Tahoma"/>
        </w:rPr>
      </w:pPr>
      <w:r w:rsidRPr="00D1286D">
        <w:rPr>
          <w:rFonts w:ascii="Tahoma" w:hAnsi="Tahoma" w:cs="Tahoma"/>
          <w:rtl/>
        </w:rPr>
        <w:t>استقلال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جلدها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معنای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گسست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آنها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یکدیگر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نیست.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هر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جلد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حلقه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یک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استدلال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مشترک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</w:t>
      </w:r>
      <w:r w:rsidRPr="00D1286D">
        <w:rPr>
          <w:rFonts w:ascii="Tahoma" w:hAnsi="Tahoma" w:cs="Tahoma"/>
        </w:rPr>
        <w:t xml:space="preserve">: </w:t>
      </w:r>
      <w:r w:rsidRPr="00D1286D">
        <w:rPr>
          <w:rFonts w:ascii="Tahoma" w:hAnsi="Tahoma" w:cs="Tahoma"/>
          <w:rtl/>
        </w:rPr>
        <w:t>ساخته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ها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پرداخته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های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بشری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پاسخ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«نیاز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برای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ادامهء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زندگی»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پدید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آمده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اند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هر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نهاد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توان،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دگرگونی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های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بسیار،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مراحل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دورتر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زندگی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اجتماعی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تعقیب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کرد.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سلطنت،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قشون،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دینکاری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دیوان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سالاری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صورت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های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ثابت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تغییرناپذیر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نداشته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اند. هر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یک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پاسخ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نیازهای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تازه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شکل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دیگری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یافته،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نیروهای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دیگر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درآمیخته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گاه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علیه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آنها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برخاسته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است.</w:t>
      </w:r>
    </w:p>
    <w:p w:rsidR="00D1286D" w:rsidRDefault="00D1286D" w:rsidP="00D1286D">
      <w:pPr>
        <w:bidi/>
        <w:spacing w:after="0" w:line="360" w:lineRule="auto"/>
        <w:ind w:firstLine="720"/>
        <w:rPr>
          <w:rFonts w:ascii="Tahoma" w:hAnsi="Tahoma" w:cs="Tahoma"/>
        </w:rPr>
      </w:pP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همین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دلیل،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پس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پیشگفتار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مشترک،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هر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جلد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پیشگفتاری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اختصاصی نیز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دارد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مرز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زمانی،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پرسش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مرکزی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جایگاه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همان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دوره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استدلال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مجموعه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توضیح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دهد. پیشگفتار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مشترک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گوید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مجموعه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چیست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چه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مقصد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زبانی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نوشته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شده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است؛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پیشگفتار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اختصاصی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نشان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دهد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جلدی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دست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خواننده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کدام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حلقه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زنجیره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بررسی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کند.</w:t>
      </w:r>
    </w:p>
    <w:p w:rsidR="00D1286D" w:rsidRPr="00D1286D" w:rsidRDefault="00D1286D" w:rsidP="00D1286D">
      <w:pPr>
        <w:bidi/>
        <w:spacing w:after="0" w:line="360" w:lineRule="auto"/>
        <w:ind w:firstLine="720"/>
        <w:rPr>
          <w:rFonts w:ascii="Tahoma" w:hAnsi="Tahoma" w:cs="Tahoma"/>
        </w:rPr>
      </w:pPr>
    </w:p>
    <w:p w:rsidR="00D1286D" w:rsidRPr="00D1286D" w:rsidRDefault="00D1286D" w:rsidP="00D1286D">
      <w:pPr>
        <w:keepNext/>
        <w:bidi/>
        <w:spacing w:after="0" w:line="360" w:lineRule="auto"/>
        <w:rPr>
          <w:rFonts w:ascii="Tahoma" w:hAnsi="Tahoma" w:cs="Tahoma"/>
        </w:rPr>
      </w:pPr>
      <w:r w:rsidRPr="00D1286D">
        <w:rPr>
          <w:rFonts w:ascii="Tahoma" w:hAnsi="Tahoma" w:cs="Tahoma"/>
          <w:b/>
          <w:bCs/>
          <w:rtl/>
        </w:rPr>
        <w:t>۳</w:t>
      </w:r>
      <w:r w:rsidRPr="00D1286D">
        <w:rPr>
          <w:rFonts w:ascii="Tahoma" w:hAnsi="Tahoma" w:cs="Tahoma"/>
          <w:b/>
          <w:rtl/>
        </w:rPr>
        <w:t>.</w:t>
      </w:r>
      <w:r w:rsidRPr="00D1286D">
        <w:rPr>
          <w:rFonts w:ascii="Tahoma" w:hAnsi="Tahoma" w:cs="Tahoma"/>
          <w:b/>
        </w:rPr>
        <w:t xml:space="preserve"> </w:t>
      </w:r>
      <w:r w:rsidRPr="00D1286D">
        <w:rPr>
          <w:rFonts w:ascii="Tahoma" w:hAnsi="Tahoma" w:cs="Tahoma"/>
          <w:b/>
          <w:bCs/>
          <w:rtl/>
        </w:rPr>
        <w:t>کشورداری</w:t>
      </w:r>
      <w:r w:rsidRPr="00D1286D">
        <w:rPr>
          <w:rFonts w:ascii="Tahoma" w:hAnsi="Tahoma" w:cs="Tahoma"/>
          <w:b/>
        </w:rPr>
        <w:t xml:space="preserve"> </w:t>
      </w:r>
      <w:r w:rsidRPr="00D1286D">
        <w:rPr>
          <w:rFonts w:ascii="Tahoma" w:hAnsi="Tahoma" w:cs="Tahoma"/>
          <w:b/>
          <w:bCs/>
          <w:rtl/>
        </w:rPr>
        <w:t>چیست؟</w:t>
      </w:r>
    </w:p>
    <w:p w:rsidR="00D1286D" w:rsidRPr="00D1286D" w:rsidRDefault="00D1286D" w:rsidP="00D1286D">
      <w:pPr>
        <w:bidi/>
        <w:spacing w:after="0" w:line="360" w:lineRule="auto"/>
        <w:ind w:firstLine="720"/>
        <w:rPr>
          <w:rFonts w:ascii="Tahoma" w:hAnsi="Tahoma" w:cs="Tahoma"/>
        </w:rPr>
      </w:pPr>
      <w:r w:rsidRPr="00D1286D">
        <w:rPr>
          <w:rFonts w:ascii="Tahoma" w:hAnsi="Tahoma" w:cs="Tahoma"/>
          <w:rtl/>
        </w:rPr>
        <w:t>منظور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«کشورداری» هنر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عملی،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دانش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سازمان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یافته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توانایی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نهادی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لازم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برای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برپایی،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حفظ،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هدایت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نیرومند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ساختن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یک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کشور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طول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زمان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 و لذا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مفهومی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گسترده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تر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حکومت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کردن،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مدیریت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دولتی،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دیپلماسی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یا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راهبرد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نظامی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دارد.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هر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یک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اینها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تنها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یکی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ابزارهای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کشورداری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است. مسئلهء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اصلی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چگونه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اقتدار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سیاسی،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نهادها،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قانون،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منابع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اقتصادی،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دستگاه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اداری،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نیروهای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نظامی،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مناسبات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خارجی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روایت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های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هویت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بخش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کشور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یکدیگر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هماهنگ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شوند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موجودیت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کشور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حفظ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شود،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نظم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داخلی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برقرار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بماند،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زندگی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عمومی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ادامه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یابد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جامعه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بتواند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آینده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برای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خود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بسازد.</w:t>
      </w:r>
    </w:p>
    <w:p w:rsidR="00D1286D" w:rsidRPr="00D1286D" w:rsidRDefault="00D1286D" w:rsidP="00D1286D">
      <w:pPr>
        <w:bidi/>
        <w:spacing w:after="0" w:line="360" w:lineRule="auto"/>
        <w:ind w:firstLine="720"/>
        <w:rPr>
          <w:rFonts w:ascii="Tahoma" w:hAnsi="Tahoma" w:cs="Tahoma"/>
        </w:rPr>
      </w:pPr>
      <w:r w:rsidRPr="00D1286D">
        <w:rPr>
          <w:rFonts w:ascii="Tahoma" w:hAnsi="Tahoma" w:cs="Tahoma"/>
          <w:rtl/>
        </w:rPr>
        <w:t>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تعریفی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فشرده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توان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گفت</w:t>
      </w:r>
      <w:r w:rsidRPr="00D1286D">
        <w:rPr>
          <w:rFonts w:ascii="Tahoma" w:hAnsi="Tahoma" w:cs="Tahoma"/>
        </w:rPr>
        <w:t xml:space="preserve">: </w:t>
      </w:r>
      <w:r w:rsidRPr="00D1286D">
        <w:rPr>
          <w:rFonts w:ascii="Tahoma" w:hAnsi="Tahoma" w:cs="Tahoma"/>
          <w:rtl/>
        </w:rPr>
        <w:t>کشورداری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عبارت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کارگیری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سنجیده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هماهنگ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اقتدار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سیاسی،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نهادها،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قانون،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دیوان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سالاری،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دیپلماسی،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منابع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اقتصادی،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روایت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های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عمومی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ــ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صورت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ضرورت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ــ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قدرت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نظامی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برای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حفظ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کشور،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ادارهء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جامعه،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تحقق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هدف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های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مشترک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تنظیم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رابطه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دیگر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قدرت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ها.</w:t>
      </w:r>
    </w:p>
    <w:p w:rsidR="00D1286D" w:rsidRPr="00D1286D" w:rsidRDefault="00D1286D" w:rsidP="00D1286D">
      <w:pPr>
        <w:bidi/>
        <w:spacing w:after="0" w:line="360" w:lineRule="auto"/>
        <w:ind w:firstLine="720"/>
        <w:rPr>
          <w:rFonts w:ascii="Tahoma" w:hAnsi="Tahoma" w:cs="Tahoma"/>
        </w:rPr>
      </w:pPr>
      <w:r w:rsidRPr="00D1286D">
        <w:rPr>
          <w:rFonts w:ascii="Tahoma" w:hAnsi="Tahoma" w:cs="Tahoma"/>
          <w:rtl/>
        </w:rPr>
        <w:t>کشورداری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تنها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توانایی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فرمان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راندن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یا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ادارهء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امور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روزمره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نیست.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توانایی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ساختن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حفظ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کشوری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بتواند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تصمیم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بگیرد،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تصمیم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هایش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اجرا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کند،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بحران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ها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تغییر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فرمانروایان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جان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سالم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ببرد،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استقلال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خود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حفظ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کند،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اختلاف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های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اجتماعی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سامان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دهد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خود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شرایط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تازه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سازگار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سازد؛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آنکه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مردم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هدف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هایی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نابود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کند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کشور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اساساً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برای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ادامهء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زندگی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آنان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پدید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آمده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ژرف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ترین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معنای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خود،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کشورداری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هنر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تبدیل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قدرت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نظم،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نظم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نهاد،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نهاد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استمرار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استمرار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آینده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ممکن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برای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کشور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است.</w:t>
      </w:r>
    </w:p>
    <w:p w:rsidR="00D1286D" w:rsidRPr="00D1286D" w:rsidRDefault="00D1286D" w:rsidP="00D1286D">
      <w:pPr>
        <w:bidi/>
        <w:spacing w:after="0" w:line="360" w:lineRule="auto"/>
        <w:ind w:firstLine="720"/>
        <w:rPr>
          <w:rFonts w:ascii="Tahoma" w:hAnsi="Tahoma" w:cs="Tahoma"/>
        </w:rPr>
      </w:pPr>
      <w:r w:rsidRPr="00D1286D">
        <w:rPr>
          <w:rFonts w:ascii="Tahoma" w:hAnsi="Tahoma" w:cs="Tahoma"/>
          <w:rtl/>
        </w:rPr>
        <w:t>این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اصطلاح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اغلب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لحنی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ستایش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آمیز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کار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رود،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اما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مفهوم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کشورداری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خودی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خود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نظر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اخلاقی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خنثی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ممکن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فرمانروایی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خودکامه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ساختن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نهادها،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تنظیم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جانشینی،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حفظ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تمامیت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سرزمینی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دفاع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کشور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مهارت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چشمگیری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نشان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دهد. 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مقابل،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ممکن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حکومتی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دموکراتیک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سبب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کوتاه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بینی،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فرسایش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نهادها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یا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سردرگمی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راهبردی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کشورداری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ناموفق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باشد.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بنابراین،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باید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چند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داوری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تفاوت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گذاشت.</w:t>
      </w:r>
    </w:p>
    <w:p w:rsidR="00D1286D" w:rsidRDefault="00D1286D" w:rsidP="00D1286D">
      <w:pPr>
        <w:bidi/>
        <w:spacing w:after="0" w:line="360" w:lineRule="auto"/>
        <w:ind w:firstLine="720"/>
        <w:rPr>
          <w:rFonts w:ascii="Tahoma" w:hAnsi="Tahoma" w:cs="Tahoma"/>
        </w:rPr>
      </w:pPr>
      <w:r w:rsidRPr="00D1286D">
        <w:rPr>
          <w:rFonts w:ascii="Tahoma" w:hAnsi="Tahoma" w:cs="Tahoma"/>
          <w:rtl/>
        </w:rPr>
        <w:t>کشورداری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کارآمد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توانایی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تحقق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هدف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های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سیاسی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پایدار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کشورداری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برخوردار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حقانیت،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اقتدار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خود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پایهء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نظامی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اعمال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کند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جامعه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پذیرفته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قانون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رسمیت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شناخته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کشورداری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اخلاقی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کرامت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انسان،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حقوق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مردم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محدودیت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های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اخلاقی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رعایت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کند.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کشورداری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دموکراتیک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کارآمدی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رضایت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عمومی،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پاسخ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گویی،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کثرت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گرایی،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حاکمیت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ملت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حکومت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قانون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پیوند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دهد.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ممکن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ویژگی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ها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یک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نظام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سیاسی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جمع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شوند،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اما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چنین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جمعی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خودبه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خود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پدید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آید.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برای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ارزیابی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کشورداری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نباید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فقط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پرسید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سیاستی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موفق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بوده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یا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نه؛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باید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پرسید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موفقیت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برای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چه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کسانی،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چه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ابزارهایی،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پایهء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چه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حقی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تحمیل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چه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هزینه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انسان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ها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دست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آمده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است.</w:t>
      </w:r>
    </w:p>
    <w:p w:rsidR="00D1286D" w:rsidRPr="00D1286D" w:rsidRDefault="00D1286D" w:rsidP="00D1286D">
      <w:pPr>
        <w:bidi/>
        <w:spacing w:after="0" w:line="360" w:lineRule="auto"/>
        <w:ind w:firstLine="720"/>
        <w:rPr>
          <w:rFonts w:ascii="Tahoma" w:hAnsi="Tahoma" w:cs="Tahoma"/>
        </w:rPr>
      </w:pPr>
    </w:p>
    <w:p w:rsidR="00D1286D" w:rsidRPr="00D1286D" w:rsidRDefault="00D1286D" w:rsidP="00D1286D">
      <w:pPr>
        <w:keepNext/>
        <w:bidi/>
        <w:spacing w:after="0" w:line="360" w:lineRule="auto"/>
        <w:rPr>
          <w:rFonts w:ascii="Tahoma" w:hAnsi="Tahoma" w:cs="Tahoma"/>
        </w:rPr>
      </w:pPr>
      <w:r w:rsidRPr="00D1286D">
        <w:rPr>
          <w:rFonts w:ascii="Tahoma" w:hAnsi="Tahoma" w:cs="Tahoma"/>
          <w:b/>
          <w:bCs/>
          <w:rtl/>
        </w:rPr>
        <w:t>۴</w:t>
      </w:r>
      <w:r w:rsidRPr="00D1286D">
        <w:rPr>
          <w:rFonts w:ascii="Tahoma" w:hAnsi="Tahoma" w:cs="Tahoma"/>
          <w:b/>
          <w:rtl/>
        </w:rPr>
        <w:t>.</w:t>
      </w:r>
      <w:r w:rsidRPr="00D1286D">
        <w:rPr>
          <w:rFonts w:ascii="Tahoma" w:hAnsi="Tahoma" w:cs="Tahoma"/>
          <w:b/>
        </w:rPr>
        <w:t xml:space="preserve"> </w:t>
      </w:r>
      <w:r w:rsidRPr="00D1286D">
        <w:rPr>
          <w:rFonts w:ascii="Tahoma" w:hAnsi="Tahoma" w:cs="Tahoma"/>
          <w:b/>
          <w:bCs/>
          <w:rtl/>
        </w:rPr>
        <w:t>عناصر</w:t>
      </w:r>
      <w:r w:rsidRPr="00D1286D">
        <w:rPr>
          <w:rFonts w:ascii="Tahoma" w:hAnsi="Tahoma" w:cs="Tahoma"/>
          <w:b/>
        </w:rPr>
        <w:t xml:space="preserve"> </w:t>
      </w:r>
      <w:r w:rsidRPr="00D1286D">
        <w:rPr>
          <w:rFonts w:ascii="Tahoma" w:hAnsi="Tahoma" w:cs="Tahoma"/>
          <w:b/>
          <w:bCs/>
          <w:rtl/>
        </w:rPr>
        <w:t>اساسی</w:t>
      </w:r>
      <w:r w:rsidRPr="00D1286D">
        <w:rPr>
          <w:rFonts w:ascii="Tahoma" w:hAnsi="Tahoma" w:cs="Tahoma"/>
          <w:b/>
        </w:rPr>
        <w:t xml:space="preserve"> </w:t>
      </w:r>
      <w:r w:rsidRPr="00D1286D">
        <w:rPr>
          <w:rFonts w:ascii="Tahoma" w:hAnsi="Tahoma" w:cs="Tahoma"/>
          <w:b/>
          <w:bCs/>
          <w:rtl/>
        </w:rPr>
        <w:t>کشورداری</w:t>
      </w:r>
    </w:p>
    <w:p w:rsidR="00D1286D" w:rsidRPr="00D1286D" w:rsidRDefault="00D1286D" w:rsidP="00D1286D">
      <w:pPr>
        <w:bidi/>
        <w:spacing w:after="0" w:line="360" w:lineRule="auto"/>
        <w:ind w:firstLine="720"/>
        <w:rPr>
          <w:rFonts w:ascii="Tahoma" w:hAnsi="Tahoma" w:cs="Tahoma"/>
        </w:rPr>
      </w:pPr>
      <w:r w:rsidRPr="00D1286D">
        <w:rPr>
          <w:rFonts w:ascii="Tahoma" w:hAnsi="Tahoma" w:cs="Tahoma"/>
          <w:rtl/>
        </w:rPr>
        <w:t>کشورداری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پیش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هر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چیز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برپایی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حفظ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کشور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سروکار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دارد.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پیش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آنکه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کشوری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درستی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اداره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شود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باید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بتواند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موجود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بماند. چه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کسی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یا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چه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نهادی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حق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گرفتن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تصمیم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های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الزام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آور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دارد؟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اقتدار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چه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سرزمین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جمعیتی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اعمال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شود؟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حاکمیت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کشور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چگونه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برابر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تهدیدهای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داخلی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خارجی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حفظ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شود؟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جانشینی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سیاسی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چگونه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صورت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گیرد؟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چگونه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توان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شورش،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جنگ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داخلی،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تجاوز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خارجی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فروپاشی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نهادی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جلوگیری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کرد؟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چگونه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توان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کاری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کرد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کشور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مرگ،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برکناری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یا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شکست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یک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فرمانروا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فرو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نریزد؟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ممکن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 یک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فرمانروا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چند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سال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کشور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موفقیت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اداره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کند،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اما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پس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مرگ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همه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چیز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فروبپاشد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توان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کشورداری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موفق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دانست. یکی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مهم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ترین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معیارهای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کشورداری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دوام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نظم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سیاسی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نهادی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است.</w:t>
      </w:r>
    </w:p>
    <w:p w:rsidR="00D1286D" w:rsidRPr="00D1286D" w:rsidRDefault="00D1286D" w:rsidP="00D1286D">
      <w:pPr>
        <w:bidi/>
        <w:spacing w:after="0" w:line="360" w:lineRule="auto"/>
        <w:ind w:firstLine="720"/>
        <w:rPr>
          <w:rFonts w:ascii="Tahoma" w:hAnsi="Tahoma" w:cs="Tahoma"/>
        </w:rPr>
      </w:pPr>
      <w:r w:rsidRPr="00D1286D">
        <w:rPr>
          <w:rFonts w:ascii="Tahoma" w:hAnsi="Tahoma" w:cs="Tahoma"/>
          <w:rtl/>
        </w:rPr>
        <w:t>عنصر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دوم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تبدیل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قدرت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اقتدار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زور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تواند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فرمان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بری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ایجاد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کند،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اما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تنهایی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نظم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پایدار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سازد.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قدرت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توانایی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وادار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کردن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دیگران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اطاعت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است؛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اقتدار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توانایی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 xml:space="preserve">شناخته 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شده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پذیرفته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 xml:space="preserve"> شده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برای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گرفتن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تصمیم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هایی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مردم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نهادها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آنها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الزام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آور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دانند. وضع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اجرای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قانون،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ایجاد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نهادهای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سیاسی،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تثبیت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روش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های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پذیرفته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شده،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تأمین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مشارکت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یا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رضایت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عمومی،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ساختن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نظام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نمایندگی،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شکل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دادن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هویت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مشترک،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پیش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بینی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جانشینی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ایجاد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دستگاه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اداری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قابل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اعتماد،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همگی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های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تبدیل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قدرت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خام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اقتدارند.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هرچه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حکومت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تنها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ترس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متکی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باشد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نظم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شکننده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تر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است؛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هرچه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قانون،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نهاد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حقانیت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حکمرانی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جای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زور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بگیرد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ثبات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بیشتر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شود.</w:t>
      </w:r>
    </w:p>
    <w:p w:rsidR="00D1286D" w:rsidRPr="00D1286D" w:rsidRDefault="00D1286D" w:rsidP="00D1286D">
      <w:pPr>
        <w:bidi/>
        <w:spacing w:after="0" w:line="360" w:lineRule="auto"/>
        <w:ind w:firstLine="720"/>
        <w:rPr>
          <w:rFonts w:ascii="Tahoma" w:hAnsi="Tahoma" w:cs="Tahoma"/>
        </w:rPr>
      </w:pPr>
      <w:r w:rsidRPr="00D1286D">
        <w:rPr>
          <w:rFonts w:ascii="Tahoma" w:hAnsi="Tahoma" w:cs="Tahoma"/>
          <w:rtl/>
        </w:rPr>
        <w:t>قدرت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نظامی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نیز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یکی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ابزارهای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ضروری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کشورداری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قدرت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تواند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برای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دفاع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سرزمین،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بازداشتن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دشمن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تجاوز،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حفظ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های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ارتباطی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تجاری،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مقابله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شورش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مسلحانه،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پشتیبانی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متحدان،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نجات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شهروندان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یا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ایجاد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شرایط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مناسب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برای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مذاکره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کار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رود.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اما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کشورداری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جنگاوری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یکسان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نیست.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ممکن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کشوری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جنگ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پیروز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شود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ولی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کشورداری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شکست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بخورد،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زیرا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پیروزی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نظامی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تواند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اشغال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پرهزینه،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دشمنی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پایدار،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فرسودگی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اقتصادی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یا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فروپاشی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داخلی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دنبال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آورد.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پرسش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کشوردار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فقط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نیست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آیا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توانیم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جنگ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پیروز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شویم؛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پرسش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مهم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تر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جنگ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پس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پایان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چه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وضعیت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سیاسی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ایجاد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خواهد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کرد. گاه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عالی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ترین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شکل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کشورداری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رسیدن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هدف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سیاسی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بدون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جنگ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گاه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پرهیز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جنگ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تواند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فاجعه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بزرگ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تر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آورد.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تشخیص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یکدیگر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داوری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سیاسی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نیاز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دارد.</w:t>
      </w:r>
    </w:p>
    <w:p w:rsidR="00D1286D" w:rsidRPr="00D1286D" w:rsidRDefault="00D1286D" w:rsidP="00D1286D">
      <w:pPr>
        <w:bidi/>
        <w:spacing w:after="0" w:line="360" w:lineRule="auto"/>
        <w:ind w:firstLine="720"/>
        <w:rPr>
          <w:rFonts w:ascii="Tahoma" w:hAnsi="Tahoma" w:cs="Tahoma"/>
        </w:rPr>
      </w:pPr>
      <w:r w:rsidRPr="00D1286D">
        <w:rPr>
          <w:rFonts w:ascii="Tahoma" w:hAnsi="Tahoma" w:cs="Tahoma"/>
          <w:rtl/>
        </w:rPr>
        <w:t>ساختن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نهادها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عنصر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دیگر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کشورداری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کشورداری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نباید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فقط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هوش،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اراده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یا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مهارت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شخصی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فرمانروایان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دانست. مهم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ترین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دستاورد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ساختن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نهادهایی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مستقل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اشخاص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کار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خود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ادامه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دهند.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فرمانروای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توانا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ممکن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مشکلات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شخصاً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حل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کند،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اما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کشوردار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بزرگ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کسی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نهادی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بسازد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پس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مرگ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نیز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توانایی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حل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مشکلات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داشته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باشد. گذار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فرمانروایی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شخصی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کشورداری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نهادی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یکی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مهم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ترین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تحولات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تاریخ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سیاسی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بشر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است.</w:t>
      </w:r>
    </w:p>
    <w:p w:rsidR="00D1286D" w:rsidRPr="00D1286D" w:rsidRDefault="00D1286D" w:rsidP="00D1286D">
      <w:pPr>
        <w:bidi/>
        <w:spacing w:after="0" w:line="360" w:lineRule="auto"/>
        <w:ind w:firstLine="720"/>
        <w:rPr>
          <w:rFonts w:ascii="Tahoma" w:hAnsi="Tahoma" w:cs="Tahoma"/>
        </w:rPr>
      </w:pPr>
      <w:r w:rsidRPr="00D1286D">
        <w:rPr>
          <w:rFonts w:ascii="Tahoma" w:hAnsi="Tahoma" w:cs="Tahoma"/>
          <w:rtl/>
        </w:rPr>
        <w:t>قانون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قدرت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امکان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دهد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رفتاری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پیش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بینی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پذیر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پیدا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کند.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قانون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اختلاف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ها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بدون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توسل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خشونت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شخصی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حل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کند؛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حقوق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وظایف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مردم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نهادها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مشخص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سازد؛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مالکیت،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مالیات،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ارث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قراردادها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تنظیم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کند؛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شیوهء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اعمال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اقتدار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تعیین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نماید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وجود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تغییر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فرمانروایان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کشور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استمرار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بخشد. اما کشورداری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خوب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معنای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تولید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شمار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بیشتری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قوانین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نیست؛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معنای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ساختن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نظام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حقوقی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فهمیدنی،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قابل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اجرا،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نسبتاً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پایدار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عین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حال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اصلاح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پذیر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باشد.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پرسش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بنیادی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آیا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فرمانروا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فراز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قانون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قرار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دارد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یا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خود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نیز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چارچوب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قانون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عمل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کند.</w:t>
      </w:r>
    </w:p>
    <w:p w:rsidR="00D1286D" w:rsidRPr="00D1286D" w:rsidRDefault="00D1286D" w:rsidP="00D1286D">
      <w:pPr>
        <w:bidi/>
        <w:spacing w:after="0" w:line="360" w:lineRule="auto"/>
        <w:ind w:firstLine="720"/>
        <w:rPr>
          <w:rFonts w:ascii="Tahoma" w:hAnsi="Tahoma" w:cs="Tahoma"/>
        </w:rPr>
      </w:pPr>
      <w:r w:rsidRPr="00D1286D">
        <w:rPr>
          <w:rFonts w:ascii="Tahoma" w:hAnsi="Tahoma" w:cs="Tahoma"/>
          <w:rtl/>
        </w:rPr>
        <w:t>مدیریت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اختلاف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های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اجتماعی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سیاسی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نیز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بخشی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کشورداری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هر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جامعه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گروه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ها،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طبقات،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مناطق،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مذاهب،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زبان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ها،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نهادها،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منافع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برداشت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های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گوناگون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تشکیل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شده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کشورداری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قرار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نیست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تفاوت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ها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نابود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کند؛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باید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ترتیبی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پدید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آورد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آنها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بدون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نابود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کردن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کشور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کنار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یکدیگر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باقی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بمانند. مذاکره،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سازش،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نمایندگی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سیاسی،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تمرکززدایی،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تقسیم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قدرت،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دادگاه،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حمایت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حقوق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اقلیت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ها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رقابت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آزاد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اما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قانونمند،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صورت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های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مختلف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مدیریت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اند.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سرکوب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ممکن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برای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مدتی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سکوت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ایجاد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کند،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اما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سکوت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همیشه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نظم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نیست. کشورداری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پخته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باید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مخالفتی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نظام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سیاسی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قابل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پذیرش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نیرویی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واقعاً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موجودیت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کشور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تهدید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کند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تفاوت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بگذارد.</w:t>
      </w:r>
    </w:p>
    <w:p w:rsidR="00D1286D" w:rsidRPr="00D1286D" w:rsidRDefault="00D1286D" w:rsidP="00D1286D">
      <w:pPr>
        <w:bidi/>
        <w:spacing w:after="0" w:line="360" w:lineRule="auto"/>
        <w:ind w:firstLine="720"/>
        <w:rPr>
          <w:rFonts w:ascii="Tahoma" w:hAnsi="Tahoma" w:cs="Tahoma"/>
        </w:rPr>
      </w:pPr>
      <w:r w:rsidRPr="00D1286D">
        <w:rPr>
          <w:rFonts w:ascii="Tahoma" w:hAnsi="Tahoma" w:cs="Tahoma"/>
          <w:rtl/>
        </w:rPr>
        <w:t>کشورداری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توان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مجموعه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دستورهای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ثابت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فروکاست. کشورداری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نیازمند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داوری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سیاسی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است: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توانایی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شناخت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موقعیتی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یگانه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انتخاب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هایی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هیچ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یک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کامل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نیستند.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تشخیص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امر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فوری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امر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اساسی،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شناخت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آنچه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توان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تغییر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داد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آنچه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فعلاً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تغییرپذیر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نیست،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پیش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بینی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پیامدهای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ناخواسته،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شناخت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انگیزه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های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متحد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دشمن،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دانستن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زمان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سازش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زمان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مقاومت،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سنجش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خطر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شرایط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نامطمئن،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اجزای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داوری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اند.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تاریخ،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نظریه،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آمار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اطلاعات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انتخاب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ها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روشن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تر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کنند،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اما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هیچ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کدام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توانند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صورت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ماشینی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تعیین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کنند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موقعیتی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ویژه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چه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باید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کرد.</w:t>
      </w:r>
    </w:p>
    <w:p w:rsidR="00D1286D" w:rsidRPr="00D1286D" w:rsidRDefault="00D1286D" w:rsidP="00D1286D">
      <w:pPr>
        <w:bidi/>
        <w:spacing w:after="0" w:line="360" w:lineRule="auto"/>
        <w:ind w:firstLine="720"/>
        <w:rPr>
          <w:rFonts w:ascii="Tahoma" w:hAnsi="Tahoma" w:cs="Tahoma"/>
        </w:rPr>
      </w:pPr>
      <w:r w:rsidRPr="00D1286D">
        <w:rPr>
          <w:rFonts w:ascii="Tahoma" w:hAnsi="Tahoma" w:cs="Tahoma"/>
          <w:rtl/>
        </w:rPr>
        <w:t>کشورداری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همچنین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باید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تصمیم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امروز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آیندهء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کشور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پیوند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دهد.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سیاست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روزمره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غالباً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گرفتار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انتخابات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آینده،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اعتراض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جاری،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بودجهء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سالانه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یا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نبرد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پیش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روست،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اما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کشورداری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هم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زمان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چند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افق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زمانی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عمل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کند.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سیاستی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ممکن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امروز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محبوب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باشد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فردای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کشور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تضعیف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کند؛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سیاستی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دیگر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ممکن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امروز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هزینه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داشته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باشد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اما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آینده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ثبات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توانایی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بیشتری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بسازد.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آینده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نگری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معنای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پیشگویی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نیست؛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معنای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دیدن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رابطهء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تصمیم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های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کنونی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امکان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ادامهء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زندگی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کشور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است.</w:t>
      </w:r>
    </w:p>
    <w:p w:rsidR="00D1286D" w:rsidRPr="00D1286D" w:rsidRDefault="00D1286D" w:rsidP="00D1286D">
      <w:pPr>
        <w:bidi/>
        <w:spacing w:after="0" w:line="360" w:lineRule="auto"/>
        <w:ind w:firstLine="720"/>
        <w:rPr>
          <w:rFonts w:ascii="Tahoma" w:hAnsi="Tahoma" w:cs="Tahoma"/>
        </w:rPr>
      </w:pPr>
      <w:r w:rsidRPr="00D1286D">
        <w:rPr>
          <w:rFonts w:ascii="Tahoma" w:hAnsi="Tahoma" w:cs="Tahoma"/>
          <w:rtl/>
        </w:rPr>
        <w:t>هیچ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یک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عناصر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بدون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منابع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مادی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دستگاه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اجرا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تحقق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یابد.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مالیات،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هزینه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های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عمومی،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پول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اعتبار،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تجارت،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ها،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زیرساخت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ها،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کشاورزی،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صنعت،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ذخیره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سازی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برای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بحران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توزیع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بارها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منافع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اقتصادی،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همگی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قلمرو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کشورداری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قرار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دارند.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کشوری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درآمد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گرد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آورد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تواند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خود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دفاع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کند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یا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خدمات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عمومی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فراهم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سازد؛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حکومتی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بیش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اندازه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جامعه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استخراج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کند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مردم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فقیر،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اقتصاد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فرسوده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زمینهء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شورش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آماده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سازد.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کشورداری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مالی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هم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توانایی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نیاز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دارد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هم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خویشتن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داری.</w:t>
      </w:r>
    </w:p>
    <w:p w:rsidR="00D1286D" w:rsidRDefault="00D1286D" w:rsidP="00D1286D">
      <w:pPr>
        <w:bidi/>
        <w:spacing w:after="0" w:line="360" w:lineRule="auto"/>
        <w:ind w:firstLine="720"/>
        <w:rPr>
          <w:rFonts w:ascii="Tahoma" w:hAnsi="Tahoma" w:cs="Tahoma"/>
        </w:rPr>
      </w:pP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سرانجام،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تصمیم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سیاسی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هنگامی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اجرا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نشود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چیزی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بیش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بیان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خواست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فرمانروا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یا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حکومت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نیست.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گردآوری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اطلاعات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معتبر،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شناخت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جامعه،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گزینش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کارگزاران،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تعیین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مسئولیت،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تخصیص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درآمد،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ثبت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اسناد،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هماهنگی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دستگاه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ها،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نظارت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مأموران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اصلاح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سیاست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ناموفق،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وظایف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دیوان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سالاری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اند.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همین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رو،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دیوان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سالاری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مجموعه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جایگاهی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مرکزی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دارد.</w:t>
      </w:r>
    </w:p>
    <w:p w:rsidR="00D1286D" w:rsidRPr="00D1286D" w:rsidRDefault="00D1286D" w:rsidP="00D1286D">
      <w:pPr>
        <w:bidi/>
        <w:spacing w:after="0" w:line="360" w:lineRule="auto"/>
        <w:ind w:firstLine="720"/>
        <w:rPr>
          <w:rFonts w:ascii="Tahoma" w:hAnsi="Tahoma" w:cs="Tahoma"/>
        </w:rPr>
      </w:pPr>
    </w:p>
    <w:p w:rsidR="00D1286D" w:rsidRPr="00D1286D" w:rsidRDefault="00D1286D" w:rsidP="00D1286D">
      <w:pPr>
        <w:keepNext/>
        <w:bidi/>
        <w:spacing w:after="0" w:line="360" w:lineRule="auto"/>
        <w:rPr>
          <w:rFonts w:ascii="Tahoma" w:hAnsi="Tahoma" w:cs="Tahoma"/>
        </w:rPr>
      </w:pPr>
      <w:r w:rsidRPr="00D1286D">
        <w:rPr>
          <w:rFonts w:ascii="Tahoma" w:hAnsi="Tahoma" w:cs="Tahoma"/>
          <w:b/>
          <w:bCs/>
          <w:rtl/>
        </w:rPr>
        <w:t>۵</w:t>
      </w:r>
      <w:r w:rsidRPr="00D1286D">
        <w:rPr>
          <w:rFonts w:ascii="Tahoma" w:hAnsi="Tahoma" w:cs="Tahoma"/>
          <w:b/>
          <w:rtl/>
        </w:rPr>
        <w:t>.</w:t>
      </w:r>
      <w:r w:rsidRPr="00D1286D">
        <w:rPr>
          <w:rFonts w:ascii="Tahoma" w:hAnsi="Tahoma" w:cs="Tahoma"/>
          <w:b/>
        </w:rPr>
        <w:t xml:space="preserve"> </w:t>
      </w:r>
      <w:r w:rsidRPr="00D1286D">
        <w:rPr>
          <w:rFonts w:ascii="Tahoma" w:hAnsi="Tahoma" w:cs="Tahoma"/>
          <w:b/>
          <w:bCs/>
          <w:rtl/>
        </w:rPr>
        <w:t>دیوان</w:t>
      </w:r>
      <w:r w:rsidRPr="00D1286D">
        <w:rPr>
          <w:rFonts w:ascii="Tahoma" w:hAnsi="Tahoma" w:cs="Tahoma"/>
          <w:b/>
        </w:rPr>
        <w:t>‌</w:t>
      </w:r>
      <w:r w:rsidRPr="00D1286D">
        <w:rPr>
          <w:rFonts w:ascii="Tahoma" w:hAnsi="Tahoma" w:cs="Tahoma"/>
          <w:b/>
          <w:bCs/>
          <w:rtl/>
        </w:rPr>
        <w:t>سالاری</w:t>
      </w:r>
      <w:r w:rsidRPr="00D1286D">
        <w:rPr>
          <w:rFonts w:ascii="Tahoma" w:hAnsi="Tahoma" w:cs="Tahoma"/>
          <w:b/>
        </w:rPr>
        <w:t xml:space="preserve"> </w:t>
      </w:r>
      <w:r w:rsidRPr="00D1286D">
        <w:rPr>
          <w:rFonts w:ascii="Tahoma" w:hAnsi="Tahoma" w:cs="Tahoma"/>
          <w:b/>
          <w:bCs/>
          <w:rtl/>
        </w:rPr>
        <w:t>و</w:t>
      </w:r>
      <w:r w:rsidRPr="00D1286D">
        <w:rPr>
          <w:rFonts w:ascii="Tahoma" w:hAnsi="Tahoma" w:cs="Tahoma"/>
          <w:b/>
        </w:rPr>
        <w:t xml:space="preserve"> </w:t>
      </w:r>
      <w:r w:rsidRPr="00D1286D">
        <w:rPr>
          <w:rFonts w:ascii="Tahoma" w:hAnsi="Tahoma" w:cs="Tahoma"/>
          <w:b/>
          <w:bCs/>
          <w:rtl/>
        </w:rPr>
        <w:t>احوال</w:t>
      </w:r>
      <w:r w:rsidRPr="00D1286D">
        <w:rPr>
          <w:rFonts w:ascii="Tahoma" w:hAnsi="Tahoma" w:cs="Tahoma"/>
          <w:b/>
        </w:rPr>
        <w:t xml:space="preserve"> </w:t>
      </w:r>
      <w:r w:rsidRPr="00D1286D">
        <w:rPr>
          <w:rFonts w:ascii="Tahoma" w:hAnsi="Tahoma" w:cs="Tahoma"/>
          <w:b/>
          <w:bCs/>
          <w:rtl/>
        </w:rPr>
        <w:t>ملت</w:t>
      </w:r>
    </w:p>
    <w:p w:rsidR="00D1286D" w:rsidRPr="00D1286D" w:rsidRDefault="00D1286D" w:rsidP="00D1286D">
      <w:pPr>
        <w:bidi/>
        <w:spacing w:after="0" w:line="360" w:lineRule="auto"/>
        <w:ind w:firstLine="720"/>
        <w:rPr>
          <w:rFonts w:ascii="Tahoma" w:hAnsi="Tahoma" w:cs="Tahoma"/>
        </w:rPr>
      </w:pPr>
      <w:r w:rsidRPr="00D1286D">
        <w:rPr>
          <w:rFonts w:ascii="Tahoma" w:hAnsi="Tahoma" w:cs="Tahoma"/>
          <w:rtl/>
        </w:rPr>
        <w:t>دیوان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سالاری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کشورداری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مهم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ترین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نهاد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رسیدگی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عملی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احوال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مردم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زیرا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تنها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نهادی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تواند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خواست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سیاسی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کاری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پیوسته،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منظم،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فراگیر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قابل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سنجش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زندگی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روزمره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تبدیل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کند.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فرمانروا،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رئیس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جمهور،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مجلس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یا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هیئت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دولت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ممکن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دربارهء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رفاه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مردم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تصمیم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بگیرند؛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دادگاه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ممکن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حقوق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آنان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دفاع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کند؛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قشون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ممکن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مرزها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حفاظت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نماید؛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اما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نهادی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باید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بداند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مردم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چه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وضعی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زندگی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کنند،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نیازها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چیست،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منابع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کجاست،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تصمیم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ها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چگونه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باید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اجرا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شوند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نتایج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آنها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چه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بوده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دیوان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سالاری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است.</w:t>
      </w:r>
    </w:p>
    <w:p w:rsidR="00D1286D" w:rsidRPr="00D1286D" w:rsidRDefault="00D1286D" w:rsidP="00D1286D">
      <w:pPr>
        <w:bidi/>
        <w:spacing w:after="0" w:line="360" w:lineRule="auto"/>
        <w:ind w:firstLine="720"/>
        <w:rPr>
          <w:rFonts w:ascii="Tahoma" w:hAnsi="Tahoma" w:cs="Tahoma"/>
        </w:rPr>
      </w:pPr>
      <w:r w:rsidRPr="00D1286D">
        <w:rPr>
          <w:rFonts w:ascii="Tahoma" w:hAnsi="Tahoma" w:cs="Tahoma"/>
          <w:rtl/>
        </w:rPr>
        <w:t>بااین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همه،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باید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دقت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مفهومی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مهمی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رعایت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کرد.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دیوان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سالاری اگرچه 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لزوماً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مهم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ترین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نهاد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برای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تعیین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خیر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مصلحت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ملت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نیست اما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مهم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ترین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نهاد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برای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شناخت،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ثبت،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پیگیری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تأمین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عملی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احوال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ملت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تعیین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هدف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های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عمومی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نظام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های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مختلف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ممکن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عهدهء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فرمانروا،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مجلس،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حکومت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یا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خود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ملت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باشد،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اما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تحقق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آنها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بدون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دستگاه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اداری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ممکن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نیست.</w:t>
      </w:r>
    </w:p>
    <w:p w:rsidR="00D1286D" w:rsidRPr="00D1286D" w:rsidRDefault="00D1286D" w:rsidP="00D1286D">
      <w:pPr>
        <w:bidi/>
        <w:spacing w:after="0" w:line="360" w:lineRule="auto"/>
        <w:ind w:firstLine="720"/>
        <w:rPr>
          <w:rFonts w:ascii="Tahoma" w:hAnsi="Tahoma" w:cs="Tahoma"/>
        </w:rPr>
      </w:pPr>
      <w:r w:rsidRPr="00D1286D">
        <w:rPr>
          <w:rFonts w:ascii="Tahoma" w:hAnsi="Tahoma" w:cs="Tahoma"/>
          <w:rtl/>
        </w:rPr>
        <w:t>برای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یک سیاست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مدار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«مردم» ممکن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مفهومی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کلی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باشد،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اما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برای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دیوان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سالاری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مجموعه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احوال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مشخص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برای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رسیدگی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واقعی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باید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دانست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چند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نفر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کشور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زندگی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کنند،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کجا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هستند،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چه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تعداد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کودک،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سالمند،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بیمار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یا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بیکار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وجود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دارد،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چه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کسانی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مالک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زمین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اند،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کدام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منطقه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دچار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خشکسالی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یا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کمبود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غذاست،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مالیات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چه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کسی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چه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میزان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گرفته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شود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کدام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راه،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مدرسه،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بیمارستان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یا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شبکهء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آب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ساختن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یا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تعمیر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نیاز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دارد.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سرشماری،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ثبت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تولد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مرگ،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دفترهای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مالیاتی،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اسناد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مالکیت،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گزارش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قیمت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محصول،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آمار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بیماری،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شکایت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مردم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ارزیابی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نتیجهء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سیاست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ها،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جامعه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مفهومی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انتزاعی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واقعیتی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قابل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شناخت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رسیدگی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تبدیل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کنند.</w:t>
      </w:r>
    </w:p>
    <w:p w:rsidR="00D1286D" w:rsidRPr="00D1286D" w:rsidRDefault="00D1286D" w:rsidP="00D1286D">
      <w:pPr>
        <w:bidi/>
        <w:spacing w:after="0" w:line="360" w:lineRule="auto"/>
        <w:ind w:firstLine="720"/>
        <w:rPr>
          <w:rFonts w:ascii="Tahoma" w:hAnsi="Tahoma" w:cs="Tahoma"/>
        </w:rPr>
      </w:pPr>
      <w:r w:rsidRPr="00D1286D">
        <w:rPr>
          <w:rFonts w:ascii="Tahoma" w:hAnsi="Tahoma" w:cs="Tahoma"/>
          <w:rtl/>
        </w:rPr>
        <w:t>دیوان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سالاری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چشم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گوش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کشور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هیچ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مرکز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سیاسی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تواند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مستقیماً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احوال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همهء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مردم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آگاه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شود.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فرمانروا،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حتی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خیرخواه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باشد،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بدون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شبکهء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گردآوری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اطلاعات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برابر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جامعه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نابیناست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اساس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حدس،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شایعه،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تملق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اطرافیان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یا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تصور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شخصی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عمل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کند.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البته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آمار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دفتر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توانند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واقعیت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آشکار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یا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پنهان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کنند.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دستگاه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فاسد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ممکن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برای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خوشایند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فرمانروا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آمار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دروغ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تولید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کند.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بنابراین،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داشتن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دستگاه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اداری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کافی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نیست؛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دستگاه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باید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حرفه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ای،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راستگو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برابر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قانون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پاسخ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گو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باشد.</w:t>
      </w:r>
    </w:p>
    <w:p w:rsidR="00D1286D" w:rsidRPr="00D1286D" w:rsidRDefault="00D1286D" w:rsidP="00D1286D">
      <w:pPr>
        <w:bidi/>
        <w:spacing w:after="0" w:line="360" w:lineRule="auto"/>
        <w:ind w:firstLine="720"/>
        <w:rPr>
          <w:rFonts w:ascii="Tahoma" w:hAnsi="Tahoma" w:cs="Tahoma"/>
        </w:rPr>
      </w:pPr>
      <w:r w:rsidRPr="00D1286D">
        <w:rPr>
          <w:rFonts w:ascii="Tahoma" w:hAnsi="Tahoma" w:cs="Tahoma"/>
          <w:rtl/>
        </w:rPr>
        <w:t>دیوان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سالاری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دست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اجرایی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کشورداری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نیز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هست.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فرمان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ساختن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مدرسه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هنگامی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زمین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تعیین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نشود،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بودجه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اختصاص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نیابد،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سازنده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انتخاب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نگردد،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آموزگار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استخدام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نشود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کار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مدرسه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نظارت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صورت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نگیرد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تغییری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زندگی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مردم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ایجاد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کند.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گرفتن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تصمیم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رسیدن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نتیجه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جامعه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فاصله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بزرگ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وجود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دارد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دیوان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فاصله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کند.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همین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راه،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ارادهء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سیاسی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سطح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خطابه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فرمان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سطح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زندگی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روزمره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رسد.</w:t>
      </w:r>
    </w:p>
    <w:p w:rsidR="00D1286D" w:rsidRPr="00D1286D" w:rsidRDefault="00D1286D" w:rsidP="00D1286D">
      <w:pPr>
        <w:bidi/>
        <w:spacing w:after="0" w:line="360" w:lineRule="auto"/>
        <w:ind w:firstLine="720"/>
        <w:rPr>
          <w:rFonts w:ascii="Tahoma" w:hAnsi="Tahoma" w:cs="Tahoma"/>
        </w:rPr>
      </w:pPr>
      <w:r w:rsidRPr="00D1286D">
        <w:rPr>
          <w:rFonts w:ascii="Tahoma" w:hAnsi="Tahoma" w:cs="Tahoma"/>
          <w:rtl/>
        </w:rPr>
        <w:t>نیازهای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مردم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تغییر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فرمانروا،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وزیر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یا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حکومت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متوقف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شوند.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آب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باید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هر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روز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جاری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باشد،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بیمارستان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باید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کار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کند،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مالیات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باید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موعد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معین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گرد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آید،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اسناد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مالکیت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باید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محفوظ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بماند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مدرسه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باید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هر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سال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دانش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آموز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بپذیرد.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سیاست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مداران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آیند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روند،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اما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رسیدگی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جامعه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تواند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رفت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وآمد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آنان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آغاز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متوقف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شود.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دیوان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سالاری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زمان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هم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متصل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کند</w:t>
      </w:r>
      <w:r w:rsidRPr="00D1286D">
        <w:rPr>
          <w:rFonts w:ascii="Tahoma" w:hAnsi="Tahoma" w:cs="Tahoma"/>
        </w:rPr>
        <w:t xml:space="preserve">: </w:t>
      </w:r>
      <w:r w:rsidRPr="00D1286D">
        <w:rPr>
          <w:rFonts w:ascii="Tahoma" w:hAnsi="Tahoma" w:cs="Tahoma"/>
          <w:rtl/>
        </w:rPr>
        <w:t>زمان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کوتاه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متغیر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سیاست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زمان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بلند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پیوستهء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زندگی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اجتماعی.</w:t>
      </w:r>
    </w:p>
    <w:p w:rsidR="00D1286D" w:rsidRPr="00D1286D" w:rsidRDefault="00D1286D" w:rsidP="00D1286D">
      <w:pPr>
        <w:bidi/>
        <w:spacing w:after="0" w:line="360" w:lineRule="auto"/>
        <w:ind w:firstLine="720"/>
        <w:rPr>
          <w:rFonts w:ascii="Tahoma" w:hAnsi="Tahoma" w:cs="Tahoma"/>
        </w:rPr>
      </w:pPr>
      <w:r w:rsidRPr="00D1286D">
        <w:rPr>
          <w:rFonts w:ascii="Tahoma" w:hAnsi="Tahoma" w:cs="Tahoma"/>
          <w:rtl/>
        </w:rPr>
        <w:t>دیوان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سالاری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حافظهء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کشور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کشور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باید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بداند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پیش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تر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چه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تصمیمی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گرفته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شده،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چه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تعهدی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ایجاد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شده،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کدام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مالیات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پرداخت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شده،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مالکیت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زمین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چه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کسی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تعلق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دارد،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کدام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پیمان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هنوز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اعتبار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دارد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طرحی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آغاز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شده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کجا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پیش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رفته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حافظه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ذهن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فرمانروا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جای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گیرد؛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بایگانی،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سند،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دفتر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گزارش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نگهداری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شود.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هنگامی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اسناد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روند،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فقط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حکومت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بلکه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حقوق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مردم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آسیب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بینند،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زیرا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مالکیت،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سابقهء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خدمت،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حکم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دادگاه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حق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برخورداری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امکانات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عمومی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همگی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ثبت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وابسته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اند.</w:t>
      </w:r>
    </w:p>
    <w:p w:rsidR="00D1286D" w:rsidRPr="00D1286D" w:rsidRDefault="00D1286D" w:rsidP="00D1286D">
      <w:pPr>
        <w:bidi/>
        <w:spacing w:after="0" w:line="360" w:lineRule="auto"/>
        <w:ind w:firstLine="720"/>
        <w:rPr>
          <w:rFonts w:ascii="Tahoma" w:hAnsi="Tahoma" w:cs="Tahoma"/>
        </w:rPr>
      </w:pPr>
      <w:r w:rsidRPr="00D1286D">
        <w:rPr>
          <w:rFonts w:ascii="Tahoma" w:hAnsi="Tahoma" w:cs="Tahoma"/>
          <w:rtl/>
        </w:rPr>
        <w:t>دیوان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مرکز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سیاسی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زندگی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محلی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پیوند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برقرار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کند.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فرمان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منابع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مرکز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نقاط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مختلف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رساند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اطلاعات،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شکایت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نیاز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پیرامون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مرکز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بازمی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گرداند.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رابطه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باید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دوسویه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باشد.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حرکت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فقط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بالا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پایین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صورت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گیرد،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دیوان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ابزار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صدور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فرمان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تبدیل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شود؛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خواست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واقعیت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زندگی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مردم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نیز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پایین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بالا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منتقل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شود،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تواند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وسیلهء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واقعی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رسیدگی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باشد.</w:t>
      </w:r>
    </w:p>
    <w:p w:rsidR="00D1286D" w:rsidRPr="00D1286D" w:rsidRDefault="00D1286D" w:rsidP="00D1286D">
      <w:pPr>
        <w:bidi/>
        <w:spacing w:after="0" w:line="360" w:lineRule="auto"/>
        <w:ind w:firstLine="720"/>
        <w:rPr>
          <w:rFonts w:ascii="Tahoma" w:hAnsi="Tahoma" w:cs="Tahoma"/>
        </w:rPr>
      </w:pPr>
      <w:r w:rsidRPr="00D1286D">
        <w:rPr>
          <w:rFonts w:ascii="Tahoma" w:hAnsi="Tahoma" w:cs="Tahoma"/>
          <w:rtl/>
        </w:rPr>
        <w:t>دیوان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قانونمند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تواند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مردم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صاحبان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قدرت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حائل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شود.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تعیین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حدود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اختیار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مأمور،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میزان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مالیات،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روش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ثبت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تصمیم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اعتراض،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خودسری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جلوگیری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کند.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اما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تنها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تابع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شخص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فرمانروا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یا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گروه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حاکم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باشد،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همین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توانایی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ضد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خود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تبدیل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شود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خودسری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منظم،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گسترده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دائمی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سازد.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دیوان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سالاری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نیکی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ذوقی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فرمانروا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نیز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تواند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عدالت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عمومی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تبدیل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کند</w:t>
      </w:r>
      <w:r w:rsidRPr="00D1286D">
        <w:rPr>
          <w:rFonts w:ascii="Tahoma" w:hAnsi="Tahoma" w:cs="Tahoma"/>
        </w:rPr>
        <w:t xml:space="preserve">: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جای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بخششی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ممکن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داده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شود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یا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نشود،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خدمتی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پدید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آورد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مردم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پایهء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قانون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حق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مطالبهء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دارند.</w:t>
      </w:r>
    </w:p>
    <w:p w:rsidR="00D1286D" w:rsidRPr="00D1286D" w:rsidRDefault="00D1286D" w:rsidP="00D1286D">
      <w:pPr>
        <w:bidi/>
        <w:spacing w:after="0" w:line="360" w:lineRule="auto"/>
        <w:ind w:firstLine="720"/>
        <w:rPr>
          <w:rFonts w:ascii="Tahoma" w:hAnsi="Tahoma" w:cs="Tahoma"/>
        </w:rPr>
      </w:pPr>
      <w:r w:rsidRPr="00D1286D">
        <w:rPr>
          <w:rFonts w:ascii="Tahoma" w:hAnsi="Tahoma" w:cs="Tahoma"/>
          <w:rtl/>
        </w:rPr>
        <w:t>این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دستگاه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منابع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پراکنده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گرد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آورد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توان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عمومی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تبدیل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کند.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مالیات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های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کوچک،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هنگامی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منظم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گرد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آیند،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ساختن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راه،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بیمارستان،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شبکهء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آب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دفاع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مشترک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ممکن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کنند؛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کارهایی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هیچ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فرد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یا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خانواده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تنهایی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عهدهء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آنها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برنمی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آید.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اما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همین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دستگاه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تواند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ابزار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غارت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تبدیل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شود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زندگی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مردم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وسیلهء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تأمین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دربار،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قشون،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دینکاران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یا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طبقهء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حاکم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سازد.</w:t>
      </w:r>
    </w:p>
    <w:p w:rsidR="00D1286D" w:rsidRPr="00D1286D" w:rsidRDefault="00D1286D" w:rsidP="00D1286D">
      <w:pPr>
        <w:bidi/>
        <w:spacing w:after="0" w:line="360" w:lineRule="auto"/>
        <w:ind w:firstLine="720"/>
        <w:rPr>
          <w:rFonts w:ascii="Tahoma" w:hAnsi="Tahoma" w:cs="Tahoma"/>
        </w:rPr>
      </w:pPr>
      <w:r w:rsidRPr="00D1286D">
        <w:rPr>
          <w:rFonts w:ascii="Tahoma" w:hAnsi="Tahoma" w:cs="Tahoma"/>
          <w:rtl/>
        </w:rPr>
        <w:t>دیوان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توانمند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تواند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نیاز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پیش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تبدیل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شدن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بحران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تشخیص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دهد</w:t>
      </w:r>
      <w:r w:rsidRPr="00D1286D">
        <w:rPr>
          <w:rFonts w:ascii="Tahoma" w:hAnsi="Tahoma" w:cs="Tahoma"/>
        </w:rPr>
        <w:t xml:space="preserve">: </w:t>
      </w:r>
      <w:r w:rsidRPr="00D1286D">
        <w:rPr>
          <w:rFonts w:ascii="Tahoma" w:hAnsi="Tahoma" w:cs="Tahoma"/>
          <w:rtl/>
        </w:rPr>
        <w:t>کاهش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محصول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پیش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قحطی،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افزایش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بیماری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پیش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همه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گیری،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کمبود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آب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پیش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مهاجرت،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نارضایتی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پیش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شورش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فرسودگی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زیرساخت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پیش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فروپاشی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ببیند.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رسیدگی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حقیقی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تنها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کمک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پس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وقوع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رنج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نیست؛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جلوگیری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رنج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های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قابل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پیشگیری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نیز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هست.</w:t>
      </w:r>
    </w:p>
    <w:p w:rsidR="00D1286D" w:rsidRDefault="00D1286D" w:rsidP="00D1286D">
      <w:pPr>
        <w:bidi/>
        <w:spacing w:after="0" w:line="360" w:lineRule="auto"/>
        <w:ind w:firstLine="720"/>
        <w:rPr>
          <w:rFonts w:ascii="Tahoma" w:hAnsi="Tahoma" w:cs="Tahoma"/>
        </w:rPr>
      </w:pPr>
      <w:r w:rsidRPr="00D1286D">
        <w:rPr>
          <w:rFonts w:ascii="Tahoma" w:hAnsi="Tahoma" w:cs="Tahoma"/>
          <w:rtl/>
        </w:rPr>
        <w:t>پس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دیوان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سالاری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ذاتاً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نیک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یا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سکولار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نیست.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همان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دانشی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قادر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خدمت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کند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تواند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مؤثرترین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وسیلهء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سلطه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تبدیل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شود.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دیوان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داند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مردم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کجا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هستند،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چه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دارند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چگونه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توان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آنان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کنترل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کرد.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تواند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مالیات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بگیرد،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اموال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توقیف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کند،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رفت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وآمد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محدود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سازد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مخالفان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شناسایی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نماید.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اهمیت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تاریخی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دیوان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پاکی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ذاتی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ناشی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شود؛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جایگاهش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تبدیل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تصمیم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عمل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ظرفیتی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ناشی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شود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برای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حفظ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یا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نابودی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زندگی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جمعی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اختیار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دارد.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دیوان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تنها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هنگامی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خدمت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ملت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آید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زیر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فرمان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قانون،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شفافیت،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نظارت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امکان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شکایت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قرار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گیرد.</w:t>
      </w:r>
    </w:p>
    <w:p w:rsidR="00D1286D" w:rsidRPr="00D1286D" w:rsidRDefault="00D1286D" w:rsidP="00D1286D">
      <w:pPr>
        <w:bidi/>
        <w:spacing w:after="0" w:line="360" w:lineRule="auto"/>
        <w:ind w:firstLine="720"/>
        <w:rPr>
          <w:rFonts w:ascii="Tahoma" w:hAnsi="Tahoma" w:cs="Tahoma"/>
        </w:rPr>
      </w:pPr>
    </w:p>
    <w:p w:rsidR="00D1286D" w:rsidRPr="00D1286D" w:rsidRDefault="00D1286D" w:rsidP="00D1286D">
      <w:pPr>
        <w:keepNext/>
        <w:bidi/>
        <w:spacing w:after="0" w:line="360" w:lineRule="auto"/>
        <w:rPr>
          <w:rFonts w:ascii="Tahoma" w:hAnsi="Tahoma" w:cs="Tahoma"/>
        </w:rPr>
      </w:pPr>
      <w:r w:rsidRPr="00D1286D">
        <w:rPr>
          <w:rFonts w:ascii="Tahoma" w:hAnsi="Tahoma" w:cs="Tahoma"/>
          <w:b/>
          <w:bCs/>
          <w:rtl/>
        </w:rPr>
        <w:t>۶</w:t>
      </w:r>
      <w:r w:rsidRPr="00D1286D">
        <w:rPr>
          <w:rFonts w:ascii="Tahoma" w:hAnsi="Tahoma" w:cs="Tahoma"/>
          <w:b/>
          <w:rtl/>
        </w:rPr>
        <w:t>.</w:t>
      </w:r>
      <w:r w:rsidRPr="00D1286D">
        <w:rPr>
          <w:rFonts w:ascii="Tahoma" w:hAnsi="Tahoma" w:cs="Tahoma"/>
          <w:b/>
        </w:rPr>
        <w:t xml:space="preserve"> </w:t>
      </w:r>
      <w:r w:rsidRPr="00D1286D">
        <w:rPr>
          <w:rFonts w:ascii="Tahoma" w:hAnsi="Tahoma" w:cs="Tahoma"/>
          <w:b/>
          <w:bCs/>
          <w:rtl/>
        </w:rPr>
        <w:t>چهار</w:t>
      </w:r>
      <w:r w:rsidRPr="00D1286D">
        <w:rPr>
          <w:rFonts w:ascii="Tahoma" w:hAnsi="Tahoma" w:cs="Tahoma"/>
          <w:b/>
        </w:rPr>
        <w:t xml:space="preserve"> </w:t>
      </w:r>
      <w:r w:rsidRPr="00D1286D">
        <w:rPr>
          <w:rFonts w:ascii="Tahoma" w:hAnsi="Tahoma" w:cs="Tahoma"/>
          <w:b/>
          <w:bCs/>
          <w:rtl/>
        </w:rPr>
        <w:t>نهاد</w:t>
      </w:r>
      <w:r w:rsidRPr="00D1286D">
        <w:rPr>
          <w:rFonts w:ascii="Tahoma" w:hAnsi="Tahoma" w:cs="Tahoma"/>
          <w:b/>
        </w:rPr>
        <w:t xml:space="preserve"> </w:t>
      </w:r>
      <w:r w:rsidRPr="00D1286D">
        <w:rPr>
          <w:rFonts w:ascii="Tahoma" w:hAnsi="Tahoma" w:cs="Tahoma"/>
          <w:b/>
          <w:bCs/>
          <w:rtl/>
        </w:rPr>
        <w:t>اصلی</w:t>
      </w:r>
      <w:r w:rsidRPr="00D1286D">
        <w:rPr>
          <w:rFonts w:ascii="Tahoma" w:hAnsi="Tahoma" w:cs="Tahoma"/>
          <w:b/>
        </w:rPr>
        <w:t xml:space="preserve"> </w:t>
      </w:r>
      <w:r w:rsidRPr="00D1286D">
        <w:rPr>
          <w:rFonts w:ascii="Tahoma" w:hAnsi="Tahoma" w:cs="Tahoma"/>
          <w:b/>
          <w:bCs/>
          <w:rtl/>
        </w:rPr>
        <w:t>و</w:t>
      </w:r>
      <w:r w:rsidRPr="00D1286D">
        <w:rPr>
          <w:rFonts w:ascii="Tahoma" w:hAnsi="Tahoma" w:cs="Tahoma"/>
          <w:b/>
        </w:rPr>
        <w:t xml:space="preserve"> </w:t>
      </w:r>
      <w:r w:rsidRPr="00D1286D">
        <w:rPr>
          <w:rFonts w:ascii="Tahoma" w:hAnsi="Tahoma" w:cs="Tahoma"/>
          <w:b/>
          <w:bCs/>
          <w:rtl/>
        </w:rPr>
        <w:t>نیروهای</w:t>
      </w:r>
      <w:r w:rsidRPr="00D1286D">
        <w:rPr>
          <w:rFonts w:ascii="Tahoma" w:hAnsi="Tahoma" w:cs="Tahoma"/>
          <w:b/>
        </w:rPr>
        <w:t xml:space="preserve"> </w:t>
      </w:r>
      <w:r w:rsidRPr="00D1286D">
        <w:rPr>
          <w:rFonts w:ascii="Tahoma" w:hAnsi="Tahoma" w:cs="Tahoma"/>
          <w:b/>
          <w:bCs/>
          <w:rtl/>
        </w:rPr>
        <w:t>اجتماعی</w:t>
      </w:r>
      <w:r w:rsidRPr="00D1286D">
        <w:rPr>
          <w:rFonts w:ascii="Tahoma" w:hAnsi="Tahoma" w:cs="Tahoma"/>
          <w:b/>
        </w:rPr>
        <w:t xml:space="preserve"> </w:t>
      </w:r>
      <w:r w:rsidRPr="00D1286D">
        <w:rPr>
          <w:rFonts w:ascii="Tahoma" w:hAnsi="Tahoma" w:cs="Tahoma"/>
          <w:b/>
          <w:bCs/>
          <w:rtl/>
        </w:rPr>
        <w:t>پیرامون</w:t>
      </w:r>
      <w:r w:rsidRPr="00D1286D">
        <w:rPr>
          <w:rFonts w:ascii="Tahoma" w:hAnsi="Tahoma" w:cs="Tahoma"/>
          <w:b/>
        </w:rPr>
        <w:t xml:space="preserve"> </w:t>
      </w:r>
      <w:r w:rsidRPr="00D1286D">
        <w:rPr>
          <w:rFonts w:ascii="Tahoma" w:hAnsi="Tahoma" w:cs="Tahoma"/>
          <w:b/>
          <w:bCs/>
          <w:rtl/>
        </w:rPr>
        <w:t>آنها</w:t>
      </w:r>
    </w:p>
    <w:p w:rsidR="00D1286D" w:rsidRPr="00D1286D" w:rsidRDefault="00D1286D" w:rsidP="00D1286D">
      <w:pPr>
        <w:bidi/>
        <w:spacing w:after="0" w:line="360" w:lineRule="auto"/>
        <w:ind w:firstLine="720"/>
        <w:rPr>
          <w:rFonts w:ascii="Tahoma" w:hAnsi="Tahoma" w:cs="Tahoma"/>
        </w:rPr>
      </w:pPr>
      <w:r w:rsidRPr="00D1286D">
        <w:rPr>
          <w:rFonts w:ascii="Tahoma" w:hAnsi="Tahoma" w:cs="Tahoma"/>
          <w:rtl/>
        </w:rPr>
        <w:t>این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مجموعه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تاریخ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ایران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اساس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کارکرد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متقابل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چهار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نهاد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اصلی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قدرت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مطالعه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کند</w:t>
      </w:r>
      <w:r w:rsidRPr="00D1286D">
        <w:rPr>
          <w:rFonts w:ascii="Tahoma" w:hAnsi="Tahoma" w:cs="Tahoma"/>
        </w:rPr>
        <w:t xml:space="preserve">: </w:t>
      </w:r>
      <w:r w:rsidRPr="00D1286D">
        <w:rPr>
          <w:rFonts w:ascii="Tahoma" w:hAnsi="Tahoma" w:cs="Tahoma"/>
          <w:rtl/>
        </w:rPr>
        <w:t>فرمانروا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دربار یا مقر حکومت اش،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قشون،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دینکاران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دیوان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سالاری.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چهار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نهاد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همیشه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همین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نام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صورت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وجود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نداشته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اند.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فرمانروا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ممکن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شاه،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خلیفه،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سلطان،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امیر،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فقیه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یا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رئیس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جمهور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باشد؛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قشون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ممکن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سپاه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شاهی،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نیروی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قبیله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ای،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غلامان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نظامی،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ارتش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ملی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یا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نیروی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ایدئولوژیک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باشد؛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دینکار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ممکن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موبد،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کاهن،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فقیه،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مجتهد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یا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صاحب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منصب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مذهبی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باشد؛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دیوان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نیز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دبیرخانه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دفتر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خراج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وزارتخانه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سازمان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اداری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جدید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تحول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یافته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آنچه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ثابت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مانده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نام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شکل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آنها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نیست،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بلکه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وظیفه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جایگاه شان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شبکهء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قدرت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است.</w:t>
      </w:r>
    </w:p>
    <w:p w:rsidR="00D1286D" w:rsidRPr="00D1286D" w:rsidRDefault="00D1286D" w:rsidP="00D1286D">
      <w:pPr>
        <w:bidi/>
        <w:spacing w:after="0" w:line="360" w:lineRule="auto"/>
        <w:ind w:firstLine="720"/>
        <w:rPr>
          <w:rFonts w:ascii="Tahoma" w:hAnsi="Tahoma" w:cs="Tahoma"/>
        </w:rPr>
      </w:pPr>
      <w:r w:rsidRPr="00D1286D">
        <w:rPr>
          <w:rFonts w:ascii="Tahoma" w:hAnsi="Tahoma" w:cs="Tahoma"/>
          <w:rtl/>
        </w:rPr>
        <w:t>فرمانروا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دربار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حامل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تمرکز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اقتدار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سیاسی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بوده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اند.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کشور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پراکنده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متنوع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ایران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همواره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مرکزی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برای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تصمیم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نهایی،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دفاع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مشترک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حفظ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یکپارچگی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نیاز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داشته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دوره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های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طولانی،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سلطنت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پاسخ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تاریخی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نیاز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بوده،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اما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نیاز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مرکز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سیاسی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نباید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ضرورت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همیشگی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یک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دودمان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یا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شکل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خاص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سلطنت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یکی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گرفت.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فرمانروا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تواند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نماد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وحدت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باشد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همان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حال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تبدیل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کشور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دارایی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شخصی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خود،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پایه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های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فرسوده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کند.</w:t>
      </w:r>
    </w:p>
    <w:p w:rsidR="00D1286D" w:rsidRPr="00D1286D" w:rsidRDefault="00D1286D" w:rsidP="00D1286D">
      <w:pPr>
        <w:bidi/>
        <w:spacing w:after="0" w:line="360" w:lineRule="auto"/>
        <w:ind w:firstLine="720"/>
        <w:rPr>
          <w:rFonts w:ascii="Tahoma" w:hAnsi="Tahoma" w:cs="Tahoma"/>
        </w:rPr>
      </w:pPr>
      <w:r w:rsidRPr="00D1286D">
        <w:rPr>
          <w:rFonts w:ascii="Tahoma" w:hAnsi="Tahoma" w:cs="Tahoma"/>
          <w:rtl/>
        </w:rPr>
        <w:t>قشون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حامل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قدرت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اجبار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دفاع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بدون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قشون،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فرمان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مرکز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برابر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شورش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مسلحانه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حملهء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خارجی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پشتوانه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ماند.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اما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قشونی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دیوان،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قانون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هدف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سیاسی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جدا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شود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تواند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خود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صاحب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حکومت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تبدیل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گردد.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بخش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بزرگی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تاریخ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ایران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داستان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فرماندهانی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برای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نگهبانی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حکومت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پرورش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یافتند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سپس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حکومت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اختیار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گرفتند،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یا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قشون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هایی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برای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دفاع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کشور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ساخته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شدند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منابع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همان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کشور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بلعیدند.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رابطهء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قشون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دیوان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بنیادی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است: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دیوان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باید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هزینهء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قشون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فراهم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آورد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هم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زمان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وظیفه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حساب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محدود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کند.</w:t>
      </w:r>
    </w:p>
    <w:p w:rsidR="00D1286D" w:rsidRPr="00D1286D" w:rsidRDefault="00D1286D" w:rsidP="00D1286D">
      <w:pPr>
        <w:bidi/>
        <w:spacing w:after="0" w:line="360" w:lineRule="auto"/>
        <w:ind w:firstLine="720"/>
        <w:rPr>
          <w:rFonts w:ascii="Tahoma" w:hAnsi="Tahoma" w:cs="Tahoma"/>
        </w:rPr>
      </w:pPr>
      <w:r w:rsidRPr="00D1286D">
        <w:rPr>
          <w:rFonts w:ascii="Tahoma" w:hAnsi="Tahoma" w:cs="Tahoma"/>
          <w:rtl/>
        </w:rPr>
        <w:t>دینکاران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حامل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تفسیر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امر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مقدس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یکی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سرچشمه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های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مهم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حقانیت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حکمرانی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بوده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اند.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فرمانروا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غالباً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برای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پذیرفته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شدن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قدرت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خود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تأیید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دینی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نیاز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داشته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نهاد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نیز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برای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گسترش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آموزش،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آیین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اقتدار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اجتماعی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خود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حمایت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حکومت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بهره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برده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رابطه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همواره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نیاز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ترس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نوسان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بوده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دینکار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تواند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فرمانروا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تأیید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کند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همان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حال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مدعی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شود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داوری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نهایی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دربارهء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حق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باطل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اختیار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اوست؛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فرمانروا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نیز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تواند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برای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اطاعت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گرفتن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استفاده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کند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هم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زمان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بکوشد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نهاد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دینی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زیر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فرمان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خود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نگاه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دارد.</w:t>
      </w:r>
    </w:p>
    <w:p w:rsidR="00D1286D" w:rsidRPr="00D1286D" w:rsidRDefault="00D1286D" w:rsidP="00D1286D">
      <w:pPr>
        <w:bidi/>
        <w:spacing w:after="0" w:line="360" w:lineRule="auto"/>
        <w:ind w:firstLine="720"/>
        <w:rPr>
          <w:rFonts w:ascii="Tahoma" w:hAnsi="Tahoma" w:cs="Tahoma"/>
        </w:rPr>
      </w:pPr>
      <w:r w:rsidRPr="00D1286D">
        <w:rPr>
          <w:rFonts w:ascii="Tahoma" w:hAnsi="Tahoma" w:cs="Tahoma"/>
          <w:rtl/>
        </w:rPr>
        <w:t>شاه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بدون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دیوان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تواند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مالیات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گرد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آورد،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قشون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تأمین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کند،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بسازد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یا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فرمان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خود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پایتخت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فراتر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ببرد.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همان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حال،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فرمانروا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قدرت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گرفتن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دیوان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بیم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دارد،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زیرا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حساب،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قانون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روش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اداری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توانند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ارادهء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شخصی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محدود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کنند.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دیوان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نیز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برای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اجرای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تصمیم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اقتدار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سیاسی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قشون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نیازمند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تواند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خود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کلی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آنها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جدا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سازد.</w:t>
      </w:r>
    </w:p>
    <w:p w:rsidR="00D1286D" w:rsidRPr="00D1286D" w:rsidRDefault="00D1286D" w:rsidP="00D1286D">
      <w:pPr>
        <w:bidi/>
        <w:spacing w:after="0" w:line="360" w:lineRule="auto"/>
        <w:ind w:firstLine="720"/>
        <w:rPr>
          <w:rFonts w:ascii="Tahoma" w:hAnsi="Tahoma" w:cs="Tahoma"/>
        </w:rPr>
      </w:pPr>
      <w:r w:rsidRPr="00D1286D">
        <w:rPr>
          <w:rFonts w:ascii="Tahoma" w:hAnsi="Tahoma" w:cs="Tahoma"/>
          <w:rtl/>
        </w:rPr>
        <w:t>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پیرامون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چهار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نهاد،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نیروهای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اجتماعی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اقتصادی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دیگری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نیز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عمل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کرده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اند.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بزرگ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مالکی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بخش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بزرگی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تاریخ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ایران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فقط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صورت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مالکیت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اقتصادی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نبوده،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بلکه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پایهء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نفوذ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محلی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قدرت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سیاسی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شمار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رفته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زمین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سرچشمهء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ثروت،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قشون،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موقوفه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جایگاه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اجتماعی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بوده،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هرچند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حق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مالکیت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همیشه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استوار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مصون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ارادهء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حکومت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نبوده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بازار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نیز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تنها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محل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خرید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فروش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نبوده؛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تدریج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شبکه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مالی،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ارتباطی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اجتماعی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تبدیل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شده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توانسته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سرمایه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جابه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جا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کند،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خبر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برساند،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جنبش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ها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پشتیبانی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نماید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افکار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عمومی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اثر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بگذارد.</w:t>
      </w:r>
    </w:p>
    <w:p w:rsidR="00D1286D" w:rsidRPr="00D1286D" w:rsidRDefault="00D1286D" w:rsidP="00D1286D">
      <w:pPr>
        <w:bidi/>
        <w:spacing w:after="0" w:line="360" w:lineRule="auto"/>
        <w:ind w:firstLine="720"/>
        <w:rPr>
          <w:rFonts w:ascii="Tahoma" w:hAnsi="Tahoma" w:cs="Tahoma"/>
        </w:rPr>
      </w:pPr>
      <w:r w:rsidRPr="00D1286D">
        <w:rPr>
          <w:rFonts w:ascii="Tahoma" w:hAnsi="Tahoma" w:cs="Tahoma"/>
          <w:rtl/>
        </w:rPr>
        <w:t>بزرگ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مالکان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بازار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نهاد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اصلی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کشورداری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معنای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دقیق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مجموعه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نیستند،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اما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تغییر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موازنهء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چهار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نهاد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اصلی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نقشی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تعیین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کننده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داشته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اند.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استقلال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بخشی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دینکاران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شیعه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پس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سقوط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صفویه،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برای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مثال،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تنها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حاصل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نظریهء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اجتهاد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مرجعیت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نبود؛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منابع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مالی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بازار،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موقوفات،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خمس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حمایت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برخی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مالکان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نیز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وابسته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بود.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مشروطه،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نهضت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ملی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انقلاب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اسلامی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نیز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صورت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ترکیب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ائتلاف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ها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یکسان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نبود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نباید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همه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یک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حادثه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شمرد،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اما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بدون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توجه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شبکه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های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مالی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اجتماعی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پیرامون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نهاد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توان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نقش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سیاسی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دینکاران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توضیح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داد.</w:t>
      </w:r>
    </w:p>
    <w:p w:rsidR="00D1286D" w:rsidRDefault="00D1286D" w:rsidP="00D1286D">
      <w:pPr>
        <w:bidi/>
        <w:spacing w:after="0" w:line="360" w:lineRule="auto"/>
        <w:ind w:firstLine="720"/>
        <w:rPr>
          <w:rFonts w:ascii="Tahoma" w:hAnsi="Tahoma" w:cs="Tahoma"/>
        </w:rPr>
      </w:pPr>
      <w:r w:rsidRPr="00D1286D">
        <w:rPr>
          <w:rFonts w:ascii="Tahoma" w:hAnsi="Tahoma" w:cs="Tahoma"/>
          <w:rtl/>
        </w:rPr>
        <w:t>بنابراین،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موضوع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کتاب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تاریخ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جداگانهء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چهار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نهاد،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بلکه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تاریخ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رابطهء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آنهاست.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هر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یک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گاه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دیگری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متحد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شده،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گاه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علیه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برخاسته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گاه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برای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حذف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نیروی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سوم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ائتلافی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موقت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دست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زده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یک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فرمانروا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ممکن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دیوان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علیه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قشون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متحد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شود،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سپس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برای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مهار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دیوان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دینکاران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پناه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ببرد.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قشون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ممکن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نام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حکومت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بگیرد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بعد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برای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ادارهء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کشور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ناچار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استخدام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همان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دیوانی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شود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کنار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زده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بود.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آنچه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شکل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حکومت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تعیین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کند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فقط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قدرت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هر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نیرو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نیست؛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نسبت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آرایش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آنها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هر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دوره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است.</w:t>
      </w:r>
    </w:p>
    <w:p w:rsidR="00D1286D" w:rsidRPr="00D1286D" w:rsidRDefault="00D1286D" w:rsidP="00D1286D">
      <w:pPr>
        <w:bidi/>
        <w:spacing w:after="0" w:line="360" w:lineRule="auto"/>
        <w:ind w:firstLine="720"/>
        <w:rPr>
          <w:rFonts w:ascii="Tahoma" w:hAnsi="Tahoma" w:cs="Tahoma"/>
        </w:rPr>
      </w:pPr>
    </w:p>
    <w:p w:rsidR="00D1286D" w:rsidRPr="00D1286D" w:rsidRDefault="00D1286D" w:rsidP="00D1286D">
      <w:pPr>
        <w:keepNext/>
        <w:bidi/>
        <w:spacing w:after="0" w:line="360" w:lineRule="auto"/>
        <w:rPr>
          <w:rFonts w:ascii="Tahoma" w:hAnsi="Tahoma" w:cs="Tahoma"/>
        </w:rPr>
      </w:pPr>
      <w:r w:rsidRPr="00D1286D">
        <w:rPr>
          <w:rFonts w:ascii="Tahoma" w:hAnsi="Tahoma" w:cs="Tahoma"/>
          <w:b/>
          <w:bCs/>
          <w:rtl/>
        </w:rPr>
        <w:t>۷</w:t>
      </w:r>
      <w:r w:rsidRPr="00D1286D">
        <w:rPr>
          <w:rFonts w:ascii="Tahoma" w:hAnsi="Tahoma" w:cs="Tahoma"/>
          <w:b/>
          <w:rtl/>
        </w:rPr>
        <w:t>.</w:t>
      </w:r>
      <w:r w:rsidRPr="00D1286D">
        <w:rPr>
          <w:rFonts w:ascii="Tahoma" w:hAnsi="Tahoma" w:cs="Tahoma"/>
          <w:b/>
        </w:rPr>
        <w:t xml:space="preserve"> </w:t>
      </w:r>
      <w:r w:rsidRPr="00D1286D">
        <w:rPr>
          <w:rFonts w:ascii="Tahoma" w:hAnsi="Tahoma" w:cs="Tahoma"/>
          <w:b/>
          <w:bCs/>
          <w:rtl/>
        </w:rPr>
        <w:t>زبان</w:t>
      </w:r>
      <w:r w:rsidRPr="00D1286D">
        <w:rPr>
          <w:rFonts w:ascii="Tahoma" w:hAnsi="Tahoma" w:cs="Tahoma"/>
          <w:b/>
        </w:rPr>
        <w:t xml:space="preserve"> </w:t>
      </w:r>
      <w:r w:rsidRPr="00D1286D">
        <w:rPr>
          <w:rFonts w:ascii="Tahoma" w:hAnsi="Tahoma" w:cs="Tahoma"/>
          <w:b/>
          <w:bCs/>
          <w:rtl/>
        </w:rPr>
        <w:t>مفهومی</w:t>
      </w:r>
      <w:r w:rsidRPr="00D1286D">
        <w:rPr>
          <w:rFonts w:ascii="Tahoma" w:hAnsi="Tahoma" w:cs="Tahoma"/>
          <w:b/>
        </w:rPr>
        <w:t xml:space="preserve"> </w:t>
      </w:r>
      <w:r w:rsidRPr="00D1286D">
        <w:rPr>
          <w:rFonts w:ascii="Tahoma" w:hAnsi="Tahoma" w:cs="Tahoma"/>
          <w:b/>
          <w:bCs/>
          <w:rtl/>
        </w:rPr>
        <w:t>این</w:t>
      </w:r>
      <w:r w:rsidRPr="00D1286D">
        <w:rPr>
          <w:rFonts w:ascii="Tahoma" w:hAnsi="Tahoma" w:cs="Tahoma"/>
          <w:b/>
        </w:rPr>
        <w:t xml:space="preserve"> </w:t>
      </w:r>
      <w:r w:rsidRPr="00D1286D">
        <w:rPr>
          <w:rFonts w:ascii="Tahoma" w:hAnsi="Tahoma" w:cs="Tahoma"/>
          <w:b/>
          <w:bCs/>
          <w:rtl/>
        </w:rPr>
        <w:t>مجموعه</w:t>
      </w:r>
    </w:p>
    <w:p w:rsidR="00D1286D" w:rsidRPr="00D1286D" w:rsidRDefault="00D1286D" w:rsidP="00D1286D">
      <w:pPr>
        <w:bidi/>
        <w:spacing w:after="0" w:line="360" w:lineRule="auto"/>
        <w:ind w:firstLine="720"/>
        <w:rPr>
          <w:rFonts w:ascii="Tahoma" w:hAnsi="Tahoma" w:cs="Tahoma"/>
        </w:rPr>
      </w:pPr>
      <w:r w:rsidRPr="00D1286D">
        <w:rPr>
          <w:rFonts w:ascii="Tahoma" w:hAnsi="Tahoma" w:cs="Tahoma"/>
          <w:rtl/>
        </w:rPr>
        <w:t>برای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دنبال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کردن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شبکهء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قدرت،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معنای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چند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واژه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باید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آغاز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روشن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باشد.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بسیاری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آشفتگی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های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گفت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وگوی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سیاسی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ایران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آنجا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ناشی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شود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واژه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های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مشترک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معناهای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متفاوت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کار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روند.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«کشور»،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«حکومت»،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«دولت»،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«حاکم»،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«حاکمیت»،«ملت»،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«مردم»،</w:t>
      </w:r>
      <w:r w:rsidRPr="00D1286D">
        <w:rPr>
          <w:rFonts w:ascii="Tahoma" w:hAnsi="Tahoma" w:cs="Tahoma"/>
        </w:rPr>
        <w:t xml:space="preserve"> «</w:t>
      </w:r>
      <w:r w:rsidRPr="00D1286D">
        <w:rPr>
          <w:rFonts w:ascii="Tahoma" w:hAnsi="Tahoma" w:cs="Tahoma"/>
          <w:rtl/>
        </w:rPr>
        <w:t>حقانیت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حکمرانی»،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«دین»،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«شریعت»،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«دیوان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سالاری»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«سکولاریسم» 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دوره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های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مختلف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بارهای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متفاوت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یافته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اند.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مجموعه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تواند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همهء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تاریخ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واژگان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پیشگفتار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بازگو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کند،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اما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باید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کاربرد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خود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مشخص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سازد.</w:t>
      </w:r>
    </w:p>
    <w:p w:rsidR="00D1286D" w:rsidRPr="00D1286D" w:rsidRDefault="00D1286D" w:rsidP="00D1286D">
      <w:pPr>
        <w:bidi/>
        <w:spacing w:after="0" w:line="360" w:lineRule="auto"/>
        <w:ind w:firstLine="720"/>
        <w:rPr>
          <w:rFonts w:ascii="Tahoma" w:hAnsi="Tahoma" w:cs="Tahoma"/>
        </w:rPr>
      </w:pPr>
      <w:r w:rsidRPr="00D1286D">
        <w:rPr>
          <w:rFonts w:ascii="Tahoma" w:hAnsi="Tahoma" w:cs="Tahoma"/>
          <w:rtl/>
        </w:rPr>
        <w:t>«کشور» 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کتاب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خاندان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فرمانروا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یا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حکومت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مستقر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یکی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نیست.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کشور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مجموعه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تاریخی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سرزمین،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مردم،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ها،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شهرها،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شیوه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های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تولید،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حافظه،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روابط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اجتماعی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نهادهایی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امکان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زندگی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جمعی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فراهم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کنند.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ممکن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حکومتی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سقوط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کند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کشور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باقی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بماند؛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همان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گونه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ممکن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حکومتی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کار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باشد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اما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نابود کردن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نهادها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منابع،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موجودیت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کشور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خطر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اندازد.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تمایز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سقوط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حکومت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نابودی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کشور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یکی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پایه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های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مجموعه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است.</w:t>
      </w:r>
    </w:p>
    <w:p w:rsidR="00D1286D" w:rsidRPr="00D1286D" w:rsidRDefault="00D1286D" w:rsidP="00D1286D">
      <w:pPr>
        <w:bidi/>
        <w:spacing w:after="0" w:line="360" w:lineRule="auto"/>
        <w:ind w:firstLine="720"/>
        <w:rPr>
          <w:rFonts w:ascii="Tahoma" w:hAnsi="Tahoma" w:cs="Tahoma"/>
        </w:rPr>
      </w:pPr>
      <w:r w:rsidRPr="00D1286D">
        <w:rPr>
          <w:rFonts w:ascii="Tahoma" w:hAnsi="Tahoma" w:cs="Tahoma"/>
          <w:rtl/>
        </w:rPr>
        <w:t>«حاکم»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شخص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یا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نهادی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فرمان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راند. «حکومت»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ساختار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گروهی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قدرت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سیاسی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دوره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معین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اختیار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دارد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تصمیم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های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الزام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آور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گیرد.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«حاکمیت»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حق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توان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تصمیم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نهایی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یک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قلمرو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دوران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جدید،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«دولت» معنایی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گسترده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تر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حکومت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روز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دارد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مجموعهء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نسبتاً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پایدار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نهادهای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عمومی،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اداری،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حقوقی،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مالی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دفاعی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اشاره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کند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آمدن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رفتن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یک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حکومت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روند.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متون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تاریخی،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البته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واژهء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دولت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معناهای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دیگری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نیز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داشته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گاه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بخت،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اقتدار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یا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دوران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یک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خاندان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گفته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شده؛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ازاین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رو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کاربرد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هر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دوره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باید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توجه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زمینه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فهمیده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شود.</w:t>
      </w:r>
    </w:p>
    <w:p w:rsidR="00D1286D" w:rsidRPr="00D1286D" w:rsidRDefault="00D1286D" w:rsidP="00D1286D">
      <w:pPr>
        <w:bidi/>
        <w:spacing w:after="0" w:line="360" w:lineRule="auto"/>
        <w:ind w:firstLine="720"/>
        <w:rPr>
          <w:rFonts w:ascii="Tahoma" w:hAnsi="Tahoma" w:cs="Tahoma"/>
        </w:rPr>
      </w:pPr>
      <w:r w:rsidRPr="00D1286D">
        <w:rPr>
          <w:rFonts w:ascii="Tahoma" w:hAnsi="Tahoma" w:cs="Tahoma"/>
          <w:rtl/>
        </w:rPr>
        <w:t>«حقانیت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حکمرانی»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پاسخ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پرسش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یک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حاکم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یا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حکومت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پایهء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چه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حقی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فرمان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راند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چرا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دیگران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باید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تصمیم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الزام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آور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بدانند.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حق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دوره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های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مختلف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خواست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خدا،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خون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دودمان،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فتح،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تأیید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دینکاران،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قانون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یا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ارادهء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ملت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نسبت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داده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شده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توانایی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وادارکردن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مردم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اطاعت،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تنهایی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حقانیت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آفریند؛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همان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گونه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ادعای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حق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بدون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توانایی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حکومت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کردن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نیز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نظم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سیاسی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پایدار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سازد.</w:t>
      </w:r>
    </w:p>
    <w:p w:rsidR="00D1286D" w:rsidRPr="00D1286D" w:rsidRDefault="00D1286D" w:rsidP="00D1286D">
      <w:pPr>
        <w:bidi/>
        <w:spacing w:after="0" w:line="360" w:lineRule="auto"/>
        <w:ind w:firstLine="720"/>
        <w:rPr>
          <w:rFonts w:ascii="Tahoma" w:hAnsi="Tahoma" w:cs="Tahoma"/>
        </w:rPr>
      </w:pPr>
      <w:r w:rsidRPr="00D1286D">
        <w:rPr>
          <w:rFonts w:ascii="Tahoma" w:hAnsi="Tahoma" w:cs="Tahoma"/>
          <w:rtl/>
        </w:rPr>
        <w:t>«ملت»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متون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کلاسیک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فارسی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عربی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غالباً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معنای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دین،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آیین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یا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شریعت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کار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رفت.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دوران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جدید،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واژه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جامعهء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شهروندان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یک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کشور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اطلاق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شد؛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جامعه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اعضای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صرف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نظر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وابستگی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دینی،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قومی،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طبقاتی،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جنسی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یا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محلی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حقوق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برابر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برخوردارند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سرچشمهء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حقانیت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حکمرانی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شمار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آیند.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هرجا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کتاب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دربارهء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دوره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های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پیش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پیدایش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مفهوم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جدید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شهروندی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سخن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گوید،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باید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جمعیت،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رعایا،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اهالی،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امت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ملت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جدید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تفاوت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گذاشت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مفاهیم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امروز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احتیاط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گذشته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تحمیل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نکرد.</w:t>
      </w:r>
    </w:p>
    <w:p w:rsidR="00D1286D" w:rsidRPr="00D1286D" w:rsidRDefault="00D1286D" w:rsidP="00D1286D">
      <w:pPr>
        <w:bidi/>
        <w:spacing w:after="0" w:line="360" w:lineRule="auto"/>
        <w:ind w:firstLine="720"/>
        <w:rPr>
          <w:rFonts w:ascii="Tahoma" w:hAnsi="Tahoma" w:cs="Tahoma"/>
        </w:rPr>
      </w:pPr>
      <w:r w:rsidRPr="00D1286D">
        <w:rPr>
          <w:rFonts w:ascii="Tahoma" w:hAnsi="Tahoma" w:cs="Tahoma"/>
          <w:rtl/>
        </w:rPr>
        <w:t>پسوند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«سالاری»در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واژه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هایی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چون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مردم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سالاری،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دیوان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سالاری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دین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سالاری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ترجمهء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جاافتاده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برای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صورت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های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گوناگون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قدرت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فرمانروایی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بااین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حال،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«سالاری»</w:t>
      </w:r>
      <w:r w:rsidRPr="00D1286D">
        <w:rPr>
          <w:rFonts w:ascii="Tahoma" w:hAnsi="Tahoma" w:cs="Tahoma"/>
        </w:rPr>
        <w:t>»</w:t>
      </w:r>
      <w:r w:rsidRPr="00D1286D">
        <w:rPr>
          <w:rFonts w:ascii="Tahoma" w:hAnsi="Tahoma" w:cs="Tahoma"/>
          <w:rtl/>
        </w:rPr>
        <w:t>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ترکیب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ها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لزوماً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معنای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وجود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شخصی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نام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سالار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نیست.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دیوان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سالاری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فقط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گروهی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کارمندان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یا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فرمانروایی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مستقیم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آنان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نیست؛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شبکه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نهادها،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روش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ها،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دانش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ها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کارکنانی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اداره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ممکن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کنند.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دین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سالاری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نیز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صرفاً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حضور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چند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دینکار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حکومت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نیست؛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وضعیتی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نهاد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قواعد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دینی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تصمیم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سیاسی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حق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تقدم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یابند.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مردم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سالاری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معنای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جدید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خود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باید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حاکمیت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«ملت»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(یعنی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جامعهء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شهروندان)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منتهی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شود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استفادهء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مبهم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نام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مردم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برای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توجیه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قدرت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گروهی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خاص.</w:t>
      </w:r>
    </w:p>
    <w:p w:rsidR="00D1286D" w:rsidRPr="00D1286D" w:rsidRDefault="00D1286D" w:rsidP="00D1286D">
      <w:pPr>
        <w:bidi/>
        <w:spacing w:after="0" w:line="360" w:lineRule="auto"/>
        <w:ind w:firstLine="720"/>
        <w:rPr>
          <w:rFonts w:ascii="Tahoma" w:hAnsi="Tahoma" w:cs="Tahoma"/>
        </w:rPr>
      </w:pPr>
      <w:r w:rsidRPr="00D1286D">
        <w:rPr>
          <w:rFonts w:ascii="Tahoma" w:hAnsi="Tahoma" w:cs="Tahoma"/>
          <w:rtl/>
        </w:rPr>
        <w:t>«دینکاران»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مجموعه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کسانی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گفته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شود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فعالیت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اصلی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جایگاه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اجتماعی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شان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تخصص،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منصب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یا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اقتدار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دینی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ناشی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شود.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واژه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«روحانیت» دقیق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تر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زیرا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وجود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جوهر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یا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طبقه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روحانی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پیش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فرض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گیرد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موبد،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کاهن،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فقیه،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مجتهد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دیگر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صاحبان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حرفه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اقتدار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دینی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دوره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های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متفاوت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دربرمی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گیرد.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دینکار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مؤمن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یکسان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نیست.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میلیون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ها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انسان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ممکن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دیندار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باشند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آنکه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عضو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نهاد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یا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صاحب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حق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تفسیر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فرمان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مذهبی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باشند.</w:t>
      </w:r>
    </w:p>
    <w:p w:rsidR="00D1286D" w:rsidRPr="00D1286D" w:rsidRDefault="00D1286D" w:rsidP="00D1286D">
      <w:pPr>
        <w:bidi/>
        <w:spacing w:after="0" w:line="360" w:lineRule="auto"/>
        <w:ind w:firstLine="720"/>
        <w:rPr>
          <w:rFonts w:ascii="Tahoma" w:hAnsi="Tahoma" w:cs="Tahoma"/>
        </w:rPr>
      </w:pPr>
      <w:r w:rsidRPr="00D1286D">
        <w:rPr>
          <w:rFonts w:ascii="Tahoma" w:hAnsi="Tahoma" w:cs="Tahoma"/>
          <w:rtl/>
        </w:rPr>
        <w:t>«شریعت»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نیز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کتاب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ایمان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شخصی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یا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کلیت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یکی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گرفته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شود.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مقصود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نظامی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قواعد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احکام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حقانیت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خود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حقیقتی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قدسی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فراتر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ارادهء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انسان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نسبت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دهد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مدعی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تنظیم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بخش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هایی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زندگی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فردی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اجتماعی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فقه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دینکاران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طول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تاریخ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ابزارهایی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برای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تفسیر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سازگاری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شرایط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تازه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ساخته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اند،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اما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همین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سازگاری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غالباً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اختیار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تغییر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انحصار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متخصصان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دینی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نگاه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داشته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است.</w:t>
      </w:r>
    </w:p>
    <w:p w:rsidR="00D1286D" w:rsidRDefault="00D1286D" w:rsidP="00D1286D">
      <w:pPr>
        <w:bidi/>
        <w:spacing w:after="0" w:line="360" w:lineRule="auto"/>
        <w:ind w:firstLine="720"/>
        <w:rPr>
          <w:rFonts w:ascii="Tahoma" w:hAnsi="Tahoma" w:cs="Tahoma"/>
        </w:rPr>
      </w:pPr>
      <w:r w:rsidRPr="00D1286D">
        <w:rPr>
          <w:rFonts w:ascii="Tahoma" w:hAnsi="Tahoma" w:cs="Tahoma"/>
          <w:rtl/>
        </w:rPr>
        <w:t>«سکولاریسم» و «سکولاریسم نو»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معنای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دشمنی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یا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نفی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آزادی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باور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نیستند.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سکولارکردن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حکومت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یعنی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جداکردن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حق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فرمان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عمومی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قانون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گذاری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ادعای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انحصاری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یک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دین،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مذهب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یا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ایدئولوژی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سپردن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نهادهایی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ارادهء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برابر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شهروندان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سرچشمه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گیرند.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جامعهء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سکولار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تواند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دیندار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باشد؛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آنچه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سکولار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نیست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حکومتی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برای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گروهی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سبب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عقیدهء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دینی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حق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سیاسی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بیشتر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قائل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شود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یا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قانون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عمومی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دسترس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تصمیم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اصلاح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شهروندان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بیرون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ببرد.</w:t>
      </w:r>
    </w:p>
    <w:p w:rsidR="00D1286D" w:rsidRPr="00D1286D" w:rsidRDefault="00D1286D" w:rsidP="00D1286D">
      <w:pPr>
        <w:bidi/>
        <w:spacing w:after="0" w:line="360" w:lineRule="auto"/>
        <w:ind w:firstLine="720"/>
        <w:rPr>
          <w:rFonts w:ascii="Tahoma" w:hAnsi="Tahoma" w:cs="Tahoma"/>
        </w:rPr>
      </w:pPr>
    </w:p>
    <w:p w:rsidR="00D1286D" w:rsidRPr="00D1286D" w:rsidRDefault="00D1286D" w:rsidP="00D1286D">
      <w:pPr>
        <w:keepNext/>
        <w:bidi/>
        <w:spacing w:after="0" w:line="360" w:lineRule="auto"/>
        <w:rPr>
          <w:rFonts w:ascii="Tahoma" w:hAnsi="Tahoma" w:cs="Tahoma"/>
        </w:rPr>
      </w:pPr>
      <w:r w:rsidRPr="00D1286D">
        <w:rPr>
          <w:rFonts w:ascii="Tahoma" w:hAnsi="Tahoma" w:cs="Tahoma"/>
          <w:b/>
          <w:bCs/>
          <w:rtl/>
        </w:rPr>
        <w:t>۸</w:t>
      </w:r>
      <w:r w:rsidRPr="00D1286D">
        <w:rPr>
          <w:rFonts w:ascii="Tahoma" w:hAnsi="Tahoma" w:cs="Tahoma"/>
          <w:b/>
          <w:rtl/>
        </w:rPr>
        <w:t>.</w:t>
      </w:r>
      <w:r w:rsidRPr="00D1286D">
        <w:rPr>
          <w:rFonts w:ascii="Tahoma" w:hAnsi="Tahoma" w:cs="Tahoma"/>
          <w:b/>
        </w:rPr>
        <w:t xml:space="preserve"> </w:t>
      </w:r>
      <w:r w:rsidRPr="00D1286D">
        <w:rPr>
          <w:rFonts w:ascii="Tahoma" w:hAnsi="Tahoma" w:cs="Tahoma"/>
          <w:b/>
          <w:bCs/>
          <w:rtl/>
        </w:rPr>
        <w:t>عقل</w:t>
      </w:r>
      <w:r w:rsidRPr="00D1286D">
        <w:rPr>
          <w:rFonts w:ascii="Tahoma" w:hAnsi="Tahoma" w:cs="Tahoma"/>
          <w:b/>
        </w:rPr>
        <w:t xml:space="preserve"> </w:t>
      </w:r>
      <w:r w:rsidRPr="00D1286D">
        <w:rPr>
          <w:rFonts w:ascii="Tahoma" w:hAnsi="Tahoma" w:cs="Tahoma"/>
          <w:b/>
          <w:bCs/>
          <w:rtl/>
        </w:rPr>
        <w:t>کشورداری</w:t>
      </w:r>
      <w:r w:rsidRPr="00D1286D">
        <w:rPr>
          <w:rFonts w:ascii="Tahoma" w:hAnsi="Tahoma" w:cs="Tahoma"/>
          <w:b/>
        </w:rPr>
        <w:t xml:space="preserve"> </w:t>
      </w:r>
      <w:r w:rsidRPr="00D1286D">
        <w:rPr>
          <w:rFonts w:ascii="Tahoma" w:hAnsi="Tahoma" w:cs="Tahoma"/>
          <w:b/>
          <w:bCs/>
          <w:rtl/>
        </w:rPr>
        <w:t>و</w:t>
      </w:r>
      <w:r w:rsidRPr="00D1286D">
        <w:rPr>
          <w:rFonts w:ascii="Tahoma" w:hAnsi="Tahoma" w:cs="Tahoma"/>
          <w:b/>
        </w:rPr>
        <w:t xml:space="preserve"> </w:t>
      </w:r>
      <w:r w:rsidRPr="00D1286D">
        <w:rPr>
          <w:rFonts w:ascii="Tahoma" w:hAnsi="Tahoma" w:cs="Tahoma"/>
          <w:b/>
          <w:bCs/>
          <w:rtl/>
        </w:rPr>
        <w:t>مسئلهء</w:t>
      </w:r>
      <w:r w:rsidRPr="00D1286D">
        <w:rPr>
          <w:rFonts w:ascii="Tahoma" w:hAnsi="Tahoma" w:cs="Tahoma"/>
          <w:b/>
        </w:rPr>
        <w:t xml:space="preserve"> </w:t>
      </w:r>
      <w:r w:rsidRPr="00D1286D">
        <w:rPr>
          <w:rFonts w:ascii="Tahoma" w:hAnsi="Tahoma" w:cs="Tahoma"/>
          <w:b/>
          <w:bCs/>
          <w:rtl/>
        </w:rPr>
        <w:t>سکولار</w:t>
      </w:r>
      <w:r w:rsidRPr="00D1286D">
        <w:rPr>
          <w:rFonts w:ascii="Tahoma" w:hAnsi="Tahoma" w:cs="Tahoma"/>
          <w:b/>
        </w:rPr>
        <w:t xml:space="preserve"> </w:t>
      </w:r>
      <w:r w:rsidRPr="00D1286D">
        <w:rPr>
          <w:rFonts w:ascii="Tahoma" w:hAnsi="Tahoma" w:cs="Tahoma"/>
          <w:b/>
          <w:bCs/>
          <w:rtl/>
        </w:rPr>
        <w:t>دموکراسی</w:t>
      </w:r>
    </w:p>
    <w:p w:rsidR="00D1286D" w:rsidRPr="00D1286D" w:rsidRDefault="00D1286D" w:rsidP="00D1286D">
      <w:pPr>
        <w:bidi/>
        <w:spacing w:after="0" w:line="360" w:lineRule="auto"/>
        <w:ind w:firstLine="720"/>
        <w:rPr>
          <w:rFonts w:ascii="Tahoma" w:hAnsi="Tahoma" w:cs="Tahoma"/>
        </w:rPr>
      </w:pPr>
      <w:r w:rsidRPr="00D1286D">
        <w:rPr>
          <w:rFonts w:ascii="Tahoma" w:hAnsi="Tahoma" w:cs="Tahoma"/>
          <w:rtl/>
        </w:rPr>
        <w:t>جامعهء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انسانی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هرچه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گسترده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تر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پیچیده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تر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شود،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بیشتر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نظم،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تقسیم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کار،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تخصص،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قانون،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پیش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بینی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پذیری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سازمان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اداری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نیاز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پیدا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کند.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نیازها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مستقل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میل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حکومت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ها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وجود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دارند.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مردم،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صرف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نظر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اینکه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زیر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فرمان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شاه،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خلیفه،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سلطان،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فقیه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یا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رئیس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جمهور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زندگی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کنند،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ناچارند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تولید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کنند،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آب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تقسیم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نمایند،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بسازند،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تجارت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کنند،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امنیت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برقرار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سازند،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بیماری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مهار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کنند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بحران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های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اجتماعی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اداره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نمایند.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دل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ضرورت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ها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نوعی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«عقل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کشورداری»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پدید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آید؛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عقلی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ناچار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پیامد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واقعی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تصمیم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بسنجد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فقط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آرمان،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فرمان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یا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تقدس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بسنده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نکند.</w:t>
      </w:r>
    </w:p>
    <w:p w:rsidR="00D1286D" w:rsidRPr="00D1286D" w:rsidRDefault="00D1286D" w:rsidP="00D1286D">
      <w:pPr>
        <w:bidi/>
        <w:spacing w:after="0" w:line="360" w:lineRule="auto"/>
        <w:ind w:firstLine="720"/>
        <w:rPr>
          <w:rFonts w:ascii="Tahoma" w:hAnsi="Tahoma" w:cs="Tahoma"/>
        </w:rPr>
      </w:pPr>
      <w:r w:rsidRPr="00D1286D">
        <w:rPr>
          <w:rFonts w:ascii="Tahoma" w:hAnsi="Tahoma" w:cs="Tahoma"/>
          <w:rtl/>
        </w:rPr>
        <w:t>این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عقل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تاریخ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ایران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بیش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همه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دیوان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سالاری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انباشته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شده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زیرا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دیوانیان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مالیات،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آب،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زمین،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قشون،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زندگی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روزانه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مردم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روبه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رو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بوده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اند.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آنان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توانسته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اند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همیشه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فقط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پایهء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فرمانی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انتزاعی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عمل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کنند؛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ناچار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بوده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اند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فرمانروا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توضیح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دهند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خزانه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توان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جنگ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تازه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ندارد،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افزایش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مالیات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شورش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آفریند،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تعرض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قشون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تولید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نابود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کند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یا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حکمی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خاص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عمل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قابل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اجرا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نیست.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جهت،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دیوان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توانسته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حامل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واقعیت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زندگی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برابر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خواست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نامحدود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قدرت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باشد.</w:t>
      </w:r>
    </w:p>
    <w:p w:rsidR="00D1286D" w:rsidRPr="00D1286D" w:rsidRDefault="00D1286D" w:rsidP="00D1286D">
      <w:pPr>
        <w:bidi/>
        <w:spacing w:after="0" w:line="360" w:lineRule="auto"/>
        <w:ind w:firstLine="720"/>
        <w:rPr>
          <w:rFonts w:ascii="Tahoma" w:hAnsi="Tahoma" w:cs="Tahoma"/>
        </w:rPr>
      </w:pPr>
      <w:r w:rsidRPr="00D1286D">
        <w:rPr>
          <w:rFonts w:ascii="Tahoma" w:hAnsi="Tahoma" w:cs="Tahoma"/>
          <w:rtl/>
        </w:rPr>
        <w:t>اما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«می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توانسته»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نباید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قانون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جبری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تاریخ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تبدیل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کرد.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دیوان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سالاری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تواند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خودکامگی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تعصب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نیز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کارآمدتر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سازد.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دستگاه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اداری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حکومت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دینی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ممکن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فرمان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تبعیض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سرکوب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دقتی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بیشتر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قشون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پراکنده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اجرا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کند.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تماس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واقعیت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اجتماعی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درون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دیوان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ظرفیتی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برای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عقل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عملی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قانون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مداری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ایجاد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کند،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اما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تحقق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ظرفیت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استقلال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حرفه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ای،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پاسخ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گویی،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حکومت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قانون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مهار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قدرت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وابسته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دیوان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ذاتاً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سکولار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یا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دموکراتیک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نیست؛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یکی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میدان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هایی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امکان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گذار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نظم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سکولار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قانونی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پدید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آید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یا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سرکوب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شود.</w:t>
      </w:r>
    </w:p>
    <w:p w:rsidR="00D1286D" w:rsidRPr="00D1286D" w:rsidRDefault="00D1286D" w:rsidP="00D1286D">
      <w:pPr>
        <w:bidi/>
        <w:spacing w:after="0" w:line="360" w:lineRule="auto"/>
        <w:ind w:firstLine="720"/>
        <w:rPr>
          <w:rFonts w:ascii="Tahoma" w:hAnsi="Tahoma" w:cs="Tahoma"/>
        </w:rPr>
      </w:pPr>
      <w:r w:rsidRPr="00D1286D">
        <w:rPr>
          <w:rFonts w:ascii="Tahoma" w:hAnsi="Tahoma" w:cs="Tahoma"/>
          <w:rtl/>
        </w:rPr>
        <w:t>تنش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شریعت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کشورداری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نیز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باید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همین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دقت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فهمیده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شود.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شریعت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حقانیت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خود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حقیقتی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ثابت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قدسی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نسبت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دهد،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حال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آنکه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زندگی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اجتماعی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پیوسته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تغییر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کند: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جمعیت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افزایش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یابد،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اقتصاد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فناوری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دگرگون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شوند،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ارتباطات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گسترش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یابند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مسائل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تازه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پدید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آیند.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دینکاران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برای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پاسخ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گویی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تغییر،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اجتهاد،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فتوا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دیگر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های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تفسیر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ساخته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اند.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سازوکارها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امکان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سازگاری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دهند،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اما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هم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زمان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کوشند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حق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سازگارکردن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قواعد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قدسی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انحصار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نهاد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نگاه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دارند.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کشمکش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تصمیم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نهایی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دربارهء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زندگی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متغیر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جامعه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اختیار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چه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کسی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باشد.</w:t>
      </w:r>
    </w:p>
    <w:p w:rsidR="00D1286D" w:rsidRPr="00D1286D" w:rsidRDefault="00D1286D" w:rsidP="00D1286D">
      <w:pPr>
        <w:bidi/>
        <w:spacing w:after="0" w:line="360" w:lineRule="auto"/>
        <w:ind w:firstLine="720"/>
        <w:rPr>
          <w:rFonts w:ascii="Tahoma" w:hAnsi="Tahoma" w:cs="Tahoma"/>
        </w:rPr>
      </w:pPr>
      <w:r w:rsidRPr="00D1286D">
        <w:rPr>
          <w:rFonts w:ascii="Tahoma" w:hAnsi="Tahoma" w:cs="Tahoma"/>
          <w:rtl/>
        </w:rPr>
        <w:t>«سکولار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دموکراسی»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مجموعه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حادثه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ناگهانی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یا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صرفاً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نسخه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واردشده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غرب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تلقی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شود.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اندیشه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ها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نهادهای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جدید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غربی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تحول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ایران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نقشی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واقعی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انکارناپذیر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داشته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اند،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اما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امکان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پذیرش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آنها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زمینه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تاریخی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قرار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گرفته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است: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نیاز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جامعه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قانون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قابل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اصلاح،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تخصص،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پاسخ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گویی،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محدودکردن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قدرت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شخصی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رهاکردن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ادارهء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عمومی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انحصار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امر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قدسی.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منظر،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سکولار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دموکراسی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نام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یک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سرنوشت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حتمی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نیست؛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صورت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مطلوب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ممکنِ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پاسخی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تجربهء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طولانی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کشورداری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تواند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مسئلهء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قدرت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بدهد.</w:t>
      </w:r>
    </w:p>
    <w:p w:rsidR="00D1286D" w:rsidRPr="00D1286D" w:rsidRDefault="00D1286D" w:rsidP="00D1286D">
      <w:pPr>
        <w:bidi/>
        <w:spacing w:after="0" w:line="360" w:lineRule="auto"/>
        <w:ind w:firstLine="720"/>
        <w:rPr>
          <w:rFonts w:ascii="Tahoma" w:hAnsi="Tahoma" w:cs="Tahoma"/>
        </w:rPr>
      </w:pPr>
      <w:r w:rsidRPr="00D1286D">
        <w:rPr>
          <w:rFonts w:ascii="Tahoma" w:hAnsi="Tahoma" w:cs="Tahoma"/>
          <w:rtl/>
        </w:rPr>
        <w:t>دموکراسی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بدون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کشورداری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تواند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وعده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هایی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اجرا،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نهادهایی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فرسوده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ناتوانی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حفظ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کشور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بینجامد.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کشورداری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بدون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دموکراسی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نیز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ممکن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نظم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قدرت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بسازد،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اما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مردم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وسیلهء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ادامهء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حکومت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تبدیل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کند.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سکولار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دموکراسی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کوشد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نیاز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هم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پیوند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دهد: حکومتی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توانمند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اداره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دفاع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کشور،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همان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حال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محدود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قانون،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پاسخ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گو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ملت،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طرف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برابر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باورهای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دینی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متعهد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کرامت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برابری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شهروندان.</w:t>
      </w:r>
    </w:p>
    <w:p w:rsidR="00D1286D" w:rsidRDefault="00D1286D" w:rsidP="00D1286D">
      <w:pPr>
        <w:bidi/>
        <w:spacing w:after="0" w:line="360" w:lineRule="auto"/>
        <w:ind w:firstLine="720"/>
        <w:rPr>
          <w:rFonts w:ascii="Tahoma" w:hAnsi="Tahoma" w:cs="Tahoma"/>
        </w:rPr>
      </w:pPr>
      <w:r w:rsidRPr="00D1286D">
        <w:rPr>
          <w:rFonts w:ascii="Tahoma" w:hAnsi="Tahoma" w:cs="Tahoma"/>
          <w:rtl/>
        </w:rPr>
        <w:t>ازاین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رو،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مجموعه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خواهد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هر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اقدام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دیوانی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گامی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آگاهانه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سوی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دموکراسی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معرفی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کند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هر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کشمکش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دینکاران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سکولاریسم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بنامد.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مسئله،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دنبال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کردن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پیدایش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ظرفیت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ها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موانع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است: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چه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هنگام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عقل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اداری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توانسته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ارادهء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شخصی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یا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فرمان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قدسی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محدود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کند؛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چه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هنگام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خود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ابزار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آنها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تبدیل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شده؛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چه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شرایطی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لازم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بوده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خدمت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فرمانروا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آرام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آرام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خدمت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عمومی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حق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شهروندی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نزدیک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شود.</w:t>
      </w:r>
    </w:p>
    <w:p w:rsidR="00D1286D" w:rsidRPr="00D1286D" w:rsidRDefault="00D1286D" w:rsidP="00D1286D">
      <w:pPr>
        <w:bidi/>
        <w:spacing w:after="0" w:line="360" w:lineRule="auto"/>
        <w:ind w:firstLine="720"/>
        <w:rPr>
          <w:rFonts w:ascii="Tahoma" w:hAnsi="Tahoma" w:cs="Tahoma"/>
        </w:rPr>
      </w:pPr>
    </w:p>
    <w:p w:rsidR="00D1286D" w:rsidRPr="00D1286D" w:rsidRDefault="00D1286D" w:rsidP="00D1286D">
      <w:pPr>
        <w:keepNext/>
        <w:bidi/>
        <w:spacing w:after="0" w:line="360" w:lineRule="auto"/>
        <w:rPr>
          <w:rFonts w:ascii="Tahoma" w:hAnsi="Tahoma" w:cs="Tahoma"/>
        </w:rPr>
      </w:pPr>
      <w:r w:rsidRPr="00D1286D">
        <w:rPr>
          <w:rFonts w:ascii="Tahoma" w:hAnsi="Tahoma" w:cs="Tahoma"/>
          <w:b/>
          <w:bCs/>
          <w:rtl/>
        </w:rPr>
        <w:t>۹</w:t>
      </w:r>
      <w:r w:rsidRPr="00D1286D">
        <w:rPr>
          <w:rFonts w:ascii="Tahoma" w:hAnsi="Tahoma" w:cs="Tahoma"/>
          <w:b/>
          <w:rtl/>
        </w:rPr>
        <w:t>.</w:t>
      </w:r>
      <w:r w:rsidRPr="00D1286D">
        <w:rPr>
          <w:rFonts w:ascii="Tahoma" w:hAnsi="Tahoma" w:cs="Tahoma"/>
          <w:b/>
        </w:rPr>
        <w:t xml:space="preserve"> </w:t>
      </w:r>
      <w:r w:rsidRPr="00D1286D">
        <w:rPr>
          <w:rFonts w:ascii="Tahoma" w:hAnsi="Tahoma" w:cs="Tahoma"/>
          <w:b/>
          <w:bCs/>
          <w:rtl/>
        </w:rPr>
        <w:t>روش</w:t>
      </w:r>
      <w:r w:rsidRPr="00D1286D">
        <w:rPr>
          <w:rFonts w:ascii="Tahoma" w:hAnsi="Tahoma" w:cs="Tahoma"/>
          <w:b/>
        </w:rPr>
        <w:t xml:space="preserve"> </w:t>
      </w:r>
      <w:r w:rsidRPr="00D1286D">
        <w:rPr>
          <w:rFonts w:ascii="Tahoma" w:hAnsi="Tahoma" w:cs="Tahoma"/>
          <w:b/>
          <w:bCs/>
          <w:rtl/>
        </w:rPr>
        <w:t>روایت</w:t>
      </w:r>
      <w:r w:rsidRPr="00D1286D">
        <w:rPr>
          <w:rFonts w:ascii="Tahoma" w:hAnsi="Tahoma" w:cs="Tahoma"/>
          <w:b/>
        </w:rPr>
        <w:t xml:space="preserve"> </w:t>
      </w:r>
      <w:r w:rsidRPr="00D1286D">
        <w:rPr>
          <w:rFonts w:ascii="Tahoma" w:hAnsi="Tahoma" w:cs="Tahoma"/>
          <w:b/>
          <w:bCs/>
          <w:rtl/>
        </w:rPr>
        <w:t>تاریخ</w:t>
      </w:r>
      <w:r w:rsidRPr="00D1286D">
        <w:rPr>
          <w:rFonts w:ascii="Tahoma" w:hAnsi="Tahoma" w:cs="Tahoma"/>
          <w:b/>
        </w:rPr>
        <w:t xml:space="preserve"> </w:t>
      </w:r>
      <w:r w:rsidRPr="00D1286D">
        <w:rPr>
          <w:rFonts w:ascii="Tahoma" w:hAnsi="Tahoma" w:cs="Tahoma"/>
          <w:b/>
          <w:bCs/>
          <w:rtl/>
        </w:rPr>
        <w:t>در</w:t>
      </w:r>
      <w:r w:rsidRPr="00D1286D">
        <w:rPr>
          <w:rFonts w:ascii="Tahoma" w:hAnsi="Tahoma" w:cs="Tahoma"/>
          <w:b/>
        </w:rPr>
        <w:t xml:space="preserve"> </w:t>
      </w:r>
      <w:r w:rsidRPr="00D1286D">
        <w:rPr>
          <w:rFonts w:ascii="Tahoma" w:hAnsi="Tahoma" w:cs="Tahoma"/>
          <w:b/>
          <w:bCs/>
          <w:rtl/>
        </w:rPr>
        <w:t>این</w:t>
      </w:r>
      <w:r w:rsidRPr="00D1286D">
        <w:rPr>
          <w:rFonts w:ascii="Tahoma" w:hAnsi="Tahoma" w:cs="Tahoma"/>
          <w:b/>
        </w:rPr>
        <w:t xml:space="preserve"> </w:t>
      </w:r>
      <w:r w:rsidRPr="00D1286D">
        <w:rPr>
          <w:rFonts w:ascii="Tahoma" w:hAnsi="Tahoma" w:cs="Tahoma"/>
          <w:b/>
          <w:bCs/>
          <w:rtl/>
        </w:rPr>
        <w:t>مجموعه</w:t>
      </w:r>
    </w:p>
    <w:p w:rsidR="00D1286D" w:rsidRPr="00D1286D" w:rsidRDefault="00D1286D" w:rsidP="00D1286D">
      <w:pPr>
        <w:bidi/>
        <w:spacing w:after="0" w:line="360" w:lineRule="auto"/>
        <w:ind w:firstLine="720"/>
        <w:rPr>
          <w:rFonts w:ascii="Tahoma" w:hAnsi="Tahoma" w:cs="Tahoma"/>
        </w:rPr>
      </w:pPr>
      <w:r w:rsidRPr="00D1286D">
        <w:rPr>
          <w:rFonts w:ascii="Tahoma" w:hAnsi="Tahoma" w:cs="Tahoma"/>
          <w:rtl/>
        </w:rPr>
        <w:t>انگیزهء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اصلی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مجموعه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نارضایتی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شیوه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غالباً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جامعهء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ایران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تحولات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فهمیده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ایم.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بیش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یک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قرن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گذشته،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ایرانیان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بارها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دربارهء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آزادی،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قانون،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عدالت،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تجدد،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انقلاب،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حکومت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دینی،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مشروطه،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جمهوریت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توسعه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سخن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گفته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اند.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حکومت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ها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تغییر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کرده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اند،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انقلاب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ها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رخ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داده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اند،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قانون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ها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نوشته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شده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اند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ایدئولوژی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ها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قدرت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گرفته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فروریخته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اند،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اما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بسیاری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بحران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های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اصلی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همچنان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باقی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مانده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اند.</w:t>
      </w:r>
    </w:p>
    <w:p w:rsidR="00D1286D" w:rsidRPr="00D1286D" w:rsidRDefault="00D1286D" w:rsidP="00D1286D">
      <w:pPr>
        <w:bidi/>
        <w:spacing w:after="0" w:line="360" w:lineRule="auto"/>
        <w:ind w:firstLine="720"/>
        <w:rPr>
          <w:rFonts w:ascii="Tahoma" w:hAnsi="Tahoma" w:cs="Tahoma"/>
        </w:rPr>
      </w:pPr>
      <w:r w:rsidRPr="00D1286D">
        <w:rPr>
          <w:rFonts w:ascii="Tahoma" w:hAnsi="Tahoma" w:cs="Tahoma"/>
          <w:rtl/>
        </w:rPr>
        <w:t>گاه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همه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چیز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شخصیت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شاهان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رهبران،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توطئه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ها،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دخالت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خارجی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یا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انفجار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ناگهانی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انقلاب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فروکاسته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شده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عوامل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واقعی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اند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توان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آنها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حذف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کرد،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اما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زیر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حوادث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روزمره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نیروهایی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ماندگارتر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عمل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کنند.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مجموعه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کوشد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تاریخ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فقط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منظر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کسانی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فرمان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داده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اند،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بلکه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منظر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سازوکارهایی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بخواند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فرمان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ممکن،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ناممکن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یا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دگرگون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کرده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اند.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پرسش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فقط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نیست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چه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کسی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حکومت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کرد؛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باید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دید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قدرت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واقعی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دست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کدام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شبکه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قرار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داشت،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هزینهء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چه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کسی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پرداخت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کدام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نهاد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توانست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پس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رفتن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فرمانروا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باقی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بماند.</w:t>
      </w:r>
    </w:p>
    <w:p w:rsidR="00D1286D" w:rsidRPr="00D1286D" w:rsidRDefault="00D1286D" w:rsidP="00D1286D">
      <w:pPr>
        <w:bidi/>
        <w:spacing w:after="0" w:line="360" w:lineRule="auto"/>
        <w:ind w:firstLine="720"/>
        <w:rPr>
          <w:rFonts w:ascii="Tahoma" w:hAnsi="Tahoma" w:cs="Tahoma"/>
        </w:rPr>
      </w:pPr>
      <w:r w:rsidRPr="00D1286D">
        <w:rPr>
          <w:rFonts w:ascii="Tahoma" w:hAnsi="Tahoma" w:cs="Tahoma"/>
          <w:rtl/>
        </w:rPr>
        <w:t>ازاین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رو،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سلسله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ها،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جنگ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ها،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آیین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ها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زندگی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فرمانروایان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کتاب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حضور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دارند،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اما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عنوان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موضوع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نهایی.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یک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جنگ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هنگامی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اهمیت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یابد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آرایش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قشون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دیوان،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منبع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درآمد،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رابطهء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مرکز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ولایت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یا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تصور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حقانیت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حکمرانی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تغییر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دهد.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یک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یا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مذهب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هنگامی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وارد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تحلیل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سیاسی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شود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دینکاران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نهادی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برای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تولید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قانون،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داوری،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آموزش،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مالیات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یا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بسیج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اجتماعی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تبدیل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شوند.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یک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وزیر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فقط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سبب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نزدیکی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شاه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مهم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نیست؛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اهمیت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نقشی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تبدیل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ارادهء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شاه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دستگاه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پایدار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یا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محدودکردن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ایفا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کند.</w:t>
      </w:r>
    </w:p>
    <w:p w:rsidR="00D1286D" w:rsidRPr="00D1286D" w:rsidRDefault="00D1286D" w:rsidP="00D1286D">
      <w:pPr>
        <w:bidi/>
        <w:spacing w:after="0" w:line="360" w:lineRule="auto"/>
        <w:ind w:firstLine="720"/>
        <w:rPr>
          <w:rFonts w:ascii="Tahoma" w:hAnsi="Tahoma" w:cs="Tahoma"/>
        </w:rPr>
      </w:pPr>
      <w:r w:rsidRPr="00D1286D">
        <w:rPr>
          <w:rFonts w:ascii="Tahoma" w:hAnsi="Tahoma" w:cs="Tahoma"/>
          <w:rtl/>
        </w:rPr>
        <w:t>این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روایت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همچنین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شکست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قشون،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سقوط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حکومت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نابودی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کشور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تمایز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گذارد.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ممکن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قشونی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شکست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بخورد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حکومت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باقی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بماند؛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ممکن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حکومتی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سقوط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کند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کشور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مردم،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ها،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حافظه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نهادهایش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ادامه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یابد؛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ممکن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حکومتی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ظاهراً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نیرومند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باشد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اما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فرسودن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منابع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پیوندهای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اجتماعی،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کشور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سوی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نابودی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ببرد.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همین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تمایز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اجازه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دهد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تداوم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ایران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پس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تغییر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مکرر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فرمانروایان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ببینیم،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آنکه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ویرانی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ها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گسست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های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واقعی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انکار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کنیم.</w:t>
      </w:r>
    </w:p>
    <w:p w:rsidR="00D1286D" w:rsidRPr="00D1286D" w:rsidRDefault="00D1286D" w:rsidP="00D1286D">
      <w:pPr>
        <w:bidi/>
        <w:spacing w:after="0" w:line="360" w:lineRule="auto"/>
        <w:ind w:firstLine="720"/>
        <w:rPr>
          <w:rFonts w:ascii="Tahoma" w:hAnsi="Tahoma" w:cs="Tahoma"/>
        </w:rPr>
      </w:pPr>
      <w:r w:rsidRPr="00D1286D">
        <w:rPr>
          <w:rFonts w:ascii="Tahoma" w:hAnsi="Tahoma" w:cs="Tahoma"/>
          <w:rtl/>
        </w:rPr>
        <w:t>من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مجموعه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گزارش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قطعی،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روایت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مشهور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تفسیر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نویسنده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تفاوت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گذارم،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اما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مدعی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نیستم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همه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جا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داوری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نهایی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تاریخ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عرضه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کرده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ام.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منابع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تاریخی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اغلب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دست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وابستگان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دربار،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دینکاران،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پیروان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فاتحان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یا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دشمنان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آنان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نوشته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شده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اند.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ارقام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کشتار،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انگیزهء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اشخاص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گفت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وگوهای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خصوصی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گاه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افسانه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تبلیغ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آمیخته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اند.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هرجا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قطعیت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ممکن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نباشد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باید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حدود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دانسته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ها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نشان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داد.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همان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حال،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تردید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علمی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نباید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تحلیل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رابطهء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نیروها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پیامدهای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قابل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مشاهده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بازدارد.</w:t>
      </w:r>
    </w:p>
    <w:p w:rsidR="00D1286D" w:rsidRDefault="00D1286D" w:rsidP="00D1286D">
      <w:pPr>
        <w:bidi/>
        <w:spacing w:after="0" w:line="360" w:lineRule="auto"/>
        <w:ind w:firstLine="720"/>
        <w:rPr>
          <w:rFonts w:ascii="Tahoma" w:hAnsi="Tahoma" w:cs="Tahoma"/>
        </w:rPr>
      </w:pPr>
      <w:r w:rsidRPr="00D1286D">
        <w:rPr>
          <w:rFonts w:ascii="Tahoma" w:hAnsi="Tahoma" w:cs="Tahoma"/>
          <w:rtl/>
        </w:rPr>
        <w:t>خواننده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هر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جلد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دوره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مستقل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روبه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رو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شود،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اما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واژگان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پرسش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های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ثابت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مجموعه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نیز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بازمی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یابد: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کشور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چگونه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باقی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ماند؟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درآمد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چگونه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گرد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آمد؟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قشون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چه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کسی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فرمان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برد؟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دینکاران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کجا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قدرت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گرفتند؟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دیوان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چگونه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فرمان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اجرا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یا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تعدیل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کرد؟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جانشینی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چگونه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حل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شد؟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مردم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رعیت،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مؤمن،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مالیات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دهنده،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سرباز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یا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شهروند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شمرده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شدند؟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پاسخ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هر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دوره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متفاوت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اما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تکرار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پرسش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ها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امکان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مقایسهء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تاریخی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فراهم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کند.</w:t>
      </w:r>
    </w:p>
    <w:p w:rsidR="00D1286D" w:rsidRPr="00D1286D" w:rsidRDefault="00D1286D" w:rsidP="00D1286D">
      <w:pPr>
        <w:bidi/>
        <w:spacing w:after="0" w:line="360" w:lineRule="auto"/>
        <w:ind w:firstLine="720"/>
        <w:rPr>
          <w:rFonts w:ascii="Tahoma" w:hAnsi="Tahoma" w:cs="Tahoma"/>
        </w:rPr>
      </w:pPr>
    </w:p>
    <w:p w:rsidR="00D1286D" w:rsidRPr="00D1286D" w:rsidRDefault="00D1286D" w:rsidP="00D1286D">
      <w:pPr>
        <w:keepNext/>
        <w:bidi/>
        <w:spacing w:after="0" w:line="360" w:lineRule="auto"/>
        <w:rPr>
          <w:rFonts w:ascii="Tahoma" w:hAnsi="Tahoma" w:cs="Tahoma"/>
        </w:rPr>
      </w:pPr>
      <w:r w:rsidRPr="00D1286D">
        <w:rPr>
          <w:rFonts w:ascii="Tahoma" w:hAnsi="Tahoma" w:cs="Tahoma"/>
          <w:b/>
          <w:bCs/>
          <w:rtl/>
        </w:rPr>
        <w:t>۱۰</w:t>
      </w:r>
      <w:r w:rsidRPr="00D1286D">
        <w:rPr>
          <w:rFonts w:ascii="Tahoma" w:hAnsi="Tahoma" w:cs="Tahoma"/>
          <w:b/>
          <w:rtl/>
        </w:rPr>
        <w:t>.</w:t>
      </w:r>
      <w:r w:rsidRPr="00D1286D">
        <w:rPr>
          <w:rFonts w:ascii="Tahoma" w:hAnsi="Tahoma" w:cs="Tahoma"/>
          <w:b/>
        </w:rPr>
        <w:t xml:space="preserve"> </w:t>
      </w:r>
      <w:r w:rsidRPr="00D1286D">
        <w:rPr>
          <w:rFonts w:ascii="Tahoma" w:hAnsi="Tahoma" w:cs="Tahoma"/>
          <w:b/>
          <w:bCs/>
          <w:rtl/>
        </w:rPr>
        <w:t>مقصد</w:t>
      </w:r>
      <w:r w:rsidRPr="00D1286D">
        <w:rPr>
          <w:rFonts w:ascii="Tahoma" w:hAnsi="Tahoma" w:cs="Tahoma"/>
          <w:b/>
        </w:rPr>
        <w:t xml:space="preserve"> </w:t>
      </w:r>
      <w:r w:rsidRPr="00D1286D">
        <w:rPr>
          <w:rFonts w:ascii="Tahoma" w:hAnsi="Tahoma" w:cs="Tahoma"/>
          <w:b/>
          <w:bCs/>
          <w:rtl/>
        </w:rPr>
        <w:t>این</w:t>
      </w:r>
      <w:r w:rsidRPr="00D1286D">
        <w:rPr>
          <w:rFonts w:ascii="Tahoma" w:hAnsi="Tahoma" w:cs="Tahoma"/>
          <w:b/>
        </w:rPr>
        <w:t xml:space="preserve"> </w:t>
      </w:r>
      <w:r w:rsidRPr="00D1286D">
        <w:rPr>
          <w:rFonts w:ascii="Tahoma" w:hAnsi="Tahoma" w:cs="Tahoma"/>
          <w:b/>
          <w:bCs/>
          <w:rtl/>
        </w:rPr>
        <w:t>روایت</w:t>
      </w:r>
    </w:p>
    <w:p w:rsidR="00D1286D" w:rsidRPr="00D1286D" w:rsidRDefault="00D1286D" w:rsidP="00D1286D">
      <w:pPr>
        <w:bidi/>
        <w:spacing w:after="0" w:line="360" w:lineRule="auto"/>
        <w:ind w:firstLine="720"/>
        <w:rPr>
          <w:rFonts w:ascii="Tahoma" w:hAnsi="Tahoma" w:cs="Tahoma"/>
        </w:rPr>
      </w:pPr>
      <w:r w:rsidRPr="00D1286D">
        <w:rPr>
          <w:rFonts w:ascii="Tahoma" w:hAnsi="Tahoma" w:cs="Tahoma"/>
          <w:rtl/>
        </w:rPr>
        <w:t>این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مجموعه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ستایش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دیوانیان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نیست؛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همان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گونه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تاریخ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محکوم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کردن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یکسرهء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شاهان،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نظامیان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یا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دینکاران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نیز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نیست.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هر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چهار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نهاد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دوره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هایی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ادامهء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زندگی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کشور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کمک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کرده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اند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دوره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هایی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خطر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انداخته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اند.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مسئله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چه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آرایشی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قدرت،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خدمت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کشور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ملت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ممکن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کرده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چه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آرایشی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نهادها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ابزار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حفظ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خود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تبدیل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نموده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است.</w:t>
      </w:r>
    </w:p>
    <w:p w:rsidR="00D1286D" w:rsidRPr="00D1286D" w:rsidRDefault="00D1286D" w:rsidP="00D1286D">
      <w:pPr>
        <w:bidi/>
        <w:spacing w:after="0" w:line="360" w:lineRule="auto"/>
        <w:ind w:firstLine="720"/>
        <w:rPr>
          <w:rFonts w:ascii="Tahoma" w:hAnsi="Tahoma" w:cs="Tahoma"/>
        </w:rPr>
      </w:pPr>
      <w:r w:rsidRPr="00D1286D">
        <w:rPr>
          <w:rFonts w:ascii="Tahoma" w:hAnsi="Tahoma" w:cs="Tahoma"/>
          <w:rtl/>
        </w:rPr>
        <w:t>اگر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مجموعه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ارزشی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داشته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باشد،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شاید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باشد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تاریخ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ایران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زاویه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کمتر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دیده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شده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روایت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کند: 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زاویهء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کشورداری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نیروهایی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که،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فارغ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نام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حکومت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ها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فرمانروایان،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امکان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ادامهء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زندگی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جمعی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فراهم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آورده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اند.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نگاه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کوشد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نشان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دهد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ایران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فقط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سبب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قهرمانی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شاهان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یا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مقاومت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قشون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ها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باقی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نمانده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است؛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سبب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کار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مداوم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غالباً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نام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کسانی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نیز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باقی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مانده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آب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مالیات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سند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آموزش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امنیت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سامان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داده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اند.</w:t>
      </w:r>
    </w:p>
    <w:p w:rsidR="00D1286D" w:rsidRPr="00D1286D" w:rsidRDefault="00D1286D" w:rsidP="00D1286D">
      <w:pPr>
        <w:bidi/>
        <w:spacing w:after="0" w:line="360" w:lineRule="auto"/>
        <w:ind w:firstLine="720"/>
        <w:rPr>
          <w:rFonts w:ascii="Tahoma" w:hAnsi="Tahoma" w:cs="Tahoma"/>
        </w:rPr>
      </w:pPr>
      <w:r w:rsidRPr="00D1286D">
        <w:rPr>
          <w:rFonts w:ascii="Tahoma" w:hAnsi="Tahoma" w:cs="Tahoma"/>
          <w:rtl/>
        </w:rPr>
        <w:t>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همان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حال،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ادامهء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زندگی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تنهایی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کافی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نیست.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کشوری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ممکن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قرن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ها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باقی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بماند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مردمش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همچنان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حق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تصمیم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گیری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دربارهء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سرنوشت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خود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محروم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باشند.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مقصد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نهایی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کشورداری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باید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حفظ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کشور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برای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زندگی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آزاد،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امن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شایستهء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ملت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باشد،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حفظ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دستگاه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قدرت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مردم.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همین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رو،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آرزوی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مجموعه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تنها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ساختن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حکومتی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کارآمد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نیست؛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پیوندزدن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توانایی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کشورداری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سکولار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دموکراسی،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تکثرگرایی،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حکومت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قانون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حاکمیت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ملت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است.</w:t>
      </w:r>
    </w:p>
    <w:p w:rsidR="00D1286D" w:rsidRPr="00D1286D" w:rsidRDefault="00D1286D" w:rsidP="00D1286D">
      <w:pPr>
        <w:bidi/>
        <w:spacing w:after="0" w:line="360" w:lineRule="auto"/>
        <w:ind w:firstLine="720"/>
        <w:rPr>
          <w:rFonts w:ascii="Tahoma" w:hAnsi="Tahoma" w:cs="Tahoma"/>
        </w:rPr>
      </w:pPr>
      <w:r w:rsidRPr="00D1286D">
        <w:rPr>
          <w:rFonts w:ascii="Tahoma" w:hAnsi="Tahoma" w:cs="Tahoma"/>
          <w:rtl/>
        </w:rPr>
        <w:t>این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محموعه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چنین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امیدی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نوشته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 xml:space="preserve">شده 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است: امید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اینکه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نسل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های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آیندهء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ایران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بتوانند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تجربهء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طولانی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سرزمین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چون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باری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افتخار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مصیبت،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بلکه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چون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دانشی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برای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ساختن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آینده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کار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گیرند؛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کشوری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هیچ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فرمانروا،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قشون،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یا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دیوانی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بالاتر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ملت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قانون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قرار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نگیرد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همهء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نهادهای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قدرت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برای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همان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مقصدی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کار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افتند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کشورداری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آغاز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پاسخ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پدید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آمد: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ادامهء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زندگی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جمعی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فراهم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کردن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آینده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ممکن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برای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انسان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ایرانی.</w:t>
      </w:r>
    </w:p>
    <w:p w:rsidR="00D1286D" w:rsidRDefault="00D1286D">
      <w:pPr>
        <w:rPr>
          <w:rFonts w:ascii="Tahoma" w:hAnsi="Tahoma" w:cs="Tahoma"/>
          <w:rtl/>
        </w:rPr>
      </w:pPr>
      <w:r>
        <w:rPr>
          <w:rFonts w:ascii="Tahoma" w:hAnsi="Tahoma" w:cs="Tahoma"/>
          <w:rtl/>
        </w:rPr>
        <w:br w:type="page"/>
      </w:r>
    </w:p>
    <w:p w:rsidR="00D1286D" w:rsidRPr="00D1286D" w:rsidRDefault="00D1286D" w:rsidP="00D1286D">
      <w:pPr>
        <w:bidi/>
        <w:spacing w:after="0" w:line="360" w:lineRule="auto"/>
        <w:ind w:firstLine="90"/>
        <w:jc w:val="center"/>
        <w:rPr>
          <w:rFonts w:asciiTheme="majorBidi" w:hAnsiTheme="majorBidi" w:cstheme="majorBidi"/>
          <w:b/>
          <w:bCs/>
          <w:sz w:val="36"/>
          <w:szCs w:val="36"/>
          <w:rtl/>
        </w:rPr>
      </w:pPr>
      <w:bookmarkStart w:id="1" w:name="Vol15Preface"/>
      <w:bookmarkStart w:id="2" w:name="_GoBack"/>
      <w:bookmarkEnd w:id="1"/>
      <w:bookmarkEnd w:id="2"/>
      <w:r w:rsidRPr="00D1286D">
        <w:rPr>
          <w:rFonts w:asciiTheme="majorBidi" w:hAnsiTheme="majorBidi" w:cstheme="majorBidi"/>
          <w:b/>
          <w:bCs/>
          <w:sz w:val="36"/>
          <w:szCs w:val="36"/>
          <w:rtl/>
        </w:rPr>
        <w:t>سرآغاز</w:t>
      </w:r>
    </w:p>
    <w:p w:rsidR="00D1286D" w:rsidRPr="00D1286D" w:rsidRDefault="00D1286D" w:rsidP="00D1286D">
      <w:pPr>
        <w:bidi/>
        <w:spacing w:after="0" w:line="360" w:lineRule="auto"/>
        <w:ind w:firstLine="720"/>
        <w:rPr>
          <w:rFonts w:ascii="Tahoma" w:hAnsi="Tahoma" w:cs="Tahoma"/>
        </w:rPr>
      </w:pPr>
      <w:r w:rsidRPr="00D1286D">
        <w:rPr>
          <w:rFonts w:ascii="Tahoma" w:hAnsi="Tahoma" w:cs="Tahoma"/>
          <w:rtl/>
        </w:rPr>
        <w:t>این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جلد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برآمدن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صفویان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رسمی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شدن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تشیع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دوازده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امامی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پردازد؛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تحولی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فقط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تغییر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مذهب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دربار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نبود،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بلکه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ساختمان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کشورداری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ایران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دگرگون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کرد</w:t>
      </w:r>
      <w:r w:rsidRPr="00D1286D">
        <w:rPr>
          <w:rFonts w:ascii="Tahoma" w:hAnsi="Tahoma" w:cs="Tahoma"/>
        </w:rPr>
        <w:t xml:space="preserve">. </w:t>
      </w:r>
      <w:r w:rsidRPr="00D1286D">
        <w:rPr>
          <w:rFonts w:ascii="Tahoma" w:hAnsi="Tahoma" w:cs="Tahoma"/>
          <w:rtl/>
        </w:rPr>
        <w:t>شاه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اسماعیل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نیروی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قزلباشان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سرزمینی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پراکنده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زیر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فرمان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آورد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برای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جداکردن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دولت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تازه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رقیب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عثمانی،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تشیع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نشان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هویت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سیاسی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تبدیل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ساخت</w:t>
      </w:r>
      <w:r w:rsidRPr="00D1286D">
        <w:rPr>
          <w:rFonts w:ascii="Tahoma" w:hAnsi="Tahoma" w:cs="Tahoma"/>
        </w:rPr>
        <w:t xml:space="preserve">.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پس،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تاج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رابطه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تازه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یکدیگر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نیازمند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همان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حال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رقیب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یکدیگر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شدند</w:t>
      </w:r>
      <w:r w:rsidRPr="00D1286D">
        <w:rPr>
          <w:rFonts w:ascii="Tahoma" w:hAnsi="Tahoma" w:cs="Tahoma"/>
        </w:rPr>
        <w:t>.</w:t>
      </w:r>
    </w:p>
    <w:p w:rsidR="00D1286D" w:rsidRPr="00D1286D" w:rsidRDefault="00D1286D" w:rsidP="00D1286D">
      <w:pPr>
        <w:bidi/>
        <w:spacing w:after="0" w:line="360" w:lineRule="auto"/>
        <w:ind w:firstLine="720"/>
        <w:rPr>
          <w:rFonts w:ascii="Tahoma" w:hAnsi="Tahoma" w:cs="Tahoma"/>
        </w:rPr>
      </w:pPr>
      <w:r w:rsidRPr="00D1286D">
        <w:rPr>
          <w:rFonts w:ascii="Tahoma" w:hAnsi="Tahoma" w:cs="Tahoma"/>
          <w:rtl/>
        </w:rPr>
        <w:t>صفویان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آغاز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کمبود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دینکاران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دوازده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امامی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روبه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رو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بودند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گروهی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فقیهان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جبل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عامل،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بحرین،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عراق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دیگر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مراکز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شیعی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ایران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آوردند</w:t>
      </w:r>
      <w:r w:rsidRPr="00D1286D">
        <w:rPr>
          <w:rFonts w:ascii="Tahoma" w:hAnsi="Tahoma" w:cs="Tahoma"/>
        </w:rPr>
        <w:t xml:space="preserve">. </w:t>
      </w:r>
      <w:r w:rsidRPr="00D1286D">
        <w:rPr>
          <w:rFonts w:ascii="Tahoma" w:hAnsi="Tahoma" w:cs="Tahoma"/>
          <w:rtl/>
        </w:rPr>
        <w:t>این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دینکاران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فقط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آموزگار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عقیده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نبودند</w:t>
      </w:r>
      <w:r w:rsidRPr="00D1286D">
        <w:rPr>
          <w:rFonts w:ascii="Tahoma" w:hAnsi="Tahoma" w:cs="Tahoma"/>
        </w:rPr>
        <w:t xml:space="preserve">. </w:t>
      </w:r>
      <w:r w:rsidRPr="00D1286D">
        <w:rPr>
          <w:rFonts w:ascii="Tahoma" w:hAnsi="Tahoma" w:cs="Tahoma"/>
          <w:rtl/>
        </w:rPr>
        <w:t>آنان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قضاوت،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آموزش،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اوقاف،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تفسیر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شریعت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تأیید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حقانیت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حکمرانی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اختیار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گرفتند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تدریج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نهادی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ساختند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قدرتش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صرفاً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انتصاب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شاه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سرچشمه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گرفت</w:t>
      </w:r>
      <w:r w:rsidRPr="00D1286D">
        <w:rPr>
          <w:rFonts w:ascii="Tahoma" w:hAnsi="Tahoma" w:cs="Tahoma"/>
        </w:rPr>
        <w:t>.</w:t>
      </w:r>
    </w:p>
    <w:p w:rsidR="00D1286D" w:rsidRPr="00D1286D" w:rsidRDefault="00D1286D" w:rsidP="00D1286D">
      <w:pPr>
        <w:bidi/>
        <w:spacing w:after="0" w:line="360" w:lineRule="auto"/>
        <w:ind w:firstLine="720"/>
        <w:rPr>
          <w:rFonts w:ascii="Tahoma" w:hAnsi="Tahoma" w:cs="Tahoma"/>
        </w:rPr>
      </w:pPr>
      <w:r w:rsidRPr="00D1286D">
        <w:rPr>
          <w:rFonts w:ascii="Tahoma" w:hAnsi="Tahoma" w:cs="Tahoma"/>
          <w:rtl/>
        </w:rPr>
        <w:t>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برابر،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شاه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برای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مهار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قزلباشان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ادارهٔ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سرزمین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دیوانسالاران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نیاز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داشت</w:t>
      </w:r>
      <w:r w:rsidRPr="00D1286D">
        <w:rPr>
          <w:rFonts w:ascii="Tahoma" w:hAnsi="Tahoma" w:cs="Tahoma"/>
        </w:rPr>
        <w:t xml:space="preserve">. </w:t>
      </w:r>
      <w:r w:rsidRPr="00D1286D">
        <w:rPr>
          <w:rFonts w:ascii="Tahoma" w:hAnsi="Tahoma" w:cs="Tahoma"/>
          <w:rtl/>
        </w:rPr>
        <w:t>قشون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توانست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کشور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فتح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کند،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اما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توانست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مالیات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بگیرد،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زمین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ثبت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کند،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ها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نگاه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دارد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فرمان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سراسر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کشور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اجرا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نماید</w:t>
      </w:r>
      <w:r w:rsidRPr="00D1286D">
        <w:rPr>
          <w:rFonts w:ascii="Tahoma" w:hAnsi="Tahoma" w:cs="Tahoma"/>
        </w:rPr>
        <w:t xml:space="preserve">. </w:t>
      </w:r>
      <w:r w:rsidRPr="00D1286D">
        <w:rPr>
          <w:rFonts w:ascii="Tahoma" w:hAnsi="Tahoma" w:cs="Tahoma"/>
          <w:rtl/>
        </w:rPr>
        <w:t>کشاکش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قزلباشان،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غلامان،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دیوانیان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دینکاران،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صورت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واقعی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دولت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صفوی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ساخت</w:t>
      </w:r>
      <w:r w:rsidRPr="00D1286D">
        <w:rPr>
          <w:rFonts w:ascii="Tahoma" w:hAnsi="Tahoma" w:cs="Tahoma"/>
        </w:rPr>
        <w:t xml:space="preserve">. </w:t>
      </w:r>
      <w:r w:rsidRPr="00D1286D">
        <w:rPr>
          <w:rFonts w:ascii="Tahoma" w:hAnsi="Tahoma" w:cs="Tahoma"/>
          <w:rtl/>
        </w:rPr>
        <w:t>انتقال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پایتخت،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ایجاد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قشون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تازه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اصلاحات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شاه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عباس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باید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دل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همین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کوشش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برای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برقراری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موازنه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دید</w:t>
      </w:r>
      <w:r w:rsidRPr="00D1286D">
        <w:rPr>
          <w:rFonts w:ascii="Tahoma" w:hAnsi="Tahoma" w:cs="Tahoma"/>
        </w:rPr>
        <w:t>.</w:t>
      </w:r>
    </w:p>
    <w:p w:rsidR="00D1286D" w:rsidRPr="00D1286D" w:rsidRDefault="00D1286D" w:rsidP="00D1286D">
      <w:pPr>
        <w:bidi/>
        <w:spacing w:after="0" w:line="360" w:lineRule="auto"/>
        <w:ind w:firstLine="720"/>
        <w:rPr>
          <w:rFonts w:ascii="Tahoma" w:hAnsi="Tahoma" w:cs="Tahoma"/>
        </w:rPr>
      </w:pPr>
      <w:r w:rsidRPr="00D1286D">
        <w:rPr>
          <w:rFonts w:ascii="Tahoma" w:hAnsi="Tahoma" w:cs="Tahoma"/>
          <w:rtl/>
        </w:rPr>
        <w:t>رسمی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شدن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تشیع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یکپارچگی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سیاسی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یاری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رساند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مرزی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روشن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تر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میان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ایران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عثمانی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پدید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آورد،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اما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هزینه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هایی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نیز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داشت</w:t>
      </w:r>
      <w:r w:rsidRPr="00D1286D">
        <w:rPr>
          <w:rFonts w:ascii="Tahoma" w:hAnsi="Tahoma" w:cs="Tahoma"/>
        </w:rPr>
        <w:t xml:space="preserve">. </w:t>
      </w:r>
      <w:r w:rsidRPr="00D1286D">
        <w:rPr>
          <w:rFonts w:ascii="Tahoma" w:hAnsi="Tahoma" w:cs="Tahoma"/>
          <w:rtl/>
        </w:rPr>
        <w:t>تکثر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مذهبی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محدود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شد،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اجبار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سرکوب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گسترش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یافت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فرمان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مقدس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ابزاری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برای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حکومت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تبدیل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شد</w:t>
      </w:r>
      <w:r w:rsidRPr="00D1286D">
        <w:rPr>
          <w:rFonts w:ascii="Tahoma" w:hAnsi="Tahoma" w:cs="Tahoma"/>
        </w:rPr>
        <w:t xml:space="preserve">. </w:t>
      </w:r>
      <w:r w:rsidRPr="00D1286D">
        <w:rPr>
          <w:rFonts w:ascii="Tahoma" w:hAnsi="Tahoma" w:cs="Tahoma"/>
          <w:rtl/>
        </w:rPr>
        <w:t>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همان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حال،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دینکاران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گسترش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آموزش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اوقاف،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پایه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هایی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اجتماعی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مالی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یافتند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بعدها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امکان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استقلال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بیشترشان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دولت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فراهم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کرد</w:t>
      </w:r>
      <w:r w:rsidRPr="00D1286D">
        <w:rPr>
          <w:rFonts w:ascii="Tahoma" w:hAnsi="Tahoma" w:cs="Tahoma"/>
        </w:rPr>
        <w:t>.</w:t>
      </w:r>
    </w:p>
    <w:p w:rsidR="00D1286D" w:rsidRPr="00D1286D" w:rsidRDefault="00D1286D" w:rsidP="00D1286D">
      <w:pPr>
        <w:bidi/>
        <w:spacing w:after="0" w:line="360" w:lineRule="auto"/>
        <w:ind w:firstLine="720"/>
        <w:rPr>
          <w:rFonts w:ascii="Tahoma" w:hAnsi="Tahoma" w:cs="Tahoma"/>
        </w:rPr>
      </w:pPr>
      <w:r w:rsidRPr="00D1286D">
        <w:rPr>
          <w:rFonts w:ascii="Tahoma" w:hAnsi="Tahoma" w:cs="Tahoma"/>
          <w:rtl/>
        </w:rPr>
        <w:t>پرسش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مرکزی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کتاب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آن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است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چگونه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دولتی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برخاسته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قشون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طریقت،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برای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تثبیت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خود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مذهب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رسمی،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دیوان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نهاد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دینی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ساخت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چگونه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همین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ساخته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ها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نیروهایی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بدل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شدند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دیگر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کاملاً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فرمان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شاه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نبودند</w:t>
      </w:r>
      <w:r w:rsidRPr="00D1286D">
        <w:rPr>
          <w:rFonts w:ascii="Tahoma" w:hAnsi="Tahoma" w:cs="Tahoma"/>
        </w:rPr>
        <w:t xml:space="preserve">. </w:t>
      </w:r>
      <w:r w:rsidRPr="00D1286D">
        <w:rPr>
          <w:rFonts w:ascii="Tahoma" w:hAnsi="Tahoma" w:cs="Tahoma"/>
          <w:rtl/>
        </w:rPr>
        <w:t>سقوط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صفویان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فقط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نتیجهٔ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ضعف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شاه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سلطان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حسین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یا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حملهٔ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افغان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ها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نبود</w:t>
      </w:r>
      <w:r w:rsidRPr="00D1286D">
        <w:rPr>
          <w:rFonts w:ascii="Tahoma" w:hAnsi="Tahoma" w:cs="Tahoma"/>
        </w:rPr>
        <w:t xml:space="preserve">. </w:t>
      </w:r>
      <w:r w:rsidRPr="00D1286D">
        <w:rPr>
          <w:rFonts w:ascii="Tahoma" w:hAnsi="Tahoma" w:cs="Tahoma"/>
          <w:rtl/>
        </w:rPr>
        <w:t>فرسودگی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قشون،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بحران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مالی،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درباری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شدن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دین،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تضعیف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دیوان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ناتوانی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حکومت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دیدن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احوال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واقعی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کشور،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مجموعه</w:t>
      </w:r>
      <w:r w:rsidRPr="00D1286D">
        <w:rPr>
          <w:rFonts w:ascii="Tahoma" w:hAnsi="Tahoma" w:cs="Tahoma"/>
        </w:rPr>
        <w:t>‌</w:t>
      </w:r>
      <w:r w:rsidRPr="00D1286D">
        <w:rPr>
          <w:rFonts w:ascii="Tahoma" w:hAnsi="Tahoma" w:cs="Tahoma"/>
          <w:rtl/>
        </w:rPr>
        <w:t>ای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را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از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درون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تهی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کرد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که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ظاهراً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هنوز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مقدس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و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مقتدر</w:t>
      </w:r>
      <w:r w:rsidRPr="00D1286D">
        <w:rPr>
          <w:rFonts w:ascii="Tahoma" w:hAnsi="Tahoma" w:cs="Tahoma"/>
        </w:rPr>
        <w:t xml:space="preserve"> </w:t>
      </w:r>
      <w:r w:rsidRPr="00D1286D">
        <w:rPr>
          <w:rFonts w:ascii="Tahoma" w:hAnsi="Tahoma" w:cs="Tahoma"/>
          <w:rtl/>
        </w:rPr>
        <w:t>بود</w:t>
      </w:r>
      <w:r w:rsidRPr="00D1286D">
        <w:rPr>
          <w:rFonts w:ascii="Tahoma" w:hAnsi="Tahoma" w:cs="Tahoma"/>
        </w:rPr>
        <w:t>.</w:t>
      </w:r>
    </w:p>
    <w:p w:rsidR="003E124E" w:rsidRDefault="003E124E" w:rsidP="004E2C5E">
      <w:pPr>
        <w:keepNext/>
        <w:pageBreakBefore/>
        <w:bidi/>
        <w:spacing w:after="0" w:line="360" w:lineRule="auto"/>
        <w:jc w:val="center"/>
        <w:rPr>
          <w:rFonts w:asciiTheme="majorBidi" w:hAnsiTheme="majorBidi" w:cstheme="majorBidi"/>
          <w:b/>
          <w:bCs/>
          <w:sz w:val="36"/>
          <w:szCs w:val="36"/>
          <w:rtl/>
        </w:rPr>
      </w:pPr>
      <w:r w:rsidRPr="004E2C5E">
        <w:rPr>
          <w:rFonts w:asciiTheme="majorBidi" w:hAnsiTheme="majorBidi" w:cstheme="majorBidi"/>
          <w:b/>
          <w:bCs/>
          <w:sz w:val="36"/>
          <w:szCs w:val="36"/>
          <w:rtl/>
        </w:rPr>
        <w:t>فصل نخست</w:t>
      </w:r>
    </w:p>
    <w:p w:rsidR="00233BD8" w:rsidRPr="00233BD8" w:rsidRDefault="00233BD8" w:rsidP="00233BD8">
      <w:pPr>
        <w:keepNext/>
        <w:bidi/>
        <w:spacing w:after="240" w:line="360" w:lineRule="auto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233BD8">
        <w:rPr>
          <w:rFonts w:asciiTheme="majorBidi" w:hAnsiTheme="majorBidi" w:cstheme="majorBidi"/>
          <w:b/>
          <w:bCs/>
          <w:sz w:val="36"/>
          <w:szCs w:val="36"/>
          <w:rtl/>
        </w:rPr>
        <w:t>ایران در آستانهٔ صفویان؛ سرزمینی در میان حکومت‌های رقیب</w:t>
      </w:r>
    </w:p>
    <w:p w:rsidR="00233BD8" w:rsidRPr="00233BD8" w:rsidRDefault="00233BD8" w:rsidP="00233BD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33BD8">
        <w:rPr>
          <w:rFonts w:ascii="Tahoma" w:hAnsi="Tahoma" w:cs="Tahoma" w:hint="eastAsia"/>
          <w:rtl/>
        </w:rPr>
        <w:t>برآمدن</w:t>
      </w:r>
      <w:r w:rsidRPr="00233BD8">
        <w:rPr>
          <w:rFonts w:ascii="Tahoma" w:hAnsi="Tahoma" w:cs="Tahoma"/>
          <w:rtl/>
        </w:rPr>
        <w:t xml:space="preserve"> صفو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ان</w:t>
      </w:r>
      <w:r w:rsidRPr="00233BD8">
        <w:rPr>
          <w:rFonts w:ascii="Tahoma" w:hAnsi="Tahoma" w:cs="Tahoma"/>
          <w:rtl/>
        </w:rPr>
        <w:t xml:space="preserve"> را نم</w:t>
      </w:r>
      <w:r w:rsidRPr="00233BD8">
        <w:rPr>
          <w:rFonts w:ascii="Tahoma" w:hAnsi="Tahoma" w:cs="Tahoma" w:hint="cs"/>
          <w:rtl/>
        </w:rPr>
        <w:t>ی‌</w:t>
      </w:r>
      <w:r w:rsidRPr="00233BD8">
        <w:rPr>
          <w:rFonts w:ascii="Tahoma" w:hAnsi="Tahoma" w:cs="Tahoma" w:hint="eastAsia"/>
          <w:rtl/>
        </w:rPr>
        <w:t>توان</w:t>
      </w:r>
      <w:r w:rsidRPr="00233BD8">
        <w:rPr>
          <w:rFonts w:ascii="Tahoma" w:hAnsi="Tahoma" w:cs="Tahoma"/>
          <w:rtl/>
        </w:rPr>
        <w:t xml:space="preserve"> فقط با ظهور شاه اسماع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ل</w:t>
      </w:r>
      <w:r w:rsidRPr="00233BD8">
        <w:rPr>
          <w:rFonts w:ascii="Tahoma" w:hAnsi="Tahoma" w:cs="Tahoma"/>
          <w:rtl/>
        </w:rPr>
        <w:t xml:space="preserve"> در آغاز سدهٔ دهم هجر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توض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ح</w:t>
      </w:r>
      <w:r w:rsidRPr="00233BD8">
        <w:rPr>
          <w:rFonts w:ascii="Tahoma" w:hAnsi="Tahoma" w:cs="Tahoma"/>
          <w:rtl/>
        </w:rPr>
        <w:t xml:space="preserve"> داد. شاه اسماع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ل</w:t>
      </w:r>
      <w:r w:rsidRPr="00233BD8">
        <w:rPr>
          <w:rFonts w:ascii="Tahoma" w:hAnsi="Tahoma" w:cs="Tahoma"/>
          <w:rtl/>
        </w:rPr>
        <w:t xml:space="preserve"> در خلأ پد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د</w:t>
      </w:r>
      <w:r w:rsidRPr="00233BD8">
        <w:rPr>
          <w:rFonts w:ascii="Tahoma" w:hAnsi="Tahoma" w:cs="Tahoma"/>
          <w:rtl/>
        </w:rPr>
        <w:t xml:space="preserve"> ن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امد</w:t>
      </w:r>
      <w:r w:rsidRPr="00233BD8">
        <w:rPr>
          <w:rFonts w:ascii="Tahoma" w:hAnsi="Tahoma" w:cs="Tahoma"/>
          <w:rtl/>
        </w:rPr>
        <w:t xml:space="preserve"> و 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ران</w:t>
      </w:r>
      <w:r w:rsidRPr="00233BD8">
        <w:rPr>
          <w:rFonts w:ascii="Tahoma" w:hAnsi="Tahoma" w:cs="Tahoma"/>
          <w:rtl/>
        </w:rPr>
        <w:t xml:space="preserve"> ن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ز</w:t>
      </w:r>
      <w:r w:rsidRPr="00233BD8">
        <w:rPr>
          <w:rFonts w:ascii="Tahoma" w:hAnsi="Tahoma" w:cs="Tahoma"/>
          <w:rtl/>
        </w:rPr>
        <w:t xml:space="preserve"> سرزم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ن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ب</w:t>
      </w:r>
      <w:r w:rsidRPr="00233BD8">
        <w:rPr>
          <w:rFonts w:ascii="Tahoma" w:hAnsi="Tahoma" w:cs="Tahoma" w:hint="cs"/>
          <w:rtl/>
        </w:rPr>
        <w:t>ی‌</w:t>
      </w:r>
      <w:r w:rsidRPr="00233BD8">
        <w:rPr>
          <w:rFonts w:ascii="Tahoma" w:hAnsi="Tahoma" w:cs="Tahoma" w:hint="eastAsia"/>
          <w:rtl/>
        </w:rPr>
        <w:t>گذشته</w:t>
      </w:r>
      <w:r w:rsidRPr="00233BD8">
        <w:rPr>
          <w:rFonts w:ascii="Tahoma" w:hAnsi="Tahoma" w:cs="Tahoma"/>
          <w:rtl/>
        </w:rPr>
        <w:t xml:space="preserve"> و ب</w:t>
      </w:r>
      <w:r w:rsidRPr="00233BD8">
        <w:rPr>
          <w:rFonts w:ascii="Tahoma" w:hAnsi="Tahoma" w:cs="Tahoma" w:hint="cs"/>
          <w:rtl/>
        </w:rPr>
        <w:t>ی‌</w:t>
      </w:r>
      <w:r w:rsidRPr="00233BD8">
        <w:rPr>
          <w:rFonts w:ascii="Tahoma" w:hAnsi="Tahoma" w:cs="Tahoma" w:hint="eastAsia"/>
          <w:rtl/>
        </w:rPr>
        <w:t>ساختمان</w:t>
      </w:r>
      <w:r w:rsidRPr="00233BD8">
        <w:rPr>
          <w:rFonts w:ascii="Tahoma" w:hAnsi="Tahoma" w:cs="Tahoma"/>
          <w:rtl/>
        </w:rPr>
        <w:t xml:space="preserve"> نبود که ناگهان به دست نوجوان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جنگاور فتح و 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کپارچه</w:t>
      </w:r>
      <w:r w:rsidRPr="00233BD8">
        <w:rPr>
          <w:rFonts w:ascii="Tahoma" w:hAnsi="Tahoma" w:cs="Tahoma"/>
          <w:rtl/>
        </w:rPr>
        <w:t xml:space="preserve"> شود. پ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ش</w:t>
      </w:r>
      <w:r w:rsidRPr="00233BD8">
        <w:rPr>
          <w:rFonts w:ascii="Tahoma" w:hAnsi="Tahoma" w:cs="Tahoma"/>
          <w:rtl/>
        </w:rPr>
        <w:t xml:space="preserve"> از آنکه او از گ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لان</w:t>
      </w:r>
      <w:r w:rsidRPr="00233BD8">
        <w:rPr>
          <w:rFonts w:ascii="Tahoma" w:hAnsi="Tahoma" w:cs="Tahoma"/>
          <w:rtl/>
        </w:rPr>
        <w:t xml:space="preserve"> ب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رون</w:t>
      </w:r>
      <w:r w:rsidRPr="00233BD8">
        <w:rPr>
          <w:rFonts w:ascii="Tahoma" w:hAnsi="Tahoma" w:cs="Tahoma"/>
          <w:rtl/>
        </w:rPr>
        <w:t xml:space="preserve"> آ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د،</w:t>
      </w:r>
      <w:r w:rsidRPr="00233BD8">
        <w:rPr>
          <w:rFonts w:ascii="Tahoma" w:hAnsi="Tahoma" w:cs="Tahoma"/>
          <w:rtl/>
        </w:rPr>
        <w:t xml:space="preserve"> قزلباشان ر</w:t>
      </w:r>
      <w:r w:rsidRPr="00233BD8">
        <w:rPr>
          <w:rFonts w:ascii="Tahoma" w:hAnsi="Tahoma" w:cs="Tahoma" w:hint="eastAsia"/>
          <w:rtl/>
        </w:rPr>
        <w:t>ا</w:t>
      </w:r>
      <w:r w:rsidRPr="00233BD8">
        <w:rPr>
          <w:rFonts w:ascii="Tahoma" w:hAnsi="Tahoma" w:cs="Tahoma"/>
          <w:rtl/>
        </w:rPr>
        <w:t xml:space="preserve"> پ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رامون</w:t>
      </w:r>
      <w:r w:rsidRPr="00233BD8">
        <w:rPr>
          <w:rFonts w:ascii="Tahoma" w:hAnsi="Tahoma" w:cs="Tahoma"/>
          <w:rtl/>
        </w:rPr>
        <w:t xml:space="preserve"> خود گرد آورد، تبر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ز</w:t>
      </w:r>
      <w:r w:rsidRPr="00233BD8">
        <w:rPr>
          <w:rFonts w:ascii="Tahoma" w:hAnsi="Tahoma" w:cs="Tahoma"/>
          <w:rtl/>
        </w:rPr>
        <w:t xml:space="preserve"> را تصرف کند و تش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ع</w:t>
      </w:r>
      <w:r w:rsidRPr="00233BD8">
        <w:rPr>
          <w:rFonts w:ascii="Tahoma" w:hAnsi="Tahoma" w:cs="Tahoma"/>
          <w:rtl/>
        </w:rPr>
        <w:t xml:space="preserve"> دوازده‌امام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را مذهب رسم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کشور اعلام نما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د،</w:t>
      </w:r>
      <w:r w:rsidRPr="00233BD8">
        <w:rPr>
          <w:rFonts w:ascii="Tahoma" w:hAnsi="Tahoma" w:cs="Tahoma"/>
          <w:rtl/>
        </w:rPr>
        <w:t xml:space="preserve"> نزد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ک</w:t>
      </w:r>
      <w:r w:rsidRPr="00233BD8">
        <w:rPr>
          <w:rFonts w:ascii="Tahoma" w:hAnsi="Tahoma" w:cs="Tahoma"/>
          <w:rtl/>
        </w:rPr>
        <w:t xml:space="preserve"> به دو سده تجربهٔ حکومت مغولان، 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لخانان،</w:t>
      </w:r>
      <w:r w:rsidRPr="00233BD8">
        <w:rPr>
          <w:rFonts w:ascii="Tahoma" w:hAnsi="Tahoma" w:cs="Tahoma"/>
          <w:rtl/>
        </w:rPr>
        <w:t xml:space="preserve"> ت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مور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ان</w:t>
      </w:r>
      <w:r w:rsidRPr="00233BD8">
        <w:rPr>
          <w:rFonts w:ascii="Tahoma" w:hAnsi="Tahoma" w:cs="Tahoma"/>
          <w:rtl/>
        </w:rPr>
        <w:t xml:space="preserve"> و اتحاد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ه‌ها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ترکمان از سر 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ران</w:t>
      </w:r>
      <w:r w:rsidRPr="00233BD8">
        <w:rPr>
          <w:rFonts w:ascii="Tahoma" w:hAnsi="Tahoma" w:cs="Tahoma"/>
          <w:rtl/>
        </w:rPr>
        <w:t xml:space="preserve"> گذشته بود. در جر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ان</w:t>
      </w:r>
      <w:r w:rsidRPr="00233BD8">
        <w:rPr>
          <w:rFonts w:ascii="Tahoma" w:hAnsi="Tahoma" w:cs="Tahoma"/>
          <w:rtl/>
        </w:rPr>
        <w:t xml:space="preserve"> 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ن</w:t>
      </w:r>
      <w:r w:rsidRPr="00233BD8">
        <w:rPr>
          <w:rFonts w:ascii="Tahoma" w:hAnsi="Tahoma" w:cs="Tahoma"/>
          <w:rtl/>
        </w:rPr>
        <w:t xml:space="preserve"> تجربه، حکومت‌ها بارها فروپاش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ده</w:t>
      </w:r>
      <w:r w:rsidRPr="00233BD8">
        <w:rPr>
          <w:rFonts w:ascii="Tahoma" w:hAnsi="Tahoma" w:cs="Tahoma"/>
          <w:rtl/>
        </w:rPr>
        <w:t xml:space="preserve"> بودند، اما همهٔ اب</w:t>
      </w:r>
      <w:r w:rsidRPr="00233BD8">
        <w:rPr>
          <w:rFonts w:ascii="Tahoma" w:hAnsi="Tahoma" w:cs="Tahoma" w:hint="eastAsia"/>
          <w:rtl/>
        </w:rPr>
        <w:t>زارها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کشوردار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با آنها از م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ان</w:t>
      </w:r>
      <w:r w:rsidRPr="00233BD8">
        <w:rPr>
          <w:rFonts w:ascii="Tahoma" w:hAnsi="Tahoma" w:cs="Tahoma"/>
          <w:rtl/>
        </w:rPr>
        <w:t xml:space="preserve"> نرفته بودند.</w:t>
      </w:r>
    </w:p>
    <w:p w:rsidR="00233BD8" w:rsidRPr="00233BD8" w:rsidRDefault="00233BD8" w:rsidP="00233BD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33BD8">
        <w:rPr>
          <w:rFonts w:ascii="Tahoma" w:hAnsi="Tahoma" w:cs="Tahoma" w:hint="eastAsia"/>
          <w:rtl/>
        </w:rPr>
        <w:t>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ن</w:t>
      </w:r>
      <w:r w:rsidRPr="00233BD8">
        <w:rPr>
          <w:rFonts w:ascii="Tahoma" w:hAnsi="Tahoma" w:cs="Tahoma"/>
          <w:rtl/>
        </w:rPr>
        <w:t xml:space="preserve"> تما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ز</w:t>
      </w:r>
      <w:r w:rsidRPr="00233BD8">
        <w:rPr>
          <w:rFonts w:ascii="Tahoma" w:hAnsi="Tahoma" w:cs="Tahoma"/>
          <w:rtl/>
        </w:rPr>
        <w:t xml:space="preserve"> برا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فهم پ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دا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ش</w:t>
      </w:r>
      <w:r w:rsidRPr="00233BD8">
        <w:rPr>
          <w:rFonts w:ascii="Tahoma" w:hAnsi="Tahoma" w:cs="Tahoma"/>
          <w:rtl/>
        </w:rPr>
        <w:t xml:space="preserve"> حکومت صفو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اهم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ت</w:t>
      </w:r>
      <w:r w:rsidRPr="00233BD8">
        <w:rPr>
          <w:rFonts w:ascii="Tahoma" w:hAnsi="Tahoma" w:cs="Tahoma"/>
          <w:rtl/>
        </w:rPr>
        <w:t xml:space="preserve"> دارد. فروپاش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ک</w:t>
      </w:r>
      <w:r w:rsidRPr="00233BD8">
        <w:rPr>
          <w:rFonts w:ascii="Tahoma" w:hAnsi="Tahoma" w:cs="Tahoma"/>
          <w:rtl/>
        </w:rPr>
        <w:t xml:space="preserve"> خاندان لزوماً به معنا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نابود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کشور ن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ست</w:t>
      </w:r>
      <w:r w:rsidRPr="00233BD8">
        <w:rPr>
          <w:rFonts w:ascii="Tahoma" w:hAnsi="Tahoma" w:cs="Tahoma"/>
          <w:rtl/>
        </w:rPr>
        <w:t>. ممکن است شاه کشته شود، پا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تخت</w:t>
      </w:r>
      <w:r w:rsidRPr="00233BD8">
        <w:rPr>
          <w:rFonts w:ascii="Tahoma" w:hAnsi="Tahoma" w:cs="Tahoma"/>
          <w:rtl/>
        </w:rPr>
        <w:t xml:space="preserve"> سقوط کند، قشون پراکنده گردد و مدع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ان</w:t>
      </w:r>
      <w:r w:rsidRPr="00233BD8">
        <w:rPr>
          <w:rFonts w:ascii="Tahoma" w:hAnsi="Tahoma" w:cs="Tahoma"/>
          <w:rtl/>
        </w:rPr>
        <w:t xml:space="preserve"> متعدد بر بخش‌ها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مختلف سرزم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ن</w:t>
      </w:r>
      <w:r w:rsidRPr="00233BD8">
        <w:rPr>
          <w:rFonts w:ascii="Tahoma" w:hAnsi="Tahoma" w:cs="Tahoma"/>
          <w:rtl/>
        </w:rPr>
        <w:t xml:space="preserve"> فرمان برانند، اما شهرها، راه‌ها، شبکه‌ها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بازرگان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،</w:t>
      </w:r>
      <w:r w:rsidRPr="00233BD8">
        <w:rPr>
          <w:rFonts w:ascii="Tahoma" w:hAnsi="Tahoma" w:cs="Tahoma"/>
          <w:rtl/>
        </w:rPr>
        <w:t xml:space="preserve"> نظام‌ه</w:t>
      </w:r>
      <w:r w:rsidRPr="00233BD8">
        <w:rPr>
          <w:rFonts w:ascii="Tahoma" w:hAnsi="Tahoma" w:cs="Tahoma" w:hint="eastAsia"/>
          <w:rtl/>
        </w:rPr>
        <w:t>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مال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ات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،</w:t>
      </w:r>
      <w:r w:rsidRPr="00233BD8">
        <w:rPr>
          <w:rFonts w:ascii="Tahoma" w:hAnsi="Tahoma" w:cs="Tahoma"/>
          <w:rtl/>
        </w:rPr>
        <w:t xml:space="preserve"> خاندان‌ها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د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وان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،</w:t>
      </w:r>
      <w:r w:rsidRPr="00233BD8">
        <w:rPr>
          <w:rFonts w:ascii="Tahoma" w:hAnsi="Tahoma" w:cs="Tahoma"/>
          <w:rtl/>
        </w:rPr>
        <w:t xml:space="preserve"> زبان ادار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و حافظهٔ کشوردار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باق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بمانند. فرمانروا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تازه، حت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اگر با شمش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ر</w:t>
      </w:r>
      <w:r w:rsidRPr="00233BD8">
        <w:rPr>
          <w:rFonts w:ascii="Tahoma" w:hAnsi="Tahoma" w:cs="Tahoma"/>
          <w:rtl/>
        </w:rPr>
        <w:t xml:space="preserve"> و از ب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رون</w:t>
      </w:r>
      <w:r w:rsidRPr="00233BD8">
        <w:rPr>
          <w:rFonts w:ascii="Tahoma" w:hAnsi="Tahoma" w:cs="Tahoma"/>
          <w:rtl/>
        </w:rPr>
        <w:t xml:space="preserve"> دستگاه پ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ش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ن</w:t>
      </w:r>
      <w:r w:rsidRPr="00233BD8">
        <w:rPr>
          <w:rFonts w:ascii="Tahoma" w:hAnsi="Tahoma" w:cs="Tahoma"/>
          <w:rtl/>
        </w:rPr>
        <w:t xml:space="preserve"> به قدرت رس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ده</w:t>
      </w:r>
      <w:r w:rsidRPr="00233BD8">
        <w:rPr>
          <w:rFonts w:ascii="Tahoma" w:hAnsi="Tahoma" w:cs="Tahoma"/>
          <w:rtl/>
        </w:rPr>
        <w:t xml:space="preserve"> باشد، برا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ادارهٔ سرزم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ن</w:t>
      </w:r>
      <w:r w:rsidRPr="00233BD8">
        <w:rPr>
          <w:rFonts w:ascii="Tahoma" w:hAnsi="Tahoma" w:cs="Tahoma"/>
          <w:rtl/>
        </w:rPr>
        <w:t xml:space="preserve"> ناچار است از هم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ن</w:t>
      </w:r>
      <w:r w:rsidRPr="00233BD8">
        <w:rPr>
          <w:rFonts w:ascii="Tahoma" w:hAnsi="Tahoma" w:cs="Tahoma"/>
          <w:rtl/>
        </w:rPr>
        <w:t xml:space="preserve"> م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راث</w:t>
      </w:r>
      <w:r w:rsidRPr="00233BD8">
        <w:rPr>
          <w:rFonts w:ascii="Tahoma" w:hAnsi="Tahoma" w:cs="Tahoma"/>
          <w:rtl/>
        </w:rPr>
        <w:t xml:space="preserve"> استفاده کند.</w:t>
      </w:r>
    </w:p>
    <w:p w:rsidR="00233BD8" w:rsidRPr="00233BD8" w:rsidRDefault="00233BD8" w:rsidP="00233BD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33BD8">
        <w:rPr>
          <w:rFonts w:ascii="Tahoma" w:hAnsi="Tahoma" w:cs="Tahoma" w:hint="eastAsia"/>
          <w:rtl/>
        </w:rPr>
        <w:t>حملهٔ</w:t>
      </w:r>
      <w:r w:rsidRPr="00233BD8">
        <w:rPr>
          <w:rFonts w:ascii="Tahoma" w:hAnsi="Tahoma" w:cs="Tahoma"/>
          <w:rtl/>
        </w:rPr>
        <w:t xml:space="preserve"> مغول بخش‌ها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بزرگ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از 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ران</w:t>
      </w:r>
      <w:r w:rsidRPr="00233BD8">
        <w:rPr>
          <w:rFonts w:ascii="Tahoma" w:hAnsi="Tahoma" w:cs="Tahoma"/>
          <w:rtl/>
        </w:rPr>
        <w:t xml:space="preserve"> را و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ران</w:t>
      </w:r>
      <w:r w:rsidRPr="00233BD8">
        <w:rPr>
          <w:rFonts w:ascii="Tahoma" w:hAnsi="Tahoma" w:cs="Tahoma"/>
          <w:rtl/>
        </w:rPr>
        <w:t xml:space="preserve"> کرده بود، اما مغولان پس از فتح در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افتند</w:t>
      </w:r>
      <w:r w:rsidRPr="00233BD8">
        <w:rPr>
          <w:rFonts w:ascii="Tahoma" w:hAnsi="Tahoma" w:cs="Tahoma"/>
          <w:rtl/>
        </w:rPr>
        <w:t xml:space="preserve"> که تصرف سرزم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ن</w:t>
      </w:r>
      <w:r w:rsidRPr="00233BD8">
        <w:rPr>
          <w:rFonts w:ascii="Tahoma" w:hAnsi="Tahoma" w:cs="Tahoma"/>
          <w:rtl/>
        </w:rPr>
        <w:t xml:space="preserve"> با ادارهٔ آن 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ک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ن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ست</w:t>
      </w:r>
      <w:r w:rsidRPr="00233BD8">
        <w:rPr>
          <w:rFonts w:ascii="Tahoma" w:hAnsi="Tahoma" w:cs="Tahoma"/>
          <w:rtl/>
        </w:rPr>
        <w:t>. قشون م</w:t>
      </w:r>
      <w:r w:rsidRPr="00233BD8">
        <w:rPr>
          <w:rFonts w:ascii="Tahoma" w:hAnsi="Tahoma" w:cs="Tahoma" w:hint="cs"/>
          <w:rtl/>
        </w:rPr>
        <w:t>ی‌</w:t>
      </w:r>
      <w:r w:rsidRPr="00233BD8">
        <w:rPr>
          <w:rFonts w:ascii="Tahoma" w:hAnsi="Tahoma" w:cs="Tahoma" w:hint="eastAsia"/>
          <w:rtl/>
        </w:rPr>
        <w:t>توانست</w:t>
      </w:r>
      <w:r w:rsidRPr="00233BD8">
        <w:rPr>
          <w:rFonts w:ascii="Tahoma" w:hAnsi="Tahoma" w:cs="Tahoma"/>
          <w:rtl/>
        </w:rPr>
        <w:t xml:space="preserve"> شهر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را بگشا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د،</w:t>
      </w:r>
      <w:r w:rsidRPr="00233BD8">
        <w:rPr>
          <w:rFonts w:ascii="Tahoma" w:hAnsi="Tahoma" w:cs="Tahoma"/>
          <w:rtl/>
        </w:rPr>
        <w:t xml:space="preserve"> حاکم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را براندازد و مردم را به اطاعت وادارد، اما نم</w:t>
      </w:r>
      <w:r w:rsidRPr="00233BD8">
        <w:rPr>
          <w:rFonts w:ascii="Tahoma" w:hAnsi="Tahoma" w:cs="Tahoma" w:hint="cs"/>
          <w:rtl/>
        </w:rPr>
        <w:t>ی‌</w:t>
      </w:r>
      <w:r w:rsidRPr="00233BD8">
        <w:rPr>
          <w:rFonts w:ascii="Tahoma" w:hAnsi="Tahoma" w:cs="Tahoma" w:hint="eastAsia"/>
          <w:rtl/>
        </w:rPr>
        <w:t>توانست</w:t>
      </w:r>
      <w:r w:rsidRPr="00233BD8">
        <w:rPr>
          <w:rFonts w:ascii="Tahoma" w:hAnsi="Tahoma" w:cs="Tahoma"/>
          <w:rtl/>
        </w:rPr>
        <w:t xml:space="preserve"> بدون د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وان،</w:t>
      </w:r>
      <w:r w:rsidRPr="00233BD8">
        <w:rPr>
          <w:rFonts w:ascii="Tahoma" w:hAnsi="Tahoma" w:cs="Tahoma"/>
          <w:rtl/>
        </w:rPr>
        <w:t xml:space="preserve"> م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زان</w:t>
      </w:r>
      <w:r w:rsidRPr="00233BD8">
        <w:rPr>
          <w:rFonts w:ascii="Tahoma" w:hAnsi="Tahoma" w:cs="Tahoma"/>
          <w:rtl/>
        </w:rPr>
        <w:t xml:space="preserve"> مال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ات</w:t>
      </w:r>
      <w:r w:rsidRPr="00233BD8">
        <w:rPr>
          <w:rFonts w:ascii="Tahoma" w:hAnsi="Tahoma" w:cs="Tahoma"/>
          <w:rtl/>
        </w:rPr>
        <w:t xml:space="preserve"> را تع</w:t>
      </w:r>
      <w:r w:rsidRPr="00233BD8">
        <w:rPr>
          <w:rFonts w:ascii="Tahoma" w:hAnsi="Tahoma" w:cs="Tahoma" w:hint="cs"/>
          <w:rtl/>
        </w:rPr>
        <w:t>یی</w:t>
      </w:r>
      <w:r w:rsidRPr="00233BD8">
        <w:rPr>
          <w:rFonts w:ascii="Tahoma" w:hAnsi="Tahoma" w:cs="Tahoma" w:hint="eastAsia"/>
          <w:rtl/>
        </w:rPr>
        <w:t>ن</w:t>
      </w:r>
      <w:r w:rsidRPr="00233BD8">
        <w:rPr>
          <w:rFonts w:ascii="Tahoma" w:hAnsi="Tahoma" w:cs="Tahoma"/>
          <w:rtl/>
        </w:rPr>
        <w:t xml:space="preserve"> کند، زم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ن‌ها</w:t>
      </w:r>
      <w:r w:rsidRPr="00233BD8">
        <w:rPr>
          <w:rFonts w:ascii="Tahoma" w:hAnsi="Tahoma" w:cs="Tahoma"/>
          <w:rtl/>
        </w:rPr>
        <w:t xml:space="preserve"> را بشناسد، درآمدها را ثبت نما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د،</w:t>
      </w:r>
      <w:r w:rsidRPr="00233BD8">
        <w:rPr>
          <w:rFonts w:ascii="Tahoma" w:hAnsi="Tahoma" w:cs="Tahoma"/>
          <w:rtl/>
        </w:rPr>
        <w:t xml:space="preserve"> فرمان‌ها را به 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الات</w:t>
      </w:r>
      <w:r w:rsidRPr="00233BD8">
        <w:rPr>
          <w:rFonts w:ascii="Tahoma" w:hAnsi="Tahoma" w:cs="Tahoma"/>
          <w:rtl/>
        </w:rPr>
        <w:t xml:space="preserve"> برساند و خزانه را اداره کند. از هم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ن</w:t>
      </w:r>
      <w:r w:rsidRPr="00233BD8">
        <w:rPr>
          <w:rFonts w:ascii="Tahoma" w:hAnsi="Tahoma" w:cs="Tahoma"/>
          <w:rtl/>
        </w:rPr>
        <w:t xml:space="preserve"> رو، فاتحان مغول به د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وانسالاران</w:t>
      </w:r>
      <w:r w:rsidRPr="00233BD8">
        <w:rPr>
          <w:rFonts w:ascii="Tahoma" w:hAnsi="Tahoma" w:cs="Tahoma"/>
          <w:rtl/>
        </w:rPr>
        <w:t xml:space="preserve"> 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ران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ن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ازمند</w:t>
      </w:r>
      <w:r w:rsidRPr="00233BD8">
        <w:rPr>
          <w:rFonts w:ascii="Tahoma" w:hAnsi="Tahoma" w:cs="Tahoma"/>
          <w:rtl/>
        </w:rPr>
        <w:t xml:space="preserve"> شدند. آنان حکومت را تصرف کردند، اما برا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کشوردار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ناچار شدند از دانش کسان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استفاده کنند که پ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ش</w:t>
      </w:r>
      <w:r w:rsidRPr="00233BD8">
        <w:rPr>
          <w:rFonts w:ascii="Tahoma" w:hAnsi="Tahoma" w:cs="Tahoma"/>
          <w:rtl/>
        </w:rPr>
        <w:t xml:space="preserve"> از 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شان</w:t>
      </w:r>
      <w:r w:rsidRPr="00233BD8">
        <w:rPr>
          <w:rFonts w:ascii="Tahoma" w:hAnsi="Tahoma" w:cs="Tahoma"/>
          <w:rtl/>
        </w:rPr>
        <w:t xml:space="preserve"> ن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ز</w:t>
      </w:r>
      <w:r w:rsidRPr="00233BD8">
        <w:rPr>
          <w:rFonts w:ascii="Tahoma" w:hAnsi="Tahoma" w:cs="Tahoma"/>
          <w:rtl/>
        </w:rPr>
        <w:t xml:space="preserve"> کشور ر</w:t>
      </w:r>
      <w:r w:rsidRPr="00233BD8">
        <w:rPr>
          <w:rFonts w:ascii="Tahoma" w:hAnsi="Tahoma" w:cs="Tahoma" w:hint="eastAsia"/>
          <w:rtl/>
        </w:rPr>
        <w:t>ا</w:t>
      </w:r>
      <w:r w:rsidRPr="00233BD8">
        <w:rPr>
          <w:rFonts w:ascii="Tahoma" w:hAnsi="Tahoma" w:cs="Tahoma"/>
          <w:rtl/>
        </w:rPr>
        <w:t xml:space="preserve"> اداره کرده بودند.</w:t>
      </w:r>
    </w:p>
    <w:p w:rsidR="00233BD8" w:rsidRPr="00233BD8" w:rsidRDefault="00233BD8" w:rsidP="00233BD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33BD8">
        <w:rPr>
          <w:rFonts w:ascii="Tahoma" w:hAnsi="Tahoma" w:cs="Tahoma" w:hint="eastAsia"/>
          <w:rtl/>
        </w:rPr>
        <w:t>در</w:t>
      </w:r>
      <w:r w:rsidRPr="00233BD8">
        <w:rPr>
          <w:rFonts w:ascii="Tahoma" w:hAnsi="Tahoma" w:cs="Tahoma"/>
          <w:rtl/>
        </w:rPr>
        <w:t xml:space="preserve"> دورهٔ 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لخانان،</w:t>
      </w:r>
      <w:r w:rsidRPr="00233BD8">
        <w:rPr>
          <w:rFonts w:ascii="Tahoma" w:hAnsi="Tahoma" w:cs="Tahoma"/>
          <w:rtl/>
        </w:rPr>
        <w:t xml:space="preserve"> 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ن</w:t>
      </w:r>
      <w:r w:rsidRPr="00233BD8">
        <w:rPr>
          <w:rFonts w:ascii="Tahoma" w:hAnsi="Tahoma" w:cs="Tahoma"/>
          <w:rtl/>
        </w:rPr>
        <w:t xml:space="preserve"> پ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وند</w:t>
      </w:r>
      <w:r w:rsidRPr="00233BD8">
        <w:rPr>
          <w:rFonts w:ascii="Tahoma" w:hAnsi="Tahoma" w:cs="Tahoma"/>
          <w:rtl/>
        </w:rPr>
        <w:t xml:space="preserve"> م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ان</w:t>
      </w:r>
      <w:r w:rsidRPr="00233BD8">
        <w:rPr>
          <w:rFonts w:ascii="Tahoma" w:hAnsi="Tahoma" w:cs="Tahoma"/>
          <w:rtl/>
        </w:rPr>
        <w:t xml:space="preserve"> قشون فاتح و د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وان</w:t>
      </w:r>
      <w:r w:rsidRPr="00233BD8">
        <w:rPr>
          <w:rFonts w:ascii="Tahoma" w:hAnsi="Tahoma" w:cs="Tahoma"/>
          <w:rtl/>
        </w:rPr>
        <w:t xml:space="preserve"> 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ران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به صورت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آشکارتر درآمد. 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لخان</w:t>
      </w:r>
      <w:r w:rsidRPr="00233BD8">
        <w:rPr>
          <w:rFonts w:ascii="Tahoma" w:hAnsi="Tahoma" w:cs="Tahoma"/>
          <w:rtl/>
        </w:rPr>
        <w:t xml:space="preserve"> قدرت خود را از خاندان مغول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،</w:t>
      </w:r>
      <w:r w:rsidRPr="00233BD8">
        <w:rPr>
          <w:rFonts w:ascii="Tahoma" w:hAnsi="Tahoma" w:cs="Tahoma"/>
          <w:rtl/>
        </w:rPr>
        <w:t xml:space="preserve"> قشون و پ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روز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نظام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م</w:t>
      </w:r>
      <w:r w:rsidRPr="00233BD8">
        <w:rPr>
          <w:rFonts w:ascii="Tahoma" w:hAnsi="Tahoma" w:cs="Tahoma" w:hint="cs"/>
          <w:rtl/>
        </w:rPr>
        <w:t>ی‌</w:t>
      </w:r>
      <w:r w:rsidRPr="00233BD8">
        <w:rPr>
          <w:rFonts w:ascii="Tahoma" w:hAnsi="Tahoma" w:cs="Tahoma" w:hint="eastAsia"/>
          <w:rtl/>
        </w:rPr>
        <w:t>گرفت،</w:t>
      </w:r>
      <w:r w:rsidRPr="00233BD8">
        <w:rPr>
          <w:rFonts w:ascii="Tahoma" w:hAnsi="Tahoma" w:cs="Tahoma"/>
          <w:rtl/>
        </w:rPr>
        <w:t xml:space="preserve"> اما ادارهٔ قلمرو او بر دوش وز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ران،</w:t>
      </w:r>
      <w:r w:rsidRPr="00233BD8">
        <w:rPr>
          <w:rFonts w:ascii="Tahoma" w:hAnsi="Tahoma" w:cs="Tahoma"/>
          <w:rtl/>
        </w:rPr>
        <w:t xml:space="preserve"> مستوف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ان،</w:t>
      </w:r>
      <w:r w:rsidRPr="00233BD8">
        <w:rPr>
          <w:rFonts w:ascii="Tahoma" w:hAnsi="Tahoma" w:cs="Tahoma"/>
          <w:rtl/>
        </w:rPr>
        <w:t xml:space="preserve"> دب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ران،</w:t>
      </w:r>
      <w:r w:rsidRPr="00233BD8">
        <w:rPr>
          <w:rFonts w:ascii="Tahoma" w:hAnsi="Tahoma" w:cs="Tahoma"/>
          <w:rtl/>
        </w:rPr>
        <w:t xml:space="preserve"> مأموران مال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و خاندان‌ها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د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وان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قرار داشت. وز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ران</w:t>
      </w:r>
      <w:r w:rsidRPr="00233BD8">
        <w:rPr>
          <w:rFonts w:ascii="Tahoma" w:hAnsi="Tahoma" w:cs="Tahoma"/>
          <w:rtl/>
        </w:rPr>
        <w:t xml:space="preserve"> ممکن بود برکنار 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ا</w:t>
      </w:r>
      <w:r w:rsidRPr="00233BD8">
        <w:rPr>
          <w:rFonts w:ascii="Tahoma" w:hAnsi="Tahoma" w:cs="Tahoma"/>
          <w:rtl/>
        </w:rPr>
        <w:t xml:space="preserve"> کشته شوند، اما دانش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که در د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وان</w:t>
      </w:r>
      <w:r w:rsidRPr="00233BD8">
        <w:rPr>
          <w:rFonts w:ascii="Tahoma" w:hAnsi="Tahoma" w:cs="Tahoma"/>
          <w:rtl/>
        </w:rPr>
        <w:t xml:space="preserve"> انباشته شده بود از م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ان</w:t>
      </w:r>
      <w:r w:rsidRPr="00233BD8">
        <w:rPr>
          <w:rFonts w:ascii="Tahoma" w:hAnsi="Tahoma" w:cs="Tahoma"/>
          <w:rtl/>
        </w:rPr>
        <w:t xml:space="preserve"> نم</w:t>
      </w:r>
      <w:r w:rsidRPr="00233BD8">
        <w:rPr>
          <w:rFonts w:ascii="Tahoma" w:hAnsi="Tahoma" w:cs="Tahoma" w:hint="cs"/>
          <w:rtl/>
        </w:rPr>
        <w:t>ی‌</w:t>
      </w:r>
      <w:r w:rsidRPr="00233BD8">
        <w:rPr>
          <w:rFonts w:ascii="Tahoma" w:hAnsi="Tahoma" w:cs="Tahoma" w:hint="eastAsia"/>
          <w:rtl/>
        </w:rPr>
        <w:t>رفت</w:t>
      </w:r>
      <w:r w:rsidRPr="00233BD8">
        <w:rPr>
          <w:rFonts w:ascii="Tahoma" w:hAnsi="Tahoma" w:cs="Tahoma"/>
          <w:rtl/>
        </w:rPr>
        <w:t>. هر حکومت تازه ناچار بود بار د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گر</w:t>
      </w:r>
      <w:r w:rsidRPr="00233BD8">
        <w:rPr>
          <w:rFonts w:ascii="Tahoma" w:hAnsi="Tahoma" w:cs="Tahoma"/>
          <w:rtl/>
        </w:rPr>
        <w:t xml:space="preserve"> به همان دانش رو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آورد.</w:t>
      </w:r>
    </w:p>
    <w:p w:rsidR="00233BD8" w:rsidRPr="00233BD8" w:rsidRDefault="00233BD8" w:rsidP="00233BD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33BD8">
        <w:rPr>
          <w:rFonts w:ascii="Tahoma" w:hAnsi="Tahoma" w:cs="Tahoma" w:hint="eastAsia"/>
          <w:rtl/>
        </w:rPr>
        <w:t>اسلام</w:t>
      </w:r>
      <w:r w:rsidRPr="00233BD8">
        <w:rPr>
          <w:rFonts w:ascii="Tahoma" w:hAnsi="Tahoma" w:cs="Tahoma"/>
          <w:rtl/>
        </w:rPr>
        <w:t xml:space="preserve"> آوردن 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لخانان</w:t>
      </w:r>
      <w:r w:rsidRPr="00233BD8">
        <w:rPr>
          <w:rFonts w:ascii="Tahoma" w:hAnsi="Tahoma" w:cs="Tahoma"/>
          <w:rtl/>
        </w:rPr>
        <w:t xml:space="preserve"> ن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ز</w:t>
      </w:r>
      <w:r w:rsidRPr="00233BD8">
        <w:rPr>
          <w:rFonts w:ascii="Tahoma" w:hAnsi="Tahoma" w:cs="Tahoma"/>
          <w:rtl/>
        </w:rPr>
        <w:t xml:space="preserve"> رابطهٔ حکومت با د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ن</w:t>
      </w:r>
      <w:r w:rsidRPr="00233BD8">
        <w:rPr>
          <w:rFonts w:ascii="Tahoma" w:hAnsi="Tahoma" w:cs="Tahoma"/>
          <w:rtl/>
        </w:rPr>
        <w:t xml:space="preserve"> را تغ</w:t>
      </w:r>
      <w:r w:rsidRPr="00233BD8">
        <w:rPr>
          <w:rFonts w:ascii="Tahoma" w:hAnsi="Tahoma" w:cs="Tahoma" w:hint="cs"/>
          <w:rtl/>
        </w:rPr>
        <w:t>یی</w:t>
      </w:r>
      <w:r w:rsidRPr="00233BD8">
        <w:rPr>
          <w:rFonts w:ascii="Tahoma" w:hAnsi="Tahoma" w:cs="Tahoma" w:hint="eastAsia"/>
          <w:rtl/>
        </w:rPr>
        <w:t>ر</w:t>
      </w:r>
      <w:r w:rsidRPr="00233BD8">
        <w:rPr>
          <w:rFonts w:ascii="Tahoma" w:hAnsi="Tahoma" w:cs="Tahoma"/>
          <w:rtl/>
        </w:rPr>
        <w:t xml:space="preserve"> داد. فرمانروا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مغول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که در آغاز از سنت مذهب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مردم 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ران</w:t>
      </w:r>
      <w:r w:rsidRPr="00233BD8">
        <w:rPr>
          <w:rFonts w:ascii="Tahoma" w:hAnsi="Tahoma" w:cs="Tahoma"/>
          <w:rtl/>
        </w:rPr>
        <w:t xml:space="preserve"> ب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رون</w:t>
      </w:r>
      <w:r w:rsidRPr="00233BD8">
        <w:rPr>
          <w:rFonts w:ascii="Tahoma" w:hAnsi="Tahoma" w:cs="Tahoma"/>
          <w:rtl/>
        </w:rPr>
        <w:t xml:space="preserve"> بود، پس از مسلمان‌شدن م</w:t>
      </w:r>
      <w:r w:rsidRPr="00233BD8">
        <w:rPr>
          <w:rFonts w:ascii="Tahoma" w:hAnsi="Tahoma" w:cs="Tahoma" w:hint="cs"/>
          <w:rtl/>
        </w:rPr>
        <w:t>ی‌</w:t>
      </w:r>
      <w:r w:rsidRPr="00233BD8">
        <w:rPr>
          <w:rFonts w:ascii="Tahoma" w:hAnsi="Tahoma" w:cs="Tahoma" w:hint="eastAsia"/>
          <w:rtl/>
        </w:rPr>
        <w:t>توانست</w:t>
      </w:r>
      <w:r w:rsidRPr="00233BD8">
        <w:rPr>
          <w:rFonts w:ascii="Tahoma" w:hAnsi="Tahoma" w:cs="Tahoma"/>
          <w:rtl/>
        </w:rPr>
        <w:t xml:space="preserve"> از د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ن</w:t>
      </w:r>
      <w:r w:rsidRPr="00233BD8">
        <w:rPr>
          <w:rFonts w:ascii="Tahoma" w:hAnsi="Tahoma" w:cs="Tahoma"/>
          <w:rtl/>
        </w:rPr>
        <w:t xml:space="preserve"> برا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استوار کردن حقان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ت</w:t>
      </w:r>
      <w:r w:rsidRPr="00233BD8">
        <w:rPr>
          <w:rFonts w:ascii="Tahoma" w:hAnsi="Tahoma" w:cs="Tahoma"/>
          <w:rtl/>
        </w:rPr>
        <w:t xml:space="preserve"> حکمران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خود استفاده کند. باا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ن‌همه،</w:t>
      </w:r>
      <w:r w:rsidRPr="00233BD8">
        <w:rPr>
          <w:rFonts w:ascii="Tahoma" w:hAnsi="Tahoma" w:cs="Tahoma"/>
          <w:rtl/>
        </w:rPr>
        <w:t xml:space="preserve"> د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نکاران</w:t>
      </w:r>
      <w:r w:rsidRPr="00233BD8">
        <w:rPr>
          <w:rFonts w:ascii="Tahoma" w:hAnsi="Tahoma" w:cs="Tahoma"/>
          <w:rtl/>
        </w:rPr>
        <w:t xml:space="preserve"> هنوز به دستگاه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واحد و متمرکز تب</w:t>
      </w:r>
      <w:r w:rsidRPr="00233BD8">
        <w:rPr>
          <w:rFonts w:ascii="Tahoma" w:hAnsi="Tahoma" w:cs="Tahoma" w:hint="eastAsia"/>
          <w:rtl/>
        </w:rPr>
        <w:t>د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ل</w:t>
      </w:r>
      <w:r w:rsidRPr="00233BD8">
        <w:rPr>
          <w:rFonts w:ascii="Tahoma" w:hAnsi="Tahoma" w:cs="Tahoma"/>
          <w:rtl/>
        </w:rPr>
        <w:t xml:space="preserve"> نشده بودند که بتواند سراسر قلمرو را ز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ر</w:t>
      </w:r>
      <w:r w:rsidRPr="00233BD8">
        <w:rPr>
          <w:rFonts w:ascii="Tahoma" w:hAnsi="Tahoma" w:cs="Tahoma"/>
          <w:rtl/>
        </w:rPr>
        <w:t xml:space="preserve"> نظارت خود بگ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رد</w:t>
      </w:r>
      <w:r w:rsidRPr="00233BD8">
        <w:rPr>
          <w:rFonts w:ascii="Tahoma" w:hAnsi="Tahoma" w:cs="Tahoma"/>
          <w:rtl/>
        </w:rPr>
        <w:t>. در کنار د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نکاران</w:t>
      </w:r>
      <w:r w:rsidRPr="00233BD8">
        <w:rPr>
          <w:rFonts w:ascii="Tahoma" w:hAnsi="Tahoma" w:cs="Tahoma"/>
          <w:rtl/>
        </w:rPr>
        <w:t xml:space="preserve"> سن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،</w:t>
      </w:r>
      <w:r w:rsidRPr="00233BD8">
        <w:rPr>
          <w:rFonts w:ascii="Tahoma" w:hAnsi="Tahoma" w:cs="Tahoma"/>
          <w:rtl/>
        </w:rPr>
        <w:t xml:space="preserve"> ش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ع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ان،</w:t>
      </w:r>
      <w:r w:rsidRPr="00233BD8">
        <w:rPr>
          <w:rFonts w:ascii="Tahoma" w:hAnsi="Tahoma" w:cs="Tahoma"/>
          <w:rtl/>
        </w:rPr>
        <w:t xml:space="preserve"> صوف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ان،</w:t>
      </w:r>
      <w:r w:rsidRPr="00233BD8">
        <w:rPr>
          <w:rFonts w:ascii="Tahoma" w:hAnsi="Tahoma" w:cs="Tahoma"/>
          <w:rtl/>
        </w:rPr>
        <w:t xml:space="preserve"> سادات، صاحبان خانقاه‌ها و پ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روان</w:t>
      </w:r>
      <w:r w:rsidRPr="00233BD8">
        <w:rPr>
          <w:rFonts w:ascii="Tahoma" w:hAnsi="Tahoma" w:cs="Tahoma"/>
          <w:rtl/>
        </w:rPr>
        <w:t xml:space="preserve"> طر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قت‌ها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گوناگون حضور داشتند. اقتدار مذهب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در م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ان</w:t>
      </w:r>
      <w:r w:rsidRPr="00233BD8">
        <w:rPr>
          <w:rFonts w:ascii="Tahoma" w:hAnsi="Tahoma" w:cs="Tahoma"/>
          <w:rtl/>
        </w:rPr>
        <w:t xml:space="preserve"> مراکز، خاندان‌ها و شبکه‌ها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متعدد تقس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م</w:t>
      </w:r>
      <w:r w:rsidRPr="00233BD8">
        <w:rPr>
          <w:rFonts w:ascii="Tahoma" w:hAnsi="Tahoma" w:cs="Tahoma"/>
          <w:rtl/>
        </w:rPr>
        <w:t xml:space="preserve"> شده بود.</w:t>
      </w:r>
    </w:p>
    <w:p w:rsidR="00233BD8" w:rsidRPr="00233BD8" w:rsidRDefault="00233BD8" w:rsidP="00233BD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33BD8">
        <w:rPr>
          <w:rFonts w:ascii="Tahoma" w:hAnsi="Tahoma" w:cs="Tahoma" w:hint="eastAsia"/>
          <w:rtl/>
        </w:rPr>
        <w:t>با</w:t>
      </w:r>
      <w:r w:rsidRPr="00233BD8">
        <w:rPr>
          <w:rFonts w:ascii="Tahoma" w:hAnsi="Tahoma" w:cs="Tahoma"/>
          <w:rtl/>
        </w:rPr>
        <w:t xml:space="preserve"> فروپاش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حکومت 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لخانان،</w:t>
      </w:r>
      <w:r w:rsidRPr="00233BD8">
        <w:rPr>
          <w:rFonts w:ascii="Tahoma" w:hAnsi="Tahoma" w:cs="Tahoma"/>
          <w:rtl/>
        </w:rPr>
        <w:t xml:space="preserve"> 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ران</w:t>
      </w:r>
      <w:r w:rsidRPr="00233BD8">
        <w:rPr>
          <w:rFonts w:ascii="Tahoma" w:hAnsi="Tahoma" w:cs="Tahoma"/>
          <w:rtl/>
        </w:rPr>
        <w:t xml:space="preserve"> بار د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گر</w:t>
      </w:r>
      <w:r w:rsidRPr="00233BD8">
        <w:rPr>
          <w:rFonts w:ascii="Tahoma" w:hAnsi="Tahoma" w:cs="Tahoma"/>
          <w:rtl/>
        </w:rPr>
        <w:t xml:space="preserve"> م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ان</w:t>
      </w:r>
      <w:r w:rsidRPr="00233BD8">
        <w:rPr>
          <w:rFonts w:ascii="Tahoma" w:hAnsi="Tahoma" w:cs="Tahoma"/>
          <w:rtl/>
        </w:rPr>
        <w:t xml:space="preserve"> حکومت‌ها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محل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و مدع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ان</w:t>
      </w:r>
      <w:r w:rsidRPr="00233BD8">
        <w:rPr>
          <w:rFonts w:ascii="Tahoma" w:hAnsi="Tahoma" w:cs="Tahoma"/>
          <w:rtl/>
        </w:rPr>
        <w:t xml:space="preserve"> رق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ب</w:t>
      </w:r>
      <w:r w:rsidRPr="00233BD8">
        <w:rPr>
          <w:rFonts w:ascii="Tahoma" w:hAnsi="Tahoma" w:cs="Tahoma"/>
          <w:rtl/>
        </w:rPr>
        <w:t xml:space="preserve"> تقس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م</w:t>
      </w:r>
      <w:r w:rsidRPr="00233BD8">
        <w:rPr>
          <w:rFonts w:ascii="Tahoma" w:hAnsi="Tahoma" w:cs="Tahoma"/>
          <w:rtl/>
        </w:rPr>
        <w:t xml:space="preserve"> شد. 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ن</w:t>
      </w:r>
      <w:r w:rsidRPr="00233BD8">
        <w:rPr>
          <w:rFonts w:ascii="Tahoma" w:hAnsi="Tahoma" w:cs="Tahoma"/>
          <w:rtl/>
        </w:rPr>
        <w:t xml:space="preserve"> تقس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م</w:t>
      </w:r>
      <w:r w:rsidRPr="00233BD8">
        <w:rPr>
          <w:rFonts w:ascii="Tahoma" w:hAnsi="Tahoma" w:cs="Tahoma"/>
          <w:rtl/>
        </w:rPr>
        <w:t xml:space="preserve"> را نبا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د</w:t>
      </w:r>
      <w:r w:rsidRPr="00233BD8">
        <w:rPr>
          <w:rFonts w:ascii="Tahoma" w:hAnsi="Tahoma" w:cs="Tahoma"/>
          <w:rtl/>
        </w:rPr>
        <w:t xml:space="preserve"> به معنا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از م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ان</w:t>
      </w:r>
      <w:r w:rsidRPr="00233BD8">
        <w:rPr>
          <w:rFonts w:ascii="Tahoma" w:hAnsi="Tahoma" w:cs="Tahoma"/>
          <w:rtl/>
        </w:rPr>
        <w:t xml:space="preserve"> رفتن همهٔ پ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وندها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کشور دانست. مرزها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س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اس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تغ</w:t>
      </w:r>
      <w:r w:rsidRPr="00233BD8">
        <w:rPr>
          <w:rFonts w:ascii="Tahoma" w:hAnsi="Tahoma" w:cs="Tahoma" w:hint="cs"/>
          <w:rtl/>
        </w:rPr>
        <w:t>یی</w:t>
      </w:r>
      <w:r w:rsidRPr="00233BD8">
        <w:rPr>
          <w:rFonts w:ascii="Tahoma" w:hAnsi="Tahoma" w:cs="Tahoma" w:hint="eastAsia"/>
          <w:rtl/>
        </w:rPr>
        <w:t>ر</w:t>
      </w:r>
      <w:r w:rsidRPr="00233BD8">
        <w:rPr>
          <w:rFonts w:ascii="Tahoma" w:hAnsi="Tahoma" w:cs="Tahoma"/>
          <w:rtl/>
        </w:rPr>
        <w:t xml:space="preserve"> م</w:t>
      </w:r>
      <w:r w:rsidRPr="00233BD8">
        <w:rPr>
          <w:rFonts w:ascii="Tahoma" w:hAnsi="Tahoma" w:cs="Tahoma" w:hint="cs"/>
          <w:rtl/>
        </w:rPr>
        <w:t>ی‌</w:t>
      </w:r>
      <w:r w:rsidRPr="00233BD8">
        <w:rPr>
          <w:rFonts w:ascii="Tahoma" w:hAnsi="Tahoma" w:cs="Tahoma" w:hint="eastAsia"/>
          <w:rtl/>
        </w:rPr>
        <w:t>کردند،</w:t>
      </w:r>
      <w:r w:rsidRPr="00233BD8">
        <w:rPr>
          <w:rFonts w:ascii="Tahoma" w:hAnsi="Tahoma" w:cs="Tahoma"/>
          <w:rtl/>
        </w:rPr>
        <w:t xml:space="preserve"> اما شهرها و راه‌ها باق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م</w:t>
      </w:r>
      <w:r w:rsidRPr="00233BD8">
        <w:rPr>
          <w:rFonts w:ascii="Tahoma" w:hAnsi="Tahoma" w:cs="Tahoma" w:hint="cs"/>
          <w:rtl/>
        </w:rPr>
        <w:t>ی‌</w:t>
      </w:r>
      <w:r w:rsidRPr="00233BD8">
        <w:rPr>
          <w:rFonts w:ascii="Tahoma" w:hAnsi="Tahoma" w:cs="Tahoma" w:hint="eastAsia"/>
          <w:rtl/>
        </w:rPr>
        <w:t>ماندند</w:t>
      </w:r>
      <w:r w:rsidRPr="00233BD8">
        <w:rPr>
          <w:rFonts w:ascii="Tahoma" w:hAnsi="Tahoma" w:cs="Tahoma"/>
          <w:rtl/>
        </w:rPr>
        <w:t>. بازرگانان همچنان م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ان</w:t>
      </w:r>
      <w:r w:rsidRPr="00233BD8">
        <w:rPr>
          <w:rFonts w:ascii="Tahoma" w:hAnsi="Tahoma" w:cs="Tahoma"/>
          <w:rtl/>
        </w:rPr>
        <w:t xml:space="preserve"> تبر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ز،</w:t>
      </w:r>
      <w:r w:rsidRPr="00233BD8">
        <w:rPr>
          <w:rFonts w:ascii="Tahoma" w:hAnsi="Tahoma" w:cs="Tahoma"/>
          <w:rtl/>
        </w:rPr>
        <w:t xml:space="preserve"> بغداد، ش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راز،</w:t>
      </w:r>
      <w:r w:rsidRPr="00233BD8">
        <w:rPr>
          <w:rFonts w:ascii="Tahoma" w:hAnsi="Tahoma" w:cs="Tahoma"/>
          <w:rtl/>
        </w:rPr>
        <w:t xml:space="preserve"> اصفهان، هرات، سمرقند، آناتول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و سواحل خل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ج</w:t>
      </w:r>
      <w:r w:rsidRPr="00233BD8">
        <w:rPr>
          <w:rFonts w:ascii="Tahoma" w:hAnsi="Tahoma" w:cs="Tahoma"/>
          <w:rtl/>
        </w:rPr>
        <w:t xml:space="preserve"> فارس رفت‌وآمد م</w:t>
      </w:r>
      <w:r w:rsidRPr="00233BD8">
        <w:rPr>
          <w:rFonts w:ascii="Tahoma" w:hAnsi="Tahoma" w:cs="Tahoma" w:hint="cs"/>
          <w:rtl/>
        </w:rPr>
        <w:t>ی‌</w:t>
      </w:r>
      <w:r w:rsidRPr="00233BD8">
        <w:rPr>
          <w:rFonts w:ascii="Tahoma" w:hAnsi="Tahoma" w:cs="Tahoma" w:hint="eastAsia"/>
          <w:rtl/>
        </w:rPr>
        <w:t>کردند</w:t>
      </w:r>
      <w:r w:rsidRPr="00233BD8">
        <w:rPr>
          <w:rFonts w:ascii="Tahoma" w:hAnsi="Tahoma" w:cs="Tahoma"/>
          <w:rtl/>
        </w:rPr>
        <w:t>. زبان فارس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همچنان زبان مهم د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وان،</w:t>
      </w:r>
      <w:r w:rsidRPr="00233BD8">
        <w:rPr>
          <w:rFonts w:ascii="Tahoma" w:hAnsi="Tahoma" w:cs="Tahoma"/>
          <w:rtl/>
        </w:rPr>
        <w:t xml:space="preserve"> ادب و تار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خ‌نگار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بود. خاندان‌ها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د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وان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با تغ</w:t>
      </w:r>
      <w:r w:rsidRPr="00233BD8">
        <w:rPr>
          <w:rFonts w:ascii="Tahoma" w:hAnsi="Tahoma" w:cs="Tahoma" w:hint="cs"/>
          <w:rtl/>
        </w:rPr>
        <w:t>یی</w:t>
      </w:r>
      <w:r w:rsidRPr="00233BD8">
        <w:rPr>
          <w:rFonts w:ascii="Tahoma" w:hAnsi="Tahoma" w:cs="Tahoma" w:hint="eastAsia"/>
          <w:rtl/>
        </w:rPr>
        <w:t>ر</w:t>
      </w:r>
      <w:r w:rsidRPr="00233BD8">
        <w:rPr>
          <w:rFonts w:ascii="Tahoma" w:hAnsi="Tahoma" w:cs="Tahoma"/>
          <w:rtl/>
        </w:rPr>
        <w:t xml:space="preserve"> فرمانروا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ان</w:t>
      </w:r>
      <w:r w:rsidRPr="00233BD8">
        <w:rPr>
          <w:rFonts w:ascii="Tahoma" w:hAnsi="Tahoma" w:cs="Tahoma"/>
          <w:rtl/>
        </w:rPr>
        <w:t xml:space="preserve"> به خدمت حکومت‌ها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تازه درم</w:t>
      </w:r>
      <w:r w:rsidRPr="00233BD8">
        <w:rPr>
          <w:rFonts w:ascii="Tahoma" w:hAnsi="Tahoma" w:cs="Tahoma" w:hint="cs"/>
          <w:rtl/>
        </w:rPr>
        <w:t>ی‌</w:t>
      </w:r>
      <w:r w:rsidRPr="00233BD8">
        <w:rPr>
          <w:rFonts w:ascii="Tahoma" w:hAnsi="Tahoma" w:cs="Tahoma" w:hint="eastAsia"/>
          <w:rtl/>
        </w:rPr>
        <w:t>آمدند</w:t>
      </w:r>
      <w:r w:rsidRPr="00233BD8">
        <w:rPr>
          <w:rFonts w:ascii="Tahoma" w:hAnsi="Tahoma" w:cs="Tahoma"/>
          <w:rtl/>
        </w:rPr>
        <w:t xml:space="preserve"> و تجربهٔ ادارهٔ مال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ات،</w:t>
      </w:r>
      <w:r w:rsidRPr="00233BD8">
        <w:rPr>
          <w:rFonts w:ascii="Tahoma" w:hAnsi="Tahoma" w:cs="Tahoma"/>
          <w:rtl/>
        </w:rPr>
        <w:t xml:space="preserve"> زم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ن،</w:t>
      </w:r>
      <w:r w:rsidRPr="00233BD8">
        <w:rPr>
          <w:rFonts w:ascii="Tahoma" w:hAnsi="Tahoma" w:cs="Tahoma"/>
          <w:rtl/>
        </w:rPr>
        <w:t xml:space="preserve"> شهر و قشون را منتقل م</w:t>
      </w:r>
      <w:r w:rsidRPr="00233BD8">
        <w:rPr>
          <w:rFonts w:ascii="Tahoma" w:hAnsi="Tahoma" w:cs="Tahoma" w:hint="cs"/>
          <w:rtl/>
        </w:rPr>
        <w:t>ی‌</w:t>
      </w:r>
      <w:r w:rsidRPr="00233BD8">
        <w:rPr>
          <w:rFonts w:ascii="Tahoma" w:hAnsi="Tahoma" w:cs="Tahoma" w:hint="eastAsia"/>
          <w:rtl/>
        </w:rPr>
        <w:t>کردند</w:t>
      </w:r>
      <w:r w:rsidRPr="00233BD8">
        <w:rPr>
          <w:rFonts w:ascii="Tahoma" w:hAnsi="Tahoma" w:cs="Tahoma"/>
          <w:rtl/>
        </w:rPr>
        <w:t>.</w:t>
      </w:r>
    </w:p>
    <w:p w:rsidR="00233BD8" w:rsidRPr="00233BD8" w:rsidRDefault="00233BD8" w:rsidP="00233BD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33BD8">
        <w:rPr>
          <w:rFonts w:ascii="Tahoma" w:hAnsi="Tahoma" w:cs="Tahoma" w:hint="eastAsia"/>
          <w:rtl/>
        </w:rPr>
        <w:t>ت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مور</w:t>
      </w:r>
      <w:r w:rsidRPr="00233BD8">
        <w:rPr>
          <w:rFonts w:ascii="Tahoma" w:hAnsi="Tahoma" w:cs="Tahoma"/>
          <w:rtl/>
        </w:rPr>
        <w:t xml:space="preserve"> در چن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ن</w:t>
      </w:r>
      <w:r w:rsidRPr="00233BD8">
        <w:rPr>
          <w:rFonts w:ascii="Tahoma" w:hAnsi="Tahoma" w:cs="Tahoma"/>
          <w:rtl/>
        </w:rPr>
        <w:t xml:space="preserve"> جهان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به 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ران</w:t>
      </w:r>
      <w:r w:rsidRPr="00233BD8">
        <w:rPr>
          <w:rFonts w:ascii="Tahoma" w:hAnsi="Tahoma" w:cs="Tahoma"/>
          <w:rtl/>
        </w:rPr>
        <w:t xml:space="preserve"> آمد. او برخلاف نخست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ن</w:t>
      </w:r>
      <w:r w:rsidRPr="00233BD8">
        <w:rPr>
          <w:rFonts w:ascii="Tahoma" w:hAnsi="Tahoma" w:cs="Tahoma"/>
          <w:rtl/>
        </w:rPr>
        <w:t xml:space="preserve"> فاتحان مغول، با سنت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روبه‌رو بود که نزد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ک</w:t>
      </w:r>
      <w:r w:rsidRPr="00233BD8">
        <w:rPr>
          <w:rFonts w:ascii="Tahoma" w:hAnsi="Tahoma" w:cs="Tahoma"/>
          <w:rtl/>
        </w:rPr>
        <w:t xml:space="preserve"> به دو سده از پ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وند</w:t>
      </w:r>
      <w:r w:rsidRPr="00233BD8">
        <w:rPr>
          <w:rFonts w:ascii="Tahoma" w:hAnsi="Tahoma" w:cs="Tahoma"/>
          <w:rtl/>
        </w:rPr>
        <w:t xml:space="preserve"> قشون مغول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و د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وان</w:t>
      </w:r>
      <w:r w:rsidRPr="00233BD8">
        <w:rPr>
          <w:rFonts w:ascii="Tahoma" w:hAnsi="Tahoma" w:cs="Tahoma"/>
          <w:rtl/>
        </w:rPr>
        <w:t xml:space="preserve"> 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ران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در آن گذشته بود. ت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مور</w:t>
      </w:r>
      <w:r w:rsidRPr="00233BD8">
        <w:rPr>
          <w:rFonts w:ascii="Tahoma" w:hAnsi="Tahoma" w:cs="Tahoma"/>
          <w:rtl/>
        </w:rPr>
        <w:t xml:space="preserve"> ن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ز</w:t>
      </w:r>
      <w:r w:rsidRPr="00233BD8">
        <w:rPr>
          <w:rFonts w:ascii="Tahoma" w:hAnsi="Tahoma" w:cs="Tahoma"/>
          <w:rtl/>
        </w:rPr>
        <w:t xml:space="preserve"> قدرت خود را از جنگ و قشون م</w:t>
      </w:r>
      <w:r w:rsidRPr="00233BD8">
        <w:rPr>
          <w:rFonts w:ascii="Tahoma" w:hAnsi="Tahoma" w:cs="Tahoma" w:hint="cs"/>
          <w:rtl/>
        </w:rPr>
        <w:t>ی‌</w:t>
      </w:r>
      <w:r w:rsidRPr="00233BD8">
        <w:rPr>
          <w:rFonts w:ascii="Tahoma" w:hAnsi="Tahoma" w:cs="Tahoma" w:hint="eastAsia"/>
          <w:rtl/>
        </w:rPr>
        <w:t>گرفت</w:t>
      </w:r>
      <w:r w:rsidRPr="00233BD8">
        <w:rPr>
          <w:rFonts w:ascii="Tahoma" w:hAnsi="Tahoma" w:cs="Tahoma"/>
          <w:rtl/>
        </w:rPr>
        <w:t>. حکومتش به شخص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ت،</w:t>
      </w:r>
      <w:r w:rsidRPr="00233BD8">
        <w:rPr>
          <w:rFonts w:ascii="Tahoma" w:hAnsi="Tahoma" w:cs="Tahoma"/>
          <w:rtl/>
        </w:rPr>
        <w:t xml:space="preserve"> پ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روز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و توانا</w:t>
      </w:r>
      <w:r w:rsidRPr="00233BD8">
        <w:rPr>
          <w:rFonts w:ascii="Tahoma" w:hAnsi="Tahoma" w:cs="Tahoma" w:hint="cs"/>
          <w:rtl/>
        </w:rPr>
        <w:t>یی</w:t>
      </w:r>
      <w:r w:rsidRPr="00233BD8">
        <w:rPr>
          <w:rFonts w:ascii="Tahoma" w:hAnsi="Tahoma" w:cs="Tahoma"/>
          <w:rtl/>
        </w:rPr>
        <w:t xml:space="preserve"> او در نگاه‌داشتن فرمان</w:t>
      </w:r>
      <w:r w:rsidRPr="00233BD8">
        <w:rPr>
          <w:rFonts w:ascii="Tahoma" w:hAnsi="Tahoma" w:cs="Tahoma" w:hint="eastAsia"/>
          <w:rtl/>
        </w:rPr>
        <w:t>دهان</w:t>
      </w:r>
      <w:r w:rsidRPr="00233BD8">
        <w:rPr>
          <w:rFonts w:ascii="Tahoma" w:hAnsi="Tahoma" w:cs="Tahoma"/>
          <w:rtl/>
        </w:rPr>
        <w:t xml:space="preserve"> و شاهزادگان وابسته بود. او سرزم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ن‌ها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گسترده‌ا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را فتح کرد، اما نتوانست برا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انتقال آرام قدرت پس از مرگ خود دستگاه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پا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دار</w:t>
      </w:r>
      <w:r w:rsidRPr="00233BD8">
        <w:rPr>
          <w:rFonts w:ascii="Tahoma" w:hAnsi="Tahoma" w:cs="Tahoma"/>
          <w:rtl/>
        </w:rPr>
        <w:t xml:space="preserve"> بسازد.</w:t>
      </w:r>
    </w:p>
    <w:p w:rsidR="00233BD8" w:rsidRPr="00233BD8" w:rsidRDefault="00233BD8" w:rsidP="00233BD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33BD8">
        <w:rPr>
          <w:rFonts w:ascii="Tahoma" w:hAnsi="Tahoma" w:cs="Tahoma" w:hint="eastAsia"/>
          <w:rtl/>
        </w:rPr>
        <w:t>با</w:t>
      </w:r>
      <w:r w:rsidRPr="00233BD8">
        <w:rPr>
          <w:rFonts w:ascii="Tahoma" w:hAnsi="Tahoma" w:cs="Tahoma"/>
          <w:rtl/>
        </w:rPr>
        <w:t xml:space="preserve"> مرگ ت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مور</w:t>
      </w:r>
      <w:r w:rsidRPr="00233BD8">
        <w:rPr>
          <w:rFonts w:ascii="Tahoma" w:hAnsi="Tahoma" w:cs="Tahoma"/>
          <w:rtl/>
        </w:rPr>
        <w:t xml:space="preserve"> در سال </w:t>
      </w:r>
      <w:r w:rsidRPr="00233BD8">
        <w:rPr>
          <w:rFonts w:ascii="Tahoma" w:hAnsi="Tahoma" w:cs="Tahoma"/>
          <w:rtl/>
          <w:lang w:bidi="fa-IR"/>
        </w:rPr>
        <w:t>۱۴۰۵</w:t>
      </w:r>
      <w:r w:rsidRPr="00233BD8">
        <w:rPr>
          <w:rFonts w:ascii="Tahoma" w:hAnsi="Tahoma" w:cs="Tahoma"/>
          <w:rtl/>
        </w:rPr>
        <w:t xml:space="preserve"> م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لاد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،</w:t>
      </w:r>
      <w:r w:rsidRPr="00233BD8">
        <w:rPr>
          <w:rFonts w:ascii="Tahoma" w:hAnsi="Tahoma" w:cs="Tahoma"/>
          <w:rtl/>
        </w:rPr>
        <w:t xml:space="preserve"> کشمکش م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ان</w:t>
      </w:r>
      <w:r w:rsidRPr="00233BD8">
        <w:rPr>
          <w:rFonts w:ascii="Tahoma" w:hAnsi="Tahoma" w:cs="Tahoma"/>
          <w:rtl/>
        </w:rPr>
        <w:t xml:space="preserve"> فرزندان و نوادگانش آغاز شد. قلمرو</w:t>
      </w:r>
      <w:r w:rsidRPr="00233BD8">
        <w:rPr>
          <w:rFonts w:ascii="Tahoma" w:hAnsi="Tahoma" w:cs="Tahoma" w:hint="cs"/>
          <w:rtl/>
        </w:rPr>
        <w:t>یی</w:t>
      </w:r>
      <w:r w:rsidRPr="00233BD8">
        <w:rPr>
          <w:rFonts w:ascii="Tahoma" w:hAnsi="Tahoma" w:cs="Tahoma"/>
          <w:rtl/>
        </w:rPr>
        <w:t xml:space="preserve"> که با اقتدار 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ک</w:t>
      </w:r>
      <w:r w:rsidRPr="00233BD8">
        <w:rPr>
          <w:rFonts w:ascii="Tahoma" w:hAnsi="Tahoma" w:cs="Tahoma"/>
          <w:rtl/>
        </w:rPr>
        <w:t xml:space="preserve"> فرمانده گرد آمده بود م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ان</w:t>
      </w:r>
      <w:r w:rsidRPr="00233BD8">
        <w:rPr>
          <w:rFonts w:ascii="Tahoma" w:hAnsi="Tahoma" w:cs="Tahoma"/>
          <w:rtl/>
        </w:rPr>
        <w:t xml:space="preserve"> مدع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ان</w:t>
      </w:r>
      <w:r w:rsidRPr="00233BD8">
        <w:rPr>
          <w:rFonts w:ascii="Tahoma" w:hAnsi="Tahoma" w:cs="Tahoma"/>
          <w:rtl/>
        </w:rPr>
        <w:t xml:space="preserve"> تقس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م</w:t>
      </w:r>
      <w:r w:rsidRPr="00233BD8">
        <w:rPr>
          <w:rFonts w:ascii="Tahoma" w:hAnsi="Tahoma" w:cs="Tahoma"/>
          <w:rtl/>
        </w:rPr>
        <w:t xml:space="preserve"> گرد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د</w:t>
      </w:r>
      <w:r w:rsidRPr="00233BD8">
        <w:rPr>
          <w:rFonts w:ascii="Tahoma" w:hAnsi="Tahoma" w:cs="Tahoma"/>
          <w:rtl/>
        </w:rPr>
        <w:t>. 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ن</w:t>
      </w:r>
      <w:r w:rsidRPr="00233BD8">
        <w:rPr>
          <w:rFonts w:ascii="Tahoma" w:hAnsi="Tahoma" w:cs="Tahoma"/>
          <w:rtl/>
        </w:rPr>
        <w:t xml:space="preserve"> حادثه بار د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گر</w:t>
      </w:r>
      <w:r w:rsidRPr="00233BD8">
        <w:rPr>
          <w:rFonts w:ascii="Tahoma" w:hAnsi="Tahoma" w:cs="Tahoma"/>
          <w:rtl/>
        </w:rPr>
        <w:t xml:space="preserve"> نشان داد که 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کپارچگ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ناش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از قشون با 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کپارچگ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ناش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از نهادها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پا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دار</w:t>
      </w:r>
      <w:r w:rsidRPr="00233BD8">
        <w:rPr>
          <w:rFonts w:ascii="Tahoma" w:hAnsi="Tahoma" w:cs="Tahoma"/>
          <w:rtl/>
        </w:rPr>
        <w:t xml:space="preserve"> تفاوت دارد. قشون م</w:t>
      </w:r>
      <w:r w:rsidRPr="00233BD8">
        <w:rPr>
          <w:rFonts w:ascii="Tahoma" w:hAnsi="Tahoma" w:cs="Tahoma" w:hint="cs"/>
          <w:rtl/>
        </w:rPr>
        <w:t>ی‌</w:t>
      </w:r>
      <w:r w:rsidRPr="00233BD8">
        <w:rPr>
          <w:rFonts w:ascii="Tahoma" w:hAnsi="Tahoma" w:cs="Tahoma" w:hint="eastAsia"/>
          <w:rtl/>
        </w:rPr>
        <w:t>توانست</w:t>
      </w:r>
      <w:r w:rsidRPr="00233BD8">
        <w:rPr>
          <w:rFonts w:ascii="Tahoma" w:hAnsi="Tahoma" w:cs="Tahoma"/>
          <w:rtl/>
        </w:rPr>
        <w:t xml:space="preserve"> سرزم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ن</w:t>
      </w:r>
      <w:r w:rsidRPr="00233BD8">
        <w:rPr>
          <w:rFonts w:ascii="Tahoma" w:hAnsi="Tahoma" w:cs="Tahoma"/>
          <w:rtl/>
        </w:rPr>
        <w:t xml:space="preserve"> را برا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زندگ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ک</w:t>
      </w:r>
      <w:r w:rsidRPr="00233BD8">
        <w:rPr>
          <w:rFonts w:ascii="Tahoma" w:hAnsi="Tahoma" w:cs="Tahoma"/>
          <w:rtl/>
        </w:rPr>
        <w:t xml:space="preserve"> فرمانروا 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کپارچه</w:t>
      </w:r>
      <w:r w:rsidRPr="00233BD8">
        <w:rPr>
          <w:rFonts w:ascii="Tahoma" w:hAnsi="Tahoma" w:cs="Tahoma"/>
          <w:rtl/>
        </w:rPr>
        <w:t xml:space="preserve"> نگاه دارد، اما اگر د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وان،</w:t>
      </w:r>
      <w:r w:rsidRPr="00233BD8">
        <w:rPr>
          <w:rFonts w:ascii="Tahoma" w:hAnsi="Tahoma" w:cs="Tahoma"/>
          <w:rtl/>
        </w:rPr>
        <w:t xml:space="preserve"> قاعدهٔ جانش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ن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و تقس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م</w:t>
      </w:r>
      <w:r w:rsidRPr="00233BD8">
        <w:rPr>
          <w:rFonts w:ascii="Tahoma" w:hAnsi="Tahoma" w:cs="Tahoma"/>
          <w:rtl/>
        </w:rPr>
        <w:t xml:space="preserve"> وظا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ف</w:t>
      </w:r>
      <w:r w:rsidRPr="00233BD8">
        <w:rPr>
          <w:rFonts w:ascii="Tahoma" w:hAnsi="Tahoma" w:cs="Tahoma"/>
          <w:rtl/>
        </w:rPr>
        <w:t xml:space="preserve"> حکومت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از شخص او استقلال ن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افته</w:t>
      </w:r>
      <w:r w:rsidRPr="00233BD8">
        <w:rPr>
          <w:rFonts w:ascii="Tahoma" w:hAnsi="Tahoma" w:cs="Tahoma"/>
          <w:rtl/>
        </w:rPr>
        <w:t xml:space="preserve"> باشند، مرگ فرمانروا م</w:t>
      </w:r>
      <w:r w:rsidRPr="00233BD8">
        <w:rPr>
          <w:rFonts w:ascii="Tahoma" w:hAnsi="Tahoma" w:cs="Tahoma" w:hint="cs"/>
          <w:rtl/>
        </w:rPr>
        <w:t>ی‌</w:t>
      </w:r>
      <w:r w:rsidRPr="00233BD8">
        <w:rPr>
          <w:rFonts w:ascii="Tahoma" w:hAnsi="Tahoma" w:cs="Tahoma" w:hint="eastAsia"/>
          <w:rtl/>
        </w:rPr>
        <w:t>تواند</w:t>
      </w:r>
      <w:r w:rsidRPr="00233BD8">
        <w:rPr>
          <w:rFonts w:ascii="Tahoma" w:hAnsi="Tahoma" w:cs="Tahoma"/>
          <w:rtl/>
        </w:rPr>
        <w:t xml:space="preserve"> همهٔ ساختمان را به لرزه درآورد.</w:t>
      </w:r>
    </w:p>
    <w:p w:rsidR="00233BD8" w:rsidRPr="00233BD8" w:rsidRDefault="00233BD8" w:rsidP="00233BD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33BD8">
        <w:rPr>
          <w:rFonts w:ascii="Tahoma" w:hAnsi="Tahoma" w:cs="Tahoma" w:hint="eastAsia"/>
          <w:rtl/>
        </w:rPr>
        <w:t>شاهرخ،</w:t>
      </w:r>
      <w:r w:rsidRPr="00233BD8">
        <w:rPr>
          <w:rFonts w:ascii="Tahoma" w:hAnsi="Tahoma" w:cs="Tahoma"/>
          <w:rtl/>
        </w:rPr>
        <w:t xml:space="preserve"> پسر ت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مور،</w:t>
      </w:r>
      <w:r w:rsidRPr="00233BD8">
        <w:rPr>
          <w:rFonts w:ascii="Tahoma" w:hAnsi="Tahoma" w:cs="Tahoma"/>
          <w:rtl/>
        </w:rPr>
        <w:t xml:space="preserve"> توانست بخش بزرگ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از قلمرو پدر را ز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ر</w:t>
      </w:r>
      <w:r w:rsidRPr="00233BD8">
        <w:rPr>
          <w:rFonts w:ascii="Tahoma" w:hAnsi="Tahoma" w:cs="Tahoma"/>
          <w:rtl/>
        </w:rPr>
        <w:t xml:space="preserve"> فرمان خود نگه دارد. مرکز حکومت او ب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شتر</w:t>
      </w:r>
      <w:r w:rsidRPr="00233BD8">
        <w:rPr>
          <w:rFonts w:ascii="Tahoma" w:hAnsi="Tahoma" w:cs="Tahoma"/>
          <w:rtl/>
        </w:rPr>
        <w:t xml:space="preserve"> در هرات قرار داشت. هرات در 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ن</w:t>
      </w:r>
      <w:r w:rsidRPr="00233BD8">
        <w:rPr>
          <w:rFonts w:ascii="Tahoma" w:hAnsi="Tahoma" w:cs="Tahoma"/>
          <w:rtl/>
        </w:rPr>
        <w:t xml:space="preserve"> دوره به 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ک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از مراکز مهم فرهنگ، هنر، دانش و د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وانسالار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تبد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ل</w:t>
      </w:r>
      <w:r w:rsidRPr="00233BD8">
        <w:rPr>
          <w:rFonts w:ascii="Tahoma" w:hAnsi="Tahoma" w:cs="Tahoma"/>
          <w:rtl/>
        </w:rPr>
        <w:t xml:space="preserve"> شد. اما هم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ن</w:t>
      </w:r>
      <w:r w:rsidRPr="00233BD8">
        <w:rPr>
          <w:rFonts w:ascii="Tahoma" w:hAnsi="Tahoma" w:cs="Tahoma"/>
          <w:rtl/>
        </w:rPr>
        <w:t xml:space="preserve"> جابه‌جا</w:t>
      </w:r>
      <w:r w:rsidRPr="00233BD8">
        <w:rPr>
          <w:rFonts w:ascii="Tahoma" w:hAnsi="Tahoma" w:cs="Tahoma" w:hint="cs"/>
          <w:rtl/>
        </w:rPr>
        <w:t>یی</w:t>
      </w:r>
      <w:r w:rsidRPr="00233BD8">
        <w:rPr>
          <w:rFonts w:ascii="Tahoma" w:hAnsi="Tahoma" w:cs="Tahoma"/>
          <w:rtl/>
        </w:rPr>
        <w:t xml:space="preserve"> مرکز ثقل حکومت به سو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خراسان سبب شد که بخش‌ها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غرب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ران</w:t>
      </w:r>
      <w:r w:rsidRPr="00233BD8">
        <w:rPr>
          <w:rFonts w:ascii="Tahoma" w:hAnsi="Tahoma" w:cs="Tahoma"/>
          <w:rtl/>
        </w:rPr>
        <w:t xml:space="preserve"> ب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ش</w:t>
      </w:r>
      <w:r w:rsidRPr="00233BD8">
        <w:rPr>
          <w:rFonts w:ascii="Tahoma" w:hAnsi="Tahoma" w:cs="Tahoma"/>
          <w:rtl/>
        </w:rPr>
        <w:t xml:space="preserve"> از گذشته در معرض رقابت ن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روها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محل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و اتحاد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ه‌ها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ترکمان قرار گ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رند</w:t>
      </w:r>
      <w:r w:rsidRPr="00233BD8">
        <w:rPr>
          <w:rFonts w:ascii="Tahoma" w:hAnsi="Tahoma" w:cs="Tahoma"/>
          <w:rtl/>
        </w:rPr>
        <w:t>.</w:t>
      </w:r>
    </w:p>
    <w:p w:rsidR="00233BD8" w:rsidRPr="00233BD8" w:rsidRDefault="00233BD8" w:rsidP="00233BD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33BD8">
        <w:rPr>
          <w:rFonts w:ascii="Tahoma" w:hAnsi="Tahoma" w:cs="Tahoma" w:hint="eastAsia"/>
          <w:rtl/>
        </w:rPr>
        <w:t>حکومت</w:t>
      </w:r>
      <w:r w:rsidRPr="00233BD8">
        <w:rPr>
          <w:rFonts w:ascii="Tahoma" w:hAnsi="Tahoma" w:cs="Tahoma"/>
          <w:rtl/>
        </w:rPr>
        <w:t xml:space="preserve"> ت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مور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ن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ز</w:t>
      </w:r>
      <w:r w:rsidRPr="00233BD8">
        <w:rPr>
          <w:rFonts w:ascii="Tahoma" w:hAnsi="Tahoma" w:cs="Tahoma"/>
          <w:rtl/>
        </w:rPr>
        <w:t xml:space="preserve"> تناقض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را که در حکومت‌ها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پ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ش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ن</w:t>
      </w:r>
      <w:r w:rsidRPr="00233BD8">
        <w:rPr>
          <w:rFonts w:ascii="Tahoma" w:hAnsi="Tahoma" w:cs="Tahoma"/>
          <w:rtl/>
        </w:rPr>
        <w:t xml:space="preserve"> د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ده</w:t>
      </w:r>
      <w:r w:rsidRPr="00233BD8">
        <w:rPr>
          <w:rFonts w:ascii="Tahoma" w:hAnsi="Tahoma" w:cs="Tahoma"/>
          <w:rtl/>
        </w:rPr>
        <w:t xml:space="preserve"> بود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م</w:t>
      </w:r>
      <w:r w:rsidRPr="00233BD8">
        <w:rPr>
          <w:rFonts w:ascii="Tahoma" w:hAnsi="Tahoma" w:cs="Tahoma"/>
          <w:rtl/>
        </w:rPr>
        <w:t xml:space="preserve"> با خود داشت. فرمانروا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ان</w:t>
      </w:r>
      <w:r w:rsidRPr="00233BD8">
        <w:rPr>
          <w:rFonts w:ascii="Tahoma" w:hAnsi="Tahoma" w:cs="Tahoma"/>
          <w:rtl/>
        </w:rPr>
        <w:t xml:space="preserve"> به ن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رو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نظام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و پ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وندها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خاندان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متک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بودند، درحال</w:t>
      </w:r>
      <w:r w:rsidRPr="00233BD8">
        <w:rPr>
          <w:rFonts w:ascii="Tahoma" w:hAnsi="Tahoma" w:cs="Tahoma" w:hint="cs"/>
          <w:rtl/>
        </w:rPr>
        <w:t>ی‌</w:t>
      </w:r>
      <w:r w:rsidRPr="00233BD8">
        <w:rPr>
          <w:rFonts w:ascii="Tahoma" w:hAnsi="Tahoma" w:cs="Tahoma" w:hint="eastAsia"/>
          <w:rtl/>
        </w:rPr>
        <w:t>که</w:t>
      </w:r>
      <w:r w:rsidRPr="00233BD8">
        <w:rPr>
          <w:rFonts w:ascii="Tahoma" w:hAnsi="Tahoma" w:cs="Tahoma"/>
          <w:rtl/>
        </w:rPr>
        <w:t xml:space="preserve"> ادارهٔ سرزم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ن</w:t>
      </w:r>
      <w:r w:rsidRPr="00233BD8">
        <w:rPr>
          <w:rFonts w:ascii="Tahoma" w:hAnsi="Tahoma" w:cs="Tahoma"/>
          <w:rtl/>
        </w:rPr>
        <w:t xml:space="preserve"> به د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وانسالاران</w:t>
      </w:r>
      <w:r w:rsidRPr="00233BD8">
        <w:rPr>
          <w:rFonts w:ascii="Tahoma" w:hAnsi="Tahoma" w:cs="Tahoma"/>
          <w:rtl/>
        </w:rPr>
        <w:t xml:space="preserve"> و درآمد شهرها و روستاها وابسته بود. شاهزادگان ت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مور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هر 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ک</w:t>
      </w:r>
      <w:r w:rsidRPr="00233BD8">
        <w:rPr>
          <w:rFonts w:ascii="Tahoma" w:hAnsi="Tahoma" w:cs="Tahoma"/>
          <w:rtl/>
        </w:rPr>
        <w:t xml:space="preserve"> م</w:t>
      </w:r>
      <w:r w:rsidRPr="00233BD8">
        <w:rPr>
          <w:rFonts w:ascii="Tahoma" w:hAnsi="Tahoma" w:cs="Tahoma" w:hint="cs"/>
          <w:rtl/>
        </w:rPr>
        <w:t>ی‌</w:t>
      </w:r>
      <w:r w:rsidRPr="00233BD8">
        <w:rPr>
          <w:rFonts w:ascii="Tahoma" w:hAnsi="Tahoma" w:cs="Tahoma" w:hint="eastAsia"/>
          <w:rtl/>
        </w:rPr>
        <w:t>توانستند</w:t>
      </w:r>
      <w:r w:rsidRPr="00233BD8">
        <w:rPr>
          <w:rFonts w:ascii="Tahoma" w:hAnsi="Tahoma" w:cs="Tahoma"/>
          <w:rtl/>
        </w:rPr>
        <w:t xml:space="preserve"> بر بخش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از قلم</w:t>
      </w:r>
      <w:r w:rsidRPr="00233BD8">
        <w:rPr>
          <w:rFonts w:ascii="Tahoma" w:hAnsi="Tahoma" w:cs="Tahoma" w:hint="eastAsia"/>
          <w:rtl/>
        </w:rPr>
        <w:t>رو</w:t>
      </w:r>
      <w:r w:rsidRPr="00233BD8">
        <w:rPr>
          <w:rFonts w:ascii="Tahoma" w:hAnsi="Tahoma" w:cs="Tahoma"/>
          <w:rtl/>
        </w:rPr>
        <w:t xml:space="preserve"> فرمان برانند و برا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تصاحب مرکز با 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کد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گر</w:t>
      </w:r>
      <w:r w:rsidRPr="00233BD8">
        <w:rPr>
          <w:rFonts w:ascii="Tahoma" w:hAnsi="Tahoma" w:cs="Tahoma"/>
          <w:rtl/>
        </w:rPr>
        <w:t xml:space="preserve"> بجنگند. د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وان</w:t>
      </w:r>
      <w:r w:rsidRPr="00233BD8">
        <w:rPr>
          <w:rFonts w:ascii="Tahoma" w:hAnsi="Tahoma" w:cs="Tahoma"/>
          <w:rtl/>
        </w:rPr>
        <w:t xml:space="preserve"> ناچار بود در م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ان</w:t>
      </w:r>
      <w:r w:rsidRPr="00233BD8">
        <w:rPr>
          <w:rFonts w:ascii="Tahoma" w:hAnsi="Tahoma" w:cs="Tahoma"/>
          <w:rtl/>
        </w:rPr>
        <w:t xml:space="preserve"> 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ن</w:t>
      </w:r>
      <w:r w:rsidRPr="00233BD8">
        <w:rPr>
          <w:rFonts w:ascii="Tahoma" w:hAnsi="Tahoma" w:cs="Tahoma"/>
          <w:rtl/>
        </w:rPr>
        <w:t xml:space="preserve"> مدع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ان</w:t>
      </w:r>
      <w:r w:rsidRPr="00233BD8">
        <w:rPr>
          <w:rFonts w:ascii="Tahoma" w:hAnsi="Tahoma" w:cs="Tahoma"/>
          <w:rtl/>
        </w:rPr>
        <w:t xml:space="preserve"> به کار خود ادامه دهد. هر شاهزاده‌ا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که شهر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را تصرف م</w:t>
      </w:r>
      <w:r w:rsidRPr="00233BD8">
        <w:rPr>
          <w:rFonts w:ascii="Tahoma" w:hAnsi="Tahoma" w:cs="Tahoma" w:hint="cs"/>
          <w:rtl/>
        </w:rPr>
        <w:t>ی‌</w:t>
      </w:r>
      <w:r w:rsidRPr="00233BD8">
        <w:rPr>
          <w:rFonts w:ascii="Tahoma" w:hAnsi="Tahoma" w:cs="Tahoma" w:hint="eastAsia"/>
          <w:rtl/>
        </w:rPr>
        <w:t>کرد،</w:t>
      </w:r>
      <w:r w:rsidRPr="00233BD8">
        <w:rPr>
          <w:rFonts w:ascii="Tahoma" w:hAnsi="Tahoma" w:cs="Tahoma"/>
          <w:rtl/>
        </w:rPr>
        <w:t xml:space="preserve"> برا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در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افت</w:t>
      </w:r>
      <w:r w:rsidRPr="00233BD8">
        <w:rPr>
          <w:rFonts w:ascii="Tahoma" w:hAnsi="Tahoma" w:cs="Tahoma"/>
          <w:rtl/>
        </w:rPr>
        <w:t xml:space="preserve"> مال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ات</w:t>
      </w:r>
      <w:r w:rsidRPr="00233BD8">
        <w:rPr>
          <w:rFonts w:ascii="Tahoma" w:hAnsi="Tahoma" w:cs="Tahoma"/>
          <w:rtl/>
        </w:rPr>
        <w:t xml:space="preserve"> و ادارهٔ آن به همان دب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ران،</w:t>
      </w:r>
      <w:r w:rsidRPr="00233BD8">
        <w:rPr>
          <w:rFonts w:ascii="Tahoma" w:hAnsi="Tahoma" w:cs="Tahoma"/>
          <w:rtl/>
        </w:rPr>
        <w:t xml:space="preserve"> مستوف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ان</w:t>
      </w:r>
      <w:r w:rsidRPr="00233BD8">
        <w:rPr>
          <w:rFonts w:ascii="Tahoma" w:hAnsi="Tahoma" w:cs="Tahoma"/>
          <w:rtl/>
        </w:rPr>
        <w:t xml:space="preserve"> و کارگزاران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ن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از</w:t>
      </w:r>
      <w:r w:rsidRPr="00233BD8">
        <w:rPr>
          <w:rFonts w:ascii="Tahoma" w:hAnsi="Tahoma" w:cs="Tahoma"/>
          <w:rtl/>
        </w:rPr>
        <w:t xml:space="preserve"> داشت که پ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ش</w:t>
      </w:r>
      <w:r w:rsidRPr="00233BD8">
        <w:rPr>
          <w:rFonts w:ascii="Tahoma" w:hAnsi="Tahoma" w:cs="Tahoma"/>
          <w:rtl/>
        </w:rPr>
        <w:t xml:space="preserve"> از او در آنجا کار م</w:t>
      </w:r>
      <w:r w:rsidRPr="00233BD8">
        <w:rPr>
          <w:rFonts w:ascii="Tahoma" w:hAnsi="Tahoma" w:cs="Tahoma" w:hint="cs"/>
          <w:rtl/>
        </w:rPr>
        <w:t>ی‌</w:t>
      </w:r>
      <w:r w:rsidRPr="00233BD8">
        <w:rPr>
          <w:rFonts w:ascii="Tahoma" w:hAnsi="Tahoma" w:cs="Tahoma" w:hint="eastAsia"/>
          <w:rtl/>
        </w:rPr>
        <w:t>کردند</w:t>
      </w:r>
      <w:r w:rsidRPr="00233BD8">
        <w:rPr>
          <w:rFonts w:ascii="Tahoma" w:hAnsi="Tahoma" w:cs="Tahoma"/>
          <w:rtl/>
        </w:rPr>
        <w:t>.</w:t>
      </w:r>
    </w:p>
    <w:p w:rsidR="00233BD8" w:rsidRPr="00233BD8" w:rsidRDefault="00233BD8" w:rsidP="00233BD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33BD8">
        <w:rPr>
          <w:rFonts w:ascii="Tahoma" w:hAnsi="Tahoma" w:cs="Tahoma" w:hint="eastAsia"/>
          <w:rtl/>
        </w:rPr>
        <w:t>در</w:t>
      </w:r>
      <w:r w:rsidRPr="00233BD8">
        <w:rPr>
          <w:rFonts w:ascii="Tahoma" w:hAnsi="Tahoma" w:cs="Tahoma"/>
          <w:rtl/>
        </w:rPr>
        <w:t xml:space="preserve"> غرب 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ران،</w:t>
      </w:r>
      <w:r w:rsidRPr="00233BD8">
        <w:rPr>
          <w:rFonts w:ascii="Tahoma" w:hAnsi="Tahoma" w:cs="Tahoma"/>
          <w:rtl/>
        </w:rPr>
        <w:t xml:space="preserve"> دو اتحاد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هٔ</w:t>
      </w:r>
      <w:r w:rsidRPr="00233BD8">
        <w:rPr>
          <w:rFonts w:ascii="Tahoma" w:hAnsi="Tahoma" w:cs="Tahoma"/>
          <w:rtl/>
        </w:rPr>
        <w:t xml:space="preserve"> بزرگ ترکمان، قره‌قو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ونلوها</w:t>
      </w:r>
      <w:r w:rsidRPr="00233BD8">
        <w:rPr>
          <w:rFonts w:ascii="Tahoma" w:hAnsi="Tahoma" w:cs="Tahoma"/>
          <w:rtl/>
        </w:rPr>
        <w:t xml:space="preserve"> و آق‌قو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ونلوها،</w:t>
      </w:r>
      <w:r w:rsidRPr="00233BD8">
        <w:rPr>
          <w:rFonts w:ascii="Tahoma" w:hAnsi="Tahoma" w:cs="Tahoma"/>
          <w:rtl/>
        </w:rPr>
        <w:t xml:space="preserve"> به‌تدر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ج</w:t>
      </w:r>
      <w:r w:rsidRPr="00233BD8">
        <w:rPr>
          <w:rFonts w:ascii="Tahoma" w:hAnsi="Tahoma" w:cs="Tahoma"/>
          <w:rtl/>
        </w:rPr>
        <w:t xml:space="preserve"> قدرت 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افتند</w:t>
      </w:r>
      <w:r w:rsidRPr="00233BD8">
        <w:rPr>
          <w:rFonts w:ascii="Tahoma" w:hAnsi="Tahoma" w:cs="Tahoma"/>
          <w:rtl/>
        </w:rPr>
        <w:t>. 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ن</w:t>
      </w:r>
      <w:r w:rsidRPr="00233BD8">
        <w:rPr>
          <w:rFonts w:ascii="Tahoma" w:hAnsi="Tahoma" w:cs="Tahoma"/>
          <w:rtl/>
        </w:rPr>
        <w:t xml:space="preserve"> اتحاد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ه‌ها</w:t>
      </w:r>
      <w:r w:rsidRPr="00233BD8">
        <w:rPr>
          <w:rFonts w:ascii="Tahoma" w:hAnsi="Tahoma" w:cs="Tahoma"/>
          <w:rtl/>
        </w:rPr>
        <w:t xml:space="preserve"> حکومت‌ها</w:t>
      </w:r>
      <w:r w:rsidRPr="00233BD8">
        <w:rPr>
          <w:rFonts w:ascii="Tahoma" w:hAnsi="Tahoma" w:cs="Tahoma" w:hint="cs"/>
          <w:rtl/>
        </w:rPr>
        <w:t>یی</w:t>
      </w:r>
      <w:r w:rsidRPr="00233BD8">
        <w:rPr>
          <w:rFonts w:ascii="Tahoma" w:hAnsi="Tahoma" w:cs="Tahoma"/>
          <w:rtl/>
        </w:rPr>
        <w:t xml:space="preserve"> به معنا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امروز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ن</w:t>
      </w:r>
      <w:r w:rsidRPr="00233BD8">
        <w:rPr>
          <w:rFonts w:ascii="Tahoma" w:hAnsi="Tahoma" w:cs="Tahoma"/>
          <w:rtl/>
        </w:rPr>
        <w:t xml:space="preserve"> نبودند که بر دستگاه ادار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کپارچه،</w:t>
      </w:r>
      <w:r w:rsidRPr="00233BD8">
        <w:rPr>
          <w:rFonts w:ascii="Tahoma" w:hAnsi="Tahoma" w:cs="Tahoma"/>
          <w:rtl/>
        </w:rPr>
        <w:t xml:space="preserve"> مرزها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تثب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ت‌شده</w:t>
      </w:r>
      <w:r w:rsidRPr="00233BD8">
        <w:rPr>
          <w:rFonts w:ascii="Tahoma" w:hAnsi="Tahoma" w:cs="Tahoma"/>
          <w:rtl/>
        </w:rPr>
        <w:t xml:space="preserve"> و قانون جانش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ن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روشن استوار باشند. ن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رو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اصل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آنها از قبا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ل،</w:t>
      </w:r>
      <w:r w:rsidRPr="00233BD8">
        <w:rPr>
          <w:rFonts w:ascii="Tahoma" w:hAnsi="Tahoma" w:cs="Tahoma"/>
          <w:rtl/>
        </w:rPr>
        <w:t xml:space="preserve"> سران 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ل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و پ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وندها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شخص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با فرمانروا سرچشمه م</w:t>
      </w:r>
      <w:r w:rsidRPr="00233BD8">
        <w:rPr>
          <w:rFonts w:ascii="Tahoma" w:hAnsi="Tahoma" w:cs="Tahoma" w:hint="cs"/>
          <w:rtl/>
        </w:rPr>
        <w:t>ی‌</w:t>
      </w:r>
      <w:r w:rsidRPr="00233BD8">
        <w:rPr>
          <w:rFonts w:ascii="Tahoma" w:hAnsi="Tahoma" w:cs="Tahoma" w:hint="eastAsia"/>
          <w:rtl/>
        </w:rPr>
        <w:t>گرفت</w:t>
      </w:r>
      <w:r w:rsidRPr="00233BD8">
        <w:rPr>
          <w:rFonts w:ascii="Tahoma" w:hAnsi="Tahoma" w:cs="Tahoma"/>
          <w:rtl/>
        </w:rPr>
        <w:t>. هر فرمانروا برا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حفظ قدرت با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د</w:t>
      </w:r>
      <w:r w:rsidRPr="00233BD8">
        <w:rPr>
          <w:rFonts w:ascii="Tahoma" w:hAnsi="Tahoma" w:cs="Tahoma"/>
          <w:rtl/>
        </w:rPr>
        <w:t xml:space="preserve"> وفادار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سران قب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له‌ها</w:t>
      </w:r>
      <w:r w:rsidRPr="00233BD8">
        <w:rPr>
          <w:rFonts w:ascii="Tahoma" w:hAnsi="Tahoma" w:cs="Tahoma"/>
          <w:rtl/>
        </w:rPr>
        <w:t xml:space="preserve"> را نگاه م</w:t>
      </w:r>
      <w:r w:rsidRPr="00233BD8">
        <w:rPr>
          <w:rFonts w:ascii="Tahoma" w:hAnsi="Tahoma" w:cs="Tahoma" w:hint="cs"/>
          <w:rtl/>
        </w:rPr>
        <w:t>ی‌</w:t>
      </w:r>
      <w:r w:rsidRPr="00233BD8">
        <w:rPr>
          <w:rFonts w:ascii="Tahoma" w:hAnsi="Tahoma" w:cs="Tahoma" w:hint="eastAsia"/>
          <w:rtl/>
        </w:rPr>
        <w:t>داشت،</w:t>
      </w:r>
      <w:r w:rsidRPr="00233BD8">
        <w:rPr>
          <w:rFonts w:ascii="Tahoma" w:hAnsi="Tahoma" w:cs="Tahoma"/>
          <w:rtl/>
        </w:rPr>
        <w:t xml:space="preserve"> غن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مت</w:t>
      </w:r>
      <w:r w:rsidRPr="00233BD8">
        <w:rPr>
          <w:rFonts w:ascii="Tahoma" w:hAnsi="Tahoma" w:cs="Tahoma"/>
          <w:rtl/>
        </w:rPr>
        <w:t xml:space="preserve"> و زم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ن</w:t>
      </w:r>
      <w:r w:rsidRPr="00233BD8">
        <w:rPr>
          <w:rFonts w:ascii="Tahoma" w:hAnsi="Tahoma" w:cs="Tahoma"/>
          <w:rtl/>
        </w:rPr>
        <w:t xml:space="preserve"> م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ان</w:t>
      </w:r>
      <w:r w:rsidRPr="00233BD8">
        <w:rPr>
          <w:rFonts w:ascii="Tahoma" w:hAnsi="Tahoma" w:cs="Tahoma"/>
          <w:rtl/>
        </w:rPr>
        <w:t xml:space="preserve"> آنان تقس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م</w:t>
      </w:r>
      <w:r w:rsidRPr="00233BD8">
        <w:rPr>
          <w:rFonts w:ascii="Tahoma" w:hAnsi="Tahoma" w:cs="Tahoma"/>
          <w:rtl/>
        </w:rPr>
        <w:t xml:space="preserve"> م</w:t>
      </w:r>
      <w:r w:rsidRPr="00233BD8">
        <w:rPr>
          <w:rFonts w:ascii="Tahoma" w:hAnsi="Tahoma" w:cs="Tahoma" w:hint="cs"/>
          <w:rtl/>
        </w:rPr>
        <w:t>ی‌</w:t>
      </w:r>
      <w:r w:rsidRPr="00233BD8">
        <w:rPr>
          <w:rFonts w:ascii="Tahoma" w:hAnsi="Tahoma" w:cs="Tahoma" w:hint="eastAsia"/>
          <w:rtl/>
        </w:rPr>
        <w:t>کرد</w:t>
      </w:r>
      <w:r w:rsidRPr="00233BD8">
        <w:rPr>
          <w:rFonts w:ascii="Tahoma" w:hAnsi="Tahoma" w:cs="Tahoma"/>
          <w:rtl/>
        </w:rPr>
        <w:t xml:space="preserve"> و در م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دان</w:t>
      </w:r>
      <w:r w:rsidRPr="00233BD8">
        <w:rPr>
          <w:rFonts w:ascii="Tahoma" w:hAnsi="Tahoma" w:cs="Tahoma"/>
          <w:rtl/>
        </w:rPr>
        <w:t xml:space="preserve"> جنگ توانا</w:t>
      </w:r>
      <w:r w:rsidRPr="00233BD8">
        <w:rPr>
          <w:rFonts w:ascii="Tahoma" w:hAnsi="Tahoma" w:cs="Tahoma" w:hint="cs"/>
          <w:rtl/>
        </w:rPr>
        <w:t>یی</w:t>
      </w:r>
      <w:r w:rsidRPr="00233BD8">
        <w:rPr>
          <w:rFonts w:ascii="Tahoma" w:hAnsi="Tahoma" w:cs="Tahoma"/>
          <w:rtl/>
        </w:rPr>
        <w:t xml:space="preserve"> خود را نشان م</w:t>
      </w:r>
      <w:r w:rsidRPr="00233BD8">
        <w:rPr>
          <w:rFonts w:ascii="Tahoma" w:hAnsi="Tahoma" w:cs="Tahoma" w:hint="cs"/>
          <w:rtl/>
        </w:rPr>
        <w:t>ی‌</w:t>
      </w:r>
      <w:r w:rsidRPr="00233BD8">
        <w:rPr>
          <w:rFonts w:ascii="Tahoma" w:hAnsi="Tahoma" w:cs="Tahoma" w:hint="eastAsia"/>
          <w:rtl/>
        </w:rPr>
        <w:t>داد</w:t>
      </w:r>
      <w:r w:rsidRPr="00233BD8">
        <w:rPr>
          <w:rFonts w:ascii="Tahoma" w:hAnsi="Tahoma" w:cs="Tahoma"/>
          <w:rtl/>
        </w:rPr>
        <w:t>.</w:t>
      </w:r>
    </w:p>
    <w:p w:rsidR="00233BD8" w:rsidRPr="00233BD8" w:rsidRDefault="00233BD8" w:rsidP="00233BD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33BD8">
        <w:rPr>
          <w:rFonts w:ascii="Tahoma" w:hAnsi="Tahoma" w:cs="Tahoma" w:hint="eastAsia"/>
          <w:rtl/>
        </w:rPr>
        <w:t>قشون</w:t>
      </w:r>
      <w:r w:rsidRPr="00233BD8">
        <w:rPr>
          <w:rFonts w:ascii="Tahoma" w:hAnsi="Tahoma" w:cs="Tahoma"/>
          <w:rtl/>
        </w:rPr>
        <w:t xml:space="preserve"> 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ل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به فرمانروا امکان م</w:t>
      </w:r>
      <w:r w:rsidRPr="00233BD8">
        <w:rPr>
          <w:rFonts w:ascii="Tahoma" w:hAnsi="Tahoma" w:cs="Tahoma" w:hint="cs"/>
          <w:rtl/>
        </w:rPr>
        <w:t>ی‌</w:t>
      </w:r>
      <w:r w:rsidRPr="00233BD8">
        <w:rPr>
          <w:rFonts w:ascii="Tahoma" w:hAnsi="Tahoma" w:cs="Tahoma" w:hint="eastAsia"/>
          <w:rtl/>
        </w:rPr>
        <w:t>داد</w:t>
      </w:r>
      <w:r w:rsidRPr="00233BD8">
        <w:rPr>
          <w:rFonts w:ascii="Tahoma" w:hAnsi="Tahoma" w:cs="Tahoma"/>
          <w:rtl/>
        </w:rPr>
        <w:t xml:space="preserve"> رق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بان</w:t>
      </w:r>
      <w:r w:rsidRPr="00233BD8">
        <w:rPr>
          <w:rFonts w:ascii="Tahoma" w:hAnsi="Tahoma" w:cs="Tahoma"/>
          <w:rtl/>
        </w:rPr>
        <w:t xml:space="preserve"> را شکست دهد و شهرها را تصرف کند، اما هم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ن</w:t>
      </w:r>
      <w:r w:rsidRPr="00233BD8">
        <w:rPr>
          <w:rFonts w:ascii="Tahoma" w:hAnsi="Tahoma" w:cs="Tahoma"/>
          <w:rtl/>
        </w:rPr>
        <w:t xml:space="preserve"> قشون مانع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در برابر تمرکز پا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دار</w:t>
      </w:r>
      <w:r w:rsidRPr="00233BD8">
        <w:rPr>
          <w:rFonts w:ascii="Tahoma" w:hAnsi="Tahoma" w:cs="Tahoma"/>
          <w:rtl/>
        </w:rPr>
        <w:t xml:space="preserve"> قدرت بود. سران قبا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ل</w:t>
      </w:r>
      <w:r w:rsidRPr="00233BD8">
        <w:rPr>
          <w:rFonts w:ascii="Tahoma" w:hAnsi="Tahoma" w:cs="Tahoma"/>
          <w:rtl/>
        </w:rPr>
        <w:t xml:space="preserve"> فقط مأموران حکومت نبودند؛ هر 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ک</w:t>
      </w:r>
      <w:r w:rsidRPr="00233BD8">
        <w:rPr>
          <w:rFonts w:ascii="Tahoma" w:hAnsi="Tahoma" w:cs="Tahoma"/>
          <w:rtl/>
        </w:rPr>
        <w:t xml:space="preserve"> ن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رو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جنگ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،</w:t>
      </w:r>
      <w:r w:rsidRPr="00233BD8">
        <w:rPr>
          <w:rFonts w:ascii="Tahoma" w:hAnsi="Tahoma" w:cs="Tahoma"/>
          <w:rtl/>
        </w:rPr>
        <w:t xml:space="preserve"> پ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روان،</w:t>
      </w:r>
      <w:r w:rsidRPr="00233BD8">
        <w:rPr>
          <w:rFonts w:ascii="Tahoma" w:hAnsi="Tahoma" w:cs="Tahoma"/>
          <w:rtl/>
        </w:rPr>
        <w:t xml:space="preserve"> زم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ن</w:t>
      </w:r>
      <w:r w:rsidRPr="00233BD8">
        <w:rPr>
          <w:rFonts w:ascii="Tahoma" w:hAnsi="Tahoma" w:cs="Tahoma"/>
          <w:rtl/>
        </w:rPr>
        <w:t xml:space="preserve"> و خواسته‌ها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خود را داشتند. آنان از فرمانروا</w:t>
      </w:r>
      <w:r w:rsidRPr="00233BD8">
        <w:rPr>
          <w:rFonts w:ascii="Tahoma" w:hAnsi="Tahoma" w:cs="Tahoma" w:hint="cs"/>
          <w:rtl/>
        </w:rPr>
        <w:t>یی</w:t>
      </w:r>
      <w:r w:rsidRPr="00233BD8">
        <w:rPr>
          <w:rFonts w:ascii="Tahoma" w:hAnsi="Tahoma" w:cs="Tahoma"/>
          <w:rtl/>
        </w:rPr>
        <w:t xml:space="preserve"> اطاعت م</w:t>
      </w:r>
      <w:r w:rsidRPr="00233BD8">
        <w:rPr>
          <w:rFonts w:ascii="Tahoma" w:hAnsi="Tahoma" w:cs="Tahoma" w:hint="cs"/>
          <w:rtl/>
        </w:rPr>
        <w:t>ی‌</w:t>
      </w:r>
      <w:r w:rsidRPr="00233BD8">
        <w:rPr>
          <w:rFonts w:ascii="Tahoma" w:hAnsi="Tahoma" w:cs="Tahoma" w:hint="eastAsia"/>
          <w:rtl/>
        </w:rPr>
        <w:t>کردند</w:t>
      </w:r>
      <w:r w:rsidRPr="00233BD8">
        <w:rPr>
          <w:rFonts w:ascii="Tahoma" w:hAnsi="Tahoma" w:cs="Tahoma"/>
          <w:rtl/>
        </w:rPr>
        <w:t xml:space="preserve"> که پ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روز،</w:t>
      </w:r>
      <w:r w:rsidRPr="00233BD8">
        <w:rPr>
          <w:rFonts w:ascii="Tahoma" w:hAnsi="Tahoma" w:cs="Tahoma"/>
          <w:rtl/>
        </w:rPr>
        <w:t xml:space="preserve"> بخشنده و ن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رومند</w:t>
      </w:r>
      <w:r w:rsidRPr="00233BD8">
        <w:rPr>
          <w:rFonts w:ascii="Tahoma" w:hAnsi="Tahoma" w:cs="Tahoma"/>
          <w:rtl/>
        </w:rPr>
        <w:t xml:space="preserve"> باشد. ضعف 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ا</w:t>
      </w:r>
      <w:r w:rsidRPr="00233BD8">
        <w:rPr>
          <w:rFonts w:ascii="Tahoma" w:hAnsi="Tahoma" w:cs="Tahoma"/>
          <w:rtl/>
        </w:rPr>
        <w:t xml:space="preserve"> مرگ فرمانروا م</w:t>
      </w:r>
      <w:r w:rsidRPr="00233BD8">
        <w:rPr>
          <w:rFonts w:ascii="Tahoma" w:hAnsi="Tahoma" w:cs="Tahoma" w:hint="cs"/>
          <w:rtl/>
        </w:rPr>
        <w:t>ی‌</w:t>
      </w:r>
      <w:r w:rsidRPr="00233BD8">
        <w:rPr>
          <w:rFonts w:ascii="Tahoma" w:hAnsi="Tahoma" w:cs="Tahoma" w:hint="eastAsia"/>
          <w:rtl/>
        </w:rPr>
        <w:t>توانست</w:t>
      </w:r>
      <w:r w:rsidRPr="00233BD8">
        <w:rPr>
          <w:rFonts w:ascii="Tahoma" w:hAnsi="Tahoma" w:cs="Tahoma"/>
          <w:rtl/>
        </w:rPr>
        <w:t xml:space="preserve"> وفادار</w:t>
      </w:r>
      <w:r w:rsidRPr="00233BD8">
        <w:rPr>
          <w:rFonts w:ascii="Tahoma" w:hAnsi="Tahoma" w:cs="Tahoma" w:hint="cs"/>
          <w:rtl/>
        </w:rPr>
        <w:t>ی‌</w:t>
      </w:r>
      <w:r w:rsidRPr="00233BD8">
        <w:rPr>
          <w:rFonts w:ascii="Tahoma" w:hAnsi="Tahoma" w:cs="Tahoma" w:hint="eastAsia"/>
          <w:rtl/>
        </w:rPr>
        <w:t>ها</w:t>
      </w:r>
      <w:r w:rsidRPr="00233BD8">
        <w:rPr>
          <w:rFonts w:ascii="Tahoma" w:hAnsi="Tahoma" w:cs="Tahoma"/>
          <w:rtl/>
        </w:rPr>
        <w:t xml:space="preserve"> را تغ</w:t>
      </w:r>
      <w:r w:rsidRPr="00233BD8">
        <w:rPr>
          <w:rFonts w:ascii="Tahoma" w:hAnsi="Tahoma" w:cs="Tahoma" w:hint="cs"/>
          <w:rtl/>
        </w:rPr>
        <w:t>یی</w:t>
      </w:r>
      <w:r w:rsidRPr="00233BD8">
        <w:rPr>
          <w:rFonts w:ascii="Tahoma" w:hAnsi="Tahoma" w:cs="Tahoma" w:hint="eastAsia"/>
          <w:rtl/>
        </w:rPr>
        <w:t>ر</w:t>
      </w:r>
      <w:r w:rsidRPr="00233BD8">
        <w:rPr>
          <w:rFonts w:ascii="Tahoma" w:hAnsi="Tahoma" w:cs="Tahoma"/>
          <w:rtl/>
        </w:rPr>
        <w:t xml:space="preserve"> دهد و اتحاد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ه</w:t>
      </w:r>
      <w:r w:rsidRPr="00233BD8">
        <w:rPr>
          <w:rFonts w:ascii="Tahoma" w:hAnsi="Tahoma" w:cs="Tahoma"/>
          <w:rtl/>
        </w:rPr>
        <w:t xml:space="preserve"> را به گروه‌ها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رق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ب</w:t>
      </w:r>
      <w:r w:rsidRPr="00233BD8">
        <w:rPr>
          <w:rFonts w:ascii="Tahoma" w:hAnsi="Tahoma" w:cs="Tahoma"/>
          <w:rtl/>
        </w:rPr>
        <w:t xml:space="preserve"> تقس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م</w:t>
      </w:r>
      <w:r w:rsidRPr="00233BD8">
        <w:rPr>
          <w:rFonts w:ascii="Tahoma" w:hAnsi="Tahoma" w:cs="Tahoma"/>
          <w:rtl/>
        </w:rPr>
        <w:t xml:space="preserve"> کند.</w:t>
      </w:r>
    </w:p>
    <w:p w:rsidR="00233BD8" w:rsidRPr="00233BD8" w:rsidRDefault="00233BD8" w:rsidP="00233BD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33BD8">
        <w:rPr>
          <w:rFonts w:ascii="Tahoma" w:hAnsi="Tahoma" w:cs="Tahoma" w:hint="eastAsia"/>
          <w:rtl/>
        </w:rPr>
        <w:t>قره‌قو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ونلوها</w:t>
      </w:r>
      <w:r w:rsidRPr="00233BD8">
        <w:rPr>
          <w:rFonts w:ascii="Tahoma" w:hAnsi="Tahoma" w:cs="Tahoma"/>
          <w:rtl/>
        </w:rPr>
        <w:t xml:space="preserve"> توانستند تبر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ز</w:t>
      </w:r>
      <w:r w:rsidRPr="00233BD8">
        <w:rPr>
          <w:rFonts w:ascii="Tahoma" w:hAnsi="Tahoma" w:cs="Tahoma"/>
          <w:rtl/>
        </w:rPr>
        <w:t xml:space="preserve"> را به مرکز قدرت خود تبد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ل</w:t>
      </w:r>
      <w:r w:rsidRPr="00233BD8">
        <w:rPr>
          <w:rFonts w:ascii="Tahoma" w:hAnsi="Tahoma" w:cs="Tahoma"/>
          <w:rtl/>
        </w:rPr>
        <w:t xml:space="preserve"> کنند و بر بخش‌ها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مهم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از غرب 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ران</w:t>
      </w:r>
      <w:r w:rsidRPr="00233BD8">
        <w:rPr>
          <w:rFonts w:ascii="Tahoma" w:hAnsi="Tahoma" w:cs="Tahoma"/>
          <w:rtl/>
        </w:rPr>
        <w:t xml:space="preserve"> فرمان برانند. جهانشاه قره‌قو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ونلو</w:t>
      </w:r>
      <w:r w:rsidRPr="00233BD8">
        <w:rPr>
          <w:rFonts w:ascii="Tahoma" w:hAnsi="Tahoma" w:cs="Tahoma"/>
          <w:rtl/>
        </w:rPr>
        <w:t xml:space="preserve"> قلمرو خود را گسترش داد و تنها 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ک</w:t>
      </w:r>
      <w:r w:rsidRPr="00233BD8">
        <w:rPr>
          <w:rFonts w:ascii="Tahoma" w:hAnsi="Tahoma" w:cs="Tahoma"/>
          <w:rtl/>
        </w:rPr>
        <w:t xml:space="preserve"> رئ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س</w:t>
      </w:r>
      <w:r w:rsidRPr="00233BD8">
        <w:rPr>
          <w:rFonts w:ascii="Tahoma" w:hAnsi="Tahoma" w:cs="Tahoma"/>
          <w:rtl/>
        </w:rPr>
        <w:t xml:space="preserve"> قب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له</w:t>
      </w:r>
      <w:r w:rsidRPr="00233BD8">
        <w:rPr>
          <w:rFonts w:ascii="Tahoma" w:hAnsi="Tahoma" w:cs="Tahoma"/>
          <w:rtl/>
        </w:rPr>
        <w:t xml:space="preserve"> باق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نماند. حکومت گسترده‌تر، او را ناچار م</w:t>
      </w:r>
      <w:r w:rsidRPr="00233BD8">
        <w:rPr>
          <w:rFonts w:ascii="Tahoma" w:hAnsi="Tahoma" w:cs="Tahoma" w:hint="cs"/>
          <w:rtl/>
        </w:rPr>
        <w:t>ی‌</w:t>
      </w:r>
      <w:r w:rsidRPr="00233BD8">
        <w:rPr>
          <w:rFonts w:ascii="Tahoma" w:hAnsi="Tahoma" w:cs="Tahoma" w:hint="eastAsia"/>
          <w:rtl/>
        </w:rPr>
        <w:t>کرد</w:t>
      </w:r>
      <w:r w:rsidRPr="00233BD8">
        <w:rPr>
          <w:rFonts w:ascii="Tahoma" w:hAnsi="Tahoma" w:cs="Tahoma"/>
          <w:rtl/>
        </w:rPr>
        <w:t xml:space="preserve"> که از د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وان،</w:t>
      </w:r>
      <w:r w:rsidRPr="00233BD8">
        <w:rPr>
          <w:rFonts w:ascii="Tahoma" w:hAnsi="Tahoma" w:cs="Tahoma"/>
          <w:rtl/>
        </w:rPr>
        <w:t xml:space="preserve"> مال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ات</w:t>
      </w:r>
      <w:r w:rsidRPr="00233BD8">
        <w:rPr>
          <w:rFonts w:ascii="Tahoma" w:hAnsi="Tahoma" w:cs="Tahoma"/>
          <w:rtl/>
        </w:rPr>
        <w:t xml:space="preserve"> و شهرها استفاده کند. اما افزا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ش</w:t>
      </w:r>
      <w:r w:rsidRPr="00233BD8">
        <w:rPr>
          <w:rFonts w:ascii="Tahoma" w:hAnsi="Tahoma" w:cs="Tahoma"/>
          <w:rtl/>
        </w:rPr>
        <w:t xml:space="preserve"> قدرت مرکز با استقلال سران 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ل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تعارض داشت. هرچه فرمانروا م</w:t>
      </w:r>
      <w:r w:rsidRPr="00233BD8">
        <w:rPr>
          <w:rFonts w:ascii="Tahoma" w:hAnsi="Tahoma" w:cs="Tahoma" w:hint="cs"/>
          <w:rtl/>
        </w:rPr>
        <w:t>ی‌</w:t>
      </w:r>
      <w:r w:rsidRPr="00233BD8">
        <w:rPr>
          <w:rFonts w:ascii="Tahoma" w:hAnsi="Tahoma" w:cs="Tahoma" w:hint="eastAsia"/>
          <w:rtl/>
        </w:rPr>
        <w:t>کوش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د</w:t>
      </w:r>
      <w:r w:rsidRPr="00233BD8">
        <w:rPr>
          <w:rFonts w:ascii="Tahoma" w:hAnsi="Tahoma" w:cs="Tahoma"/>
          <w:rtl/>
        </w:rPr>
        <w:t xml:space="preserve"> حکومت را از اتحاد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ه‌ا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قب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له‌ا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به دستگاه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متمرکزتر تبد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ل</w:t>
      </w:r>
      <w:r w:rsidRPr="00233BD8">
        <w:rPr>
          <w:rFonts w:ascii="Tahoma" w:hAnsi="Tahoma" w:cs="Tahoma"/>
          <w:rtl/>
        </w:rPr>
        <w:t xml:space="preserve"> کند، احتمال مقاومت کسان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که قدرت خود را از ساختار 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ل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م</w:t>
      </w:r>
      <w:r w:rsidRPr="00233BD8">
        <w:rPr>
          <w:rFonts w:ascii="Tahoma" w:hAnsi="Tahoma" w:cs="Tahoma" w:hint="cs"/>
          <w:rtl/>
        </w:rPr>
        <w:t>ی‌</w:t>
      </w:r>
      <w:r w:rsidRPr="00233BD8">
        <w:rPr>
          <w:rFonts w:ascii="Tahoma" w:hAnsi="Tahoma" w:cs="Tahoma" w:hint="eastAsia"/>
          <w:rtl/>
        </w:rPr>
        <w:t>گرفتند</w:t>
      </w:r>
      <w:r w:rsidRPr="00233BD8">
        <w:rPr>
          <w:rFonts w:ascii="Tahoma" w:hAnsi="Tahoma" w:cs="Tahoma"/>
          <w:rtl/>
        </w:rPr>
        <w:t xml:space="preserve"> افزا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ش</w:t>
      </w:r>
      <w:r w:rsidRPr="00233BD8">
        <w:rPr>
          <w:rFonts w:ascii="Tahoma" w:hAnsi="Tahoma" w:cs="Tahoma"/>
          <w:rtl/>
        </w:rPr>
        <w:t xml:space="preserve"> م</w:t>
      </w:r>
      <w:r w:rsidRPr="00233BD8">
        <w:rPr>
          <w:rFonts w:ascii="Tahoma" w:hAnsi="Tahoma" w:cs="Tahoma" w:hint="cs"/>
          <w:rtl/>
        </w:rPr>
        <w:t>ی‌ی</w:t>
      </w:r>
      <w:r w:rsidRPr="00233BD8">
        <w:rPr>
          <w:rFonts w:ascii="Tahoma" w:hAnsi="Tahoma" w:cs="Tahoma" w:hint="eastAsia"/>
          <w:rtl/>
        </w:rPr>
        <w:t>افت</w:t>
      </w:r>
      <w:r w:rsidRPr="00233BD8">
        <w:rPr>
          <w:rFonts w:ascii="Tahoma" w:hAnsi="Tahoma" w:cs="Tahoma"/>
          <w:rtl/>
        </w:rPr>
        <w:t>.</w:t>
      </w:r>
    </w:p>
    <w:p w:rsidR="00233BD8" w:rsidRPr="00233BD8" w:rsidRDefault="00233BD8" w:rsidP="00233BD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33BD8">
        <w:rPr>
          <w:rFonts w:ascii="Tahoma" w:hAnsi="Tahoma" w:cs="Tahoma" w:hint="eastAsia"/>
          <w:rtl/>
        </w:rPr>
        <w:t>آق‌قو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ونلوها</w:t>
      </w:r>
      <w:r w:rsidRPr="00233BD8">
        <w:rPr>
          <w:rFonts w:ascii="Tahoma" w:hAnsi="Tahoma" w:cs="Tahoma"/>
          <w:rtl/>
        </w:rPr>
        <w:t xml:space="preserve"> ن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ز</w:t>
      </w:r>
      <w:r w:rsidRPr="00233BD8">
        <w:rPr>
          <w:rFonts w:ascii="Tahoma" w:hAnsi="Tahoma" w:cs="Tahoma"/>
          <w:rtl/>
        </w:rPr>
        <w:t xml:space="preserve"> از دل هم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ن</w:t>
      </w:r>
      <w:r w:rsidRPr="00233BD8">
        <w:rPr>
          <w:rFonts w:ascii="Tahoma" w:hAnsi="Tahoma" w:cs="Tahoma"/>
          <w:rtl/>
        </w:rPr>
        <w:t xml:space="preserve"> جهان برخاستند. اوزون حسن توانست قره‌قو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ونلوها</w:t>
      </w:r>
      <w:r w:rsidRPr="00233BD8">
        <w:rPr>
          <w:rFonts w:ascii="Tahoma" w:hAnsi="Tahoma" w:cs="Tahoma"/>
          <w:rtl/>
        </w:rPr>
        <w:t xml:space="preserve"> را شکست دهد و بخش بزرگ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از 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ران</w:t>
      </w:r>
      <w:r w:rsidRPr="00233BD8">
        <w:rPr>
          <w:rFonts w:ascii="Tahoma" w:hAnsi="Tahoma" w:cs="Tahoma"/>
          <w:rtl/>
        </w:rPr>
        <w:t xml:space="preserve"> را ز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ر</w:t>
      </w:r>
      <w:r w:rsidRPr="00233BD8">
        <w:rPr>
          <w:rFonts w:ascii="Tahoma" w:hAnsi="Tahoma" w:cs="Tahoma"/>
          <w:rtl/>
        </w:rPr>
        <w:t xml:space="preserve"> فرمان خود آورد. حکومت او از نظر گستردگ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و ارتباطات خارج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اهم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ت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و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ژه</w:t>
      </w:r>
      <w:r w:rsidRPr="00233BD8">
        <w:rPr>
          <w:rFonts w:ascii="Tahoma" w:hAnsi="Tahoma" w:cs="Tahoma"/>
          <w:rtl/>
        </w:rPr>
        <w:t xml:space="preserve"> پ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دا</w:t>
      </w:r>
      <w:r w:rsidRPr="00233BD8">
        <w:rPr>
          <w:rFonts w:ascii="Tahoma" w:hAnsi="Tahoma" w:cs="Tahoma"/>
          <w:rtl/>
        </w:rPr>
        <w:t xml:space="preserve"> کرد. آق‌قو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ونلوها</w:t>
      </w:r>
      <w:r w:rsidRPr="00233BD8">
        <w:rPr>
          <w:rFonts w:ascii="Tahoma" w:hAnsi="Tahoma" w:cs="Tahoma"/>
          <w:rtl/>
        </w:rPr>
        <w:t xml:space="preserve"> با عثمان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ان،</w:t>
      </w:r>
      <w:r w:rsidRPr="00233BD8">
        <w:rPr>
          <w:rFonts w:ascii="Tahoma" w:hAnsi="Tahoma" w:cs="Tahoma"/>
          <w:rtl/>
        </w:rPr>
        <w:t xml:space="preserve"> ممال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ک</w:t>
      </w:r>
      <w:r w:rsidRPr="00233BD8">
        <w:rPr>
          <w:rFonts w:ascii="Tahoma" w:hAnsi="Tahoma" w:cs="Tahoma"/>
          <w:rtl/>
        </w:rPr>
        <w:t xml:space="preserve"> و دولت‌ها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اروپا</w:t>
      </w:r>
      <w:r w:rsidRPr="00233BD8">
        <w:rPr>
          <w:rFonts w:ascii="Tahoma" w:hAnsi="Tahoma" w:cs="Tahoma" w:hint="cs"/>
          <w:rtl/>
        </w:rPr>
        <w:t>یی</w:t>
      </w:r>
      <w:r w:rsidRPr="00233BD8">
        <w:rPr>
          <w:rFonts w:ascii="Tahoma" w:hAnsi="Tahoma" w:cs="Tahoma"/>
          <w:rtl/>
        </w:rPr>
        <w:t xml:space="preserve"> رابطه داشتن</w:t>
      </w:r>
      <w:r w:rsidRPr="00233BD8">
        <w:rPr>
          <w:rFonts w:ascii="Tahoma" w:hAnsi="Tahoma" w:cs="Tahoma" w:hint="eastAsia"/>
          <w:rtl/>
        </w:rPr>
        <w:t>د</w:t>
      </w:r>
      <w:r w:rsidRPr="00233BD8">
        <w:rPr>
          <w:rFonts w:ascii="Tahoma" w:hAnsi="Tahoma" w:cs="Tahoma"/>
          <w:rtl/>
        </w:rPr>
        <w:t>. دولت‌ها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اروپا</w:t>
      </w:r>
      <w:r w:rsidRPr="00233BD8">
        <w:rPr>
          <w:rFonts w:ascii="Tahoma" w:hAnsi="Tahoma" w:cs="Tahoma" w:hint="cs"/>
          <w:rtl/>
        </w:rPr>
        <w:t>یی</w:t>
      </w:r>
      <w:r w:rsidRPr="00233BD8">
        <w:rPr>
          <w:rFonts w:ascii="Tahoma" w:hAnsi="Tahoma" w:cs="Tahoma"/>
          <w:rtl/>
        </w:rPr>
        <w:t xml:space="preserve"> که از گسترش قدرت عثمان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ب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مناک</w:t>
      </w:r>
      <w:r w:rsidRPr="00233BD8">
        <w:rPr>
          <w:rFonts w:ascii="Tahoma" w:hAnsi="Tahoma" w:cs="Tahoma"/>
          <w:rtl/>
        </w:rPr>
        <w:t xml:space="preserve"> بودند، م</w:t>
      </w:r>
      <w:r w:rsidRPr="00233BD8">
        <w:rPr>
          <w:rFonts w:ascii="Tahoma" w:hAnsi="Tahoma" w:cs="Tahoma" w:hint="cs"/>
          <w:rtl/>
        </w:rPr>
        <w:t>ی‌</w:t>
      </w:r>
      <w:r w:rsidRPr="00233BD8">
        <w:rPr>
          <w:rFonts w:ascii="Tahoma" w:hAnsi="Tahoma" w:cs="Tahoma" w:hint="eastAsia"/>
          <w:rtl/>
        </w:rPr>
        <w:t>کوش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دند</w:t>
      </w:r>
      <w:r w:rsidRPr="00233BD8">
        <w:rPr>
          <w:rFonts w:ascii="Tahoma" w:hAnsi="Tahoma" w:cs="Tahoma"/>
          <w:rtl/>
        </w:rPr>
        <w:t xml:space="preserve"> در شرق آن حکومت متحد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پ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دا</w:t>
      </w:r>
      <w:r w:rsidRPr="00233BD8">
        <w:rPr>
          <w:rFonts w:ascii="Tahoma" w:hAnsi="Tahoma" w:cs="Tahoma"/>
          <w:rtl/>
        </w:rPr>
        <w:t xml:space="preserve"> کنند. بد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ن‌سان،</w:t>
      </w:r>
      <w:r w:rsidRPr="00233BD8">
        <w:rPr>
          <w:rFonts w:ascii="Tahoma" w:hAnsi="Tahoma" w:cs="Tahoma"/>
          <w:rtl/>
        </w:rPr>
        <w:t xml:space="preserve"> 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ران</w:t>
      </w:r>
      <w:r w:rsidRPr="00233BD8">
        <w:rPr>
          <w:rFonts w:ascii="Tahoma" w:hAnsi="Tahoma" w:cs="Tahoma"/>
          <w:rtl/>
        </w:rPr>
        <w:t xml:space="preserve"> و سرزم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ن‌ها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ز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ر</w:t>
      </w:r>
      <w:r w:rsidRPr="00233BD8">
        <w:rPr>
          <w:rFonts w:ascii="Tahoma" w:hAnsi="Tahoma" w:cs="Tahoma"/>
          <w:rtl/>
        </w:rPr>
        <w:t xml:space="preserve"> فرمان آق‌قو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ونلوها</w:t>
      </w:r>
      <w:r w:rsidRPr="00233BD8">
        <w:rPr>
          <w:rFonts w:ascii="Tahoma" w:hAnsi="Tahoma" w:cs="Tahoma"/>
          <w:rtl/>
        </w:rPr>
        <w:t xml:space="preserve"> وارد شبکه‌ا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گسترده‌تر از رقابت‌ها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س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اس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شدند.</w:t>
      </w:r>
    </w:p>
    <w:p w:rsidR="00233BD8" w:rsidRPr="00233BD8" w:rsidRDefault="00233BD8" w:rsidP="00233BD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33BD8">
        <w:rPr>
          <w:rFonts w:ascii="Tahoma" w:hAnsi="Tahoma" w:cs="Tahoma" w:hint="eastAsia"/>
          <w:rtl/>
        </w:rPr>
        <w:t>اما</w:t>
      </w:r>
      <w:r w:rsidRPr="00233BD8">
        <w:rPr>
          <w:rFonts w:ascii="Tahoma" w:hAnsi="Tahoma" w:cs="Tahoma"/>
          <w:rtl/>
        </w:rPr>
        <w:t xml:space="preserve"> گستردگ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قلمرو مشکل اصل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کشوردار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را حل نکرد. حکومت اوزون حسن همچنان بر تعادل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ناپا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دار</w:t>
      </w:r>
      <w:r w:rsidRPr="00233BD8">
        <w:rPr>
          <w:rFonts w:ascii="Tahoma" w:hAnsi="Tahoma" w:cs="Tahoma"/>
          <w:rtl/>
        </w:rPr>
        <w:t xml:space="preserve"> م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ان</w:t>
      </w:r>
      <w:r w:rsidRPr="00233BD8">
        <w:rPr>
          <w:rFonts w:ascii="Tahoma" w:hAnsi="Tahoma" w:cs="Tahoma"/>
          <w:rtl/>
        </w:rPr>
        <w:t xml:space="preserve"> قشون 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ل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و د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وان</w:t>
      </w:r>
      <w:r w:rsidRPr="00233BD8">
        <w:rPr>
          <w:rFonts w:ascii="Tahoma" w:hAnsi="Tahoma" w:cs="Tahoma"/>
          <w:rtl/>
        </w:rPr>
        <w:t xml:space="preserve"> استوار بود. او م</w:t>
      </w:r>
      <w:r w:rsidRPr="00233BD8">
        <w:rPr>
          <w:rFonts w:ascii="Tahoma" w:hAnsi="Tahoma" w:cs="Tahoma" w:hint="cs"/>
          <w:rtl/>
        </w:rPr>
        <w:t>ی‌</w:t>
      </w:r>
      <w:r w:rsidRPr="00233BD8">
        <w:rPr>
          <w:rFonts w:ascii="Tahoma" w:hAnsi="Tahoma" w:cs="Tahoma" w:hint="eastAsia"/>
          <w:rtl/>
        </w:rPr>
        <w:t>کوش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د</w:t>
      </w:r>
      <w:r w:rsidRPr="00233BD8">
        <w:rPr>
          <w:rFonts w:ascii="Tahoma" w:hAnsi="Tahoma" w:cs="Tahoma"/>
          <w:rtl/>
        </w:rPr>
        <w:t xml:space="preserve"> مال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ات‌ها</w:t>
      </w:r>
      <w:r w:rsidRPr="00233BD8">
        <w:rPr>
          <w:rFonts w:ascii="Tahoma" w:hAnsi="Tahoma" w:cs="Tahoma"/>
          <w:rtl/>
        </w:rPr>
        <w:t xml:space="preserve"> را منظم‌تر سازد و رابطهٔ حکومت با زم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ن</w:t>
      </w:r>
      <w:r w:rsidRPr="00233BD8">
        <w:rPr>
          <w:rFonts w:ascii="Tahoma" w:hAnsi="Tahoma" w:cs="Tahoma"/>
          <w:rtl/>
        </w:rPr>
        <w:t xml:space="preserve"> و درآمد را ز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ر</w:t>
      </w:r>
      <w:r w:rsidRPr="00233BD8">
        <w:rPr>
          <w:rFonts w:ascii="Tahoma" w:hAnsi="Tahoma" w:cs="Tahoma"/>
          <w:rtl/>
        </w:rPr>
        <w:t xml:space="preserve"> قاعده‌ا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روشن‌تر قرار دهد. 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ن</w:t>
      </w:r>
      <w:r w:rsidRPr="00233BD8">
        <w:rPr>
          <w:rFonts w:ascii="Tahoma" w:hAnsi="Tahoma" w:cs="Tahoma"/>
          <w:rtl/>
        </w:rPr>
        <w:t xml:space="preserve"> کوشش نشان م</w:t>
      </w:r>
      <w:r w:rsidRPr="00233BD8">
        <w:rPr>
          <w:rFonts w:ascii="Tahoma" w:hAnsi="Tahoma" w:cs="Tahoma" w:hint="cs"/>
          <w:rtl/>
        </w:rPr>
        <w:t>ی‌</w:t>
      </w:r>
      <w:r w:rsidRPr="00233BD8">
        <w:rPr>
          <w:rFonts w:ascii="Tahoma" w:hAnsi="Tahoma" w:cs="Tahoma" w:hint="eastAsia"/>
          <w:rtl/>
        </w:rPr>
        <w:t>داد</w:t>
      </w:r>
      <w:r w:rsidRPr="00233BD8">
        <w:rPr>
          <w:rFonts w:ascii="Tahoma" w:hAnsi="Tahoma" w:cs="Tahoma"/>
          <w:rtl/>
        </w:rPr>
        <w:t xml:space="preserve"> که فرم</w:t>
      </w:r>
      <w:r w:rsidRPr="00233BD8">
        <w:rPr>
          <w:rFonts w:ascii="Tahoma" w:hAnsi="Tahoma" w:cs="Tahoma" w:hint="eastAsia"/>
          <w:rtl/>
        </w:rPr>
        <w:t>انروا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پ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روز</w:t>
      </w:r>
      <w:r w:rsidRPr="00233BD8">
        <w:rPr>
          <w:rFonts w:ascii="Tahoma" w:hAnsi="Tahoma" w:cs="Tahoma"/>
          <w:rtl/>
        </w:rPr>
        <w:t xml:space="preserve"> ن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ز</w:t>
      </w:r>
      <w:r w:rsidRPr="00233BD8">
        <w:rPr>
          <w:rFonts w:ascii="Tahoma" w:hAnsi="Tahoma" w:cs="Tahoma"/>
          <w:rtl/>
        </w:rPr>
        <w:t xml:space="preserve"> درم</w:t>
      </w:r>
      <w:r w:rsidRPr="00233BD8">
        <w:rPr>
          <w:rFonts w:ascii="Tahoma" w:hAnsi="Tahoma" w:cs="Tahoma" w:hint="cs"/>
          <w:rtl/>
        </w:rPr>
        <w:t>ی‌ی</w:t>
      </w:r>
      <w:r w:rsidRPr="00233BD8">
        <w:rPr>
          <w:rFonts w:ascii="Tahoma" w:hAnsi="Tahoma" w:cs="Tahoma" w:hint="eastAsia"/>
          <w:rtl/>
        </w:rPr>
        <w:t>ابد</w:t>
      </w:r>
      <w:r w:rsidRPr="00233BD8">
        <w:rPr>
          <w:rFonts w:ascii="Tahoma" w:hAnsi="Tahoma" w:cs="Tahoma"/>
          <w:rtl/>
        </w:rPr>
        <w:t xml:space="preserve"> شمش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ر</w:t>
      </w:r>
      <w:r w:rsidRPr="00233BD8">
        <w:rPr>
          <w:rFonts w:ascii="Tahoma" w:hAnsi="Tahoma" w:cs="Tahoma"/>
          <w:rtl/>
        </w:rPr>
        <w:t xml:space="preserve"> برا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ادارهٔ کشور کاف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ن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ست</w:t>
      </w:r>
      <w:r w:rsidRPr="00233BD8">
        <w:rPr>
          <w:rFonts w:ascii="Tahoma" w:hAnsi="Tahoma" w:cs="Tahoma"/>
          <w:rtl/>
        </w:rPr>
        <w:t>. باا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ن‌همه،</w:t>
      </w:r>
      <w:r w:rsidRPr="00233BD8">
        <w:rPr>
          <w:rFonts w:ascii="Tahoma" w:hAnsi="Tahoma" w:cs="Tahoma"/>
          <w:rtl/>
        </w:rPr>
        <w:t xml:space="preserve"> دستگاه حکومت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نتوانست چنان از شخص او مستقل شود که پس از مرگش انتقال قدرت را بدون جنگ و پراکندگ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انجام دهد.</w:t>
      </w:r>
    </w:p>
    <w:p w:rsidR="00233BD8" w:rsidRPr="00233BD8" w:rsidRDefault="00233BD8" w:rsidP="00233BD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33BD8">
        <w:rPr>
          <w:rFonts w:ascii="Tahoma" w:hAnsi="Tahoma" w:cs="Tahoma" w:hint="eastAsia"/>
          <w:rtl/>
        </w:rPr>
        <w:t>مرگ</w:t>
      </w:r>
      <w:r w:rsidRPr="00233BD8">
        <w:rPr>
          <w:rFonts w:ascii="Tahoma" w:hAnsi="Tahoma" w:cs="Tahoma"/>
          <w:rtl/>
        </w:rPr>
        <w:t xml:space="preserve"> اوزون حسن در سال </w:t>
      </w:r>
      <w:r w:rsidRPr="00233BD8">
        <w:rPr>
          <w:rFonts w:ascii="Tahoma" w:hAnsi="Tahoma" w:cs="Tahoma"/>
          <w:rtl/>
          <w:lang w:bidi="fa-IR"/>
        </w:rPr>
        <w:t>۱۴۷۸</w:t>
      </w:r>
      <w:r w:rsidRPr="00233BD8">
        <w:rPr>
          <w:rFonts w:ascii="Tahoma" w:hAnsi="Tahoma" w:cs="Tahoma"/>
          <w:rtl/>
        </w:rPr>
        <w:t xml:space="preserve"> م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لاد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بار د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گر</w:t>
      </w:r>
      <w:r w:rsidRPr="00233BD8">
        <w:rPr>
          <w:rFonts w:ascii="Tahoma" w:hAnsi="Tahoma" w:cs="Tahoma"/>
          <w:rtl/>
        </w:rPr>
        <w:t xml:space="preserve"> رقابت شاهزادگان و سران قبا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ل</w:t>
      </w:r>
      <w:r w:rsidRPr="00233BD8">
        <w:rPr>
          <w:rFonts w:ascii="Tahoma" w:hAnsi="Tahoma" w:cs="Tahoma"/>
          <w:rtl/>
        </w:rPr>
        <w:t xml:space="preserve"> را برانگ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خت</w:t>
      </w:r>
      <w:r w:rsidRPr="00233BD8">
        <w:rPr>
          <w:rFonts w:ascii="Tahoma" w:hAnsi="Tahoma" w:cs="Tahoma"/>
          <w:rtl/>
        </w:rPr>
        <w:t>. جانش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نان</w:t>
      </w:r>
      <w:r w:rsidRPr="00233BD8">
        <w:rPr>
          <w:rFonts w:ascii="Tahoma" w:hAnsi="Tahoma" w:cs="Tahoma"/>
          <w:rtl/>
        </w:rPr>
        <w:t xml:space="preserve"> او برا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به دست آوردن تاج با 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کد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گر</w:t>
      </w:r>
      <w:r w:rsidRPr="00233BD8">
        <w:rPr>
          <w:rFonts w:ascii="Tahoma" w:hAnsi="Tahoma" w:cs="Tahoma"/>
          <w:rtl/>
        </w:rPr>
        <w:t xml:space="preserve"> جنگ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دند</w:t>
      </w:r>
      <w:r w:rsidRPr="00233BD8">
        <w:rPr>
          <w:rFonts w:ascii="Tahoma" w:hAnsi="Tahoma" w:cs="Tahoma"/>
          <w:rtl/>
        </w:rPr>
        <w:t xml:space="preserve"> و سران 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ل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در 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ن</w:t>
      </w:r>
      <w:r w:rsidRPr="00233BD8">
        <w:rPr>
          <w:rFonts w:ascii="Tahoma" w:hAnsi="Tahoma" w:cs="Tahoma"/>
          <w:rtl/>
        </w:rPr>
        <w:t xml:space="preserve"> کشمکش‌ها نقش تع</w:t>
      </w:r>
      <w:r w:rsidRPr="00233BD8">
        <w:rPr>
          <w:rFonts w:ascii="Tahoma" w:hAnsi="Tahoma" w:cs="Tahoma" w:hint="cs"/>
          <w:rtl/>
        </w:rPr>
        <w:t>یی</w:t>
      </w:r>
      <w:r w:rsidRPr="00233BD8">
        <w:rPr>
          <w:rFonts w:ascii="Tahoma" w:hAnsi="Tahoma" w:cs="Tahoma" w:hint="eastAsia"/>
          <w:rtl/>
        </w:rPr>
        <w:t>ن‌کننده</w:t>
      </w:r>
      <w:r w:rsidRPr="00233BD8">
        <w:rPr>
          <w:rFonts w:ascii="Tahoma" w:hAnsi="Tahoma" w:cs="Tahoma"/>
          <w:rtl/>
        </w:rPr>
        <w:t xml:space="preserve"> 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افتند</w:t>
      </w:r>
      <w:r w:rsidRPr="00233BD8">
        <w:rPr>
          <w:rFonts w:ascii="Tahoma" w:hAnsi="Tahoma" w:cs="Tahoma"/>
          <w:rtl/>
        </w:rPr>
        <w:t>. هر مدع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برا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پ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روز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به پشت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بان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گروه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از قبا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ل</w:t>
      </w:r>
      <w:r w:rsidRPr="00233BD8">
        <w:rPr>
          <w:rFonts w:ascii="Tahoma" w:hAnsi="Tahoma" w:cs="Tahoma"/>
          <w:rtl/>
        </w:rPr>
        <w:t xml:space="preserve"> ن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از</w:t>
      </w:r>
      <w:r w:rsidRPr="00233BD8">
        <w:rPr>
          <w:rFonts w:ascii="Tahoma" w:hAnsi="Tahoma" w:cs="Tahoma"/>
          <w:rtl/>
        </w:rPr>
        <w:t xml:space="preserve"> داشت و در برابر </w:t>
      </w:r>
      <w:r w:rsidRPr="00233BD8">
        <w:rPr>
          <w:rFonts w:ascii="Tahoma" w:hAnsi="Tahoma" w:cs="Tahoma" w:hint="eastAsia"/>
          <w:rtl/>
        </w:rPr>
        <w:t>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ن</w:t>
      </w:r>
      <w:r w:rsidRPr="00233BD8">
        <w:rPr>
          <w:rFonts w:ascii="Tahoma" w:hAnsi="Tahoma" w:cs="Tahoma"/>
          <w:rtl/>
        </w:rPr>
        <w:t xml:space="preserve"> پشت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بان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ناچار بود زم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ن،</w:t>
      </w:r>
      <w:r w:rsidRPr="00233BD8">
        <w:rPr>
          <w:rFonts w:ascii="Tahoma" w:hAnsi="Tahoma" w:cs="Tahoma"/>
          <w:rtl/>
        </w:rPr>
        <w:t xml:space="preserve"> منصب و امت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از</w:t>
      </w:r>
      <w:r w:rsidRPr="00233BD8">
        <w:rPr>
          <w:rFonts w:ascii="Tahoma" w:hAnsi="Tahoma" w:cs="Tahoma"/>
          <w:rtl/>
        </w:rPr>
        <w:t xml:space="preserve"> واگذار کند. در نت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جه،</w:t>
      </w:r>
      <w:r w:rsidRPr="00233BD8">
        <w:rPr>
          <w:rFonts w:ascii="Tahoma" w:hAnsi="Tahoma" w:cs="Tahoma"/>
          <w:rtl/>
        </w:rPr>
        <w:t xml:space="preserve"> همان ن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رو</w:t>
      </w:r>
      <w:r w:rsidRPr="00233BD8">
        <w:rPr>
          <w:rFonts w:ascii="Tahoma" w:hAnsi="Tahoma" w:cs="Tahoma" w:hint="cs"/>
          <w:rtl/>
        </w:rPr>
        <w:t>یی</w:t>
      </w:r>
      <w:r w:rsidRPr="00233BD8">
        <w:rPr>
          <w:rFonts w:ascii="Tahoma" w:hAnsi="Tahoma" w:cs="Tahoma"/>
          <w:rtl/>
        </w:rPr>
        <w:t xml:space="preserve"> که شاه را به قدرت م</w:t>
      </w:r>
      <w:r w:rsidRPr="00233BD8">
        <w:rPr>
          <w:rFonts w:ascii="Tahoma" w:hAnsi="Tahoma" w:cs="Tahoma" w:hint="cs"/>
          <w:rtl/>
        </w:rPr>
        <w:t>ی‌</w:t>
      </w:r>
      <w:r w:rsidRPr="00233BD8">
        <w:rPr>
          <w:rFonts w:ascii="Tahoma" w:hAnsi="Tahoma" w:cs="Tahoma" w:hint="eastAsia"/>
          <w:rtl/>
        </w:rPr>
        <w:t>رساند،</w:t>
      </w:r>
      <w:r w:rsidRPr="00233BD8">
        <w:rPr>
          <w:rFonts w:ascii="Tahoma" w:hAnsi="Tahoma" w:cs="Tahoma"/>
          <w:rtl/>
        </w:rPr>
        <w:t xml:space="preserve"> مانع استقلال او از سران قشون م</w:t>
      </w:r>
      <w:r w:rsidRPr="00233BD8">
        <w:rPr>
          <w:rFonts w:ascii="Tahoma" w:hAnsi="Tahoma" w:cs="Tahoma" w:hint="cs"/>
          <w:rtl/>
        </w:rPr>
        <w:t>ی‌</w:t>
      </w:r>
      <w:r w:rsidRPr="00233BD8">
        <w:rPr>
          <w:rFonts w:ascii="Tahoma" w:hAnsi="Tahoma" w:cs="Tahoma" w:hint="eastAsia"/>
          <w:rtl/>
        </w:rPr>
        <w:t>شد</w:t>
      </w:r>
      <w:r w:rsidRPr="00233BD8">
        <w:rPr>
          <w:rFonts w:ascii="Tahoma" w:hAnsi="Tahoma" w:cs="Tahoma"/>
          <w:rtl/>
        </w:rPr>
        <w:t>.</w:t>
      </w:r>
    </w:p>
    <w:p w:rsidR="00233BD8" w:rsidRPr="00233BD8" w:rsidRDefault="00233BD8" w:rsidP="00233BD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33BD8">
        <w:rPr>
          <w:rFonts w:ascii="Tahoma" w:hAnsi="Tahoma" w:cs="Tahoma" w:hint="eastAsia"/>
          <w:rtl/>
        </w:rPr>
        <w:t>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ران</w:t>
      </w:r>
      <w:r w:rsidRPr="00233BD8">
        <w:rPr>
          <w:rFonts w:ascii="Tahoma" w:hAnsi="Tahoma" w:cs="Tahoma"/>
          <w:rtl/>
        </w:rPr>
        <w:t xml:space="preserve"> در آستانهٔ برآمدن صفو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ان</w:t>
      </w:r>
      <w:r w:rsidRPr="00233BD8">
        <w:rPr>
          <w:rFonts w:ascii="Tahoma" w:hAnsi="Tahoma" w:cs="Tahoma"/>
          <w:rtl/>
        </w:rPr>
        <w:t xml:space="preserve"> با کمبود فرمانروا روبه‌رو نبود. مدع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ان</w:t>
      </w:r>
      <w:r w:rsidRPr="00233BD8">
        <w:rPr>
          <w:rFonts w:ascii="Tahoma" w:hAnsi="Tahoma" w:cs="Tahoma"/>
          <w:rtl/>
        </w:rPr>
        <w:t xml:space="preserve"> حکومت فراوان بودند. آنچه وجود نداشت، دستگاه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بود که بتواند قشون، د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وان،</w:t>
      </w:r>
      <w:r w:rsidRPr="00233BD8">
        <w:rPr>
          <w:rFonts w:ascii="Tahoma" w:hAnsi="Tahoma" w:cs="Tahoma"/>
          <w:rtl/>
        </w:rPr>
        <w:t xml:space="preserve"> شهرها، قبا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ل</w:t>
      </w:r>
      <w:r w:rsidRPr="00233BD8">
        <w:rPr>
          <w:rFonts w:ascii="Tahoma" w:hAnsi="Tahoma" w:cs="Tahoma"/>
          <w:rtl/>
        </w:rPr>
        <w:t xml:space="preserve"> و ن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روها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مذهب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را در ساختمان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پا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دار</w:t>
      </w:r>
      <w:r w:rsidRPr="00233BD8">
        <w:rPr>
          <w:rFonts w:ascii="Tahoma" w:hAnsi="Tahoma" w:cs="Tahoma"/>
          <w:rtl/>
        </w:rPr>
        <w:t xml:space="preserve"> گرد آورد. ه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چ‌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ک</w:t>
      </w:r>
      <w:r w:rsidRPr="00233BD8">
        <w:rPr>
          <w:rFonts w:ascii="Tahoma" w:hAnsi="Tahoma" w:cs="Tahoma"/>
          <w:rtl/>
        </w:rPr>
        <w:t xml:space="preserve"> از حکومت‌ها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موجود نتوانسته بود برا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مسئلهٔ جا</w:t>
      </w:r>
      <w:r w:rsidRPr="00233BD8">
        <w:rPr>
          <w:rFonts w:ascii="Tahoma" w:hAnsi="Tahoma" w:cs="Tahoma" w:hint="eastAsia"/>
          <w:rtl/>
        </w:rPr>
        <w:t>نش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ن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،</w:t>
      </w:r>
      <w:r w:rsidRPr="00233BD8">
        <w:rPr>
          <w:rFonts w:ascii="Tahoma" w:hAnsi="Tahoma" w:cs="Tahoma"/>
          <w:rtl/>
        </w:rPr>
        <w:t xml:space="preserve"> رابطهٔ مرکز با سران 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ل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و تقس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م</w:t>
      </w:r>
      <w:r w:rsidRPr="00233BD8">
        <w:rPr>
          <w:rFonts w:ascii="Tahoma" w:hAnsi="Tahoma" w:cs="Tahoma"/>
          <w:rtl/>
        </w:rPr>
        <w:t xml:space="preserve"> قدرت م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ان</w:t>
      </w:r>
      <w:r w:rsidRPr="00233BD8">
        <w:rPr>
          <w:rFonts w:ascii="Tahoma" w:hAnsi="Tahoma" w:cs="Tahoma"/>
          <w:rtl/>
        </w:rPr>
        <w:t xml:space="preserve"> قشون و د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وان</w:t>
      </w:r>
      <w:r w:rsidRPr="00233BD8">
        <w:rPr>
          <w:rFonts w:ascii="Tahoma" w:hAnsi="Tahoma" w:cs="Tahoma"/>
          <w:rtl/>
        </w:rPr>
        <w:t xml:space="preserve"> پاسخ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پا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دار</w:t>
      </w:r>
      <w:r w:rsidRPr="00233BD8">
        <w:rPr>
          <w:rFonts w:ascii="Tahoma" w:hAnsi="Tahoma" w:cs="Tahoma"/>
          <w:rtl/>
        </w:rPr>
        <w:t xml:space="preserve"> ب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ابد</w:t>
      </w:r>
      <w:r w:rsidRPr="00233BD8">
        <w:rPr>
          <w:rFonts w:ascii="Tahoma" w:hAnsi="Tahoma" w:cs="Tahoma"/>
          <w:rtl/>
        </w:rPr>
        <w:t>.</w:t>
      </w:r>
    </w:p>
    <w:p w:rsidR="00233BD8" w:rsidRPr="00233BD8" w:rsidRDefault="00233BD8" w:rsidP="00233BD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33BD8">
        <w:rPr>
          <w:rFonts w:ascii="Tahoma" w:hAnsi="Tahoma" w:cs="Tahoma" w:hint="eastAsia"/>
          <w:rtl/>
        </w:rPr>
        <w:t>در</w:t>
      </w:r>
      <w:r w:rsidRPr="00233BD8">
        <w:rPr>
          <w:rFonts w:ascii="Tahoma" w:hAnsi="Tahoma" w:cs="Tahoma"/>
          <w:rtl/>
        </w:rPr>
        <w:t xml:space="preserve"> هم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ن</w:t>
      </w:r>
      <w:r w:rsidRPr="00233BD8">
        <w:rPr>
          <w:rFonts w:ascii="Tahoma" w:hAnsi="Tahoma" w:cs="Tahoma"/>
          <w:rtl/>
        </w:rPr>
        <w:t xml:space="preserve"> جهان، طر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قت‌ها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صوف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انه</w:t>
      </w:r>
      <w:r w:rsidRPr="00233BD8">
        <w:rPr>
          <w:rFonts w:ascii="Tahoma" w:hAnsi="Tahoma" w:cs="Tahoma"/>
          <w:rtl/>
        </w:rPr>
        <w:t xml:space="preserve"> ن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رو</w:t>
      </w:r>
      <w:r w:rsidRPr="00233BD8">
        <w:rPr>
          <w:rFonts w:ascii="Tahoma" w:hAnsi="Tahoma" w:cs="Tahoma" w:hint="cs"/>
          <w:rtl/>
        </w:rPr>
        <w:t>یی</w:t>
      </w:r>
      <w:r w:rsidRPr="00233BD8">
        <w:rPr>
          <w:rFonts w:ascii="Tahoma" w:hAnsi="Tahoma" w:cs="Tahoma"/>
          <w:rtl/>
        </w:rPr>
        <w:t xml:space="preserve"> متفاوت پد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د</w:t>
      </w:r>
      <w:r w:rsidRPr="00233BD8">
        <w:rPr>
          <w:rFonts w:ascii="Tahoma" w:hAnsi="Tahoma" w:cs="Tahoma"/>
          <w:rtl/>
        </w:rPr>
        <w:t xml:space="preserve"> آورده بودند. خانقاه فقط جا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خلوت، عبادت و ترب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ت</w:t>
      </w:r>
      <w:r w:rsidRPr="00233BD8">
        <w:rPr>
          <w:rFonts w:ascii="Tahoma" w:hAnsi="Tahoma" w:cs="Tahoma"/>
          <w:rtl/>
        </w:rPr>
        <w:t xml:space="preserve"> معنو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نبود. پ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ران</w:t>
      </w:r>
      <w:r w:rsidRPr="00233BD8">
        <w:rPr>
          <w:rFonts w:ascii="Tahoma" w:hAnsi="Tahoma" w:cs="Tahoma"/>
          <w:rtl/>
        </w:rPr>
        <w:t xml:space="preserve"> طر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قت</w:t>
      </w:r>
      <w:r w:rsidRPr="00233BD8">
        <w:rPr>
          <w:rFonts w:ascii="Tahoma" w:hAnsi="Tahoma" w:cs="Tahoma"/>
          <w:rtl/>
        </w:rPr>
        <w:t xml:space="preserve"> م</w:t>
      </w:r>
      <w:r w:rsidRPr="00233BD8">
        <w:rPr>
          <w:rFonts w:ascii="Tahoma" w:hAnsi="Tahoma" w:cs="Tahoma" w:hint="cs"/>
          <w:rtl/>
        </w:rPr>
        <w:t>ی‌</w:t>
      </w:r>
      <w:r w:rsidRPr="00233BD8">
        <w:rPr>
          <w:rFonts w:ascii="Tahoma" w:hAnsi="Tahoma" w:cs="Tahoma" w:hint="eastAsia"/>
          <w:rtl/>
        </w:rPr>
        <w:t>توانستند</w:t>
      </w:r>
      <w:r w:rsidRPr="00233BD8">
        <w:rPr>
          <w:rFonts w:ascii="Tahoma" w:hAnsi="Tahoma" w:cs="Tahoma"/>
          <w:rtl/>
        </w:rPr>
        <w:t xml:space="preserve"> شبکه‌ا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از مر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دان</w:t>
      </w:r>
      <w:r w:rsidRPr="00233BD8">
        <w:rPr>
          <w:rFonts w:ascii="Tahoma" w:hAnsi="Tahoma" w:cs="Tahoma"/>
          <w:rtl/>
        </w:rPr>
        <w:t xml:space="preserve"> در شهرها، روستاها و قبا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ل</w:t>
      </w:r>
      <w:r w:rsidRPr="00233BD8">
        <w:rPr>
          <w:rFonts w:ascii="Tahoma" w:hAnsi="Tahoma" w:cs="Tahoma"/>
          <w:rtl/>
        </w:rPr>
        <w:t xml:space="preserve"> 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جاد</w:t>
      </w:r>
      <w:r w:rsidRPr="00233BD8">
        <w:rPr>
          <w:rFonts w:ascii="Tahoma" w:hAnsi="Tahoma" w:cs="Tahoma"/>
          <w:rtl/>
        </w:rPr>
        <w:t xml:space="preserve"> کنند. رابطهٔ مر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د</w:t>
      </w:r>
      <w:r w:rsidRPr="00233BD8">
        <w:rPr>
          <w:rFonts w:ascii="Tahoma" w:hAnsi="Tahoma" w:cs="Tahoma"/>
          <w:rtl/>
        </w:rPr>
        <w:t xml:space="preserve"> با مرشد با رابطهٔ مأمور با شاه تفاوت داشت. مأمور ممکن بود به سبب حقوق، منصب 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ا</w:t>
      </w:r>
      <w:r w:rsidRPr="00233BD8">
        <w:rPr>
          <w:rFonts w:ascii="Tahoma" w:hAnsi="Tahoma" w:cs="Tahoma"/>
          <w:rtl/>
        </w:rPr>
        <w:t xml:space="preserve"> ترس اطاعت کند، اما مر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د</w:t>
      </w:r>
      <w:r w:rsidRPr="00233BD8">
        <w:rPr>
          <w:rFonts w:ascii="Tahoma" w:hAnsi="Tahoma" w:cs="Tahoma"/>
          <w:rtl/>
        </w:rPr>
        <w:t xml:space="preserve"> اطاعت از مرشد را وظ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فه‌ا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معنو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م</w:t>
      </w:r>
      <w:r w:rsidRPr="00233BD8">
        <w:rPr>
          <w:rFonts w:ascii="Tahoma" w:hAnsi="Tahoma" w:cs="Tahoma" w:hint="cs"/>
          <w:rtl/>
        </w:rPr>
        <w:t>ی‌</w:t>
      </w:r>
      <w:r w:rsidRPr="00233BD8">
        <w:rPr>
          <w:rFonts w:ascii="Tahoma" w:hAnsi="Tahoma" w:cs="Tahoma" w:hint="eastAsia"/>
          <w:rtl/>
        </w:rPr>
        <w:t>دانست</w:t>
      </w:r>
      <w:r w:rsidRPr="00233BD8">
        <w:rPr>
          <w:rFonts w:ascii="Tahoma" w:hAnsi="Tahoma" w:cs="Tahoma"/>
          <w:rtl/>
        </w:rPr>
        <w:t>. 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ن</w:t>
      </w:r>
      <w:r w:rsidRPr="00233BD8">
        <w:rPr>
          <w:rFonts w:ascii="Tahoma" w:hAnsi="Tahoma" w:cs="Tahoma"/>
          <w:rtl/>
        </w:rPr>
        <w:t xml:space="preserve"> پ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وند</w:t>
      </w:r>
      <w:r w:rsidRPr="00233BD8">
        <w:rPr>
          <w:rFonts w:ascii="Tahoma" w:hAnsi="Tahoma" w:cs="Tahoma"/>
          <w:rtl/>
        </w:rPr>
        <w:t xml:space="preserve"> م</w:t>
      </w:r>
      <w:r w:rsidRPr="00233BD8">
        <w:rPr>
          <w:rFonts w:ascii="Tahoma" w:hAnsi="Tahoma" w:cs="Tahoma" w:hint="cs"/>
          <w:rtl/>
        </w:rPr>
        <w:t>ی‌</w:t>
      </w:r>
      <w:r w:rsidRPr="00233BD8">
        <w:rPr>
          <w:rFonts w:ascii="Tahoma" w:hAnsi="Tahoma" w:cs="Tahoma" w:hint="eastAsia"/>
          <w:rtl/>
        </w:rPr>
        <w:t>توانست</w:t>
      </w:r>
      <w:r w:rsidRPr="00233BD8">
        <w:rPr>
          <w:rFonts w:ascii="Tahoma" w:hAnsi="Tahoma" w:cs="Tahoma"/>
          <w:rtl/>
        </w:rPr>
        <w:t xml:space="preserve"> از مرزها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س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اس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و قلمرو حکومت‌ها عبور کند.</w:t>
      </w:r>
    </w:p>
    <w:p w:rsidR="00233BD8" w:rsidRPr="00233BD8" w:rsidRDefault="00233BD8" w:rsidP="00233BD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33BD8">
        <w:rPr>
          <w:rFonts w:ascii="Tahoma" w:hAnsi="Tahoma" w:cs="Tahoma" w:hint="eastAsia"/>
          <w:rtl/>
        </w:rPr>
        <w:t>حکومت</w:t>
      </w:r>
      <w:r w:rsidRPr="00233BD8">
        <w:rPr>
          <w:rFonts w:ascii="Tahoma" w:hAnsi="Tahoma" w:cs="Tahoma"/>
          <w:rtl/>
        </w:rPr>
        <w:t xml:space="preserve"> ممکن بود شهر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را از دست بدهد و درآمد آن را از دسترس خود خارج بب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ند،</w:t>
      </w:r>
      <w:r w:rsidRPr="00233BD8">
        <w:rPr>
          <w:rFonts w:ascii="Tahoma" w:hAnsi="Tahoma" w:cs="Tahoma"/>
          <w:rtl/>
        </w:rPr>
        <w:t xml:space="preserve"> اما طر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قت</w:t>
      </w:r>
      <w:r w:rsidRPr="00233BD8">
        <w:rPr>
          <w:rFonts w:ascii="Tahoma" w:hAnsi="Tahoma" w:cs="Tahoma"/>
          <w:rtl/>
        </w:rPr>
        <w:t xml:space="preserve"> م</w:t>
      </w:r>
      <w:r w:rsidRPr="00233BD8">
        <w:rPr>
          <w:rFonts w:ascii="Tahoma" w:hAnsi="Tahoma" w:cs="Tahoma" w:hint="cs"/>
          <w:rtl/>
        </w:rPr>
        <w:t>ی‌</w:t>
      </w:r>
      <w:r w:rsidRPr="00233BD8">
        <w:rPr>
          <w:rFonts w:ascii="Tahoma" w:hAnsi="Tahoma" w:cs="Tahoma" w:hint="eastAsia"/>
          <w:rtl/>
        </w:rPr>
        <w:t>توانست</w:t>
      </w:r>
      <w:r w:rsidRPr="00233BD8">
        <w:rPr>
          <w:rFonts w:ascii="Tahoma" w:hAnsi="Tahoma" w:cs="Tahoma"/>
          <w:rtl/>
        </w:rPr>
        <w:t xml:space="preserve"> در همان شهر 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ا</w:t>
      </w:r>
      <w:r w:rsidRPr="00233BD8">
        <w:rPr>
          <w:rFonts w:ascii="Tahoma" w:hAnsi="Tahoma" w:cs="Tahoma"/>
          <w:rtl/>
        </w:rPr>
        <w:t xml:space="preserve"> در سرزم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ن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ز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ر</w:t>
      </w:r>
      <w:r w:rsidRPr="00233BD8">
        <w:rPr>
          <w:rFonts w:ascii="Tahoma" w:hAnsi="Tahoma" w:cs="Tahoma"/>
          <w:rtl/>
        </w:rPr>
        <w:t xml:space="preserve"> فرمان حکومت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د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گر</w:t>
      </w:r>
      <w:r w:rsidRPr="00233BD8">
        <w:rPr>
          <w:rFonts w:ascii="Tahoma" w:hAnsi="Tahoma" w:cs="Tahoma"/>
          <w:rtl/>
        </w:rPr>
        <w:t xml:space="preserve"> همچنان مر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دان</w:t>
      </w:r>
      <w:r w:rsidRPr="00233BD8">
        <w:rPr>
          <w:rFonts w:ascii="Tahoma" w:hAnsi="Tahoma" w:cs="Tahoma"/>
          <w:rtl/>
        </w:rPr>
        <w:t xml:space="preserve"> خود را حفظ کند. فرمان شاه با شکست قشون متوقف م</w:t>
      </w:r>
      <w:r w:rsidRPr="00233BD8">
        <w:rPr>
          <w:rFonts w:ascii="Tahoma" w:hAnsi="Tahoma" w:cs="Tahoma" w:hint="cs"/>
          <w:rtl/>
        </w:rPr>
        <w:t>ی‌</w:t>
      </w:r>
      <w:r w:rsidRPr="00233BD8">
        <w:rPr>
          <w:rFonts w:ascii="Tahoma" w:hAnsi="Tahoma" w:cs="Tahoma" w:hint="eastAsia"/>
          <w:rtl/>
        </w:rPr>
        <w:t>شد،</w:t>
      </w:r>
      <w:r w:rsidRPr="00233BD8">
        <w:rPr>
          <w:rFonts w:ascii="Tahoma" w:hAnsi="Tahoma" w:cs="Tahoma"/>
          <w:rtl/>
        </w:rPr>
        <w:t xml:space="preserve"> ول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فرمان مرشد م</w:t>
      </w:r>
      <w:r w:rsidRPr="00233BD8">
        <w:rPr>
          <w:rFonts w:ascii="Tahoma" w:hAnsi="Tahoma" w:cs="Tahoma" w:hint="cs"/>
          <w:rtl/>
        </w:rPr>
        <w:t>ی‌</w:t>
      </w:r>
      <w:r w:rsidRPr="00233BD8">
        <w:rPr>
          <w:rFonts w:ascii="Tahoma" w:hAnsi="Tahoma" w:cs="Tahoma" w:hint="eastAsia"/>
          <w:rtl/>
        </w:rPr>
        <w:t>توانست</w:t>
      </w:r>
      <w:r w:rsidRPr="00233BD8">
        <w:rPr>
          <w:rFonts w:ascii="Tahoma" w:hAnsi="Tahoma" w:cs="Tahoma"/>
          <w:rtl/>
        </w:rPr>
        <w:t xml:space="preserve"> به وس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لهٔ</w:t>
      </w:r>
      <w:r w:rsidRPr="00233BD8">
        <w:rPr>
          <w:rFonts w:ascii="Tahoma" w:hAnsi="Tahoma" w:cs="Tahoma"/>
          <w:rtl/>
        </w:rPr>
        <w:t xml:space="preserve"> خل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فه‌ها،</w:t>
      </w:r>
      <w:r w:rsidRPr="00233BD8">
        <w:rPr>
          <w:rFonts w:ascii="Tahoma" w:hAnsi="Tahoma" w:cs="Tahoma"/>
          <w:rtl/>
        </w:rPr>
        <w:t xml:space="preserve"> مر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>دان و خاندان‌ها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وابسته از منطقه‌ا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به منطقهٔ د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گر</w:t>
      </w:r>
      <w:r w:rsidRPr="00233BD8">
        <w:rPr>
          <w:rFonts w:ascii="Tahoma" w:hAnsi="Tahoma" w:cs="Tahoma"/>
          <w:rtl/>
        </w:rPr>
        <w:t xml:space="preserve"> انتقال 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ابد</w:t>
      </w:r>
      <w:r w:rsidRPr="00233BD8">
        <w:rPr>
          <w:rFonts w:ascii="Tahoma" w:hAnsi="Tahoma" w:cs="Tahoma"/>
          <w:rtl/>
        </w:rPr>
        <w:t>. در نت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جه،</w:t>
      </w:r>
      <w:r w:rsidRPr="00233BD8">
        <w:rPr>
          <w:rFonts w:ascii="Tahoma" w:hAnsi="Tahoma" w:cs="Tahoma"/>
          <w:rtl/>
        </w:rPr>
        <w:t xml:space="preserve"> طر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قت</w:t>
      </w:r>
      <w:r w:rsidRPr="00233BD8">
        <w:rPr>
          <w:rFonts w:ascii="Tahoma" w:hAnsi="Tahoma" w:cs="Tahoma"/>
          <w:rtl/>
        </w:rPr>
        <w:t xml:space="preserve"> شکل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از سازمان اجتماع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پد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د</w:t>
      </w:r>
      <w:r w:rsidRPr="00233BD8">
        <w:rPr>
          <w:rFonts w:ascii="Tahoma" w:hAnsi="Tahoma" w:cs="Tahoma"/>
          <w:rtl/>
        </w:rPr>
        <w:t xml:space="preserve"> م</w:t>
      </w:r>
      <w:r w:rsidRPr="00233BD8">
        <w:rPr>
          <w:rFonts w:ascii="Tahoma" w:hAnsi="Tahoma" w:cs="Tahoma" w:hint="cs"/>
          <w:rtl/>
        </w:rPr>
        <w:t>ی‌</w:t>
      </w:r>
      <w:r w:rsidRPr="00233BD8">
        <w:rPr>
          <w:rFonts w:ascii="Tahoma" w:hAnsi="Tahoma" w:cs="Tahoma" w:hint="eastAsia"/>
          <w:rtl/>
        </w:rPr>
        <w:t>آورد</w:t>
      </w:r>
      <w:r w:rsidRPr="00233BD8">
        <w:rPr>
          <w:rFonts w:ascii="Tahoma" w:hAnsi="Tahoma" w:cs="Tahoma"/>
          <w:rtl/>
        </w:rPr>
        <w:t xml:space="preserve"> که درون حکومت قرار نداشت، اما م</w:t>
      </w:r>
      <w:r w:rsidRPr="00233BD8">
        <w:rPr>
          <w:rFonts w:ascii="Tahoma" w:hAnsi="Tahoma" w:cs="Tahoma" w:hint="cs"/>
          <w:rtl/>
        </w:rPr>
        <w:t>ی‌</w:t>
      </w:r>
      <w:r w:rsidRPr="00233BD8">
        <w:rPr>
          <w:rFonts w:ascii="Tahoma" w:hAnsi="Tahoma" w:cs="Tahoma" w:hint="eastAsia"/>
          <w:rtl/>
        </w:rPr>
        <w:t>توانست</w:t>
      </w:r>
      <w:r w:rsidRPr="00233BD8">
        <w:rPr>
          <w:rFonts w:ascii="Tahoma" w:hAnsi="Tahoma" w:cs="Tahoma"/>
          <w:rtl/>
        </w:rPr>
        <w:t xml:space="preserve"> بر ن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روها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پراکندهٔ جامعه اثر بگذارد.</w:t>
      </w:r>
    </w:p>
    <w:p w:rsidR="00233BD8" w:rsidRPr="00233BD8" w:rsidRDefault="00233BD8" w:rsidP="00233BD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33BD8">
        <w:rPr>
          <w:rFonts w:ascii="Tahoma" w:hAnsi="Tahoma" w:cs="Tahoma" w:hint="eastAsia"/>
          <w:rtl/>
        </w:rPr>
        <w:t>طر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قت</w:t>
      </w:r>
      <w:r w:rsidRPr="00233BD8">
        <w:rPr>
          <w:rFonts w:ascii="Tahoma" w:hAnsi="Tahoma" w:cs="Tahoma"/>
          <w:rtl/>
        </w:rPr>
        <w:t xml:space="preserve"> صفو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ک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از هم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ن</w:t>
      </w:r>
      <w:r w:rsidRPr="00233BD8">
        <w:rPr>
          <w:rFonts w:ascii="Tahoma" w:hAnsi="Tahoma" w:cs="Tahoma"/>
          <w:rtl/>
        </w:rPr>
        <w:t xml:space="preserve"> شبکه‌ها بود. مرکز آن در اردب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ل</w:t>
      </w:r>
      <w:r w:rsidRPr="00233BD8">
        <w:rPr>
          <w:rFonts w:ascii="Tahoma" w:hAnsi="Tahoma" w:cs="Tahoma"/>
          <w:rtl/>
        </w:rPr>
        <w:t xml:space="preserve"> قرار داشت و نام خود را از ش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خ</w:t>
      </w:r>
      <w:r w:rsidRPr="00233BD8">
        <w:rPr>
          <w:rFonts w:ascii="Tahoma" w:hAnsi="Tahoma" w:cs="Tahoma"/>
          <w:rtl/>
        </w:rPr>
        <w:t xml:space="preserve"> صف</w:t>
      </w:r>
      <w:r w:rsidRPr="00233BD8">
        <w:rPr>
          <w:rFonts w:ascii="Tahoma" w:hAnsi="Tahoma" w:cs="Tahoma" w:hint="cs"/>
          <w:rtl/>
        </w:rPr>
        <w:t>ی‌</w:t>
      </w:r>
      <w:r w:rsidRPr="00233BD8">
        <w:rPr>
          <w:rFonts w:ascii="Tahoma" w:hAnsi="Tahoma" w:cs="Tahoma" w:hint="eastAsia"/>
          <w:rtl/>
        </w:rPr>
        <w:t>الد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ن</w:t>
      </w:r>
      <w:r w:rsidRPr="00233BD8">
        <w:rPr>
          <w:rFonts w:ascii="Tahoma" w:hAnsi="Tahoma" w:cs="Tahoma"/>
          <w:rtl/>
        </w:rPr>
        <w:t xml:space="preserve"> اردب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ل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م</w:t>
      </w:r>
      <w:r w:rsidRPr="00233BD8">
        <w:rPr>
          <w:rFonts w:ascii="Tahoma" w:hAnsi="Tahoma" w:cs="Tahoma" w:hint="cs"/>
          <w:rtl/>
        </w:rPr>
        <w:t>ی‌</w:t>
      </w:r>
      <w:r w:rsidRPr="00233BD8">
        <w:rPr>
          <w:rFonts w:ascii="Tahoma" w:hAnsi="Tahoma" w:cs="Tahoma" w:hint="eastAsia"/>
          <w:rtl/>
        </w:rPr>
        <w:t>گرفت</w:t>
      </w:r>
      <w:r w:rsidRPr="00233BD8">
        <w:rPr>
          <w:rFonts w:ascii="Tahoma" w:hAnsi="Tahoma" w:cs="Tahoma"/>
          <w:rtl/>
        </w:rPr>
        <w:t>. ش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خ</w:t>
      </w:r>
      <w:r w:rsidRPr="00233BD8">
        <w:rPr>
          <w:rFonts w:ascii="Tahoma" w:hAnsi="Tahoma" w:cs="Tahoma"/>
          <w:rtl/>
        </w:rPr>
        <w:t xml:space="preserve"> صف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در آغاز بن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ان‌گذار</w:t>
      </w:r>
      <w:r w:rsidRPr="00233BD8">
        <w:rPr>
          <w:rFonts w:ascii="Tahoma" w:hAnsi="Tahoma" w:cs="Tahoma"/>
          <w:rtl/>
        </w:rPr>
        <w:t xml:space="preserve"> حکومت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س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اس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نبود. اقتدار او از مقام معنو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،</w:t>
      </w:r>
      <w:r w:rsidRPr="00233BD8">
        <w:rPr>
          <w:rFonts w:ascii="Tahoma" w:hAnsi="Tahoma" w:cs="Tahoma"/>
          <w:rtl/>
        </w:rPr>
        <w:t xml:space="preserve"> رابطه با مر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دان</w:t>
      </w:r>
      <w:r w:rsidRPr="00233BD8">
        <w:rPr>
          <w:rFonts w:ascii="Tahoma" w:hAnsi="Tahoma" w:cs="Tahoma"/>
          <w:rtl/>
        </w:rPr>
        <w:t xml:space="preserve"> و جا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گاه</w:t>
      </w:r>
      <w:r w:rsidRPr="00233BD8">
        <w:rPr>
          <w:rFonts w:ascii="Tahoma" w:hAnsi="Tahoma" w:cs="Tahoma"/>
          <w:rtl/>
        </w:rPr>
        <w:t xml:space="preserve"> خانقاه سرچشمه م</w:t>
      </w:r>
      <w:r w:rsidRPr="00233BD8">
        <w:rPr>
          <w:rFonts w:ascii="Tahoma" w:hAnsi="Tahoma" w:cs="Tahoma" w:hint="cs"/>
          <w:rtl/>
        </w:rPr>
        <w:t>ی‌</w:t>
      </w:r>
      <w:r w:rsidRPr="00233BD8">
        <w:rPr>
          <w:rFonts w:ascii="Tahoma" w:hAnsi="Tahoma" w:cs="Tahoma" w:hint="eastAsia"/>
          <w:rtl/>
        </w:rPr>
        <w:t>گرفت</w:t>
      </w:r>
      <w:r w:rsidRPr="00233BD8">
        <w:rPr>
          <w:rFonts w:ascii="Tahoma" w:hAnsi="Tahoma" w:cs="Tahoma"/>
          <w:rtl/>
        </w:rPr>
        <w:t>. اما خانقاه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که مر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دان</w:t>
      </w:r>
      <w:r w:rsidRPr="00233BD8">
        <w:rPr>
          <w:rFonts w:ascii="Tahoma" w:hAnsi="Tahoma" w:cs="Tahoma"/>
          <w:rtl/>
        </w:rPr>
        <w:t xml:space="preserve"> بس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ار،</w:t>
      </w:r>
      <w:r w:rsidRPr="00233BD8">
        <w:rPr>
          <w:rFonts w:ascii="Tahoma" w:hAnsi="Tahoma" w:cs="Tahoma"/>
          <w:rtl/>
        </w:rPr>
        <w:t xml:space="preserve"> موقوفات، زم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ن،</w:t>
      </w:r>
      <w:r w:rsidRPr="00233BD8">
        <w:rPr>
          <w:rFonts w:ascii="Tahoma" w:hAnsi="Tahoma" w:cs="Tahoma"/>
          <w:rtl/>
        </w:rPr>
        <w:t xml:space="preserve"> هدا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ا</w:t>
      </w:r>
      <w:r w:rsidRPr="00233BD8">
        <w:rPr>
          <w:rFonts w:ascii="Tahoma" w:hAnsi="Tahoma" w:cs="Tahoma"/>
          <w:rtl/>
        </w:rPr>
        <w:t xml:space="preserve"> و نما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ندگان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در مناطق مختلف داشت، تنها نهاد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مذهب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باق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نم</w:t>
      </w:r>
      <w:r w:rsidRPr="00233BD8">
        <w:rPr>
          <w:rFonts w:ascii="Tahoma" w:hAnsi="Tahoma" w:cs="Tahoma" w:hint="cs"/>
          <w:rtl/>
        </w:rPr>
        <w:t>ی‌</w:t>
      </w:r>
      <w:r w:rsidRPr="00233BD8">
        <w:rPr>
          <w:rFonts w:ascii="Tahoma" w:hAnsi="Tahoma" w:cs="Tahoma" w:hint="eastAsia"/>
          <w:rtl/>
        </w:rPr>
        <w:t>ماند</w:t>
      </w:r>
      <w:r w:rsidRPr="00233BD8">
        <w:rPr>
          <w:rFonts w:ascii="Tahoma" w:hAnsi="Tahoma" w:cs="Tahoma"/>
          <w:rtl/>
        </w:rPr>
        <w:t>. حت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اگر پ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ر</w:t>
      </w:r>
      <w:r w:rsidRPr="00233BD8">
        <w:rPr>
          <w:rFonts w:ascii="Tahoma" w:hAnsi="Tahoma" w:cs="Tahoma"/>
          <w:rtl/>
        </w:rPr>
        <w:t xml:space="preserve"> طر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قت</w:t>
      </w:r>
      <w:r w:rsidRPr="00233BD8">
        <w:rPr>
          <w:rFonts w:ascii="Tahoma" w:hAnsi="Tahoma" w:cs="Tahoma"/>
          <w:rtl/>
        </w:rPr>
        <w:t xml:space="preserve"> قصد تصرف حکومت نداشت، شبکه‌ا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در اخت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ار</w:t>
      </w:r>
      <w:r w:rsidRPr="00233BD8">
        <w:rPr>
          <w:rFonts w:ascii="Tahoma" w:hAnsi="Tahoma" w:cs="Tahoma"/>
          <w:rtl/>
        </w:rPr>
        <w:t xml:space="preserve"> او قرار م</w:t>
      </w:r>
      <w:r w:rsidRPr="00233BD8">
        <w:rPr>
          <w:rFonts w:ascii="Tahoma" w:hAnsi="Tahoma" w:cs="Tahoma" w:hint="cs"/>
          <w:rtl/>
        </w:rPr>
        <w:t>ی‌</w:t>
      </w:r>
      <w:r w:rsidRPr="00233BD8">
        <w:rPr>
          <w:rFonts w:ascii="Tahoma" w:hAnsi="Tahoma" w:cs="Tahoma" w:hint="eastAsia"/>
          <w:rtl/>
        </w:rPr>
        <w:t>گرفت</w:t>
      </w:r>
      <w:r w:rsidRPr="00233BD8">
        <w:rPr>
          <w:rFonts w:ascii="Tahoma" w:hAnsi="Tahoma" w:cs="Tahoma"/>
          <w:rtl/>
        </w:rPr>
        <w:t xml:space="preserve"> که م</w:t>
      </w:r>
      <w:r w:rsidRPr="00233BD8">
        <w:rPr>
          <w:rFonts w:ascii="Tahoma" w:hAnsi="Tahoma" w:cs="Tahoma" w:hint="cs"/>
          <w:rtl/>
        </w:rPr>
        <w:t>ی‌</w:t>
      </w:r>
      <w:r w:rsidRPr="00233BD8">
        <w:rPr>
          <w:rFonts w:ascii="Tahoma" w:hAnsi="Tahoma" w:cs="Tahoma" w:hint="eastAsia"/>
          <w:rtl/>
        </w:rPr>
        <w:t>توانست</w:t>
      </w:r>
      <w:r w:rsidRPr="00233BD8">
        <w:rPr>
          <w:rFonts w:ascii="Tahoma" w:hAnsi="Tahoma" w:cs="Tahoma"/>
          <w:rtl/>
        </w:rPr>
        <w:t xml:space="preserve"> اطلاعات، منابع و فرمان را منتقل کند.</w:t>
      </w:r>
    </w:p>
    <w:p w:rsidR="00233BD8" w:rsidRPr="00233BD8" w:rsidRDefault="00233BD8" w:rsidP="00233BD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33BD8">
        <w:rPr>
          <w:rFonts w:ascii="Tahoma" w:hAnsi="Tahoma" w:cs="Tahoma" w:hint="eastAsia"/>
          <w:rtl/>
        </w:rPr>
        <w:t>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ن</w:t>
      </w:r>
      <w:r w:rsidRPr="00233BD8">
        <w:rPr>
          <w:rFonts w:ascii="Tahoma" w:hAnsi="Tahoma" w:cs="Tahoma"/>
          <w:rtl/>
        </w:rPr>
        <w:t xml:space="preserve"> شبکه به خاندان صفو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امکان داد که اقتدار را از نسل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به نسل د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گر</w:t>
      </w:r>
      <w:r w:rsidRPr="00233BD8">
        <w:rPr>
          <w:rFonts w:ascii="Tahoma" w:hAnsi="Tahoma" w:cs="Tahoma"/>
          <w:rtl/>
        </w:rPr>
        <w:t xml:space="preserve"> انتقال دهد. در حکومت‌ها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ل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،</w:t>
      </w:r>
      <w:r w:rsidRPr="00233BD8">
        <w:rPr>
          <w:rFonts w:ascii="Tahoma" w:hAnsi="Tahoma" w:cs="Tahoma"/>
          <w:rtl/>
        </w:rPr>
        <w:t xml:space="preserve"> مرگ فرمانروا غالباً رقابت جانش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نان</w:t>
      </w:r>
      <w:r w:rsidRPr="00233BD8">
        <w:rPr>
          <w:rFonts w:ascii="Tahoma" w:hAnsi="Tahoma" w:cs="Tahoma"/>
          <w:rtl/>
        </w:rPr>
        <w:t xml:space="preserve"> را برم</w:t>
      </w:r>
      <w:r w:rsidRPr="00233BD8">
        <w:rPr>
          <w:rFonts w:ascii="Tahoma" w:hAnsi="Tahoma" w:cs="Tahoma" w:hint="cs"/>
          <w:rtl/>
        </w:rPr>
        <w:t>ی‌</w:t>
      </w:r>
      <w:r w:rsidRPr="00233BD8">
        <w:rPr>
          <w:rFonts w:ascii="Tahoma" w:hAnsi="Tahoma" w:cs="Tahoma" w:hint="eastAsia"/>
          <w:rtl/>
        </w:rPr>
        <w:t>انگ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خت؛</w:t>
      </w:r>
      <w:r w:rsidRPr="00233BD8">
        <w:rPr>
          <w:rFonts w:ascii="Tahoma" w:hAnsi="Tahoma" w:cs="Tahoma"/>
          <w:rtl/>
        </w:rPr>
        <w:t xml:space="preserve"> اما در طر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قت،</w:t>
      </w:r>
      <w:r w:rsidRPr="00233BD8">
        <w:rPr>
          <w:rFonts w:ascii="Tahoma" w:hAnsi="Tahoma" w:cs="Tahoma"/>
          <w:rtl/>
        </w:rPr>
        <w:t xml:space="preserve"> جانش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ن</w:t>
      </w:r>
      <w:r w:rsidRPr="00233BD8">
        <w:rPr>
          <w:rFonts w:ascii="Tahoma" w:hAnsi="Tahoma" w:cs="Tahoma"/>
          <w:rtl/>
        </w:rPr>
        <w:t xml:space="preserve"> پ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ر</w:t>
      </w:r>
      <w:r w:rsidRPr="00233BD8">
        <w:rPr>
          <w:rFonts w:ascii="Tahoma" w:hAnsi="Tahoma" w:cs="Tahoma"/>
          <w:rtl/>
        </w:rPr>
        <w:t xml:space="preserve"> م</w:t>
      </w:r>
      <w:r w:rsidRPr="00233BD8">
        <w:rPr>
          <w:rFonts w:ascii="Tahoma" w:hAnsi="Tahoma" w:cs="Tahoma" w:hint="cs"/>
          <w:rtl/>
        </w:rPr>
        <w:t>ی‌</w:t>
      </w:r>
      <w:r w:rsidRPr="00233BD8">
        <w:rPr>
          <w:rFonts w:ascii="Tahoma" w:hAnsi="Tahoma" w:cs="Tahoma" w:hint="eastAsia"/>
          <w:rtl/>
        </w:rPr>
        <w:t>توانست</w:t>
      </w:r>
      <w:r w:rsidRPr="00233BD8">
        <w:rPr>
          <w:rFonts w:ascii="Tahoma" w:hAnsi="Tahoma" w:cs="Tahoma"/>
          <w:rtl/>
        </w:rPr>
        <w:t xml:space="preserve"> مقام معنو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و شبکهٔ مر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دان</w:t>
      </w:r>
      <w:r w:rsidRPr="00233BD8">
        <w:rPr>
          <w:rFonts w:ascii="Tahoma" w:hAnsi="Tahoma" w:cs="Tahoma"/>
          <w:rtl/>
        </w:rPr>
        <w:t xml:space="preserve"> او را به ارث ببرد. 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ن</w:t>
      </w:r>
      <w:r w:rsidRPr="00233BD8">
        <w:rPr>
          <w:rFonts w:ascii="Tahoma" w:hAnsi="Tahoma" w:cs="Tahoma"/>
          <w:rtl/>
        </w:rPr>
        <w:t xml:space="preserve"> انتقال ن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ز</w:t>
      </w:r>
      <w:r w:rsidRPr="00233BD8">
        <w:rPr>
          <w:rFonts w:ascii="Tahoma" w:hAnsi="Tahoma" w:cs="Tahoma"/>
          <w:rtl/>
        </w:rPr>
        <w:t xml:space="preserve"> هم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شه</w:t>
      </w:r>
      <w:r w:rsidRPr="00233BD8">
        <w:rPr>
          <w:rFonts w:ascii="Tahoma" w:hAnsi="Tahoma" w:cs="Tahoma"/>
          <w:rtl/>
        </w:rPr>
        <w:t xml:space="preserve"> بدون ا</w:t>
      </w:r>
      <w:r w:rsidRPr="00233BD8">
        <w:rPr>
          <w:rFonts w:ascii="Tahoma" w:hAnsi="Tahoma" w:cs="Tahoma" w:hint="eastAsia"/>
          <w:rtl/>
        </w:rPr>
        <w:t>ختلاف</w:t>
      </w:r>
      <w:r w:rsidRPr="00233BD8">
        <w:rPr>
          <w:rFonts w:ascii="Tahoma" w:hAnsi="Tahoma" w:cs="Tahoma"/>
          <w:rtl/>
        </w:rPr>
        <w:t xml:space="preserve"> نبود، ول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طر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قت</w:t>
      </w:r>
      <w:r w:rsidRPr="00233BD8">
        <w:rPr>
          <w:rFonts w:ascii="Tahoma" w:hAnsi="Tahoma" w:cs="Tahoma"/>
          <w:rtl/>
        </w:rPr>
        <w:t xml:space="preserve"> از عامل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برخوردار بود که بس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ار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از حکومت‌ها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آن زمان نداشتند: اطاعت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که تنها بر زور و غن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مت</w:t>
      </w:r>
      <w:r w:rsidRPr="00233BD8">
        <w:rPr>
          <w:rFonts w:ascii="Tahoma" w:hAnsi="Tahoma" w:cs="Tahoma"/>
          <w:rtl/>
        </w:rPr>
        <w:t xml:space="preserve"> استوار نبود.</w:t>
      </w:r>
    </w:p>
    <w:p w:rsidR="00233BD8" w:rsidRPr="00233BD8" w:rsidRDefault="00233BD8" w:rsidP="00233BD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33BD8">
        <w:rPr>
          <w:rFonts w:ascii="Tahoma" w:hAnsi="Tahoma" w:cs="Tahoma" w:hint="eastAsia"/>
          <w:rtl/>
        </w:rPr>
        <w:t>در</w:t>
      </w:r>
      <w:r w:rsidRPr="00233BD8">
        <w:rPr>
          <w:rFonts w:ascii="Tahoma" w:hAnsi="Tahoma" w:cs="Tahoma"/>
          <w:rtl/>
        </w:rPr>
        <w:t xml:space="preserve"> دوره‌ها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بعد، ماه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ت</w:t>
      </w:r>
      <w:r w:rsidRPr="00233BD8">
        <w:rPr>
          <w:rFonts w:ascii="Tahoma" w:hAnsi="Tahoma" w:cs="Tahoma"/>
          <w:rtl/>
        </w:rPr>
        <w:t xml:space="preserve"> طر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قت</w:t>
      </w:r>
      <w:r w:rsidRPr="00233BD8">
        <w:rPr>
          <w:rFonts w:ascii="Tahoma" w:hAnsi="Tahoma" w:cs="Tahoma"/>
          <w:rtl/>
        </w:rPr>
        <w:t xml:space="preserve"> صفو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تغ</w:t>
      </w:r>
      <w:r w:rsidRPr="00233BD8">
        <w:rPr>
          <w:rFonts w:ascii="Tahoma" w:hAnsi="Tahoma" w:cs="Tahoma" w:hint="cs"/>
          <w:rtl/>
        </w:rPr>
        <w:t>یی</w:t>
      </w:r>
      <w:r w:rsidRPr="00233BD8">
        <w:rPr>
          <w:rFonts w:ascii="Tahoma" w:hAnsi="Tahoma" w:cs="Tahoma" w:hint="eastAsia"/>
          <w:rtl/>
        </w:rPr>
        <w:t>ر</w:t>
      </w:r>
      <w:r w:rsidRPr="00233BD8">
        <w:rPr>
          <w:rFonts w:ascii="Tahoma" w:hAnsi="Tahoma" w:cs="Tahoma"/>
          <w:rtl/>
        </w:rPr>
        <w:t xml:space="preserve"> کرد. ش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خ</w:t>
      </w:r>
      <w:r w:rsidRPr="00233BD8">
        <w:rPr>
          <w:rFonts w:ascii="Tahoma" w:hAnsi="Tahoma" w:cs="Tahoma"/>
          <w:rtl/>
        </w:rPr>
        <w:t xml:space="preserve"> جن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د،</w:t>
      </w:r>
      <w:r w:rsidRPr="00233BD8">
        <w:rPr>
          <w:rFonts w:ascii="Tahoma" w:hAnsi="Tahoma" w:cs="Tahoma"/>
          <w:rtl/>
        </w:rPr>
        <w:t xml:space="preserve"> 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ک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از رهبران 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ن</w:t>
      </w:r>
      <w:r w:rsidRPr="00233BD8">
        <w:rPr>
          <w:rFonts w:ascii="Tahoma" w:hAnsi="Tahoma" w:cs="Tahoma"/>
          <w:rtl/>
        </w:rPr>
        <w:t xml:space="preserve"> خاندان، د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گر</w:t>
      </w:r>
      <w:r w:rsidRPr="00233BD8">
        <w:rPr>
          <w:rFonts w:ascii="Tahoma" w:hAnsi="Tahoma" w:cs="Tahoma"/>
          <w:rtl/>
        </w:rPr>
        <w:t xml:space="preserve"> فقط پ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ر</w:t>
      </w:r>
      <w:r w:rsidRPr="00233BD8">
        <w:rPr>
          <w:rFonts w:ascii="Tahoma" w:hAnsi="Tahoma" w:cs="Tahoma"/>
          <w:rtl/>
        </w:rPr>
        <w:t xml:space="preserve"> خانقاه نبود. او کوش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د</w:t>
      </w:r>
      <w:r w:rsidRPr="00233BD8">
        <w:rPr>
          <w:rFonts w:ascii="Tahoma" w:hAnsi="Tahoma" w:cs="Tahoma"/>
          <w:rtl/>
        </w:rPr>
        <w:t xml:space="preserve"> ن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رو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مر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دان</w:t>
      </w:r>
      <w:r w:rsidRPr="00233BD8">
        <w:rPr>
          <w:rFonts w:ascii="Tahoma" w:hAnsi="Tahoma" w:cs="Tahoma"/>
          <w:rtl/>
        </w:rPr>
        <w:t xml:space="preserve"> را به حرکت س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اس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و نظام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تبد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ل</w:t>
      </w:r>
      <w:r w:rsidRPr="00233BD8">
        <w:rPr>
          <w:rFonts w:ascii="Tahoma" w:hAnsi="Tahoma" w:cs="Tahoma"/>
          <w:rtl/>
        </w:rPr>
        <w:t xml:space="preserve"> کند. 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ن</w:t>
      </w:r>
      <w:r w:rsidRPr="00233BD8">
        <w:rPr>
          <w:rFonts w:ascii="Tahoma" w:hAnsi="Tahoma" w:cs="Tahoma"/>
          <w:rtl/>
        </w:rPr>
        <w:t xml:space="preserve"> تغ</w:t>
      </w:r>
      <w:r w:rsidRPr="00233BD8">
        <w:rPr>
          <w:rFonts w:ascii="Tahoma" w:hAnsi="Tahoma" w:cs="Tahoma" w:hint="cs"/>
          <w:rtl/>
        </w:rPr>
        <w:t>یی</w:t>
      </w:r>
      <w:r w:rsidRPr="00233BD8">
        <w:rPr>
          <w:rFonts w:ascii="Tahoma" w:hAnsi="Tahoma" w:cs="Tahoma" w:hint="eastAsia"/>
          <w:rtl/>
        </w:rPr>
        <w:t>ر</w:t>
      </w:r>
      <w:r w:rsidRPr="00233BD8">
        <w:rPr>
          <w:rFonts w:ascii="Tahoma" w:hAnsi="Tahoma" w:cs="Tahoma"/>
          <w:rtl/>
        </w:rPr>
        <w:t xml:space="preserve"> ناگهان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نبود. طر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قت</w:t>
      </w:r>
      <w:r w:rsidRPr="00233BD8">
        <w:rPr>
          <w:rFonts w:ascii="Tahoma" w:hAnsi="Tahoma" w:cs="Tahoma"/>
          <w:rtl/>
        </w:rPr>
        <w:t xml:space="preserve"> هنگام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که در م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ان</w:t>
      </w:r>
      <w:r w:rsidRPr="00233BD8">
        <w:rPr>
          <w:rFonts w:ascii="Tahoma" w:hAnsi="Tahoma" w:cs="Tahoma"/>
          <w:rtl/>
        </w:rPr>
        <w:t xml:space="preserve"> قبا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ل</w:t>
      </w:r>
      <w:r w:rsidRPr="00233BD8">
        <w:rPr>
          <w:rFonts w:ascii="Tahoma" w:hAnsi="Tahoma" w:cs="Tahoma"/>
          <w:rtl/>
        </w:rPr>
        <w:t xml:space="preserve"> جنگاور گسترش م</w:t>
      </w:r>
      <w:r w:rsidRPr="00233BD8">
        <w:rPr>
          <w:rFonts w:ascii="Tahoma" w:hAnsi="Tahoma" w:cs="Tahoma" w:hint="cs"/>
          <w:rtl/>
        </w:rPr>
        <w:t>ی‌ی</w:t>
      </w:r>
      <w:r w:rsidRPr="00233BD8">
        <w:rPr>
          <w:rFonts w:ascii="Tahoma" w:hAnsi="Tahoma" w:cs="Tahoma" w:hint="eastAsia"/>
          <w:rtl/>
        </w:rPr>
        <w:t>افت،</w:t>
      </w:r>
      <w:r w:rsidRPr="00233BD8">
        <w:rPr>
          <w:rFonts w:ascii="Tahoma" w:hAnsi="Tahoma" w:cs="Tahoma"/>
          <w:rtl/>
        </w:rPr>
        <w:t xml:space="preserve"> با مردان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روبه‌</w:t>
      </w:r>
      <w:r w:rsidRPr="00233BD8">
        <w:rPr>
          <w:rFonts w:ascii="Tahoma" w:hAnsi="Tahoma" w:cs="Tahoma" w:hint="eastAsia"/>
          <w:rtl/>
        </w:rPr>
        <w:t>رو</w:t>
      </w:r>
      <w:r w:rsidRPr="00233BD8">
        <w:rPr>
          <w:rFonts w:ascii="Tahoma" w:hAnsi="Tahoma" w:cs="Tahoma"/>
          <w:rtl/>
        </w:rPr>
        <w:t xml:space="preserve"> م</w:t>
      </w:r>
      <w:r w:rsidRPr="00233BD8">
        <w:rPr>
          <w:rFonts w:ascii="Tahoma" w:hAnsi="Tahoma" w:cs="Tahoma" w:hint="cs"/>
          <w:rtl/>
        </w:rPr>
        <w:t>ی‌</w:t>
      </w:r>
      <w:r w:rsidRPr="00233BD8">
        <w:rPr>
          <w:rFonts w:ascii="Tahoma" w:hAnsi="Tahoma" w:cs="Tahoma" w:hint="eastAsia"/>
          <w:rtl/>
        </w:rPr>
        <w:t>شد</w:t>
      </w:r>
      <w:r w:rsidRPr="00233BD8">
        <w:rPr>
          <w:rFonts w:ascii="Tahoma" w:hAnsi="Tahoma" w:cs="Tahoma"/>
          <w:rtl/>
        </w:rPr>
        <w:t xml:space="preserve"> که وفادار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مذهب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آنان م</w:t>
      </w:r>
      <w:r w:rsidRPr="00233BD8">
        <w:rPr>
          <w:rFonts w:ascii="Tahoma" w:hAnsi="Tahoma" w:cs="Tahoma" w:hint="cs"/>
          <w:rtl/>
        </w:rPr>
        <w:t>ی‌</w:t>
      </w:r>
      <w:r w:rsidRPr="00233BD8">
        <w:rPr>
          <w:rFonts w:ascii="Tahoma" w:hAnsi="Tahoma" w:cs="Tahoma" w:hint="eastAsia"/>
          <w:rtl/>
        </w:rPr>
        <w:t>توانست</w:t>
      </w:r>
      <w:r w:rsidRPr="00233BD8">
        <w:rPr>
          <w:rFonts w:ascii="Tahoma" w:hAnsi="Tahoma" w:cs="Tahoma"/>
          <w:rtl/>
        </w:rPr>
        <w:t xml:space="preserve"> به آمادگ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نظام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تبد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ل</w:t>
      </w:r>
      <w:r w:rsidRPr="00233BD8">
        <w:rPr>
          <w:rFonts w:ascii="Tahoma" w:hAnsi="Tahoma" w:cs="Tahoma"/>
          <w:rtl/>
        </w:rPr>
        <w:t xml:space="preserve"> شود. مرشد برا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ن</w:t>
      </w:r>
      <w:r w:rsidRPr="00233BD8">
        <w:rPr>
          <w:rFonts w:ascii="Tahoma" w:hAnsi="Tahoma" w:cs="Tahoma"/>
          <w:rtl/>
        </w:rPr>
        <w:t xml:space="preserve"> مر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دان</w:t>
      </w:r>
      <w:r w:rsidRPr="00233BD8">
        <w:rPr>
          <w:rFonts w:ascii="Tahoma" w:hAnsi="Tahoma" w:cs="Tahoma"/>
          <w:rtl/>
        </w:rPr>
        <w:t xml:space="preserve"> فقط آموزگار راه معنو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نبود؛ صاحب اقتدار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بود که فرمانش م</w:t>
      </w:r>
      <w:r w:rsidRPr="00233BD8">
        <w:rPr>
          <w:rFonts w:ascii="Tahoma" w:hAnsi="Tahoma" w:cs="Tahoma" w:hint="cs"/>
          <w:rtl/>
        </w:rPr>
        <w:t>ی‌</w:t>
      </w:r>
      <w:r w:rsidRPr="00233BD8">
        <w:rPr>
          <w:rFonts w:ascii="Tahoma" w:hAnsi="Tahoma" w:cs="Tahoma" w:hint="eastAsia"/>
          <w:rtl/>
        </w:rPr>
        <w:t>توانست</w:t>
      </w:r>
      <w:r w:rsidRPr="00233BD8">
        <w:rPr>
          <w:rFonts w:ascii="Tahoma" w:hAnsi="Tahoma" w:cs="Tahoma"/>
          <w:rtl/>
        </w:rPr>
        <w:t xml:space="preserve"> اطاعت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تا مرز جان‌دادن 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جاد</w:t>
      </w:r>
      <w:r w:rsidRPr="00233BD8">
        <w:rPr>
          <w:rFonts w:ascii="Tahoma" w:hAnsi="Tahoma" w:cs="Tahoma"/>
          <w:rtl/>
        </w:rPr>
        <w:t xml:space="preserve"> کند.</w:t>
      </w:r>
    </w:p>
    <w:p w:rsidR="00233BD8" w:rsidRPr="00233BD8" w:rsidRDefault="00233BD8" w:rsidP="00233BD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33BD8">
        <w:rPr>
          <w:rFonts w:ascii="Tahoma" w:hAnsi="Tahoma" w:cs="Tahoma" w:hint="eastAsia"/>
          <w:rtl/>
        </w:rPr>
        <w:t>ش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خ</w:t>
      </w:r>
      <w:r w:rsidRPr="00233BD8">
        <w:rPr>
          <w:rFonts w:ascii="Tahoma" w:hAnsi="Tahoma" w:cs="Tahoma"/>
          <w:rtl/>
        </w:rPr>
        <w:t xml:space="preserve"> جن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د</w:t>
      </w:r>
      <w:r w:rsidRPr="00233BD8">
        <w:rPr>
          <w:rFonts w:ascii="Tahoma" w:hAnsi="Tahoma" w:cs="Tahoma"/>
          <w:rtl/>
        </w:rPr>
        <w:t xml:space="preserve"> در پ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افزا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ش</w:t>
      </w:r>
      <w:r w:rsidRPr="00233BD8">
        <w:rPr>
          <w:rFonts w:ascii="Tahoma" w:hAnsi="Tahoma" w:cs="Tahoma"/>
          <w:rtl/>
        </w:rPr>
        <w:t xml:space="preserve"> قدرت خود با جهان حکومت‌ها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رق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ب</w:t>
      </w:r>
      <w:r w:rsidRPr="00233BD8">
        <w:rPr>
          <w:rFonts w:ascii="Tahoma" w:hAnsi="Tahoma" w:cs="Tahoma"/>
          <w:rtl/>
        </w:rPr>
        <w:t xml:space="preserve"> درگ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ر</w:t>
      </w:r>
      <w:r w:rsidRPr="00233BD8">
        <w:rPr>
          <w:rFonts w:ascii="Tahoma" w:hAnsi="Tahoma" w:cs="Tahoma"/>
          <w:rtl/>
        </w:rPr>
        <w:t xml:space="preserve"> شد. جهانشاه قره‌قو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ونلو</w:t>
      </w:r>
      <w:r w:rsidRPr="00233BD8">
        <w:rPr>
          <w:rFonts w:ascii="Tahoma" w:hAnsi="Tahoma" w:cs="Tahoma"/>
          <w:rtl/>
        </w:rPr>
        <w:t xml:space="preserve"> از گسترش نفوذ او ب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مناک</w:t>
      </w:r>
      <w:r w:rsidRPr="00233BD8">
        <w:rPr>
          <w:rFonts w:ascii="Tahoma" w:hAnsi="Tahoma" w:cs="Tahoma"/>
          <w:rtl/>
        </w:rPr>
        <w:t xml:space="preserve"> بود. 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ن</w:t>
      </w:r>
      <w:r w:rsidRPr="00233BD8">
        <w:rPr>
          <w:rFonts w:ascii="Tahoma" w:hAnsi="Tahoma" w:cs="Tahoma"/>
          <w:rtl/>
        </w:rPr>
        <w:t xml:space="preserve"> ب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م</w:t>
      </w:r>
      <w:r w:rsidRPr="00233BD8">
        <w:rPr>
          <w:rFonts w:ascii="Tahoma" w:hAnsi="Tahoma" w:cs="Tahoma"/>
          <w:rtl/>
        </w:rPr>
        <w:t xml:space="preserve"> نشان م</w:t>
      </w:r>
      <w:r w:rsidRPr="00233BD8">
        <w:rPr>
          <w:rFonts w:ascii="Tahoma" w:hAnsi="Tahoma" w:cs="Tahoma" w:hint="cs"/>
          <w:rtl/>
        </w:rPr>
        <w:t>ی‌</w:t>
      </w:r>
      <w:r w:rsidRPr="00233BD8">
        <w:rPr>
          <w:rFonts w:ascii="Tahoma" w:hAnsi="Tahoma" w:cs="Tahoma" w:hint="eastAsia"/>
          <w:rtl/>
        </w:rPr>
        <w:t>داد</w:t>
      </w:r>
      <w:r w:rsidRPr="00233BD8">
        <w:rPr>
          <w:rFonts w:ascii="Tahoma" w:hAnsi="Tahoma" w:cs="Tahoma"/>
          <w:rtl/>
        </w:rPr>
        <w:t xml:space="preserve"> که طر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قت</w:t>
      </w:r>
      <w:r w:rsidRPr="00233BD8">
        <w:rPr>
          <w:rFonts w:ascii="Tahoma" w:hAnsi="Tahoma" w:cs="Tahoma"/>
          <w:rtl/>
        </w:rPr>
        <w:t xml:space="preserve"> صفو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د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گر</w:t>
      </w:r>
      <w:r w:rsidRPr="00233BD8">
        <w:rPr>
          <w:rFonts w:ascii="Tahoma" w:hAnsi="Tahoma" w:cs="Tahoma"/>
          <w:rtl/>
        </w:rPr>
        <w:t xml:space="preserve"> فقط جماعت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مذهب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به شمار نم</w:t>
      </w:r>
      <w:r w:rsidRPr="00233BD8">
        <w:rPr>
          <w:rFonts w:ascii="Tahoma" w:hAnsi="Tahoma" w:cs="Tahoma" w:hint="cs"/>
          <w:rtl/>
        </w:rPr>
        <w:t>ی‌</w:t>
      </w:r>
      <w:r w:rsidRPr="00233BD8">
        <w:rPr>
          <w:rFonts w:ascii="Tahoma" w:hAnsi="Tahoma" w:cs="Tahoma" w:hint="eastAsia"/>
          <w:rtl/>
        </w:rPr>
        <w:t>آمد</w:t>
      </w:r>
      <w:r w:rsidRPr="00233BD8">
        <w:rPr>
          <w:rFonts w:ascii="Tahoma" w:hAnsi="Tahoma" w:cs="Tahoma"/>
          <w:rtl/>
        </w:rPr>
        <w:t>. فرمانروا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ان</w:t>
      </w:r>
      <w:r w:rsidRPr="00233BD8">
        <w:rPr>
          <w:rFonts w:ascii="Tahoma" w:hAnsi="Tahoma" w:cs="Tahoma"/>
          <w:rtl/>
        </w:rPr>
        <w:t xml:space="preserve"> در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افته</w:t>
      </w:r>
      <w:r w:rsidRPr="00233BD8">
        <w:rPr>
          <w:rFonts w:ascii="Tahoma" w:hAnsi="Tahoma" w:cs="Tahoma"/>
          <w:rtl/>
        </w:rPr>
        <w:t xml:space="preserve"> بودند که مرشد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برخوردار از هزاران مر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د</w:t>
      </w:r>
      <w:r w:rsidRPr="00233BD8">
        <w:rPr>
          <w:rFonts w:ascii="Tahoma" w:hAnsi="Tahoma" w:cs="Tahoma"/>
          <w:rtl/>
        </w:rPr>
        <w:t xml:space="preserve"> م</w:t>
      </w:r>
      <w:r w:rsidRPr="00233BD8">
        <w:rPr>
          <w:rFonts w:ascii="Tahoma" w:hAnsi="Tahoma" w:cs="Tahoma" w:hint="cs"/>
          <w:rtl/>
        </w:rPr>
        <w:t>ی‌</w:t>
      </w:r>
      <w:r w:rsidRPr="00233BD8">
        <w:rPr>
          <w:rFonts w:ascii="Tahoma" w:hAnsi="Tahoma" w:cs="Tahoma" w:hint="eastAsia"/>
          <w:rtl/>
        </w:rPr>
        <w:t>تواند</w:t>
      </w:r>
      <w:r w:rsidRPr="00233BD8">
        <w:rPr>
          <w:rFonts w:ascii="Tahoma" w:hAnsi="Tahoma" w:cs="Tahoma"/>
          <w:rtl/>
        </w:rPr>
        <w:t xml:space="preserve"> به مدع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قدرت تبد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ل</w:t>
      </w:r>
      <w:r w:rsidRPr="00233BD8">
        <w:rPr>
          <w:rFonts w:ascii="Tahoma" w:hAnsi="Tahoma" w:cs="Tahoma"/>
          <w:rtl/>
        </w:rPr>
        <w:t xml:space="preserve"> شود. جن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د</w:t>
      </w:r>
      <w:r w:rsidRPr="00233BD8">
        <w:rPr>
          <w:rFonts w:ascii="Tahoma" w:hAnsi="Tahoma" w:cs="Tahoma"/>
          <w:rtl/>
        </w:rPr>
        <w:t xml:space="preserve"> ناچار شد اردب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ل</w:t>
      </w:r>
      <w:r w:rsidRPr="00233BD8">
        <w:rPr>
          <w:rFonts w:ascii="Tahoma" w:hAnsi="Tahoma" w:cs="Tahoma"/>
          <w:rtl/>
        </w:rPr>
        <w:t xml:space="preserve"> را ترک کند، اما دور شدن از مرکز طر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قت</w:t>
      </w:r>
      <w:r w:rsidRPr="00233BD8">
        <w:rPr>
          <w:rFonts w:ascii="Tahoma" w:hAnsi="Tahoma" w:cs="Tahoma"/>
          <w:rtl/>
        </w:rPr>
        <w:t xml:space="preserve"> نفوذ او را از م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ان</w:t>
      </w:r>
      <w:r w:rsidRPr="00233BD8">
        <w:rPr>
          <w:rFonts w:ascii="Tahoma" w:hAnsi="Tahoma" w:cs="Tahoma"/>
          <w:rtl/>
        </w:rPr>
        <w:t xml:space="preserve"> نبرد. او با اوزون حسن آق‌قو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ونلو</w:t>
      </w:r>
      <w:r w:rsidRPr="00233BD8">
        <w:rPr>
          <w:rFonts w:ascii="Tahoma" w:hAnsi="Tahoma" w:cs="Tahoma"/>
          <w:rtl/>
        </w:rPr>
        <w:t xml:space="preserve"> پ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وند</w:t>
      </w:r>
      <w:r w:rsidRPr="00233BD8">
        <w:rPr>
          <w:rFonts w:ascii="Tahoma" w:hAnsi="Tahoma" w:cs="Tahoma"/>
          <w:rtl/>
        </w:rPr>
        <w:t xml:space="preserve"> 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افت</w:t>
      </w:r>
      <w:r w:rsidRPr="00233BD8">
        <w:rPr>
          <w:rFonts w:ascii="Tahoma" w:hAnsi="Tahoma" w:cs="Tahoma"/>
          <w:rtl/>
        </w:rPr>
        <w:t xml:space="preserve"> و با خواهر او ازدواج کرد. از 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ن</w:t>
      </w:r>
      <w:r w:rsidRPr="00233BD8">
        <w:rPr>
          <w:rFonts w:ascii="Tahoma" w:hAnsi="Tahoma" w:cs="Tahoma"/>
          <w:rtl/>
        </w:rPr>
        <w:t xml:space="preserve"> راه، خاندان صفو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با 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ک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از ن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رومندتر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ن</w:t>
      </w:r>
      <w:r w:rsidRPr="00233BD8">
        <w:rPr>
          <w:rFonts w:ascii="Tahoma" w:hAnsi="Tahoma" w:cs="Tahoma"/>
          <w:rtl/>
        </w:rPr>
        <w:t xml:space="preserve"> خاندان‌ها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س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اس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منطقه پ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وند</w:t>
      </w:r>
      <w:r w:rsidRPr="00233BD8">
        <w:rPr>
          <w:rFonts w:ascii="Tahoma" w:hAnsi="Tahoma" w:cs="Tahoma"/>
          <w:rtl/>
        </w:rPr>
        <w:t xml:space="preserve"> خون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پ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دا</w:t>
      </w:r>
      <w:r w:rsidRPr="00233BD8">
        <w:rPr>
          <w:rFonts w:ascii="Tahoma" w:hAnsi="Tahoma" w:cs="Tahoma"/>
          <w:rtl/>
        </w:rPr>
        <w:t xml:space="preserve"> ک</w:t>
      </w:r>
      <w:r w:rsidRPr="00233BD8">
        <w:rPr>
          <w:rFonts w:ascii="Tahoma" w:hAnsi="Tahoma" w:cs="Tahoma" w:hint="eastAsia"/>
          <w:rtl/>
        </w:rPr>
        <w:t>رد</w:t>
      </w:r>
      <w:r w:rsidRPr="00233BD8">
        <w:rPr>
          <w:rFonts w:ascii="Tahoma" w:hAnsi="Tahoma" w:cs="Tahoma"/>
          <w:rtl/>
        </w:rPr>
        <w:t>.</w:t>
      </w:r>
    </w:p>
    <w:p w:rsidR="00233BD8" w:rsidRPr="00233BD8" w:rsidRDefault="00233BD8" w:rsidP="00233BD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33BD8">
        <w:rPr>
          <w:rFonts w:ascii="Tahoma" w:hAnsi="Tahoma" w:cs="Tahoma" w:hint="eastAsia"/>
          <w:rtl/>
        </w:rPr>
        <w:t>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ن</w:t>
      </w:r>
      <w:r w:rsidRPr="00233BD8">
        <w:rPr>
          <w:rFonts w:ascii="Tahoma" w:hAnsi="Tahoma" w:cs="Tahoma"/>
          <w:rtl/>
        </w:rPr>
        <w:t xml:space="preserve"> ازدواج فقط رابطه‌ا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خانوادگ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نبود. طر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قت</w:t>
      </w:r>
      <w:r w:rsidRPr="00233BD8">
        <w:rPr>
          <w:rFonts w:ascii="Tahoma" w:hAnsi="Tahoma" w:cs="Tahoma"/>
          <w:rtl/>
        </w:rPr>
        <w:t xml:space="preserve"> و قشون، مرشد و فرمانروا و حقان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ت</w:t>
      </w:r>
      <w:r w:rsidRPr="00233BD8">
        <w:rPr>
          <w:rFonts w:ascii="Tahoma" w:hAnsi="Tahoma" w:cs="Tahoma"/>
          <w:rtl/>
        </w:rPr>
        <w:t xml:space="preserve"> مذهب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و قدرت س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اس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را به 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کد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گر</w:t>
      </w:r>
      <w:r w:rsidRPr="00233BD8">
        <w:rPr>
          <w:rFonts w:ascii="Tahoma" w:hAnsi="Tahoma" w:cs="Tahoma"/>
          <w:rtl/>
        </w:rPr>
        <w:t xml:space="preserve"> نزد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ک</w:t>
      </w:r>
      <w:r w:rsidRPr="00233BD8">
        <w:rPr>
          <w:rFonts w:ascii="Tahoma" w:hAnsi="Tahoma" w:cs="Tahoma"/>
          <w:rtl/>
        </w:rPr>
        <w:t xml:space="preserve"> م</w:t>
      </w:r>
      <w:r w:rsidRPr="00233BD8">
        <w:rPr>
          <w:rFonts w:ascii="Tahoma" w:hAnsi="Tahoma" w:cs="Tahoma" w:hint="cs"/>
          <w:rtl/>
        </w:rPr>
        <w:t>ی‌</w:t>
      </w:r>
      <w:r w:rsidRPr="00233BD8">
        <w:rPr>
          <w:rFonts w:ascii="Tahoma" w:hAnsi="Tahoma" w:cs="Tahoma" w:hint="eastAsia"/>
          <w:rtl/>
        </w:rPr>
        <w:t>کرد</w:t>
      </w:r>
      <w:r w:rsidRPr="00233BD8">
        <w:rPr>
          <w:rFonts w:ascii="Tahoma" w:hAnsi="Tahoma" w:cs="Tahoma"/>
          <w:rtl/>
        </w:rPr>
        <w:t>. اوزون حسن م</w:t>
      </w:r>
      <w:r w:rsidRPr="00233BD8">
        <w:rPr>
          <w:rFonts w:ascii="Tahoma" w:hAnsi="Tahoma" w:cs="Tahoma" w:hint="cs"/>
          <w:rtl/>
        </w:rPr>
        <w:t>ی‌</w:t>
      </w:r>
      <w:r w:rsidRPr="00233BD8">
        <w:rPr>
          <w:rFonts w:ascii="Tahoma" w:hAnsi="Tahoma" w:cs="Tahoma" w:hint="eastAsia"/>
          <w:rtl/>
        </w:rPr>
        <w:t>توانست</w:t>
      </w:r>
      <w:r w:rsidRPr="00233BD8">
        <w:rPr>
          <w:rFonts w:ascii="Tahoma" w:hAnsi="Tahoma" w:cs="Tahoma"/>
          <w:rtl/>
        </w:rPr>
        <w:t xml:space="preserve"> از نفوذ مذهب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صفو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ان</w:t>
      </w:r>
      <w:r w:rsidRPr="00233BD8">
        <w:rPr>
          <w:rFonts w:ascii="Tahoma" w:hAnsi="Tahoma" w:cs="Tahoma"/>
          <w:rtl/>
        </w:rPr>
        <w:t xml:space="preserve"> بهره گ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رد</w:t>
      </w:r>
      <w:r w:rsidRPr="00233BD8">
        <w:rPr>
          <w:rFonts w:ascii="Tahoma" w:hAnsi="Tahoma" w:cs="Tahoma"/>
          <w:rtl/>
        </w:rPr>
        <w:t xml:space="preserve"> و جن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د</w:t>
      </w:r>
      <w:r w:rsidRPr="00233BD8">
        <w:rPr>
          <w:rFonts w:ascii="Tahoma" w:hAnsi="Tahoma" w:cs="Tahoma"/>
          <w:rtl/>
        </w:rPr>
        <w:t xml:space="preserve"> ن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ز</w:t>
      </w:r>
      <w:r w:rsidRPr="00233BD8">
        <w:rPr>
          <w:rFonts w:ascii="Tahoma" w:hAnsi="Tahoma" w:cs="Tahoma"/>
          <w:rtl/>
        </w:rPr>
        <w:t xml:space="preserve"> م</w:t>
      </w:r>
      <w:r w:rsidRPr="00233BD8">
        <w:rPr>
          <w:rFonts w:ascii="Tahoma" w:hAnsi="Tahoma" w:cs="Tahoma" w:hint="cs"/>
          <w:rtl/>
        </w:rPr>
        <w:t>ی‌</w:t>
      </w:r>
      <w:r w:rsidRPr="00233BD8">
        <w:rPr>
          <w:rFonts w:ascii="Tahoma" w:hAnsi="Tahoma" w:cs="Tahoma" w:hint="eastAsia"/>
          <w:rtl/>
        </w:rPr>
        <w:t>توانست</w:t>
      </w:r>
      <w:r w:rsidRPr="00233BD8">
        <w:rPr>
          <w:rFonts w:ascii="Tahoma" w:hAnsi="Tahoma" w:cs="Tahoma"/>
          <w:rtl/>
        </w:rPr>
        <w:t xml:space="preserve"> از حما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ت</w:t>
      </w:r>
      <w:r w:rsidRPr="00233BD8">
        <w:rPr>
          <w:rFonts w:ascii="Tahoma" w:hAnsi="Tahoma" w:cs="Tahoma"/>
          <w:rtl/>
        </w:rPr>
        <w:t xml:space="preserve"> 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ک</w:t>
      </w:r>
      <w:r w:rsidRPr="00233BD8">
        <w:rPr>
          <w:rFonts w:ascii="Tahoma" w:hAnsi="Tahoma" w:cs="Tahoma"/>
          <w:rtl/>
        </w:rPr>
        <w:t xml:space="preserve"> قدرت س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اس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برخوردار شود. اما طر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قت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که با حکومت </w:t>
      </w:r>
      <w:r w:rsidRPr="00233BD8">
        <w:rPr>
          <w:rFonts w:ascii="Tahoma" w:hAnsi="Tahoma" w:cs="Tahoma" w:hint="eastAsia"/>
          <w:rtl/>
        </w:rPr>
        <w:t>پ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وند</w:t>
      </w:r>
      <w:r w:rsidRPr="00233BD8">
        <w:rPr>
          <w:rFonts w:ascii="Tahoma" w:hAnsi="Tahoma" w:cs="Tahoma"/>
          <w:rtl/>
        </w:rPr>
        <w:t xml:space="preserve"> م</w:t>
      </w:r>
      <w:r w:rsidRPr="00233BD8">
        <w:rPr>
          <w:rFonts w:ascii="Tahoma" w:hAnsi="Tahoma" w:cs="Tahoma" w:hint="cs"/>
          <w:rtl/>
        </w:rPr>
        <w:t>ی‌</w:t>
      </w:r>
      <w:r w:rsidRPr="00233BD8">
        <w:rPr>
          <w:rFonts w:ascii="Tahoma" w:hAnsi="Tahoma" w:cs="Tahoma" w:hint="eastAsia"/>
          <w:rtl/>
        </w:rPr>
        <w:t>خورد،</w:t>
      </w:r>
      <w:r w:rsidRPr="00233BD8">
        <w:rPr>
          <w:rFonts w:ascii="Tahoma" w:hAnsi="Tahoma" w:cs="Tahoma"/>
          <w:rtl/>
        </w:rPr>
        <w:t xml:space="preserve"> الزاماً در آن حل نم</w:t>
      </w:r>
      <w:r w:rsidRPr="00233BD8">
        <w:rPr>
          <w:rFonts w:ascii="Tahoma" w:hAnsi="Tahoma" w:cs="Tahoma" w:hint="cs"/>
          <w:rtl/>
        </w:rPr>
        <w:t>ی‌</w:t>
      </w:r>
      <w:r w:rsidRPr="00233BD8">
        <w:rPr>
          <w:rFonts w:ascii="Tahoma" w:hAnsi="Tahoma" w:cs="Tahoma" w:hint="eastAsia"/>
          <w:rtl/>
        </w:rPr>
        <w:t>شد</w:t>
      </w:r>
      <w:r w:rsidRPr="00233BD8">
        <w:rPr>
          <w:rFonts w:ascii="Tahoma" w:hAnsi="Tahoma" w:cs="Tahoma"/>
          <w:rtl/>
        </w:rPr>
        <w:t>. شبکهٔ مر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دان</w:t>
      </w:r>
      <w:r w:rsidRPr="00233BD8">
        <w:rPr>
          <w:rFonts w:ascii="Tahoma" w:hAnsi="Tahoma" w:cs="Tahoma"/>
          <w:rtl/>
        </w:rPr>
        <w:t xml:space="preserve"> صفو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به خاندان آق‌قو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ونلو</w:t>
      </w:r>
      <w:r w:rsidRPr="00233BD8">
        <w:rPr>
          <w:rFonts w:ascii="Tahoma" w:hAnsi="Tahoma" w:cs="Tahoma"/>
          <w:rtl/>
        </w:rPr>
        <w:t xml:space="preserve"> تعلق نداشت و وفادار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آنان پ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ش</w:t>
      </w:r>
      <w:r w:rsidRPr="00233BD8">
        <w:rPr>
          <w:rFonts w:ascii="Tahoma" w:hAnsi="Tahoma" w:cs="Tahoma"/>
          <w:rtl/>
        </w:rPr>
        <w:t xml:space="preserve"> از آنکه متوجه سلطان باشد، متوجه مرشد بود.</w:t>
      </w:r>
    </w:p>
    <w:p w:rsidR="00233BD8" w:rsidRPr="00233BD8" w:rsidRDefault="00233BD8" w:rsidP="00233BD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33BD8">
        <w:rPr>
          <w:rFonts w:ascii="Tahoma" w:hAnsi="Tahoma" w:cs="Tahoma" w:hint="eastAsia"/>
          <w:rtl/>
        </w:rPr>
        <w:t>جن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د</w:t>
      </w:r>
      <w:r w:rsidRPr="00233BD8">
        <w:rPr>
          <w:rFonts w:ascii="Tahoma" w:hAnsi="Tahoma" w:cs="Tahoma"/>
          <w:rtl/>
        </w:rPr>
        <w:t xml:space="preserve"> در 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ک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از لشکرکش</w:t>
      </w:r>
      <w:r w:rsidRPr="00233BD8">
        <w:rPr>
          <w:rFonts w:ascii="Tahoma" w:hAnsi="Tahoma" w:cs="Tahoma" w:hint="cs"/>
          <w:rtl/>
        </w:rPr>
        <w:t>ی‌</w:t>
      </w:r>
      <w:r w:rsidRPr="00233BD8">
        <w:rPr>
          <w:rFonts w:ascii="Tahoma" w:hAnsi="Tahoma" w:cs="Tahoma" w:hint="eastAsia"/>
          <w:rtl/>
        </w:rPr>
        <w:t>ها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خود کشته شد، اما مرگ او طر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قت</w:t>
      </w:r>
      <w:r w:rsidRPr="00233BD8">
        <w:rPr>
          <w:rFonts w:ascii="Tahoma" w:hAnsi="Tahoma" w:cs="Tahoma"/>
          <w:rtl/>
        </w:rPr>
        <w:t xml:space="preserve"> را از م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ان</w:t>
      </w:r>
      <w:r w:rsidRPr="00233BD8">
        <w:rPr>
          <w:rFonts w:ascii="Tahoma" w:hAnsi="Tahoma" w:cs="Tahoma"/>
          <w:rtl/>
        </w:rPr>
        <w:t xml:space="preserve"> نبرد. پسرش ش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خ</w:t>
      </w:r>
      <w:r w:rsidRPr="00233BD8">
        <w:rPr>
          <w:rFonts w:ascii="Tahoma" w:hAnsi="Tahoma" w:cs="Tahoma"/>
          <w:rtl/>
        </w:rPr>
        <w:t xml:space="preserve"> ح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در</w:t>
      </w:r>
      <w:r w:rsidRPr="00233BD8">
        <w:rPr>
          <w:rFonts w:ascii="Tahoma" w:hAnsi="Tahoma" w:cs="Tahoma"/>
          <w:rtl/>
        </w:rPr>
        <w:t xml:space="preserve"> وارث شبکه‌ا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شد که اکنون ب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ش</w:t>
      </w:r>
      <w:r w:rsidRPr="00233BD8">
        <w:rPr>
          <w:rFonts w:ascii="Tahoma" w:hAnsi="Tahoma" w:cs="Tahoma"/>
          <w:rtl/>
        </w:rPr>
        <w:t xml:space="preserve"> از گذشته رنگ نظام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گرفته بود. مر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دان</w:t>
      </w:r>
      <w:r w:rsidRPr="00233BD8">
        <w:rPr>
          <w:rFonts w:ascii="Tahoma" w:hAnsi="Tahoma" w:cs="Tahoma"/>
          <w:rtl/>
        </w:rPr>
        <w:t xml:space="preserve"> ترکمان او پوشش سرخ‌رنگ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بر سر م</w:t>
      </w:r>
      <w:r w:rsidRPr="00233BD8">
        <w:rPr>
          <w:rFonts w:ascii="Tahoma" w:hAnsi="Tahoma" w:cs="Tahoma" w:hint="cs"/>
          <w:rtl/>
        </w:rPr>
        <w:t>ی‌</w:t>
      </w:r>
      <w:r w:rsidRPr="00233BD8">
        <w:rPr>
          <w:rFonts w:ascii="Tahoma" w:hAnsi="Tahoma" w:cs="Tahoma" w:hint="eastAsia"/>
          <w:rtl/>
        </w:rPr>
        <w:t>گذاشتند</w:t>
      </w:r>
      <w:r w:rsidRPr="00233BD8">
        <w:rPr>
          <w:rFonts w:ascii="Tahoma" w:hAnsi="Tahoma" w:cs="Tahoma"/>
          <w:rtl/>
        </w:rPr>
        <w:t xml:space="preserve"> که به نشانهٔ دوازده امام، دوازده ترک داشت. از هم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ن‌جا</w:t>
      </w:r>
      <w:r w:rsidRPr="00233BD8">
        <w:rPr>
          <w:rFonts w:ascii="Tahoma" w:hAnsi="Tahoma" w:cs="Tahoma"/>
          <w:rtl/>
        </w:rPr>
        <w:t xml:space="preserve"> نام «قز</w:t>
      </w:r>
      <w:r w:rsidRPr="00233BD8">
        <w:rPr>
          <w:rFonts w:ascii="Tahoma" w:hAnsi="Tahoma" w:cs="Tahoma" w:hint="eastAsia"/>
          <w:rtl/>
        </w:rPr>
        <w:t>لباش»،</w:t>
      </w:r>
      <w:r w:rsidRPr="00233BD8">
        <w:rPr>
          <w:rFonts w:ascii="Tahoma" w:hAnsi="Tahoma" w:cs="Tahoma"/>
          <w:rtl/>
        </w:rPr>
        <w:t xml:space="preserve"> به معنا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سرخ‌سر، بر آنان نهاده شد.</w:t>
      </w:r>
    </w:p>
    <w:p w:rsidR="00233BD8" w:rsidRPr="00233BD8" w:rsidRDefault="00233BD8" w:rsidP="00233BD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33BD8">
        <w:rPr>
          <w:rFonts w:ascii="Tahoma" w:hAnsi="Tahoma" w:cs="Tahoma" w:hint="eastAsia"/>
          <w:rtl/>
        </w:rPr>
        <w:t>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ن</w:t>
      </w:r>
      <w:r w:rsidRPr="00233BD8">
        <w:rPr>
          <w:rFonts w:ascii="Tahoma" w:hAnsi="Tahoma" w:cs="Tahoma"/>
          <w:rtl/>
        </w:rPr>
        <w:t xml:space="preserve"> نشانه فقط پوشش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ظاهر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نبود. مر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دان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که از قبا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ل،</w:t>
      </w:r>
      <w:r w:rsidRPr="00233BD8">
        <w:rPr>
          <w:rFonts w:ascii="Tahoma" w:hAnsi="Tahoma" w:cs="Tahoma"/>
          <w:rtl/>
        </w:rPr>
        <w:t xml:space="preserve"> مناطق و ت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ره‌ها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متفاوت م</w:t>
      </w:r>
      <w:r w:rsidRPr="00233BD8">
        <w:rPr>
          <w:rFonts w:ascii="Tahoma" w:hAnsi="Tahoma" w:cs="Tahoma" w:hint="cs"/>
          <w:rtl/>
        </w:rPr>
        <w:t>ی‌</w:t>
      </w:r>
      <w:r w:rsidRPr="00233BD8">
        <w:rPr>
          <w:rFonts w:ascii="Tahoma" w:hAnsi="Tahoma" w:cs="Tahoma" w:hint="eastAsia"/>
          <w:rtl/>
        </w:rPr>
        <w:t>آمدند،</w:t>
      </w:r>
      <w:r w:rsidRPr="00233BD8">
        <w:rPr>
          <w:rFonts w:ascii="Tahoma" w:hAnsi="Tahoma" w:cs="Tahoma"/>
          <w:rtl/>
        </w:rPr>
        <w:t xml:space="preserve"> با آن هو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ت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مشترک پ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دا</w:t>
      </w:r>
      <w:r w:rsidRPr="00233BD8">
        <w:rPr>
          <w:rFonts w:ascii="Tahoma" w:hAnsi="Tahoma" w:cs="Tahoma"/>
          <w:rtl/>
        </w:rPr>
        <w:t xml:space="preserve"> م</w:t>
      </w:r>
      <w:r w:rsidRPr="00233BD8">
        <w:rPr>
          <w:rFonts w:ascii="Tahoma" w:hAnsi="Tahoma" w:cs="Tahoma" w:hint="cs"/>
          <w:rtl/>
        </w:rPr>
        <w:t>ی‌</w:t>
      </w:r>
      <w:r w:rsidRPr="00233BD8">
        <w:rPr>
          <w:rFonts w:ascii="Tahoma" w:hAnsi="Tahoma" w:cs="Tahoma" w:hint="eastAsia"/>
          <w:rtl/>
        </w:rPr>
        <w:t>کردند</w:t>
      </w:r>
      <w:r w:rsidRPr="00233BD8">
        <w:rPr>
          <w:rFonts w:ascii="Tahoma" w:hAnsi="Tahoma" w:cs="Tahoma"/>
          <w:rtl/>
        </w:rPr>
        <w:t>. قزلباش بودن وفادار</w:t>
      </w:r>
      <w:r w:rsidRPr="00233BD8">
        <w:rPr>
          <w:rFonts w:ascii="Tahoma" w:hAnsi="Tahoma" w:cs="Tahoma" w:hint="cs"/>
          <w:rtl/>
        </w:rPr>
        <w:t>ی‌</w:t>
      </w:r>
      <w:r w:rsidRPr="00233BD8">
        <w:rPr>
          <w:rFonts w:ascii="Tahoma" w:hAnsi="Tahoma" w:cs="Tahoma" w:hint="eastAsia"/>
          <w:rtl/>
        </w:rPr>
        <w:t>ها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پ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ش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ن</w:t>
      </w:r>
      <w:r w:rsidRPr="00233BD8">
        <w:rPr>
          <w:rFonts w:ascii="Tahoma" w:hAnsi="Tahoma" w:cs="Tahoma"/>
          <w:rtl/>
        </w:rPr>
        <w:t xml:space="preserve"> آنان را کاملاً از م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ان</w:t>
      </w:r>
      <w:r w:rsidRPr="00233BD8">
        <w:rPr>
          <w:rFonts w:ascii="Tahoma" w:hAnsi="Tahoma" w:cs="Tahoma"/>
          <w:rtl/>
        </w:rPr>
        <w:t xml:space="preserve"> نم</w:t>
      </w:r>
      <w:r w:rsidRPr="00233BD8">
        <w:rPr>
          <w:rFonts w:ascii="Tahoma" w:hAnsi="Tahoma" w:cs="Tahoma" w:hint="cs"/>
          <w:rtl/>
        </w:rPr>
        <w:t>ی‌</w:t>
      </w:r>
      <w:r w:rsidRPr="00233BD8">
        <w:rPr>
          <w:rFonts w:ascii="Tahoma" w:hAnsi="Tahoma" w:cs="Tahoma" w:hint="eastAsia"/>
          <w:rtl/>
        </w:rPr>
        <w:t>برد؛</w:t>
      </w:r>
      <w:r w:rsidRPr="00233BD8">
        <w:rPr>
          <w:rFonts w:ascii="Tahoma" w:hAnsi="Tahoma" w:cs="Tahoma"/>
          <w:rtl/>
        </w:rPr>
        <w:t xml:space="preserve"> آنان همچنان عضو قب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له</w:t>
      </w:r>
      <w:r w:rsidRPr="00233BD8">
        <w:rPr>
          <w:rFonts w:ascii="Tahoma" w:hAnsi="Tahoma" w:cs="Tahoma"/>
          <w:rtl/>
        </w:rPr>
        <w:t xml:space="preserve"> و تابع سران خود بودند. اما در فراز 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ن</w:t>
      </w:r>
      <w:r w:rsidRPr="00233BD8">
        <w:rPr>
          <w:rFonts w:ascii="Tahoma" w:hAnsi="Tahoma" w:cs="Tahoma"/>
          <w:rtl/>
        </w:rPr>
        <w:t xml:space="preserve"> وابستگ</w:t>
      </w:r>
      <w:r w:rsidRPr="00233BD8">
        <w:rPr>
          <w:rFonts w:ascii="Tahoma" w:hAnsi="Tahoma" w:cs="Tahoma" w:hint="cs"/>
          <w:rtl/>
        </w:rPr>
        <w:t>ی‌</w:t>
      </w:r>
      <w:r w:rsidRPr="00233BD8">
        <w:rPr>
          <w:rFonts w:ascii="Tahoma" w:hAnsi="Tahoma" w:cs="Tahoma" w:hint="eastAsia"/>
          <w:rtl/>
        </w:rPr>
        <w:t>ها،</w:t>
      </w:r>
      <w:r w:rsidRPr="00233BD8">
        <w:rPr>
          <w:rFonts w:ascii="Tahoma" w:hAnsi="Tahoma" w:cs="Tahoma"/>
          <w:rtl/>
        </w:rPr>
        <w:t xml:space="preserve"> ر</w:t>
      </w:r>
      <w:r w:rsidRPr="00233BD8">
        <w:rPr>
          <w:rFonts w:ascii="Tahoma" w:hAnsi="Tahoma" w:cs="Tahoma" w:hint="eastAsia"/>
          <w:rtl/>
        </w:rPr>
        <w:t>ابطه‌ا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با خاندان صفو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پد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د</w:t>
      </w:r>
      <w:r w:rsidRPr="00233BD8">
        <w:rPr>
          <w:rFonts w:ascii="Tahoma" w:hAnsi="Tahoma" w:cs="Tahoma"/>
          <w:rtl/>
        </w:rPr>
        <w:t xml:space="preserve"> آمده بود. مرشد صفو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م</w:t>
      </w:r>
      <w:r w:rsidRPr="00233BD8">
        <w:rPr>
          <w:rFonts w:ascii="Tahoma" w:hAnsi="Tahoma" w:cs="Tahoma" w:hint="cs"/>
          <w:rtl/>
        </w:rPr>
        <w:t>ی‌</w:t>
      </w:r>
      <w:r w:rsidRPr="00233BD8">
        <w:rPr>
          <w:rFonts w:ascii="Tahoma" w:hAnsi="Tahoma" w:cs="Tahoma" w:hint="eastAsia"/>
          <w:rtl/>
        </w:rPr>
        <w:t>توانست</w:t>
      </w:r>
      <w:r w:rsidRPr="00233BD8">
        <w:rPr>
          <w:rFonts w:ascii="Tahoma" w:hAnsi="Tahoma" w:cs="Tahoma"/>
          <w:rtl/>
        </w:rPr>
        <w:t xml:space="preserve"> ن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رو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قبا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ل</w:t>
      </w:r>
      <w:r w:rsidRPr="00233BD8">
        <w:rPr>
          <w:rFonts w:ascii="Tahoma" w:hAnsi="Tahoma" w:cs="Tahoma"/>
          <w:rtl/>
        </w:rPr>
        <w:t xml:space="preserve"> مختلف را ز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ر</w:t>
      </w:r>
      <w:r w:rsidRPr="00233BD8">
        <w:rPr>
          <w:rFonts w:ascii="Tahoma" w:hAnsi="Tahoma" w:cs="Tahoma"/>
          <w:rtl/>
        </w:rPr>
        <w:t xml:space="preserve"> نشانه‌ا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واحد گرد آورد.</w:t>
      </w:r>
    </w:p>
    <w:p w:rsidR="00233BD8" w:rsidRPr="00233BD8" w:rsidRDefault="00233BD8" w:rsidP="00233BD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33BD8">
        <w:rPr>
          <w:rFonts w:ascii="Tahoma" w:hAnsi="Tahoma" w:cs="Tahoma" w:hint="eastAsia"/>
          <w:rtl/>
        </w:rPr>
        <w:t>باا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ن‌همه،</w:t>
      </w:r>
      <w:r w:rsidRPr="00233BD8">
        <w:rPr>
          <w:rFonts w:ascii="Tahoma" w:hAnsi="Tahoma" w:cs="Tahoma"/>
          <w:rtl/>
        </w:rPr>
        <w:t xml:space="preserve"> باور مذهب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قزلباشان را نبا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د</w:t>
      </w:r>
      <w:r w:rsidRPr="00233BD8">
        <w:rPr>
          <w:rFonts w:ascii="Tahoma" w:hAnsi="Tahoma" w:cs="Tahoma"/>
          <w:rtl/>
        </w:rPr>
        <w:t xml:space="preserve"> با تش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ع</w:t>
      </w:r>
      <w:r w:rsidRPr="00233BD8">
        <w:rPr>
          <w:rFonts w:ascii="Tahoma" w:hAnsi="Tahoma" w:cs="Tahoma"/>
          <w:rtl/>
        </w:rPr>
        <w:t xml:space="preserve"> فقه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و منظم دوازده‌امام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که بعدها در حکومت صفو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رسم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شد 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کسان</w:t>
      </w:r>
      <w:r w:rsidRPr="00233BD8">
        <w:rPr>
          <w:rFonts w:ascii="Tahoma" w:hAnsi="Tahoma" w:cs="Tahoma"/>
          <w:rtl/>
        </w:rPr>
        <w:t xml:space="preserve"> دانست. در عقا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د</w:t>
      </w:r>
      <w:r w:rsidRPr="00233BD8">
        <w:rPr>
          <w:rFonts w:ascii="Tahoma" w:hAnsi="Tahoma" w:cs="Tahoma"/>
          <w:rtl/>
        </w:rPr>
        <w:t xml:space="preserve"> آنان عناصر گوناگون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از تصوف، تش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ع،</w:t>
      </w:r>
      <w:r w:rsidRPr="00233BD8">
        <w:rPr>
          <w:rFonts w:ascii="Tahoma" w:hAnsi="Tahoma" w:cs="Tahoma"/>
          <w:rtl/>
        </w:rPr>
        <w:t xml:space="preserve"> باور به مقام فوق‌العادهٔ مرشد، انتظار مذهب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و سنت‌ها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قبا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ل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در هم آم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خته</w:t>
      </w:r>
      <w:r w:rsidRPr="00233BD8">
        <w:rPr>
          <w:rFonts w:ascii="Tahoma" w:hAnsi="Tahoma" w:cs="Tahoma"/>
          <w:rtl/>
        </w:rPr>
        <w:t xml:space="preserve"> بود. بس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ار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از آنان م</w:t>
      </w:r>
      <w:r w:rsidRPr="00233BD8">
        <w:rPr>
          <w:rFonts w:ascii="Tahoma" w:hAnsi="Tahoma" w:cs="Tahoma" w:hint="eastAsia"/>
          <w:rtl/>
        </w:rPr>
        <w:t>رشد</w:t>
      </w:r>
      <w:r w:rsidRPr="00233BD8">
        <w:rPr>
          <w:rFonts w:ascii="Tahoma" w:hAnsi="Tahoma" w:cs="Tahoma"/>
          <w:rtl/>
        </w:rPr>
        <w:t xml:space="preserve"> صفو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را فقط فق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ه</w:t>
      </w:r>
      <w:r w:rsidRPr="00233BD8">
        <w:rPr>
          <w:rFonts w:ascii="Tahoma" w:hAnsi="Tahoma" w:cs="Tahoma"/>
          <w:rtl/>
        </w:rPr>
        <w:t xml:space="preserve"> 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ا</w:t>
      </w:r>
      <w:r w:rsidRPr="00233BD8">
        <w:rPr>
          <w:rFonts w:ascii="Tahoma" w:hAnsi="Tahoma" w:cs="Tahoma"/>
          <w:rtl/>
        </w:rPr>
        <w:t xml:space="preserve"> آموزگار احکام نم</w:t>
      </w:r>
      <w:r w:rsidRPr="00233BD8">
        <w:rPr>
          <w:rFonts w:ascii="Tahoma" w:hAnsi="Tahoma" w:cs="Tahoma" w:hint="cs"/>
          <w:rtl/>
        </w:rPr>
        <w:t>ی‌</w:t>
      </w:r>
      <w:r w:rsidRPr="00233BD8">
        <w:rPr>
          <w:rFonts w:ascii="Tahoma" w:hAnsi="Tahoma" w:cs="Tahoma" w:hint="eastAsia"/>
          <w:rtl/>
        </w:rPr>
        <w:t>دانستند</w:t>
      </w:r>
      <w:r w:rsidRPr="00233BD8">
        <w:rPr>
          <w:rFonts w:ascii="Tahoma" w:hAnsi="Tahoma" w:cs="Tahoma"/>
          <w:rtl/>
        </w:rPr>
        <w:t>. او در تصورشان از جا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گاه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برخوردار بود که اطاعت از فرمانش را به تکل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ف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مقدس تبد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ل</w:t>
      </w:r>
      <w:r w:rsidRPr="00233BD8">
        <w:rPr>
          <w:rFonts w:ascii="Tahoma" w:hAnsi="Tahoma" w:cs="Tahoma"/>
          <w:rtl/>
        </w:rPr>
        <w:t xml:space="preserve"> م</w:t>
      </w:r>
      <w:r w:rsidRPr="00233BD8">
        <w:rPr>
          <w:rFonts w:ascii="Tahoma" w:hAnsi="Tahoma" w:cs="Tahoma" w:hint="cs"/>
          <w:rtl/>
        </w:rPr>
        <w:t>ی‌</w:t>
      </w:r>
      <w:r w:rsidRPr="00233BD8">
        <w:rPr>
          <w:rFonts w:ascii="Tahoma" w:hAnsi="Tahoma" w:cs="Tahoma" w:hint="eastAsia"/>
          <w:rtl/>
        </w:rPr>
        <w:t>کرد</w:t>
      </w:r>
      <w:r w:rsidRPr="00233BD8">
        <w:rPr>
          <w:rFonts w:ascii="Tahoma" w:hAnsi="Tahoma" w:cs="Tahoma"/>
          <w:rtl/>
        </w:rPr>
        <w:t>.</w:t>
      </w:r>
    </w:p>
    <w:p w:rsidR="00233BD8" w:rsidRPr="00233BD8" w:rsidRDefault="00233BD8" w:rsidP="00233BD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33BD8">
        <w:rPr>
          <w:rFonts w:ascii="Tahoma" w:hAnsi="Tahoma" w:cs="Tahoma" w:hint="eastAsia"/>
          <w:rtl/>
        </w:rPr>
        <w:t>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ن</w:t>
      </w:r>
      <w:r w:rsidRPr="00233BD8">
        <w:rPr>
          <w:rFonts w:ascii="Tahoma" w:hAnsi="Tahoma" w:cs="Tahoma"/>
          <w:rtl/>
        </w:rPr>
        <w:t xml:space="preserve"> تفاوت در ادامهٔ تار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خ</w:t>
      </w:r>
      <w:r w:rsidRPr="00233BD8">
        <w:rPr>
          <w:rFonts w:ascii="Tahoma" w:hAnsi="Tahoma" w:cs="Tahoma"/>
          <w:rtl/>
        </w:rPr>
        <w:t xml:space="preserve"> صفو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ان</w:t>
      </w:r>
      <w:r w:rsidRPr="00233BD8">
        <w:rPr>
          <w:rFonts w:ascii="Tahoma" w:hAnsi="Tahoma" w:cs="Tahoma"/>
          <w:rtl/>
        </w:rPr>
        <w:t xml:space="preserve"> اهم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ت</w:t>
      </w:r>
      <w:r w:rsidRPr="00233BD8">
        <w:rPr>
          <w:rFonts w:ascii="Tahoma" w:hAnsi="Tahoma" w:cs="Tahoma"/>
          <w:rtl/>
        </w:rPr>
        <w:t xml:space="preserve"> اساس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پ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دا</w:t>
      </w:r>
      <w:r w:rsidRPr="00233BD8">
        <w:rPr>
          <w:rFonts w:ascii="Tahoma" w:hAnsi="Tahoma" w:cs="Tahoma"/>
          <w:rtl/>
        </w:rPr>
        <w:t xml:space="preserve"> خواهد کرد. ن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رو</w:t>
      </w:r>
      <w:r w:rsidRPr="00233BD8">
        <w:rPr>
          <w:rFonts w:ascii="Tahoma" w:hAnsi="Tahoma" w:cs="Tahoma" w:hint="cs"/>
          <w:rtl/>
        </w:rPr>
        <w:t>یی</w:t>
      </w:r>
      <w:r w:rsidRPr="00233BD8">
        <w:rPr>
          <w:rFonts w:ascii="Tahoma" w:hAnsi="Tahoma" w:cs="Tahoma"/>
          <w:rtl/>
        </w:rPr>
        <w:t xml:space="preserve"> که شاه اسماع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ل</w:t>
      </w:r>
      <w:r w:rsidRPr="00233BD8">
        <w:rPr>
          <w:rFonts w:ascii="Tahoma" w:hAnsi="Tahoma" w:cs="Tahoma"/>
          <w:rtl/>
        </w:rPr>
        <w:t xml:space="preserve"> را به قدرت رساند، از دستگاه د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نکاران</w:t>
      </w:r>
      <w:r w:rsidRPr="00233BD8">
        <w:rPr>
          <w:rFonts w:ascii="Tahoma" w:hAnsi="Tahoma" w:cs="Tahoma"/>
          <w:rtl/>
        </w:rPr>
        <w:t xml:space="preserve"> دوازده‌امام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برنخاسته بود. فق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هان</w:t>
      </w:r>
      <w:r w:rsidRPr="00233BD8">
        <w:rPr>
          <w:rFonts w:ascii="Tahoma" w:hAnsi="Tahoma" w:cs="Tahoma"/>
          <w:rtl/>
        </w:rPr>
        <w:t xml:space="preserve"> ش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عه</w:t>
      </w:r>
      <w:r w:rsidRPr="00233BD8">
        <w:rPr>
          <w:rFonts w:ascii="Tahoma" w:hAnsi="Tahoma" w:cs="Tahoma"/>
          <w:rtl/>
        </w:rPr>
        <w:t xml:space="preserve"> قشون صفو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را پد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د</w:t>
      </w:r>
      <w:r w:rsidRPr="00233BD8">
        <w:rPr>
          <w:rFonts w:ascii="Tahoma" w:hAnsi="Tahoma" w:cs="Tahoma"/>
          <w:rtl/>
        </w:rPr>
        <w:t xml:space="preserve"> ن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اورده</w:t>
      </w:r>
      <w:r w:rsidRPr="00233BD8">
        <w:rPr>
          <w:rFonts w:ascii="Tahoma" w:hAnsi="Tahoma" w:cs="Tahoma"/>
          <w:rtl/>
        </w:rPr>
        <w:t xml:space="preserve"> و 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ران</w:t>
      </w:r>
      <w:r w:rsidRPr="00233BD8">
        <w:rPr>
          <w:rFonts w:ascii="Tahoma" w:hAnsi="Tahoma" w:cs="Tahoma"/>
          <w:rtl/>
        </w:rPr>
        <w:t xml:space="preserve"> را برا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او فتح نکرده بودند. قزلباشان، به رهبر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مرشد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که بعدها ش</w:t>
      </w:r>
      <w:r w:rsidRPr="00233BD8">
        <w:rPr>
          <w:rFonts w:ascii="Tahoma" w:hAnsi="Tahoma" w:cs="Tahoma" w:hint="eastAsia"/>
          <w:rtl/>
        </w:rPr>
        <w:t>اه</w:t>
      </w:r>
      <w:r w:rsidRPr="00233BD8">
        <w:rPr>
          <w:rFonts w:ascii="Tahoma" w:hAnsi="Tahoma" w:cs="Tahoma"/>
          <w:rtl/>
        </w:rPr>
        <w:t xml:space="preserve"> شد، قدرت را به دست آوردند. پس از پ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روز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بود که حکومت برا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رسم</w:t>
      </w:r>
      <w:r w:rsidRPr="00233BD8">
        <w:rPr>
          <w:rFonts w:ascii="Tahoma" w:hAnsi="Tahoma" w:cs="Tahoma" w:hint="cs"/>
          <w:rtl/>
        </w:rPr>
        <w:t>ی‌</w:t>
      </w:r>
      <w:r w:rsidRPr="00233BD8">
        <w:rPr>
          <w:rFonts w:ascii="Tahoma" w:hAnsi="Tahoma" w:cs="Tahoma" w:hint="eastAsia"/>
          <w:rtl/>
        </w:rPr>
        <w:t>کردن</w:t>
      </w:r>
      <w:r w:rsidRPr="00233BD8">
        <w:rPr>
          <w:rFonts w:ascii="Tahoma" w:hAnsi="Tahoma" w:cs="Tahoma"/>
          <w:rtl/>
        </w:rPr>
        <w:t xml:space="preserve"> تش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ع</w:t>
      </w:r>
      <w:r w:rsidRPr="00233BD8">
        <w:rPr>
          <w:rFonts w:ascii="Tahoma" w:hAnsi="Tahoma" w:cs="Tahoma"/>
          <w:rtl/>
        </w:rPr>
        <w:t xml:space="preserve"> دوازده‌امام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و ساختن دستگاه مذهب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کشور به د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نکاران</w:t>
      </w:r>
      <w:r w:rsidRPr="00233BD8">
        <w:rPr>
          <w:rFonts w:ascii="Tahoma" w:hAnsi="Tahoma" w:cs="Tahoma"/>
          <w:rtl/>
        </w:rPr>
        <w:t xml:space="preserve"> و فق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هان</w:t>
      </w:r>
      <w:r w:rsidRPr="00233BD8">
        <w:rPr>
          <w:rFonts w:ascii="Tahoma" w:hAnsi="Tahoma" w:cs="Tahoma"/>
          <w:rtl/>
        </w:rPr>
        <w:t xml:space="preserve"> ن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ازمند</w:t>
      </w:r>
      <w:r w:rsidRPr="00233BD8">
        <w:rPr>
          <w:rFonts w:ascii="Tahoma" w:hAnsi="Tahoma" w:cs="Tahoma"/>
          <w:rtl/>
        </w:rPr>
        <w:t xml:space="preserve"> شد.</w:t>
      </w:r>
    </w:p>
    <w:p w:rsidR="00233BD8" w:rsidRPr="00233BD8" w:rsidRDefault="00233BD8" w:rsidP="00233BD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33BD8">
        <w:rPr>
          <w:rFonts w:ascii="Tahoma" w:hAnsi="Tahoma" w:cs="Tahoma" w:hint="eastAsia"/>
          <w:rtl/>
        </w:rPr>
        <w:t>ش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خ</w:t>
      </w:r>
      <w:r w:rsidRPr="00233BD8">
        <w:rPr>
          <w:rFonts w:ascii="Tahoma" w:hAnsi="Tahoma" w:cs="Tahoma"/>
          <w:rtl/>
        </w:rPr>
        <w:t xml:space="preserve"> ح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در</w:t>
      </w:r>
      <w:r w:rsidRPr="00233BD8">
        <w:rPr>
          <w:rFonts w:ascii="Tahoma" w:hAnsi="Tahoma" w:cs="Tahoma"/>
          <w:rtl/>
        </w:rPr>
        <w:t xml:space="preserve"> ن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ز</w:t>
      </w:r>
      <w:r w:rsidRPr="00233BD8">
        <w:rPr>
          <w:rFonts w:ascii="Tahoma" w:hAnsi="Tahoma" w:cs="Tahoma"/>
          <w:rtl/>
        </w:rPr>
        <w:t xml:space="preserve"> در لشکرکش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کشته شد و پسرانش در معرض تعق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ب</w:t>
      </w:r>
      <w:r w:rsidRPr="00233BD8">
        <w:rPr>
          <w:rFonts w:ascii="Tahoma" w:hAnsi="Tahoma" w:cs="Tahoma"/>
          <w:rtl/>
        </w:rPr>
        <w:t xml:space="preserve"> قرار گرفتند. حکومت آق‌قو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ونلو</w:t>
      </w:r>
      <w:r w:rsidRPr="00233BD8">
        <w:rPr>
          <w:rFonts w:ascii="Tahoma" w:hAnsi="Tahoma" w:cs="Tahoma"/>
          <w:rtl/>
        </w:rPr>
        <w:t xml:space="preserve"> اکنون خاندان صفو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را خطر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مستق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م</w:t>
      </w:r>
      <w:r w:rsidRPr="00233BD8">
        <w:rPr>
          <w:rFonts w:ascii="Tahoma" w:hAnsi="Tahoma" w:cs="Tahoma"/>
          <w:rtl/>
        </w:rPr>
        <w:t xml:space="preserve"> برا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خود م</w:t>
      </w:r>
      <w:r w:rsidRPr="00233BD8">
        <w:rPr>
          <w:rFonts w:ascii="Tahoma" w:hAnsi="Tahoma" w:cs="Tahoma" w:hint="cs"/>
          <w:rtl/>
        </w:rPr>
        <w:t>ی‌</w:t>
      </w:r>
      <w:r w:rsidRPr="00233BD8">
        <w:rPr>
          <w:rFonts w:ascii="Tahoma" w:hAnsi="Tahoma" w:cs="Tahoma" w:hint="eastAsia"/>
          <w:rtl/>
        </w:rPr>
        <w:t>د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د</w:t>
      </w:r>
      <w:r w:rsidRPr="00233BD8">
        <w:rPr>
          <w:rFonts w:ascii="Tahoma" w:hAnsi="Tahoma" w:cs="Tahoma"/>
          <w:rtl/>
        </w:rPr>
        <w:t>. 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ن</w:t>
      </w:r>
      <w:r w:rsidRPr="00233BD8">
        <w:rPr>
          <w:rFonts w:ascii="Tahoma" w:hAnsi="Tahoma" w:cs="Tahoma"/>
          <w:rtl/>
        </w:rPr>
        <w:t xml:space="preserve"> واکنش نشان م</w:t>
      </w:r>
      <w:r w:rsidRPr="00233BD8">
        <w:rPr>
          <w:rFonts w:ascii="Tahoma" w:hAnsi="Tahoma" w:cs="Tahoma" w:hint="cs"/>
          <w:rtl/>
        </w:rPr>
        <w:t>ی‌</w:t>
      </w:r>
      <w:r w:rsidRPr="00233BD8">
        <w:rPr>
          <w:rFonts w:ascii="Tahoma" w:hAnsi="Tahoma" w:cs="Tahoma" w:hint="eastAsia"/>
          <w:rtl/>
        </w:rPr>
        <w:t>داد</w:t>
      </w:r>
      <w:r w:rsidRPr="00233BD8">
        <w:rPr>
          <w:rFonts w:ascii="Tahoma" w:hAnsi="Tahoma" w:cs="Tahoma"/>
          <w:rtl/>
        </w:rPr>
        <w:t xml:space="preserve"> که مرز م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ان</w:t>
      </w:r>
      <w:r w:rsidRPr="00233BD8">
        <w:rPr>
          <w:rFonts w:ascii="Tahoma" w:hAnsi="Tahoma" w:cs="Tahoma"/>
          <w:rtl/>
        </w:rPr>
        <w:t xml:space="preserve"> طر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قت</w:t>
      </w:r>
      <w:r w:rsidRPr="00233BD8">
        <w:rPr>
          <w:rFonts w:ascii="Tahoma" w:hAnsi="Tahoma" w:cs="Tahoma"/>
          <w:rtl/>
        </w:rPr>
        <w:t xml:space="preserve"> و حکومت از م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ان</w:t>
      </w:r>
      <w:r w:rsidRPr="00233BD8">
        <w:rPr>
          <w:rFonts w:ascii="Tahoma" w:hAnsi="Tahoma" w:cs="Tahoma"/>
          <w:rtl/>
        </w:rPr>
        <w:t xml:space="preserve"> رفته است. خاندان صفو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د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گر</w:t>
      </w:r>
      <w:r w:rsidRPr="00233BD8">
        <w:rPr>
          <w:rFonts w:ascii="Tahoma" w:hAnsi="Tahoma" w:cs="Tahoma"/>
          <w:rtl/>
        </w:rPr>
        <w:t xml:space="preserve"> نم</w:t>
      </w:r>
      <w:r w:rsidRPr="00233BD8">
        <w:rPr>
          <w:rFonts w:ascii="Tahoma" w:hAnsi="Tahoma" w:cs="Tahoma" w:hint="cs"/>
          <w:rtl/>
        </w:rPr>
        <w:t>ی‌</w:t>
      </w:r>
      <w:r w:rsidRPr="00233BD8">
        <w:rPr>
          <w:rFonts w:ascii="Tahoma" w:hAnsi="Tahoma" w:cs="Tahoma" w:hint="eastAsia"/>
          <w:rtl/>
        </w:rPr>
        <w:t>توانست</w:t>
      </w:r>
      <w:r w:rsidRPr="00233BD8">
        <w:rPr>
          <w:rFonts w:ascii="Tahoma" w:hAnsi="Tahoma" w:cs="Tahoma"/>
          <w:rtl/>
        </w:rPr>
        <w:t xml:space="preserve"> به جا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گاه</w:t>
      </w:r>
      <w:r w:rsidRPr="00233BD8">
        <w:rPr>
          <w:rFonts w:ascii="Tahoma" w:hAnsi="Tahoma" w:cs="Tahoma"/>
          <w:rtl/>
        </w:rPr>
        <w:t xml:space="preserve"> پ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ش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ن</w:t>
      </w:r>
      <w:r w:rsidRPr="00233BD8">
        <w:rPr>
          <w:rFonts w:ascii="Tahoma" w:hAnsi="Tahoma" w:cs="Tahoma"/>
          <w:rtl/>
        </w:rPr>
        <w:t xml:space="preserve"> خود در خانق</w:t>
      </w:r>
      <w:r w:rsidRPr="00233BD8">
        <w:rPr>
          <w:rFonts w:ascii="Tahoma" w:hAnsi="Tahoma" w:cs="Tahoma" w:hint="eastAsia"/>
          <w:rtl/>
        </w:rPr>
        <w:t>اه</w:t>
      </w:r>
      <w:r w:rsidRPr="00233BD8">
        <w:rPr>
          <w:rFonts w:ascii="Tahoma" w:hAnsi="Tahoma" w:cs="Tahoma"/>
          <w:rtl/>
        </w:rPr>
        <w:t xml:space="preserve"> بازگردد. شبکه‌ا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نظام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و مذهب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ساخته شده بود که 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ا</w:t>
      </w:r>
      <w:r w:rsidRPr="00233BD8">
        <w:rPr>
          <w:rFonts w:ascii="Tahoma" w:hAnsi="Tahoma" w:cs="Tahoma"/>
          <w:rtl/>
        </w:rPr>
        <w:t xml:space="preserve"> با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د</w:t>
      </w:r>
      <w:r w:rsidRPr="00233BD8">
        <w:rPr>
          <w:rFonts w:ascii="Tahoma" w:hAnsi="Tahoma" w:cs="Tahoma"/>
          <w:rtl/>
        </w:rPr>
        <w:t xml:space="preserve"> قدرت س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اس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را تصرف م</w:t>
      </w:r>
      <w:r w:rsidRPr="00233BD8">
        <w:rPr>
          <w:rFonts w:ascii="Tahoma" w:hAnsi="Tahoma" w:cs="Tahoma" w:hint="cs"/>
          <w:rtl/>
        </w:rPr>
        <w:t>ی‌</w:t>
      </w:r>
      <w:r w:rsidRPr="00233BD8">
        <w:rPr>
          <w:rFonts w:ascii="Tahoma" w:hAnsi="Tahoma" w:cs="Tahoma" w:hint="eastAsia"/>
          <w:rtl/>
        </w:rPr>
        <w:t>کرد</w:t>
      </w:r>
      <w:r w:rsidRPr="00233BD8">
        <w:rPr>
          <w:rFonts w:ascii="Tahoma" w:hAnsi="Tahoma" w:cs="Tahoma"/>
          <w:rtl/>
        </w:rPr>
        <w:t xml:space="preserve"> 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ا</w:t>
      </w:r>
      <w:r w:rsidRPr="00233BD8">
        <w:rPr>
          <w:rFonts w:ascii="Tahoma" w:hAnsi="Tahoma" w:cs="Tahoma"/>
          <w:rtl/>
        </w:rPr>
        <w:t xml:space="preserve"> به دست حکومت‌ها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موجود نابود م</w:t>
      </w:r>
      <w:r w:rsidRPr="00233BD8">
        <w:rPr>
          <w:rFonts w:ascii="Tahoma" w:hAnsi="Tahoma" w:cs="Tahoma" w:hint="cs"/>
          <w:rtl/>
        </w:rPr>
        <w:t>ی‌</w:t>
      </w:r>
      <w:r w:rsidRPr="00233BD8">
        <w:rPr>
          <w:rFonts w:ascii="Tahoma" w:hAnsi="Tahoma" w:cs="Tahoma" w:hint="eastAsia"/>
          <w:rtl/>
        </w:rPr>
        <w:t>شد</w:t>
      </w:r>
      <w:r w:rsidRPr="00233BD8">
        <w:rPr>
          <w:rFonts w:ascii="Tahoma" w:hAnsi="Tahoma" w:cs="Tahoma"/>
          <w:rtl/>
        </w:rPr>
        <w:t>.</w:t>
      </w:r>
    </w:p>
    <w:p w:rsidR="00233BD8" w:rsidRPr="00233BD8" w:rsidRDefault="00233BD8" w:rsidP="00233BD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33BD8">
        <w:rPr>
          <w:rFonts w:ascii="Tahoma" w:hAnsi="Tahoma" w:cs="Tahoma" w:hint="eastAsia"/>
          <w:rtl/>
        </w:rPr>
        <w:t>در</w:t>
      </w:r>
      <w:r w:rsidRPr="00233BD8">
        <w:rPr>
          <w:rFonts w:ascii="Tahoma" w:hAnsi="Tahoma" w:cs="Tahoma"/>
          <w:rtl/>
        </w:rPr>
        <w:t xml:space="preserve"> هم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ن</w:t>
      </w:r>
      <w:r w:rsidRPr="00233BD8">
        <w:rPr>
          <w:rFonts w:ascii="Tahoma" w:hAnsi="Tahoma" w:cs="Tahoma"/>
          <w:rtl/>
        </w:rPr>
        <w:t xml:space="preserve"> هنگام، آق‌قو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ونلوها</w:t>
      </w:r>
      <w:r w:rsidRPr="00233BD8">
        <w:rPr>
          <w:rFonts w:ascii="Tahoma" w:hAnsi="Tahoma" w:cs="Tahoma"/>
          <w:rtl/>
        </w:rPr>
        <w:t xml:space="preserve"> گرفتار جنگ‌ها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جانش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ن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و رقابت داخل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بودند. قشون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که با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د</w:t>
      </w:r>
      <w:r w:rsidRPr="00233BD8">
        <w:rPr>
          <w:rFonts w:ascii="Tahoma" w:hAnsi="Tahoma" w:cs="Tahoma"/>
          <w:rtl/>
        </w:rPr>
        <w:t xml:space="preserve"> از حکومت دفاع م</w:t>
      </w:r>
      <w:r w:rsidRPr="00233BD8">
        <w:rPr>
          <w:rFonts w:ascii="Tahoma" w:hAnsi="Tahoma" w:cs="Tahoma" w:hint="cs"/>
          <w:rtl/>
        </w:rPr>
        <w:t>ی‌</w:t>
      </w:r>
      <w:r w:rsidRPr="00233BD8">
        <w:rPr>
          <w:rFonts w:ascii="Tahoma" w:hAnsi="Tahoma" w:cs="Tahoma" w:hint="eastAsia"/>
          <w:rtl/>
        </w:rPr>
        <w:t>کرد</w:t>
      </w:r>
      <w:r w:rsidRPr="00233BD8">
        <w:rPr>
          <w:rFonts w:ascii="Tahoma" w:hAnsi="Tahoma" w:cs="Tahoma"/>
          <w:rtl/>
        </w:rPr>
        <w:t xml:space="preserve"> م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ان</w:t>
      </w:r>
      <w:r w:rsidRPr="00233BD8">
        <w:rPr>
          <w:rFonts w:ascii="Tahoma" w:hAnsi="Tahoma" w:cs="Tahoma"/>
          <w:rtl/>
        </w:rPr>
        <w:t xml:space="preserve"> مدع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ان</w:t>
      </w:r>
      <w:r w:rsidRPr="00233BD8">
        <w:rPr>
          <w:rFonts w:ascii="Tahoma" w:hAnsi="Tahoma" w:cs="Tahoma"/>
          <w:rtl/>
        </w:rPr>
        <w:t xml:space="preserve"> تقس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م</w:t>
      </w:r>
      <w:r w:rsidRPr="00233BD8">
        <w:rPr>
          <w:rFonts w:ascii="Tahoma" w:hAnsi="Tahoma" w:cs="Tahoma"/>
          <w:rtl/>
        </w:rPr>
        <w:t xml:space="preserve"> شده بود. سران قبا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ل</w:t>
      </w:r>
      <w:r w:rsidRPr="00233BD8">
        <w:rPr>
          <w:rFonts w:ascii="Tahoma" w:hAnsi="Tahoma" w:cs="Tahoma"/>
          <w:rtl/>
        </w:rPr>
        <w:t xml:space="preserve"> به جا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آنکه تابع دستگاه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مستقل از اشخاص باشند، هر 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ک</w:t>
      </w:r>
      <w:r w:rsidRPr="00233BD8">
        <w:rPr>
          <w:rFonts w:ascii="Tahoma" w:hAnsi="Tahoma" w:cs="Tahoma"/>
          <w:rtl/>
        </w:rPr>
        <w:t xml:space="preserve"> از شاهزاده‌ا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پشت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بان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م</w:t>
      </w:r>
      <w:r w:rsidRPr="00233BD8">
        <w:rPr>
          <w:rFonts w:ascii="Tahoma" w:hAnsi="Tahoma" w:cs="Tahoma" w:hint="cs"/>
          <w:rtl/>
        </w:rPr>
        <w:t>ی‌</w:t>
      </w:r>
      <w:r w:rsidRPr="00233BD8">
        <w:rPr>
          <w:rFonts w:ascii="Tahoma" w:hAnsi="Tahoma" w:cs="Tahoma" w:hint="eastAsia"/>
          <w:rtl/>
        </w:rPr>
        <w:t>کردند</w:t>
      </w:r>
      <w:r w:rsidRPr="00233BD8">
        <w:rPr>
          <w:rFonts w:ascii="Tahoma" w:hAnsi="Tahoma" w:cs="Tahoma"/>
          <w:rtl/>
        </w:rPr>
        <w:t xml:space="preserve"> که منافعشان را بهتر تأم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ن</w:t>
      </w:r>
      <w:r w:rsidRPr="00233BD8">
        <w:rPr>
          <w:rFonts w:ascii="Tahoma" w:hAnsi="Tahoma" w:cs="Tahoma"/>
          <w:rtl/>
        </w:rPr>
        <w:t xml:space="preserve"> </w:t>
      </w:r>
      <w:r w:rsidRPr="00233BD8">
        <w:rPr>
          <w:rFonts w:ascii="Tahoma" w:hAnsi="Tahoma" w:cs="Tahoma" w:hint="eastAsia"/>
          <w:rtl/>
        </w:rPr>
        <w:t>کند</w:t>
      </w:r>
      <w:r w:rsidRPr="00233BD8">
        <w:rPr>
          <w:rFonts w:ascii="Tahoma" w:hAnsi="Tahoma" w:cs="Tahoma"/>
          <w:rtl/>
        </w:rPr>
        <w:t>. د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وان</w:t>
      </w:r>
      <w:r w:rsidRPr="00233BD8">
        <w:rPr>
          <w:rFonts w:ascii="Tahoma" w:hAnsi="Tahoma" w:cs="Tahoma"/>
          <w:rtl/>
        </w:rPr>
        <w:t xml:space="preserve"> ن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ز،</w:t>
      </w:r>
      <w:r w:rsidRPr="00233BD8">
        <w:rPr>
          <w:rFonts w:ascii="Tahoma" w:hAnsi="Tahoma" w:cs="Tahoma"/>
          <w:rtl/>
        </w:rPr>
        <w:t xml:space="preserve"> هرچند به کار خود ادامه م</w:t>
      </w:r>
      <w:r w:rsidRPr="00233BD8">
        <w:rPr>
          <w:rFonts w:ascii="Tahoma" w:hAnsi="Tahoma" w:cs="Tahoma" w:hint="cs"/>
          <w:rtl/>
        </w:rPr>
        <w:t>ی‌</w:t>
      </w:r>
      <w:r w:rsidRPr="00233BD8">
        <w:rPr>
          <w:rFonts w:ascii="Tahoma" w:hAnsi="Tahoma" w:cs="Tahoma" w:hint="eastAsia"/>
          <w:rtl/>
        </w:rPr>
        <w:t>داد،</w:t>
      </w:r>
      <w:r w:rsidRPr="00233BD8">
        <w:rPr>
          <w:rFonts w:ascii="Tahoma" w:hAnsi="Tahoma" w:cs="Tahoma"/>
          <w:rtl/>
        </w:rPr>
        <w:t xml:space="preserve"> قدرت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نداشت که بتواند 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ن</w:t>
      </w:r>
      <w:r w:rsidRPr="00233BD8">
        <w:rPr>
          <w:rFonts w:ascii="Tahoma" w:hAnsi="Tahoma" w:cs="Tahoma"/>
          <w:rtl/>
        </w:rPr>
        <w:t xml:space="preserve"> جنگ را متوقف و جانش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ن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را بر اساس قاعده‌ا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پذ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رفته‌شده</w:t>
      </w:r>
      <w:r w:rsidRPr="00233BD8">
        <w:rPr>
          <w:rFonts w:ascii="Tahoma" w:hAnsi="Tahoma" w:cs="Tahoma"/>
          <w:rtl/>
        </w:rPr>
        <w:t xml:space="preserve"> حل کند.</w:t>
      </w:r>
    </w:p>
    <w:p w:rsidR="00233BD8" w:rsidRPr="00233BD8" w:rsidRDefault="00233BD8" w:rsidP="00233BD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33BD8">
        <w:rPr>
          <w:rFonts w:ascii="Tahoma" w:hAnsi="Tahoma" w:cs="Tahoma" w:hint="eastAsia"/>
          <w:rtl/>
        </w:rPr>
        <w:t>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ن</w:t>
      </w:r>
      <w:r w:rsidRPr="00233BD8">
        <w:rPr>
          <w:rFonts w:ascii="Tahoma" w:hAnsi="Tahoma" w:cs="Tahoma"/>
          <w:rtl/>
        </w:rPr>
        <w:t xml:space="preserve"> همان شکاف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بود که صفو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ان</w:t>
      </w:r>
      <w:r w:rsidRPr="00233BD8">
        <w:rPr>
          <w:rFonts w:ascii="Tahoma" w:hAnsi="Tahoma" w:cs="Tahoma"/>
          <w:rtl/>
        </w:rPr>
        <w:t xml:space="preserve"> توانستند از آن عبور کنند. آنان چ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ز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در اخت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ار</w:t>
      </w:r>
      <w:r w:rsidRPr="00233BD8">
        <w:rPr>
          <w:rFonts w:ascii="Tahoma" w:hAnsi="Tahoma" w:cs="Tahoma"/>
          <w:rtl/>
        </w:rPr>
        <w:t xml:space="preserve"> داشتند که رق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بانشان</w:t>
      </w:r>
      <w:r w:rsidRPr="00233BD8">
        <w:rPr>
          <w:rFonts w:ascii="Tahoma" w:hAnsi="Tahoma" w:cs="Tahoma"/>
          <w:rtl/>
        </w:rPr>
        <w:t xml:space="preserve"> فاقد آن بودند: شبکه‌ا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از مر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دان</w:t>
      </w:r>
      <w:r w:rsidRPr="00233BD8">
        <w:rPr>
          <w:rFonts w:ascii="Tahoma" w:hAnsi="Tahoma" w:cs="Tahoma"/>
          <w:rtl/>
        </w:rPr>
        <w:t xml:space="preserve"> که فرمان مرشد را مقدس م</w:t>
      </w:r>
      <w:r w:rsidRPr="00233BD8">
        <w:rPr>
          <w:rFonts w:ascii="Tahoma" w:hAnsi="Tahoma" w:cs="Tahoma" w:hint="cs"/>
          <w:rtl/>
        </w:rPr>
        <w:t>ی‌</w:t>
      </w:r>
      <w:r w:rsidRPr="00233BD8">
        <w:rPr>
          <w:rFonts w:ascii="Tahoma" w:hAnsi="Tahoma" w:cs="Tahoma" w:hint="eastAsia"/>
          <w:rtl/>
        </w:rPr>
        <w:t>شمردند؛</w:t>
      </w:r>
      <w:r w:rsidRPr="00233BD8">
        <w:rPr>
          <w:rFonts w:ascii="Tahoma" w:hAnsi="Tahoma" w:cs="Tahoma"/>
          <w:rtl/>
        </w:rPr>
        <w:t xml:space="preserve"> قزلباشان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که برا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پ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روز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او آمادهٔ جنگ و مرگ بودند؛ پ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وند</w:t>
      </w:r>
      <w:r w:rsidRPr="00233BD8">
        <w:rPr>
          <w:rFonts w:ascii="Tahoma" w:hAnsi="Tahoma" w:cs="Tahoma"/>
          <w:rtl/>
        </w:rPr>
        <w:t xml:space="preserve"> خون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با خاندان آق‌قو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ونلو؛</w:t>
      </w:r>
      <w:r w:rsidRPr="00233BD8">
        <w:rPr>
          <w:rFonts w:ascii="Tahoma" w:hAnsi="Tahoma" w:cs="Tahoma"/>
          <w:rtl/>
        </w:rPr>
        <w:t xml:space="preserve"> ادعا</w:t>
      </w:r>
      <w:r w:rsidRPr="00233BD8">
        <w:rPr>
          <w:rFonts w:ascii="Tahoma" w:hAnsi="Tahoma" w:cs="Tahoma" w:hint="cs"/>
          <w:rtl/>
        </w:rPr>
        <w:t>یی</w:t>
      </w:r>
      <w:r w:rsidRPr="00233BD8">
        <w:rPr>
          <w:rFonts w:ascii="Tahoma" w:hAnsi="Tahoma" w:cs="Tahoma"/>
          <w:rtl/>
        </w:rPr>
        <w:t xml:space="preserve"> مذه</w:t>
      </w:r>
      <w:r w:rsidRPr="00233BD8">
        <w:rPr>
          <w:rFonts w:ascii="Tahoma" w:hAnsi="Tahoma" w:cs="Tahoma" w:hint="eastAsia"/>
          <w:rtl/>
        </w:rPr>
        <w:t>ب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که از مرز 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ک</w:t>
      </w:r>
      <w:r w:rsidRPr="00233BD8">
        <w:rPr>
          <w:rFonts w:ascii="Tahoma" w:hAnsi="Tahoma" w:cs="Tahoma"/>
          <w:rtl/>
        </w:rPr>
        <w:t xml:space="preserve"> قب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له</w:t>
      </w:r>
      <w:r w:rsidRPr="00233BD8">
        <w:rPr>
          <w:rFonts w:ascii="Tahoma" w:hAnsi="Tahoma" w:cs="Tahoma"/>
          <w:rtl/>
        </w:rPr>
        <w:t xml:space="preserve"> فراتر م</w:t>
      </w:r>
      <w:r w:rsidRPr="00233BD8">
        <w:rPr>
          <w:rFonts w:ascii="Tahoma" w:hAnsi="Tahoma" w:cs="Tahoma" w:hint="cs"/>
          <w:rtl/>
        </w:rPr>
        <w:t>ی‌</w:t>
      </w:r>
      <w:r w:rsidRPr="00233BD8">
        <w:rPr>
          <w:rFonts w:ascii="Tahoma" w:hAnsi="Tahoma" w:cs="Tahoma" w:hint="eastAsia"/>
          <w:rtl/>
        </w:rPr>
        <w:t>رفت؛</w:t>
      </w:r>
      <w:r w:rsidRPr="00233BD8">
        <w:rPr>
          <w:rFonts w:ascii="Tahoma" w:hAnsi="Tahoma" w:cs="Tahoma"/>
          <w:rtl/>
        </w:rPr>
        <w:t xml:space="preserve"> و مرکز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شناخته‌شده در اردب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ل</w:t>
      </w:r>
      <w:r w:rsidRPr="00233BD8">
        <w:rPr>
          <w:rFonts w:ascii="Tahoma" w:hAnsi="Tahoma" w:cs="Tahoma"/>
          <w:rtl/>
        </w:rPr>
        <w:t xml:space="preserve"> که حافظهٔ چند نسل از طر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قت</w:t>
      </w:r>
      <w:r w:rsidRPr="00233BD8">
        <w:rPr>
          <w:rFonts w:ascii="Tahoma" w:hAnsi="Tahoma" w:cs="Tahoma"/>
          <w:rtl/>
        </w:rPr>
        <w:t xml:space="preserve"> را در خود نگاه داشته بود.</w:t>
      </w:r>
    </w:p>
    <w:p w:rsidR="00233BD8" w:rsidRPr="00233BD8" w:rsidRDefault="00233BD8" w:rsidP="00233BD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33BD8">
        <w:rPr>
          <w:rFonts w:ascii="Tahoma" w:hAnsi="Tahoma" w:cs="Tahoma" w:hint="eastAsia"/>
          <w:rtl/>
        </w:rPr>
        <w:t>اسماع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ل،</w:t>
      </w:r>
      <w:r w:rsidRPr="00233BD8">
        <w:rPr>
          <w:rFonts w:ascii="Tahoma" w:hAnsi="Tahoma" w:cs="Tahoma"/>
          <w:rtl/>
        </w:rPr>
        <w:t xml:space="preserve"> کوچک‌تر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ن</w:t>
      </w:r>
      <w:r w:rsidRPr="00233BD8">
        <w:rPr>
          <w:rFonts w:ascii="Tahoma" w:hAnsi="Tahoma" w:cs="Tahoma"/>
          <w:rtl/>
        </w:rPr>
        <w:t xml:space="preserve"> پسر ح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در،</w:t>
      </w:r>
      <w:r w:rsidRPr="00233BD8">
        <w:rPr>
          <w:rFonts w:ascii="Tahoma" w:hAnsi="Tahoma" w:cs="Tahoma"/>
          <w:rtl/>
        </w:rPr>
        <w:t xml:space="preserve"> در کودک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ناچار شد از دشمنان خاندانش پنهان شود. مدت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در گ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لان</w:t>
      </w:r>
      <w:r w:rsidRPr="00233BD8">
        <w:rPr>
          <w:rFonts w:ascii="Tahoma" w:hAnsi="Tahoma" w:cs="Tahoma"/>
          <w:rtl/>
        </w:rPr>
        <w:t xml:space="preserve"> و ز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ر</w:t>
      </w:r>
      <w:r w:rsidRPr="00233BD8">
        <w:rPr>
          <w:rFonts w:ascii="Tahoma" w:hAnsi="Tahoma" w:cs="Tahoma"/>
          <w:rtl/>
        </w:rPr>
        <w:t xml:space="preserve"> حما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ت</w:t>
      </w:r>
      <w:r w:rsidRPr="00233BD8">
        <w:rPr>
          <w:rFonts w:ascii="Tahoma" w:hAnsi="Tahoma" w:cs="Tahoma"/>
          <w:rtl/>
        </w:rPr>
        <w:t xml:space="preserve"> فرمانروا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ان</w:t>
      </w:r>
      <w:r w:rsidRPr="00233BD8">
        <w:rPr>
          <w:rFonts w:ascii="Tahoma" w:hAnsi="Tahoma" w:cs="Tahoma"/>
          <w:rtl/>
        </w:rPr>
        <w:t xml:space="preserve"> محل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زندگ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کرد. اما پنهان‌بودن او به معنا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قطع شبکهٔ صفو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نبود. خل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فه‌ها</w:t>
      </w:r>
      <w:r w:rsidRPr="00233BD8">
        <w:rPr>
          <w:rFonts w:ascii="Tahoma" w:hAnsi="Tahoma" w:cs="Tahoma"/>
          <w:rtl/>
        </w:rPr>
        <w:t xml:space="preserve"> و مر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دان،</w:t>
      </w:r>
      <w:r w:rsidRPr="00233BD8">
        <w:rPr>
          <w:rFonts w:ascii="Tahoma" w:hAnsi="Tahoma" w:cs="Tahoma"/>
          <w:rtl/>
        </w:rPr>
        <w:t xml:space="preserve"> پ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وند</w:t>
      </w:r>
      <w:r w:rsidRPr="00233BD8">
        <w:rPr>
          <w:rFonts w:ascii="Tahoma" w:hAnsi="Tahoma" w:cs="Tahoma"/>
          <w:rtl/>
        </w:rPr>
        <w:t xml:space="preserve"> م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ان</w:t>
      </w:r>
      <w:r w:rsidRPr="00233BD8">
        <w:rPr>
          <w:rFonts w:ascii="Tahoma" w:hAnsi="Tahoma" w:cs="Tahoma"/>
          <w:rtl/>
        </w:rPr>
        <w:t xml:space="preserve"> رهبر خردسال و پ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روان</w:t>
      </w:r>
      <w:r w:rsidRPr="00233BD8">
        <w:rPr>
          <w:rFonts w:ascii="Tahoma" w:hAnsi="Tahoma" w:cs="Tahoma"/>
          <w:rtl/>
        </w:rPr>
        <w:t xml:space="preserve"> طر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قت</w:t>
      </w:r>
      <w:r w:rsidRPr="00233BD8">
        <w:rPr>
          <w:rFonts w:ascii="Tahoma" w:hAnsi="Tahoma" w:cs="Tahoma"/>
          <w:rtl/>
        </w:rPr>
        <w:t xml:space="preserve"> را حفظ کردند. 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ن</w:t>
      </w:r>
      <w:r w:rsidRPr="00233BD8">
        <w:rPr>
          <w:rFonts w:ascii="Tahoma" w:hAnsi="Tahoma" w:cs="Tahoma"/>
          <w:rtl/>
        </w:rPr>
        <w:t xml:space="preserve"> خود نشانه‌ا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از تفاوت طر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قت</w:t>
      </w:r>
      <w:r w:rsidRPr="00233BD8">
        <w:rPr>
          <w:rFonts w:ascii="Tahoma" w:hAnsi="Tahoma" w:cs="Tahoma"/>
          <w:rtl/>
        </w:rPr>
        <w:t xml:space="preserve"> با حکومت شخص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بود. اسماع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ل</w:t>
      </w:r>
      <w:r w:rsidRPr="00233BD8">
        <w:rPr>
          <w:rFonts w:ascii="Tahoma" w:hAnsi="Tahoma" w:cs="Tahoma"/>
          <w:rtl/>
        </w:rPr>
        <w:t xml:space="preserve"> هنوز قشون، خزانه، پا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تخت</w:t>
      </w:r>
      <w:r w:rsidRPr="00233BD8">
        <w:rPr>
          <w:rFonts w:ascii="Tahoma" w:hAnsi="Tahoma" w:cs="Tahoma"/>
          <w:rtl/>
        </w:rPr>
        <w:t xml:space="preserve"> و د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وان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در اخت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ار</w:t>
      </w:r>
      <w:r w:rsidRPr="00233BD8">
        <w:rPr>
          <w:rFonts w:ascii="Tahoma" w:hAnsi="Tahoma" w:cs="Tahoma"/>
          <w:rtl/>
        </w:rPr>
        <w:t xml:space="preserve"> نداشت، اما شبکه‌ا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داشت که به نام او فعال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ت</w:t>
      </w:r>
      <w:r w:rsidRPr="00233BD8">
        <w:rPr>
          <w:rFonts w:ascii="Tahoma" w:hAnsi="Tahoma" w:cs="Tahoma"/>
          <w:rtl/>
        </w:rPr>
        <w:t xml:space="preserve"> م</w:t>
      </w:r>
      <w:r w:rsidRPr="00233BD8">
        <w:rPr>
          <w:rFonts w:ascii="Tahoma" w:hAnsi="Tahoma" w:cs="Tahoma" w:hint="cs"/>
          <w:rtl/>
        </w:rPr>
        <w:t>ی‌</w:t>
      </w:r>
      <w:r w:rsidRPr="00233BD8">
        <w:rPr>
          <w:rFonts w:ascii="Tahoma" w:hAnsi="Tahoma" w:cs="Tahoma" w:hint="eastAsia"/>
          <w:rtl/>
        </w:rPr>
        <w:t>کرد</w:t>
      </w:r>
      <w:r w:rsidRPr="00233BD8">
        <w:rPr>
          <w:rFonts w:ascii="Tahoma" w:hAnsi="Tahoma" w:cs="Tahoma"/>
          <w:rtl/>
        </w:rPr>
        <w:t xml:space="preserve"> و انتظار بازگشتش را زنده نگاه م</w:t>
      </w:r>
      <w:r w:rsidRPr="00233BD8">
        <w:rPr>
          <w:rFonts w:ascii="Tahoma" w:hAnsi="Tahoma" w:cs="Tahoma" w:hint="cs"/>
          <w:rtl/>
        </w:rPr>
        <w:t>ی‌</w:t>
      </w:r>
      <w:r w:rsidRPr="00233BD8">
        <w:rPr>
          <w:rFonts w:ascii="Tahoma" w:hAnsi="Tahoma" w:cs="Tahoma" w:hint="eastAsia"/>
          <w:rtl/>
        </w:rPr>
        <w:t>داشت</w:t>
      </w:r>
      <w:r w:rsidRPr="00233BD8">
        <w:rPr>
          <w:rFonts w:ascii="Tahoma" w:hAnsi="Tahoma" w:cs="Tahoma"/>
          <w:rtl/>
        </w:rPr>
        <w:t>.</w:t>
      </w:r>
    </w:p>
    <w:p w:rsidR="00233BD8" w:rsidRPr="00233BD8" w:rsidRDefault="00233BD8" w:rsidP="00233BD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33BD8">
        <w:rPr>
          <w:rFonts w:ascii="Tahoma" w:hAnsi="Tahoma" w:cs="Tahoma" w:hint="eastAsia"/>
          <w:rtl/>
        </w:rPr>
        <w:t>هنگام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که اسماع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ل</w:t>
      </w:r>
      <w:r w:rsidRPr="00233BD8">
        <w:rPr>
          <w:rFonts w:ascii="Tahoma" w:hAnsi="Tahoma" w:cs="Tahoma"/>
          <w:rtl/>
        </w:rPr>
        <w:t xml:space="preserve"> از مخف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گاه</w:t>
      </w:r>
      <w:r w:rsidRPr="00233BD8">
        <w:rPr>
          <w:rFonts w:ascii="Tahoma" w:hAnsi="Tahoma" w:cs="Tahoma"/>
          <w:rtl/>
        </w:rPr>
        <w:t xml:space="preserve"> ب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رون</w:t>
      </w:r>
      <w:r w:rsidRPr="00233BD8">
        <w:rPr>
          <w:rFonts w:ascii="Tahoma" w:hAnsi="Tahoma" w:cs="Tahoma"/>
          <w:rtl/>
        </w:rPr>
        <w:t xml:space="preserve"> آمد، فقط نوجوان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مدع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حکومت نبود. او وارث چند نسل سازمان مذهب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،</w:t>
      </w:r>
      <w:r w:rsidRPr="00233BD8">
        <w:rPr>
          <w:rFonts w:ascii="Tahoma" w:hAnsi="Tahoma" w:cs="Tahoma"/>
          <w:rtl/>
        </w:rPr>
        <w:t xml:space="preserve"> پ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وندها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خانوادگ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و خاطرهٔ خون رهبران کشته‌شدهٔ صفو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بود. مرگ جن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د</w:t>
      </w:r>
      <w:r w:rsidRPr="00233BD8">
        <w:rPr>
          <w:rFonts w:ascii="Tahoma" w:hAnsi="Tahoma" w:cs="Tahoma"/>
          <w:rtl/>
        </w:rPr>
        <w:t xml:space="preserve"> و ح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در</w:t>
      </w:r>
      <w:r w:rsidRPr="00233BD8">
        <w:rPr>
          <w:rFonts w:ascii="Tahoma" w:hAnsi="Tahoma" w:cs="Tahoma"/>
          <w:rtl/>
        </w:rPr>
        <w:t xml:space="preserve"> در ذهن مر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دان</w:t>
      </w:r>
      <w:r w:rsidRPr="00233BD8">
        <w:rPr>
          <w:rFonts w:ascii="Tahoma" w:hAnsi="Tahoma" w:cs="Tahoma"/>
          <w:rtl/>
        </w:rPr>
        <w:t xml:space="preserve"> به شکست عاد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دو فرمانده تبد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ل</w:t>
      </w:r>
      <w:r w:rsidRPr="00233BD8">
        <w:rPr>
          <w:rFonts w:ascii="Tahoma" w:hAnsi="Tahoma" w:cs="Tahoma"/>
          <w:rtl/>
        </w:rPr>
        <w:t xml:space="preserve"> نشده بود؛ بخش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از روا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ت</w:t>
      </w:r>
      <w:r w:rsidRPr="00233BD8">
        <w:rPr>
          <w:rFonts w:ascii="Tahoma" w:hAnsi="Tahoma" w:cs="Tahoma"/>
          <w:rtl/>
        </w:rPr>
        <w:t xml:space="preserve"> مقدس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شده بود ک</w:t>
      </w:r>
      <w:r w:rsidRPr="00233BD8">
        <w:rPr>
          <w:rFonts w:ascii="Tahoma" w:hAnsi="Tahoma" w:cs="Tahoma" w:hint="eastAsia"/>
          <w:rtl/>
        </w:rPr>
        <w:t>ه</w:t>
      </w:r>
      <w:r w:rsidRPr="00233BD8">
        <w:rPr>
          <w:rFonts w:ascii="Tahoma" w:hAnsi="Tahoma" w:cs="Tahoma"/>
          <w:rtl/>
        </w:rPr>
        <w:t xml:space="preserve"> پ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روان</w:t>
      </w:r>
      <w:r w:rsidRPr="00233BD8">
        <w:rPr>
          <w:rFonts w:ascii="Tahoma" w:hAnsi="Tahoma" w:cs="Tahoma"/>
          <w:rtl/>
        </w:rPr>
        <w:t xml:space="preserve"> را به انتقام، پ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روز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و برقرار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حکومت مرشد فرام</w:t>
      </w:r>
      <w:r w:rsidRPr="00233BD8">
        <w:rPr>
          <w:rFonts w:ascii="Tahoma" w:hAnsi="Tahoma" w:cs="Tahoma" w:hint="cs"/>
          <w:rtl/>
        </w:rPr>
        <w:t>ی‌</w:t>
      </w:r>
      <w:r w:rsidRPr="00233BD8">
        <w:rPr>
          <w:rFonts w:ascii="Tahoma" w:hAnsi="Tahoma" w:cs="Tahoma" w:hint="eastAsia"/>
          <w:rtl/>
        </w:rPr>
        <w:t>خواند</w:t>
      </w:r>
      <w:r w:rsidRPr="00233BD8">
        <w:rPr>
          <w:rFonts w:ascii="Tahoma" w:hAnsi="Tahoma" w:cs="Tahoma"/>
          <w:rtl/>
        </w:rPr>
        <w:t>.</w:t>
      </w:r>
    </w:p>
    <w:p w:rsidR="00233BD8" w:rsidRPr="00233BD8" w:rsidRDefault="00233BD8" w:rsidP="00233BD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33BD8">
        <w:rPr>
          <w:rFonts w:ascii="Tahoma" w:hAnsi="Tahoma" w:cs="Tahoma" w:hint="eastAsia"/>
          <w:rtl/>
        </w:rPr>
        <w:t>در</w:t>
      </w:r>
      <w:r w:rsidRPr="00233BD8">
        <w:rPr>
          <w:rFonts w:ascii="Tahoma" w:hAnsi="Tahoma" w:cs="Tahoma"/>
          <w:rtl/>
        </w:rPr>
        <w:t xml:space="preserve"> برابر او، حکومت‌ها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رق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ب</w:t>
      </w:r>
      <w:r w:rsidRPr="00233BD8">
        <w:rPr>
          <w:rFonts w:ascii="Tahoma" w:hAnsi="Tahoma" w:cs="Tahoma"/>
          <w:rtl/>
        </w:rPr>
        <w:t xml:space="preserve"> از نظر شمار سپاه، شهر، خزانه و تجربهٔ د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وان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برتر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داشتند. اما از آن نوع وفادار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که اسماع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ل</w:t>
      </w:r>
      <w:r w:rsidRPr="00233BD8">
        <w:rPr>
          <w:rFonts w:ascii="Tahoma" w:hAnsi="Tahoma" w:cs="Tahoma"/>
          <w:rtl/>
        </w:rPr>
        <w:t xml:space="preserve"> در م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ان</w:t>
      </w:r>
      <w:r w:rsidRPr="00233BD8">
        <w:rPr>
          <w:rFonts w:ascii="Tahoma" w:hAnsi="Tahoma" w:cs="Tahoma"/>
          <w:rtl/>
        </w:rPr>
        <w:t xml:space="preserve"> قزلباشان برم</w:t>
      </w:r>
      <w:r w:rsidRPr="00233BD8">
        <w:rPr>
          <w:rFonts w:ascii="Tahoma" w:hAnsi="Tahoma" w:cs="Tahoma" w:hint="cs"/>
          <w:rtl/>
        </w:rPr>
        <w:t>ی‌</w:t>
      </w:r>
      <w:r w:rsidRPr="00233BD8">
        <w:rPr>
          <w:rFonts w:ascii="Tahoma" w:hAnsi="Tahoma" w:cs="Tahoma" w:hint="eastAsia"/>
          <w:rtl/>
        </w:rPr>
        <w:t>انگ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خت</w:t>
      </w:r>
      <w:r w:rsidRPr="00233BD8">
        <w:rPr>
          <w:rFonts w:ascii="Tahoma" w:hAnsi="Tahoma" w:cs="Tahoma"/>
          <w:rtl/>
        </w:rPr>
        <w:t xml:space="preserve"> برخوردار نبودند. سرباز 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ک</w:t>
      </w:r>
      <w:r w:rsidRPr="00233BD8">
        <w:rPr>
          <w:rFonts w:ascii="Tahoma" w:hAnsi="Tahoma" w:cs="Tahoma"/>
          <w:rtl/>
        </w:rPr>
        <w:t xml:space="preserve"> سلطان آق‌قو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ونلو</w:t>
      </w:r>
      <w:r w:rsidRPr="00233BD8">
        <w:rPr>
          <w:rFonts w:ascii="Tahoma" w:hAnsi="Tahoma" w:cs="Tahoma"/>
          <w:rtl/>
        </w:rPr>
        <w:t xml:space="preserve"> ممکن بود با تغ</w:t>
      </w:r>
      <w:r w:rsidRPr="00233BD8">
        <w:rPr>
          <w:rFonts w:ascii="Tahoma" w:hAnsi="Tahoma" w:cs="Tahoma" w:hint="cs"/>
          <w:rtl/>
        </w:rPr>
        <w:t>یی</w:t>
      </w:r>
      <w:r w:rsidRPr="00233BD8">
        <w:rPr>
          <w:rFonts w:ascii="Tahoma" w:hAnsi="Tahoma" w:cs="Tahoma" w:hint="eastAsia"/>
          <w:rtl/>
        </w:rPr>
        <w:t>ر</w:t>
      </w:r>
      <w:r w:rsidRPr="00233BD8">
        <w:rPr>
          <w:rFonts w:ascii="Tahoma" w:hAnsi="Tahoma" w:cs="Tahoma"/>
          <w:rtl/>
        </w:rPr>
        <w:t xml:space="preserve"> توازن قدرت به خدمت مدع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د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گر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درآ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د،</w:t>
      </w:r>
      <w:r w:rsidRPr="00233BD8">
        <w:rPr>
          <w:rFonts w:ascii="Tahoma" w:hAnsi="Tahoma" w:cs="Tahoma"/>
          <w:rtl/>
        </w:rPr>
        <w:t xml:space="preserve"> ول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مر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د</w:t>
      </w:r>
      <w:r w:rsidRPr="00233BD8">
        <w:rPr>
          <w:rFonts w:ascii="Tahoma" w:hAnsi="Tahoma" w:cs="Tahoma"/>
          <w:rtl/>
        </w:rPr>
        <w:t xml:space="preserve"> </w:t>
      </w:r>
      <w:r w:rsidRPr="00233BD8">
        <w:rPr>
          <w:rFonts w:ascii="Tahoma" w:hAnsi="Tahoma" w:cs="Tahoma" w:hint="eastAsia"/>
          <w:rtl/>
        </w:rPr>
        <w:t>صفو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اطاعت از مرشد را بخش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از 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مان</w:t>
      </w:r>
      <w:r w:rsidRPr="00233BD8">
        <w:rPr>
          <w:rFonts w:ascii="Tahoma" w:hAnsi="Tahoma" w:cs="Tahoma"/>
          <w:rtl/>
        </w:rPr>
        <w:t xml:space="preserve"> خود م</w:t>
      </w:r>
      <w:r w:rsidRPr="00233BD8">
        <w:rPr>
          <w:rFonts w:ascii="Tahoma" w:hAnsi="Tahoma" w:cs="Tahoma" w:hint="cs"/>
          <w:rtl/>
        </w:rPr>
        <w:t>ی‌</w:t>
      </w:r>
      <w:r w:rsidRPr="00233BD8">
        <w:rPr>
          <w:rFonts w:ascii="Tahoma" w:hAnsi="Tahoma" w:cs="Tahoma" w:hint="eastAsia"/>
          <w:rtl/>
        </w:rPr>
        <w:t>دانست</w:t>
      </w:r>
      <w:r w:rsidRPr="00233BD8">
        <w:rPr>
          <w:rFonts w:ascii="Tahoma" w:hAnsi="Tahoma" w:cs="Tahoma"/>
          <w:rtl/>
        </w:rPr>
        <w:t>. هم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ن</w:t>
      </w:r>
      <w:r w:rsidRPr="00233BD8">
        <w:rPr>
          <w:rFonts w:ascii="Tahoma" w:hAnsi="Tahoma" w:cs="Tahoma"/>
          <w:rtl/>
        </w:rPr>
        <w:t xml:space="preserve"> تفاوت به اسماع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ل</w:t>
      </w:r>
      <w:r w:rsidRPr="00233BD8">
        <w:rPr>
          <w:rFonts w:ascii="Tahoma" w:hAnsi="Tahoma" w:cs="Tahoma"/>
          <w:rtl/>
        </w:rPr>
        <w:t xml:space="preserve"> امکان داد که با ن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رو</w:t>
      </w:r>
      <w:r w:rsidRPr="00233BD8">
        <w:rPr>
          <w:rFonts w:ascii="Tahoma" w:hAnsi="Tahoma" w:cs="Tahoma" w:hint="cs"/>
          <w:rtl/>
        </w:rPr>
        <w:t>یی</w:t>
      </w:r>
      <w:r w:rsidRPr="00233BD8">
        <w:rPr>
          <w:rFonts w:ascii="Tahoma" w:hAnsi="Tahoma" w:cs="Tahoma"/>
          <w:rtl/>
        </w:rPr>
        <w:t xml:space="preserve"> محدودتر، اما برخوردار از انسجام و شور ب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شتر،</w:t>
      </w:r>
      <w:r w:rsidRPr="00233BD8">
        <w:rPr>
          <w:rFonts w:ascii="Tahoma" w:hAnsi="Tahoma" w:cs="Tahoma"/>
          <w:rtl/>
        </w:rPr>
        <w:t xml:space="preserve"> وارد م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دان</w:t>
      </w:r>
      <w:r w:rsidRPr="00233BD8">
        <w:rPr>
          <w:rFonts w:ascii="Tahoma" w:hAnsi="Tahoma" w:cs="Tahoma"/>
          <w:rtl/>
        </w:rPr>
        <w:t xml:space="preserve"> شود.</w:t>
      </w:r>
    </w:p>
    <w:p w:rsidR="00233BD8" w:rsidRPr="00233BD8" w:rsidRDefault="00233BD8" w:rsidP="00233BD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33BD8">
        <w:rPr>
          <w:rFonts w:ascii="Tahoma" w:hAnsi="Tahoma" w:cs="Tahoma" w:hint="eastAsia"/>
          <w:rtl/>
        </w:rPr>
        <w:t>بنابرا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ن،</w:t>
      </w:r>
      <w:r w:rsidRPr="00233BD8">
        <w:rPr>
          <w:rFonts w:ascii="Tahoma" w:hAnsi="Tahoma" w:cs="Tahoma"/>
          <w:rtl/>
        </w:rPr>
        <w:t xml:space="preserve"> برآمدن صفو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ان</w:t>
      </w:r>
      <w:r w:rsidRPr="00233BD8">
        <w:rPr>
          <w:rFonts w:ascii="Tahoma" w:hAnsi="Tahoma" w:cs="Tahoma"/>
          <w:rtl/>
        </w:rPr>
        <w:t xml:space="preserve"> پاسخ به 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ک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از مشکلات د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رپا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کشوردار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ران</w:t>
      </w:r>
      <w:r w:rsidRPr="00233BD8">
        <w:rPr>
          <w:rFonts w:ascii="Tahoma" w:hAnsi="Tahoma" w:cs="Tahoma"/>
          <w:rtl/>
        </w:rPr>
        <w:t xml:space="preserve"> بود، اما خود مشکل‌ها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تازه‌ا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پد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د</w:t>
      </w:r>
      <w:r w:rsidRPr="00233BD8">
        <w:rPr>
          <w:rFonts w:ascii="Tahoma" w:hAnsi="Tahoma" w:cs="Tahoma"/>
          <w:rtl/>
        </w:rPr>
        <w:t xml:space="preserve"> م</w:t>
      </w:r>
      <w:r w:rsidRPr="00233BD8">
        <w:rPr>
          <w:rFonts w:ascii="Tahoma" w:hAnsi="Tahoma" w:cs="Tahoma" w:hint="cs"/>
          <w:rtl/>
        </w:rPr>
        <w:t>ی‌</w:t>
      </w:r>
      <w:r w:rsidRPr="00233BD8">
        <w:rPr>
          <w:rFonts w:ascii="Tahoma" w:hAnsi="Tahoma" w:cs="Tahoma" w:hint="eastAsia"/>
          <w:rtl/>
        </w:rPr>
        <w:t>آورد</w:t>
      </w:r>
      <w:r w:rsidRPr="00233BD8">
        <w:rPr>
          <w:rFonts w:ascii="Tahoma" w:hAnsi="Tahoma" w:cs="Tahoma"/>
          <w:rtl/>
        </w:rPr>
        <w:t>. آنان م</w:t>
      </w:r>
      <w:r w:rsidRPr="00233BD8">
        <w:rPr>
          <w:rFonts w:ascii="Tahoma" w:hAnsi="Tahoma" w:cs="Tahoma" w:hint="cs"/>
          <w:rtl/>
        </w:rPr>
        <w:t>ی‌</w:t>
      </w:r>
      <w:r w:rsidRPr="00233BD8">
        <w:rPr>
          <w:rFonts w:ascii="Tahoma" w:hAnsi="Tahoma" w:cs="Tahoma" w:hint="eastAsia"/>
          <w:rtl/>
        </w:rPr>
        <w:t>توانستند</w:t>
      </w:r>
      <w:r w:rsidRPr="00233BD8">
        <w:rPr>
          <w:rFonts w:ascii="Tahoma" w:hAnsi="Tahoma" w:cs="Tahoma"/>
          <w:rtl/>
        </w:rPr>
        <w:t xml:space="preserve"> با ن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رو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مان</w:t>
      </w:r>
      <w:r w:rsidRPr="00233BD8">
        <w:rPr>
          <w:rFonts w:ascii="Tahoma" w:hAnsi="Tahoma" w:cs="Tahoma"/>
          <w:rtl/>
        </w:rPr>
        <w:t xml:space="preserve"> و قشون، حکومت‌ها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رق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ب</w:t>
      </w:r>
      <w:r w:rsidRPr="00233BD8">
        <w:rPr>
          <w:rFonts w:ascii="Tahoma" w:hAnsi="Tahoma" w:cs="Tahoma"/>
          <w:rtl/>
        </w:rPr>
        <w:t xml:space="preserve"> را شکست دهند؛ اما ادارهٔ سرزم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ن</w:t>
      </w:r>
      <w:r w:rsidRPr="00233BD8">
        <w:rPr>
          <w:rFonts w:ascii="Tahoma" w:hAnsi="Tahoma" w:cs="Tahoma"/>
          <w:rtl/>
        </w:rPr>
        <w:t xml:space="preserve"> گسترده فقط با شور قزلباشان ممکن نبود. برا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گردآور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مال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ات،</w:t>
      </w:r>
      <w:r w:rsidRPr="00233BD8">
        <w:rPr>
          <w:rFonts w:ascii="Tahoma" w:hAnsi="Tahoma" w:cs="Tahoma"/>
          <w:rtl/>
        </w:rPr>
        <w:t xml:space="preserve"> حفظ شهرها، تنظ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م</w:t>
      </w:r>
      <w:r w:rsidRPr="00233BD8">
        <w:rPr>
          <w:rFonts w:ascii="Tahoma" w:hAnsi="Tahoma" w:cs="Tahoma"/>
          <w:rtl/>
        </w:rPr>
        <w:t xml:space="preserve"> زم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ن‌ها،</w:t>
      </w:r>
      <w:r w:rsidRPr="00233BD8">
        <w:rPr>
          <w:rFonts w:ascii="Tahoma" w:hAnsi="Tahoma" w:cs="Tahoma"/>
          <w:rtl/>
        </w:rPr>
        <w:t xml:space="preserve"> ادارهٔ راه‌ها، برقرار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رابطه با حکومت‌ها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د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گر</w:t>
      </w:r>
      <w:r w:rsidRPr="00233BD8">
        <w:rPr>
          <w:rFonts w:ascii="Tahoma" w:hAnsi="Tahoma" w:cs="Tahoma"/>
          <w:rtl/>
        </w:rPr>
        <w:t xml:space="preserve"> و انتقال فرمان‌ها به د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وان</w:t>
      </w:r>
      <w:r w:rsidRPr="00233BD8">
        <w:rPr>
          <w:rFonts w:ascii="Tahoma" w:hAnsi="Tahoma" w:cs="Tahoma"/>
          <w:rtl/>
        </w:rPr>
        <w:t xml:space="preserve"> ن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از</w:t>
      </w:r>
      <w:r w:rsidRPr="00233BD8">
        <w:rPr>
          <w:rFonts w:ascii="Tahoma" w:hAnsi="Tahoma" w:cs="Tahoma"/>
          <w:rtl/>
        </w:rPr>
        <w:t xml:space="preserve"> داشتند. در همان حال، برا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تبد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ل</w:t>
      </w:r>
      <w:r w:rsidRPr="00233BD8">
        <w:rPr>
          <w:rFonts w:ascii="Tahoma" w:hAnsi="Tahoma" w:cs="Tahoma"/>
          <w:rtl/>
        </w:rPr>
        <w:t xml:space="preserve"> باورها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گوناگون قزلباشان و مردم سرزم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ن</w:t>
      </w:r>
      <w:r w:rsidRPr="00233BD8">
        <w:rPr>
          <w:rFonts w:ascii="Tahoma" w:hAnsi="Tahoma" w:cs="Tahoma"/>
          <w:rtl/>
        </w:rPr>
        <w:t xml:space="preserve"> به مذهب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رسم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و دارا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احکام، مدرسه، قاض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و دستگاه د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ن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،</w:t>
      </w:r>
      <w:r w:rsidRPr="00233BD8">
        <w:rPr>
          <w:rFonts w:ascii="Tahoma" w:hAnsi="Tahoma" w:cs="Tahoma"/>
          <w:rtl/>
        </w:rPr>
        <w:t xml:space="preserve"> به د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نکاران</w:t>
      </w:r>
      <w:r w:rsidRPr="00233BD8">
        <w:rPr>
          <w:rFonts w:ascii="Tahoma" w:hAnsi="Tahoma" w:cs="Tahoma"/>
          <w:rtl/>
        </w:rPr>
        <w:t xml:space="preserve"> ن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ازمند</w:t>
      </w:r>
      <w:r w:rsidRPr="00233BD8">
        <w:rPr>
          <w:rFonts w:ascii="Tahoma" w:hAnsi="Tahoma" w:cs="Tahoma"/>
          <w:rtl/>
        </w:rPr>
        <w:t xml:space="preserve"> م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>‌شدند.</w:t>
      </w:r>
    </w:p>
    <w:p w:rsidR="00233BD8" w:rsidRPr="00233BD8" w:rsidRDefault="00233BD8" w:rsidP="00233BD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33BD8">
        <w:rPr>
          <w:rFonts w:ascii="Tahoma" w:hAnsi="Tahoma" w:cs="Tahoma"/>
          <w:rtl/>
        </w:rPr>
        <w:t>از هم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ن</w:t>
      </w:r>
      <w:r w:rsidRPr="00233BD8">
        <w:rPr>
          <w:rFonts w:ascii="Tahoma" w:hAnsi="Tahoma" w:cs="Tahoma"/>
          <w:rtl/>
        </w:rPr>
        <w:t xml:space="preserve"> آغاز، چهار ن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رو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اصل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کشوردار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صفو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در برابر 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کد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گر</w:t>
      </w:r>
      <w:r w:rsidRPr="00233BD8">
        <w:rPr>
          <w:rFonts w:ascii="Tahoma" w:hAnsi="Tahoma" w:cs="Tahoma"/>
          <w:rtl/>
        </w:rPr>
        <w:t xml:space="preserve"> قرار گرفتند: تاج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که از مقام مرشد برخاسته بود؛ قشون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که خود را سازندهٔ آن تاج م</w:t>
      </w:r>
      <w:r w:rsidRPr="00233BD8">
        <w:rPr>
          <w:rFonts w:ascii="Tahoma" w:hAnsi="Tahoma" w:cs="Tahoma" w:hint="cs"/>
          <w:rtl/>
        </w:rPr>
        <w:t>ی‌</w:t>
      </w:r>
      <w:r w:rsidRPr="00233BD8">
        <w:rPr>
          <w:rFonts w:ascii="Tahoma" w:hAnsi="Tahoma" w:cs="Tahoma" w:hint="eastAsia"/>
          <w:rtl/>
        </w:rPr>
        <w:t>دانست؛</w:t>
      </w:r>
      <w:r w:rsidRPr="00233BD8">
        <w:rPr>
          <w:rFonts w:ascii="Tahoma" w:hAnsi="Tahoma" w:cs="Tahoma"/>
          <w:rtl/>
        </w:rPr>
        <w:t xml:space="preserve"> د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وان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که دانش ادارهٔ کشور را از حکومت‌ها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پ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ش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ن</w:t>
      </w:r>
      <w:r w:rsidRPr="00233BD8">
        <w:rPr>
          <w:rFonts w:ascii="Tahoma" w:hAnsi="Tahoma" w:cs="Tahoma"/>
          <w:rtl/>
        </w:rPr>
        <w:t xml:space="preserve"> به ارث برده بود؛ و د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نکاران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که قرار بود مذهب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رسم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و 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کسان</w:t>
      </w:r>
      <w:r w:rsidRPr="00233BD8">
        <w:rPr>
          <w:rFonts w:ascii="Tahoma" w:hAnsi="Tahoma" w:cs="Tahoma"/>
          <w:rtl/>
        </w:rPr>
        <w:t xml:space="preserve"> برا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کشور بسازند.</w:t>
      </w:r>
    </w:p>
    <w:p w:rsidR="00233BD8" w:rsidRDefault="00233BD8" w:rsidP="00233BD8">
      <w:pPr>
        <w:bidi/>
        <w:spacing w:after="0" w:line="360" w:lineRule="auto"/>
        <w:ind w:firstLine="720"/>
        <w:jc w:val="both"/>
        <w:rPr>
          <w:rFonts w:ascii="Tahoma" w:hAnsi="Tahoma" w:cs="Tahoma"/>
          <w:rtl/>
        </w:rPr>
      </w:pPr>
      <w:r w:rsidRPr="00233BD8">
        <w:rPr>
          <w:rFonts w:ascii="Tahoma" w:hAnsi="Tahoma" w:cs="Tahoma" w:hint="eastAsia"/>
          <w:rtl/>
        </w:rPr>
        <w:t>اما</w:t>
      </w:r>
      <w:r w:rsidRPr="00233BD8">
        <w:rPr>
          <w:rFonts w:ascii="Tahoma" w:hAnsi="Tahoma" w:cs="Tahoma"/>
          <w:rtl/>
        </w:rPr>
        <w:t xml:space="preserve"> هنوز تاج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بر سر اسماع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ل</w:t>
      </w:r>
      <w:r w:rsidRPr="00233BD8">
        <w:rPr>
          <w:rFonts w:ascii="Tahoma" w:hAnsi="Tahoma" w:cs="Tahoma"/>
          <w:rtl/>
        </w:rPr>
        <w:t xml:space="preserve"> نبود و دستگاه د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نکار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دوازده‌امام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ن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ز</w:t>
      </w:r>
      <w:r w:rsidRPr="00233BD8">
        <w:rPr>
          <w:rFonts w:ascii="Tahoma" w:hAnsi="Tahoma" w:cs="Tahoma"/>
          <w:rtl/>
        </w:rPr>
        <w:t xml:space="preserve"> ساخته نشده بود. نخست طر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قت</w:t>
      </w:r>
      <w:r w:rsidRPr="00233BD8">
        <w:rPr>
          <w:rFonts w:ascii="Tahoma" w:hAnsi="Tahoma" w:cs="Tahoma"/>
          <w:rtl/>
        </w:rPr>
        <w:t xml:space="preserve"> با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د</w:t>
      </w:r>
      <w:r w:rsidRPr="00233BD8">
        <w:rPr>
          <w:rFonts w:ascii="Tahoma" w:hAnsi="Tahoma" w:cs="Tahoma"/>
          <w:rtl/>
        </w:rPr>
        <w:t xml:space="preserve"> به حکومت تبد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ل</w:t>
      </w:r>
      <w:r w:rsidRPr="00233BD8">
        <w:rPr>
          <w:rFonts w:ascii="Tahoma" w:hAnsi="Tahoma" w:cs="Tahoma"/>
          <w:rtl/>
        </w:rPr>
        <w:t xml:space="preserve"> م</w:t>
      </w:r>
      <w:r w:rsidRPr="00233BD8">
        <w:rPr>
          <w:rFonts w:ascii="Tahoma" w:hAnsi="Tahoma" w:cs="Tahoma" w:hint="cs"/>
          <w:rtl/>
        </w:rPr>
        <w:t>ی‌</w:t>
      </w:r>
      <w:r w:rsidRPr="00233BD8">
        <w:rPr>
          <w:rFonts w:ascii="Tahoma" w:hAnsi="Tahoma" w:cs="Tahoma" w:hint="eastAsia"/>
          <w:rtl/>
        </w:rPr>
        <w:t>شد</w:t>
      </w:r>
      <w:r w:rsidRPr="00233BD8">
        <w:rPr>
          <w:rFonts w:ascii="Tahoma" w:hAnsi="Tahoma" w:cs="Tahoma"/>
          <w:rtl/>
        </w:rPr>
        <w:t>. ا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ن</w:t>
      </w:r>
      <w:r w:rsidRPr="00233BD8">
        <w:rPr>
          <w:rFonts w:ascii="Tahoma" w:hAnsi="Tahoma" w:cs="Tahoma"/>
          <w:rtl/>
        </w:rPr>
        <w:t xml:space="preserve"> تبد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ل</w:t>
      </w:r>
      <w:r w:rsidRPr="00233BD8">
        <w:rPr>
          <w:rFonts w:ascii="Tahoma" w:hAnsi="Tahoma" w:cs="Tahoma"/>
          <w:rtl/>
        </w:rPr>
        <w:t xml:space="preserve"> با ب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رون</w:t>
      </w:r>
      <w:r w:rsidRPr="00233BD8">
        <w:rPr>
          <w:rFonts w:ascii="Tahoma" w:hAnsi="Tahoma" w:cs="Tahoma"/>
          <w:rtl/>
        </w:rPr>
        <w:t xml:space="preserve"> آمدن اسماع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ل</w:t>
      </w:r>
      <w:r w:rsidRPr="00233BD8">
        <w:rPr>
          <w:rFonts w:ascii="Tahoma" w:hAnsi="Tahoma" w:cs="Tahoma"/>
          <w:rtl/>
        </w:rPr>
        <w:t xml:space="preserve"> از گ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لان،</w:t>
      </w:r>
      <w:r w:rsidRPr="00233BD8">
        <w:rPr>
          <w:rFonts w:ascii="Tahoma" w:hAnsi="Tahoma" w:cs="Tahoma"/>
          <w:rtl/>
        </w:rPr>
        <w:t xml:space="preserve"> گرد آمدن قزلباشان و آغاز حرکت او به سو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قدرت صورت گرفت. فصل بعد سرگذشت هم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ن</w:t>
      </w:r>
      <w:r w:rsidRPr="00233BD8">
        <w:rPr>
          <w:rFonts w:ascii="Tahoma" w:hAnsi="Tahoma" w:cs="Tahoma"/>
          <w:rtl/>
        </w:rPr>
        <w:t xml:space="preserve"> دگرگون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/>
          <w:rtl/>
        </w:rPr>
        <w:t xml:space="preserve"> است: چگون</w:t>
      </w:r>
      <w:r w:rsidRPr="00233BD8">
        <w:rPr>
          <w:rFonts w:ascii="Tahoma" w:hAnsi="Tahoma" w:cs="Tahoma" w:hint="eastAsia"/>
          <w:rtl/>
        </w:rPr>
        <w:t>ه</w:t>
      </w:r>
      <w:r w:rsidRPr="00233BD8">
        <w:rPr>
          <w:rFonts w:ascii="Tahoma" w:hAnsi="Tahoma" w:cs="Tahoma"/>
          <w:rtl/>
        </w:rPr>
        <w:t xml:space="preserve"> خانقاه به دربار، مر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د</w:t>
      </w:r>
      <w:r w:rsidRPr="00233BD8">
        <w:rPr>
          <w:rFonts w:ascii="Tahoma" w:hAnsi="Tahoma" w:cs="Tahoma"/>
          <w:rtl/>
        </w:rPr>
        <w:t xml:space="preserve"> به سرباز و مرشد به شاه تبد</w:t>
      </w:r>
      <w:r w:rsidRPr="00233BD8">
        <w:rPr>
          <w:rFonts w:ascii="Tahoma" w:hAnsi="Tahoma" w:cs="Tahoma" w:hint="cs"/>
          <w:rtl/>
        </w:rPr>
        <w:t>ی</w:t>
      </w:r>
      <w:r w:rsidRPr="00233BD8">
        <w:rPr>
          <w:rFonts w:ascii="Tahoma" w:hAnsi="Tahoma" w:cs="Tahoma" w:hint="eastAsia"/>
          <w:rtl/>
        </w:rPr>
        <w:t>ل</w:t>
      </w:r>
      <w:r w:rsidRPr="00233BD8">
        <w:rPr>
          <w:rFonts w:ascii="Tahoma" w:hAnsi="Tahoma" w:cs="Tahoma"/>
          <w:rtl/>
        </w:rPr>
        <w:t xml:space="preserve"> شد.</w:t>
      </w:r>
    </w:p>
    <w:p w:rsidR="00233BD8" w:rsidRDefault="00233BD8" w:rsidP="00233BD8">
      <w:pPr>
        <w:keepNext/>
        <w:pageBreakBefore/>
        <w:bidi/>
        <w:spacing w:after="0" w:line="360" w:lineRule="auto"/>
        <w:jc w:val="center"/>
        <w:rPr>
          <w:rFonts w:ascii="Tahoma" w:hAnsi="Tahoma" w:cs="Tahoma"/>
          <w:rtl/>
        </w:rPr>
      </w:pPr>
      <w:bookmarkStart w:id="3" w:name="Vol1Chapter01"/>
      <w:bookmarkStart w:id="4" w:name="Vol1Chapter02"/>
      <w:bookmarkEnd w:id="3"/>
      <w:bookmarkEnd w:id="4"/>
      <w:r>
        <w:rPr>
          <w:rFonts w:ascii="Tahoma" w:hAnsi="Tahoma" w:cs="Tahoma" w:hint="cs"/>
          <w:b/>
          <w:sz w:val="36"/>
          <w:rtl/>
        </w:rPr>
        <w:t>فصل دوم</w:t>
      </w:r>
    </w:p>
    <w:p w:rsidR="00B35040" w:rsidRPr="00B35040" w:rsidRDefault="00B35040" w:rsidP="00B35040">
      <w:pPr>
        <w:keepNext/>
        <w:bidi/>
        <w:spacing w:after="240" w:line="360" w:lineRule="auto"/>
        <w:jc w:val="center"/>
        <w:rPr>
          <w:rFonts w:ascii="Tahoma" w:hAnsi="Tahoma" w:cs="Tahoma"/>
        </w:rPr>
      </w:pPr>
      <w:r w:rsidRPr="00B35040">
        <w:rPr>
          <w:rFonts w:ascii="Tahoma" w:hAnsi="Tahoma" w:cs="Tahoma"/>
          <w:b/>
          <w:sz w:val="36"/>
          <w:rtl/>
        </w:rPr>
        <w:t>از مرشد تا شاه؛ قزلباشان و فتح تبر</w:t>
      </w:r>
      <w:r w:rsidRPr="00B35040">
        <w:rPr>
          <w:rFonts w:ascii="Tahoma" w:hAnsi="Tahoma" w:cs="Tahoma" w:hint="cs"/>
          <w:b/>
          <w:sz w:val="36"/>
          <w:rtl/>
        </w:rPr>
        <w:t>ی</w:t>
      </w:r>
      <w:r w:rsidRPr="00B35040">
        <w:rPr>
          <w:rFonts w:ascii="Tahoma" w:hAnsi="Tahoma" w:cs="Tahoma" w:hint="eastAsia"/>
          <w:b/>
          <w:sz w:val="36"/>
          <w:rtl/>
        </w:rPr>
        <w:t>ز</w:t>
      </w:r>
    </w:p>
    <w:p w:rsidR="00B35040" w:rsidRPr="00B35040" w:rsidRDefault="00B35040" w:rsidP="00B3504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35040">
        <w:rPr>
          <w:rFonts w:ascii="Tahoma" w:hAnsi="Tahoma" w:cs="Tahoma" w:hint="eastAsia"/>
          <w:rtl/>
        </w:rPr>
        <w:t>اسماع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ل</w:t>
      </w:r>
      <w:r w:rsidRPr="00B35040">
        <w:rPr>
          <w:rFonts w:ascii="Tahoma" w:hAnsi="Tahoma" w:cs="Tahoma"/>
          <w:rtl/>
        </w:rPr>
        <w:t xml:space="preserve"> صفو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هنگام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که از گ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لان</w:t>
      </w:r>
      <w:r w:rsidRPr="00B35040">
        <w:rPr>
          <w:rFonts w:ascii="Tahoma" w:hAnsi="Tahoma" w:cs="Tahoma"/>
          <w:rtl/>
        </w:rPr>
        <w:t xml:space="preserve"> ب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رون</w:t>
      </w:r>
      <w:r w:rsidRPr="00B35040">
        <w:rPr>
          <w:rFonts w:ascii="Tahoma" w:hAnsi="Tahoma" w:cs="Tahoma"/>
          <w:rtl/>
        </w:rPr>
        <w:t xml:space="preserve"> آمد، نه شاه بود، نه سرزم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ن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در اخت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ار</w:t>
      </w:r>
      <w:r w:rsidRPr="00B35040">
        <w:rPr>
          <w:rFonts w:ascii="Tahoma" w:hAnsi="Tahoma" w:cs="Tahoma"/>
          <w:rtl/>
        </w:rPr>
        <w:t xml:space="preserve"> داشت و نه دستگاه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که بتوان آن را حکومت نام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د</w:t>
      </w:r>
      <w:r w:rsidRPr="00B35040">
        <w:rPr>
          <w:rFonts w:ascii="Tahoma" w:hAnsi="Tahoma" w:cs="Tahoma"/>
          <w:rtl/>
        </w:rPr>
        <w:t>. خزانه، د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وان،</w:t>
      </w:r>
      <w:r w:rsidRPr="00B35040">
        <w:rPr>
          <w:rFonts w:ascii="Tahoma" w:hAnsi="Tahoma" w:cs="Tahoma"/>
          <w:rtl/>
        </w:rPr>
        <w:t xml:space="preserve"> پا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تخت</w:t>
      </w:r>
      <w:r w:rsidRPr="00B35040">
        <w:rPr>
          <w:rFonts w:ascii="Tahoma" w:hAnsi="Tahoma" w:cs="Tahoma"/>
          <w:rtl/>
        </w:rPr>
        <w:t xml:space="preserve"> و قشون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با مواجب منظم نداشت. آنچه در اخت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ار</w:t>
      </w:r>
      <w:r w:rsidRPr="00B35040">
        <w:rPr>
          <w:rFonts w:ascii="Tahoma" w:hAnsi="Tahoma" w:cs="Tahoma"/>
          <w:rtl/>
        </w:rPr>
        <w:t xml:space="preserve"> او قرار داشت، نام خاندان صفو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،</w:t>
      </w:r>
      <w:r w:rsidRPr="00B35040">
        <w:rPr>
          <w:rFonts w:ascii="Tahoma" w:hAnsi="Tahoma" w:cs="Tahoma"/>
          <w:rtl/>
        </w:rPr>
        <w:t xml:space="preserve"> خاطرهٔ ش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خ</w:t>
      </w:r>
      <w:r w:rsidRPr="00B35040">
        <w:rPr>
          <w:rFonts w:ascii="Tahoma" w:hAnsi="Tahoma" w:cs="Tahoma"/>
          <w:rtl/>
        </w:rPr>
        <w:t xml:space="preserve"> جن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د</w:t>
      </w:r>
      <w:r w:rsidRPr="00B35040">
        <w:rPr>
          <w:rFonts w:ascii="Tahoma" w:hAnsi="Tahoma" w:cs="Tahoma"/>
          <w:rtl/>
        </w:rPr>
        <w:t xml:space="preserve"> و ش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خ</w:t>
      </w:r>
      <w:r w:rsidRPr="00B35040">
        <w:rPr>
          <w:rFonts w:ascii="Tahoma" w:hAnsi="Tahoma" w:cs="Tahoma"/>
          <w:rtl/>
        </w:rPr>
        <w:t xml:space="preserve"> ح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در،</w:t>
      </w:r>
      <w:r w:rsidRPr="00B35040">
        <w:rPr>
          <w:rFonts w:ascii="Tahoma" w:hAnsi="Tahoma" w:cs="Tahoma"/>
          <w:rtl/>
        </w:rPr>
        <w:t xml:space="preserve"> شبکهٔ خل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فه‌ها</w:t>
      </w:r>
      <w:r w:rsidRPr="00B35040">
        <w:rPr>
          <w:rFonts w:ascii="Tahoma" w:hAnsi="Tahoma" w:cs="Tahoma"/>
          <w:rtl/>
        </w:rPr>
        <w:t xml:space="preserve"> و مر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دان،</w:t>
      </w:r>
      <w:r w:rsidRPr="00B35040">
        <w:rPr>
          <w:rFonts w:ascii="Tahoma" w:hAnsi="Tahoma" w:cs="Tahoma"/>
          <w:rtl/>
        </w:rPr>
        <w:t xml:space="preserve"> پ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وند</w:t>
      </w:r>
      <w:r w:rsidRPr="00B35040">
        <w:rPr>
          <w:rFonts w:ascii="Tahoma" w:hAnsi="Tahoma" w:cs="Tahoma"/>
          <w:rtl/>
        </w:rPr>
        <w:t xml:space="preserve"> خون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با خاندان آق‌قو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ونلو</w:t>
      </w:r>
      <w:r w:rsidRPr="00B35040">
        <w:rPr>
          <w:rFonts w:ascii="Tahoma" w:hAnsi="Tahoma" w:cs="Tahoma"/>
          <w:rtl/>
        </w:rPr>
        <w:t xml:space="preserve"> و 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مان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بود که گروه‌ها</w:t>
      </w:r>
      <w:r w:rsidRPr="00B35040">
        <w:rPr>
          <w:rFonts w:ascii="Tahoma" w:hAnsi="Tahoma" w:cs="Tahoma" w:hint="cs"/>
          <w:rtl/>
        </w:rPr>
        <w:t>یی</w:t>
      </w:r>
      <w:r w:rsidRPr="00B35040">
        <w:rPr>
          <w:rFonts w:ascii="Tahoma" w:hAnsi="Tahoma" w:cs="Tahoma"/>
          <w:rtl/>
        </w:rPr>
        <w:t xml:space="preserve"> از قبا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ل</w:t>
      </w:r>
      <w:r w:rsidRPr="00B35040">
        <w:rPr>
          <w:rFonts w:ascii="Tahoma" w:hAnsi="Tahoma" w:cs="Tahoma"/>
          <w:rtl/>
        </w:rPr>
        <w:t xml:space="preserve"> ترکمان به مرشد صفو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داشتند.</w:t>
      </w:r>
    </w:p>
    <w:p w:rsidR="00B35040" w:rsidRPr="00B35040" w:rsidRDefault="00B35040" w:rsidP="00B3504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35040">
        <w:rPr>
          <w:rFonts w:ascii="Tahoma" w:hAnsi="Tahoma" w:cs="Tahoma" w:hint="eastAsia"/>
          <w:rtl/>
        </w:rPr>
        <w:t>هم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ن</w:t>
      </w:r>
      <w:r w:rsidRPr="00B35040">
        <w:rPr>
          <w:rFonts w:ascii="Tahoma" w:hAnsi="Tahoma" w:cs="Tahoma"/>
          <w:rtl/>
        </w:rPr>
        <w:t xml:space="preserve"> دارا</w:t>
      </w:r>
      <w:r w:rsidRPr="00B35040">
        <w:rPr>
          <w:rFonts w:ascii="Tahoma" w:hAnsi="Tahoma" w:cs="Tahoma" w:hint="cs"/>
          <w:rtl/>
        </w:rPr>
        <w:t>یی</w:t>
      </w:r>
      <w:r w:rsidRPr="00B35040">
        <w:rPr>
          <w:rFonts w:ascii="Tahoma" w:hAnsi="Tahoma" w:cs="Tahoma"/>
          <w:rtl/>
        </w:rPr>
        <w:t xml:space="preserve"> نامرئ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از بس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ار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از دارا</w:t>
      </w:r>
      <w:r w:rsidRPr="00B35040">
        <w:rPr>
          <w:rFonts w:ascii="Tahoma" w:hAnsi="Tahoma" w:cs="Tahoma" w:hint="cs"/>
          <w:rtl/>
        </w:rPr>
        <w:t>یی‌</w:t>
      </w:r>
      <w:r w:rsidRPr="00B35040">
        <w:rPr>
          <w:rFonts w:ascii="Tahoma" w:hAnsi="Tahoma" w:cs="Tahoma" w:hint="eastAsia"/>
          <w:rtl/>
        </w:rPr>
        <w:t>ها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حکومت‌ها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موجود ن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رومندتر</w:t>
      </w:r>
      <w:r w:rsidRPr="00B35040">
        <w:rPr>
          <w:rFonts w:ascii="Tahoma" w:hAnsi="Tahoma" w:cs="Tahoma"/>
          <w:rtl/>
        </w:rPr>
        <w:t xml:space="preserve"> شد. سلاط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ن</w:t>
      </w:r>
      <w:r w:rsidRPr="00B35040">
        <w:rPr>
          <w:rFonts w:ascii="Tahoma" w:hAnsi="Tahoma" w:cs="Tahoma"/>
          <w:rtl/>
        </w:rPr>
        <w:t xml:space="preserve"> آق‌قو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ونلو</w:t>
      </w:r>
      <w:r w:rsidRPr="00B35040">
        <w:rPr>
          <w:rFonts w:ascii="Tahoma" w:hAnsi="Tahoma" w:cs="Tahoma"/>
          <w:rtl/>
        </w:rPr>
        <w:t xml:space="preserve"> شهر، خزانه، د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وان</w:t>
      </w:r>
      <w:r w:rsidRPr="00B35040">
        <w:rPr>
          <w:rFonts w:ascii="Tahoma" w:hAnsi="Tahoma" w:cs="Tahoma"/>
          <w:rtl/>
        </w:rPr>
        <w:t xml:space="preserve"> و قشون داشتند، اما هر 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ک</w:t>
      </w:r>
      <w:r w:rsidRPr="00B35040">
        <w:rPr>
          <w:rFonts w:ascii="Tahoma" w:hAnsi="Tahoma" w:cs="Tahoma"/>
          <w:rtl/>
        </w:rPr>
        <w:t xml:space="preserve"> برا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حفظ 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ن</w:t>
      </w:r>
      <w:r w:rsidRPr="00B35040">
        <w:rPr>
          <w:rFonts w:ascii="Tahoma" w:hAnsi="Tahoma" w:cs="Tahoma"/>
          <w:rtl/>
        </w:rPr>
        <w:t xml:space="preserve"> ابزارها ناچار بودند با شاهزادگان و سران قبا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ل</w:t>
      </w:r>
      <w:r w:rsidRPr="00B35040">
        <w:rPr>
          <w:rFonts w:ascii="Tahoma" w:hAnsi="Tahoma" w:cs="Tahoma"/>
          <w:rtl/>
        </w:rPr>
        <w:t xml:space="preserve"> رق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ب</w:t>
      </w:r>
      <w:r w:rsidRPr="00B35040">
        <w:rPr>
          <w:rFonts w:ascii="Tahoma" w:hAnsi="Tahoma" w:cs="Tahoma"/>
          <w:rtl/>
        </w:rPr>
        <w:t xml:space="preserve"> بجنگند. اسماع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ل</w:t>
      </w:r>
      <w:r w:rsidRPr="00B35040">
        <w:rPr>
          <w:rFonts w:ascii="Tahoma" w:hAnsi="Tahoma" w:cs="Tahoma"/>
          <w:rtl/>
        </w:rPr>
        <w:t xml:space="preserve"> هنوز ه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چ‌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ک</w:t>
      </w:r>
      <w:r w:rsidRPr="00B35040">
        <w:rPr>
          <w:rFonts w:ascii="Tahoma" w:hAnsi="Tahoma" w:cs="Tahoma"/>
          <w:rtl/>
        </w:rPr>
        <w:t xml:space="preserve"> از 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ن</w:t>
      </w:r>
      <w:r w:rsidRPr="00B35040">
        <w:rPr>
          <w:rFonts w:ascii="Tahoma" w:hAnsi="Tahoma" w:cs="Tahoma"/>
          <w:rtl/>
        </w:rPr>
        <w:t xml:space="preserve"> ابزارها را در اخت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ار</w:t>
      </w:r>
      <w:r w:rsidRPr="00B35040">
        <w:rPr>
          <w:rFonts w:ascii="Tahoma" w:hAnsi="Tahoma" w:cs="Tahoma"/>
          <w:rtl/>
        </w:rPr>
        <w:t xml:space="preserve"> ند</w:t>
      </w:r>
      <w:r w:rsidRPr="00B35040">
        <w:rPr>
          <w:rFonts w:ascii="Tahoma" w:hAnsi="Tahoma" w:cs="Tahoma" w:hint="eastAsia"/>
          <w:rtl/>
        </w:rPr>
        <w:t>اشت،</w:t>
      </w:r>
      <w:r w:rsidRPr="00B35040">
        <w:rPr>
          <w:rFonts w:ascii="Tahoma" w:hAnsi="Tahoma" w:cs="Tahoma"/>
          <w:rtl/>
        </w:rPr>
        <w:t xml:space="preserve"> اما کسان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داشت که آماده بودند برا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به قدرت رساندن او جان بدهند. قدرت حکومت‌ها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موجود از تصرف سرزم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ن</w:t>
      </w:r>
      <w:r w:rsidRPr="00B35040">
        <w:rPr>
          <w:rFonts w:ascii="Tahoma" w:hAnsi="Tahoma" w:cs="Tahoma"/>
          <w:rtl/>
        </w:rPr>
        <w:t xml:space="preserve"> آغاز م</w:t>
      </w:r>
      <w:r w:rsidRPr="00B35040">
        <w:rPr>
          <w:rFonts w:ascii="Tahoma" w:hAnsi="Tahoma" w:cs="Tahoma" w:hint="cs"/>
          <w:rtl/>
        </w:rPr>
        <w:t>ی‌</w:t>
      </w:r>
      <w:r w:rsidRPr="00B35040">
        <w:rPr>
          <w:rFonts w:ascii="Tahoma" w:hAnsi="Tahoma" w:cs="Tahoma" w:hint="eastAsia"/>
          <w:rtl/>
        </w:rPr>
        <w:t>شد</w:t>
      </w:r>
      <w:r w:rsidRPr="00B35040">
        <w:rPr>
          <w:rFonts w:ascii="Tahoma" w:hAnsi="Tahoma" w:cs="Tahoma"/>
          <w:rtl/>
        </w:rPr>
        <w:t xml:space="preserve"> و به اطاعت سپاه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ان</w:t>
      </w:r>
      <w:r w:rsidRPr="00B35040">
        <w:rPr>
          <w:rFonts w:ascii="Tahoma" w:hAnsi="Tahoma" w:cs="Tahoma"/>
          <w:rtl/>
        </w:rPr>
        <w:t xml:space="preserve"> م</w:t>
      </w:r>
      <w:r w:rsidRPr="00B35040">
        <w:rPr>
          <w:rFonts w:ascii="Tahoma" w:hAnsi="Tahoma" w:cs="Tahoma" w:hint="cs"/>
          <w:rtl/>
        </w:rPr>
        <w:t>ی‌</w:t>
      </w:r>
      <w:r w:rsidRPr="00B35040">
        <w:rPr>
          <w:rFonts w:ascii="Tahoma" w:hAnsi="Tahoma" w:cs="Tahoma" w:hint="eastAsia"/>
          <w:rtl/>
        </w:rPr>
        <w:t>رس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د؛</w:t>
      </w:r>
      <w:r w:rsidRPr="00B35040">
        <w:rPr>
          <w:rFonts w:ascii="Tahoma" w:hAnsi="Tahoma" w:cs="Tahoma"/>
          <w:rtl/>
        </w:rPr>
        <w:t xml:space="preserve"> قدرت اسماع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ل</w:t>
      </w:r>
      <w:r w:rsidRPr="00B35040">
        <w:rPr>
          <w:rFonts w:ascii="Tahoma" w:hAnsi="Tahoma" w:cs="Tahoma"/>
          <w:rtl/>
        </w:rPr>
        <w:t xml:space="preserve"> از اطاعت مر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دان</w:t>
      </w:r>
      <w:r w:rsidRPr="00B35040">
        <w:rPr>
          <w:rFonts w:ascii="Tahoma" w:hAnsi="Tahoma" w:cs="Tahoma"/>
          <w:rtl/>
        </w:rPr>
        <w:t xml:space="preserve"> آغاز شد و به تصرف سرزم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ن</w:t>
      </w:r>
      <w:r w:rsidRPr="00B35040">
        <w:rPr>
          <w:rFonts w:ascii="Tahoma" w:hAnsi="Tahoma" w:cs="Tahoma"/>
          <w:rtl/>
        </w:rPr>
        <w:t xml:space="preserve"> انجام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د</w:t>
      </w:r>
      <w:r w:rsidRPr="00B35040">
        <w:rPr>
          <w:rFonts w:ascii="Tahoma" w:hAnsi="Tahoma" w:cs="Tahoma"/>
          <w:rtl/>
        </w:rPr>
        <w:t>.</w:t>
      </w:r>
    </w:p>
    <w:p w:rsidR="00B35040" w:rsidRPr="00B35040" w:rsidRDefault="00B35040" w:rsidP="00B3504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35040">
        <w:rPr>
          <w:rFonts w:ascii="Tahoma" w:hAnsi="Tahoma" w:cs="Tahoma" w:hint="eastAsia"/>
          <w:rtl/>
        </w:rPr>
        <w:t>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ن</w:t>
      </w:r>
      <w:r w:rsidRPr="00B35040">
        <w:rPr>
          <w:rFonts w:ascii="Tahoma" w:hAnsi="Tahoma" w:cs="Tahoma"/>
          <w:rtl/>
        </w:rPr>
        <w:t xml:space="preserve"> تفاوت، مس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ر</w:t>
      </w:r>
      <w:r w:rsidRPr="00B35040">
        <w:rPr>
          <w:rFonts w:ascii="Tahoma" w:hAnsi="Tahoma" w:cs="Tahoma"/>
          <w:rtl/>
        </w:rPr>
        <w:t xml:space="preserve"> برآمدن صفو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ان</w:t>
      </w:r>
      <w:r w:rsidRPr="00B35040">
        <w:rPr>
          <w:rFonts w:ascii="Tahoma" w:hAnsi="Tahoma" w:cs="Tahoma"/>
          <w:rtl/>
        </w:rPr>
        <w:t xml:space="preserve"> را از برآمدن بس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ار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از خاندان‌ها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پ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ش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ن</w:t>
      </w:r>
      <w:r w:rsidRPr="00B35040">
        <w:rPr>
          <w:rFonts w:ascii="Tahoma" w:hAnsi="Tahoma" w:cs="Tahoma"/>
          <w:rtl/>
        </w:rPr>
        <w:t xml:space="preserve"> جدا م</w:t>
      </w:r>
      <w:r w:rsidRPr="00B35040">
        <w:rPr>
          <w:rFonts w:ascii="Tahoma" w:hAnsi="Tahoma" w:cs="Tahoma" w:hint="cs"/>
          <w:rtl/>
        </w:rPr>
        <w:t>ی‌</w:t>
      </w:r>
      <w:r w:rsidRPr="00B35040">
        <w:rPr>
          <w:rFonts w:ascii="Tahoma" w:hAnsi="Tahoma" w:cs="Tahoma" w:hint="eastAsia"/>
          <w:rtl/>
        </w:rPr>
        <w:t>کرد</w:t>
      </w:r>
      <w:r w:rsidRPr="00B35040">
        <w:rPr>
          <w:rFonts w:ascii="Tahoma" w:hAnsi="Tahoma" w:cs="Tahoma"/>
          <w:rtl/>
        </w:rPr>
        <w:t>. فرمانده‌ا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عاد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ابتدا با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د</w:t>
      </w:r>
      <w:r w:rsidRPr="00B35040">
        <w:rPr>
          <w:rFonts w:ascii="Tahoma" w:hAnsi="Tahoma" w:cs="Tahoma"/>
          <w:rtl/>
        </w:rPr>
        <w:t xml:space="preserve"> در جنگ پ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روز</w:t>
      </w:r>
      <w:r w:rsidRPr="00B35040">
        <w:rPr>
          <w:rFonts w:ascii="Tahoma" w:hAnsi="Tahoma" w:cs="Tahoma"/>
          <w:rtl/>
        </w:rPr>
        <w:t xml:space="preserve"> م</w:t>
      </w:r>
      <w:r w:rsidRPr="00B35040">
        <w:rPr>
          <w:rFonts w:ascii="Tahoma" w:hAnsi="Tahoma" w:cs="Tahoma" w:hint="cs"/>
          <w:rtl/>
        </w:rPr>
        <w:t>ی‌</w:t>
      </w:r>
      <w:r w:rsidRPr="00B35040">
        <w:rPr>
          <w:rFonts w:ascii="Tahoma" w:hAnsi="Tahoma" w:cs="Tahoma" w:hint="eastAsia"/>
          <w:rtl/>
        </w:rPr>
        <w:t>شد</w:t>
      </w:r>
      <w:r w:rsidRPr="00B35040">
        <w:rPr>
          <w:rFonts w:ascii="Tahoma" w:hAnsi="Tahoma" w:cs="Tahoma"/>
          <w:rtl/>
        </w:rPr>
        <w:t xml:space="preserve"> تا د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گران</w:t>
      </w:r>
      <w:r w:rsidRPr="00B35040">
        <w:rPr>
          <w:rFonts w:ascii="Tahoma" w:hAnsi="Tahoma" w:cs="Tahoma"/>
          <w:rtl/>
        </w:rPr>
        <w:t xml:space="preserve"> به او بپ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وندند</w:t>
      </w:r>
      <w:r w:rsidRPr="00B35040">
        <w:rPr>
          <w:rFonts w:ascii="Tahoma" w:hAnsi="Tahoma" w:cs="Tahoma"/>
          <w:rtl/>
        </w:rPr>
        <w:t>. اسماع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ل</w:t>
      </w:r>
      <w:r w:rsidRPr="00B35040">
        <w:rPr>
          <w:rFonts w:ascii="Tahoma" w:hAnsi="Tahoma" w:cs="Tahoma"/>
          <w:rtl/>
        </w:rPr>
        <w:t xml:space="preserve"> پ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ش</w:t>
      </w:r>
      <w:r w:rsidRPr="00B35040">
        <w:rPr>
          <w:rFonts w:ascii="Tahoma" w:hAnsi="Tahoma" w:cs="Tahoma"/>
          <w:rtl/>
        </w:rPr>
        <w:t xml:space="preserve"> از آنکه پ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روز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بزرگ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به دست آورد، مر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دان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داشت که او را صاحب مقام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فراتر از 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ک</w:t>
      </w:r>
      <w:r w:rsidRPr="00B35040">
        <w:rPr>
          <w:rFonts w:ascii="Tahoma" w:hAnsi="Tahoma" w:cs="Tahoma"/>
          <w:rtl/>
        </w:rPr>
        <w:t xml:space="preserve"> فرمانده م</w:t>
      </w:r>
      <w:r w:rsidRPr="00B35040">
        <w:rPr>
          <w:rFonts w:ascii="Tahoma" w:hAnsi="Tahoma" w:cs="Tahoma" w:hint="cs"/>
          <w:rtl/>
        </w:rPr>
        <w:t>ی‌</w:t>
      </w:r>
      <w:r w:rsidRPr="00B35040">
        <w:rPr>
          <w:rFonts w:ascii="Tahoma" w:hAnsi="Tahoma" w:cs="Tahoma"/>
          <w:rtl/>
        </w:rPr>
        <w:t>دانستند. آنان فقط به ام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د</w:t>
      </w:r>
      <w:r w:rsidRPr="00B35040">
        <w:rPr>
          <w:rFonts w:ascii="Tahoma" w:hAnsi="Tahoma" w:cs="Tahoma"/>
          <w:rtl/>
        </w:rPr>
        <w:t xml:space="preserve"> غن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مت،</w:t>
      </w:r>
      <w:r w:rsidRPr="00B35040">
        <w:rPr>
          <w:rFonts w:ascii="Tahoma" w:hAnsi="Tahoma" w:cs="Tahoma"/>
          <w:rtl/>
        </w:rPr>
        <w:t xml:space="preserve"> زم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ن</w:t>
      </w:r>
      <w:r w:rsidRPr="00B35040">
        <w:rPr>
          <w:rFonts w:ascii="Tahoma" w:hAnsi="Tahoma" w:cs="Tahoma"/>
          <w:rtl/>
        </w:rPr>
        <w:t xml:space="preserve"> 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ا</w:t>
      </w:r>
      <w:r w:rsidRPr="00B35040">
        <w:rPr>
          <w:rFonts w:ascii="Tahoma" w:hAnsi="Tahoma" w:cs="Tahoma"/>
          <w:rtl/>
        </w:rPr>
        <w:t xml:space="preserve"> مقام به او نپ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وسته</w:t>
      </w:r>
      <w:r w:rsidRPr="00B35040">
        <w:rPr>
          <w:rFonts w:ascii="Tahoma" w:hAnsi="Tahoma" w:cs="Tahoma"/>
          <w:rtl/>
        </w:rPr>
        <w:t xml:space="preserve"> بودند؛ هرچند پس از پ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روز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از 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ن</w:t>
      </w:r>
      <w:r w:rsidRPr="00B35040">
        <w:rPr>
          <w:rFonts w:ascii="Tahoma" w:hAnsi="Tahoma" w:cs="Tahoma"/>
          <w:rtl/>
        </w:rPr>
        <w:t xml:space="preserve"> امت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ازها</w:t>
      </w:r>
      <w:r w:rsidRPr="00B35040">
        <w:rPr>
          <w:rFonts w:ascii="Tahoma" w:hAnsi="Tahoma" w:cs="Tahoma"/>
          <w:rtl/>
        </w:rPr>
        <w:t xml:space="preserve"> ن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ز</w:t>
      </w:r>
      <w:r w:rsidRPr="00B35040">
        <w:rPr>
          <w:rFonts w:ascii="Tahoma" w:hAnsi="Tahoma" w:cs="Tahoma"/>
          <w:rtl/>
        </w:rPr>
        <w:t xml:space="preserve"> برخوردار شدند. پ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وند</w:t>
      </w:r>
      <w:r w:rsidRPr="00B35040">
        <w:rPr>
          <w:rFonts w:ascii="Tahoma" w:hAnsi="Tahoma" w:cs="Tahoma"/>
          <w:rtl/>
        </w:rPr>
        <w:t xml:space="preserve"> نخست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ن</w:t>
      </w:r>
      <w:r w:rsidRPr="00B35040">
        <w:rPr>
          <w:rFonts w:ascii="Tahoma" w:hAnsi="Tahoma" w:cs="Tahoma"/>
          <w:rtl/>
        </w:rPr>
        <w:t xml:space="preserve"> آنان با اسماع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ل،</w:t>
      </w:r>
      <w:r w:rsidRPr="00B35040">
        <w:rPr>
          <w:rFonts w:ascii="Tahoma" w:hAnsi="Tahoma" w:cs="Tahoma"/>
          <w:rtl/>
        </w:rPr>
        <w:t xml:space="preserve"> پ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وند</w:t>
      </w:r>
      <w:r w:rsidRPr="00B35040">
        <w:rPr>
          <w:rFonts w:ascii="Tahoma" w:hAnsi="Tahoma" w:cs="Tahoma"/>
          <w:rtl/>
        </w:rPr>
        <w:t xml:space="preserve"> مر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د</w:t>
      </w:r>
      <w:r w:rsidRPr="00B35040">
        <w:rPr>
          <w:rFonts w:ascii="Tahoma" w:hAnsi="Tahoma" w:cs="Tahoma"/>
          <w:rtl/>
        </w:rPr>
        <w:t xml:space="preserve"> با مرشد بود و هم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ن</w:t>
      </w:r>
      <w:r w:rsidRPr="00B35040">
        <w:rPr>
          <w:rFonts w:ascii="Tahoma" w:hAnsi="Tahoma" w:cs="Tahoma"/>
          <w:rtl/>
        </w:rPr>
        <w:t xml:space="preserve"> پ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وند</w:t>
      </w:r>
      <w:r w:rsidRPr="00B35040">
        <w:rPr>
          <w:rFonts w:ascii="Tahoma" w:hAnsi="Tahoma" w:cs="Tahoma"/>
          <w:rtl/>
        </w:rPr>
        <w:t xml:space="preserve"> به او امکان داد که پ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ش</w:t>
      </w:r>
      <w:r w:rsidRPr="00B35040">
        <w:rPr>
          <w:rFonts w:ascii="Tahoma" w:hAnsi="Tahoma" w:cs="Tahoma"/>
          <w:rtl/>
        </w:rPr>
        <w:t xml:space="preserve"> از داشتن حکومت، فرمان براند.</w:t>
      </w:r>
    </w:p>
    <w:p w:rsidR="00B35040" w:rsidRPr="00B35040" w:rsidRDefault="00B35040" w:rsidP="00B3504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35040">
        <w:rPr>
          <w:rFonts w:ascii="Tahoma" w:hAnsi="Tahoma" w:cs="Tahoma" w:hint="eastAsia"/>
          <w:rtl/>
        </w:rPr>
        <w:t>اسماع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ل</w:t>
      </w:r>
      <w:r w:rsidRPr="00B35040">
        <w:rPr>
          <w:rFonts w:ascii="Tahoma" w:hAnsi="Tahoma" w:cs="Tahoma"/>
          <w:rtl/>
        </w:rPr>
        <w:t xml:space="preserve"> در سال </w:t>
      </w:r>
      <w:r w:rsidRPr="00B35040">
        <w:rPr>
          <w:rFonts w:ascii="Tahoma" w:hAnsi="Tahoma" w:cs="Tahoma"/>
          <w:rtl/>
          <w:lang w:bidi="fa-IR"/>
        </w:rPr>
        <w:t>۱۴۸۷</w:t>
      </w:r>
      <w:r w:rsidRPr="00B35040">
        <w:rPr>
          <w:rFonts w:ascii="Tahoma" w:hAnsi="Tahoma" w:cs="Tahoma"/>
          <w:rtl/>
        </w:rPr>
        <w:t xml:space="preserve"> م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لاد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در اردب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ل</w:t>
      </w:r>
      <w:r w:rsidRPr="00B35040">
        <w:rPr>
          <w:rFonts w:ascii="Tahoma" w:hAnsi="Tahoma" w:cs="Tahoma"/>
          <w:rtl/>
        </w:rPr>
        <w:t xml:space="preserve"> زاده شد. پدرش، ش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خ</w:t>
      </w:r>
      <w:r w:rsidRPr="00B35040">
        <w:rPr>
          <w:rFonts w:ascii="Tahoma" w:hAnsi="Tahoma" w:cs="Tahoma"/>
          <w:rtl/>
        </w:rPr>
        <w:t xml:space="preserve"> ح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در،</w:t>
      </w:r>
      <w:r w:rsidRPr="00B35040">
        <w:rPr>
          <w:rFonts w:ascii="Tahoma" w:hAnsi="Tahoma" w:cs="Tahoma"/>
          <w:rtl/>
        </w:rPr>
        <w:t xml:space="preserve"> هنگام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کشته شد که اسماع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ل</w:t>
      </w:r>
      <w:r w:rsidRPr="00B35040">
        <w:rPr>
          <w:rFonts w:ascii="Tahoma" w:hAnsi="Tahoma" w:cs="Tahoma"/>
          <w:rtl/>
        </w:rPr>
        <w:t xml:space="preserve"> هنوز خردسال بود. پس از مرگ ح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در،</w:t>
      </w:r>
      <w:r w:rsidRPr="00B35040">
        <w:rPr>
          <w:rFonts w:ascii="Tahoma" w:hAnsi="Tahoma" w:cs="Tahoma"/>
          <w:rtl/>
        </w:rPr>
        <w:t xml:space="preserve"> خاندان صفو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ز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ر</w:t>
      </w:r>
      <w:r w:rsidRPr="00B35040">
        <w:rPr>
          <w:rFonts w:ascii="Tahoma" w:hAnsi="Tahoma" w:cs="Tahoma"/>
          <w:rtl/>
        </w:rPr>
        <w:t xml:space="preserve"> فشار حکومت آق‌قو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ونلو</w:t>
      </w:r>
      <w:r w:rsidRPr="00B35040">
        <w:rPr>
          <w:rFonts w:ascii="Tahoma" w:hAnsi="Tahoma" w:cs="Tahoma"/>
          <w:rtl/>
        </w:rPr>
        <w:t xml:space="preserve"> قرار گرفت. سلطان 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عقوب،</w:t>
      </w:r>
      <w:r w:rsidRPr="00B35040">
        <w:rPr>
          <w:rFonts w:ascii="Tahoma" w:hAnsi="Tahoma" w:cs="Tahoma"/>
          <w:rtl/>
        </w:rPr>
        <w:t xml:space="preserve"> فرمانروا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آق‌قو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ونلو،</w:t>
      </w:r>
      <w:r w:rsidRPr="00B35040">
        <w:rPr>
          <w:rFonts w:ascii="Tahoma" w:hAnsi="Tahoma" w:cs="Tahoma"/>
          <w:rtl/>
        </w:rPr>
        <w:t xml:space="preserve"> پسران ح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در</w:t>
      </w:r>
      <w:r w:rsidRPr="00B35040">
        <w:rPr>
          <w:rFonts w:ascii="Tahoma" w:hAnsi="Tahoma" w:cs="Tahoma"/>
          <w:rtl/>
        </w:rPr>
        <w:t xml:space="preserve"> و گروه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از نزد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کانشان</w:t>
      </w:r>
      <w:r w:rsidRPr="00B35040">
        <w:rPr>
          <w:rFonts w:ascii="Tahoma" w:hAnsi="Tahoma" w:cs="Tahoma"/>
          <w:rtl/>
        </w:rPr>
        <w:t xml:space="preserve"> را در قلعهٔ استخر </w:t>
      </w:r>
      <w:r w:rsidRPr="00B35040">
        <w:rPr>
          <w:rFonts w:ascii="Tahoma" w:hAnsi="Tahoma" w:cs="Tahoma" w:hint="eastAsia"/>
          <w:rtl/>
        </w:rPr>
        <w:t>زندان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کرد. برا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حکومت، 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ن</w:t>
      </w:r>
      <w:r w:rsidRPr="00B35040">
        <w:rPr>
          <w:rFonts w:ascii="Tahoma" w:hAnsi="Tahoma" w:cs="Tahoma"/>
          <w:rtl/>
        </w:rPr>
        <w:t xml:space="preserve"> کودکان فقط بازماندگان 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ک</w:t>
      </w:r>
      <w:r w:rsidRPr="00B35040">
        <w:rPr>
          <w:rFonts w:ascii="Tahoma" w:hAnsi="Tahoma" w:cs="Tahoma"/>
          <w:rtl/>
        </w:rPr>
        <w:t xml:space="preserve"> خاندان مذهب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نبودند. هر 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ک</w:t>
      </w:r>
      <w:r w:rsidRPr="00B35040">
        <w:rPr>
          <w:rFonts w:ascii="Tahoma" w:hAnsi="Tahoma" w:cs="Tahoma"/>
          <w:rtl/>
        </w:rPr>
        <w:t xml:space="preserve"> از آنان م</w:t>
      </w:r>
      <w:r w:rsidRPr="00B35040">
        <w:rPr>
          <w:rFonts w:ascii="Tahoma" w:hAnsi="Tahoma" w:cs="Tahoma" w:hint="cs"/>
          <w:rtl/>
        </w:rPr>
        <w:t>ی‌</w:t>
      </w:r>
      <w:r w:rsidRPr="00B35040">
        <w:rPr>
          <w:rFonts w:ascii="Tahoma" w:hAnsi="Tahoma" w:cs="Tahoma" w:hint="eastAsia"/>
          <w:rtl/>
        </w:rPr>
        <w:t>توانست</w:t>
      </w:r>
      <w:r w:rsidRPr="00B35040">
        <w:rPr>
          <w:rFonts w:ascii="Tahoma" w:hAnsi="Tahoma" w:cs="Tahoma"/>
          <w:rtl/>
        </w:rPr>
        <w:t xml:space="preserve"> محور گرد آمدن مر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دان</w:t>
      </w:r>
      <w:r w:rsidRPr="00B35040">
        <w:rPr>
          <w:rFonts w:ascii="Tahoma" w:hAnsi="Tahoma" w:cs="Tahoma"/>
          <w:rtl/>
        </w:rPr>
        <w:t xml:space="preserve"> صفو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و آغاز شورش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تازه شود.</w:t>
      </w:r>
    </w:p>
    <w:p w:rsidR="00B35040" w:rsidRPr="00B35040" w:rsidRDefault="00B35040" w:rsidP="00B3504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35040">
        <w:rPr>
          <w:rFonts w:ascii="Tahoma" w:hAnsi="Tahoma" w:cs="Tahoma" w:hint="eastAsia"/>
          <w:rtl/>
        </w:rPr>
        <w:t>مرگ</w:t>
      </w:r>
      <w:r w:rsidRPr="00B35040">
        <w:rPr>
          <w:rFonts w:ascii="Tahoma" w:hAnsi="Tahoma" w:cs="Tahoma"/>
          <w:rtl/>
        </w:rPr>
        <w:t xml:space="preserve"> سلطان 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عقوب</w:t>
      </w:r>
      <w:r w:rsidRPr="00B35040">
        <w:rPr>
          <w:rFonts w:ascii="Tahoma" w:hAnsi="Tahoma" w:cs="Tahoma"/>
          <w:rtl/>
        </w:rPr>
        <w:t xml:space="preserve"> در سال </w:t>
      </w:r>
      <w:r w:rsidRPr="00B35040">
        <w:rPr>
          <w:rFonts w:ascii="Tahoma" w:hAnsi="Tahoma" w:cs="Tahoma"/>
          <w:rtl/>
          <w:lang w:bidi="fa-IR"/>
        </w:rPr>
        <w:t>۱۴۹۰</w:t>
      </w:r>
      <w:r w:rsidRPr="00B35040">
        <w:rPr>
          <w:rFonts w:ascii="Tahoma" w:hAnsi="Tahoma" w:cs="Tahoma"/>
          <w:rtl/>
        </w:rPr>
        <w:t xml:space="preserve"> م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لاد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،</w:t>
      </w:r>
      <w:r w:rsidRPr="00B35040">
        <w:rPr>
          <w:rFonts w:ascii="Tahoma" w:hAnsi="Tahoma" w:cs="Tahoma"/>
          <w:rtl/>
        </w:rPr>
        <w:t xml:space="preserve"> جنگ جانش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ن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را در درون خاندان آق‌قو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ونلو</w:t>
      </w:r>
      <w:r w:rsidRPr="00B35040">
        <w:rPr>
          <w:rFonts w:ascii="Tahoma" w:hAnsi="Tahoma" w:cs="Tahoma"/>
          <w:rtl/>
        </w:rPr>
        <w:t xml:space="preserve"> تشد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د</w:t>
      </w:r>
      <w:r w:rsidRPr="00B35040">
        <w:rPr>
          <w:rFonts w:ascii="Tahoma" w:hAnsi="Tahoma" w:cs="Tahoma"/>
          <w:rtl/>
        </w:rPr>
        <w:t xml:space="preserve"> کرد. شاهزادگان رق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ب</w:t>
      </w:r>
      <w:r w:rsidRPr="00B35040">
        <w:rPr>
          <w:rFonts w:ascii="Tahoma" w:hAnsi="Tahoma" w:cs="Tahoma"/>
          <w:rtl/>
        </w:rPr>
        <w:t xml:space="preserve"> برا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شکست دادن 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کد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گر</w:t>
      </w:r>
      <w:r w:rsidRPr="00B35040">
        <w:rPr>
          <w:rFonts w:ascii="Tahoma" w:hAnsi="Tahoma" w:cs="Tahoma"/>
          <w:rtl/>
        </w:rPr>
        <w:t xml:space="preserve"> به هر ن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رو</w:t>
      </w:r>
      <w:r w:rsidRPr="00B35040">
        <w:rPr>
          <w:rFonts w:ascii="Tahoma" w:hAnsi="Tahoma" w:cs="Tahoma" w:hint="cs"/>
          <w:rtl/>
        </w:rPr>
        <w:t>یی</w:t>
      </w:r>
      <w:r w:rsidRPr="00B35040">
        <w:rPr>
          <w:rFonts w:ascii="Tahoma" w:hAnsi="Tahoma" w:cs="Tahoma"/>
          <w:rtl/>
        </w:rPr>
        <w:t xml:space="preserve"> که م</w:t>
      </w:r>
      <w:r w:rsidRPr="00B35040">
        <w:rPr>
          <w:rFonts w:ascii="Tahoma" w:hAnsi="Tahoma" w:cs="Tahoma" w:hint="cs"/>
          <w:rtl/>
        </w:rPr>
        <w:t>ی‌</w:t>
      </w:r>
      <w:r w:rsidRPr="00B35040">
        <w:rPr>
          <w:rFonts w:ascii="Tahoma" w:hAnsi="Tahoma" w:cs="Tahoma" w:hint="eastAsia"/>
          <w:rtl/>
        </w:rPr>
        <w:t>توانست</w:t>
      </w:r>
      <w:r w:rsidRPr="00B35040">
        <w:rPr>
          <w:rFonts w:ascii="Tahoma" w:hAnsi="Tahoma" w:cs="Tahoma"/>
          <w:rtl/>
        </w:rPr>
        <w:t xml:space="preserve"> موازنه را تغ</w:t>
      </w:r>
      <w:r w:rsidRPr="00B35040">
        <w:rPr>
          <w:rFonts w:ascii="Tahoma" w:hAnsi="Tahoma" w:cs="Tahoma" w:hint="cs"/>
          <w:rtl/>
        </w:rPr>
        <w:t>یی</w:t>
      </w:r>
      <w:r w:rsidRPr="00B35040">
        <w:rPr>
          <w:rFonts w:ascii="Tahoma" w:hAnsi="Tahoma" w:cs="Tahoma" w:hint="eastAsia"/>
          <w:rtl/>
        </w:rPr>
        <w:t>ر</w:t>
      </w:r>
      <w:r w:rsidRPr="00B35040">
        <w:rPr>
          <w:rFonts w:ascii="Tahoma" w:hAnsi="Tahoma" w:cs="Tahoma"/>
          <w:rtl/>
        </w:rPr>
        <w:t xml:space="preserve"> دهد ن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از</w:t>
      </w:r>
      <w:r w:rsidRPr="00B35040">
        <w:rPr>
          <w:rFonts w:ascii="Tahoma" w:hAnsi="Tahoma" w:cs="Tahoma"/>
          <w:rtl/>
        </w:rPr>
        <w:t xml:space="preserve"> داشتند. در چن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ن</w:t>
      </w:r>
      <w:r w:rsidRPr="00B35040">
        <w:rPr>
          <w:rFonts w:ascii="Tahoma" w:hAnsi="Tahoma" w:cs="Tahoma"/>
          <w:rtl/>
        </w:rPr>
        <w:t xml:space="preserve"> وضع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،</w:t>
      </w:r>
      <w:r w:rsidRPr="00B35040">
        <w:rPr>
          <w:rFonts w:ascii="Tahoma" w:hAnsi="Tahoma" w:cs="Tahoma"/>
          <w:rtl/>
        </w:rPr>
        <w:t xml:space="preserve"> زندان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ان</w:t>
      </w:r>
      <w:r w:rsidRPr="00B35040">
        <w:rPr>
          <w:rFonts w:ascii="Tahoma" w:hAnsi="Tahoma" w:cs="Tahoma"/>
          <w:rtl/>
        </w:rPr>
        <w:t xml:space="preserve"> صفو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ن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ز</w:t>
      </w:r>
      <w:r w:rsidRPr="00B35040">
        <w:rPr>
          <w:rFonts w:ascii="Tahoma" w:hAnsi="Tahoma" w:cs="Tahoma"/>
          <w:rtl/>
        </w:rPr>
        <w:t xml:space="preserve"> از خطر به وس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له‌ا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س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اس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تبد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ل</w:t>
      </w:r>
      <w:r w:rsidRPr="00B35040">
        <w:rPr>
          <w:rFonts w:ascii="Tahoma" w:hAnsi="Tahoma" w:cs="Tahoma"/>
          <w:rtl/>
        </w:rPr>
        <w:t xml:space="preserve"> شدند. 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ک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از مدع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ان</w:t>
      </w:r>
      <w:r w:rsidRPr="00B35040">
        <w:rPr>
          <w:rFonts w:ascii="Tahoma" w:hAnsi="Tahoma" w:cs="Tahoma"/>
          <w:rtl/>
        </w:rPr>
        <w:t xml:space="preserve"> آق‌قو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ونلو</w:t>
      </w:r>
      <w:r w:rsidRPr="00B35040">
        <w:rPr>
          <w:rFonts w:ascii="Tahoma" w:hAnsi="Tahoma" w:cs="Tahoma"/>
          <w:rtl/>
        </w:rPr>
        <w:t xml:space="preserve"> آنان را آزاد کرد تا از ن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رو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مر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دانشان</w:t>
      </w:r>
      <w:r w:rsidRPr="00B35040">
        <w:rPr>
          <w:rFonts w:ascii="Tahoma" w:hAnsi="Tahoma" w:cs="Tahoma"/>
          <w:rtl/>
        </w:rPr>
        <w:t xml:space="preserve"> عل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ه</w:t>
      </w:r>
      <w:r w:rsidRPr="00B35040">
        <w:rPr>
          <w:rFonts w:ascii="Tahoma" w:hAnsi="Tahoma" w:cs="Tahoma"/>
          <w:rtl/>
        </w:rPr>
        <w:t xml:space="preserve"> رق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بان</w:t>
      </w:r>
      <w:r w:rsidRPr="00B35040">
        <w:rPr>
          <w:rFonts w:ascii="Tahoma" w:hAnsi="Tahoma" w:cs="Tahoma"/>
          <w:rtl/>
        </w:rPr>
        <w:t xml:space="preserve"> استفاده کند. 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ن</w:t>
      </w:r>
      <w:r w:rsidRPr="00B35040">
        <w:rPr>
          <w:rFonts w:ascii="Tahoma" w:hAnsi="Tahoma" w:cs="Tahoma"/>
          <w:rtl/>
        </w:rPr>
        <w:t xml:space="preserve"> اقدام بار د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گر</w:t>
      </w:r>
      <w:r w:rsidRPr="00B35040">
        <w:rPr>
          <w:rFonts w:ascii="Tahoma" w:hAnsi="Tahoma" w:cs="Tahoma"/>
          <w:rtl/>
        </w:rPr>
        <w:t xml:space="preserve"> نشان داد که خاندان صفو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،</w:t>
      </w:r>
      <w:r w:rsidRPr="00B35040">
        <w:rPr>
          <w:rFonts w:ascii="Tahoma" w:hAnsi="Tahoma" w:cs="Tahoma"/>
          <w:rtl/>
        </w:rPr>
        <w:t xml:space="preserve"> حت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هنگام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که حکومت نداشت، صاحب ن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رو</w:t>
      </w:r>
      <w:r w:rsidRPr="00B35040">
        <w:rPr>
          <w:rFonts w:ascii="Tahoma" w:hAnsi="Tahoma" w:cs="Tahoma" w:hint="cs"/>
          <w:rtl/>
        </w:rPr>
        <w:t>یی</w:t>
      </w:r>
      <w:r w:rsidRPr="00B35040">
        <w:rPr>
          <w:rFonts w:ascii="Tahoma" w:hAnsi="Tahoma" w:cs="Tahoma"/>
          <w:rtl/>
        </w:rPr>
        <w:t xml:space="preserve"> بود که حکومت‌ها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موجود نم</w:t>
      </w:r>
      <w:r w:rsidRPr="00B35040">
        <w:rPr>
          <w:rFonts w:ascii="Tahoma" w:hAnsi="Tahoma" w:cs="Tahoma" w:hint="cs"/>
          <w:rtl/>
        </w:rPr>
        <w:t>ی‌</w:t>
      </w:r>
      <w:r w:rsidRPr="00B35040">
        <w:rPr>
          <w:rFonts w:ascii="Tahoma" w:hAnsi="Tahoma" w:cs="Tahoma" w:hint="eastAsia"/>
          <w:rtl/>
        </w:rPr>
        <w:t>توانستند</w:t>
      </w:r>
      <w:r w:rsidRPr="00B35040">
        <w:rPr>
          <w:rFonts w:ascii="Tahoma" w:hAnsi="Tahoma" w:cs="Tahoma"/>
          <w:rtl/>
        </w:rPr>
        <w:t xml:space="preserve"> ناد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ده</w:t>
      </w:r>
      <w:r w:rsidRPr="00B35040">
        <w:rPr>
          <w:rFonts w:ascii="Tahoma" w:hAnsi="Tahoma" w:cs="Tahoma"/>
          <w:rtl/>
        </w:rPr>
        <w:t xml:space="preserve"> بگ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رند</w:t>
      </w:r>
      <w:r w:rsidRPr="00B35040">
        <w:rPr>
          <w:rFonts w:ascii="Tahoma" w:hAnsi="Tahoma" w:cs="Tahoma"/>
          <w:rtl/>
        </w:rPr>
        <w:t>.</w:t>
      </w:r>
    </w:p>
    <w:p w:rsidR="00B35040" w:rsidRPr="00B35040" w:rsidRDefault="00B35040" w:rsidP="00B3504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35040">
        <w:rPr>
          <w:rFonts w:ascii="Tahoma" w:hAnsi="Tahoma" w:cs="Tahoma" w:hint="eastAsia"/>
          <w:rtl/>
        </w:rPr>
        <w:t>سلطان‌عل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،</w:t>
      </w:r>
      <w:r w:rsidRPr="00B35040">
        <w:rPr>
          <w:rFonts w:ascii="Tahoma" w:hAnsi="Tahoma" w:cs="Tahoma"/>
          <w:rtl/>
        </w:rPr>
        <w:t xml:space="preserve"> برادر بزرگ‌تر اسماع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ل،</w:t>
      </w:r>
      <w:r w:rsidRPr="00B35040">
        <w:rPr>
          <w:rFonts w:ascii="Tahoma" w:hAnsi="Tahoma" w:cs="Tahoma"/>
          <w:rtl/>
        </w:rPr>
        <w:t xml:space="preserve"> پس از آزاد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توانست گروه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از مر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دان</w:t>
      </w:r>
      <w:r w:rsidRPr="00B35040">
        <w:rPr>
          <w:rFonts w:ascii="Tahoma" w:hAnsi="Tahoma" w:cs="Tahoma"/>
          <w:rtl/>
        </w:rPr>
        <w:t xml:space="preserve"> را گرد آورد؛ اما پ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روز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موقت مدع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آق‌قو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ونلو</w:t>
      </w:r>
      <w:r w:rsidRPr="00B35040">
        <w:rPr>
          <w:rFonts w:ascii="Tahoma" w:hAnsi="Tahoma" w:cs="Tahoma"/>
          <w:rtl/>
        </w:rPr>
        <w:t xml:space="preserve"> ن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از</w:t>
      </w:r>
      <w:r w:rsidRPr="00B35040">
        <w:rPr>
          <w:rFonts w:ascii="Tahoma" w:hAnsi="Tahoma" w:cs="Tahoma"/>
          <w:rtl/>
        </w:rPr>
        <w:t xml:space="preserve"> او را به صفو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ان</w:t>
      </w:r>
      <w:r w:rsidRPr="00B35040">
        <w:rPr>
          <w:rFonts w:ascii="Tahoma" w:hAnsi="Tahoma" w:cs="Tahoma"/>
          <w:rtl/>
        </w:rPr>
        <w:t xml:space="preserve"> کاهش داد و حضور سلطان‌عل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بار د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گر</w:t>
      </w:r>
      <w:r w:rsidRPr="00B35040">
        <w:rPr>
          <w:rFonts w:ascii="Tahoma" w:hAnsi="Tahoma" w:cs="Tahoma"/>
          <w:rtl/>
        </w:rPr>
        <w:t xml:space="preserve"> خطرناک شد. سلطان‌عل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در سال </w:t>
      </w:r>
      <w:r w:rsidRPr="00B35040">
        <w:rPr>
          <w:rFonts w:ascii="Tahoma" w:hAnsi="Tahoma" w:cs="Tahoma"/>
          <w:rtl/>
          <w:lang w:bidi="fa-IR"/>
        </w:rPr>
        <w:t>۱۴۹۴</w:t>
      </w:r>
      <w:r w:rsidRPr="00B35040">
        <w:rPr>
          <w:rFonts w:ascii="Tahoma" w:hAnsi="Tahoma" w:cs="Tahoma"/>
          <w:rtl/>
        </w:rPr>
        <w:t xml:space="preserve"> م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لاد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کشته شد. بنا بر روا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ت</w:t>
      </w:r>
      <w:r w:rsidRPr="00B35040">
        <w:rPr>
          <w:rFonts w:ascii="Tahoma" w:hAnsi="Tahoma" w:cs="Tahoma"/>
          <w:rtl/>
        </w:rPr>
        <w:t xml:space="preserve"> صفو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،</w:t>
      </w:r>
      <w:r w:rsidRPr="00B35040">
        <w:rPr>
          <w:rFonts w:ascii="Tahoma" w:hAnsi="Tahoma" w:cs="Tahoma"/>
          <w:rtl/>
        </w:rPr>
        <w:t xml:space="preserve"> او پ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ش</w:t>
      </w:r>
      <w:r w:rsidRPr="00B35040">
        <w:rPr>
          <w:rFonts w:ascii="Tahoma" w:hAnsi="Tahoma" w:cs="Tahoma"/>
          <w:rtl/>
        </w:rPr>
        <w:t xml:space="preserve"> از مرگ اسما</w:t>
      </w:r>
      <w:r w:rsidRPr="00B35040">
        <w:rPr>
          <w:rFonts w:ascii="Tahoma" w:hAnsi="Tahoma" w:cs="Tahoma" w:hint="eastAsia"/>
          <w:rtl/>
        </w:rPr>
        <w:t>ع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ل</w:t>
      </w:r>
      <w:r w:rsidRPr="00B35040">
        <w:rPr>
          <w:rFonts w:ascii="Tahoma" w:hAnsi="Tahoma" w:cs="Tahoma"/>
          <w:rtl/>
        </w:rPr>
        <w:t xml:space="preserve"> را به جانش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ن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خود برگز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د</w:t>
      </w:r>
      <w:r w:rsidRPr="00B35040">
        <w:rPr>
          <w:rFonts w:ascii="Tahoma" w:hAnsi="Tahoma" w:cs="Tahoma"/>
          <w:rtl/>
        </w:rPr>
        <w:t>. بد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ن‌سان،</w:t>
      </w:r>
      <w:r w:rsidRPr="00B35040">
        <w:rPr>
          <w:rFonts w:ascii="Tahoma" w:hAnsi="Tahoma" w:cs="Tahoma"/>
          <w:rtl/>
        </w:rPr>
        <w:t xml:space="preserve"> مقام رهبر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طر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قت</w:t>
      </w:r>
      <w:r w:rsidRPr="00B35040">
        <w:rPr>
          <w:rFonts w:ascii="Tahoma" w:hAnsi="Tahoma" w:cs="Tahoma"/>
          <w:rtl/>
        </w:rPr>
        <w:t xml:space="preserve"> به کودک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رس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د</w:t>
      </w:r>
      <w:r w:rsidRPr="00B35040">
        <w:rPr>
          <w:rFonts w:ascii="Tahoma" w:hAnsi="Tahoma" w:cs="Tahoma"/>
          <w:rtl/>
        </w:rPr>
        <w:t xml:space="preserve"> که هنوز توانا</w:t>
      </w:r>
      <w:r w:rsidRPr="00B35040">
        <w:rPr>
          <w:rFonts w:ascii="Tahoma" w:hAnsi="Tahoma" w:cs="Tahoma" w:hint="cs"/>
          <w:rtl/>
        </w:rPr>
        <w:t>یی</w:t>
      </w:r>
      <w:r w:rsidRPr="00B35040">
        <w:rPr>
          <w:rFonts w:ascii="Tahoma" w:hAnsi="Tahoma" w:cs="Tahoma"/>
          <w:rtl/>
        </w:rPr>
        <w:t xml:space="preserve"> فرمانده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قشون 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ا</w:t>
      </w:r>
      <w:r w:rsidRPr="00B35040">
        <w:rPr>
          <w:rFonts w:ascii="Tahoma" w:hAnsi="Tahoma" w:cs="Tahoma"/>
          <w:rtl/>
        </w:rPr>
        <w:t xml:space="preserve"> ادارهٔ حکومت را نداشت، اما نام و خونش برا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حفظ پ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وند</w:t>
      </w:r>
      <w:r w:rsidRPr="00B35040">
        <w:rPr>
          <w:rFonts w:ascii="Tahoma" w:hAnsi="Tahoma" w:cs="Tahoma"/>
          <w:rtl/>
        </w:rPr>
        <w:t xml:space="preserve"> م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ان</w:t>
      </w:r>
      <w:r w:rsidRPr="00B35040">
        <w:rPr>
          <w:rFonts w:ascii="Tahoma" w:hAnsi="Tahoma" w:cs="Tahoma"/>
          <w:rtl/>
        </w:rPr>
        <w:t xml:space="preserve"> مر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دان</w:t>
      </w:r>
      <w:r w:rsidRPr="00B35040">
        <w:rPr>
          <w:rFonts w:ascii="Tahoma" w:hAnsi="Tahoma" w:cs="Tahoma"/>
          <w:rtl/>
        </w:rPr>
        <w:t xml:space="preserve"> کاف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بود.</w:t>
      </w:r>
    </w:p>
    <w:p w:rsidR="00B35040" w:rsidRPr="00B35040" w:rsidRDefault="00B35040" w:rsidP="00B3504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35040">
        <w:rPr>
          <w:rFonts w:ascii="Tahoma" w:hAnsi="Tahoma" w:cs="Tahoma" w:hint="eastAsia"/>
          <w:rtl/>
        </w:rPr>
        <w:t>اسماع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ل</w:t>
      </w:r>
      <w:r w:rsidRPr="00B35040">
        <w:rPr>
          <w:rFonts w:ascii="Tahoma" w:hAnsi="Tahoma" w:cs="Tahoma"/>
          <w:rtl/>
        </w:rPr>
        <w:t xml:space="preserve"> را از دست دشمنان ب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رون</w:t>
      </w:r>
      <w:r w:rsidRPr="00B35040">
        <w:rPr>
          <w:rFonts w:ascii="Tahoma" w:hAnsi="Tahoma" w:cs="Tahoma"/>
          <w:rtl/>
        </w:rPr>
        <w:t xml:space="preserve"> بردند و پس از مدت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به گ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لان</w:t>
      </w:r>
      <w:r w:rsidRPr="00B35040">
        <w:rPr>
          <w:rFonts w:ascii="Tahoma" w:hAnsi="Tahoma" w:cs="Tahoma"/>
          <w:rtl/>
        </w:rPr>
        <w:t xml:space="preserve"> رساندند. او در لاه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جان</w:t>
      </w:r>
      <w:r w:rsidRPr="00B35040">
        <w:rPr>
          <w:rFonts w:ascii="Tahoma" w:hAnsi="Tahoma" w:cs="Tahoma"/>
          <w:rtl/>
        </w:rPr>
        <w:t xml:space="preserve"> ز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ر</w:t>
      </w:r>
      <w:r w:rsidRPr="00B35040">
        <w:rPr>
          <w:rFonts w:ascii="Tahoma" w:hAnsi="Tahoma" w:cs="Tahoma"/>
          <w:rtl/>
        </w:rPr>
        <w:t xml:space="preserve"> حما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ت</w:t>
      </w:r>
      <w:r w:rsidRPr="00B35040">
        <w:rPr>
          <w:rFonts w:ascii="Tahoma" w:hAnsi="Tahoma" w:cs="Tahoma"/>
          <w:rtl/>
        </w:rPr>
        <w:t xml:space="preserve"> کارک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ا</w:t>
      </w:r>
      <w:r w:rsidRPr="00B35040">
        <w:rPr>
          <w:rFonts w:ascii="Tahoma" w:hAnsi="Tahoma" w:cs="Tahoma"/>
          <w:rtl/>
        </w:rPr>
        <w:t xml:space="preserve"> م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رزا</w:t>
      </w:r>
      <w:r w:rsidRPr="00B35040">
        <w:rPr>
          <w:rFonts w:ascii="Tahoma" w:hAnsi="Tahoma" w:cs="Tahoma"/>
          <w:rtl/>
        </w:rPr>
        <w:t xml:space="preserve"> عل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،</w:t>
      </w:r>
      <w:r w:rsidRPr="00B35040">
        <w:rPr>
          <w:rFonts w:ascii="Tahoma" w:hAnsi="Tahoma" w:cs="Tahoma"/>
          <w:rtl/>
        </w:rPr>
        <w:t xml:space="preserve"> فرمانروا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محل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آن منطقه، قرار گرفت. گ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لان</w:t>
      </w:r>
      <w:r w:rsidRPr="00B35040">
        <w:rPr>
          <w:rFonts w:ascii="Tahoma" w:hAnsi="Tahoma" w:cs="Tahoma"/>
          <w:rtl/>
        </w:rPr>
        <w:t xml:space="preserve"> به سبب موقع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ت</w:t>
      </w:r>
      <w:r w:rsidRPr="00B35040">
        <w:rPr>
          <w:rFonts w:ascii="Tahoma" w:hAnsi="Tahoma" w:cs="Tahoma"/>
          <w:rtl/>
        </w:rPr>
        <w:t xml:space="preserve"> جغراف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ا</w:t>
      </w:r>
      <w:r w:rsidRPr="00B35040">
        <w:rPr>
          <w:rFonts w:ascii="Tahoma" w:hAnsi="Tahoma" w:cs="Tahoma" w:hint="cs"/>
          <w:rtl/>
        </w:rPr>
        <w:t>یی</w:t>
      </w:r>
      <w:r w:rsidRPr="00B35040">
        <w:rPr>
          <w:rFonts w:ascii="Tahoma" w:hAnsi="Tahoma" w:cs="Tahoma" w:hint="eastAsia"/>
          <w:rtl/>
        </w:rPr>
        <w:t>،</w:t>
      </w:r>
      <w:r w:rsidRPr="00B35040">
        <w:rPr>
          <w:rFonts w:ascii="Tahoma" w:hAnsi="Tahoma" w:cs="Tahoma"/>
          <w:rtl/>
        </w:rPr>
        <w:t xml:space="preserve"> کوهستان‌ها، جنگل‌ها و استقلال نسب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حکومت‌ها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محل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،</w:t>
      </w:r>
      <w:r w:rsidRPr="00B35040">
        <w:rPr>
          <w:rFonts w:ascii="Tahoma" w:hAnsi="Tahoma" w:cs="Tahoma"/>
          <w:rtl/>
        </w:rPr>
        <w:t xml:space="preserve"> پناهگاه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مناسب بود. حکومت‌ها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ن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رومند</w:t>
      </w:r>
      <w:r w:rsidRPr="00B35040">
        <w:rPr>
          <w:rFonts w:ascii="Tahoma" w:hAnsi="Tahoma" w:cs="Tahoma"/>
          <w:rtl/>
        </w:rPr>
        <w:t xml:space="preserve"> فلات 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ران</w:t>
      </w:r>
      <w:r w:rsidRPr="00B35040">
        <w:rPr>
          <w:rFonts w:ascii="Tahoma" w:hAnsi="Tahoma" w:cs="Tahoma"/>
          <w:rtl/>
        </w:rPr>
        <w:t xml:space="preserve"> هم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شه</w:t>
      </w:r>
      <w:r w:rsidRPr="00B35040">
        <w:rPr>
          <w:rFonts w:ascii="Tahoma" w:hAnsi="Tahoma" w:cs="Tahoma"/>
          <w:rtl/>
        </w:rPr>
        <w:t xml:space="preserve"> نم</w:t>
      </w:r>
      <w:r w:rsidRPr="00B35040">
        <w:rPr>
          <w:rFonts w:ascii="Tahoma" w:hAnsi="Tahoma" w:cs="Tahoma" w:hint="cs"/>
          <w:rtl/>
        </w:rPr>
        <w:t>ی‌</w:t>
      </w:r>
      <w:r w:rsidRPr="00B35040">
        <w:rPr>
          <w:rFonts w:ascii="Tahoma" w:hAnsi="Tahoma" w:cs="Tahoma" w:hint="eastAsia"/>
          <w:rtl/>
        </w:rPr>
        <w:t>توانستند</w:t>
      </w:r>
      <w:r w:rsidRPr="00B35040">
        <w:rPr>
          <w:rFonts w:ascii="Tahoma" w:hAnsi="Tahoma" w:cs="Tahoma"/>
          <w:rtl/>
        </w:rPr>
        <w:t xml:space="preserve"> اقتدار خود را به‌طور کامل بر آن تحم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ل</w:t>
      </w:r>
      <w:r w:rsidRPr="00B35040">
        <w:rPr>
          <w:rFonts w:ascii="Tahoma" w:hAnsi="Tahoma" w:cs="Tahoma"/>
          <w:rtl/>
        </w:rPr>
        <w:t xml:space="preserve"> کنند. برا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اسماع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ل،</w:t>
      </w:r>
      <w:r w:rsidRPr="00B35040">
        <w:rPr>
          <w:rFonts w:ascii="Tahoma" w:hAnsi="Tahoma" w:cs="Tahoma"/>
          <w:rtl/>
        </w:rPr>
        <w:t xml:space="preserve"> اقامت در گ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لان</w:t>
      </w:r>
      <w:r w:rsidRPr="00B35040">
        <w:rPr>
          <w:rFonts w:ascii="Tahoma" w:hAnsi="Tahoma" w:cs="Tahoma"/>
          <w:rtl/>
        </w:rPr>
        <w:t xml:space="preserve"> فقط پنهان‌شدن از دشمن نبود؛ فرصت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بود که بتواند زنده بماند، آموزش بب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ند</w:t>
      </w:r>
      <w:r w:rsidRPr="00B35040">
        <w:rPr>
          <w:rFonts w:ascii="Tahoma" w:hAnsi="Tahoma" w:cs="Tahoma"/>
          <w:rtl/>
        </w:rPr>
        <w:t xml:space="preserve"> و در همان حال شبکهٔ طر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قت،</w:t>
      </w:r>
      <w:r w:rsidRPr="00B35040">
        <w:rPr>
          <w:rFonts w:ascii="Tahoma" w:hAnsi="Tahoma" w:cs="Tahoma"/>
          <w:rtl/>
        </w:rPr>
        <w:t xml:space="preserve"> پ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وند</w:t>
      </w:r>
      <w:r w:rsidRPr="00B35040">
        <w:rPr>
          <w:rFonts w:ascii="Tahoma" w:hAnsi="Tahoma" w:cs="Tahoma"/>
          <w:rtl/>
        </w:rPr>
        <w:t xml:space="preserve"> او را با مر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دان</w:t>
      </w:r>
      <w:r w:rsidRPr="00B35040">
        <w:rPr>
          <w:rFonts w:ascii="Tahoma" w:hAnsi="Tahoma" w:cs="Tahoma"/>
          <w:rtl/>
        </w:rPr>
        <w:t xml:space="preserve"> دور و نزد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ک</w:t>
      </w:r>
      <w:r w:rsidRPr="00B35040">
        <w:rPr>
          <w:rFonts w:ascii="Tahoma" w:hAnsi="Tahoma" w:cs="Tahoma"/>
          <w:rtl/>
        </w:rPr>
        <w:t xml:space="preserve"> حفظ کند.</w:t>
      </w:r>
    </w:p>
    <w:p w:rsidR="00B35040" w:rsidRPr="00B35040" w:rsidRDefault="00B35040" w:rsidP="00B3504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35040">
        <w:rPr>
          <w:rFonts w:ascii="Tahoma" w:hAnsi="Tahoma" w:cs="Tahoma" w:hint="eastAsia"/>
          <w:rtl/>
        </w:rPr>
        <w:t>در</w:t>
      </w:r>
      <w:r w:rsidRPr="00B35040">
        <w:rPr>
          <w:rFonts w:ascii="Tahoma" w:hAnsi="Tahoma" w:cs="Tahoma"/>
          <w:rtl/>
        </w:rPr>
        <w:t xml:space="preserve"> 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ن</w:t>
      </w:r>
      <w:r w:rsidRPr="00B35040">
        <w:rPr>
          <w:rFonts w:ascii="Tahoma" w:hAnsi="Tahoma" w:cs="Tahoma"/>
          <w:rtl/>
        </w:rPr>
        <w:t xml:space="preserve"> دوران، اسماع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ل</w:t>
      </w:r>
      <w:r w:rsidRPr="00B35040">
        <w:rPr>
          <w:rFonts w:ascii="Tahoma" w:hAnsi="Tahoma" w:cs="Tahoma"/>
          <w:rtl/>
        </w:rPr>
        <w:t xml:space="preserve"> از چشم پ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روانش</w:t>
      </w:r>
      <w:r w:rsidRPr="00B35040">
        <w:rPr>
          <w:rFonts w:ascii="Tahoma" w:hAnsi="Tahoma" w:cs="Tahoma"/>
          <w:rtl/>
        </w:rPr>
        <w:t xml:space="preserve"> غا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ب</w:t>
      </w:r>
      <w:r w:rsidRPr="00B35040">
        <w:rPr>
          <w:rFonts w:ascii="Tahoma" w:hAnsi="Tahoma" w:cs="Tahoma"/>
          <w:rtl/>
        </w:rPr>
        <w:t xml:space="preserve"> بود، اما فراموش نشده بود. خل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فه‌ها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صفو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م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ان</w:t>
      </w:r>
      <w:r w:rsidRPr="00B35040">
        <w:rPr>
          <w:rFonts w:ascii="Tahoma" w:hAnsi="Tahoma" w:cs="Tahoma"/>
          <w:rtl/>
        </w:rPr>
        <w:t xml:space="preserve"> مرکز طر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قت</w:t>
      </w:r>
      <w:r w:rsidRPr="00B35040">
        <w:rPr>
          <w:rFonts w:ascii="Tahoma" w:hAnsi="Tahoma" w:cs="Tahoma"/>
          <w:rtl/>
        </w:rPr>
        <w:t xml:space="preserve"> و قبا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ل</w:t>
      </w:r>
      <w:r w:rsidRPr="00B35040">
        <w:rPr>
          <w:rFonts w:ascii="Tahoma" w:hAnsi="Tahoma" w:cs="Tahoma"/>
          <w:rtl/>
        </w:rPr>
        <w:t xml:space="preserve"> مر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د</w:t>
      </w:r>
      <w:r w:rsidRPr="00B35040">
        <w:rPr>
          <w:rFonts w:ascii="Tahoma" w:hAnsi="Tahoma" w:cs="Tahoma"/>
          <w:rtl/>
        </w:rPr>
        <w:t xml:space="preserve"> رفت‌وآمد م</w:t>
      </w:r>
      <w:r w:rsidRPr="00B35040">
        <w:rPr>
          <w:rFonts w:ascii="Tahoma" w:hAnsi="Tahoma" w:cs="Tahoma" w:hint="cs"/>
          <w:rtl/>
        </w:rPr>
        <w:t>ی‌</w:t>
      </w:r>
      <w:r w:rsidRPr="00B35040">
        <w:rPr>
          <w:rFonts w:ascii="Tahoma" w:hAnsi="Tahoma" w:cs="Tahoma" w:hint="eastAsia"/>
          <w:rtl/>
        </w:rPr>
        <w:t>کردند</w:t>
      </w:r>
      <w:r w:rsidRPr="00B35040">
        <w:rPr>
          <w:rFonts w:ascii="Tahoma" w:hAnsi="Tahoma" w:cs="Tahoma"/>
          <w:rtl/>
        </w:rPr>
        <w:t>. آنان خبر زنده‌بودن فرزند ح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در</w:t>
      </w:r>
      <w:r w:rsidRPr="00B35040">
        <w:rPr>
          <w:rFonts w:ascii="Tahoma" w:hAnsi="Tahoma" w:cs="Tahoma"/>
          <w:rtl/>
        </w:rPr>
        <w:t xml:space="preserve"> را منتقل م</w:t>
      </w:r>
      <w:r w:rsidRPr="00B35040">
        <w:rPr>
          <w:rFonts w:ascii="Tahoma" w:hAnsi="Tahoma" w:cs="Tahoma" w:hint="cs"/>
          <w:rtl/>
        </w:rPr>
        <w:t>ی‌</w:t>
      </w:r>
      <w:r w:rsidRPr="00B35040">
        <w:rPr>
          <w:rFonts w:ascii="Tahoma" w:hAnsi="Tahoma" w:cs="Tahoma" w:hint="eastAsia"/>
          <w:rtl/>
        </w:rPr>
        <w:t>کردند،</w:t>
      </w:r>
      <w:r w:rsidRPr="00B35040">
        <w:rPr>
          <w:rFonts w:ascii="Tahoma" w:hAnsi="Tahoma" w:cs="Tahoma"/>
          <w:rtl/>
        </w:rPr>
        <w:t xml:space="preserve"> وفادار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مر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دان</w:t>
      </w:r>
      <w:r w:rsidRPr="00B35040">
        <w:rPr>
          <w:rFonts w:ascii="Tahoma" w:hAnsi="Tahoma" w:cs="Tahoma"/>
          <w:rtl/>
        </w:rPr>
        <w:t xml:space="preserve"> را نگه م</w:t>
      </w:r>
      <w:r w:rsidRPr="00B35040">
        <w:rPr>
          <w:rFonts w:ascii="Tahoma" w:hAnsi="Tahoma" w:cs="Tahoma" w:hint="cs"/>
          <w:rtl/>
        </w:rPr>
        <w:t>ی‌</w:t>
      </w:r>
      <w:r w:rsidRPr="00B35040">
        <w:rPr>
          <w:rFonts w:ascii="Tahoma" w:hAnsi="Tahoma" w:cs="Tahoma" w:hint="eastAsia"/>
          <w:rtl/>
        </w:rPr>
        <w:t>داشتند</w:t>
      </w:r>
      <w:r w:rsidRPr="00B35040">
        <w:rPr>
          <w:rFonts w:ascii="Tahoma" w:hAnsi="Tahoma" w:cs="Tahoma"/>
          <w:rtl/>
        </w:rPr>
        <w:t xml:space="preserve"> و انتظار بازگشت او را زنده نگاه م</w:t>
      </w:r>
      <w:r w:rsidRPr="00B35040">
        <w:rPr>
          <w:rFonts w:ascii="Tahoma" w:hAnsi="Tahoma" w:cs="Tahoma" w:hint="cs"/>
          <w:rtl/>
        </w:rPr>
        <w:t>ی‌</w:t>
      </w:r>
      <w:r w:rsidRPr="00B35040">
        <w:rPr>
          <w:rFonts w:ascii="Tahoma" w:hAnsi="Tahoma" w:cs="Tahoma" w:hint="eastAsia"/>
          <w:rtl/>
        </w:rPr>
        <w:t>داشتند</w:t>
      </w:r>
      <w:r w:rsidRPr="00B35040">
        <w:rPr>
          <w:rFonts w:ascii="Tahoma" w:hAnsi="Tahoma" w:cs="Tahoma"/>
          <w:rtl/>
        </w:rPr>
        <w:t>. 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ن</w:t>
      </w:r>
      <w:r w:rsidRPr="00B35040">
        <w:rPr>
          <w:rFonts w:ascii="Tahoma" w:hAnsi="Tahoma" w:cs="Tahoma"/>
          <w:rtl/>
        </w:rPr>
        <w:t xml:space="preserve"> انتظار فقط س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اس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نبود. مرگ رهبران پ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ش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ن</w:t>
      </w:r>
      <w:r w:rsidRPr="00B35040">
        <w:rPr>
          <w:rFonts w:ascii="Tahoma" w:hAnsi="Tahoma" w:cs="Tahoma"/>
          <w:rtl/>
        </w:rPr>
        <w:t xml:space="preserve"> صفو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و پنهان‌بودن وارث خردسالشان در زبان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مذهب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معنا م</w:t>
      </w:r>
      <w:r w:rsidRPr="00B35040">
        <w:rPr>
          <w:rFonts w:ascii="Tahoma" w:hAnsi="Tahoma" w:cs="Tahoma" w:hint="cs"/>
          <w:rtl/>
        </w:rPr>
        <w:t>ی‌ی</w:t>
      </w:r>
      <w:r w:rsidRPr="00B35040">
        <w:rPr>
          <w:rFonts w:ascii="Tahoma" w:hAnsi="Tahoma" w:cs="Tahoma" w:hint="eastAsia"/>
          <w:rtl/>
        </w:rPr>
        <w:t>افت</w:t>
      </w:r>
      <w:r w:rsidRPr="00B35040">
        <w:rPr>
          <w:rFonts w:ascii="Tahoma" w:hAnsi="Tahoma" w:cs="Tahoma"/>
          <w:rtl/>
        </w:rPr>
        <w:t>. اسماع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ل</w:t>
      </w:r>
      <w:r w:rsidRPr="00B35040">
        <w:rPr>
          <w:rFonts w:ascii="Tahoma" w:hAnsi="Tahoma" w:cs="Tahoma"/>
          <w:rtl/>
        </w:rPr>
        <w:t xml:space="preserve"> برا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پ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روانش</w:t>
      </w:r>
      <w:r w:rsidRPr="00B35040">
        <w:rPr>
          <w:rFonts w:ascii="Tahoma" w:hAnsi="Tahoma" w:cs="Tahoma"/>
          <w:rtl/>
        </w:rPr>
        <w:t xml:space="preserve"> بازماندهٔ خانواده‌ا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بود که رهبران آن در راه خود کشته شده بودند و اکنون با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د</w:t>
      </w:r>
      <w:r w:rsidRPr="00B35040">
        <w:rPr>
          <w:rFonts w:ascii="Tahoma" w:hAnsi="Tahoma" w:cs="Tahoma"/>
          <w:rtl/>
        </w:rPr>
        <w:t xml:space="preserve"> بازم</w:t>
      </w:r>
      <w:r w:rsidRPr="00B35040">
        <w:rPr>
          <w:rFonts w:ascii="Tahoma" w:hAnsi="Tahoma" w:cs="Tahoma" w:hint="cs"/>
          <w:rtl/>
        </w:rPr>
        <w:t>ی‌</w:t>
      </w:r>
      <w:r w:rsidRPr="00B35040">
        <w:rPr>
          <w:rFonts w:ascii="Tahoma" w:hAnsi="Tahoma" w:cs="Tahoma" w:hint="eastAsia"/>
          <w:rtl/>
        </w:rPr>
        <w:t>گشت</w:t>
      </w:r>
      <w:r w:rsidRPr="00B35040">
        <w:rPr>
          <w:rFonts w:ascii="Tahoma" w:hAnsi="Tahoma" w:cs="Tahoma"/>
          <w:rtl/>
        </w:rPr>
        <w:t xml:space="preserve"> تا خون آنان را بخواهد و فرمانروا</w:t>
      </w:r>
      <w:r w:rsidRPr="00B35040">
        <w:rPr>
          <w:rFonts w:ascii="Tahoma" w:hAnsi="Tahoma" w:cs="Tahoma" w:hint="cs"/>
          <w:rtl/>
        </w:rPr>
        <w:t>یی</w:t>
      </w:r>
      <w:r w:rsidRPr="00B35040">
        <w:rPr>
          <w:rFonts w:ascii="Tahoma" w:hAnsi="Tahoma" w:cs="Tahoma"/>
          <w:rtl/>
        </w:rPr>
        <w:t xml:space="preserve"> مرشد را </w:t>
      </w:r>
      <w:r w:rsidRPr="00B35040">
        <w:rPr>
          <w:rFonts w:ascii="Tahoma" w:hAnsi="Tahoma" w:cs="Tahoma" w:hint="eastAsia"/>
          <w:rtl/>
        </w:rPr>
        <w:t>برقرار</w:t>
      </w:r>
      <w:r w:rsidRPr="00B35040">
        <w:rPr>
          <w:rFonts w:ascii="Tahoma" w:hAnsi="Tahoma" w:cs="Tahoma"/>
          <w:rtl/>
        </w:rPr>
        <w:t xml:space="preserve"> سازد.</w:t>
      </w:r>
    </w:p>
    <w:p w:rsidR="00B35040" w:rsidRPr="00B35040" w:rsidRDefault="00B35040" w:rsidP="00B3504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35040">
        <w:rPr>
          <w:rFonts w:ascii="Tahoma" w:hAnsi="Tahoma" w:cs="Tahoma" w:hint="eastAsia"/>
          <w:rtl/>
        </w:rPr>
        <w:t>در</w:t>
      </w:r>
      <w:r w:rsidRPr="00B35040">
        <w:rPr>
          <w:rFonts w:ascii="Tahoma" w:hAnsi="Tahoma" w:cs="Tahoma"/>
          <w:rtl/>
        </w:rPr>
        <w:t xml:space="preserve"> حکومت عاد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،</w:t>
      </w:r>
      <w:r w:rsidRPr="00B35040">
        <w:rPr>
          <w:rFonts w:ascii="Tahoma" w:hAnsi="Tahoma" w:cs="Tahoma"/>
          <w:rtl/>
        </w:rPr>
        <w:t xml:space="preserve"> غ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بت</w:t>
      </w:r>
      <w:r w:rsidRPr="00B35040">
        <w:rPr>
          <w:rFonts w:ascii="Tahoma" w:hAnsi="Tahoma" w:cs="Tahoma"/>
          <w:rtl/>
        </w:rPr>
        <w:t xml:space="preserve"> طولان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فرمانروا ممکن بود رشتهٔ فرمان‌بردار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را بگسلد. حاکم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که د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ده</w:t>
      </w:r>
      <w:r w:rsidRPr="00B35040">
        <w:rPr>
          <w:rFonts w:ascii="Tahoma" w:hAnsi="Tahoma" w:cs="Tahoma"/>
          <w:rtl/>
        </w:rPr>
        <w:t xml:space="preserve"> نم</w:t>
      </w:r>
      <w:r w:rsidRPr="00B35040">
        <w:rPr>
          <w:rFonts w:ascii="Tahoma" w:hAnsi="Tahoma" w:cs="Tahoma" w:hint="cs"/>
          <w:rtl/>
        </w:rPr>
        <w:t>ی‌</w:t>
      </w:r>
      <w:r w:rsidRPr="00B35040">
        <w:rPr>
          <w:rFonts w:ascii="Tahoma" w:hAnsi="Tahoma" w:cs="Tahoma" w:hint="eastAsia"/>
          <w:rtl/>
        </w:rPr>
        <w:t>شد،</w:t>
      </w:r>
      <w:r w:rsidRPr="00B35040">
        <w:rPr>
          <w:rFonts w:ascii="Tahoma" w:hAnsi="Tahoma" w:cs="Tahoma"/>
          <w:rtl/>
        </w:rPr>
        <w:t xml:space="preserve"> مال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ات</w:t>
      </w:r>
      <w:r w:rsidRPr="00B35040">
        <w:rPr>
          <w:rFonts w:ascii="Tahoma" w:hAnsi="Tahoma" w:cs="Tahoma"/>
          <w:rtl/>
        </w:rPr>
        <w:t xml:space="preserve"> نم</w:t>
      </w:r>
      <w:r w:rsidRPr="00B35040">
        <w:rPr>
          <w:rFonts w:ascii="Tahoma" w:hAnsi="Tahoma" w:cs="Tahoma" w:hint="cs"/>
          <w:rtl/>
        </w:rPr>
        <w:t>ی‌</w:t>
      </w:r>
      <w:r w:rsidRPr="00B35040">
        <w:rPr>
          <w:rFonts w:ascii="Tahoma" w:hAnsi="Tahoma" w:cs="Tahoma" w:hint="eastAsia"/>
          <w:rtl/>
        </w:rPr>
        <w:t>گرفت،</w:t>
      </w:r>
      <w:r w:rsidRPr="00B35040">
        <w:rPr>
          <w:rFonts w:ascii="Tahoma" w:hAnsi="Tahoma" w:cs="Tahoma"/>
          <w:rtl/>
        </w:rPr>
        <w:t xml:space="preserve"> منصب نم</w:t>
      </w:r>
      <w:r w:rsidRPr="00B35040">
        <w:rPr>
          <w:rFonts w:ascii="Tahoma" w:hAnsi="Tahoma" w:cs="Tahoma" w:hint="cs"/>
          <w:rtl/>
        </w:rPr>
        <w:t>ی‌</w:t>
      </w:r>
      <w:r w:rsidRPr="00B35040">
        <w:rPr>
          <w:rFonts w:ascii="Tahoma" w:hAnsi="Tahoma" w:cs="Tahoma" w:hint="eastAsia"/>
          <w:rtl/>
        </w:rPr>
        <w:t>داد</w:t>
      </w:r>
      <w:r w:rsidRPr="00B35040">
        <w:rPr>
          <w:rFonts w:ascii="Tahoma" w:hAnsi="Tahoma" w:cs="Tahoma"/>
          <w:rtl/>
        </w:rPr>
        <w:t xml:space="preserve"> و قشون را رهبر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نم</w:t>
      </w:r>
      <w:r w:rsidRPr="00B35040">
        <w:rPr>
          <w:rFonts w:ascii="Tahoma" w:hAnsi="Tahoma" w:cs="Tahoma" w:hint="cs"/>
          <w:rtl/>
        </w:rPr>
        <w:t>ی‌</w:t>
      </w:r>
      <w:r w:rsidRPr="00B35040">
        <w:rPr>
          <w:rFonts w:ascii="Tahoma" w:hAnsi="Tahoma" w:cs="Tahoma" w:hint="eastAsia"/>
          <w:rtl/>
        </w:rPr>
        <w:t>کرد،</w:t>
      </w:r>
      <w:r w:rsidRPr="00B35040">
        <w:rPr>
          <w:rFonts w:ascii="Tahoma" w:hAnsi="Tahoma" w:cs="Tahoma"/>
          <w:rtl/>
        </w:rPr>
        <w:t xml:space="preserve"> به‌تدر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ج</w:t>
      </w:r>
      <w:r w:rsidRPr="00B35040">
        <w:rPr>
          <w:rFonts w:ascii="Tahoma" w:hAnsi="Tahoma" w:cs="Tahoma"/>
          <w:rtl/>
        </w:rPr>
        <w:t xml:space="preserve"> از 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اد</w:t>
      </w:r>
      <w:r w:rsidRPr="00B35040">
        <w:rPr>
          <w:rFonts w:ascii="Tahoma" w:hAnsi="Tahoma" w:cs="Tahoma"/>
          <w:rtl/>
        </w:rPr>
        <w:t xml:space="preserve"> م</w:t>
      </w:r>
      <w:r w:rsidRPr="00B35040">
        <w:rPr>
          <w:rFonts w:ascii="Tahoma" w:hAnsi="Tahoma" w:cs="Tahoma" w:hint="cs"/>
          <w:rtl/>
        </w:rPr>
        <w:t>ی‌</w:t>
      </w:r>
      <w:r w:rsidRPr="00B35040">
        <w:rPr>
          <w:rFonts w:ascii="Tahoma" w:hAnsi="Tahoma" w:cs="Tahoma" w:hint="eastAsia"/>
          <w:rtl/>
        </w:rPr>
        <w:t>رفت</w:t>
      </w:r>
      <w:r w:rsidRPr="00B35040">
        <w:rPr>
          <w:rFonts w:ascii="Tahoma" w:hAnsi="Tahoma" w:cs="Tahoma"/>
          <w:rtl/>
        </w:rPr>
        <w:t>. اما طر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قت</w:t>
      </w:r>
      <w:r w:rsidRPr="00B35040">
        <w:rPr>
          <w:rFonts w:ascii="Tahoma" w:hAnsi="Tahoma" w:cs="Tahoma"/>
          <w:rtl/>
        </w:rPr>
        <w:t xml:space="preserve"> صفو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م</w:t>
      </w:r>
      <w:r w:rsidRPr="00B35040">
        <w:rPr>
          <w:rFonts w:ascii="Tahoma" w:hAnsi="Tahoma" w:cs="Tahoma" w:hint="cs"/>
          <w:rtl/>
        </w:rPr>
        <w:t>ی‌</w:t>
      </w:r>
      <w:r w:rsidRPr="00B35040">
        <w:rPr>
          <w:rFonts w:ascii="Tahoma" w:hAnsi="Tahoma" w:cs="Tahoma" w:hint="eastAsia"/>
          <w:rtl/>
        </w:rPr>
        <w:t>توانست</w:t>
      </w:r>
      <w:r w:rsidRPr="00B35040">
        <w:rPr>
          <w:rFonts w:ascii="Tahoma" w:hAnsi="Tahoma" w:cs="Tahoma"/>
          <w:rtl/>
        </w:rPr>
        <w:t xml:space="preserve"> غ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بت</w:t>
      </w:r>
      <w:r w:rsidRPr="00B35040">
        <w:rPr>
          <w:rFonts w:ascii="Tahoma" w:hAnsi="Tahoma" w:cs="Tahoma"/>
          <w:rtl/>
        </w:rPr>
        <w:t xml:space="preserve"> رهبر را به انتظار تبد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ل</w:t>
      </w:r>
      <w:r w:rsidRPr="00B35040">
        <w:rPr>
          <w:rFonts w:ascii="Tahoma" w:hAnsi="Tahoma" w:cs="Tahoma"/>
          <w:rtl/>
        </w:rPr>
        <w:t xml:space="preserve"> کند. مر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دان</w:t>
      </w:r>
      <w:r w:rsidRPr="00B35040">
        <w:rPr>
          <w:rFonts w:ascii="Tahoma" w:hAnsi="Tahoma" w:cs="Tahoma"/>
          <w:rtl/>
        </w:rPr>
        <w:t xml:space="preserve"> از او فرمان روز</w:t>
      </w:r>
      <w:r w:rsidRPr="00B35040">
        <w:rPr>
          <w:rFonts w:ascii="Tahoma" w:hAnsi="Tahoma" w:cs="Tahoma" w:hint="eastAsia"/>
          <w:rtl/>
        </w:rPr>
        <w:t>انه</w:t>
      </w:r>
      <w:r w:rsidRPr="00B35040">
        <w:rPr>
          <w:rFonts w:ascii="Tahoma" w:hAnsi="Tahoma" w:cs="Tahoma"/>
          <w:rtl/>
        </w:rPr>
        <w:t xml:space="preserve"> در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افت</w:t>
      </w:r>
      <w:r w:rsidRPr="00B35040">
        <w:rPr>
          <w:rFonts w:ascii="Tahoma" w:hAnsi="Tahoma" w:cs="Tahoma"/>
          <w:rtl/>
        </w:rPr>
        <w:t xml:space="preserve"> نم</w:t>
      </w:r>
      <w:r w:rsidRPr="00B35040">
        <w:rPr>
          <w:rFonts w:ascii="Tahoma" w:hAnsi="Tahoma" w:cs="Tahoma" w:hint="cs"/>
          <w:rtl/>
        </w:rPr>
        <w:t>ی‌</w:t>
      </w:r>
      <w:r w:rsidRPr="00B35040">
        <w:rPr>
          <w:rFonts w:ascii="Tahoma" w:hAnsi="Tahoma" w:cs="Tahoma" w:hint="eastAsia"/>
          <w:rtl/>
        </w:rPr>
        <w:t>کردند،</w:t>
      </w:r>
      <w:r w:rsidRPr="00B35040">
        <w:rPr>
          <w:rFonts w:ascii="Tahoma" w:hAnsi="Tahoma" w:cs="Tahoma"/>
          <w:rtl/>
        </w:rPr>
        <w:t xml:space="preserve"> ول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به نامش وفادار باق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م</w:t>
      </w:r>
      <w:r w:rsidRPr="00B35040">
        <w:rPr>
          <w:rFonts w:ascii="Tahoma" w:hAnsi="Tahoma" w:cs="Tahoma" w:hint="cs"/>
          <w:rtl/>
        </w:rPr>
        <w:t>ی‌</w:t>
      </w:r>
      <w:r w:rsidRPr="00B35040">
        <w:rPr>
          <w:rFonts w:ascii="Tahoma" w:hAnsi="Tahoma" w:cs="Tahoma" w:hint="eastAsia"/>
          <w:rtl/>
        </w:rPr>
        <w:t>ماندند</w:t>
      </w:r>
      <w:r w:rsidRPr="00B35040">
        <w:rPr>
          <w:rFonts w:ascii="Tahoma" w:hAnsi="Tahoma" w:cs="Tahoma"/>
          <w:rtl/>
        </w:rPr>
        <w:t>. 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ن</w:t>
      </w:r>
      <w:r w:rsidRPr="00B35040">
        <w:rPr>
          <w:rFonts w:ascii="Tahoma" w:hAnsi="Tahoma" w:cs="Tahoma"/>
          <w:rtl/>
        </w:rPr>
        <w:t xml:space="preserve"> قدرت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بود که از د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وان</w:t>
      </w:r>
      <w:r w:rsidRPr="00B35040">
        <w:rPr>
          <w:rFonts w:ascii="Tahoma" w:hAnsi="Tahoma" w:cs="Tahoma"/>
          <w:rtl/>
        </w:rPr>
        <w:t xml:space="preserve"> و خزانه سرچشمه نم</w:t>
      </w:r>
      <w:r w:rsidRPr="00B35040">
        <w:rPr>
          <w:rFonts w:ascii="Tahoma" w:hAnsi="Tahoma" w:cs="Tahoma" w:hint="cs"/>
          <w:rtl/>
        </w:rPr>
        <w:t>ی‌</w:t>
      </w:r>
      <w:r w:rsidRPr="00B35040">
        <w:rPr>
          <w:rFonts w:ascii="Tahoma" w:hAnsi="Tahoma" w:cs="Tahoma" w:hint="eastAsia"/>
          <w:rtl/>
        </w:rPr>
        <w:t>گرفت</w:t>
      </w:r>
      <w:r w:rsidRPr="00B35040">
        <w:rPr>
          <w:rFonts w:ascii="Tahoma" w:hAnsi="Tahoma" w:cs="Tahoma"/>
          <w:rtl/>
        </w:rPr>
        <w:t xml:space="preserve"> و به هم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ن</w:t>
      </w:r>
      <w:r w:rsidRPr="00B35040">
        <w:rPr>
          <w:rFonts w:ascii="Tahoma" w:hAnsi="Tahoma" w:cs="Tahoma"/>
          <w:rtl/>
        </w:rPr>
        <w:t xml:space="preserve"> سبب حکومت آق‌قو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ونلو</w:t>
      </w:r>
      <w:r w:rsidRPr="00B35040">
        <w:rPr>
          <w:rFonts w:ascii="Tahoma" w:hAnsi="Tahoma" w:cs="Tahoma"/>
          <w:rtl/>
        </w:rPr>
        <w:t xml:space="preserve"> نم</w:t>
      </w:r>
      <w:r w:rsidRPr="00B35040">
        <w:rPr>
          <w:rFonts w:ascii="Tahoma" w:hAnsi="Tahoma" w:cs="Tahoma" w:hint="cs"/>
          <w:rtl/>
        </w:rPr>
        <w:t>ی‌</w:t>
      </w:r>
      <w:r w:rsidRPr="00B35040">
        <w:rPr>
          <w:rFonts w:ascii="Tahoma" w:hAnsi="Tahoma" w:cs="Tahoma" w:hint="eastAsia"/>
          <w:rtl/>
        </w:rPr>
        <w:t>توانست</w:t>
      </w:r>
      <w:r w:rsidRPr="00B35040">
        <w:rPr>
          <w:rFonts w:ascii="Tahoma" w:hAnsi="Tahoma" w:cs="Tahoma"/>
          <w:rtl/>
        </w:rPr>
        <w:t xml:space="preserve"> فقط با تصرف اردب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ل</w:t>
      </w:r>
      <w:r w:rsidRPr="00B35040">
        <w:rPr>
          <w:rFonts w:ascii="Tahoma" w:hAnsi="Tahoma" w:cs="Tahoma"/>
          <w:rtl/>
        </w:rPr>
        <w:t xml:space="preserve"> 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ا</w:t>
      </w:r>
      <w:r w:rsidRPr="00B35040">
        <w:rPr>
          <w:rFonts w:ascii="Tahoma" w:hAnsi="Tahoma" w:cs="Tahoma"/>
          <w:rtl/>
        </w:rPr>
        <w:t xml:space="preserve"> کشتن چند تن از اعضا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خاندان آن را از م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ان</w:t>
      </w:r>
      <w:r w:rsidRPr="00B35040">
        <w:rPr>
          <w:rFonts w:ascii="Tahoma" w:hAnsi="Tahoma" w:cs="Tahoma"/>
          <w:rtl/>
        </w:rPr>
        <w:t xml:space="preserve"> ببرد.</w:t>
      </w:r>
    </w:p>
    <w:p w:rsidR="00B35040" w:rsidRPr="00B35040" w:rsidRDefault="00B35040" w:rsidP="00B3504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35040">
        <w:rPr>
          <w:rFonts w:ascii="Tahoma" w:hAnsi="Tahoma" w:cs="Tahoma" w:hint="eastAsia"/>
          <w:rtl/>
        </w:rPr>
        <w:t>هنگام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که اسماع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ل</w:t>
      </w:r>
      <w:r w:rsidRPr="00B35040">
        <w:rPr>
          <w:rFonts w:ascii="Tahoma" w:hAnsi="Tahoma" w:cs="Tahoma"/>
          <w:rtl/>
        </w:rPr>
        <w:t xml:space="preserve"> در حدود دوازده‌سالگ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تصم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م</w:t>
      </w:r>
      <w:r w:rsidRPr="00B35040">
        <w:rPr>
          <w:rFonts w:ascii="Tahoma" w:hAnsi="Tahoma" w:cs="Tahoma"/>
          <w:rtl/>
        </w:rPr>
        <w:t xml:space="preserve"> گرفت از گ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لان</w:t>
      </w:r>
      <w:r w:rsidRPr="00B35040">
        <w:rPr>
          <w:rFonts w:ascii="Tahoma" w:hAnsi="Tahoma" w:cs="Tahoma"/>
          <w:rtl/>
        </w:rPr>
        <w:t xml:space="preserve"> ب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رون</w:t>
      </w:r>
      <w:r w:rsidRPr="00B35040">
        <w:rPr>
          <w:rFonts w:ascii="Tahoma" w:hAnsi="Tahoma" w:cs="Tahoma"/>
          <w:rtl/>
        </w:rPr>
        <w:t xml:space="preserve"> آ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د،</w:t>
      </w:r>
      <w:r w:rsidRPr="00B35040">
        <w:rPr>
          <w:rFonts w:ascii="Tahoma" w:hAnsi="Tahoma" w:cs="Tahoma"/>
          <w:rtl/>
        </w:rPr>
        <w:t xml:space="preserve"> وضع حکومت آق‌قو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ونلو</w:t>
      </w:r>
      <w:r w:rsidRPr="00B35040">
        <w:rPr>
          <w:rFonts w:ascii="Tahoma" w:hAnsi="Tahoma" w:cs="Tahoma"/>
          <w:rtl/>
        </w:rPr>
        <w:t xml:space="preserve"> ب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ش</w:t>
      </w:r>
      <w:r w:rsidRPr="00B35040">
        <w:rPr>
          <w:rFonts w:ascii="Tahoma" w:hAnsi="Tahoma" w:cs="Tahoma"/>
          <w:rtl/>
        </w:rPr>
        <w:t xml:space="preserve"> از گذشته آشفته بود. مدع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ان</w:t>
      </w:r>
      <w:r w:rsidRPr="00B35040">
        <w:rPr>
          <w:rFonts w:ascii="Tahoma" w:hAnsi="Tahoma" w:cs="Tahoma"/>
          <w:rtl/>
        </w:rPr>
        <w:t xml:space="preserve"> متعدد بر بخش‌ها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مختلف قلمرو فرمان م</w:t>
      </w:r>
      <w:r w:rsidRPr="00B35040">
        <w:rPr>
          <w:rFonts w:ascii="Tahoma" w:hAnsi="Tahoma" w:cs="Tahoma" w:hint="cs"/>
          <w:rtl/>
        </w:rPr>
        <w:t>ی‌</w:t>
      </w:r>
      <w:r w:rsidRPr="00B35040">
        <w:rPr>
          <w:rFonts w:ascii="Tahoma" w:hAnsi="Tahoma" w:cs="Tahoma" w:hint="eastAsia"/>
          <w:rtl/>
        </w:rPr>
        <w:t>راندند</w:t>
      </w:r>
      <w:r w:rsidRPr="00B35040">
        <w:rPr>
          <w:rFonts w:ascii="Tahoma" w:hAnsi="Tahoma" w:cs="Tahoma"/>
          <w:rtl/>
        </w:rPr>
        <w:t>. سران قبا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ل</w:t>
      </w:r>
      <w:r w:rsidRPr="00B35040">
        <w:rPr>
          <w:rFonts w:ascii="Tahoma" w:hAnsi="Tahoma" w:cs="Tahoma"/>
          <w:rtl/>
        </w:rPr>
        <w:t xml:space="preserve"> م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ان</w:t>
      </w:r>
      <w:r w:rsidRPr="00B35040">
        <w:rPr>
          <w:rFonts w:ascii="Tahoma" w:hAnsi="Tahoma" w:cs="Tahoma"/>
          <w:rtl/>
        </w:rPr>
        <w:t xml:space="preserve"> آنان جابه‌جا م</w:t>
      </w:r>
      <w:r w:rsidRPr="00B35040">
        <w:rPr>
          <w:rFonts w:ascii="Tahoma" w:hAnsi="Tahoma" w:cs="Tahoma" w:hint="cs"/>
          <w:rtl/>
        </w:rPr>
        <w:t>ی‌</w:t>
      </w:r>
      <w:r w:rsidRPr="00B35040">
        <w:rPr>
          <w:rFonts w:ascii="Tahoma" w:hAnsi="Tahoma" w:cs="Tahoma" w:hint="eastAsia"/>
          <w:rtl/>
        </w:rPr>
        <w:t>شدند</w:t>
      </w:r>
      <w:r w:rsidRPr="00B35040">
        <w:rPr>
          <w:rFonts w:ascii="Tahoma" w:hAnsi="Tahoma" w:cs="Tahoma"/>
          <w:rtl/>
        </w:rPr>
        <w:t xml:space="preserve"> و هر پ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روز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م</w:t>
      </w:r>
      <w:r w:rsidRPr="00B35040">
        <w:rPr>
          <w:rFonts w:ascii="Tahoma" w:hAnsi="Tahoma" w:cs="Tahoma" w:hint="cs"/>
          <w:rtl/>
        </w:rPr>
        <w:t>ی‌</w:t>
      </w:r>
      <w:r w:rsidRPr="00B35040">
        <w:rPr>
          <w:rFonts w:ascii="Tahoma" w:hAnsi="Tahoma" w:cs="Tahoma" w:hint="eastAsia"/>
          <w:rtl/>
        </w:rPr>
        <w:t>توانست</w:t>
      </w:r>
      <w:r w:rsidRPr="00B35040">
        <w:rPr>
          <w:rFonts w:ascii="Tahoma" w:hAnsi="Tahoma" w:cs="Tahoma"/>
          <w:rtl/>
        </w:rPr>
        <w:t xml:space="preserve"> ائتلاف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را از هم بپاشد و ائتل</w:t>
      </w:r>
      <w:r w:rsidRPr="00B35040">
        <w:rPr>
          <w:rFonts w:ascii="Tahoma" w:hAnsi="Tahoma" w:cs="Tahoma" w:hint="eastAsia"/>
          <w:rtl/>
        </w:rPr>
        <w:t>اف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تازه بسازد. د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وان</w:t>
      </w:r>
      <w:r w:rsidRPr="00B35040">
        <w:rPr>
          <w:rFonts w:ascii="Tahoma" w:hAnsi="Tahoma" w:cs="Tahoma"/>
          <w:rtl/>
        </w:rPr>
        <w:t xml:space="preserve"> همچنان در شهرها کار م</w:t>
      </w:r>
      <w:r w:rsidRPr="00B35040">
        <w:rPr>
          <w:rFonts w:ascii="Tahoma" w:hAnsi="Tahoma" w:cs="Tahoma" w:hint="cs"/>
          <w:rtl/>
        </w:rPr>
        <w:t>ی‌</w:t>
      </w:r>
      <w:r w:rsidRPr="00B35040">
        <w:rPr>
          <w:rFonts w:ascii="Tahoma" w:hAnsi="Tahoma" w:cs="Tahoma" w:hint="eastAsia"/>
          <w:rtl/>
        </w:rPr>
        <w:t>کرد،</w:t>
      </w:r>
      <w:r w:rsidRPr="00B35040">
        <w:rPr>
          <w:rFonts w:ascii="Tahoma" w:hAnsi="Tahoma" w:cs="Tahoma"/>
          <w:rtl/>
        </w:rPr>
        <w:t xml:space="preserve"> اما مرکز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ن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رومند</w:t>
      </w:r>
      <w:r w:rsidRPr="00B35040">
        <w:rPr>
          <w:rFonts w:ascii="Tahoma" w:hAnsi="Tahoma" w:cs="Tahoma"/>
          <w:rtl/>
        </w:rPr>
        <w:t xml:space="preserve"> وجود نداشت که بتواند سراسر کشور را ز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ر</w:t>
      </w:r>
      <w:r w:rsidRPr="00B35040">
        <w:rPr>
          <w:rFonts w:ascii="Tahoma" w:hAnsi="Tahoma" w:cs="Tahoma"/>
          <w:rtl/>
        </w:rPr>
        <w:t xml:space="preserve"> فرمان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واحد نگه دارد.</w:t>
      </w:r>
    </w:p>
    <w:p w:rsidR="00B35040" w:rsidRPr="00B35040" w:rsidRDefault="00B35040" w:rsidP="00B3504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35040">
        <w:rPr>
          <w:rFonts w:ascii="Tahoma" w:hAnsi="Tahoma" w:cs="Tahoma" w:hint="eastAsia"/>
          <w:rtl/>
        </w:rPr>
        <w:t>اسماع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ل</w:t>
      </w:r>
      <w:r w:rsidRPr="00B35040">
        <w:rPr>
          <w:rFonts w:ascii="Tahoma" w:hAnsi="Tahoma" w:cs="Tahoma"/>
          <w:rtl/>
        </w:rPr>
        <w:t xml:space="preserve"> در سال </w:t>
      </w:r>
      <w:r w:rsidRPr="00B35040">
        <w:rPr>
          <w:rFonts w:ascii="Tahoma" w:hAnsi="Tahoma" w:cs="Tahoma"/>
          <w:rtl/>
          <w:lang w:bidi="fa-IR"/>
        </w:rPr>
        <w:t>۱۴۹۹</w:t>
      </w:r>
      <w:r w:rsidRPr="00B35040">
        <w:rPr>
          <w:rFonts w:ascii="Tahoma" w:hAnsi="Tahoma" w:cs="Tahoma"/>
          <w:rtl/>
        </w:rPr>
        <w:t xml:space="preserve"> م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لاد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از لاه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جان</w:t>
      </w:r>
      <w:r w:rsidRPr="00B35040">
        <w:rPr>
          <w:rFonts w:ascii="Tahoma" w:hAnsi="Tahoma" w:cs="Tahoma"/>
          <w:rtl/>
        </w:rPr>
        <w:t xml:space="preserve"> ب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رون</w:t>
      </w:r>
      <w:r w:rsidRPr="00B35040">
        <w:rPr>
          <w:rFonts w:ascii="Tahoma" w:hAnsi="Tahoma" w:cs="Tahoma"/>
          <w:rtl/>
        </w:rPr>
        <w:t xml:space="preserve"> آمد. حرکت او در آغاز ب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شتر</w:t>
      </w:r>
      <w:r w:rsidRPr="00B35040">
        <w:rPr>
          <w:rFonts w:ascii="Tahoma" w:hAnsi="Tahoma" w:cs="Tahoma"/>
          <w:rtl/>
        </w:rPr>
        <w:t xml:space="preserve"> به بازگشت پ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ر</w:t>
      </w:r>
      <w:r w:rsidRPr="00B35040">
        <w:rPr>
          <w:rFonts w:ascii="Tahoma" w:hAnsi="Tahoma" w:cs="Tahoma"/>
          <w:rtl/>
        </w:rPr>
        <w:t xml:space="preserve"> طر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قت</w:t>
      </w:r>
      <w:r w:rsidRPr="00B35040">
        <w:rPr>
          <w:rFonts w:ascii="Tahoma" w:hAnsi="Tahoma" w:cs="Tahoma"/>
          <w:rtl/>
        </w:rPr>
        <w:t xml:space="preserve"> شباهت داشت تا لشکرکش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شاه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مدع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تاج. شمار همراهانش محدود بود و او نم</w:t>
      </w:r>
      <w:r w:rsidRPr="00B35040">
        <w:rPr>
          <w:rFonts w:ascii="Tahoma" w:hAnsi="Tahoma" w:cs="Tahoma" w:hint="cs"/>
          <w:rtl/>
        </w:rPr>
        <w:t>ی‌</w:t>
      </w:r>
      <w:r w:rsidRPr="00B35040">
        <w:rPr>
          <w:rFonts w:ascii="Tahoma" w:hAnsi="Tahoma" w:cs="Tahoma" w:hint="eastAsia"/>
          <w:rtl/>
        </w:rPr>
        <w:t>توانست</w:t>
      </w:r>
      <w:r w:rsidRPr="00B35040">
        <w:rPr>
          <w:rFonts w:ascii="Tahoma" w:hAnsi="Tahoma" w:cs="Tahoma"/>
          <w:rtl/>
        </w:rPr>
        <w:t xml:space="preserve"> با هم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ن</w:t>
      </w:r>
      <w:r w:rsidRPr="00B35040">
        <w:rPr>
          <w:rFonts w:ascii="Tahoma" w:hAnsi="Tahoma" w:cs="Tahoma"/>
          <w:rtl/>
        </w:rPr>
        <w:t xml:space="preserve"> گروه اندک با حکومت‌ها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منطقه روبه‌رو شود. هدف نخست آن بود که خود را به مر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دان</w:t>
      </w:r>
      <w:r w:rsidRPr="00B35040">
        <w:rPr>
          <w:rFonts w:ascii="Tahoma" w:hAnsi="Tahoma" w:cs="Tahoma"/>
          <w:rtl/>
        </w:rPr>
        <w:t xml:space="preserve"> مع</w:t>
      </w:r>
      <w:r w:rsidRPr="00B35040">
        <w:rPr>
          <w:rFonts w:ascii="Tahoma" w:hAnsi="Tahoma" w:cs="Tahoma" w:hint="eastAsia"/>
          <w:rtl/>
        </w:rPr>
        <w:t>رف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کند، شبکه‌ها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پراکنده را فعال سازد و ن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رو</w:t>
      </w:r>
      <w:r w:rsidRPr="00B35040">
        <w:rPr>
          <w:rFonts w:ascii="Tahoma" w:hAnsi="Tahoma" w:cs="Tahoma" w:hint="cs"/>
          <w:rtl/>
        </w:rPr>
        <w:t>یی</w:t>
      </w:r>
      <w:r w:rsidRPr="00B35040">
        <w:rPr>
          <w:rFonts w:ascii="Tahoma" w:hAnsi="Tahoma" w:cs="Tahoma"/>
          <w:rtl/>
        </w:rPr>
        <w:t xml:space="preserve"> را که سال‌ها در انتظار مانده بود به حرکت درآورد.</w:t>
      </w:r>
    </w:p>
    <w:p w:rsidR="00B35040" w:rsidRPr="00B35040" w:rsidRDefault="00B35040" w:rsidP="00B3504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35040">
        <w:rPr>
          <w:rFonts w:ascii="Tahoma" w:hAnsi="Tahoma" w:cs="Tahoma" w:hint="eastAsia"/>
          <w:rtl/>
        </w:rPr>
        <w:t>او</w:t>
      </w:r>
      <w:r w:rsidRPr="00B35040">
        <w:rPr>
          <w:rFonts w:ascii="Tahoma" w:hAnsi="Tahoma" w:cs="Tahoma"/>
          <w:rtl/>
        </w:rPr>
        <w:t xml:space="preserve"> نخست به سو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اردب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ل</w:t>
      </w:r>
      <w:r w:rsidRPr="00B35040">
        <w:rPr>
          <w:rFonts w:ascii="Tahoma" w:hAnsi="Tahoma" w:cs="Tahoma"/>
          <w:rtl/>
        </w:rPr>
        <w:t xml:space="preserve"> رفت؛ شهر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که نام و حافظهٔ خاندان صفو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با آن پ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وند</w:t>
      </w:r>
      <w:r w:rsidRPr="00B35040">
        <w:rPr>
          <w:rFonts w:ascii="Tahoma" w:hAnsi="Tahoma" w:cs="Tahoma"/>
          <w:rtl/>
        </w:rPr>
        <w:t xml:space="preserve"> داشت. اما اردب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ل</w:t>
      </w:r>
      <w:r w:rsidRPr="00B35040">
        <w:rPr>
          <w:rFonts w:ascii="Tahoma" w:hAnsi="Tahoma" w:cs="Tahoma"/>
          <w:rtl/>
        </w:rPr>
        <w:t xml:space="preserve"> ز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ر</w:t>
      </w:r>
      <w:r w:rsidRPr="00B35040">
        <w:rPr>
          <w:rFonts w:ascii="Tahoma" w:hAnsi="Tahoma" w:cs="Tahoma"/>
          <w:rtl/>
        </w:rPr>
        <w:t xml:space="preserve"> نظر ن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روها</w:t>
      </w:r>
      <w:r w:rsidRPr="00B35040">
        <w:rPr>
          <w:rFonts w:ascii="Tahoma" w:hAnsi="Tahoma" w:cs="Tahoma" w:hint="cs"/>
          <w:rtl/>
        </w:rPr>
        <w:t>یی</w:t>
      </w:r>
      <w:r w:rsidRPr="00B35040">
        <w:rPr>
          <w:rFonts w:ascii="Tahoma" w:hAnsi="Tahoma" w:cs="Tahoma"/>
          <w:rtl/>
        </w:rPr>
        <w:t xml:space="preserve"> بود که از گرد آمدن مر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دان</w:t>
      </w:r>
      <w:r w:rsidRPr="00B35040">
        <w:rPr>
          <w:rFonts w:ascii="Tahoma" w:hAnsi="Tahoma" w:cs="Tahoma"/>
          <w:rtl/>
        </w:rPr>
        <w:t xml:space="preserve"> پ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رامون</w:t>
      </w:r>
      <w:r w:rsidRPr="00B35040">
        <w:rPr>
          <w:rFonts w:ascii="Tahoma" w:hAnsi="Tahoma" w:cs="Tahoma"/>
          <w:rtl/>
        </w:rPr>
        <w:t xml:space="preserve"> او ب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م</w:t>
      </w:r>
      <w:r w:rsidRPr="00B35040">
        <w:rPr>
          <w:rFonts w:ascii="Tahoma" w:hAnsi="Tahoma" w:cs="Tahoma"/>
          <w:rtl/>
        </w:rPr>
        <w:t xml:space="preserve"> داشتند. ماندن در آنجا م</w:t>
      </w:r>
      <w:r w:rsidRPr="00B35040">
        <w:rPr>
          <w:rFonts w:ascii="Tahoma" w:hAnsi="Tahoma" w:cs="Tahoma" w:hint="cs"/>
          <w:rtl/>
        </w:rPr>
        <w:t>ی‌</w:t>
      </w:r>
      <w:r w:rsidRPr="00B35040">
        <w:rPr>
          <w:rFonts w:ascii="Tahoma" w:hAnsi="Tahoma" w:cs="Tahoma" w:hint="eastAsia"/>
          <w:rtl/>
        </w:rPr>
        <w:t>توانست</w:t>
      </w:r>
      <w:r w:rsidRPr="00B35040">
        <w:rPr>
          <w:rFonts w:ascii="Tahoma" w:hAnsi="Tahoma" w:cs="Tahoma"/>
          <w:rtl/>
        </w:rPr>
        <w:t xml:space="preserve"> پ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ش</w:t>
      </w:r>
      <w:r w:rsidRPr="00B35040">
        <w:rPr>
          <w:rFonts w:ascii="Tahoma" w:hAnsi="Tahoma" w:cs="Tahoma"/>
          <w:rtl/>
        </w:rPr>
        <w:t xml:space="preserve"> از فراهم شدن قشون، او را در محاصرهٔ دشمن قرار دهد. ازا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ن‌رو،</w:t>
      </w:r>
      <w:r w:rsidRPr="00B35040">
        <w:rPr>
          <w:rFonts w:ascii="Tahoma" w:hAnsi="Tahoma" w:cs="Tahoma"/>
          <w:rtl/>
        </w:rPr>
        <w:t xml:space="preserve"> حرکت ادامه 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>افت. اسماع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ل</w:t>
      </w:r>
      <w:r w:rsidRPr="00B35040">
        <w:rPr>
          <w:rFonts w:ascii="Tahoma" w:hAnsi="Tahoma" w:cs="Tahoma"/>
          <w:rtl/>
        </w:rPr>
        <w:t xml:space="preserve"> و همراهانش از مناطق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گذشتند که خل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فه‌ها</w:t>
      </w:r>
      <w:r w:rsidRPr="00B35040">
        <w:rPr>
          <w:rFonts w:ascii="Tahoma" w:hAnsi="Tahoma" w:cs="Tahoma"/>
          <w:rtl/>
        </w:rPr>
        <w:t xml:space="preserve"> و مر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دان</w:t>
      </w:r>
      <w:r w:rsidRPr="00B35040">
        <w:rPr>
          <w:rFonts w:ascii="Tahoma" w:hAnsi="Tahoma" w:cs="Tahoma"/>
          <w:rtl/>
        </w:rPr>
        <w:t xml:space="preserve"> صفو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در آنها حضور داشتند و سرانجام راه آناتول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را در پ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ش</w:t>
      </w:r>
      <w:r w:rsidRPr="00B35040">
        <w:rPr>
          <w:rFonts w:ascii="Tahoma" w:hAnsi="Tahoma" w:cs="Tahoma"/>
          <w:rtl/>
        </w:rPr>
        <w:t xml:space="preserve"> گرفتند.</w:t>
      </w:r>
    </w:p>
    <w:p w:rsidR="00B35040" w:rsidRPr="00B35040" w:rsidRDefault="00B35040" w:rsidP="00B3504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35040">
        <w:rPr>
          <w:rFonts w:ascii="Tahoma" w:hAnsi="Tahoma" w:cs="Tahoma" w:hint="eastAsia"/>
          <w:rtl/>
        </w:rPr>
        <w:t>آناتول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برا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طر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قت</w:t>
      </w:r>
      <w:r w:rsidRPr="00B35040">
        <w:rPr>
          <w:rFonts w:ascii="Tahoma" w:hAnsi="Tahoma" w:cs="Tahoma"/>
          <w:rtl/>
        </w:rPr>
        <w:t xml:space="preserve"> صفو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اهم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ت</w:t>
      </w:r>
      <w:r w:rsidRPr="00B35040">
        <w:rPr>
          <w:rFonts w:ascii="Tahoma" w:hAnsi="Tahoma" w:cs="Tahoma"/>
          <w:rtl/>
        </w:rPr>
        <w:t xml:space="preserve"> خاص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داشت. گروه‌ها</w:t>
      </w:r>
      <w:r w:rsidRPr="00B35040">
        <w:rPr>
          <w:rFonts w:ascii="Tahoma" w:hAnsi="Tahoma" w:cs="Tahoma" w:hint="cs"/>
          <w:rtl/>
        </w:rPr>
        <w:t>یی</w:t>
      </w:r>
      <w:r w:rsidRPr="00B35040">
        <w:rPr>
          <w:rFonts w:ascii="Tahoma" w:hAnsi="Tahoma" w:cs="Tahoma"/>
          <w:rtl/>
        </w:rPr>
        <w:t xml:space="preserve"> از قبا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ل</w:t>
      </w:r>
      <w:r w:rsidRPr="00B35040">
        <w:rPr>
          <w:rFonts w:ascii="Tahoma" w:hAnsi="Tahoma" w:cs="Tahoma"/>
          <w:rtl/>
        </w:rPr>
        <w:t xml:space="preserve"> ترکمان 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ن</w:t>
      </w:r>
      <w:r w:rsidRPr="00B35040">
        <w:rPr>
          <w:rFonts w:ascii="Tahoma" w:hAnsi="Tahoma" w:cs="Tahoma"/>
          <w:rtl/>
        </w:rPr>
        <w:t xml:space="preserve"> منطقه، که بس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ار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از آنان از س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است‌ها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حکومت عثمان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ا</w:t>
      </w:r>
      <w:r w:rsidRPr="00B35040">
        <w:rPr>
          <w:rFonts w:ascii="Tahoma" w:hAnsi="Tahoma" w:cs="Tahoma"/>
          <w:rtl/>
        </w:rPr>
        <w:t xml:space="preserve"> شرا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ط</w:t>
      </w:r>
      <w:r w:rsidRPr="00B35040">
        <w:rPr>
          <w:rFonts w:ascii="Tahoma" w:hAnsi="Tahoma" w:cs="Tahoma"/>
          <w:rtl/>
        </w:rPr>
        <w:t xml:space="preserve"> اجتماع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و اقتصاد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موجود ناراض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بودند، از سال‌ها پ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ش</w:t>
      </w:r>
      <w:r w:rsidRPr="00B35040">
        <w:rPr>
          <w:rFonts w:ascii="Tahoma" w:hAnsi="Tahoma" w:cs="Tahoma"/>
          <w:rtl/>
        </w:rPr>
        <w:t xml:space="preserve"> با طر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قت</w:t>
      </w:r>
      <w:r w:rsidRPr="00B35040">
        <w:rPr>
          <w:rFonts w:ascii="Tahoma" w:hAnsi="Tahoma" w:cs="Tahoma"/>
          <w:rtl/>
        </w:rPr>
        <w:t xml:space="preserve"> صفو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ارتباط داشتند. خل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فه‌ها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صفو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در م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ان</w:t>
      </w:r>
      <w:r w:rsidRPr="00B35040">
        <w:rPr>
          <w:rFonts w:ascii="Tahoma" w:hAnsi="Tahoma" w:cs="Tahoma"/>
          <w:rtl/>
        </w:rPr>
        <w:t xml:space="preserve"> آنان فعال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ت</w:t>
      </w:r>
      <w:r w:rsidRPr="00B35040">
        <w:rPr>
          <w:rFonts w:ascii="Tahoma" w:hAnsi="Tahoma" w:cs="Tahoma"/>
          <w:rtl/>
        </w:rPr>
        <w:t xml:space="preserve"> کرده بودن</w:t>
      </w:r>
      <w:r w:rsidRPr="00B35040">
        <w:rPr>
          <w:rFonts w:ascii="Tahoma" w:hAnsi="Tahoma" w:cs="Tahoma" w:hint="eastAsia"/>
          <w:rtl/>
        </w:rPr>
        <w:t>د</w:t>
      </w:r>
      <w:r w:rsidRPr="00B35040">
        <w:rPr>
          <w:rFonts w:ascii="Tahoma" w:hAnsi="Tahoma" w:cs="Tahoma"/>
          <w:rtl/>
        </w:rPr>
        <w:t xml:space="preserve"> و وفادار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مذهب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و س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اس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به خاندان صفو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را گسترش داده بودند. مرزها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حکومت‌ها مانع 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ن</w:t>
      </w:r>
      <w:r w:rsidRPr="00B35040">
        <w:rPr>
          <w:rFonts w:ascii="Tahoma" w:hAnsi="Tahoma" w:cs="Tahoma"/>
          <w:rtl/>
        </w:rPr>
        <w:t xml:space="preserve"> ارتباط نشده بود. مر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د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که در قلمرو عثمان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ا</w:t>
      </w:r>
      <w:r w:rsidRPr="00B35040">
        <w:rPr>
          <w:rFonts w:ascii="Tahoma" w:hAnsi="Tahoma" w:cs="Tahoma"/>
          <w:rtl/>
        </w:rPr>
        <w:t xml:space="preserve"> در ناح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ه‌ا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ز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ر</w:t>
      </w:r>
      <w:r w:rsidRPr="00B35040">
        <w:rPr>
          <w:rFonts w:ascii="Tahoma" w:hAnsi="Tahoma" w:cs="Tahoma"/>
          <w:rtl/>
        </w:rPr>
        <w:t xml:space="preserve"> فرمان آق‌قو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ونلو</w:t>
      </w:r>
      <w:r w:rsidRPr="00B35040">
        <w:rPr>
          <w:rFonts w:ascii="Tahoma" w:hAnsi="Tahoma" w:cs="Tahoma"/>
          <w:rtl/>
        </w:rPr>
        <w:t xml:space="preserve"> زندگ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م</w:t>
      </w:r>
      <w:r w:rsidRPr="00B35040">
        <w:rPr>
          <w:rFonts w:ascii="Tahoma" w:hAnsi="Tahoma" w:cs="Tahoma" w:hint="cs"/>
          <w:rtl/>
        </w:rPr>
        <w:t>ی‌</w:t>
      </w:r>
      <w:r w:rsidRPr="00B35040">
        <w:rPr>
          <w:rFonts w:ascii="Tahoma" w:hAnsi="Tahoma" w:cs="Tahoma" w:hint="eastAsia"/>
          <w:rtl/>
        </w:rPr>
        <w:t>کرد،</w:t>
      </w:r>
      <w:r w:rsidRPr="00B35040">
        <w:rPr>
          <w:rFonts w:ascii="Tahoma" w:hAnsi="Tahoma" w:cs="Tahoma"/>
          <w:rtl/>
        </w:rPr>
        <w:t xml:space="preserve"> م</w:t>
      </w:r>
      <w:r w:rsidRPr="00B35040">
        <w:rPr>
          <w:rFonts w:ascii="Tahoma" w:hAnsi="Tahoma" w:cs="Tahoma" w:hint="cs"/>
          <w:rtl/>
        </w:rPr>
        <w:t>ی‌</w:t>
      </w:r>
      <w:r w:rsidRPr="00B35040">
        <w:rPr>
          <w:rFonts w:ascii="Tahoma" w:hAnsi="Tahoma" w:cs="Tahoma" w:hint="eastAsia"/>
          <w:rtl/>
        </w:rPr>
        <w:t>توانست</w:t>
      </w:r>
      <w:r w:rsidRPr="00B35040">
        <w:rPr>
          <w:rFonts w:ascii="Tahoma" w:hAnsi="Tahoma" w:cs="Tahoma"/>
          <w:rtl/>
        </w:rPr>
        <w:t xml:space="preserve"> مرشد خود را در اردب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ل</w:t>
      </w:r>
      <w:r w:rsidRPr="00B35040">
        <w:rPr>
          <w:rFonts w:ascii="Tahoma" w:hAnsi="Tahoma" w:cs="Tahoma"/>
          <w:rtl/>
        </w:rPr>
        <w:t xml:space="preserve"> بداند.</w:t>
      </w:r>
    </w:p>
    <w:p w:rsidR="00B35040" w:rsidRPr="00B35040" w:rsidRDefault="00B35040" w:rsidP="00B3504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35040">
        <w:rPr>
          <w:rFonts w:ascii="Tahoma" w:hAnsi="Tahoma" w:cs="Tahoma" w:hint="eastAsia"/>
          <w:rtl/>
        </w:rPr>
        <w:t>در</w:t>
      </w:r>
      <w:r w:rsidRPr="00B35040">
        <w:rPr>
          <w:rFonts w:ascii="Tahoma" w:hAnsi="Tahoma" w:cs="Tahoma"/>
          <w:rtl/>
        </w:rPr>
        <w:t xml:space="preserve"> ارزنجان، شمار بزرگ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از مر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دان</w:t>
      </w:r>
      <w:r w:rsidRPr="00B35040">
        <w:rPr>
          <w:rFonts w:ascii="Tahoma" w:hAnsi="Tahoma" w:cs="Tahoma"/>
          <w:rtl/>
        </w:rPr>
        <w:t xml:space="preserve"> به اسماع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ل</w:t>
      </w:r>
      <w:r w:rsidRPr="00B35040">
        <w:rPr>
          <w:rFonts w:ascii="Tahoma" w:hAnsi="Tahoma" w:cs="Tahoma"/>
          <w:rtl/>
        </w:rPr>
        <w:t xml:space="preserve"> پ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وستند</w:t>
      </w:r>
      <w:r w:rsidRPr="00B35040">
        <w:rPr>
          <w:rFonts w:ascii="Tahoma" w:hAnsi="Tahoma" w:cs="Tahoma"/>
          <w:rtl/>
        </w:rPr>
        <w:t>. قبا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ل</w:t>
      </w:r>
      <w:r w:rsidRPr="00B35040">
        <w:rPr>
          <w:rFonts w:ascii="Tahoma" w:hAnsi="Tahoma" w:cs="Tahoma"/>
          <w:rtl/>
        </w:rPr>
        <w:t xml:space="preserve"> استاجلو، شاملو، روملو، تکلو، افشار، قاجار و ذوالقدر از مهم‌تر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ن</w:t>
      </w:r>
      <w:r w:rsidRPr="00B35040">
        <w:rPr>
          <w:rFonts w:ascii="Tahoma" w:hAnsi="Tahoma" w:cs="Tahoma"/>
          <w:rtl/>
        </w:rPr>
        <w:t xml:space="preserve"> ن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روها</w:t>
      </w:r>
      <w:r w:rsidRPr="00B35040">
        <w:rPr>
          <w:rFonts w:ascii="Tahoma" w:hAnsi="Tahoma" w:cs="Tahoma" w:hint="cs"/>
          <w:rtl/>
        </w:rPr>
        <w:t>یی</w:t>
      </w:r>
      <w:r w:rsidRPr="00B35040">
        <w:rPr>
          <w:rFonts w:ascii="Tahoma" w:hAnsi="Tahoma" w:cs="Tahoma"/>
          <w:rtl/>
        </w:rPr>
        <w:t xml:space="preserve"> بودند که بعدها ساختمان قشون قزلباش را تشک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ل</w:t>
      </w:r>
      <w:r w:rsidRPr="00B35040">
        <w:rPr>
          <w:rFonts w:ascii="Tahoma" w:hAnsi="Tahoma" w:cs="Tahoma"/>
          <w:rtl/>
        </w:rPr>
        <w:t xml:space="preserve"> دادند. 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ن</w:t>
      </w:r>
      <w:r w:rsidRPr="00B35040">
        <w:rPr>
          <w:rFonts w:ascii="Tahoma" w:hAnsi="Tahoma" w:cs="Tahoma"/>
          <w:rtl/>
        </w:rPr>
        <w:t xml:space="preserve"> نام‌ها فقط نام واحدها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نظام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نبودند. هر 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ک</w:t>
      </w:r>
      <w:r w:rsidRPr="00B35040">
        <w:rPr>
          <w:rFonts w:ascii="Tahoma" w:hAnsi="Tahoma" w:cs="Tahoma"/>
          <w:rtl/>
        </w:rPr>
        <w:t xml:space="preserve"> به شبکه‌ا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قب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له‌ا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،</w:t>
      </w:r>
      <w:r w:rsidRPr="00B35040">
        <w:rPr>
          <w:rFonts w:ascii="Tahoma" w:hAnsi="Tahoma" w:cs="Tahoma"/>
          <w:rtl/>
        </w:rPr>
        <w:t xml:space="preserve"> سران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شناخته‌شده، جنگجو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ان</w:t>
      </w:r>
      <w:r w:rsidRPr="00B35040">
        <w:rPr>
          <w:rFonts w:ascii="Tahoma" w:hAnsi="Tahoma" w:cs="Tahoma"/>
          <w:rtl/>
        </w:rPr>
        <w:t xml:space="preserve"> و پ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وندها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درون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تعلق داشت. اسماع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ل</w:t>
      </w:r>
      <w:r w:rsidRPr="00B35040">
        <w:rPr>
          <w:rFonts w:ascii="Tahoma" w:hAnsi="Tahoma" w:cs="Tahoma"/>
          <w:rtl/>
        </w:rPr>
        <w:t xml:space="preserve"> ن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رو</w:t>
      </w:r>
      <w:r w:rsidRPr="00B35040">
        <w:rPr>
          <w:rFonts w:ascii="Tahoma" w:hAnsi="Tahoma" w:cs="Tahoma" w:hint="cs"/>
          <w:rtl/>
        </w:rPr>
        <w:t>یی</w:t>
      </w:r>
      <w:r w:rsidRPr="00B35040">
        <w:rPr>
          <w:rFonts w:ascii="Tahoma" w:hAnsi="Tahoma" w:cs="Tahoma"/>
          <w:rtl/>
        </w:rPr>
        <w:t xml:space="preserve"> آماده و 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کدست</w:t>
      </w:r>
      <w:r w:rsidRPr="00B35040">
        <w:rPr>
          <w:rFonts w:ascii="Tahoma" w:hAnsi="Tahoma" w:cs="Tahoma"/>
          <w:rtl/>
        </w:rPr>
        <w:t xml:space="preserve"> تحو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ل</w:t>
      </w:r>
      <w:r w:rsidRPr="00B35040">
        <w:rPr>
          <w:rFonts w:ascii="Tahoma" w:hAnsi="Tahoma" w:cs="Tahoma"/>
          <w:rtl/>
        </w:rPr>
        <w:t xml:space="preserve"> نگرفت؛ گروه‌ها</w:t>
      </w:r>
      <w:r w:rsidRPr="00B35040">
        <w:rPr>
          <w:rFonts w:ascii="Tahoma" w:hAnsi="Tahoma" w:cs="Tahoma" w:hint="cs"/>
          <w:rtl/>
        </w:rPr>
        <w:t>یی</w:t>
      </w:r>
      <w:r w:rsidRPr="00B35040">
        <w:rPr>
          <w:rFonts w:ascii="Tahoma" w:hAnsi="Tahoma" w:cs="Tahoma"/>
          <w:rtl/>
        </w:rPr>
        <w:t xml:space="preserve"> را گرد آورد که هر 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ک</w:t>
      </w:r>
      <w:r w:rsidRPr="00B35040">
        <w:rPr>
          <w:rFonts w:ascii="Tahoma" w:hAnsi="Tahoma" w:cs="Tahoma"/>
          <w:rtl/>
        </w:rPr>
        <w:t xml:space="preserve"> ساختار و رهبران خود را داشتند، اما همگ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در وفادار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به مرشد صفو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به 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کد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گر</w:t>
      </w:r>
      <w:r w:rsidRPr="00B35040">
        <w:rPr>
          <w:rFonts w:ascii="Tahoma" w:hAnsi="Tahoma" w:cs="Tahoma"/>
          <w:rtl/>
        </w:rPr>
        <w:t xml:space="preserve"> م</w:t>
      </w:r>
      <w:r w:rsidRPr="00B35040">
        <w:rPr>
          <w:rFonts w:ascii="Tahoma" w:hAnsi="Tahoma" w:cs="Tahoma" w:hint="cs"/>
          <w:rtl/>
        </w:rPr>
        <w:t>ی‌</w:t>
      </w:r>
      <w:r w:rsidRPr="00B35040">
        <w:rPr>
          <w:rFonts w:ascii="Tahoma" w:hAnsi="Tahoma" w:cs="Tahoma" w:hint="eastAsia"/>
          <w:rtl/>
        </w:rPr>
        <w:t>پ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وستند</w:t>
      </w:r>
      <w:r w:rsidRPr="00B35040">
        <w:rPr>
          <w:rFonts w:ascii="Tahoma" w:hAnsi="Tahoma" w:cs="Tahoma"/>
          <w:rtl/>
        </w:rPr>
        <w:t>.</w:t>
      </w:r>
    </w:p>
    <w:p w:rsidR="00B35040" w:rsidRPr="00B35040" w:rsidRDefault="00B35040" w:rsidP="00B3504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35040">
        <w:rPr>
          <w:rFonts w:ascii="Tahoma" w:hAnsi="Tahoma" w:cs="Tahoma" w:hint="eastAsia"/>
          <w:rtl/>
        </w:rPr>
        <w:t>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نجا</w:t>
      </w:r>
      <w:r w:rsidRPr="00B35040">
        <w:rPr>
          <w:rFonts w:ascii="Tahoma" w:hAnsi="Tahoma" w:cs="Tahoma"/>
          <w:rtl/>
        </w:rPr>
        <w:t xml:space="preserve"> نخست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ن</w:t>
      </w:r>
      <w:r w:rsidRPr="00B35040">
        <w:rPr>
          <w:rFonts w:ascii="Tahoma" w:hAnsi="Tahoma" w:cs="Tahoma"/>
          <w:rtl/>
        </w:rPr>
        <w:t xml:space="preserve"> تناقض حکومت آ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ندهٔ</w:t>
      </w:r>
      <w:r w:rsidRPr="00B35040">
        <w:rPr>
          <w:rFonts w:ascii="Tahoma" w:hAnsi="Tahoma" w:cs="Tahoma"/>
          <w:rtl/>
        </w:rPr>
        <w:t xml:space="preserve"> صفو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شکل گرفت. قزلباشان قدرت خود را از قبا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ل</w:t>
      </w:r>
      <w:r w:rsidRPr="00B35040">
        <w:rPr>
          <w:rFonts w:ascii="Tahoma" w:hAnsi="Tahoma" w:cs="Tahoma"/>
          <w:rtl/>
        </w:rPr>
        <w:t xml:space="preserve"> م</w:t>
      </w:r>
      <w:r w:rsidRPr="00B35040">
        <w:rPr>
          <w:rFonts w:ascii="Tahoma" w:hAnsi="Tahoma" w:cs="Tahoma" w:hint="cs"/>
          <w:rtl/>
        </w:rPr>
        <w:t>ی‌</w:t>
      </w:r>
      <w:r w:rsidRPr="00B35040">
        <w:rPr>
          <w:rFonts w:ascii="Tahoma" w:hAnsi="Tahoma" w:cs="Tahoma" w:hint="eastAsia"/>
          <w:rtl/>
        </w:rPr>
        <w:t>گرفتند،</w:t>
      </w:r>
      <w:r w:rsidRPr="00B35040">
        <w:rPr>
          <w:rFonts w:ascii="Tahoma" w:hAnsi="Tahoma" w:cs="Tahoma"/>
          <w:rtl/>
        </w:rPr>
        <w:t xml:space="preserve"> ول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وحدتشان را در اطاعت از مرشد م</w:t>
      </w:r>
      <w:r w:rsidRPr="00B35040">
        <w:rPr>
          <w:rFonts w:ascii="Tahoma" w:hAnsi="Tahoma" w:cs="Tahoma" w:hint="cs"/>
          <w:rtl/>
        </w:rPr>
        <w:t>ی‌ی</w:t>
      </w:r>
      <w:r w:rsidRPr="00B35040">
        <w:rPr>
          <w:rFonts w:ascii="Tahoma" w:hAnsi="Tahoma" w:cs="Tahoma" w:hint="eastAsia"/>
          <w:rtl/>
        </w:rPr>
        <w:t>افتند</w:t>
      </w:r>
      <w:r w:rsidRPr="00B35040">
        <w:rPr>
          <w:rFonts w:ascii="Tahoma" w:hAnsi="Tahoma" w:cs="Tahoma"/>
          <w:rtl/>
        </w:rPr>
        <w:t>. بدون قبا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ل،</w:t>
      </w:r>
      <w:r w:rsidRPr="00B35040">
        <w:rPr>
          <w:rFonts w:ascii="Tahoma" w:hAnsi="Tahoma" w:cs="Tahoma"/>
          <w:rtl/>
        </w:rPr>
        <w:t xml:space="preserve"> اسماع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ل</w:t>
      </w:r>
      <w:r w:rsidRPr="00B35040">
        <w:rPr>
          <w:rFonts w:ascii="Tahoma" w:hAnsi="Tahoma" w:cs="Tahoma"/>
          <w:rtl/>
        </w:rPr>
        <w:t xml:space="preserve"> قشون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نداشت؛ اما اگر سران قبا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ل</w:t>
      </w:r>
      <w:r w:rsidRPr="00B35040">
        <w:rPr>
          <w:rFonts w:ascii="Tahoma" w:hAnsi="Tahoma" w:cs="Tahoma"/>
          <w:rtl/>
        </w:rPr>
        <w:t xml:space="preserve"> استقلال خود را حفظ م</w:t>
      </w:r>
      <w:r w:rsidRPr="00B35040">
        <w:rPr>
          <w:rFonts w:ascii="Tahoma" w:hAnsi="Tahoma" w:cs="Tahoma" w:hint="cs"/>
          <w:rtl/>
        </w:rPr>
        <w:t>ی‌</w:t>
      </w:r>
      <w:r w:rsidRPr="00B35040">
        <w:rPr>
          <w:rFonts w:ascii="Tahoma" w:hAnsi="Tahoma" w:cs="Tahoma" w:hint="eastAsia"/>
          <w:rtl/>
        </w:rPr>
        <w:t>کردند،</w:t>
      </w:r>
      <w:r w:rsidRPr="00B35040">
        <w:rPr>
          <w:rFonts w:ascii="Tahoma" w:hAnsi="Tahoma" w:cs="Tahoma"/>
          <w:rtl/>
        </w:rPr>
        <w:t xml:space="preserve"> شاه آ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نده</w:t>
      </w:r>
      <w:r w:rsidRPr="00B35040">
        <w:rPr>
          <w:rFonts w:ascii="Tahoma" w:hAnsi="Tahoma" w:cs="Tahoma"/>
          <w:rtl/>
        </w:rPr>
        <w:t xml:space="preserve"> نم</w:t>
      </w:r>
      <w:r w:rsidRPr="00B35040">
        <w:rPr>
          <w:rFonts w:ascii="Tahoma" w:hAnsi="Tahoma" w:cs="Tahoma" w:hint="cs"/>
          <w:rtl/>
        </w:rPr>
        <w:t>ی‌</w:t>
      </w:r>
      <w:r w:rsidRPr="00B35040">
        <w:rPr>
          <w:rFonts w:ascii="Tahoma" w:hAnsi="Tahoma" w:cs="Tahoma" w:hint="eastAsia"/>
          <w:rtl/>
        </w:rPr>
        <w:t>توانست</w:t>
      </w:r>
      <w:r w:rsidRPr="00B35040">
        <w:rPr>
          <w:rFonts w:ascii="Tahoma" w:hAnsi="Tahoma" w:cs="Tahoma"/>
          <w:rtl/>
        </w:rPr>
        <w:t xml:space="preserve"> حکومت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متمرکز بسازد. در آغاز، 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ن</w:t>
      </w:r>
      <w:r w:rsidRPr="00B35040">
        <w:rPr>
          <w:rFonts w:ascii="Tahoma" w:hAnsi="Tahoma" w:cs="Tahoma"/>
          <w:rtl/>
        </w:rPr>
        <w:t xml:space="preserve"> تضاد هنوز آشکار نبود. دشمن مشترک، خاطرهٔ رهبران کشته‌شده و شور مذهب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،</w:t>
      </w:r>
      <w:r w:rsidRPr="00B35040">
        <w:rPr>
          <w:rFonts w:ascii="Tahoma" w:hAnsi="Tahoma" w:cs="Tahoma"/>
          <w:rtl/>
        </w:rPr>
        <w:t xml:space="preserve"> قبا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ل</w:t>
      </w:r>
      <w:r w:rsidRPr="00B35040">
        <w:rPr>
          <w:rFonts w:ascii="Tahoma" w:hAnsi="Tahoma" w:cs="Tahoma"/>
          <w:rtl/>
        </w:rPr>
        <w:t xml:space="preserve"> را به 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کد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گر</w:t>
      </w:r>
      <w:r w:rsidRPr="00B35040">
        <w:rPr>
          <w:rFonts w:ascii="Tahoma" w:hAnsi="Tahoma" w:cs="Tahoma"/>
          <w:rtl/>
        </w:rPr>
        <w:t xml:space="preserve"> نزد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ک</w:t>
      </w:r>
      <w:r w:rsidRPr="00B35040">
        <w:rPr>
          <w:rFonts w:ascii="Tahoma" w:hAnsi="Tahoma" w:cs="Tahoma"/>
          <w:rtl/>
        </w:rPr>
        <w:t xml:space="preserve"> م</w:t>
      </w:r>
      <w:r w:rsidRPr="00B35040">
        <w:rPr>
          <w:rFonts w:ascii="Tahoma" w:hAnsi="Tahoma" w:cs="Tahoma" w:hint="cs"/>
          <w:rtl/>
        </w:rPr>
        <w:t>ی‌</w:t>
      </w:r>
      <w:r w:rsidRPr="00B35040">
        <w:rPr>
          <w:rFonts w:ascii="Tahoma" w:hAnsi="Tahoma" w:cs="Tahoma" w:hint="eastAsia"/>
          <w:rtl/>
        </w:rPr>
        <w:t>کرد</w:t>
      </w:r>
      <w:r w:rsidRPr="00B35040">
        <w:rPr>
          <w:rFonts w:ascii="Tahoma" w:hAnsi="Tahoma" w:cs="Tahoma"/>
          <w:rtl/>
        </w:rPr>
        <w:t>. اما پس از پ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روز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،</w:t>
      </w:r>
      <w:r w:rsidRPr="00B35040">
        <w:rPr>
          <w:rFonts w:ascii="Tahoma" w:hAnsi="Tahoma" w:cs="Tahoma"/>
          <w:rtl/>
        </w:rPr>
        <w:t xml:space="preserve"> هنگام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که مسئلهٔ تقس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م</w:t>
      </w:r>
      <w:r w:rsidRPr="00B35040">
        <w:rPr>
          <w:rFonts w:ascii="Tahoma" w:hAnsi="Tahoma" w:cs="Tahoma"/>
          <w:rtl/>
        </w:rPr>
        <w:t xml:space="preserve"> زم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ن،</w:t>
      </w:r>
      <w:r w:rsidRPr="00B35040">
        <w:rPr>
          <w:rFonts w:ascii="Tahoma" w:hAnsi="Tahoma" w:cs="Tahoma"/>
          <w:rtl/>
        </w:rPr>
        <w:t xml:space="preserve"> منصب، غن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مت</w:t>
      </w:r>
      <w:r w:rsidRPr="00B35040">
        <w:rPr>
          <w:rFonts w:ascii="Tahoma" w:hAnsi="Tahoma" w:cs="Tahoma"/>
          <w:rtl/>
        </w:rPr>
        <w:t xml:space="preserve"> و اخت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ار</w:t>
      </w:r>
      <w:r w:rsidRPr="00B35040">
        <w:rPr>
          <w:rFonts w:ascii="Tahoma" w:hAnsi="Tahoma" w:cs="Tahoma"/>
          <w:rtl/>
        </w:rPr>
        <w:t xml:space="preserve"> حکومت پ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ش</w:t>
      </w:r>
      <w:r w:rsidRPr="00B35040">
        <w:rPr>
          <w:rFonts w:ascii="Tahoma" w:hAnsi="Tahoma" w:cs="Tahoma"/>
          <w:rtl/>
        </w:rPr>
        <w:t xml:space="preserve"> م</w:t>
      </w:r>
      <w:r w:rsidRPr="00B35040">
        <w:rPr>
          <w:rFonts w:ascii="Tahoma" w:hAnsi="Tahoma" w:cs="Tahoma" w:hint="cs"/>
          <w:rtl/>
        </w:rPr>
        <w:t>ی‌</w:t>
      </w:r>
      <w:r w:rsidRPr="00B35040">
        <w:rPr>
          <w:rFonts w:ascii="Tahoma" w:hAnsi="Tahoma" w:cs="Tahoma" w:hint="eastAsia"/>
          <w:rtl/>
        </w:rPr>
        <w:t>آمد،</w:t>
      </w:r>
      <w:r w:rsidRPr="00B35040">
        <w:rPr>
          <w:rFonts w:ascii="Tahoma" w:hAnsi="Tahoma" w:cs="Tahoma"/>
          <w:rtl/>
        </w:rPr>
        <w:t xml:space="preserve"> هم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ن</w:t>
      </w:r>
      <w:r w:rsidRPr="00B35040">
        <w:rPr>
          <w:rFonts w:ascii="Tahoma" w:hAnsi="Tahoma" w:cs="Tahoma"/>
          <w:rtl/>
        </w:rPr>
        <w:t xml:space="preserve"> سران م</w:t>
      </w:r>
      <w:r w:rsidRPr="00B35040">
        <w:rPr>
          <w:rFonts w:ascii="Tahoma" w:hAnsi="Tahoma" w:cs="Tahoma" w:hint="cs"/>
          <w:rtl/>
        </w:rPr>
        <w:t>ی‌</w:t>
      </w:r>
      <w:r w:rsidRPr="00B35040">
        <w:rPr>
          <w:rFonts w:ascii="Tahoma" w:hAnsi="Tahoma" w:cs="Tahoma" w:hint="eastAsia"/>
          <w:rtl/>
        </w:rPr>
        <w:t>توانستند</w:t>
      </w:r>
      <w:r w:rsidRPr="00B35040">
        <w:rPr>
          <w:rFonts w:ascii="Tahoma" w:hAnsi="Tahoma" w:cs="Tahoma"/>
          <w:rtl/>
        </w:rPr>
        <w:t xml:space="preserve"> به مراکز رق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ب</w:t>
      </w:r>
      <w:r w:rsidRPr="00B35040">
        <w:rPr>
          <w:rFonts w:ascii="Tahoma" w:hAnsi="Tahoma" w:cs="Tahoma"/>
          <w:rtl/>
        </w:rPr>
        <w:t xml:space="preserve"> قدرت تبد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ل</w:t>
      </w:r>
      <w:r w:rsidRPr="00B35040">
        <w:rPr>
          <w:rFonts w:ascii="Tahoma" w:hAnsi="Tahoma" w:cs="Tahoma"/>
          <w:rtl/>
        </w:rPr>
        <w:t xml:space="preserve"> شوند.</w:t>
      </w:r>
    </w:p>
    <w:p w:rsidR="00B35040" w:rsidRPr="00B35040" w:rsidRDefault="00B35040" w:rsidP="00B3504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35040">
        <w:rPr>
          <w:rFonts w:ascii="Tahoma" w:hAnsi="Tahoma" w:cs="Tahoma" w:hint="eastAsia"/>
          <w:rtl/>
        </w:rPr>
        <w:t>نخست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ن</w:t>
      </w:r>
      <w:r w:rsidRPr="00B35040">
        <w:rPr>
          <w:rFonts w:ascii="Tahoma" w:hAnsi="Tahoma" w:cs="Tahoma"/>
          <w:rtl/>
        </w:rPr>
        <w:t xml:space="preserve"> هدف بزرگ اسماع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ل،</w:t>
      </w:r>
      <w:r w:rsidRPr="00B35040">
        <w:rPr>
          <w:rFonts w:ascii="Tahoma" w:hAnsi="Tahoma" w:cs="Tahoma"/>
          <w:rtl/>
        </w:rPr>
        <w:t xml:space="preserve"> شروان بود. 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ن</w:t>
      </w:r>
      <w:r w:rsidRPr="00B35040">
        <w:rPr>
          <w:rFonts w:ascii="Tahoma" w:hAnsi="Tahoma" w:cs="Tahoma"/>
          <w:rtl/>
        </w:rPr>
        <w:t xml:space="preserve"> انتخاب فقط به ضرورت نظام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مربوط نم</w:t>
      </w:r>
      <w:r w:rsidRPr="00B35040">
        <w:rPr>
          <w:rFonts w:ascii="Tahoma" w:hAnsi="Tahoma" w:cs="Tahoma" w:hint="cs"/>
          <w:rtl/>
        </w:rPr>
        <w:t>ی‌</w:t>
      </w:r>
      <w:r w:rsidRPr="00B35040">
        <w:rPr>
          <w:rFonts w:ascii="Tahoma" w:hAnsi="Tahoma" w:cs="Tahoma" w:hint="eastAsia"/>
          <w:rtl/>
        </w:rPr>
        <w:t>شد</w:t>
      </w:r>
      <w:r w:rsidRPr="00B35040">
        <w:rPr>
          <w:rFonts w:ascii="Tahoma" w:hAnsi="Tahoma" w:cs="Tahoma"/>
          <w:rtl/>
        </w:rPr>
        <w:t>. ش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خ</w:t>
      </w:r>
      <w:r w:rsidRPr="00B35040">
        <w:rPr>
          <w:rFonts w:ascii="Tahoma" w:hAnsi="Tahoma" w:cs="Tahoma"/>
          <w:rtl/>
        </w:rPr>
        <w:t xml:space="preserve"> جن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د</w:t>
      </w:r>
      <w:r w:rsidRPr="00B35040">
        <w:rPr>
          <w:rFonts w:ascii="Tahoma" w:hAnsi="Tahoma" w:cs="Tahoma"/>
          <w:rtl/>
        </w:rPr>
        <w:t xml:space="preserve"> و ش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خ</w:t>
      </w:r>
      <w:r w:rsidRPr="00B35040">
        <w:rPr>
          <w:rFonts w:ascii="Tahoma" w:hAnsi="Tahoma" w:cs="Tahoma"/>
          <w:rtl/>
        </w:rPr>
        <w:t xml:space="preserve"> ح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در</w:t>
      </w:r>
      <w:r w:rsidRPr="00B35040">
        <w:rPr>
          <w:rFonts w:ascii="Tahoma" w:hAnsi="Tahoma" w:cs="Tahoma"/>
          <w:rtl/>
        </w:rPr>
        <w:t xml:space="preserve"> در جنگ با شروانشاهان کشته شده بودند و حمله به شروان برا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مر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دان</w:t>
      </w:r>
      <w:r w:rsidRPr="00B35040">
        <w:rPr>
          <w:rFonts w:ascii="Tahoma" w:hAnsi="Tahoma" w:cs="Tahoma"/>
          <w:rtl/>
        </w:rPr>
        <w:t xml:space="preserve"> صفو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معنا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خون‌خواه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داشت. جنگ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که م</w:t>
      </w:r>
      <w:r w:rsidRPr="00B35040">
        <w:rPr>
          <w:rFonts w:ascii="Tahoma" w:hAnsi="Tahoma" w:cs="Tahoma" w:hint="cs"/>
          <w:rtl/>
        </w:rPr>
        <w:t>ی‌</w:t>
      </w:r>
      <w:r w:rsidRPr="00B35040">
        <w:rPr>
          <w:rFonts w:ascii="Tahoma" w:hAnsi="Tahoma" w:cs="Tahoma" w:hint="eastAsia"/>
          <w:rtl/>
        </w:rPr>
        <w:t>توانست</w:t>
      </w:r>
      <w:r w:rsidRPr="00B35040">
        <w:rPr>
          <w:rFonts w:ascii="Tahoma" w:hAnsi="Tahoma" w:cs="Tahoma"/>
          <w:rtl/>
        </w:rPr>
        <w:t xml:space="preserve"> برا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فرمانده‌ا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د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گر</w:t>
      </w:r>
      <w:r w:rsidRPr="00B35040">
        <w:rPr>
          <w:rFonts w:ascii="Tahoma" w:hAnsi="Tahoma" w:cs="Tahoma"/>
          <w:rtl/>
        </w:rPr>
        <w:t xml:space="preserve"> تلاش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برا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تصرف سرزم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ن</w:t>
      </w:r>
      <w:r w:rsidRPr="00B35040">
        <w:rPr>
          <w:rFonts w:ascii="Tahoma" w:hAnsi="Tahoma" w:cs="Tahoma"/>
          <w:rtl/>
        </w:rPr>
        <w:t xml:space="preserve"> باش</w:t>
      </w:r>
      <w:r w:rsidRPr="00B35040">
        <w:rPr>
          <w:rFonts w:ascii="Tahoma" w:hAnsi="Tahoma" w:cs="Tahoma" w:hint="eastAsia"/>
          <w:rtl/>
        </w:rPr>
        <w:t>د،</w:t>
      </w:r>
      <w:r w:rsidRPr="00B35040">
        <w:rPr>
          <w:rFonts w:ascii="Tahoma" w:hAnsi="Tahoma" w:cs="Tahoma"/>
          <w:rtl/>
        </w:rPr>
        <w:t xml:space="preserve"> در روا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ت</w:t>
      </w:r>
      <w:r w:rsidRPr="00B35040">
        <w:rPr>
          <w:rFonts w:ascii="Tahoma" w:hAnsi="Tahoma" w:cs="Tahoma"/>
          <w:rtl/>
        </w:rPr>
        <w:t xml:space="preserve"> صفو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به ادامهٔ سرگذشت مقدس خاندان تبد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ل</w:t>
      </w:r>
      <w:r w:rsidRPr="00B35040">
        <w:rPr>
          <w:rFonts w:ascii="Tahoma" w:hAnsi="Tahoma" w:cs="Tahoma"/>
          <w:rtl/>
        </w:rPr>
        <w:t xml:space="preserve"> م</w:t>
      </w:r>
      <w:r w:rsidRPr="00B35040">
        <w:rPr>
          <w:rFonts w:ascii="Tahoma" w:hAnsi="Tahoma" w:cs="Tahoma" w:hint="cs"/>
          <w:rtl/>
        </w:rPr>
        <w:t>ی‌</w:t>
      </w:r>
      <w:r w:rsidRPr="00B35040">
        <w:rPr>
          <w:rFonts w:ascii="Tahoma" w:hAnsi="Tahoma" w:cs="Tahoma" w:hint="eastAsia"/>
          <w:rtl/>
        </w:rPr>
        <w:t>شد</w:t>
      </w:r>
      <w:r w:rsidRPr="00B35040">
        <w:rPr>
          <w:rFonts w:ascii="Tahoma" w:hAnsi="Tahoma" w:cs="Tahoma"/>
          <w:rtl/>
        </w:rPr>
        <w:t>. اسماع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ل</w:t>
      </w:r>
      <w:r w:rsidRPr="00B35040">
        <w:rPr>
          <w:rFonts w:ascii="Tahoma" w:hAnsi="Tahoma" w:cs="Tahoma"/>
          <w:rtl/>
        </w:rPr>
        <w:t xml:space="preserve"> با حرکت به سو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شروان، هم هدف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س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اس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را دنبال م</w:t>
      </w:r>
      <w:r w:rsidRPr="00B35040">
        <w:rPr>
          <w:rFonts w:ascii="Tahoma" w:hAnsi="Tahoma" w:cs="Tahoma" w:hint="cs"/>
          <w:rtl/>
        </w:rPr>
        <w:t>ی‌</w:t>
      </w:r>
      <w:r w:rsidRPr="00B35040">
        <w:rPr>
          <w:rFonts w:ascii="Tahoma" w:hAnsi="Tahoma" w:cs="Tahoma" w:hint="eastAsia"/>
          <w:rtl/>
        </w:rPr>
        <w:t>کرد</w:t>
      </w:r>
      <w:r w:rsidRPr="00B35040">
        <w:rPr>
          <w:rFonts w:ascii="Tahoma" w:hAnsi="Tahoma" w:cs="Tahoma"/>
          <w:rtl/>
        </w:rPr>
        <w:t xml:space="preserve"> و هم انگ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زهٔ</w:t>
      </w:r>
      <w:r w:rsidRPr="00B35040">
        <w:rPr>
          <w:rFonts w:ascii="Tahoma" w:hAnsi="Tahoma" w:cs="Tahoma"/>
          <w:rtl/>
        </w:rPr>
        <w:t xml:space="preserve"> مذهب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و عاطف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قزلباشان را به م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دان</w:t>
      </w:r>
      <w:r w:rsidRPr="00B35040">
        <w:rPr>
          <w:rFonts w:ascii="Tahoma" w:hAnsi="Tahoma" w:cs="Tahoma"/>
          <w:rtl/>
        </w:rPr>
        <w:t xml:space="preserve"> م</w:t>
      </w:r>
      <w:r w:rsidRPr="00B35040">
        <w:rPr>
          <w:rFonts w:ascii="Tahoma" w:hAnsi="Tahoma" w:cs="Tahoma" w:hint="cs"/>
          <w:rtl/>
        </w:rPr>
        <w:t>ی‌</w:t>
      </w:r>
      <w:r w:rsidRPr="00B35040">
        <w:rPr>
          <w:rFonts w:ascii="Tahoma" w:hAnsi="Tahoma" w:cs="Tahoma" w:hint="eastAsia"/>
          <w:rtl/>
        </w:rPr>
        <w:t>آورد</w:t>
      </w:r>
      <w:r w:rsidRPr="00B35040">
        <w:rPr>
          <w:rFonts w:ascii="Tahoma" w:hAnsi="Tahoma" w:cs="Tahoma"/>
          <w:rtl/>
        </w:rPr>
        <w:t>.</w:t>
      </w:r>
    </w:p>
    <w:p w:rsidR="00B35040" w:rsidRPr="00B35040" w:rsidRDefault="00B35040" w:rsidP="00B3504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35040">
        <w:rPr>
          <w:rFonts w:ascii="Tahoma" w:hAnsi="Tahoma" w:cs="Tahoma" w:hint="eastAsia"/>
          <w:rtl/>
        </w:rPr>
        <w:t>فرخ</w:t>
      </w:r>
      <w:r w:rsidRPr="00B35040">
        <w:rPr>
          <w:rFonts w:ascii="Tahoma" w:hAnsi="Tahoma" w:cs="Tahoma"/>
          <w:rtl/>
        </w:rPr>
        <w:t xml:space="preserve"> 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سار،</w:t>
      </w:r>
      <w:r w:rsidRPr="00B35040">
        <w:rPr>
          <w:rFonts w:ascii="Tahoma" w:hAnsi="Tahoma" w:cs="Tahoma"/>
          <w:rtl/>
        </w:rPr>
        <w:t xml:space="preserve"> شروانشاه، در برابر او قرار گرفت. از نظر تجربهٔ حکومت، امکانات و شمار ن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رو،</w:t>
      </w:r>
      <w:r w:rsidRPr="00B35040">
        <w:rPr>
          <w:rFonts w:ascii="Tahoma" w:hAnsi="Tahoma" w:cs="Tahoma"/>
          <w:rtl/>
        </w:rPr>
        <w:t xml:space="preserve"> شروانشاه م</w:t>
      </w:r>
      <w:r w:rsidRPr="00B35040">
        <w:rPr>
          <w:rFonts w:ascii="Tahoma" w:hAnsi="Tahoma" w:cs="Tahoma" w:hint="cs"/>
          <w:rtl/>
        </w:rPr>
        <w:t>ی‌</w:t>
      </w:r>
      <w:r w:rsidRPr="00B35040">
        <w:rPr>
          <w:rFonts w:ascii="Tahoma" w:hAnsi="Tahoma" w:cs="Tahoma" w:hint="eastAsia"/>
          <w:rtl/>
        </w:rPr>
        <w:t>توانست</w:t>
      </w:r>
      <w:r w:rsidRPr="00B35040">
        <w:rPr>
          <w:rFonts w:ascii="Tahoma" w:hAnsi="Tahoma" w:cs="Tahoma"/>
          <w:rtl/>
        </w:rPr>
        <w:t xml:space="preserve"> بر نوجوان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که به‌تازگ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از مخف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گاه</w:t>
      </w:r>
      <w:r w:rsidRPr="00B35040">
        <w:rPr>
          <w:rFonts w:ascii="Tahoma" w:hAnsi="Tahoma" w:cs="Tahoma"/>
          <w:rtl/>
        </w:rPr>
        <w:t xml:space="preserve"> ب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رون</w:t>
      </w:r>
      <w:r w:rsidRPr="00B35040">
        <w:rPr>
          <w:rFonts w:ascii="Tahoma" w:hAnsi="Tahoma" w:cs="Tahoma"/>
          <w:rtl/>
        </w:rPr>
        <w:t xml:space="preserve"> آمده بود برتر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داشته باشد. اما قزلباشان با شور و انسجام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م</w:t>
      </w:r>
      <w:r w:rsidRPr="00B35040">
        <w:rPr>
          <w:rFonts w:ascii="Tahoma" w:hAnsi="Tahoma" w:cs="Tahoma" w:hint="cs"/>
          <w:rtl/>
        </w:rPr>
        <w:t>ی‌</w:t>
      </w:r>
      <w:r w:rsidRPr="00B35040">
        <w:rPr>
          <w:rFonts w:ascii="Tahoma" w:hAnsi="Tahoma" w:cs="Tahoma" w:hint="eastAsia"/>
          <w:rtl/>
        </w:rPr>
        <w:t>جنگ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دند</w:t>
      </w:r>
      <w:r w:rsidRPr="00B35040">
        <w:rPr>
          <w:rFonts w:ascii="Tahoma" w:hAnsi="Tahoma" w:cs="Tahoma"/>
          <w:rtl/>
        </w:rPr>
        <w:t xml:space="preserve"> که سپاه عاد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هم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شه</w:t>
      </w:r>
      <w:r w:rsidRPr="00B35040">
        <w:rPr>
          <w:rFonts w:ascii="Tahoma" w:hAnsi="Tahoma" w:cs="Tahoma"/>
          <w:rtl/>
        </w:rPr>
        <w:t xml:space="preserve"> از آن برخوردار نبود. آنان فرمان اسماع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ل</w:t>
      </w:r>
      <w:r w:rsidRPr="00B35040">
        <w:rPr>
          <w:rFonts w:ascii="Tahoma" w:hAnsi="Tahoma" w:cs="Tahoma"/>
          <w:rtl/>
        </w:rPr>
        <w:t xml:space="preserve"> را فقط دستور فرمانده نم</w:t>
      </w:r>
      <w:r w:rsidRPr="00B35040">
        <w:rPr>
          <w:rFonts w:ascii="Tahoma" w:hAnsi="Tahoma" w:cs="Tahoma" w:hint="cs"/>
          <w:rtl/>
        </w:rPr>
        <w:t>ی‌</w:t>
      </w:r>
      <w:r w:rsidRPr="00B35040">
        <w:rPr>
          <w:rFonts w:ascii="Tahoma" w:hAnsi="Tahoma" w:cs="Tahoma" w:hint="eastAsia"/>
          <w:rtl/>
        </w:rPr>
        <w:t>دانستند</w:t>
      </w:r>
      <w:r w:rsidRPr="00B35040">
        <w:rPr>
          <w:rFonts w:ascii="Tahoma" w:hAnsi="Tahoma" w:cs="Tahoma"/>
          <w:rtl/>
        </w:rPr>
        <w:t xml:space="preserve"> و مرگ در راه او را شکست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شخص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تلق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نم</w:t>
      </w:r>
      <w:r w:rsidRPr="00B35040">
        <w:rPr>
          <w:rFonts w:ascii="Tahoma" w:hAnsi="Tahoma" w:cs="Tahoma" w:hint="cs"/>
          <w:rtl/>
        </w:rPr>
        <w:t>ی‌</w:t>
      </w:r>
      <w:r w:rsidRPr="00B35040">
        <w:rPr>
          <w:rFonts w:ascii="Tahoma" w:hAnsi="Tahoma" w:cs="Tahoma" w:hint="eastAsia"/>
          <w:rtl/>
        </w:rPr>
        <w:t>کردند</w:t>
      </w:r>
      <w:r w:rsidRPr="00B35040">
        <w:rPr>
          <w:rFonts w:ascii="Tahoma" w:hAnsi="Tahoma" w:cs="Tahoma"/>
          <w:rtl/>
        </w:rPr>
        <w:t>.</w:t>
      </w:r>
    </w:p>
    <w:p w:rsidR="00B35040" w:rsidRPr="00B35040" w:rsidRDefault="00B35040" w:rsidP="00B3504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35040">
        <w:rPr>
          <w:rFonts w:ascii="Tahoma" w:hAnsi="Tahoma" w:cs="Tahoma" w:hint="eastAsia"/>
          <w:rtl/>
        </w:rPr>
        <w:t>در</w:t>
      </w:r>
      <w:r w:rsidRPr="00B35040">
        <w:rPr>
          <w:rFonts w:ascii="Tahoma" w:hAnsi="Tahoma" w:cs="Tahoma"/>
          <w:rtl/>
        </w:rPr>
        <w:t xml:space="preserve"> نبرد جَبان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،</w:t>
      </w:r>
      <w:r w:rsidRPr="00B35040">
        <w:rPr>
          <w:rFonts w:ascii="Tahoma" w:hAnsi="Tahoma" w:cs="Tahoma"/>
          <w:rtl/>
        </w:rPr>
        <w:t xml:space="preserve"> سپاه شروانشاه شکست خورد و فرخ 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سار</w:t>
      </w:r>
      <w:r w:rsidRPr="00B35040">
        <w:rPr>
          <w:rFonts w:ascii="Tahoma" w:hAnsi="Tahoma" w:cs="Tahoma"/>
          <w:rtl/>
        </w:rPr>
        <w:t xml:space="preserve"> کشته شد. 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ن</w:t>
      </w:r>
      <w:r w:rsidRPr="00B35040">
        <w:rPr>
          <w:rFonts w:ascii="Tahoma" w:hAnsi="Tahoma" w:cs="Tahoma"/>
          <w:rtl/>
        </w:rPr>
        <w:t xml:space="preserve"> پ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روز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موقع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ت</w:t>
      </w:r>
      <w:r w:rsidRPr="00B35040">
        <w:rPr>
          <w:rFonts w:ascii="Tahoma" w:hAnsi="Tahoma" w:cs="Tahoma"/>
          <w:rtl/>
        </w:rPr>
        <w:t xml:space="preserve"> اسماع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ل</w:t>
      </w:r>
      <w:r w:rsidRPr="00B35040">
        <w:rPr>
          <w:rFonts w:ascii="Tahoma" w:hAnsi="Tahoma" w:cs="Tahoma"/>
          <w:rtl/>
        </w:rPr>
        <w:t xml:space="preserve"> را 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کباره</w:t>
      </w:r>
      <w:r w:rsidRPr="00B35040">
        <w:rPr>
          <w:rFonts w:ascii="Tahoma" w:hAnsi="Tahoma" w:cs="Tahoma"/>
          <w:rtl/>
        </w:rPr>
        <w:t xml:space="preserve"> تغ</w:t>
      </w:r>
      <w:r w:rsidRPr="00B35040">
        <w:rPr>
          <w:rFonts w:ascii="Tahoma" w:hAnsi="Tahoma" w:cs="Tahoma" w:hint="cs"/>
          <w:rtl/>
        </w:rPr>
        <w:t>یی</w:t>
      </w:r>
      <w:r w:rsidRPr="00B35040">
        <w:rPr>
          <w:rFonts w:ascii="Tahoma" w:hAnsi="Tahoma" w:cs="Tahoma" w:hint="eastAsia"/>
          <w:rtl/>
        </w:rPr>
        <w:t>ر</w:t>
      </w:r>
      <w:r w:rsidRPr="00B35040">
        <w:rPr>
          <w:rFonts w:ascii="Tahoma" w:hAnsi="Tahoma" w:cs="Tahoma"/>
          <w:rtl/>
        </w:rPr>
        <w:t xml:space="preserve"> داد. او د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گر</w:t>
      </w:r>
      <w:r w:rsidRPr="00B35040">
        <w:rPr>
          <w:rFonts w:ascii="Tahoma" w:hAnsi="Tahoma" w:cs="Tahoma"/>
          <w:rtl/>
        </w:rPr>
        <w:t xml:space="preserve"> فقط مرشد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جوان با گروه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مر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د</w:t>
      </w:r>
      <w:r w:rsidRPr="00B35040">
        <w:rPr>
          <w:rFonts w:ascii="Tahoma" w:hAnsi="Tahoma" w:cs="Tahoma"/>
          <w:rtl/>
        </w:rPr>
        <w:t xml:space="preserve"> نبود؛ فرمانده‌ا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پ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روز</w:t>
      </w:r>
      <w:r w:rsidRPr="00B35040">
        <w:rPr>
          <w:rFonts w:ascii="Tahoma" w:hAnsi="Tahoma" w:cs="Tahoma"/>
          <w:rtl/>
        </w:rPr>
        <w:t xml:space="preserve"> شده بود که توانسته بود 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ک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از دشمنان تار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خ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خاندانش را شکست دهد. پ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روز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،</w:t>
      </w:r>
      <w:r w:rsidRPr="00B35040">
        <w:rPr>
          <w:rFonts w:ascii="Tahoma" w:hAnsi="Tahoma" w:cs="Tahoma"/>
          <w:rtl/>
        </w:rPr>
        <w:t xml:space="preserve"> اعتبار مذهب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او </w:t>
      </w:r>
      <w:r w:rsidRPr="00B35040">
        <w:rPr>
          <w:rFonts w:ascii="Tahoma" w:hAnsi="Tahoma" w:cs="Tahoma" w:hint="eastAsia"/>
          <w:rtl/>
        </w:rPr>
        <w:t>را</w:t>
      </w:r>
      <w:r w:rsidRPr="00B35040">
        <w:rPr>
          <w:rFonts w:ascii="Tahoma" w:hAnsi="Tahoma" w:cs="Tahoma"/>
          <w:rtl/>
        </w:rPr>
        <w:t xml:space="preserve"> افزا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ش</w:t>
      </w:r>
      <w:r w:rsidRPr="00B35040">
        <w:rPr>
          <w:rFonts w:ascii="Tahoma" w:hAnsi="Tahoma" w:cs="Tahoma"/>
          <w:rtl/>
        </w:rPr>
        <w:t xml:space="preserve"> داد و اعتبار مذهب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ن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ز</w:t>
      </w:r>
      <w:r w:rsidRPr="00B35040">
        <w:rPr>
          <w:rFonts w:ascii="Tahoma" w:hAnsi="Tahoma" w:cs="Tahoma"/>
          <w:rtl/>
        </w:rPr>
        <w:t xml:space="preserve"> امکان پ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روز</w:t>
      </w:r>
      <w:r w:rsidRPr="00B35040">
        <w:rPr>
          <w:rFonts w:ascii="Tahoma" w:hAnsi="Tahoma" w:cs="Tahoma" w:hint="cs"/>
          <w:rtl/>
        </w:rPr>
        <w:t>ی‌</w:t>
      </w:r>
      <w:r w:rsidRPr="00B35040">
        <w:rPr>
          <w:rFonts w:ascii="Tahoma" w:hAnsi="Tahoma" w:cs="Tahoma" w:hint="eastAsia"/>
          <w:rtl/>
        </w:rPr>
        <w:t>ها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بعد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را ب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شتر</w:t>
      </w:r>
      <w:r w:rsidRPr="00B35040">
        <w:rPr>
          <w:rFonts w:ascii="Tahoma" w:hAnsi="Tahoma" w:cs="Tahoma"/>
          <w:rtl/>
        </w:rPr>
        <w:t xml:space="preserve"> کرد. هر موفق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ت،</w:t>
      </w:r>
      <w:r w:rsidRPr="00B35040">
        <w:rPr>
          <w:rFonts w:ascii="Tahoma" w:hAnsi="Tahoma" w:cs="Tahoma"/>
          <w:rtl/>
        </w:rPr>
        <w:t xml:space="preserve"> مر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دان</w:t>
      </w:r>
      <w:r w:rsidRPr="00B35040">
        <w:rPr>
          <w:rFonts w:ascii="Tahoma" w:hAnsi="Tahoma" w:cs="Tahoma"/>
          <w:rtl/>
        </w:rPr>
        <w:t xml:space="preserve"> تازه‌ا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به او م</w:t>
      </w:r>
      <w:r w:rsidRPr="00B35040">
        <w:rPr>
          <w:rFonts w:ascii="Tahoma" w:hAnsi="Tahoma" w:cs="Tahoma" w:hint="cs"/>
          <w:rtl/>
        </w:rPr>
        <w:t>ی‌</w:t>
      </w:r>
      <w:r w:rsidRPr="00B35040">
        <w:rPr>
          <w:rFonts w:ascii="Tahoma" w:hAnsi="Tahoma" w:cs="Tahoma" w:hint="eastAsia"/>
          <w:rtl/>
        </w:rPr>
        <w:t>پ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وست</w:t>
      </w:r>
      <w:r w:rsidRPr="00B35040">
        <w:rPr>
          <w:rFonts w:ascii="Tahoma" w:hAnsi="Tahoma" w:cs="Tahoma"/>
          <w:rtl/>
        </w:rPr>
        <w:t xml:space="preserve"> و هر گروه تازه، امکان تصرف سرزم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ن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د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گر</w:t>
      </w:r>
      <w:r w:rsidRPr="00B35040">
        <w:rPr>
          <w:rFonts w:ascii="Tahoma" w:hAnsi="Tahoma" w:cs="Tahoma"/>
          <w:rtl/>
        </w:rPr>
        <w:t xml:space="preserve"> را فراهم م</w:t>
      </w:r>
      <w:r w:rsidRPr="00B35040">
        <w:rPr>
          <w:rFonts w:ascii="Tahoma" w:hAnsi="Tahoma" w:cs="Tahoma" w:hint="cs"/>
          <w:rtl/>
        </w:rPr>
        <w:t>ی‌</w:t>
      </w:r>
      <w:r w:rsidRPr="00B35040">
        <w:rPr>
          <w:rFonts w:ascii="Tahoma" w:hAnsi="Tahoma" w:cs="Tahoma" w:hint="eastAsia"/>
          <w:rtl/>
        </w:rPr>
        <w:t>آورد</w:t>
      </w:r>
      <w:r w:rsidRPr="00B35040">
        <w:rPr>
          <w:rFonts w:ascii="Tahoma" w:hAnsi="Tahoma" w:cs="Tahoma"/>
          <w:rtl/>
        </w:rPr>
        <w:t>.</w:t>
      </w:r>
    </w:p>
    <w:p w:rsidR="00B35040" w:rsidRPr="00B35040" w:rsidRDefault="00B35040" w:rsidP="00B3504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35040">
        <w:rPr>
          <w:rFonts w:ascii="Tahoma" w:hAnsi="Tahoma" w:cs="Tahoma" w:hint="eastAsia"/>
          <w:rtl/>
        </w:rPr>
        <w:t>شهر</w:t>
      </w:r>
      <w:r w:rsidRPr="00B35040">
        <w:rPr>
          <w:rFonts w:ascii="Tahoma" w:hAnsi="Tahoma" w:cs="Tahoma"/>
          <w:rtl/>
        </w:rPr>
        <w:t xml:space="preserve"> باکو ن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ز</w:t>
      </w:r>
      <w:r w:rsidRPr="00B35040">
        <w:rPr>
          <w:rFonts w:ascii="Tahoma" w:hAnsi="Tahoma" w:cs="Tahoma"/>
          <w:rtl/>
        </w:rPr>
        <w:t xml:space="preserve"> پس از مقاومت به دست ن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روها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صفو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افتاد. جنگ در شروان و تصرف شهرها نشان داد که قزلباشان فقط برا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حرکت مذهب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و خون‌خواه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گرد ن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امده‌اند؛</w:t>
      </w:r>
      <w:r w:rsidRPr="00B35040">
        <w:rPr>
          <w:rFonts w:ascii="Tahoma" w:hAnsi="Tahoma" w:cs="Tahoma"/>
          <w:rtl/>
        </w:rPr>
        <w:t xml:space="preserve"> آنان م</w:t>
      </w:r>
      <w:r w:rsidRPr="00B35040">
        <w:rPr>
          <w:rFonts w:ascii="Tahoma" w:hAnsi="Tahoma" w:cs="Tahoma" w:hint="cs"/>
          <w:rtl/>
        </w:rPr>
        <w:t>ی‌</w:t>
      </w:r>
      <w:r w:rsidRPr="00B35040">
        <w:rPr>
          <w:rFonts w:ascii="Tahoma" w:hAnsi="Tahoma" w:cs="Tahoma" w:hint="eastAsia"/>
          <w:rtl/>
        </w:rPr>
        <w:t>توانند</w:t>
      </w:r>
      <w:r w:rsidRPr="00B35040">
        <w:rPr>
          <w:rFonts w:ascii="Tahoma" w:hAnsi="Tahoma" w:cs="Tahoma"/>
          <w:rtl/>
        </w:rPr>
        <w:t xml:space="preserve"> سرزم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ن</w:t>
      </w:r>
      <w:r w:rsidRPr="00B35040">
        <w:rPr>
          <w:rFonts w:ascii="Tahoma" w:hAnsi="Tahoma" w:cs="Tahoma"/>
          <w:rtl/>
        </w:rPr>
        <w:t xml:space="preserve"> فتح کنند. اما هم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ن‌جا</w:t>
      </w:r>
      <w:r w:rsidRPr="00B35040">
        <w:rPr>
          <w:rFonts w:ascii="Tahoma" w:hAnsi="Tahoma" w:cs="Tahoma"/>
          <w:rtl/>
        </w:rPr>
        <w:t xml:space="preserve"> تفاوت م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ان</w:t>
      </w:r>
      <w:r w:rsidRPr="00B35040">
        <w:rPr>
          <w:rFonts w:ascii="Tahoma" w:hAnsi="Tahoma" w:cs="Tahoma"/>
          <w:rtl/>
        </w:rPr>
        <w:t xml:space="preserve"> فتح و کشوردار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آشکار م</w:t>
      </w:r>
      <w:r w:rsidRPr="00B35040">
        <w:rPr>
          <w:rFonts w:ascii="Tahoma" w:hAnsi="Tahoma" w:cs="Tahoma" w:hint="cs"/>
          <w:rtl/>
        </w:rPr>
        <w:t>ی‌</w:t>
      </w:r>
      <w:r w:rsidRPr="00B35040">
        <w:rPr>
          <w:rFonts w:ascii="Tahoma" w:hAnsi="Tahoma" w:cs="Tahoma" w:hint="eastAsia"/>
          <w:rtl/>
        </w:rPr>
        <w:t>شد</w:t>
      </w:r>
      <w:r w:rsidRPr="00B35040">
        <w:rPr>
          <w:rFonts w:ascii="Tahoma" w:hAnsi="Tahoma" w:cs="Tahoma"/>
          <w:rtl/>
        </w:rPr>
        <w:t>. شکست دادن شروانشاه با ن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رو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قزلباش ممکن بود، ول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ادارهٔ شهرها، حفظ درآمد، تأم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ن</w:t>
      </w:r>
      <w:r w:rsidRPr="00B35040">
        <w:rPr>
          <w:rFonts w:ascii="Tahoma" w:hAnsi="Tahoma" w:cs="Tahoma"/>
          <w:rtl/>
        </w:rPr>
        <w:t xml:space="preserve"> امن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ت</w:t>
      </w:r>
      <w:r w:rsidRPr="00B35040">
        <w:rPr>
          <w:rFonts w:ascii="Tahoma" w:hAnsi="Tahoma" w:cs="Tahoma"/>
          <w:rtl/>
        </w:rPr>
        <w:t xml:space="preserve"> و جلوگ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ر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از پراکندگ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بدون استفاده از کارگزاران و دستگاه‌ها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موجود امکان نداشت.</w:t>
      </w:r>
    </w:p>
    <w:p w:rsidR="00B35040" w:rsidRPr="00B35040" w:rsidRDefault="00B35040" w:rsidP="00B3504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35040">
        <w:rPr>
          <w:rFonts w:ascii="Tahoma" w:hAnsi="Tahoma" w:cs="Tahoma" w:hint="eastAsia"/>
          <w:rtl/>
        </w:rPr>
        <w:t>اسماع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ل</w:t>
      </w:r>
      <w:r w:rsidRPr="00B35040">
        <w:rPr>
          <w:rFonts w:ascii="Tahoma" w:hAnsi="Tahoma" w:cs="Tahoma"/>
          <w:rtl/>
        </w:rPr>
        <w:t xml:space="preserve"> هنوز فرصت ن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افته</w:t>
      </w:r>
      <w:r w:rsidRPr="00B35040">
        <w:rPr>
          <w:rFonts w:ascii="Tahoma" w:hAnsi="Tahoma" w:cs="Tahoma"/>
          <w:rtl/>
        </w:rPr>
        <w:t xml:space="preserve"> بود 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ن</w:t>
      </w:r>
      <w:r w:rsidRPr="00B35040">
        <w:rPr>
          <w:rFonts w:ascii="Tahoma" w:hAnsi="Tahoma" w:cs="Tahoma"/>
          <w:rtl/>
        </w:rPr>
        <w:t xml:space="preserve"> مشکل را به‌طور کامل تجربه کند. پ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ش</w:t>
      </w:r>
      <w:r w:rsidRPr="00B35040">
        <w:rPr>
          <w:rFonts w:ascii="Tahoma" w:hAnsi="Tahoma" w:cs="Tahoma"/>
          <w:rtl/>
        </w:rPr>
        <w:t xml:space="preserve"> از آنکه حکومت خود را در شروان استوار سازد، با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د</w:t>
      </w:r>
      <w:r w:rsidRPr="00B35040">
        <w:rPr>
          <w:rFonts w:ascii="Tahoma" w:hAnsi="Tahoma" w:cs="Tahoma"/>
          <w:rtl/>
        </w:rPr>
        <w:t xml:space="preserve"> با مدع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ان</w:t>
      </w:r>
      <w:r w:rsidRPr="00B35040">
        <w:rPr>
          <w:rFonts w:ascii="Tahoma" w:hAnsi="Tahoma" w:cs="Tahoma"/>
          <w:rtl/>
        </w:rPr>
        <w:t xml:space="preserve"> آق‌قو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ونلو</w:t>
      </w:r>
      <w:r w:rsidRPr="00B35040">
        <w:rPr>
          <w:rFonts w:ascii="Tahoma" w:hAnsi="Tahoma" w:cs="Tahoma"/>
          <w:rtl/>
        </w:rPr>
        <w:t xml:space="preserve"> روبه‌رو م</w:t>
      </w:r>
      <w:r w:rsidRPr="00B35040">
        <w:rPr>
          <w:rFonts w:ascii="Tahoma" w:hAnsi="Tahoma" w:cs="Tahoma" w:hint="cs"/>
          <w:rtl/>
        </w:rPr>
        <w:t>ی‌</w:t>
      </w:r>
      <w:r w:rsidRPr="00B35040">
        <w:rPr>
          <w:rFonts w:ascii="Tahoma" w:hAnsi="Tahoma" w:cs="Tahoma" w:hint="eastAsia"/>
          <w:rtl/>
        </w:rPr>
        <w:t>شد</w:t>
      </w:r>
      <w:r w:rsidRPr="00B35040">
        <w:rPr>
          <w:rFonts w:ascii="Tahoma" w:hAnsi="Tahoma" w:cs="Tahoma"/>
          <w:rtl/>
        </w:rPr>
        <w:t>. آنان اکنون در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افته</w:t>
      </w:r>
      <w:r w:rsidRPr="00B35040">
        <w:rPr>
          <w:rFonts w:ascii="Tahoma" w:hAnsi="Tahoma" w:cs="Tahoma"/>
          <w:rtl/>
        </w:rPr>
        <w:t xml:space="preserve"> بودند که بازماندهٔ خاندان صفو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از 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ک</w:t>
      </w:r>
      <w:r w:rsidRPr="00B35040">
        <w:rPr>
          <w:rFonts w:ascii="Tahoma" w:hAnsi="Tahoma" w:cs="Tahoma"/>
          <w:rtl/>
        </w:rPr>
        <w:t xml:space="preserve"> خطر مذهب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و محل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به مدع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مستق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م</w:t>
      </w:r>
      <w:r w:rsidRPr="00B35040">
        <w:rPr>
          <w:rFonts w:ascii="Tahoma" w:hAnsi="Tahoma" w:cs="Tahoma"/>
          <w:rtl/>
        </w:rPr>
        <w:t xml:space="preserve"> حکومت تبد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ل</w:t>
      </w:r>
      <w:r w:rsidRPr="00B35040">
        <w:rPr>
          <w:rFonts w:ascii="Tahoma" w:hAnsi="Tahoma" w:cs="Tahoma"/>
          <w:rtl/>
        </w:rPr>
        <w:t xml:space="preserve"> شده </w:t>
      </w:r>
      <w:r w:rsidRPr="00B35040">
        <w:rPr>
          <w:rFonts w:ascii="Tahoma" w:hAnsi="Tahoma" w:cs="Tahoma" w:hint="eastAsia"/>
          <w:rtl/>
        </w:rPr>
        <w:t>است</w:t>
      </w:r>
      <w:r w:rsidRPr="00B35040">
        <w:rPr>
          <w:rFonts w:ascii="Tahoma" w:hAnsi="Tahoma" w:cs="Tahoma"/>
          <w:rtl/>
        </w:rPr>
        <w:t>. اگر اسماع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ل</w:t>
      </w:r>
      <w:r w:rsidRPr="00B35040">
        <w:rPr>
          <w:rFonts w:ascii="Tahoma" w:hAnsi="Tahoma" w:cs="Tahoma"/>
          <w:rtl/>
        </w:rPr>
        <w:t xml:space="preserve"> م</w:t>
      </w:r>
      <w:r w:rsidRPr="00B35040">
        <w:rPr>
          <w:rFonts w:ascii="Tahoma" w:hAnsi="Tahoma" w:cs="Tahoma" w:hint="cs"/>
          <w:rtl/>
        </w:rPr>
        <w:t>ی‌</w:t>
      </w:r>
      <w:r w:rsidRPr="00B35040">
        <w:rPr>
          <w:rFonts w:ascii="Tahoma" w:hAnsi="Tahoma" w:cs="Tahoma" w:hint="eastAsia"/>
          <w:rtl/>
        </w:rPr>
        <w:t>توانست</w:t>
      </w:r>
      <w:r w:rsidRPr="00B35040">
        <w:rPr>
          <w:rFonts w:ascii="Tahoma" w:hAnsi="Tahoma" w:cs="Tahoma"/>
          <w:rtl/>
        </w:rPr>
        <w:t xml:space="preserve"> آذربا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جان</w:t>
      </w:r>
      <w:r w:rsidRPr="00B35040">
        <w:rPr>
          <w:rFonts w:ascii="Tahoma" w:hAnsi="Tahoma" w:cs="Tahoma"/>
          <w:rtl/>
        </w:rPr>
        <w:t xml:space="preserve"> و تبر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ز</w:t>
      </w:r>
      <w:r w:rsidRPr="00B35040">
        <w:rPr>
          <w:rFonts w:ascii="Tahoma" w:hAnsi="Tahoma" w:cs="Tahoma"/>
          <w:rtl/>
        </w:rPr>
        <w:t xml:space="preserve"> را تصرف کند، د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گر</w:t>
      </w:r>
      <w:r w:rsidRPr="00B35040">
        <w:rPr>
          <w:rFonts w:ascii="Tahoma" w:hAnsi="Tahoma" w:cs="Tahoma"/>
          <w:rtl/>
        </w:rPr>
        <w:t xml:space="preserve"> بازگرداندن او به خانقاه ممکن نبود.</w:t>
      </w:r>
    </w:p>
    <w:p w:rsidR="00B35040" w:rsidRPr="00B35040" w:rsidRDefault="00B35040" w:rsidP="00B3504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35040">
        <w:rPr>
          <w:rFonts w:ascii="Tahoma" w:hAnsi="Tahoma" w:cs="Tahoma" w:hint="eastAsia"/>
          <w:rtl/>
        </w:rPr>
        <w:t>در</w:t>
      </w:r>
      <w:r w:rsidRPr="00B35040">
        <w:rPr>
          <w:rFonts w:ascii="Tahoma" w:hAnsi="Tahoma" w:cs="Tahoma"/>
          <w:rtl/>
        </w:rPr>
        <w:t xml:space="preserve"> آن هنگام، قلمرو آق‌قو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ونلو</w:t>
      </w:r>
      <w:r w:rsidRPr="00B35040">
        <w:rPr>
          <w:rFonts w:ascii="Tahoma" w:hAnsi="Tahoma" w:cs="Tahoma"/>
          <w:rtl/>
        </w:rPr>
        <w:t xml:space="preserve"> م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ان</w:t>
      </w:r>
      <w:r w:rsidRPr="00B35040">
        <w:rPr>
          <w:rFonts w:ascii="Tahoma" w:hAnsi="Tahoma" w:cs="Tahoma"/>
          <w:rtl/>
        </w:rPr>
        <w:t xml:space="preserve"> مدع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ان</w:t>
      </w:r>
      <w:r w:rsidRPr="00B35040">
        <w:rPr>
          <w:rFonts w:ascii="Tahoma" w:hAnsi="Tahoma" w:cs="Tahoma"/>
          <w:rtl/>
        </w:rPr>
        <w:t xml:space="preserve"> تقس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م</w:t>
      </w:r>
      <w:r w:rsidRPr="00B35040">
        <w:rPr>
          <w:rFonts w:ascii="Tahoma" w:hAnsi="Tahoma" w:cs="Tahoma"/>
          <w:rtl/>
        </w:rPr>
        <w:t xml:space="preserve"> شده بود. الوند م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رزا</w:t>
      </w:r>
      <w:r w:rsidRPr="00B35040">
        <w:rPr>
          <w:rFonts w:ascii="Tahoma" w:hAnsi="Tahoma" w:cs="Tahoma"/>
          <w:rtl/>
        </w:rPr>
        <w:t xml:space="preserve"> بر آذربا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جان</w:t>
      </w:r>
      <w:r w:rsidRPr="00B35040">
        <w:rPr>
          <w:rFonts w:ascii="Tahoma" w:hAnsi="Tahoma" w:cs="Tahoma"/>
          <w:rtl/>
        </w:rPr>
        <w:t xml:space="preserve"> و بخش‌ها</w:t>
      </w:r>
      <w:r w:rsidRPr="00B35040">
        <w:rPr>
          <w:rFonts w:ascii="Tahoma" w:hAnsi="Tahoma" w:cs="Tahoma" w:hint="cs"/>
          <w:rtl/>
        </w:rPr>
        <w:t>یی</w:t>
      </w:r>
      <w:r w:rsidRPr="00B35040">
        <w:rPr>
          <w:rFonts w:ascii="Tahoma" w:hAnsi="Tahoma" w:cs="Tahoma"/>
          <w:rtl/>
        </w:rPr>
        <w:t xml:space="preserve"> از غرب 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ران</w:t>
      </w:r>
      <w:r w:rsidRPr="00B35040">
        <w:rPr>
          <w:rFonts w:ascii="Tahoma" w:hAnsi="Tahoma" w:cs="Tahoma"/>
          <w:rtl/>
        </w:rPr>
        <w:t xml:space="preserve"> فرمان م</w:t>
      </w:r>
      <w:r w:rsidRPr="00B35040">
        <w:rPr>
          <w:rFonts w:ascii="Tahoma" w:hAnsi="Tahoma" w:cs="Tahoma" w:hint="cs"/>
          <w:rtl/>
        </w:rPr>
        <w:t>ی‌</w:t>
      </w:r>
      <w:r w:rsidRPr="00B35040">
        <w:rPr>
          <w:rFonts w:ascii="Tahoma" w:hAnsi="Tahoma" w:cs="Tahoma" w:hint="eastAsia"/>
          <w:rtl/>
        </w:rPr>
        <w:t>راند</w:t>
      </w:r>
      <w:r w:rsidRPr="00B35040">
        <w:rPr>
          <w:rFonts w:ascii="Tahoma" w:hAnsi="Tahoma" w:cs="Tahoma"/>
          <w:rtl/>
        </w:rPr>
        <w:t xml:space="preserve"> و مراد م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رزا</w:t>
      </w:r>
      <w:r w:rsidRPr="00B35040">
        <w:rPr>
          <w:rFonts w:ascii="Tahoma" w:hAnsi="Tahoma" w:cs="Tahoma"/>
          <w:rtl/>
        </w:rPr>
        <w:t xml:space="preserve"> بخش‌ها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د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گر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را در اخت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ار</w:t>
      </w:r>
      <w:r w:rsidRPr="00B35040">
        <w:rPr>
          <w:rFonts w:ascii="Tahoma" w:hAnsi="Tahoma" w:cs="Tahoma"/>
          <w:rtl/>
        </w:rPr>
        <w:t xml:space="preserve"> داشت. جنگ‌ها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خانوادگ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قدرت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را که زمان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اوزون حسن ساخته بود فرسوده کرده بود. هر مدع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بخش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از قش</w:t>
      </w:r>
      <w:r w:rsidRPr="00B35040">
        <w:rPr>
          <w:rFonts w:ascii="Tahoma" w:hAnsi="Tahoma" w:cs="Tahoma" w:hint="eastAsia"/>
          <w:rtl/>
        </w:rPr>
        <w:t>ون</w:t>
      </w:r>
      <w:r w:rsidRPr="00B35040">
        <w:rPr>
          <w:rFonts w:ascii="Tahoma" w:hAnsi="Tahoma" w:cs="Tahoma"/>
          <w:rtl/>
        </w:rPr>
        <w:t xml:space="preserve"> و گروه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از سران قبا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ل</w:t>
      </w:r>
      <w:r w:rsidRPr="00B35040">
        <w:rPr>
          <w:rFonts w:ascii="Tahoma" w:hAnsi="Tahoma" w:cs="Tahoma"/>
          <w:rtl/>
        </w:rPr>
        <w:t xml:space="preserve"> را در اخت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ار</w:t>
      </w:r>
      <w:r w:rsidRPr="00B35040">
        <w:rPr>
          <w:rFonts w:ascii="Tahoma" w:hAnsi="Tahoma" w:cs="Tahoma"/>
          <w:rtl/>
        </w:rPr>
        <w:t xml:space="preserve"> داشت، اما ه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چ‌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ک</w:t>
      </w:r>
      <w:r w:rsidRPr="00B35040">
        <w:rPr>
          <w:rFonts w:ascii="Tahoma" w:hAnsi="Tahoma" w:cs="Tahoma"/>
          <w:rtl/>
        </w:rPr>
        <w:t xml:space="preserve"> نم</w:t>
      </w:r>
      <w:r w:rsidRPr="00B35040">
        <w:rPr>
          <w:rFonts w:ascii="Tahoma" w:hAnsi="Tahoma" w:cs="Tahoma" w:hint="cs"/>
          <w:rtl/>
        </w:rPr>
        <w:t>ی‌</w:t>
      </w:r>
      <w:r w:rsidRPr="00B35040">
        <w:rPr>
          <w:rFonts w:ascii="Tahoma" w:hAnsi="Tahoma" w:cs="Tahoma" w:hint="eastAsia"/>
          <w:rtl/>
        </w:rPr>
        <w:t>توانست</w:t>
      </w:r>
      <w:r w:rsidRPr="00B35040">
        <w:rPr>
          <w:rFonts w:ascii="Tahoma" w:hAnsi="Tahoma" w:cs="Tahoma"/>
          <w:rtl/>
        </w:rPr>
        <w:t xml:space="preserve"> وفادار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همگان را به صورت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پا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دار</w:t>
      </w:r>
      <w:r w:rsidRPr="00B35040">
        <w:rPr>
          <w:rFonts w:ascii="Tahoma" w:hAnsi="Tahoma" w:cs="Tahoma"/>
          <w:rtl/>
        </w:rPr>
        <w:t xml:space="preserve"> جلب کند.</w:t>
      </w:r>
    </w:p>
    <w:p w:rsidR="00B35040" w:rsidRPr="00B35040" w:rsidRDefault="00B35040" w:rsidP="00B3504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35040">
        <w:rPr>
          <w:rFonts w:ascii="Tahoma" w:hAnsi="Tahoma" w:cs="Tahoma" w:hint="eastAsia"/>
          <w:rtl/>
        </w:rPr>
        <w:t>اسماع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ل</w:t>
      </w:r>
      <w:r w:rsidRPr="00B35040">
        <w:rPr>
          <w:rFonts w:ascii="Tahoma" w:hAnsi="Tahoma" w:cs="Tahoma"/>
          <w:rtl/>
        </w:rPr>
        <w:t xml:space="preserve"> به سو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آذربا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جان</w:t>
      </w:r>
      <w:r w:rsidRPr="00B35040">
        <w:rPr>
          <w:rFonts w:ascii="Tahoma" w:hAnsi="Tahoma" w:cs="Tahoma"/>
          <w:rtl/>
        </w:rPr>
        <w:t xml:space="preserve"> حرکت کرد و در سال </w:t>
      </w:r>
      <w:r w:rsidRPr="00B35040">
        <w:rPr>
          <w:rFonts w:ascii="Tahoma" w:hAnsi="Tahoma" w:cs="Tahoma"/>
          <w:rtl/>
          <w:lang w:bidi="fa-IR"/>
        </w:rPr>
        <w:t>۱۵۰۱</w:t>
      </w:r>
      <w:r w:rsidRPr="00B35040">
        <w:rPr>
          <w:rFonts w:ascii="Tahoma" w:hAnsi="Tahoma" w:cs="Tahoma"/>
          <w:rtl/>
        </w:rPr>
        <w:t xml:space="preserve"> م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لاد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در نزد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ک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شَرور با سپاه الوند م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رزا</w:t>
      </w:r>
      <w:r w:rsidRPr="00B35040">
        <w:rPr>
          <w:rFonts w:ascii="Tahoma" w:hAnsi="Tahoma" w:cs="Tahoma"/>
          <w:rtl/>
        </w:rPr>
        <w:t xml:space="preserve"> روبه‌رو شد. شمار ن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روها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الوند، بنا بر بس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ار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از گزارش‌ها، از سپاه قزلباش ب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شتر</w:t>
      </w:r>
      <w:r w:rsidRPr="00B35040">
        <w:rPr>
          <w:rFonts w:ascii="Tahoma" w:hAnsi="Tahoma" w:cs="Tahoma"/>
          <w:rtl/>
        </w:rPr>
        <w:t xml:space="preserve"> بود. اما شمار سپاه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ان</w:t>
      </w:r>
      <w:r w:rsidRPr="00B35040">
        <w:rPr>
          <w:rFonts w:ascii="Tahoma" w:hAnsi="Tahoma" w:cs="Tahoma"/>
          <w:rtl/>
        </w:rPr>
        <w:t xml:space="preserve"> تنها عامل تع</w:t>
      </w:r>
      <w:r w:rsidRPr="00B35040">
        <w:rPr>
          <w:rFonts w:ascii="Tahoma" w:hAnsi="Tahoma" w:cs="Tahoma" w:hint="cs"/>
          <w:rtl/>
        </w:rPr>
        <w:t>یی</w:t>
      </w:r>
      <w:r w:rsidRPr="00B35040">
        <w:rPr>
          <w:rFonts w:ascii="Tahoma" w:hAnsi="Tahoma" w:cs="Tahoma" w:hint="eastAsia"/>
          <w:rtl/>
        </w:rPr>
        <w:t>ن‌کننده</w:t>
      </w:r>
      <w:r w:rsidRPr="00B35040">
        <w:rPr>
          <w:rFonts w:ascii="Tahoma" w:hAnsi="Tahoma" w:cs="Tahoma"/>
          <w:rtl/>
        </w:rPr>
        <w:t xml:space="preserve"> نبود. سپاه آق‌قو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ونلو</w:t>
      </w:r>
      <w:r w:rsidRPr="00B35040">
        <w:rPr>
          <w:rFonts w:ascii="Tahoma" w:hAnsi="Tahoma" w:cs="Tahoma"/>
          <w:rtl/>
        </w:rPr>
        <w:t xml:space="preserve"> از ن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روها</w:t>
      </w:r>
      <w:r w:rsidRPr="00B35040">
        <w:rPr>
          <w:rFonts w:ascii="Tahoma" w:hAnsi="Tahoma" w:cs="Tahoma" w:hint="cs"/>
          <w:rtl/>
        </w:rPr>
        <w:t>یی</w:t>
      </w:r>
      <w:r w:rsidRPr="00B35040">
        <w:rPr>
          <w:rFonts w:ascii="Tahoma" w:hAnsi="Tahoma" w:cs="Tahoma"/>
          <w:rtl/>
        </w:rPr>
        <w:t xml:space="preserve"> تشک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ل</w:t>
      </w:r>
      <w:r w:rsidRPr="00B35040">
        <w:rPr>
          <w:rFonts w:ascii="Tahoma" w:hAnsi="Tahoma" w:cs="Tahoma"/>
          <w:rtl/>
        </w:rPr>
        <w:t xml:space="preserve"> ش</w:t>
      </w:r>
      <w:r w:rsidRPr="00B35040">
        <w:rPr>
          <w:rFonts w:ascii="Tahoma" w:hAnsi="Tahoma" w:cs="Tahoma" w:hint="eastAsia"/>
          <w:rtl/>
        </w:rPr>
        <w:t>ده</w:t>
      </w:r>
      <w:r w:rsidRPr="00B35040">
        <w:rPr>
          <w:rFonts w:ascii="Tahoma" w:hAnsi="Tahoma" w:cs="Tahoma"/>
          <w:rtl/>
        </w:rPr>
        <w:t xml:space="preserve"> بود که در سال‌ها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جنگ جانش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ن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بارها م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ان</w:t>
      </w:r>
      <w:r w:rsidRPr="00B35040">
        <w:rPr>
          <w:rFonts w:ascii="Tahoma" w:hAnsi="Tahoma" w:cs="Tahoma"/>
          <w:rtl/>
        </w:rPr>
        <w:t xml:space="preserve"> مدع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ان</w:t>
      </w:r>
      <w:r w:rsidRPr="00B35040">
        <w:rPr>
          <w:rFonts w:ascii="Tahoma" w:hAnsi="Tahoma" w:cs="Tahoma"/>
          <w:rtl/>
        </w:rPr>
        <w:t xml:space="preserve"> جابه‌جا شده بودند. قزلباشان، با وجود تفاوت‌ها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قب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له‌ا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،</w:t>
      </w:r>
      <w:r w:rsidRPr="00B35040">
        <w:rPr>
          <w:rFonts w:ascii="Tahoma" w:hAnsi="Tahoma" w:cs="Tahoma"/>
          <w:rtl/>
        </w:rPr>
        <w:t xml:space="preserve"> در آن لحظه هدف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واحد داشتند و اسماع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ل</w:t>
      </w:r>
      <w:r w:rsidRPr="00B35040">
        <w:rPr>
          <w:rFonts w:ascii="Tahoma" w:hAnsi="Tahoma" w:cs="Tahoma"/>
          <w:rtl/>
        </w:rPr>
        <w:t xml:space="preserve"> را هم مرشد و هم فرماندهٔ خود م</w:t>
      </w:r>
      <w:r w:rsidRPr="00B35040">
        <w:rPr>
          <w:rFonts w:ascii="Tahoma" w:hAnsi="Tahoma" w:cs="Tahoma" w:hint="cs"/>
          <w:rtl/>
        </w:rPr>
        <w:t>ی‌</w:t>
      </w:r>
      <w:r w:rsidRPr="00B35040">
        <w:rPr>
          <w:rFonts w:ascii="Tahoma" w:hAnsi="Tahoma" w:cs="Tahoma" w:hint="eastAsia"/>
          <w:rtl/>
        </w:rPr>
        <w:t>دانستند</w:t>
      </w:r>
      <w:r w:rsidRPr="00B35040">
        <w:rPr>
          <w:rFonts w:ascii="Tahoma" w:hAnsi="Tahoma" w:cs="Tahoma"/>
          <w:rtl/>
        </w:rPr>
        <w:t>.</w:t>
      </w:r>
    </w:p>
    <w:p w:rsidR="00B35040" w:rsidRPr="00B35040" w:rsidRDefault="00B35040" w:rsidP="00B3504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35040">
        <w:rPr>
          <w:rFonts w:ascii="Tahoma" w:hAnsi="Tahoma" w:cs="Tahoma" w:hint="eastAsia"/>
          <w:rtl/>
        </w:rPr>
        <w:t>پ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روز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قزلباشان در شَرور راه تبر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ز</w:t>
      </w:r>
      <w:r w:rsidRPr="00B35040">
        <w:rPr>
          <w:rFonts w:ascii="Tahoma" w:hAnsi="Tahoma" w:cs="Tahoma"/>
          <w:rtl/>
        </w:rPr>
        <w:t xml:space="preserve"> را گشود. الوند م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رزا</w:t>
      </w:r>
      <w:r w:rsidRPr="00B35040">
        <w:rPr>
          <w:rFonts w:ascii="Tahoma" w:hAnsi="Tahoma" w:cs="Tahoma"/>
          <w:rtl/>
        </w:rPr>
        <w:t xml:space="preserve"> عقب نشست و اسماع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ل</w:t>
      </w:r>
      <w:r w:rsidRPr="00B35040">
        <w:rPr>
          <w:rFonts w:ascii="Tahoma" w:hAnsi="Tahoma" w:cs="Tahoma"/>
          <w:rtl/>
        </w:rPr>
        <w:t xml:space="preserve"> وارد مهم‌تر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ن</w:t>
      </w:r>
      <w:r w:rsidRPr="00B35040">
        <w:rPr>
          <w:rFonts w:ascii="Tahoma" w:hAnsi="Tahoma" w:cs="Tahoma"/>
          <w:rtl/>
        </w:rPr>
        <w:t xml:space="preserve"> شهر آذربا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جان</w:t>
      </w:r>
      <w:r w:rsidRPr="00B35040">
        <w:rPr>
          <w:rFonts w:ascii="Tahoma" w:hAnsi="Tahoma" w:cs="Tahoma"/>
          <w:rtl/>
        </w:rPr>
        <w:t xml:space="preserve"> شد. تبر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ز</w:t>
      </w:r>
      <w:r w:rsidRPr="00B35040">
        <w:rPr>
          <w:rFonts w:ascii="Tahoma" w:hAnsi="Tahoma" w:cs="Tahoma"/>
          <w:rtl/>
        </w:rPr>
        <w:t xml:space="preserve"> فقط شهر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بزرگ 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ا</w:t>
      </w:r>
      <w:r w:rsidRPr="00B35040">
        <w:rPr>
          <w:rFonts w:ascii="Tahoma" w:hAnsi="Tahoma" w:cs="Tahoma"/>
          <w:rtl/>
        </w:rPr>
        <w:t xml:space="preserve"> جا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گاه</w:t>
      </w:r>
      <w:r w:rsidRPr="00B35040">
        <w:rPr>
          <w:rFonts w:ascii="Tahoma" w:hAnsi="Tahoma" w:cs="Tahoma"/>
          <w:rtl/>
        </w:rPr>
        <w:t xml:space="preserve"> غن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مت</w:t>
      </w:r>
      <w:r w:rsidRPr="00B35040">
        <w:rPr>
          <w:rFonts w:ascii="Tahoma" w:hAnsi="Tahoma" w:cs="Tahoma"/>
          <w:rtl/>
        </w:rPr>
        <w:t xml:space="preserve"> نبود. 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ن</w:t>
      </w:r>
      <w:r w:rsidRPr="00B35040">
        <w:rPr>
          <w:rFonts w:ascii="Tahoma" w:hAnsi="Tahoma" w:cs="Tahoma"/>
          <w:rtl/>
        </w:rPr>
        <w:t xml:space="preserve"> شهر مرکز د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وان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و س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اس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حکومت‌ها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پ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ش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ن</w:t>
      </w:r>
      <w:r w:rsidRPr="00B35040">
        <w:rPr>
          <w:rFonts w:ascii="Tahoma" w:hAnsi="Tahoma" w:cs="Tahoma"/>
          <w:rtl/>
        </w:rPr>
        <w:t xml:space="preserve"> و برخوردار از شبکه‌ها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بازرگان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و ارتباط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گسترده بود. کس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که تب</w:t>
      </w:r>
      <w:r w:rsidRPr="00B35040">
        <w:rPr>
          <w:rFonts w:ascii="Tahoma" w:hAnsi="Tahoma" w:cs="Tahoma" w:hint="eastAsia"/>
          <w:rtl/>
        </w:rPr>
        <w:t>ر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ز</w:t>
      </w:r>
      <w:r w:rsidRPr="00B35040">
        <w:rPr>
          <w:rFonts w:ascii="Tahoma" w:hAnsi="Tahoma" w:cs="Tahoma"/>
          <w:rtl/>
        </w:rPr>
        <w:t xml:space="preserve"> را در اخت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ار</w:t>
      </w:r>
      <w:r w:rsidRPr="00B35040">
        <w:rPr>
          <w:rFonts w:ascii="Tahoma" w:hAnsi="Tahoma" w:cs="Tahoma"/>
          <w:rtl/>
        </w:rPr>
        <w:t xml:space="preserve"> م</w:t>
      </w:r>
      <w:r w:rsidRPr="00B35040">
        <w:rPr>
          <w:rFonts w:ascii="Tahoma" w:hAnsi="Tahoma" w:cs="Tahoma" w:hint="cs"/>
          <w:rtl/>
        </w:rPr>
        <w:t>ی‌</w:t>
      </w:r>
      <w:r w:rsidRPr="00B35040">
        <w:rPr>
          <w:rFonts w:ascii="Tahoma" w:hAnsi="Tahoma" w:cs="Tahoma" w:hint="eastAsia"/>
          <w:rtl/>
        </w:rPr>
        <w:t>گرفت،</w:t>
      </w:r>
      <w:r w:rsidRPr="00B35040">
        <w:rPr>
          <w:rFonts w:ascii="Tahoma" w:hAnsi="Tahoma" w:cs="Tahoma"/>
          <w:rtl/>
        </w:rPr>
        <w:t xml:space="preserve"> م</w:t>
      </w:r>
      <w:r w:rsidRPr="00B35040">
        <w:rPr>
          <w:rFonts w:ascii="Tahoma" w:hAnsi="Tahoma" w:cs="Tahoma" w:hint="cs"/>
          <w:rtl/>
        </w:rPr>
        <w:t>ی‌</w:t>
      </w:r>
      <w:r w:rsidRPr="00B35040">
        <w:rPr>
          <w:rFonts w:ascii="Tahoma" w:hAnsi="Tahoma" w:cs="Tahoma" w:hint="eastAsia"/>
          <w:rtl/>
        </w:rPr>
        <w:t>توانست</w:t>
      </w:r>
      <w:r w:rsidRPr="00B35040">
        <w:rPr>
          <w:rFonts w:ascii="Tahoma" w:hAnsi="Tahoma" w:cs="Tahoma"/>
          <w:rtl/>
        </w:rPr>
        <w:t xml:space="preserve"> خود را نه فقط فرماندهٔ قب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له‌ا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پ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روز،</w:t>
      </w:r>
      <w:r w:rsidRPr="00B35040">
        <w:rPr>
          <w:rFonts w:ascii="Tahoma" w:hAnsi="Tahoma" w:cs="Tahoma"/>
          <w:rtl/>
        </w:rPr>
        <w:t xml:space="preserve"> بلکه وارث حکومت‌ها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پ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ش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ن</w:t>
      </w:r>
      <w:r w:rsidRPr="00B35040">
        <w:rPr>
          <w:rFonts w:ascii="Tahoma" w:hAnsi="Tahoma" w:cs="Tahoma"/>
          <w:rtl/>
        </w:rPr>
        <w:t xml:space="preserve"> معرف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کند.</w:t>
      </w:r>
    </w:p>
    <w:p w:rsidR="00B35040" w:rsidRPr="00B35040" w:rsidRDefault="00B35040" w:rsidP="00B3504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35040">
        <w:rPr>
          <w:rFonts w:ascii="Tahoma" w:hAnsi="Tahoma" w:cs="Tahoma" w:hint="eastAsia"/>
          <w:rtl/>
        </w:rPr>
        <w:t>اسماع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ل</w:t>
      </w:r>
      <w:r w:rsidRPr="00B35040">
        <w:rPr>
          <w:rFonts w:ascii="Tahoma" w:hAnsi="Tahoma" w:cs="Tahoma"/>
          <w:rtl/>
        </w:rPr>
        <w:t xml:space="preserve"> در تبر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ز</w:t>
      </w:r>
      <w:r w:rsidRPr="00B35040">
        <w:rPr>
          <w:rFonts w:ascii="Tahoma" w:hAnsi="Tahoma" w:cs="Tahoma"/>
          <w:rtl/>
        </w:rPr>
        <w:t xml:space="preserve"> تاج بر سر گذاشت و خود را شاه 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ران</w:t>
      </w:r>
      <w:r w:rsidRPr="00B35040">
        <w:rPr>
          <w:rFonts w:ascii="Tahoma" w:hAnsi="Tahoma" w:cs="Tahoma"/>
          <w:rtl/>
        </w:rPr>
        <w:t xml:space="preserve"> خواند. 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ن</w:t>
      </w:r>
      <w:r w:rsidRPr="00B35040">
        <w:rPr>
          <w:rFonts w:ascii="Tahoma" w:hAnsi="Tahoma" w:cs="Tahoma"/>
          <w:rtl/>
        </w:rPr>
        <w:t xml:space="preserve"> لحظه نقطهٔ پا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ان</w:t>
      </w:r>
      <w:r w:rsidRPr="00B35040">
        <w:rPr>
          <w:rFonts w:ascii="Tahoma" w:hAnsi="Tahoma" w:cs="Tahoma"/>
          <w:rtl/>
        </w:rPr>
        <w:t xml:space="preserve"> طر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قت</w:t>
      </w:r>
      <w:r w:rsidRPr="00B35040">
        <w:rPr>
          <w:rFonts w:ascii="Tahoma" w:hAnsi="Tahoma" w:cs="Tahoma"/>
          <w:rtl/>
        </w:rPr>
        <w:t xml:space="preserve"> صفو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نبود؛ لحظهٔ دگرگون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آن بود. مرشد از مقام معنو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خود دست نکش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د</w:t>
      </w:r>
      <w:r w:rsidRPr="00B35040">
        <w:rPr>
          <w:rFonts w:ascii="Tahoma" w:hAnsi="Tahoma" w:cs="Tahoma"/>
          <w:rtl/>
        </w:rPr>
        <w:t xml:space="preserve"> تا شاه شود. او مقام مرشد و شاه را در 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ک</w:t>
      </w:r>
      <w:r w:rsidRPr="00B35040">
        <w:rPr>
          <w:rFonts w:ascii="Tahoma" w:hAnsi="Tahoma" w:cs="Tahoma"/>
          <w:rtl/>
        </w:rPr>
        <w:t xml:space="preserve"> تن گرد آورد. قزلباشان ن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ز</w:t>
      </w:r>
      <w:r w:rsidRPr="00B35040">
        <w:rPr>
          <w:rFonts w:ascii="Tahoma" w:hAnsi="Tahoma" w:cs="Tahoma"/>
          <w:rtl/>
        </w:rPr>
        <w:t xml:space="preserve"> فقط سربازان شاه نبودند؛ همچنان مر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دان</w:t>
      </w:r>
      <w:r w:rsidRPr="00B35040">
        <w:rPr>
          <w:rFonts w:ascii="Tahoma" w:hAnsi="Tahoma" w:cs="Tahoma"/>
          <w:rtl/>
        </w:rPr>
        <w:t xml:space="preserve"> </w:t>
      </w:r>
      <w:r w:rsidRPr="00B35040">
        <w:rPr>
          <w:rFonts w:ascii="Tahoma" w:hAnsi="Tahoma" w:cs="Tahoma" w:hint="eastAsia"/>
          <w:rtl/>
        </w:rPr>
        <w:t>او</w:t>
      </w:r>
      <w:r w:rsidRPr="00B35040">
        <w:rPr>
          <w:rFonts w:ascii="Tahoma" w:hAnsi="Tahoma" w:cs="Tahoma"/>
          <w:rtl/>
        </w:rPr>
        <w:t xml:space="preserve"> باق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ماندند. بد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ن‌سان،</w:t>
      </w:r>
      <w:r w:rsidRPr="00B35040">
        <w:rPr>
          <w:rFonts w:ascii="Tahoma" w:hAnsi="Tahoma" w:cs="Tahoma"/>
          <w:rtl/>
        </w:rPr>
        <w:t xml:space="preserve"> تاج صفو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بر پا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ه‌ا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استوار شد که پادشاه</w:t>
      </w:r>
      <w:r w:rsidRPr="00B35040">
        <w:rPr>
          <w:rFonts w:ascii="Tahoma" w:hAnsi="Tahoma" w:cs="Tahoma" w:hint="cs"/>
          <w:rtl/>
        </w:rPr>
        <w:t>ی‌</w:t>
      </w:r>
      <w:r w:rsidRPr="00B35040">
        <w:rPr>
          <w:rFonts w:ascii="Tahoma" w:hAnsi="Tahoma" w:cs="Tahoma" w:hint="eastAsia"/>
          <w:rtl/>
        </w:rPr>
        <w:t>ها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پ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ش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ن</w:t>
      </w:r>
      <w:r w:rsidRPr="00B35040">
        <w:rPr>
          <w:rFonts w:ascii="Tahoma" w:hAnsi="Tahoma" w:cs="Tahoma"/>
          <w:rtl/>
        </w:rPr>
        <w:t xml:space="preserve"> 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ران</w:t>
      </w:r>
      <w:r w:rsidRPr="00B35040">
        <w:rPr>
          <w:rFonts w:ascii="Tahoma" w:hAnsi="Tahoma" w:cs="Tahoma"/>
          <w:rtl/>
        </w:rPr>
        <w:t xml:space="preserve"> از آن برخوردار نبودند: فرمان س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اس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شاه برا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ن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رو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اصل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قشون، فرمان مذهب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مرشد ن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ز</w:t>
      </w:r>
      <w:r w:rsidRPr="00B35040">
        <w:rPr>
          <w:rFonts w:ascii="Tahoma" w:hAnsi="Tahoma" w:cs="Tahoma"/>
          <w:rtl/>
        </w:rPr>
        <w:t xml:space="preserve"> محسوب م</w:t>
      </w:r>
      <w:r w:rsidRPr="00B35040">
        <w:rPr>
          <w:rFonts w:ascii="Tahoma" w:hAnsi="Tahoma" w:cs="Tahoma" w:hint="cs"/>
          <w:rtl/>
        </w:rPr>
        <w:t>ی‌</w:t>
      </w:r>
      <w:r w:rsidRPr="00B35040">
        <w:rPr>
          <w:rFonts w:ascii="Tahoma" w:hAnsi="Tahoma" w:cs="Tahoma" w:hint="eastAsia"/>
          <w:rtl/>
        </w:rPr>
        <w:t>شد</w:t>
      </w:r>
      <w:r w:rsidRPr="00B35040">
        <w:rPr>
          <w:rFonts w:ascii="Tahoma" w:hAnsi="Tahoma" w:cs="Tahoma"/>
          <w:rtl/>
        </w:rPr>
        <w:t>.</w:t>
      </w:r>
    </w:p>
    <w:p w:rsidR="00B35040" w:rsidRPr="00B35040" w:rsidRDefault="00B35040" w:rsidP="00B3504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35040">
        <w:rPr>
          <w:rFonts w:ascii="Tahoma" w:hAnsi="Tahoma" w:cs="Tahoma" w:hint="eastAsia"/>
          <w:rtl/>
        </w:rPr>
        <w:t>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ن</w:t>
      </w:r>
      <w:r w:rsidRPr="00B35040">
        <w:rPr>
          <w:rFonts w:ascii="Tahoma" w:hAnsi="Tahoma" w:cs="Tahoma"/>
          <w:rtl/>
        </w:rPr>
        <w:t xml:space="preserve"> درهم‌آم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ختگ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به اسماع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ل</w:t>
      </w:r>
      <w:r w:rsidRPr="00B35040">
        <w:rPr>
          <w:rFonts w:ascii="Tahoma" w:hAnsi="Tahoma" w:cs="Tahoma"/>
          <w:rtl/>
        </w:rPr>
        <w:t xml:space="preserve"> قدرت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فوق‌العاده م</w:t>
      </w:r>
      <w:r w:rsidRPr="00B35040">
        <w:rPr>
          <w:rFonts w:ascii="Tahoma" w:hAnsi="Tahoma" w:cs="Tahoma" w:hint="cs"/>
          <w:rtl/>
        </w:rPr>
        <w:t>ی‌</w:t>
      </w:r>
      <w:r w:rsidRPr="00B35040">
        <w:rPr>
          <w:rFonts w:ascii="Tahoma" w:hAnsi="Tahoma" w:cs="Tahoma" w:hint="eastAsia"/>
          <w:rtl/>
        </w:rPr>
        <w:t>بخش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د</w:t>
      </w:r>
      <w:r w:rsidRPr="00B35040">
        <w:rPr>
          <w:rFonts w:ascii="Tahoma" w:hAnsi="Tahoma" w:cs="Tahoma"/>
          <w:rtl/>
        </w:rPr>
        <w:t>. شاه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که فقط فرمانروا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س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اس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است برا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اجرا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فرمان خود به قانون، د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وان،</w:t>
      </w:r>
      <w:r w:rsidRPr="00B35040">
        <w:rPr>
          <w:rFonts w:ascii="Tahoma" w:hAnsi="Tahoma" w:cs="Tahoma"/>
          <w:rtl/>
        </w:rPr>
        <w:t xml:space="preserve"> مواجب، مجازات و سلسله‌مراتب نظام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ن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از</w:t>
      </w:r>
      <w:r w:rsidRPr="00B35040">
        <w:rPr>
          <w:rFonts w:ascii="Tahoma" w:hAnsi="Tahoma" w:cs="Tahoma"/>
          <w:rtl/>
        </w:rPr>
        <w:t xml:space="preserve"> دارد. اما مرشد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که مر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دانش</w:t>
      </w:r>
      <w:r w:rsidRPr="00B35040">
        <w:rPr>
          <w:rFonts w:ascii="Tahoma" w:hAnsi="Tahoma" w:cs="Tahoma"/>
          <w:rtl/>
        </w:rPr>
        <w:t xml:space="preserve"> او را صاحب مقام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قدس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م</w:t>
      </w:r>
      <w:r w:rsidRPr="00B35040">
        <w:rPr>
          <w:rFonts w:ascii="Tahoma" w:hAnsi="Tahoma" w:cs="Tahoma" w:hint="cs"/>
          <w:rtl/>
        </w:rPr>
        <w:t>ی‌</w:t>
      </w:r>
      <w:r w:rsidRPr="00B35040">
        <w:rPr>
          <w:rFonts w:ascii="Tahoma" w:hAnsi="Tahoma" w:cs="Tahoma" w:hint="eastAsia"/>
          <w:rtl/>
        </w:rPr>
        <w:t>دانند،</w:t>
      </w:r>
      <w:r w:rsidRPr="00B35040">
        <w:rPr>
          <w:rFonts w:ascii="Tahoma" w:hAnsi="Tahoma" w:cs="Tahoma"/>
          <w:rtl/>
        </w:rPr>
        <w:t xml:space="preserve"> م</w:t>
      </w:r>
      <w:r w:rsidRPr="00B35040">
        <w:rPr>
          <w:rFonts w:ascii="Tahoma" w:hAnsi="Tahoma" w:cs="Tahoma" w:hint="cs"/>
          <w:rtl/>
        </w:rPr>
        <w:t>ی‌</w:t>
      </w:r>
      <w:r w:rsidRPr="00B35040">
        <w:rPr>
          <w:rFonts w:ascii="Tahoma" w:hAnsi="Tahoma" w:cs="Tahoma" w:hint="eastAsia"/>
          <w:rtl/>
        </w:rPr>
        <w:t>تواند</w:t>
      </w:r>
      <w:r w:rsidRPr="00B35040">
        <w:rPr>
          <w:rFonts w:ascii="Tahoma" w:hAnsi="Tahoma" w:cs="Tahoma"/>
          <w:rtl/>
        </w:rPr>
        <w:t xml:space="preserve"> اطاعت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عم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ق‌تر</w:t>
      </w:r>
      <w:r w:rsidRPr="00B35040">
        <w:rPr>
          <w:rFonts w:ascii="Tahoma" w:hAnsi="Tahoma" w:cs="Tahoma"/>
          <w:rtl/>
        </w:rPr>
        <w:t xml:space="preserve"> برانگ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زد</w:t>
      </w:r>
      <w:r w:rsidRPr="00B35040">
        <w:rPr>
          <w:rFonts w:ascii="Tahoma" w:hAnsi="Tahoma" w:cs="Tahoma"/>
          <w:rtl/>
        </w:rPr>
        <w:t>. قزلباشان در سال‌ها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نخست حکومت صفو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آماده بودند با شمار کمتر به سپاه‌ها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بزرگ‌تر حمله کنند، ز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را</w:t>
      </w:r>
      <w:r w:rsidRPr="00B35040">
        <w:rPr>
          <w:rFonts w:ascii="Tahoma" w:hAnsi="Tahoma" w:cs="Tahoma"/>
          <w:rtl/>
        </w:rPr>
        <w:t xml:space="preserve"> تصورشان از اسماع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ل</w:t>
      </w:r>
      <w:r w:rsidRPr="00B35040">
        <w:rPr>
          <w:rFonts w:ascii="Tahoma" w:hAnsi="Tahoma" w:cs="Tahoma"/>
          <w:rtl/>
        </w:rPr>
        <w:t xml:space="preserve"> با تصور عاد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از 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ک</w:t>
      </w:r>
      <w:r w:rsidRPr="00B35040">
        <w:rPr>
          <w:rFonts w:ascii="Tahoma" w:hAnsi="Tahoma" w:cs="Tahoma"/>
          <w:rtl/>
        </w:rPr>
        <w:t xml:space="preserve"> پادشاه تفاوت داشت.</w:t>
      </w:r>
    </w:p>
    <w:p w:rsidR="00B35040" w:rsidRPr="00B35040" w:rsidRDefault="00B35040" w:rsidP="00B3504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35040">
        <w:rPr>
          <w:rFonts w:ascii="Tahoma" w:hAnsi="Tahoma" w:cs="Tahoma" w:hint="eastAsia"/>
          <w:rtl/>
        </w:rPr>
        <w:t>اما</w:t>
      </w:r>
      <w:r w:rsidRPr="00B35040">
        <w:rPr>
          <w:rFonts w:ascii="Tahoma" w:hAnsi="Tahoma" w:cs="Tahoma"/>
          <w:rtl/>
        </w:rPr>
        <w:t xml:space="preserve"> هم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ن</w:t>
      </w:r>
      <w:r w:rsidRPr="00B35040">
        <w:rPr>
          <w:rFonts w:ascii="Tahoma" w:hAnsi="Tahoma" w:cs="Tahoma"/>
          <w:rtl/>
        </w:rPr>
        <w:t xml:space="preserve"> منبع قدرت، خطر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ن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ز</w:t>
      </w:r>
      <w:r w:rsidRPr="00B35040">
        <w:rPr>
          <w:rFonts w:ascii="Tahoma" w:hAnsi="Tahoma" w:cs="Tahoma"/>
          <w:rtl/>
        </w:rPr>
        <w:t xml:space="preserve"> در خود داشت. حکومت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که بر مقام فوق‌عاد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شخص شاه استوار شود، در برابر ضعف، شکست 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ا</w:t>
      </w:r>
      <w:r w:rsidRPr="00B35040">
        <w:rPr>
          <w:rFonts w:ascii="Tahoma" w:hAnsi="Tahoma" w:cs="Tahoma"/>
          <w:rtl/>
        </w:rPr>
        <w:t xml:space="preserve"> مرگ او آس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ب‌پذ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ر</w:t>
      </w:r>
      <w:r w:rsidRPr="00B35040">
        <w:rPr>
          <w:rFonts w:ascii="Tahoma" w:hAnsi="Tahoma" w:cs="Tahoma"/>
          <w:rtl/>
        </w:rPr>
        <w:t xml:space="preserve"> م</w:t>
      </w:r>
      <w:r w:rsidRPr="00B35040">
        <w:rPr>
          <w:rFonts w:ascii="Tahoma" w:hAnsi="Tahoma" w:cs="Tahoma" w:hint="cs"/>
          <w:rtl/>
        </w:rPr>
        <w:t>ی‌</w:t>
      </w:r>
      <w:r w:rsidRPr="00B35040">
        <w:rPr>
          <w:rFonts w:ascii="Tahoma" w:hAnsi="Tahoma" w:cs="Tahoma" w:hint="eastAsia"/>
          <w:rtl/>
        </w:rPr>
        <w:t>ماند</w:t>
      </w:r>
      <w:r w:rsidRPr="00B35040">
        <w:rPr>
          <w:rFonts w:ascii="Tahoma" w:hAnsi="Tahoma" w:cs="Tahoma"/>
          <w:rtl/>
        </w:rPr>
        <w:t>. اگر فرمانروا</w:t>
      </w:r>
      <w:r w:rsidRPr="00B35040">
        <w:rPr>
          <w:rFonts w:ascii="Tahoma" w:hAnsi="Tahoma" w:cs="Tahoma" w:hint="cs"/>
          <w:rtl/>
        </w:rPr>
        <w:t>یی</w:t>
      </w:r>
      <w:r w:rsidRPr="00B35040">
        <w:rPr>
          <w:rFonts w:ascii="Tahoma" w:hAnsi="Tahoma" w:cs="Tahoma"/>
          <w:rtl/>
        </w:rPr>
        <w:t xml:space="preserve"> اسماع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ل</w:t>
      </w:r>
      <w:r w:rsidRPr="00B35040">
        <w:rPr>
          <w:rFonts w:ascii="Tahoma" w:hAnsi="Tahoma" w:cs="Tahoma"/>
          <w:rtl/>
        </w:rPr>
        <w:t xml:space="preserve"> فقط از اعتقاد مر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دان</w:t>
      </w:r>
      <w:r w:rsidRPr="00B35040">
        <w:rPr>
          <w:rFonts w:ascii="Tahoma" w:hAnsi="Tahoma" w:cs="Tahoma"/>
          <w:rtl/>
        </w:rPr>
        <w:t xml:space="preserve"> به شخص او سرچشمه م</w:t>
      </w:r>
      <w:r w:rsidRPr="00B35040">
        <w:rPr>
          <w:rFonts w:ascii="Tahoma" w:hAnsi="Tahoma" w:cs="Tahoma" w:hint="cs"/>
          <w:rtl/>
        </w:rPr>
        <w:t>ی‌</w:t>
      </w:r>
      <w:r w:rsidRPr="00B35040">
        <w:rPr>
          <w:rFonts w:ascii="Tahoma" w:hAnsi="Tahoma" w:cs="Tahoma" w:hint="eastAsia"/>
          <w:rtl/>
        </w:rPr>
        <w:t>گرفت،</w:t>
      </w:r>
      <w:r w:rsidRPr="00B35040">
        <w:rPr>
          <w:rFonts w:ascii="Tahoma" w:hAnsi="Tahoma" w:cs="Tahoma"/>
          <w:rtl/>
        </w:rPr>
        <w:t xml:space="preserve"> حکومت صفو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پس از او ممکن بود با همان مشکل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روبه‌ر</w:t>
      </w:r>
      <w:r w:rsidRPr="00B35040">
        <w:rPr>
          <w:rFonts w:ascii="Tahoma" w:hAnsi="Tahoma" w:cs="Tahoma" w:hint="eastAsia"/>
          <w:rtl/>
        </w:rPr>
        <w:t>و</w:t>
      </w:r>
      <w:r w:rsidRPr="00B35040">
        <w:rPr>
          <w:rFonts w:ascii="Tahoma" w:hAnsi="Tahoma" w:cs="Tahoma"/>
          <w:rtl/>
        </w:rPr>
        <w:t xml:space="preserve"> شود که حکومت ت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مور</w:t>
      </w:r>
      <w:r w:rsidRPr="00B35040">
        <w:rPr>
          <w:rFonts w:ascii="Tahoma" w:hAnsi="Tahoma" w:cs="Tahoma"/>
          <w:rtl/>
        </w:rPr>
        <w:t xml:space="preserve"> و بس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ار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از فرمانروا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ان</w:t>
      </w:r>
      <w:r w:rsidRPr="00B35040">
        <w:rPr>
          <w:rFonts w:ascii="Tahoma" w:hAnsi="Tahoma" w:cs="Tahoma"/>
          <w:rtl/>
        </w:rPr>
        <w:t xml:space="preserve"> 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ل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تجربه کرده بودند: فروپاش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ساختمان با کنار رفتن بن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ان‌گذار</w:t>
      </w:r>
      <w:r w:rsidRPr="00B35040">
        <w:rPr>
          <w:rFonts w:ascii="Tahoma" w:hAnsi="Tahoma" w:cs="Tahoma"/>
          <w:rtl/>
        </w:rPr>
        <w:t>.</w:t>
      </w:r>
    </w:p>
    <w:p w:rsidR="00B35040" w:rsidRPr="00B35040" w:rsidRDefault="00B35040" w:rsidP="00B3504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35040">
        <w:rPr>
          <w:rFonts w:ascii="Tahoma" w:hAnsi="Tahoma" w:cs="Tahoma" w:hint="eastAsia"/>
          <w:rtl/>
        </w:rPr>
        <w:t>برا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جلوگ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ر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از 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ن</w:t>
      </w:r>
      <w:r w:rsidRPr="00B35040">
        <w:rPr>
          <w:rFonts w:ascii="Tahoma" w:hAnsi="Tahoma" w:cs="Tahoma"/>
          <w:rtl/>
        </w:rPr>
        <w:t xml:space="preserve"> سرنوشت، پ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روز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نظام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با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د</w:t>
      </w:r>
      <w:r w:rsidRPr="00B35040">
        <w:rPr>
          <w:rFonts w:ascii="Tahoma" w:hAnsi="Tahoma" w:cs="Tahoma"/>
          <w:rtl/>
        </w:rPr>
        <w:t xml:space="preserve"> به نهاد تبد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ل</w:t>
      </w:r>
      <w:r w:rsidRPr="00B35040">
        <w:rPr>
          <w:rFonts w:ascii="Tahoma" w:hAnsi="Tahoma" w:cs="Tahoma"/>
          <w:rtl/>
        </w:rPr>
        <w:t xml:space="preserve"> م</w:t>
      </w:r>
      <w:r w:rsidRPr="00B35040">
        <w:rPr>
          <w:rFonts w:ascii="Tahoma" w:hAnsi="Tahoma" w:cs="Tahoma" w:hint="cs"/>
          <w:rtl/>
        </w:rPr>
        <w:t>ی‌</w:t>
      </w:r>
      <w:r w:rsidRPr="00B35040">
        <w:rPr>
          <w:rFonts w:ascii="Tahoma" w:hAnsi="Tahoma" w:cs="Tahoma" w:hint="eastAsia"/>
          <w:rtl/>
        </w:rPr>
        <w:t>شد</w:t>
      </w:r>
      <w:r w:rsidRPr="00B35040">
        <w:rPr>
          <w:rFonts w:ascii="Tahoma" w:hAnsi="Tahoma" w:cs="Tahoma"/>
          <w:rtl/>
        </w:rPr>
        <w:t>. شاه با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د</w:t>
      </w:r>
      <w:r w:rsidRPr="00B35040">
        <w:rPr>
          <w:rFonts w:ascii="Tahoma" w:hAnsi="Tahoma" w:cs="Tahoma"/>
          <w:rtl/>
        </w:rPr>
        <w:t xml:space="preserve"> قشون قزلباش را در اخت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ار</w:t>
      </w:r>
      <w:r w:rsidRPr="00B35040">
        <w:rPr>
          <w:rFonts w:ascii="Tahoma" w:hAnsi="Tahoma" w:cs="Tahoma"/>
          <w:rtl/>
        </w:rPr>
        <w:t xml:space="preserve"> م</w:t>
      </w:r>
      <w:r w:rsidRPr="00B35040">
        <w:rPr>
          <w:rFonts w:ascii="Tahoma" w:hAnsi="Tahoma" w:cs="Tahoma" w:hint="cs"/>
          <w:rtl/>
        </w:rPr>
        <w:t>ی‌</w:t>
      </w:r>
      <w:r w:rsidRPr="00B35040">
        <w:rPr>
          <w:rFonts w:ascii="Tahoma" w:hAnsi="Tahoma" w:cs="Tahoma" w:hint="eastAsia"/>
          <w:rtl/>
        </w:rPr>
        <w:t>گرفت،</w:t>
      </w:r>
      <w:r w:rsidRPr="00B35040">
        <w:rPr>
          <w:rFonts w:ascii="Tahoma" w:hAnsi="Tahoma" w:cs="Tahoma"/>
          <w:rtl/>
        </w:rPr>
        <w:t xml:space="preserve"> ب</w:t>
      </w:r>
      <w:r w:rsidRPr="00B35040">
        <w:rPr>
          <w:rFonts w:ascii="Tahoma" w:hAnsi="Tahoma" w:cs="Tahoma" w:hint="cs"/>
          <w:rtl/>
        </w:rPr>
        <w:t>ی‌</w:t>
      </w:r>
      <w:r w:rsidRPr="00B35040">
        <w:rPr>
          <w:rFonts w:ascii="Tahoma" w:hAnsi="Tahoma" w:cs="Tahoma" w:hint="eastAsia"/>
          <w:rtl/>
        </w:rPr>
        <w:t>آنکه</w:t>
      </w:r>
      <w:r w:rsidRPr="00B35040">
        <w:rPr>
          <w:rFonts w:ascii="Tahoma" w:hAnsi="Tahoma" w:cs="Tahoma"/>
          <w:rtl/>
        </w:rPr>
        <w:t xml:space="preserve"> 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کسره</w:t>
      </w:r>
      <w:r w:rsidRPr="00B35040">
        <w:rPr>
          <w:rFonts w:ascii="Tahoma" w:hAnsi="Tahoma" w:cs="Tahoma"/>
          <w:rtl/>
        </w:rPr>
        <w:t xml:space="preserve"> اس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ر</w:t>
      </w:r>
      <w:r w:rsidRPr="00B35040">
        <w:rPr>
          <w:rFonts w:ascii="Tahoma" w:hAnsi="Tahoma" w:cs="Tahoma"/>
          <w:rtl/>
        </w:rPr>
        <w:t xml:space="preserve"> سران قبا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ل</w:t>
      </w:r>
      <w:r w:rsidRPr="00B35040">
        <w:rPr>
          <w:rFonts w:ascii="Tahoma" w:hAnsi="Tahoma" w:cs="Tahoma"/>
          <w:rtl/>
        </w:rPr>
        <w:t xml:space="preserve"> شود. با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د</w:t>
      </w:r>
      <w:r w:rsidRPr="00B35040">
        <w:rPr>
          <w:rFonts w:ascii="Tahoma" w:hAnsi="Tahoma" w:cs="Tahoma"/>
          <w:rtl/>
        </w:rPr>
        <w:t xml:space="preserve"> د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وان</w:t>
      </w:r>
      <w:r w:rsidRPr="00B35040">
        <w:rPr>
          <w:rFonts w:ascii="Tahoma" w:hAnsi="Tahoma" w:cs="Tahoma"/>
          <w:rtl/>
        </w:rPr>
        <w:t xml:space="preserve"> را به کار م</w:t>
      </w:r>
      <w:r w:rsidRPr="00B35040">
        <w:rPr>
          <w:rFonts w:ascii="Tahoma" w:hAnsi="Tahoma" w:cs="Tahoma" w:hint="cs"/>
          <w:rtl/>
        </w:rPr>
        <w:t>ی‌</w:t>
      </w:r>
      <w:r w:rsidRPr="00B35040">
        <w:rPr>
          <w:rFonts w:ascii="Tahoma" w:hAnsi="Tahoma" w:cs="Tahoma" w:hint="eastAsia"/>
          <w:rtl/>
        </w:rPr>
        <w:t>انداخت،</w:t>
      </w:r>
      <w:r w:rsidRPr="00B35040">
        <w:rPr>
          <w:rFonts w:ascii="Tahoma" w:hAnsi="Tahoma" w:cs="Tahoma"/>
          <w:rtl/>
        </w:rPr>
        <w:t xml:space="preserve"> ب</w:t>
      </w:r>
      <w:r w:rsidRPr="00B35040">
        <w:rPr>
          <w:rFonts w:ascii="Tahoma" w:hAnsi="Tahoma" w:cs="Tahoma" w:hint="cs"/>
          <w:rtl/>
        </w:rPr>
        <w:t>ی‌</w:t>
      </w:r>
      <w:r w:rsidRPr="00B35040">
        <w:rPr>
          <w:rFonts w:ascii="Tahoma" w:hAnsi="Tahoma" w:cs="Tahoma" w:hint="eastAsia"/>
          <w:rtl/>
        </w:rPr>
        <w:t>آنکه</w:t>
      </w:r>
      <w:r w:rsidRPr="00B35040">
        <w:rPr>
          <w:rFonts w:ascii="Tahoma" w:hAnsi="Tahoma" w:cs="Tahoma"/>
          <w:rtl/>
        </w:rPr>
        <w:t xml:space="preserve"> کارگزاران حکومت‌ها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پ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ش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ن</w:t>
      </w:r>
      <w:r w:rsidRPr="00B35040">
        <w:rPr>
          <w:rFonts w:ascii="Tahoma" w:hAnsi="Tahoma" w:cs="Tahoma"/>
          <w:rtl/>
        </w:rPr>
        <w:t xml:space="preserve"> بتوانند تاج تازه را از درون مهار کنند. با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د</w:t>
      </w:r>
      <w:r w:rsidRPr="00B35040">
        <w:rPr>
          <w:rFonts w:ascii="Tahoma" w:hAnsi="Tahoma" w:cs="Tahoma"/>
          <w:rtl/>
        </w:rPr>
        <w:t xml:space="preserve"> ب</w:t>
      </w:r>
      <w:r w:rsidRPr="00B35040">
        <w:rPr>
          <w:rFonts w:ascii="Tahoma" w:hAnsi="Tahoma" w:cs="Tahoma" w:hint="eastAsia"/>
          <w:rtl/>
        </w:rPr>
        <w:t>را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حکومت خود حقان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ت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فراهم م</w:t>
      </w:r>
      <w:r w:rsidRPr="00B35040">
        <w:rPr>
          <w:rFonts w:ascii="Tahoma" w:hAnsi="Tahoma" w:cs="Tahoma" w:hint="cs"/>
          <w:rtl/>
        </w:rPr>
        <w:t>ی‌</w:t>
      </w:r>
      <w:r w:rsidRPr="00B35040">
        <w:rPr>
          <w:rFonts w:ascii="Tahoma" w:hAnsi="Tahoma" w:cs="Tahoma" w:hint="eastAsia"/>
          <w:rtl/>
        </w:rPr>
        <w:t>آورد</w:t>
      </w:r>
      <w:r w:rsidRPr="00B35040">
        <w:rPr>
          <w:rFonts w:ascii="Tahoma" w:hAnsi="Tahoma" w:cs="Tahoma"/>
          <w:rtl/>
        </w:rPr>
        <w:t xml:space="preserve"> که از حلقهٔ مر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دان</w:t>
      </w:r>
      <w:r w:rsidRPr="00B35040">
        <w:rPr>
          <w:rFonts w:ascii="Tahoma" w:hAnsi="Tahoma" w:cs="Tahoma"/>
          <w:rtl/>
        </w:rPr>
        <w:t xml:space="preserve"> صفو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فراتر رود و مردم شهرها و روستاها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سراسر کشور را ن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ز</w:t>
      </w:r>
      <w:r w:rsidRPr="00B35040">
        <w:rPr>
          <w:rFonts w:ascii="Tahoma" w:hAnsi="Tahoma" w:cs="Tahoma"/>
          <w:rtl/>
        </w:rPr>
        <w:t xml:space="preserve"> در بر گ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رد</w:t>
      </w:r>
      <w:r w:rsidRPr="00B35040">
        <w:rPr>
          <w:rFonts w:ascii="Tahoma" w:hAnsi="Tahoma" w:cs="Tahoma"/>
          <w:rtl/>
        </w:rPr>
        <w:t>.</w:t>
      </w:r>
    </w:p>
    <w:p w:rsidR="00B35040" w:rsidRPr="00B35040" w:rsidRDefault="00B35040" w:rsidP="00B3504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35040">
        <w:rPr>
          <w:rFonts w:ascii="Tahoma" w:hAnsi="Tahoma" w:cs="Tahoma" w:hint="eastAsia"/>
          <w:rtl/>
        </w:rPr>
        <w:t>شاه</w:t>
      </w:r>
      <w:r w:rsidRPr="00B35040">
        <w:rPr>
          <w:rFonts w:ascii="Tahoma" w:hAnsi="Tahoma" w:cs="Tahoma"/>
          <w:rtl/>
        </w:rPr>
        <w:t xml:space="preserve"> اسماع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ل</w:t>
      </w:r>
      <w:r w:rsidRPr="00B35040">
        <w:rPr>
          <w:rFonts w:ascii="Tahoma" w:hAnsi="Tahoma" w:cs="Tahoma"/>
          <w:rtl/>
        </w:rPr>
        <w:t xml:space="preserve"> پس از ورود به تبر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ز</w:t>
      </w:r>
      <w:r w:rsidRPr="00B35040">
        <w:rPr>
          <w:rFonts w:ascii="Tahoma" w:hAnsi="Tahoma" w:cs="Tahoma"/>
          <w:rtl/>
        </w:rPr>
        <w:t xml:space="preserve"> با جامعه‌ا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روبه‌رو شد که ب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شتر</w:t>
      </w:r>
      <w:r w:rsidRPr="00B35040">
        <w:rPr>
          <w:rFonts w:ascii="Tahoma" w:hAnsi="Tahoma" w:cs="Tahoma"/>
          <w:rtl/>
        </w:rPr>
        <w:t xml:space="preserve"> مردم آن، به‌و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ژه</w:t>
      </w:r>
      <w:r w:rsidRPr="00B35040">
        <w:rPr>
          <w:rFonts w:ascii="Tahoma" w:hAnsi="Tahoma" w:cs="Tahoma"/>
          <w:rtl/>
        </w:rPr>
        <w:t xml:space="preserve"> در بس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ار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از شهرها و مناطق 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ران،</w:t>
      </w:r>
      <w:r w:rsidRPr="00B35040">
        <w:rPr>
          <w:rFonts w:ascii="Tahoma" w:hAnsi="Tahoma" w:cs="Tahoma"/>
          <w:rtl/>
        </w:rPr>
        <w:t xml:space="preserve"> سن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بودند. تش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ع</w:t>
      </w:r>
      <w:r w:rsidRPr="00B35040">
        <w:rPr>
          <w:rFonts w:ascii="Tahoma" w:hAnsi="Tahoma" w:cs="Tahoma"/>
          <w:rtl/>
        </w:rPr>
        <w:t xml:space="preserve"> در 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ران</w:t>
      </w:r>
      <w:r w:rsidRPr="00B35040">
        <w:rPr>
          <w:rFonts w:ascii="Tahoma" w:hAnsi="Tahoma" w:cs="Tahoma"/>
          <w:rtl/>
        </w:rPr>
        <w:t xml:space="preserve"> سابقه‌ا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د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رپا</w:t>
      </w:r>
      <w:r w:rsidRPr="00B35040">
        <w:rPr>
          <w:rFonts w:ascii="Tahoma" w:hAnsi="Tahoma" w:cs="Tahoma"/>
          <w:rtl/>
        </w:rPr>
        <w:t xml:space="preserve"> داشت و شهرها و خاندان‌ها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ش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ع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ن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ز</w:t>
      </w:r>
      <w:r w:rsidRPr="00B35040">
        <w:rPr>
          <w:rFonts w:ascii="Tahoma" w:hAnsi="Tahoma" w:cs="Tahoma"/>
          <w:rtl/>
        </w:rPr>
        <w:t xml:space="preserve"> وجود داشتند، اما کشور دارا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اکثر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ت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کپارچه</w:t>
      </w:r>
      <w:r w:rsidRPr="00B35040">
        <w:rPr>
          <w:rFonts w:ascii="Tahoma" w:hAnsi="Tahoma" w:cs="Tahoma"/>
          <w:rtl/>
        </w:rPr>
        <w:t xml:space="preserve"> از ش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ع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ان</w:t>
      </w:r>
      <w:r w:rsidRPr="00B35040">
        <w:rPr>
          <w:rFonts w:ascii="Tahoma" w:hAnsi="Tahoma" w:cs="Tahoma"/>
          <w:rtl/>
        </w:rPr>
        <w:t xml:space="preserve"> دوازده‌امام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نبود. باورها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قزلباشان ن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ز،</w:t>
      </w:r>
      <w:r w:rsidRPr="00B35040">
        <w:rPr>
          <w:rFonts w:ascii="Tahoma" w:hAnsi="Tahoma" w:cs="Tahoma"/>
          <w:rtl/>
        </w:rPr>
        <w:t xml:space="preserve"> چنان‌که گفته شد، با فقه منظم دوازده‌امام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کسان</w:t>
      </w:r>
      <w:r w:rsidRPr="00B35040">
        <w:rPr>
          <w:rFonts w:ascii="Tahoma" w:hAnsi="Tahoma" w:cs="Tahoma"/>
          <w:rtl/>
        </w:rPr>
        <w:t xml:space="preserve"> نبود. آنان به خاندان پ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امبر</w:t>
      </w:r>
      <w:r w:rsidRPr="00B35040">
        <w:rPr>
          <w:rFonts w:ascii="Tahoma" w:hAnsi="Tahoma" w:cs="Tahoma"/>
          <w:rtl/>
        </w:rPr>
        <w:t xml:space="preserve"> و امامان دلبستگ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داشتند و کلاه دوازده‌ترکشان نشانهٔ هم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ن</w:t>
      </w:r>
      <w:r w:rsidRPr="00B35040">
        <w:rPr>
          <w:rFonts w:ascii="Tahoma" w:hAnsi="Tahoma" w:cs="Tahoma"/>
          <w:rtl/>
        </w:rPr>
        <w:t xml:space="preserve"> پ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وند</w:t>
      </w:r>
      <w:r w:rsidRPr="00B35040">
        <w:rPr>
          <w:rFonts w:ascii="Tahoma" w:hAnsi="Tahoma" w:cs="Tahoma"/>
          <w:rtl/>
        </w:rPr>
        <w:t xml:space="preserve"> بود، اما دستگاه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از فق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هان،</w:t>
      </w:r>
      <w:r w:rsidRPr="00B35040">
        <w:rPr>
          <w:rFonts w:ascii="Tahoma" w:hAnsi="Tahoma" w:cs="Tahoma"/>
          <w:rtl/>
        </w:rPr>
        <w:t xml:space="preserve"> مدارس، قاض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ان،</w:t>
      </w:r>
      <w:r w:rsidRPr="00B35040">
        <w:rPr>
          <w:rFonts w:ascii="Tahoma" w:hAnsi="Tahoma" w:cs="Tahoma"/>
          <w:rtl/>
        </w:rPr>
        <w:t xml:space="preserve"> کتاب‌ها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درس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و احکام 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کسان</w:t>
      </w:r>
      <w:r w:rsidRPr="00B35040">
        <w:rPr>
          <w:rFonts w:ascii="Tahoma" w:hAnsi="Tahoma" w:cs="Tahoma"/>
          <w:rtl/>
        </w:rPr>
        <w:t xml:space="preserve"> در اخت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ار</w:t>
      </w:r>
      <w:r w:rsidRPr="00B35040">
        <w:rPr>
          <w:rFonts w:ascii="Tahoma" w:hAnsi="Tahoma" w:cs="Tahoma"/>
          <w:rtl/>
        </w:rPr>
        <w:t xml:space="preserve"> حکومت ق</w:t>
      </w:r>
      <w:r w:rsidRPr="00B35040">
        <w:rPr>
          <w:rFonts w:ascii="Tahoma" w:hAnsi="Tahoma" w:cs="Tahoma" w:hint="eastAsia"/>
          <w:rtl/>
        </w:rPr>
        <w:t>رار</w:t>
      </w:r>
      <w:r w:rsidRPr="00B35040">
        <w:rPr>
          <w:rFonts w:ascii="Tahoma" w:hAnsi="Tahoma" w:cs="Tahoma"/>
          <w:rtl/>
        </w:rPr>
        <w:t xml:space="preserve"> نداشت.</w:t>
      </w:r>
    </w:p>
    <w:p w:rsidR="00B35040" w:rsidRPr="00B35040" w:rsidRDefault="00B35040" w:rsidP="00B3504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35040">
        <w:rPr>
          <w:rFonts w:ascii="Tahoma" w:hAnsi="Tahoma" w:cs="Tahoma" w:hint="eastAsia"/>
          <w:rtl/>
        </w:rPr>
        <w:t>باا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ن‌همه،</w:t>
      </w:r>
      <w:r w:rsidRPr="00B35040">
        <w:rPr>
          <w:rFonts w:ascii="Tahoma" w:hAnsi="Tahoma" w:cs="Tahoma"/>
          <w:rtl/>
        </w:rPr>
        <w:t xml:space="preserve"> اسماع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ل</w:t>
      </w:r>
      <w:r w:rsidRPr="00B35040">
        <w:rPr>
          <w:rFonts w:ascii="Tahoma" w:hAnsi="Tahoma" w:cs="Tahoma"/>
          <w:rtl/>
        </w:rPr>
        <w:t xml:space="preserve"> تش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ع</w:t>
      </w:r>
      <w:r w:rsidRPr="00B35040">
        <w:rPr>
          <w:rFonts w:ascii="Tahoma" w:hAnsi="Tahoma" w:cs="Tahoma"/>
          <w:rtl/>
        </w:rPr>
        <w:t xml:space="preserve"> دوازده‌امام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را مذهب رسم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حکومت اعلام کرد. 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ن</w:t>
      </w:r>
      <w:r w:rsidRPr="00B35040">
        <w:rPr>
          <w:rFonts w:ascii="Tahoma" w:hAnsi="Tahoma" w:cs="Tahoma"/>
          <w:rtl/>
        </w:rPr>
        <w:t xml:space="preserve"> تصم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م</w:t>
      </w:r>
      <w:r w:rsidRPr="00B35040">
        <w:rPr>
          <w:rFonts w:ascii="Tahoma" w:hAnsi="Tahoma" w:cs="Tahoma"/>
          <w:rtl/>
        </w:rPr>
        <w:t xml:space="preserve"> را نم</w:t>
      </w:r>
      <w:r w:rsidRPr="00B35040">
        <w:rPr>
          <w:rFonts w:ascii="Tahoma" w:hAnsi="Tahoma" w:cs="Tahoma" w:hint="cs"/>
          <w:rtl/>
        </w:rPr>
        <w:t>ی‌</w:t>
      </w:r>
      <w:r w:rsidRPr="00B35040">
        <w:rPr>
          <w:rFonts w:ascii="Tahoma" w:hAnsi="Tahoma" w:cs="Tahoma" w:hint="eastAsia"/>
          <w:rtl/>
        </w:rPr>
        <w:t>توان</w:t>
      </w:r>
      <w:r w:rsidRPr="00B35040">
        <w:rPr>
          <w:rFonts w:ascii="Tahoma" w:hAnsi="Tahoma" w:cs="Tahoma"/>
          <w:rtl/>
        </w:rPr>
        <w:t xml:space="preserve"> فقط نت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جهٔ</w:t>
      </w:r>
      <w:r w:rsidRPr="00B35040">
        <w:rPr>
          <w:rFonts w:ascii="Tahoma" w:hAnsi="Tahoma" w:cs="Tahoma"/>
          <w:rtl/>
        </w:rPr>
        <w:t xml:space="preserve"> اعتقاد شخص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او دانست، هرچند 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مان</w:t>
      </w:r>
      <w:r w:rsidRPr="00B35040">
        <w:rPr>
          <w:rFonts w:ascii="Tahoma" w:hAnsi="Tahoma" w:cs="Tahoma"/>
          <w:rtl/>
        </w:rPr>
        <w:t xml:space="preserve"> و زبان مذهب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خود او در آن نقش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اساس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داشت. رسم</w:t>
      </w:r>
      <w:r w:rsidRPr="00B35040">
        <w:rPr>
          <w:rFonts w:ascii="Tahoma" w:hAnsi="Tahoma" w:cs="Tahoma" w:hint="cs"/>
          <w:rtl/>
        </w:rPr>
        <w:t>ی‌</w:t>
      </w:r>
      <w:r w:rsidRPr="00B35040">
        <w:rPr>
          <w:rFonts w:ascii="Tahoma" w:hAnsi="Tahoma" w:cs="Tahoma" w:hint="eastAsia"/>
          <w:rtl/>
        </w:rPr>
        <w:t>کردن</w:t>
      </w:r>
      <w:r w:rsidRPr="00B35040">
        <w:rPr>
          <w:rFonts w:ascii="Tahoma" w:hAnsi="Tahoma" w:cs="Tahoma"/>
          <w:rtl/>
        </w:rPr>
        <w:t xml:space="preserve"> تش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ع،</w:t>
      </w:r>
      <w:r w:rsidRPr="00B35040">
        <w:rPr>
          <w:rFonts w:ascii="Tahoma" w:hAnsi="Tahoma" w:cs="Tahoma"/>
          <w:rtl/>
        </w:rPr>
        <w:t xml:space="preserve"> پاسخ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به مسئله‌ا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در کشوردار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ن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ز</w:t>
      </w:r>
      <w:r w:rsidRPr="00B35040">
        <w:rPr>
          <w:rFonts w:ascii="Tahoma" w:hAnsi="Tahoma" w:cs="Tahoma"/>
          <w:rtl/>
        </w:rPr>
        <w:t xml:space="preserve"> بود. حکومت تازه با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د</w:t>
      </w:r>
      <w:r w:rsidRPr="00B35040">
        <w:rPr>
          <w:rFonts w:ascii="Tahoma" w:hAnsi="Tahoma" w:cs="Tahoma"/>
          <w:rtl/>
        </w:rPr>
        <w:t xml:space="preserve"> خود را ا</w:t>
      </w:r>
      <w:r w:rsidRPr="00B35040">
        <w:rPr>
          <w:rFonts w:ascii="Tahoma" w:hAnsi="Tahoma" w:cs="Tahoma" w:hint="eastAsia"/>
          <w:rtl/>
        </w:rPr>
        <w:t>ز</w:t>
      </w:r>
      <w:r w:rsidRPr="00B35040">
        <w:rPr>
          <w:rFonts w:ascii="Tahoma" w:hAnsi="Tahoma" w:cs="Tahoma"/>
          <w:rtl/>
        </w:rPr>
        <w:t xml:space="preserve"> رق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بان</w:t>
      </w:r>
      <w:r w:rsidRPr="00B35040">
        <w:rPr>
          <w:rFonts w:ascii="Tahoma" w:hAnsi="Tahoma" w:cs="Tahoma"/>
          <w:rtl/>
        </w:rPr>
        <w:t xml:space="preserve"> سن</w:t>
      </w:r>
      <w:r w:rsidRPr="00B35040">
        <w:rPr>
          <w:rFonts w:ascii="Tahoma" w:hAnsi="Tahoma" w:cs="Tahoma" w:hint="cs"/>
          <w:rtl/>
        </w:rPr>
        <w:t>ی‌</w:t>
      </w:r>
      <w:r w:rsidRPr="00B35040">
        <w:rPr>
          <w:rFonts w:ascii="Tahoma" w:hAnsi="Tahoma" w:cs="Tahoma" w:hint="eastAsia"/>
          <w:rtl/>
        </w:rPr>
        <w:t>مذهبش،</w:t>
      </w:r>
      <w:r w:rsidRPr="00B35040">
        <w:rPr>
          <w:rFonts w:ascii="Tahoma" w:hAnsi="Tahoma" w:cs="Tahoma"/>
          <w:rtl/>
        </w:rPr>
        <w:t xml:space="preserve"> به‌و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ژه</w:t>
      </w:r>
      <w:r w:rsidRPr="00B35040">
        <w:rPr>
          <w:rFonts w:ascii="Tahoma" w:hAnsi="Tahoma" w:cs="Tahoma"/>
          <w:rtl/>
        </w:rPr>
        <w:t xml:space="preserve"> عثمان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ان</w:t>
      </w:r>
      <w:r w:rsidRPr="00B35040">
        <w:rPr>
          <w:rFonts w:ascii="Tahoma" w:hAnsi="Tahoma" w:cs="Tahoma"/>
          <w:rtl/>
        </w:rPr>
        <w:t xml:space="preserve"> در غرب و ازبکان در شرق، متما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ز</w:t>
      </w:r>
      <w:r w:rsidRPr="00B35040">
        <w:rPr>
          <w:rFonts w:ascii="Tahoma" w:hAnsi="Tahoma" w:cs="Tahoma"/>
          <w:rtl/>
        </w:rPr>
        <w:t xml:space="preserve"> م</w:t>
      </w:r>
      <w:r w:rsidRPr="00B35040">
        <w:rPr>
          <w:rFonts w:ascii="Tahoma" w:hAnsi="Tahoma" w:cs="Tahoma" w:hint="cs"/>
          <w:rtl/>
        </w:rPr>
        <w:t>ی‌</w:t>
      </w:r>
      <w:r w:rsidRPr="00B35040">
        <w:rPr>
          <w:rFonts w:ascii="Tahoma" w:hAnsi="Tahoma" w:cs="Tahoma" w:hint="eastAsia"/>
          <w:rtl/>
        </w:rPr>
        <w:t>کرد</w:t>
      </w:r>
      <w:r w:rsidRPr="00B35040">
        <w:rPr>
          <w:rFonts w:ascii="Tahoma" w:hAnsi="Tahoma" w:cs="Tahoma"/>
          <w:rtl/>
        </w:rPr>
        <w:t>. همچن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ن</w:t>
      </w:r>
      <w:r w:rsidRPr="00B35040">
        <w:rPr>
          <w:rFonts w:ascii="Tahoma" w:hAnsi="Tahoma" w:cs="Tahoma"/>
          <w:rtl/>
        </w:rPr>
        <w:t xml:space="preserve"> با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د</w:t>
      </w:r>
      <w:r w:rsidRPr="00B35040">
        <w:rPr>
          <w:rFonts w:ascii="Tahoma" w:hAnsi="Tahoma" w:cs="Tahoma"/>
          <w:rtl/>
        </w:rPr>
        <w:t xml:space="preserve"> قبا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ل</w:t>
      </w:r>
      <w:r w:rsidRPr="00B35040">
        <w:rPr>
          <w:rFonts w:ascii="Tahoma" w:hAnsi="Tahoma" w:cs="Tahoma"/>
          <w:rtl/>
        </w:rPr>
        <w:t xml:space="preserve"> قزلباش را که از مناطق و ت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ره‌ها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گوناگون آمده بودند ز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ر</w:t>
      </w:r>
      <w:r w:rsidRPr="00B35040">
        <w:rPr>
          <w:rFonts w:ascii="Tahoma" w:hAnsi="Tahoma" w:cs="Tahoma"/>
          <w:rtl/>
        </w:rPr>
        <w:t xml:space="preserve"> هو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ت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مشترک نگاه م</w:t>
      </w:r>
      <w:r w:rsidRPr="00B35040">
        <w:rPr>
          <w:rFonts w:ascii="Tahoma" w:hAnsi="Tahoma" w:cs="Tahoma" w:hint="cs"/>
          <w:rtl/>
        </w:rPr>
        <w:t>ی‌</w:t>
      </w:r>
      <w:r w:rsidRPr="00B35040">
        <w:rPr>
          <w:rFonts w:ascii="Tahoma" w:hAnsi="Tahoma" w:cs="Tahoma" w:hint="eastAsia"/>
          <w:rtl/>
        </w:rPr>
        <w:t>داشت</w:t>
      </w:r>
      <w:r w:rsidRPr="00B35040">
        <w:rPr>
          <w:rFonts w:ascii="Tahoma" w:hAnsi="Tahoma" w:cs="Tahoma"/>
          <w:rtl/>
        </w:rPr>
        <w:t xml:space="preserve"> و برا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تاج صفو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حقان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ت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فراهم م</w:t>
      </w:r>
      <w:r w:rsidRPr="00B35040">
        <w:rPr>
          <w:rFonts w:ascii="Tahoma" w:hAnsi="Tahoma" w:cs="Tahoma" w:hint="cs"/>
          <w:rtl/>
        </w:rPr>
        <w:t>ی‌</w:t>
      </w:r>
      <w:r w:rsidRPr="00B35040">
        <w:rPr>
          <w:rFonts w:ascii="Tahoma" w:hAnsi="Tahoma" w:cs="Tahoma" w:hint="eastAsia"/>
          <w:rtl/>
        </w:rPr>
        <w:t>آورد</w:t>
      </w:r>
      <w:r w:rsidRPr="00B35040">
        <w:rPr>
          <w:rFonts w:ascii="Tahoma" w:hAnsi="Tahoma" w:cs="Tahoma"/>
          <w:rtl/>
        </w:rPr>
        <w:t xml:space="preserve"> که از پ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روز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نظام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فراتر رود.</w:t>
      </w:r>
    </w:p>
    <w:p w:rsidR="00B35040" w:rsidRPr="00B35040" w:rsidRDefault="00B35040" w:rsidP="00B3504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35040">
        <w:rPr>
          <w:rFonts w:ascii="Tahoma" w:hAnsi="Tahoma" w:cs="Tahoma" w:hint="eastAsia"/>
          <w:rtl/>
        </w:rPr>
        <w:t>اعلام</w:t>
      </w:r>
      <w:r w:rsidRPr="00B35040">
        <w:rPr>
          <w:rFonts w:ascii="Tahoma" w:hAnsi="Tahoma" w:cs="Tahoma"/>
          <w:rtl/>
        </w:rPr>
        <w:t xml:space="preserve"> مذهب رسم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،</w:t>
      </w:r>
      <w:r w:rsidRPr="00B35040">
        <w:rPr>
          <w:rFonts w:ascii="Tahoma" w:hAnsi="Tahoma" w:cs="Tahoma"/>
          <w:rtl/>
        </w:rPr>
        <w:t xml:space="preserve"> به‌تنها</w:t>
      </w:r>
      <w:r w:rsidRPr="00B35040">
        <w:rPr>
          <w:rFonts w:ascii="Tahoma" w:hAnsi="Tahoma" w:cs="Tahoma" w:hint="cs"/>
          <w:rtl/>
        </w:rPr>
        <w:t>یی</w:t>
      </w:r>
      <w:r w:rsidRPr="00B35040">
        <w:rPr>
          <w:rFonts w:ascii="Tahoma" w:hAnsi="Tahoma" w:cs="Tahoma"/>
          <w:rtl/>
        </w:rPr>
        <w:t xml:space="preserve"> جامعه را دگرگون نم</w:t>
      </w:r>
      <w:r w:rsidRPr="00B35040">
        <w:rPr>
          <w:rFonts w:ascii="Tahoma" w:hAnsi="Tahoma" w:cs="Tahoma" w:hint="cs"/>
          <w:rtl/>
        </w:rPr>
        <w:t>ی‌</w:t>
      </w:r>
      <w:r w:rsidRPr="00B35040">
        <w:rPr>
          <w:rFonts w:ascii="Tahoma" w:hAnsi="Tahoma" w:cs="Tahoma" w:hint="eastAsia"/>
          <w:rtl/>
        </w:rPr>
        <w:t>کرد</w:t>
      </w:r>
      <w:r w:rsidRPr="00B35040">
        <w:rPr>
          <w:rFonts w:ascii="Tahoma" w:hAnsi="Tahoma" w:cs="Tahoma"/>
          <w:rtl/>
        </w:rPr>
        <w:t>. شاه م</w:t>
      </w:r>
      <w:r w:rsidRPr="00B35040">
        <w:rPr>
          <w:rFonts w:ascii="Tahoma" w:hAnsi="Tahoma" w:cs="Tahoma" w:hint="cs"/>
          <w:rtl/>
        </w:rPr>
        <w:t>ی‌</w:t>
      </w:r>
      <w:r w:rsidRPr="00B35040">
        <w:rPr>
          <w:rFonts w:ascii="Tahoma" w:hAnsi="Tahoma" w:cs="Tahoma" w:hint="eastAsia"/>
          <w:rtl/>
        </w:rPr>
        <w:t>توانست</w:t>
      </w:r>
      <w:r w:rsidRPr="00B35040">
        <w:rPr>
          <w:rFonts w:ascii="Tahoma" w:hAnsi="Tahoma" w:cs="Tahoma"/>
          <w:rtl/>
        </w:rPr>
        <w:t xml:space="preserve"> فرمان دهد که خطبه به نام امامان دوازده‌گانه خوانده شود، نام آنان بر سکه نقش بندد و نشانه‌ها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مذهب رسم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در شهرها آشکار گردد؛ اما نم</w:t>
      </w:r>
      <w:r w:rsidRPr="00B35040">
        <w:rPr>
          <w:rFonts w:ascii="Tahoma" w:hAnsi="Tahoma" w:cs="Tahoma" w:hint="cs"/>
          <w:rtl/>
        </w:rPr>
        <w:t>ی‌</w:t>
      </w:r>
      <w:r w:rsidRPr="00B35040">
        <w:rPr>
          <w:rFonts w:ascii="Tahoma" w:hAnsi="Tahoma" w:cs="Tahoma" w:hint="eastAsia"/>
          <w:rtl/>
        </w:rPr>
        <w:t>توانست</w:t>
      </w:r>
      <w:r w:rsidRPr="00B35040">
        <w:rPr>
          <w:rFonts w:ascii="Tahoma" w:hAnsi="Tahoma" w:cs="Tahoma"/>
          <w:rtl/>
        </w:rPr>
        <w:t xml:space="preserve"> فقط با 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ک</w:t>
      </w:r>
      <w:r w:rsidRPr="00B35040">
        <w:rPr>
          <w:rFonts w:ascii="Tahoma" w:hAnsi="Tahoma" w:cs="Tahoma"/>
          <w:rtl/>
        </w:rPr>
        <w:t xml:space="preserve"> فرمان باور مردم، ش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وهٔ</w:t>
      </w:r>
      <w:r w:rsidRPr="00B35040">
        <w:rPr>
          <w:rFonts w:ascii="Tahoma" w:hAnsi="Tahoma" w:cs="Tahoma"/>
          <w:rtl/>
        </w:rPr>
        <w:t xml:space="preserve"> آموزش، نظام قضاوت </w:t>
      </w:r>
      <w:r w:rsidRPr="00B35040">
        <w:rPr>
          <w:rFonts w:ascii="Tahoma" w:hAnsi="Tahoma" w:cs="Tahoma" w:hint="eastAsia"/>
          <w:rtl/>
        </w:rPr>
        <w:t>و</w:t>
      </w:r>
      <w:r w:rsidRPr="00B35040">
        <w:rPr>
          <w:rFonts w:ascii="Tahoma" w:hAnsi="Tahoma" w:cs="Tahoma"/>
          <w:rtl/>
        </w:rPr>
        <w:t xml:space="preserve"> رفتار روزانهٔ جامعه را تغ</w:t>
      </w:r>
      <w:r w:rsidRPr="00B35040">
        <w:rPr>
          <w:rFonts w:ascii="Tahoma" w:hAnsi="Tahoma" w:cs="Tahoma" w:hint="cs"/>
          <w:rtl/>
        </w:rPr>
        <w:t>یی</w:t>
      </w:r>
      <w:r w:rsidRPr="00B35040">
        <w:rPr>
          <w:rFonts w:ascii="Tahoma" w:hAnsi="Tahoma" w:cs="Tahoma" w:hint="eastAsia"/>
          <w:rtl/>
        </w:rPr>
        <w:t>ر</w:t>
      </w:r>
      <w:r w:rsidRPr="00B35040">
        <w:rPr>
          <w:rFonts w:ascii="Tahoma" w:hAnsi="Tahoma" w:cs="Tahoma"/>
          <w:rtl/>
        </w:rPr>
        <w:t xml:space="preserve"> دهد. برا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ن</w:t>
      </w:r>
      <w:r w:rsidRPr="00B35040">
        <w:rPr>
          <w:rFonts w:ascii="Tahoma" w:hAnsi="Tahoma" w:cs="Tahoma"/>
          <w:rtl/>
        </w:rPr>
        <w:t xml:space="preserve"> کار به دستگاه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ن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از</w:t>
      </w:r>
      <w:r w:rsidRPr="00B35040">
        <w:rPr>
          <w:rFonts w:ascii="Tahoma" w:hAnsi="Tahoma" w:cs="Tahoma"/>
          <w:rtl/>
        </w:rPr>
        <w:t xml:space="preserve"> بود که تش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ع</w:t>
      </w:r>
      <w:r w:rsidRPr="00B35040">
        <w:rPr>
          <w:rFonts w:ascii="Tahoma" w:hAnsi="Tahoma" w:cs="Tahoma"/>
          <w:rtl/>
        </w:rPr>
        <w:t xml:space="preserve"> دوازده‌امام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را تعر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ف،</w:t>
      </w:r>
      <w:r w:rsidRPr="00B35040">
        <w:rPr>
          <w:rFonts w:ascii="Tahoma" w:hAnsi="Tahoma" w:cs="Tahoma"/>
          <w:rtl/>
        </w:rPr>
        <w:t xml:space="preserve"> آموزش و اجرا کند.</w:t>
      </w:r>
    </w:p>
    <w:p w:rsidR="00B35040" w:rsidRPr="00B35040" w:rsidRDefault="00B35040" w:rsidP="00B3504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35040">
        <w:rPr>
          <w:rFonts w:ascii="Tahoma" w:hAnsi="Tahoma" w:cs="Tahoma" w:hint="eastAsia"/>
          <w:rtl/>
        </w:rPr>
        <w:t>در</w:t>
      </w:r>
      <w:r w:rsidRPr="00B35040">
        <w:rPr>
          <w:rFonts w:ascii="Tahoma" w:hAnsi="Tahoma" w:cs="Tahoma"/>
          <w:rtl/>
        </w:rPr>
        <w:t xml:space="preserve"> لحظهٔ ورود به تبر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ز،</w:t>
      </w:r>
      <w:r w:rsidRPr="00B35040">
        <w:rPr>
          <w:rFonts w:ascii="Tahoma" w:hAnsi="Tahoma" w:cs="Tahoma"/>
          <w:rtl/>
        </w:rPr>
        <w:t xml:space="preserve"> چن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ن</w:t>
      </w:r>
      <w:r w:rsidRPr="00B35040">
        <w:rPr>
          <w:rFonts w:ascii="Tahoma" w:hAnsi="Tahoma" w:cs="Tahoma"/>
          <w:rtl/>
        </w:rPr>
        <w:t xml:space="preserve"> دستگاه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آماده نبود. قزلباشان م</w:t>
      </w:r>
      <w:r w:rsidRPr="00B35040">
        <w:rPr>
          <w:rFonts w:ascii="Tahoma" w:hAnsi="Tahoma" w:cs="Tahoma" w:hint="cs"/>
          <w:rtl/>
        </w:rPr>
        <w:t>ی‌</w:t>
      </w:r>
      <w:r w:rsidRPr="00B35040">
        <w:rPr>
          <w:rFonts w:ascii="Tahoma" w:hAnsi="Tahoma" w:cs="Tahoma" w:hint="eastAsia"/>
          <w:rtl/>
        </w:rPr>
        <w:t>توانستند</w:t>
      </w:r>
      <w:r w:rsidRPr="00B35040">
        <w:rPr>
          <w:rFonts w:ascii="Tahoma" w:hAnsi="Tahoma" w:cs="Tahoma"/>
          <w:rtl/>
        </w:rPr>
        <w:t xml:space="preserve"> مخالفان را شکست دهند و فرمان شاه را در م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دان</w:t>
      </w:r>
      <w:r w:rsidRPr="00B35040">
        <w:rPr>
          <w:rFonts w:ascii="Tahoma" w:hAnsi="Tahoma" w:cs="Tahoma"/>
          <w:rtl/>
        </w:rPr>
        <w:t xml:space="preserve"> و شهر به اجرا بگذارند، اما نم</w:t>
      </w:r>
      <w:r w:rsidRPr="00B35040">
        <w:rPr>
          <w:rFonts w:ascii="Tahoma" w:hAnsi="Tahoma" w:cs="Tahoma" w:hint="cs"/>
          <w:rtl/>
        </w:rPr>
        <w:t>ی‌</w:t>
      </w:r>
      <w:r w:rsidRPr="00B35040">
        <w:rPr>
          <w:rFonts w:ascii="Tahoma" w:hAnsi="Tahoma" w:cs="Tahoma" w:hint="eastAsia"/>
          <w:rtl/>
        </w:rPr>
        <w:t>توانستند</w:t>
      </w:r>
      <w:r w:rsidRPr="00B35040">
        <w:rPr>
          <w:rFonts w:ascii="Tahoma" w:hAnsi="Tahoma" w:cs="Tahoma"/>
          <w:rtl/>
        </w:rPr>
        <w:t xml:space="preserve"> کتاب فقه بنو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سند،</w:t>
      </w:r>
      <w:r w:rsidRPr="00B35040">
        <w:rPr>
          <w:rFonts w:ascii="Tahoma" w:hAnsi="Tahoma" w:cs="Tahoma"/>
          <w:rtl/>
        </w:rPr>
        <w:t xml:space="preserve"> قاض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ترب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ت</w:t>
      </w:r>
      <w:r w:rsidRPr="00B35040">
        <w:rPr>
          <w:rFonts w:ascii="Tahoma" w:hAnsi="Tahoma" w:cs="Tahoma"/>
          <w:rtl/>
        </w:rPr>
        <w:t xml:space="preserve"> کنند، مدرسهٔ مذهب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بسازند و احکام 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کسان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برا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سراسر کشور فراهم آورند. شا</w:t>
      </w:r>
      <w:r w:rsidRPr="00B35040">
        <w:rPr>
          <w:rFonts w:ascii="Tahoma" w:hAnsi="Tahoma" w:cs="Tahoma" w:hint="eastAsia"/>
          <w:rtl/>
        </w:rPr>
        <w:t>ه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که با ن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رو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مر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دان</w:t>
      </w:r>
      <w:r w:rsidRPr="00B35040">
        <w:rPr>
          <w:rFonts w:ascii="Tahoma" w:hAnsi="Tahoma" w:cs="Tahoma"/>
          <w:rtl/>
        </w:rPr>
        <w:t xml:space="preserve"> به قدرت رس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ده</w:t>
      </w:r>
      <w:r w:rsidRPr="00B35040">
        <w:rPr>
          <w:rFonts w:ascii="Tahoma" w:hAnsi="Tahoma" w:cs="Tahoma"/>
          <w:rtl/>
        </w:rPr>
        <w:t xml:space="preserve"> بود، اکنون برا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تثب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ت</w:t>
      </w:r>
      <w:r w:rsidRPr="00B35040">
        <w:rPr>
          <w:rFonts w:ascii="Tahoma" w:hAnsi="Tahoma" w:cs="Tahoma"/>
          <w:rtl/>
        </w:rPr>
        <w:t xml:space="preserve"> حکومت خود به گروه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ن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از</w:t>
      </w:r>
      <w:r w:rsidRPr="00B35040">
        <w:rPr>
          <w:rFonts w:ascii="Tahoma" w:hAnsi="Tahoma" w:cs="Tahoma"/>
          <w:rtl/>
        </w:rPr>
        <w:t xml:space="preserve"> پ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دا</w:t>
      </w:r>
      <w:r w:rsidRPr="00B35040">
        <w:rPr>
          <w:rFonts w:ascii="Tahoma" w:hAnsi="Tahoma" w:cs="Tahoma"/>
          <w:rtl/>
        </w:rPr>
        <w:t xml:space="preserve"> م</w:t>
      </w:r>
      <w:r w:rsidRPr="00B35040">
        <w:rPr>
          <w:rFonts w:ascii="Tahoma" w:hAnsi="Tahoma" w:cs="Tahoma" w:hint="cs"/>
          <w:rtl/>
        </w:rPr>
        <w:t>ی‌</w:t>
      </w:r>
      <w:r w:rsidRPr="00B35040">
        <w:rPr>
          <w:rFonts w:ascii="Tahoma" w:hAnsi="Tahoma" w:cs="Tahoma" w:hint="eastAsia"/>
          <w:rtl/>
        </w:rPr>
        <w:t>کرد</w:t>
      </w:r>
      <w:r w:rsidRPr="00B35040">
        <w:rPr>
          <w:rFonts w:ascii="Tahoma" w:hAnsi="Tahoma" w:cs="Tahoma"/>
          <w:rtl/>
        </w:rPr>
        <w:t xml:space="preserve"> که در پ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روز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نظام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او نقش اصل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نداشتند: د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نکاران</w:t>
      </w:r>
      <w:r w:rsidRPr="00B35040">
        <w:rPr>
          <w:rFonts w:ascii="Tahoma" w:hAnsi="Tahoma" w:cs="Tahoma"/>
          <w:rtl/>
        </w:rPr>
        <w:t xml:space="preserve"> دوازده‌امام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>.</w:t>
      </w:r>
    </w:p>
    <w:p w:rsidR="00B35040" w:rsidRPr="00B35040" w:rsidRDefault="00B35040" w:rsidP="00B3504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35040">
        <w:rPr>
          <w:rFonts w:ascii="Tahoma" w:hAnsi="Tahoma" w:cs="Tahoma" w:hint="eastAsia"/>
          <w:rtl/>
        </w:rPr>
        <w:t>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ن</w:t>
      </w:r>
      <w:r w:rsidRPr="00B35040">
        <w:rPr>
          <w:rFonts w:ascii="Tahoma" w:hAnsi="Tahoma" w:cs="Tahoma"/>
          <w:rtl/>
        </w:rPr>
        <w:t xml:space="preserve"> ن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از،</w:t>
      </w:r>
      <w:r w:rsidRPr="00B35040">
        <w:rPr>
          <w:rFonts w:ascii="Tahoma" w:hAnsi="Tahoma" w:cs="Tahoma"/>
          <w:rtl/>
        </w:rPr>
        <w:t xml:space="preserve"> رابطه‌ا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تازه م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ان</w:t>
      </w:r>
      <w:r w:rsidRPr="00B35040">
        <w:rPr>
          <w:rFonts w:ascii="Tahoma" w:hAnsi="Tahoma" w:cs="Tahoma"/>
          <w:rtl/>
        </w:rPr>
        <w:t xml:space="preserve"> تاج و عمامه پد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د</w:t>
      </w:r>
      <w:r w:rsidRPr="00B35040">
        <w:rPr>
          <w:rFonts w:ascii="Tahoma" w:hAnsi="Tahoma" w:cs="Tahoma"/>
          <w:rtl/>
        </w:rPr>
        <w:t xml:space="preserve"> آورد. صفو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ان</w:t>
      </w:r>
      <w:r w:rsidRPr="00B35040">
        <w:rPr>
          <w:rFonts w:ascii="Tahoma" w:hAnsi="Tahoma" w:cs="Tahoma"/>
          <w:rtl/>
        </w:rPr>
        <w:t xml:space="preserve"> در آغاز به دست د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نکاران</w:t>
      </w:r>
      <w:r w:rsidRPr="00B35040">
        <w:rPr>
          <w:rFonts w:ascii="Tahoma" w:hAnsi="Tahoma" w:cs="Tahoma"/>
          <w:rtl/>
        </w:rPr>
        <w:t xml:space="preserve"> به قدرت نرس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دند؛</w:t>
      </w:r>
      <w:r w:rsidRPr="00B35040">
        <w:rPr>
          <w:rFonts w:ascii="Tahoma" w:hAnsi="Tahoma" w:cs="Tahoma"/>
          <w:rtl/>
        </w:rPr>
        <w:t xml:space="preserve"> قزلباشان آنان را به سلطنت رساندند. اما پس از پ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روز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،</w:t>
      </w:r>
      <w:r w:rsidRPr="00B35040">
        <w:rPr>
          <w:rFonts w:ascii="Tahoma" w:hAnsi="Tahoma" w:cs="Tahoma"/>
          <w:rtl/>
        </w:rPr>
        <w:t xml:space="preserve"> تاج برا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تبد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ل</w:t>
      </w:r>
      <w:r w:rsidRPr="00B35040">
        <w:rPr>
          <w:rFonts w:ascii="Tahoma" w:hAnsi="Tahoma" w:cs="Tahoma"/>
          <w:rtl/>
        </w:rPr>
        <w:t xml:space="preserve"> مذهب رسم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از فرمان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س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اس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به دستگاه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پا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دار،</w:t>
      </w:r>
      <w:r w:rsidRPr="00B35040">
        <w:rPr>
          <w:rFonts w:ascii="Tahoma" w:hAnsi="Tahoma" w:cs="Tahoma"/>
          <w:rtl/>
        </w:rPr>
        <w:t xml:space="preserve"> ناچار شد د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نکاران</w:t>
      </w:r>
      <w:r w:rsidRPr="00B35040">
        <w:rPr>
          <w:rFonts w:ascii="Tahoma" w:hAnsi="Tahoma" w:cs="Tahoma"/>
          <w:rtl/>
        </w:rPr>
        <w:t xml:space="preserve"> را وارد ساختمان حکومت کند. د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نکاران</w:t>
      </w:r>
      <w:r w:rsidRPr="00B35040">
        <w:rPr>
          <w:rFonts w:ascii="Tahoma" w:hAnsi="Tahoma" w:cs="Tahoma"/>
          <w:rtl/>
        </w:rPr>
        <w:t xml:space="preserve"> ن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ز</w:t>
      </w:r>
      <w:r w:rsidRPr="00B35040">
        <w:rPr>
          <w:rFonts w:ascii="Tahoma" w:hAnsi="Tahoma" w:cs="Tahoma"/>
          <w:rtl/>
        </w:rPr>
        <w:t xml:space="preserve"> در برابر فرصت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قرار گرفتند که پ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ش</w:t>
      </w:r>
      <w:r w:rsidRPr="00B35040">
        <w:rPr>
          <w:rFonts w:ascii="Tahoma" w:hAnsi="Tahoma" w:cs="Tahoma"/>
          <w:rtl/>
        </w:rPr>
        <w:t xml:space="preserve"> از آن در 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ران</w:t>
      </w:r>
      <w:r w:rsidRPr="00B35040">
        <w:rPr>
          <w:rFonts w:ascii="Tahoma" w:hAnsi="Tahoma" w:cs="Tahoma"/>
          <w:rtl/>
        </w:rPr>
        <w:t xml:space="preserve"> نداشتند: حکومت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آماده بود قشون، خزانه و د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وان</w:t>
      </w:r>
      <w:r w:rsidRPr="00B35040">
        <w:rPr>
          <w:rFonts w:ascii="Tahoma" w:hAnsi="Tahoma" w:cs="Tahoma"/>
          <w:rtl/>
        </w:rPr>
        <w:t xml:space="preserve"> خود را در خدمت گسترش تش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ع</w:t>
      </w:r>
      <w:r w:rsidRPr="00B35040">
        <w:rPr>
          <w:rFonts w:ascii="Tahoma" w:hAnsi="Tahoma" w:cs="Tahoma"/>
          <w:rtl/>
        </w:rPr>
        <w:t xml:space="preserve"> دوازده‌امام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قرار دهد.</w:t>
      </w:r>
    </w:p>
    <w:p w:rsidR="00B35040" w:rsidRPr="00B35040" w:rsidRDefault="00B35040" w:rsidP="00B3504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35040">
        <w:rPr>
          <w:rFonts w:ascii="Tahoma" w:hAnsi="Tahoma" w:cs="Tahoma" w:hint="eastAsia"/>
          <w:rtl/>
        </w:rPr>
        <w:t>بد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ن‌سان،</w:t>
      </w:r>
      <w:r w:rsidRPr="00B35040">
        <w:rPr>
          <w:rFonts w:ascii="Tahoma" w:hAnsi="Tahoma" w:cs="Tahoma"/>
          <w:rtl/>
        </w:rPr>
        <w:t xml:space="preserve"> فتح تبر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ز</w:t>
      </w:r>
      <w:r w:rsidRPr="00B35040">
        <w:rPr>
          <w:rFonts w:ascii="Tahoma" w:hAnsi="Tahoma" w:cs="Tahoma"/>
          <w:rtl/>
        </w:rPr>
        <w:t xml:space="preserve"> پا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ان</w:t>
      </w:r>
      <w:r w:rsidRPr="00B35040">
        <w:rPr>
          <w:rFonts w:ascii="Tahoma" w:hAnsi="Tahoma" w:cs="Tahoma"/>
          <w:rtl/>
        </w:rPr>
        <w:t xml:space="preserve"> مبارزهٔ صفو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ان</w:t>
      </w:r>
      <w:r w:rsidRPr="00B35040">
        <w:rPr>
          <w:rFonts w:ascii="Tahoma" w:hAnsi="Tahoma" w:cs="Tahoma"/>
          <w:rtl/>
        </w:rPr>
        <w:t xml:space="preserve"> برا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قدرت نبود. 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ن</w:t>
      </w:r>
      <w:r w:rsidRPr="00B35040">
        <w:rPr>
          <w:rFonts w:ascii="Tahoma" w:hAnsi="Tahoma" w:cs="Tahoma"/>
          <w:rtl/>
        </w:rPr>
        <w:t xml:space="preserve"> فتح صورت مسئله را تغ</w:t>
      </w:r>
      <w:r w:rsidRPr="00B35040">
        <w:rPr>
          <w:rFonts w:ascii="Tahoma" w:hAnsi="Tahoma" w:cs="Tahoma" w:hint="cs"/>
          <w:rtl/>
        </w:rPr>
        <w:t>یی</w:t>
      </w:r>
      <w:r w:rsidRPr="00B35040">
        <w:rPr>
          <w:rFonts w:ascii="Tahoma" w:hAnsi="Tahoma" w:cs="Tahoma" w:hint="eastAsia"/>
          <w:rtl/>
        </w:rPr>
        <w:t>ر</w:t>
      </w:r>
      <w:r w:rsidRPr="00B35040">
        <w:rPr>
          <w:rFonts w:ascii="Tahoma" w:hAnsi="Tahoma" w:cs="Tahoma"/>
          <w:rtl/>
        </w:rPr>
        <w:t xml:space="preserve"> داد. تا پ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ش</w:t>
      </w:r>
      <w:r w:rsidRPr="00B35040">
        <w:rPr>
          <w:rFonts w:ascii="Tahoma" w:hAnsi="Tahoma" w:cs="Tahoma"/>
          <w:rtl/>
        </w:rPr>
        <w:t xml:space="preserve"> از آن، پرسش 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ن</w:t>
      </w:r>
      <w:r w:rsidRPr="00B35040">
        <w:rPr>
          <w:rFonts w:ascii="Tahoma" w:hAnsi="Tahoma" w:cs="Tahoma"/>
          <w:rtl/>
        </w:rPr>
        <w:t xml:space="preserve"> بود که آ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ا</w:t>
      </w:r>
      <w:r w:rsidRPr="00B35040">
        <w:rPr>
          <w:rFonts w:ascii="Tahoma" w:hAnsi="Tahoma" w:cs="Tahoma"/>
          <w:rtl/>
        </w:rPr>
        <w:t xml:space="preserve"> طر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قت</w:t>
      </w:r>
      <w:r w:rsidRPr="00B35040">
        <w:rPr>
          <w:rFonts w:ascii="Tahoma" w:hAnsi="Tahoma" w:cs="Tahoma"/>
          <w:rtl/>
        </w:rPr>
        <w:t xml:space="preserve"> صفو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م</w:t>
      </w:r>
      <w:r w:rsidRPr="00B35040">
        <w:rPr>
          <w:rFonts w:ascii="Tahoma" w:hAnsi="Tahoma" w:cs="Tahoma" w:hint="cs"/>
          <w:rtl/>
        </w:rPr>
        <w:t>ی‌</w:t>
      </w:r>
      <w:r w:rsidRPr="00B35040">
        <w:rPr>
          <w:rFonts w:ascii="Tahoma" w:hAnsi="Tahoma" w:cs="Tahoma" w:hint="eastAsia"/>
          <w:rtl/>
        </w:rPr>
        <w:t>تواند</w:t>
      </w:r>
      <w:r w:rsidRPr="00B35040">
        <w:rPr>
          <w:rFonts w:ascii="Tahoma" w:hAnsi="Tahoma" w:cs="Tahoma"/>
          <w:rtl/>
        </w:rPr>
        <w:t xml:space="preserve"> حکومت‌ها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رق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ب</w:t>
      </w:r>
      <w:r w:rsidRPr="00B35040">
        <w:rPr>
          <w:rFonts w:ascii="Tahoma" w:hAnsi="Tahoma" w:cs="Tahoma"/>
          <w:rtl/>
        </w:rPr>
        <w:t xml:space="preserve"> را شکست دهد. پس از تاج‌گذار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اسماع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ل،</w:t>
      </w:r>
      <w:r w:rsidRPr="00B35040">
        <w:rPr>
          <w:rFonts w:ascii="Tahoma" w:hAnsi="Tahoma" w:cs="Tahoma"/>
          <w:rtl/>
        </w:rPr>
        <w:t xml:space="preserve"> پرسش اصل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آن شد که چگونه م</w:t>
      </w:r>
      <w:r w:rsidRPr="00B35040">
        <w:rPr>
          <w:rFonts w:ascii="Tahoma" w:hAnsi="Tahoma" w:cs="Tahoma" w:hint="cs"/>
          <w:rtl/>
        </w:rPr>
        <w:t>ی‌</w:t>
      </w:r>
      <w:r w:rsidRPr="00B35040">
        <w:rPr>
          <w:rFonts w:ascii="Tahoma" w:hAnsi="Tahoma" w:cs="Tahoma" w:hint="eastAsia"/>
          <w:rtl/>
        </w:rPr>
        <w:t>توان</w:t>
      </w:r>
      <w:r w:rsidRPr="00B35040">
        <w:rPr>
          <w:rFonts w:ascii="Tahoma" w:hAnsi="Tahoma" w:cs="Tahoma"/>
          <w:rtl/>
        </w:rPr>
        <w:t xml:space="preserve"> طر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قت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متک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به مرشد و قزلب</w:t>
      </w:r>
      <w:r w:rsidRPr="00B35040">
        <w:rPr>
          <w:rFonts w:ascii="Tahoma" w:hAnsi="Tahoma" w:cs="Tahoma" w:hint="eastAsia"/>
          <w:rtl/>
        </w:rPr>
        <w:t>اشان</w:t>
      </w:r>
      <w:r w:rsidRPr="00B35040">
        <w:rPr>
          <w:rFonts w:ascii="Tahoma" w:hAnsi="Tahoma" w:cs="Tahoma"/>
          <w:rtl/>
        </w:rPr>
        <w:t xml:space="preserve"> را به حکومت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پا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دار</w:t>
      </w:r>
      <w:r w:rsidRPr="00B35040">
        <w:rPr>
          <w:rFonts w:ascii="Tahoma" w:hAnsi="Tahoma" w:cs="Tahoma"/>
          <w:rtl/>
        </w:rPr>
        <w:t xml:space="preserve"> تبد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ل</w:t>
      </w:r>
      <w:r w:rsidRPr="00B35040">
        <w:rPr>
          <w:rFonts w:ascii="Tahoma" w:hAnsi="Tahoma" w:cs="Tahoma"/>
          <w:rtl/>
        </w:rPr>
        <w:t xml:space="preserve"> کرد؛ حکومت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که هم سران قبا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ل</w:t>
      </w:r>
      <w:r w:rsidRPr="00B35040">
        <w:rPr>
          <w:rFonts w:ascii="Tahoma" w:hAnsi="Tahoma" w:cs="Tahoma"/>
          <w:rtl/>
        </w:rPr>
        <w:t xml:space="preserve"> را مهار کند، هم د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وان</w:t>
      </w:r>
      <w:r w:rsidRPr="00B35040">
        <w:rPr>
          <w:rFonts w:ascii="Tahoma" w:hAnsi="Tahoma" w:cs="Tahoma"/>
          <w:rtl/>
        </w:rPr>
        <w:t xml:space="preserve"> را به کار گ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رد،</w:t>
      </w:r>
      <w:r w:rsidRPr="00B35040">
        <w:rPr>
          <w:rFonts w:ascii="Tahoma" w:hAnsi="Tahoma" w:cs="Tahoma"/>
          <w:rtl/>
        </w:rPr>
        <w:t xml:space="preserve"> هم جامعه‌ا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عمدتاً سن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را ز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ر</w:t>
      </w:r>
      <w:r w:rsidRPr="00B35040">
        <w:rPr>
          <w:rFonts w:ascii="Tahoma" w:hAnsi="Tahoma" w:cs="Tahoma"/>
          <w:rtl/>
        </w:rPr>
        <w:t xml:space="preserve"> مذهب رسم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تازه‌ا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درآورد و هم برا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تاج صفو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حقان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ت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فراتر از شخص بن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ان‌گذار</w:t>
      </w:r>
      <w:r w:rsidRPr="00B35040">
        <w:rPr>
          <w:rFonts w:ascii="Tahoma" w:hAnsi="Tahoma" w:cs="Tahoma"/>
          <w:rtl/>
        </w:rPr>
        <w:t xml:space="preserve"> بسازد.</w:t>
      </w:r>
    </w:p>
    <w:p w:rsidR="00B35040" w:rsidRDefault="00B35040" w:rsidP="00B35040">
      <w:pPr>
        <w:bidi/>
        <w:spacing w:after="0" w:line="360" w:lineRule="auto"/>
        <w:ind w:firstLine="720"/>
        <w:jc w:val="both"/>
        <w:rPr>
          <w:rFonts w:ascii="Tahoma" w:hAnsi="Tahoma" w:cs="Tahoma"/>
          <w:rtl/>
        </w:rPr>
      </w:pPr>
      <w:r w:rsidRPr="00B35040">
        <w:rPr>
          <w:rFonts w:ascii="Tahoma" w:hAnsi="Tahoma" w:cs="Tahoma" w:hint="eastAsia"/>
          <w:rtl/>
        </w:rPr>
        <w:t>پاسخ</w:t>
      </w:r>
      <w:r w:rsidRPr="00B35040">
        <w:rPr>
          <w:rFonts w:ascii="Tahoma" w:hAnsi="Tahoma" w:cs="Tahoma"/>
          <w:rtl/>
        </w:rPr>
        <w:t xml:space="preserve"> نخست شاه اسماع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ل،</w:t>
      </w:r>
      <w:r w:rsidRPr="00B35040">
        <w:rPr>
          <w:rFonts w:ascii="Tahoma" w:hAnsi="Tahoma" w:cs="Tahoma"/>
          <w:rtl/>
        </w:rPr>
        <w:t xml:space="preserve"> رسم</w:t>
      </w:r>
      <w:r w:rsidRPr="00B35040">
        <w:rPr>
          <w:rFonts w:ascii="Tahoma" w:hAnsi="Tahoma" w:cs="Tahoma" w:hint="cs"/>
          <w:rtl/>
        </w:rPr>
        <w:t>ی‌</w:t>
      </w:r>
      <w:r w:rsidRPr="00B35040">
        <w:rPr>
          <w:rFonts w:ascii="Tahoma" w:hAnsi="Tahoma" w:cs="Tahoma" w:hint="eastAsia"/>
          <w:rtl/>
        </w:rPr>
        <w:t>کردن</w:t>
      </w:r>
      <w:r w:rsidRPr="00B35040">
        <w:rPr>
          <w:rFonts w:ascii="Tahoma" w:hAnsi="Tahoma" w:cs="Tahoma"/>
          <w:rtl/>
        </w:rPr>
        <w:t xml:space="preserve"> تش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ع</w:t>
      </w:r>
      <w:r w:rsidRPr="00B35040">
        <w:rPr>
          <w:rFonts w:ascii="Tahoma" w:hAnsi="Tahoma" w:cs="Tahoma"/>
          <w:rtl/>
        </w:rPr>
        <w:t xml:space="preserve"> دوازده‌امام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بود. اما صدور فرمان آسان‌تر از ساختن دستگاه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بود که بتواند آن را در سراسر کشور به اجرا بگذارد. حکومت صفو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برا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انجام 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ن</w:t>
      </w:r>
      <w:r w:rsidRPr="00B35040">
        <w:rPr>
          <w:rFonts w:ascii="Tahoma" w:hAnsi="Tahoma" w:cs="Tahoma"/>
          <w:rtl/>
        </w:rPr>
        <w:t xml:space="preserve"> کار ناچار شد نه فقط مذهب کشور، بلکه جا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گاه</w:t>
      </w:r>
      <w:r w:rsidRPr="00B35040">
        <w:rPr>
          <w:rFonts w:ascii="Tahoma" w:hAnsi="Tahoma" w:cs="Tahoma"/>
          <w:rtl/>
        </w:rPr>
        <w:t xml:space="preserve"> د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نکاران</w:t>
      </w:r>
      <w:r w:rsidRPr="00B35040">
        <w:rPr>
          <w:rFonts w:ascii="Tahoma" w:hAnsi="Tahoma" w:cs="Tahoma"/>
          <w:rtl/>
        </w:rPr>
        <w:t xml:space="preserve"> در کشوردار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/>
          <w:rtl/>
        </w:rPr>
        <w:t xml:space="preserve"> ا</w:t>
      </w:r>
      <w:r w:rsidRPr="00B35040">
        <w:rPr>
          <w:rFonts w:ascii="Tahoma" w:hAnsi="Tahoma" w:cs="Tahoma" w:hint="cs"/>
          <w:rtl/>
        </w:rPr>
        <w:t>ی</w:t>
      </w:r>
      <w:r w:rsidRPr="00B35040">
        <w:rPr>
          <w:rFonts w:ascii="Tahoma" w:hAnsi="Tahoma" w:cs="Tahoma" w:hint="eastAsia"/>
          <w:rtl/>
        </w:rPr>
        <w:t>ران</w:t>
      </w:r>
      <w:r w:rsidRPr="00B35040">
        <w:rPr>
          <w:rFonts w:ascii="Tahoma" w:hAnsi="Tahoma" w:cs="Tahoma"/>
          <w:rtl/>
        </w:rPr>
        <w:t xml:space="preserve"> را دگرگون کند.</w:t>
      </w:r>
    </w:p>
    <w:p w:rsidR="00B35040" w:rsidRDefault="00B35040" w:rsidP="00B35040">
      <w:pPr>
        <w:keepNext/>
        <w:pageBreakBefore/>
        <w:bidi/>
        <w:spacing w:after="0" w:line="360" w:lineRule="auto"/>
        <w:jc w:val="center"/>
        <w:rPr>
          <w:rFonts w:ascii="Tahoma" w:hAnsi="Tahoma" w:cs="Tahoma"/>
          <w:rtl/>
        </w:rPr>
      </w:pPr>
      <w:bookmarkStart w:id="5" w:name="Vol1Chapter03"/>
      <w:bookmarkEnd w:id="5"/>
      <w:r>
        <w:rPr>
          <w:rFonts w:ascii="Tahoma" w:hAnsi="Tahoma" w:cs="Tahoma" w:hint="cs"/>
          <w:b/>
          <w:sz w:val="36"/>
          <w:rtl/>
        </w:rPr>
        <w:t>فصل سوم</w:t>
      </w:r>
    </w:p>
    <w:p w:rsidR="00C9717E" w:rsidRPr="00C9717E" w:rsidRDefault="00C9717E" w:rsidP="00C9717E">
      <w:pPr>
        <w:keepNext/>
        <w:bidi/>
        <w:spacing w:after="240" w:line="360" w:lineRule="auto"/>
        <w:jc w:val="center"/>
        <w:rPr>
          <w:rFonts w:ascii="Tahoma" w:hAnsi="Tahoma" w:cs="Tahoma"/>
        </w:rPr>
      </w:pPr>
      <w:r w:rsidRPr="00C9717E">
        <w:rPr>
          <w:rFonts w:ascii="Tahoma" w:hAnsi="Tahoma" w:cs="Tahoma"/>
          <w:b/>
          <w:sz w:val="36"/>
          <w:rtl/>
        </w:rPr>
        <w:t>رسم</w:t>
      </w:r>
      <w:r w:rsidRPr="00C9717E">
        <w:rPr>
          <w:rFonts w:ascii="Tahoma" w:hAnsi="Tahoma" w:cs="Tahoma" w:hint="cs"/>
          <w:b/>
          <w:sz w:val="36"/>
          <w:rtl/>
        </w:rPr>
        <w:t>ی‌</w:t>
      </w:r>
      <w:r w:rsidRPr="00C9717E">
        <w:rPr>
          <w:rFonts w:ascii="Tahoma" w:hAnsi="Tahoma" w:cs="Tahoma" w:hint="eastAsia"/>
          <w:b/>
          <w:sz w:val="36"/>
          <w:rtl/>
        </w:rPr>
        <w:t>شدن</w:t>
      </w:r>
      <w:r w:rsidRPr="00C9717E">
        <w:rPr>
          <w:rFonts w:ascii="Tahoma" w:hAnsi="Tahoma" w:cs="Tahoma"/>
          <w:b/>
          <w:sz w:val="36"/>
          <w:rtl/>
        </w:rPr>
        <w:t xml:space="preserve"> تش</w:t>
      </w:r>
      <w:r w:rsidRPr="00C9717E">
        <w:rPr>
          <w:rFonts w:ascii="Tahoma" w:hAnsi="Tahoma" w:cs="Tahoma" w:hint="cs"/>
          <w:b/>
          <w:sz w:val="36"/>
          <w:rtl/>
        </w:rPr>
        <w:t>ی</w:t>
      </w:r>
      <w:r w:rsidRPr="00C9717E">
        <w:rPr>
          <w:rFonts w:ascii="Tahoma" w:hAnsi="Tahoma" w:cs="Tahoma" w:hint="eastAsia"/>
          <w:b/>
          <w:sz w:val="36"/>
          <w:rtl/>
        </w:rPr>
        <w:t>ع</w:t>
      </w:r>
      <w:r w:rsidRPr="00C9717E">
        <w:rPr>
          <w:rFonts w:ascii="Tahoma" w:hAnsi="Tahoma" w:cs="Tahoma"/>
          <w:b/>
          <w:sz w:val="36"/>
          <w:rtl/>
        </w:rPr>
        <w:t xml:space="preserve"> دوازده‌امام</w:t>
      </w:r>
      <w:r w:rsidRPr="00C9717E">
        <w:rPr>
          <w:rFonts w:ascii="Tahoma" w:hAnsi="Tahoma" w:cs="Tahoma" w:hint="cs"/>
          <w:b/>
          <w:sz w:val="36"/>
          <w:rtl/>
        </w:rPr>
        <w:t>ی</w:t>
      </w:r>
    </w:p>
    <w:p w:rsidR="00C9717E" w:rsidRPr="00C9717E" w:rsidRDefault="00C9717E" w:rsidP="00C9717E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C9717E">
        <w:rPr>
          <w:rFonts w:ascii="Tahoma" w:hAnsi="Tahoma" w:cs="Tahoma" w:hint="eastAsia"/>
          <w:rtl/>
        </w:rPr>
        <w:t>شاه</w:t>
      </w:r>
      <w:r w:rsidRPr="00C9717E">
        <w:rPr>
          <w:rFonts w:ascii="Tahoma" w:hAnsi="Tahoma" w:cs="Tahoma"/>
          <w:rtl/>
        </w:rPr>
        <w:t xml:space="preserve"> اسماع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ل</w:t>
      </w:r>
      <w:r w:rsidRPr="00C9717E">
        <w:rPr>
          <w:rFonts w:ascii="Tahoma" w:hAnsi="Tahoma" w:cs="Tahoma"/>
          <w:rtl/>
        </w:rPr>
        <w:t xml:space="preserve"> پس از ورود به تبر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ز</w:t>
      </w:r>
      <w:r w:rsidRPr="00C9717E">
        <w:rPr>
          <w:rFonts w:ascii="Tahoma" w:hAnsi="Tahoma" w:cs="Tahoma"/>
          <w:rtl/>
        </w:rPr>
        <w:t xml:space="preserve"> با فرمان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روبه‌رو نبود که فقط چگونگ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ادارهٔ 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ک</w:t>
      </w:r>
      <w:r w:rsidRPr="00C9717E">
        <w:rPr>
          <w:rFonts w:ascii="Tahoma" w:hAnsi="Tahoma" w:cs="Tahoma"/>
          <w:rtl/>
        </w:rPr>
        <w:t xml:space="preserve"> شهر 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ا</w:t>
      </w:r>
      <w:r w:rsidRPr="00C9717E">
        <w:rPr>
          <w:rFonts w:ascii="Tahoma" w:hAnsi="Tahoma" w:cs="Tahoma"/>
          <w:rtl/>
        </w:rPr>
        <w:t xml:space="preserve"> تقس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م</w:t>
      </w:r>
      <w:r w:rsidRPr="00C9717E">
        <w:rPr>
          <w:rFonts w:ascii="Tahoma" w:hAnsi="Tahoma" w:cs="Tahoma"/>
          <w:rtl/>
        </w:rPr>
        <w:t xml:space="preserve"> غن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مت</w:t>
      </w:r>
      <w:r w:rsidRPr="00C9717E">
        <w:rPr>
          <w:rFonts w:ascii="Tahoma" w:hAnsi="Tahoma" w:cs="Tahoma"/>
          <w:rtl/>
        </w:rPr>
        <w:t xml:space="preserve"> م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ان</w:t>
      </w:r>
      <w:r w:rsidRPr="00C9717E">
        <w:rPr>
          <w:rFonts w:ascii="Tahoma" w:hAnsi="Tahoma" w:cs="Tahoma"/>
          <w:rtl/>
        </w:rPr>
        <w:t xml:space="preserve"> قزلباشان را تع</w:t>
      </w:r>
      <w:r w:rsidRPr="00C9717E">
        <w:rPr>
          <w:rFonts w:ascii="Tahoma" w:hAnsi="Tahoma" w:cs="Tahoma" w:hint="cs"/>
          <w:rtl/>
        </w:rPr>
        <w:t>یی</w:t>
      </w:r>
      <w:r w:rsidRPr="00C9717E">
        <w:rPr>
          <w:rFonts w:ascii="Tahoma" w:hAnsi="Tahoma" w:cs="Tahoma" w:hint="eastAsia"/>
          <w:rtl/>
        </w:rPr>
        <w:t>ن</w:t>
      </w:r>
      <w:r w:rsidRPr="00C9717E">
        <w:rPr>
          <w:rFonts w:ascii="Tahoma" w:hAnsi="Tahoma" w:cs="Tahoma"/>
          <w:rtl/>
        </w:rPr>
        <w:t xml:space="preserve"> کند. او با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د</w:t>
      </w:r>
      <w:r w:rsidRPr="00C9717E">
        <w:rPr>
          <w:rFonts w:ascii="Tahoma" w:hAnsi="Tahoma" w:cs="Tahoma"/>
          <w:rtl/>
        </w:rPr>
        <w:t xml:space="preserve"> برا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حکومت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که هنوز مرزها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ش</w:t>
      </w:r>
      <w:r w:rsidRPr="00C9717E">
        <w:rPr>
          <w:rFonts w:ascii="Tahoma" w:hAnsi="Tahoma" w:cs="Tahoma"/>
          <w:rtl/>
        </w:rPr>
        <w:t xml:space="preserve"> تثب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ت</w:t>
      </w:r>
      <w:r w:rsidRPr="00C9717E">
        <w:rPr>
          <w:rFonts w:ascii="Tahoma" w:hAnsi="Tahoma" w:cs="Tahoma"/>
          <w:rtl/>
        </w:rPr>
        <w:t xml:space="preserve"> نشده بود هو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ت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م</w:t>
      </w:r>
      <w:r w:rsidRPr="00C9717E">
        <w:rPr>
          <w:rFonts w:ascii="Tahoma" w:hAnsi="Tahoma" w:cs="Tahoma" w:hint="cs"/>
          <w:rtl/>
        </w:rPr>
        <w:t>ی‌</w:t>
      </w:r>
      <w:r w:rsidRPr="00C9717E">
        <w:rPr>
          <w:rFonts w:ascii="Tahoma" w:hAnsi="Tahoma" w:cs="Tahoma" w:hint="eastAsia"/>
          <w:rtl/>
        </w:rPr>
        <w:t>ساخت؛</w:t>
      </w:r>
      <w:r w:rsidRPr="00C9717E">
        <w:rPr>
          <w:rFonts w:ascii="Tahoma" w:hAnsi="Tahoma" w:cs="Tahoma"/>
          <w:rtl/>
        </w:rPr>
        <w:t xml:space="preserve"> هو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ت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که قشون‌ها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گوناگون را ز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ر</w:t>
      </w:r>
      <w:r w:rsidRPr="00C9717E">
        <w:rPr>
          <w:rFonts w:ascii="Tahoma" w:hAnsi="Tahoma" w:cs="Tahoma"/>
          <w:rtl/>
        </w:rPr>
        <w:t xml:space="preserve"> فرمان او نگاه دارد، تاج صفو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را از حکومت‌ها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رق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ب</w:t>
      </w:r>
      <w:r w:rsidRPr="00C9717E">
        <w:rPr>
          <w:rFonts w:ascii="Tahoma" w:hAnsi="Tahoma" w:cs="Tahoma"/>
          <w:rtl/>
        </w:rPr>
        <w:t xml:space="preserve"> جدا کند و برا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مردم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که پ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وند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با طر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قت</w:t>
      </w:r>
      <w:r w:rsidRPr="00C9717E">
        <w:rPr>
          <w:rFonts w:ascii="Tahoma" w:hAnsi="Tahoma" w:cs="Tahoma"/>
          <w:rtl/>
        </w:rPr>
        <w:t xml:space="preserve"> صفو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نداشتند توض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ح</w:t>
      </w:r>
      <w:r w:rsidRPr="00C9717E">
        <w:rPr>
          <w:rFonts w:ascii="Tahoma" w:hAnsi="Tahoma" w:cs="Tahoma"/>
          <w:rtl/>
        </w:rPr>
        <w:t xml:space="preserve"> دهد که چرا با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د</w:t>
      </w:r>
      <w:r w:rsidRPr="00C9717E">
        <w:rPr>
          <w:rFonts w:ascii="Tahoma" w:hAnsi="Tahoma" w:cs="Tahoma"/>
          <w:rtl/>
        </w:rPr>
        <w:t xml:space="preserve"> از 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ن</w:t>
      </w:r>
      <w:r w:rsidRPr="00C9717E">
        <w:rPr>
          <w:rFonts w:ascii="Tahoma" w:hAnsi="Tahoma" w:cs="Tahoma"/>
          <w:rtl/>
        </w:rPr>
        <w:t xml:space="preserve"> شاه تازه اطاعت کنند.</w:t>
      </w:r>
    </w:p>
    <w:p w:rsidR="00C9717E" w:rsidRPr="00C9717E" w:rsidRDefault="00C9717E" w:rsidP="00C9717E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C9717E">
        <w:rPr>
          <w:rFonts w:ascii="Tahoma" w:hAnsi="Tahoma" w:cs="Tahoma" w:hint="eastAsia"/>
          <w:rtl/>
        </w:rPr>
        <w:t>پاسخ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که اسماع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ل</w:t>
      </w:r>
      <w:r w:rsidRPr="00C9717E">
        <w:rPr>
          <w:rFonts w:ascii="Tahoma" w:hAnsi="Tahoma" w:cs="Tahoma"/>
          <w:rtl/>
        </w:rPr>
        <w:t xml:space="preserve"> برگز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د،</w:t>
      </w:r>
      <w:r w:rsidRPr="00C9717E">
        <w:rPr>
          <w:rFonts w:ascii="Tahoma" w:hAnsi="Tahoma" w:cs="Tahoma"/>
          <w:rtl/>
        </w:rPr>
        <w:t xml:space="preserve"> رسم</w:t>
      </w:r>
      <w:r w:rsidRPr="00C9717E">
        <w:rPr>
          <w:rFonts w:ascii="Tahoma" w:hAnsi="Tahoma" w:cs="Tahoma" w:hint="cs"/>
          <w:rtl/>
        </w:rPr>
        <w:t>ی‌</w:t>
      </w:r>
      <w:r w:rsidRPr="00C9717E">
        <w:rPr>
          <w:rFonts w:ascii="Tahoma" w:hAnsi="Tahoma" w:cs="Tahoma" w:hint="eastAsia"/>
          <w:rtl/>
        </w:rPr>
        <w:t>کردن</w:t>
      </w:r>
      <w:r w:rsidRPr="00C9717E">
        <w:rPr>
          <w:rFonts w:ascii="Tahoma" w:hAnsi="Tahoma" w:cs="Tahoma"/>
          <w:rtl/>
        </w:rPr>
        <w:t xml:space="preserve"> تش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ع</w:t>
      </w:r>
      <w:r w:rsidRPr="00C9717E">
        <w:rPr>
          <w:rFonts w:ascii="Tahoma" w:hAnsi="Tahoma" w:cs="Tahoma"/>
          <w:rtl/>
        </w:rPr>
        <w:t xml:space="preserve"> دوازده‌امام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بود.</w:t>
      </w:r>
    </w:p>
    <w:p w:rsidR="00C9717E" w:rsidRPr="00C9717E" w:rsidRDefault="00C9717E" w:rsidP="00C9717E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C9717E">
        <w:rPr>
          <w:rFonts w:ascii="Tahoma" w:hAnsi="Tahoma" w:cs="Tahoma" w:hint="eastAsia"/>
          <w:rtl/>
        </w:rPr>
        <w:t>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ن</w:t>
      </w:r>
      <w:r w:rsidRPr="00C9717E">
        <w:rPr>
          <w:rFonts w:ascii="Tahoma" w:hAnsi="Tahoma" w:cs="Tahoma"/>
          <w:rtl/>
        </w:rPr>
        <w:t xml:space="preserve"> تصم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م</w:t>
      </w:r>
      <w:r w:rsidRPr="00C9717E">
        <w:rPr>
          <w:rFonts w:ascii="Tahoma" w:hAnsi="Tahoma" w:cs="Tahoma"/>
          <w:rtl/>
        </w:rPr>
        <w:t xml:space="preserve"> را نم</w:t>
      </w:r>
      <w:r w:rsidRPr="00C9717E">
        <w:rPr>
          <w:rFonts w:ascii="Tahoma" w:hAnsi="Tahoma" w:cs="Tahoma" w:hint="cs"/>
          <w:rtl/>
        </w:rPr>
        <w:t>ی‌</w:t>
      </w:r>
      <w:r w:rsidRPr="00C9717E">
        <w:rPr>
          <w:rFonts w:ascii="Tahoma" w:hAnsi="Tahoma" w:cs="Tahoma" w:hint="eastAsia"/>
          <w:rtl/>
        </w:rPr>
        <w:t>توان</w:t>
      </w:r>
      <w:r w:rsidRPr="00C9717E">
        <w:rPr>
          <w:rFonts w:ascii="Tahoma" w:hAnsi="Tahoma" w:cs="Tahoma"/>
          <w:rtl/>
        </w:rPr>
        <w:t xml:space="preserve"> فقط با اعتقاد مذهب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شاه توض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ح</w:t>
      </w:r>
      <w:r w:rsidRPr="00C9717E">
        <w:rPr>
          <w:rFonts w:ascii="Tahoma" w:hAnsi="Tahoma" w:cs="Tahoma"/>
          <w:rtl/>
        </w:rPr>
        <w:t xml:space="preserve"> داد، همان‌گونه که نم</w:t>
      </w:r>
      <w:r w:rsidRPr="00C9717E">
        <w:rPr>
          <w:rFonts w:ascii="Tahoma" w:hAnsi="Tahoma" w:cs="Tahoma" w:hint="cs"/>
          <w:rtl/>
        </w:rPr>
        <w:t>ی‌</w:t>
      </w:r>
      <w:r w:rsidRPr="00C9717E">
        <w:rPr>
          <w:rFonts w:ascii="Tahoma" w:hAnsi="Tahoma" w:cs="Tahoma" w:hint="eastAsia"/>
          <w:rtl/>
        </w:rPr>
        <w:t>توان</w:t>
      </w:r>
      <w:r w:rsidRPr="00C9717E">
        <w:rPr>
          <w:rFonts w:ascii="Tahoma" w:hAnsi="Tahoma" w:cs="Tahoma"/>
          <w:rtl/>
        </w:rPr>
        <w:t xml:space="preserve"> جنبهٔ اعتقاد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آن را ناد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ده</w:t>
      </w:r>
      <w:r w:rsidRPr="00C9717E">
        <w:rPr>
          <w:rFonts w:ascii="Tahoma" w:hAnsi="Tahoma" w:cs="Tahoma"/>
          <w:rtl/>
        </w:rPr>
        <w:t xml:space="preserve"> گرفت و همه‌چ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ز</w:t>
      </w:r>
      <w:r w:rsidRPr="00C9717E">
        <w:rPr>
          <w:rFonts w:ascii="Tahoma" w:hAnsi="Tahoma" w:cs="Tahoma"/>
          <w:rtl/>
        </w:rPr>
        <w:t xml:space="preserve"> را به محاسبه‌ا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س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اس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فروکاست. در شخص شاه اسماع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ل،</w:t>
      </w:r>
      <w:r w:rsidRPr="00C9717E">
        <w:rPr>
          <w:rFonts w:ascii="Tahoma" w:hAnsi="Tahoma" w:cs="Tahoma"/>
          <w:rtl/>
        </w:rPr>
        <w:t xml:space="preserve"> مرز م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ان</w:t>
      </w:r>
      <w:r w:rsidRPr="00C9717E">
        <w:rPr>
          <w:rFonts w:ascii="Tahoma" w:hAnsi="Tahoma" w:cs="Tahoma"/>
          <w:rtl/>
        </w:rPr>
        <w:t xml:space="preserve"> 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مان،</w:t>
      </w:r>
      <w:r w:rsidRPr="00C9717E">
        <w:rPr>
          <w:rFonts w:ascii="Tahoma" w:hAnsi="Tahoma" w:cs="Tahoma"/>
          <w:rtl/>
        </w:rPr>
        <w:t xml:space="preserve"> س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است</w:t>
      </w:r>
      <w:r w:rsidRPr="00C9717E">
        <w:rPr>
          <w:rFonts w:ascii="Tahoma" w:hAnsi="Tahoma" w:cs="Tahoma"/>
          <w:rtl/>
        </w:rPr>
        <w:t xml:space="preserve"> و جنگ روشن نبود. او خود را وارث ش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خ</w:t>
      </w:r>
      <w:r w:rsidRPr="00C9717E">
        <w:rPr>
          <w:rFonts w:ascii="Tahoma" w:hAnsi="Tahoma" w:cs="Tahoma"/>
          <w:rtl/>
        </w:rPr>
        <w:t xml:space="preserve"> صف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،</w:t>
      </w:r>
      <w:r w:rsidRPr="00C9717E">
        <w:rPr>
          <w:rFonts w:ascii="Tahoma" w:hAnsi="Tahoma" w:cs="Tahoma"/>
          <w:rtl/>
        </w:rPr>
        <w:t xml:space="preserve"> ش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خ</w:t>
      </w:r>
      <w:r w:rsidRPr="00C9717E">
        <w:rPr>
          <w:rFonts w:ascii="Tahoma" w:hAnsi="Tahoma" w:cs="Tahoma"/>
          <w:rtl/>
        </w:rPr>
        <w:t xml:space="preserve"> جن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د</w:t>
      </w:r>
      <w:r w:rsidRPr="00C9717E">
        <w:rPr>
          <w:rFonts w:ascii="Tahoma" w:hAnsi="Tahoma" w:cs="Tahoma"/>
          <w:rtl/>
        </w:rPr>
        <w:t xml:space="preserve"> و ش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خ</w:t>
      </w:r>
      <w:r w:rsidRPr="00C9717E">
        <w:rPr>
          <w:rFonts w:ascii="Tahoma" w:hAnsi="Tahoma" w:cs="Tahoma"/>
          <w:rtl/>
        </w:rPr>
        <w:t xml:space="preserve"> ح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در</w:t>
      </w:r>
      <w:r w:rsidRPr="00C9717E">
        <w:rPr>
          <w:rFonts w:ascii="Tahoma" w:hAnsi="Tahoma" w:cs="Tahoma"/>
          <w:rtl/>
        </w:rPr>
        <w:t xml:space="preserve"> م</w:t>
      </w:r>
      <w:r w:rsidRPr="00C9717E">
        <w:rPr>
          <w:rFonts w:ascii="Tahoma" w:hAnsi="Tahoma" w:cs="Tahoma" w:hint="cs"/>
          <w:rtl/>
        </w:rPr>
        <w:t>ی‌</w:t>
      </w:r>
      <w:r w:rsidRPr="00C9717E">
        <w:rPr>
          <w:rFonts w:ascii="Tahoma" w:hAnsi="Tahoma" w:cs="Tahoma" w:hint="eastAsia"/>
          <w:rtl/>
        </w:rPr>
        <w:t>دانست؛</w:t>
      </w:r>
      <w:r w:rsidRPr="00C9717E">
        <w:rPr>
          <w:rFonts w:ascii="Tahoma" w:hAnsi="Tahoma" w:cs="Tahoma"/>
          <w:rtl/>
        </w:rPr>
        <w:t xml:space="preserve"> مرشد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بود که قزلباشان فرمانش را مقدس م</w:t>
      </w:r>
      <w:r w:rsidRPr="00C9717E">
        <w:rPr>
          <w:rFonts w:ascii="Tahoma" w:hAnsi="Tahoma" w:cs="Tahoma" w:hint="cs"/>
          <w:rtl/>
        </w:rPr>
        <w:t>ی‌</w:t>
      </w:r>
      <w:r w:rsidRPr="00C9717E">
        <w:rPr>
          <w:rFonts w:ascii="Tahoma" w:hAnsi="Tahoma" w:cs="Tahoma" w:hint="eastAsia"/>
          <w:rtl/>
        </w:rPr>
        <w:t>شمردند؛</w:t>
      </w:r>
      <w:r w:rsidRPr="00C9717E">
        <w:rPr>
          <w:rFonts w:ascii="Tahoma" w:hAnsi="Tahoma" w:cs="Tahoma"/>
          <w:rtl/>
        </w:rPr>
        <w:t xml:space="preserve"> از پ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وند</w:t>
      </w:r>
      <w:r w:rsidRPr="00C9717E">
        <w:rPr>
          <w:rFonts w:ascii="Tahoma" w:hAnsi="Tahoma" w:cs="Tahoma"/>
          <w:rtl/>
        </w:rPr>
        <w:t xml:space="preserve"> خاندانش با امامان سخن گفته م</w:t>
      </w:r>
      <w:r w:rsidRPr="00C9717E">
        <w:rPr>
          <w:rFonts w:ascii="Tahoma" w:hAnsi="Tahoma" w:cs="Tahoma" w:hint="cs"/>
          <w:rtl/>
        </w:rPr>
        <w:t>ی‌</w:t>
      </w:r>
      <w:r w:rsidRPr="00C9717E">
        <w:rPr>
          <w:rFonts w:ascii="Tahoma" w:hAnsi="Tahoma" w:cs="Tahoma" w:hint="eastAsia"/>
          <w:rtl/>
        </w:rPr>
        <w:t>شد؛</w:t>
      </w:r>
      <w:r w:rsidRPr="00C9717E">
        <w:rPr>
          <w:rFonts w:ascii="Tahoma" w:hAnsi="Tahoma" w:cs="Tahoma"/>
          <w:rtl/>
        </w:rPr>
        <w:t xml:space="preserve"> و شعرها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ش</w:t>
      </w:r>
      <w:r w:rsidRPr="00C9717E">
        <w:rPr>
          <w:rFonts w:ascii="Tahoma" w:hAnsi="Tahoma" w:cs="Tahoma"/>
          <w:rtl/>
        </w:rPr>
        <w:t xml:space="preserve"> نشان م</w:t>
      </w:r>
      <w:r w:rsidRPr="00C9717E">
        <w:rPr>
          <w:rFonts w:ascii="Tahoma" w:hAnsi="Tahoma" w:cs="Tahoma" w:hint="cs"/>
          <w:rtl/>
        </w:rPr>
        <w:t>ی‌</w:t>
      </w:r>
      <w:r w:rsidRPr="00C9717E">
        <w:rPr>
          <w:rFonts w:ascii="Tahoma" w:hAnsi="Tahoma" w:cs="Tahoma" w:hint="eastAsia"/>
          <w:rtl/>
        </w:rPr>
        <w:t>داد</w:t>
      </w:r>
      <w:r w:rsidRPr="00C9717E">
        <w:rPr>
          <w:rFonts w:ascii="Tahoma" w:hAnsi="Tahoma" w:cs="Tahoma"/>
          <w:rtl/>
        </w:rPr>
        <w:t xml:space="preserve"> که زبان د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ن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برا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او فقط پوشش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برا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کسب قدرت نبود. اما هم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ن</w:t>
      </w:r>
      <w:r w:rsidRPr="00C9717E">
        <w:rPr>
          <w:rFonts w:ascii="Tahoma" w:hAnsi="Tahoma" w:cs="Tahoma"/>
          <w:rtl/>
        </w:rPr>
        <w:t xml:space="preserve"> 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مان</w:t>
      </w:r>
      <w:r w:rsidRPr="00C9717E">
        <w:rPr>
          <w:rFonts w:ascii="Tahoma" w:hAnsi="Tahoma" w:cs="Tahoma"/>
          <w:rtl/>
        </w:rPr>
        <w:t xml:space="preserve"> هنگام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که صاحب قشون، تاج و قلمرو شد، به مسئله‌ا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در کشوردار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تبد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ل</w:t>
      </w:r>
      <w:r w:rsidRPr="00C9717E">
        <w:rPr>
          <w:rFonts w:ascii="Tahoma" w:hAnsi="Tahoma" w:cs="Tahoma"/>
          <w:rtl/>
        </w:rPr>
        <w:t xml:space="preserve"> گ</w:t>
      </w:r>
      <w:r w:rsidRPr="00C9717E">
        <w:rPr>
          <w:rFonts w:ascii="Tahoma" w:hAnsi="Tahoma" w:cs="Tahoma" w:hint="eastAsia"/>
          <w:rtl/>
        </w:rPr>
        <w:t>رد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د</w:t>
      </w:r>
      <w:r w:rsidRPr="00C9717E">
        <w:rPr>
          <w:rFonts w:ascii="Tahoma" w:hAnsi="Tahoma" w:cs="Tahoma"/>
          <w:rtl/>
        </w:rPr>
        <w:t>.</w:t>
      </w:r>
    </w:p>
    <w:p w:rsidR="00C9717E" w:rsidRPr="00C9717E" w:rsidRDefault="00C9717E" w:rsidP="00C9717E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C9717E">
        <w:rPr>
          <w:rFonts w:ascii="Tahoma" w:hAnsi="Tahoma" w:cs="Tahoma" w:hint="eastAsia"/>
          <w:rtl/>
        </w:rPr>
        <w:t>شاه</w:t>
      </w:r>
      <w:r w:rsidRPr="00C9717E">
        <w:rPr>
          <w:rFonts w:ascii="Tahoma" w:hAnsi="Tahoma" w:cs="Tahoma"/>
          <w:rtl/>
        </w:rPr>
        <w:t xml:space="preserve"> م</w:t>
      </w:r>
      <w:r w:rsidRPr="00C9717E">
        <w:rPr>
          <w:rFonts w:ascii="Tahoma" w:hAnsi="Tahoma" w:cs="Tahoma" w:hint="cs"/>
          <w:rtl/>
        </w:rPr>
        <w:t>ی‌</w:t>
      </w:r>
      <w:r w:rsidRPr="00C9717E">
        <w:rPr>
          <w:rFonts w:ascii="Tahoma" w:hAnsi="Tahoma" w:cs="Tahoma" w:hint="eastAsia"/>
          <w:rtl/>
        </w:rPr>
        <w:t>توانست</w:t>
      </w:r>
      <w:r w:rsidRPr="00C9717E">
        <w:rPr>
          <w:rFonts w:ascii="Tahoma" w:hAnsi="Tahoma" w:cs="Tahoma"/>
          <w:rtl/>
        </w:rPr>
        <w:t xml:space="preserve"> در خلوت خود هر باور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داشته باشد، اما هنگام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که مذهب خود را مذهب رسم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حکومت اعلام م</w:t>
      </w:r>
      <w:r w:rsidRPr="00C9717E">
        <w:rPr>
          <w:rFonts w:ascii="Tahoma" w:hAnsi="Tahoma" w:cs="Tahoma" w:hint="cs"/>
          <w:rtl/>
        </w:rPr>
        <w:t>ی‌</w:t>
      </w:r>
      <w:r w:rsidRPr="00C9717E">
        <w:rPr>
          <w:rFonts w:ascii="Tahoma" w:hAnsi="Tahoma" w:cs="Tahoma" w:hint="eastAsia"/>
          <w:rtl/>
        </w:rPr>
        <w:t>کرد،</w:t>
      </w:r>
      <w:r w:rsidRPr="00C9717E">
        <w:rPr>
          <w:rFonts w:ascii="Tahoma" w:hAnsi="Tahoma" w:cs="Tahoma"/>
          <w:rtl/>
        </w:rPr>
        <w:t xml:space="preserve"> آن باور به قاعده‌ا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عموم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تبد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ل</w:t>
      </w:r>
      <w:r w:rsidRPr="00C9717E">
        <w:rPr>
          <w:rFonts w:ascii="Tahoma" w:hAnsi="Tahoma" w:cs="Tahoma"/>
          <w:rtl/>
        </w:rPr>
        <w:t xml:space="preserve"> م</w:t>
      </w:r>
      <w:r w:rsidRPr="00C9717E">
        <w:rPr>
          <w:rFonts w:ascii="Tahoma" w:hAnsi="Tahoma" w:cs="Tahoma" w:hint="cs"/>
          <w:rtl/>
        </w:rPr>
        <w:t>ی‌</w:t>
      </w:r>
      <w:r w:rsidRPr="00C9717E">
        <w:rPr>
          <w:rFonts w:ascii="Tahoma" w:hAnsi="Tahoma" w:cs="Tahoma" w:hint="eastAsia"/>
          <w:rtl/>
        </w:rPr>
        <w:t>شد</w:t>
      </w:r>
      <w:r w:rsidRPr="00C9717E">
        <w:rPr>
          <w:rFonts w:ascii="Tahoma" w:hAnsi="Tahoma" w:cs="Tahoma"/>
          <w:rtl/>
        </w:rPr>
        <w:t>. از آن پس، خطبه، سکه، قضاوت، آموزش، مراسم عموم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،</w:t>
      </w:r>
      <w:r w:rsidRPr="00C9717E">
        <w:rPr>
          <w:rFonts w:ascii="Tahoma" w:hAnsi="Tahoma" w:cs="Tahoma"/>
          <w:rtl/>
        </w:rPr>
        <w:t xml:space="preserve"> جا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گاه</w:t>
      </w:r>
      <w:r w:rsidRPr="00C9717E">
        <w:rPr>
          <w:rFonts w:ascii="Tahoma" w:hAnsi="Tahoma" w:cs="Tahoma"/>
          <w:rtl/>
        </w:rPr>
        <w:t xml:space="preserve"> د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نکاران</w:t>
      </w:r>
      <w:r w:rsidRPr="00C9717E">
        <w:rPr>
          <w:rFonts w:ascii="Tahoma" w:hAnsi="Tahoma" w:cs="Tahoma"/>
          <w:rtl/>
        </w:rPr>
        <w:t xml:space="preserve"> و رابطهٔ حکومت با مردم و همسا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گان</w:t>
      </w:r>
      <w:r w:rsidRPr="00C9717E">
        <w:rPr>
          <w:rFonts w:ascii="Tahoma" w:hAnsi="Tahoma" w:cs="Tahoma"/>
          <w:rtl/>
        </w:rPr>
        <w:t xml:space="preserve"> با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د</w:t>
      </w:r>
      <w:r w:rsidRPr="00C9717E">
        <w:rPr>
          <w:rFonts w:ascii="Tahoma" w:hAnsi="Tahoma" w:cs="Tahoma"/>
          <w:rtl/>
        </w:rPr>
        <w:t xml:space="preserve"> بر پا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هٔ</w:t>
      </w:r>
      <w:r w:rsidRPr="00C9717E">
        <w:rPr>
          <w:rFonts w:ascii="Tahoma" w:hAnsi="Tahoma" w:cs="Tahoma"/>
          <w:rtl/>
        </w:rPr>
        <w:t xml:space="preserve"> آن تنظ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م</w:t>
      </w:r>
      <w:r w:rsidRPr="00C9717E">
        <w:rPr>
          <w:rFonts w:ascii="Tahoma" w:hAnsi="Tahoma" w:cs="Tahoma"/>
          <w:rtl/>
        </w:rPr>
        <w:t xml:space="preserve"> م</w:t>
      </w:r>
      <w:r w:rsidRPr="00C9717E">
        <w:rPr>
          <w:rFonts w:ascii="Tahoma" w:hAnsi="Tahoma" w:cs="Tahoma" w:hint="cs"/>
          <w:rtl/>
        </w:rPr>
        <w:t>ی‌</w:t>
      </w:r>
      <w:r w:rsidRPr="00C9717E">
        <w:rPr>
          <w:rFonts w:ascii="Tahoma" w:hAnsi="Tahoma" w:cs="Tahoma" w:hint="eastAsia"/>
          <w:rtl/>
        </w:rPr>
        <w:t>شد</w:t>
      </w:r>
      <w:r w:rsidRPr="00C9717E">
        <w:rPr>
          <w:rFonts w:ascii="Tahoma" w:hAnsi="Tahoma" w:cs="Tahoma"/>
          <w:rtl/>
        </w:rPr>
        <w:t>. تصم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م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که در تبر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ز</w:t>
      </w:r>
      <w:r w:rsidRPr="00C9717E">
        <w:rPr>
          <w:rFonts w:ascii="Tahoma" w:hAnsi="Tahoma" w:cs="Tahoma"/>
          <w:rtl/>
        </w:rPr>
        <w:t xml:space="preserve"> اعلام شد فقط جا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ک</w:t>
      </w:r>
      <w:r w:rsidRPr="00C9717E">
        <w:rPr>
          <w:rFonts w:ascii="Tahoma" w:hAnsi="Tahoma" w:cs="Tahoma"/>
          <w:rtl/>
        </w:rPr>
        <w:t xml:space="preserve"> باور را با باور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د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گر</w:t>
      </w:r>
      <w:r w:rsidRPr="00C9717E">
        <w:rPr>
          <w:rFonts w:ascii="Tahoma" w:hAnsi="Tahoma" w:cs="Tahoma"/>
          <w:rtl/>
        </w:rPr>
        <w:t xml:space="preserve"> عوض نکرد؛ ن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رو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تازه‌ا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را وارد ساختمان کشوردار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ران</w:t>
      </w:r>
      <w:r w:rsidRPr="00C9717E">
        <w:rPr>
          <w:rFonts w:ascii="Tahoma" w:hAnsi="Tahoma" w:cs="Tahoma"/>
          <w:rtl/>
        </w:rPr>
        <w:t xml:space="preserve"> کرد و رابطهٔ م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ان</w:t>
      </w:r>
      <w:r w:rsidRPr="00C9717E">
        <w:rPr>
          <w:rFonts w:ascii="Tahoma" w:hAnsi="Tahoma" w:cs="Tahoma"/>
          <w:rtl/>
        </w:rPr>
        <w:t xml:space="preserve"> تاج، قشون، د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وان</w:t>
      </w:r>
      <w:r w:rsidRPr="00C9717E">
        <w:rPr>
          <w:rFonts w:ascii="Tahoma" w:hAnsi="Tahoma" w:cs="Tahoma"/>
          <w:rtl/>
        </w:rPr>
        <w:t xml:space="preserve"> و عمامه را دگرگون ساخت.</w:t>
      </w:r>
    </w:p>
    <w:p w:rsidR="00C9717E" w:rsidRPr="00C9717E" w:rsidRDefault="00C9717E" w:rsidP="00C9717E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C9717E">
        <w:rPr>
          <w:rFonts w:ascii="Tahoma" w:hAnsi="Tahoma" w:cs="Tahoma" w:hint="eastAsia"/>
          <w:rtl/>
        </w:rPr>
        <w:t>برا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فهم اهم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ت</w:t>
      </w:r>
      <w:r w:rsidRPr="00C9717E">
        <w:rPr>
          <w:rFonts w:ascii="Tahoma" w:hAnsi="Tahoma" w:cs="Tahoma"/>
          <w:rtl/>
        </w:rPr>
        <w:t xml:space="preserve"> 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ن</w:t>
      </w:r>
      <w:r w:rsidRPr="00C9717E">
        <w:rPr>
          <w:rFonts w:ascii="Tahoma" w:hAnsi="Tahoma" w:cs="Tahoma"/>
          <w:rtl/>
        </w:rPr>
        <w:t xml:space="preserve"> تصم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م</w:t>
      </w:r>
      <w:r w:rsidRPr="00C9717E">
        <w:rPr>
          <w:rFonts w:ascii="Tahoma" w:hAnsi="Tahoma" w:cs="Tahoma"/>
          <w:rtl/>
        </w:rPr>
        <w:t xml:space="preserve"> با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د</w:t>
      </w:r>
      <w:r w:rsidRPr="00C9717E">
        <w:rPr>
          <w:rFonts w:ascii="Tahoma" w:hAnsi="Tahoma" w:cs="Tahoma"/>
          <w:rtl/>
        </w:rPr>
        <w:t xml:space="preserve"> وضع مذهب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ران</w:t>
      </w:r>
      <w:r w:rsidRPr="00C9717E">
        <w:rPr>
          <w:rFonts w:ascii="Tahoma" w:hAnsi="Tahoma" w:cs="Tahoma"/>
          <w:rtl/>
        </w:rPr>
        <w:t xml:space="preserve"> در آغاز سدهٔ شانزدهم م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لاد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را در نظر گرفت. بخش بزرگ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از مردم 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ران</w:t>
      </w:r>
      <w:r w:rsidRPr="00C9717E">
        <w:rPr>
          <w:rFonts w:ascii="Tahoma" w:hAnsi="Tahoma" w:cs="Tahoma"/>
          <w:rtl/>
        </w:rPr>
        <w:t xml:space="preserve"> سن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بودند. مراکز علم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و قضا</w:t>
      </w:r>
      <w:r w:rsidRPr="00C9717E">
        <w:rPr>
          <w:rFonts w:ascii="Tahoma" w:hAnsi="Tahoma" w:cs="Tahoma" w:hint="cs"/>
          <w:rtl/>
        </w:rPr>
        <w:t>یی</w:t>
      </w:r>
      <w:r w:rsidRPr="00C9717E">
        <w:rPr>
          <w:rFonts w:ascii="Tahoma" w:hAnsi="Tahoma" w:cs="Tahoma"/>
          <w:rtl/>
        </w:rPr>
        <w:t xml:space="preserve"> سن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در شهرها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مختلف وجود داشتند و بس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ار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از قاض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ان،</w:t>
      </w:r>
      <w:r w:rsidRPr="00C9717E">
        <w:rPr>
          <w:rFonts w:ascii="Tahoma" w:hAnsi="Tahoma" w:cs="Tahoma"/>
          <w:rtl/>
        </w:rPr>
        <w:t xml:space="preserve"> مدرسان و د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نکاران</w:t>
      </w:r>
      <w:r w:rsidRPr="00C9717E">
        <w:rPr>
          <w:rFonts w:ascii="Tahoma" w:hAnsi="Tahoma" w:cs="Tahoma"/>
          <w:rtl/>
        </w:rPr>
        <w:t xml:space="preserve"> بر پا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هٔ</w:t>
      </w:r>
      <w:r w:rsidRPr="00C9717E">
        <w:rPr>
          <w:rFonts w:ascii="Tahoma" w:hAnsi="Tahoma" w:cs="Tahoma"/>
          <w:rtl/>
        </w:rPr>
        <w:t xml:space="preserve"> 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ک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از مذاهب اهل سنت آموزش د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ده</w:t>
      </w:r>
      <w:r w:rsidRPr="00C9717E">
        <w:rPr>
          <w:rFonts w:ascii="Tahoma" w:hAnsi="Tahoma" w:cs="Tahoma"/>
          <w:rtl/>
        </w:rPr>
        <w:t xml:space="preserve"> ب</w:t>
      </w:r>
      <w:r w:rsidRPr="00C9717E">
        <w:rPr>
          <w:rFonts w:ascii="Tahoma" w:hAnsi="Tahoma" w:cs="Tahoma" w:hint="eastAsia"/>
          <w:rtl/>
        </w:rPr>
        <w:t>ودند</w:t>
      </w:r>
      <w:r w:rsidRPr="00C9717E">
        <w:rPr>
          <w:rFonts w:ascii="Tahoma" w:hAnsi="Tahoma" w:cs="Tahoma"/>
          <w:rtl/>
        </w:rPr>
        <w:t>. تش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ع</w:t>
      </w:r>
      <w:r w:rsidRPr="00C9717E">
        <w:rPr>
          <w:rFonts w:ascii="Tahoma" w:hAnsi="Tahoma" w:cs="Tahoma"/>
          <w:rtl/>
        </w:rPr>
        <w:t xml:space="preserve"> ن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ز</w:t>
      </w:r>
      <w:r w:rsidRPr="00C9717E">
        <w:rPr>
          <w:rFonts w:ascii="Tahoma" w:hAnsi="Tahoma" w:cs="Tahoma"/>
          <w:rtl/>
        </w:rPr>
        <w:t xml:space="preserve"> پد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ده‌ا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ب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گانه</w:t>
      </w:r>
      <w:r w:rsidRPr="00C9717E">
        <w:rPr>
          <w:rFonts w:ascii="Tahoma" w:hAnsi="Tahoma" w:cs="Tahoma"/>
          <w:rtl/>
        </w:rPr>
        <w:t xml:space="preserve"> 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ا</w:t>
      </w:r>
      <w:r w:rsidRPr="00C9717E">
        <w:rPr>
          <w:rFonts w:ascii="Tahoma" w:hAnsi="Tahoma" w:cs="Tahoma"/>
          <w:rtl/>
        </w:rPr>
        <w:t xml:space="preserve"> تازه نبود. خاندان‌ها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ش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ع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،</w:t>
      </w:r>
      <w:r w:rsidRPr="00C9717E">
        <w:rPr>
          <w:rFonts w:ascii="Tahoma" w:hAnsi="Tahoma" w:cs="Tahoma"/>
          <w:rtl/>
        </w:rPr>
        <w:t xml:space="preserve"> مراکز شناخته‌شدهٔ تش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ع</w:t>
      </w:r>
      <w:r w:rsidRPr="00C9717E">
        <w:rPr>
          <w:rFonts w:ascii="Tahoma" w:hAnsi="Tahoma" w:cs="Tahoma"/>
          <w:rtl/>
        </w:rPr>
        <w:t xml:space="preserve"> و گروه‌ها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گوناگون دوستدار خاندان پ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امبر</w:t>
      </w:r>
      <w:r w:rsidRPr="00C9717E">
        <w:rPr>
          <w:rFonts w:ascii="Tahoma" w:hAnsi="Tahoma" w:cs="Tahoma"/>
          <w:rtl/>
        </w:rPr>
        <w:t xml:space="preserve"> در بخش‌ها</w:t>
      </w:r>
      <w:r w:rsidRPr="00C9717E">
        <w:rPr>
          <w:rFonts w:ascii="Tahoma" w:hAnsi="Tahoma" w:cs="Tahoma" w:hint="cs"/>
          <w:rtl/>
        </w:rPr>
        <w:t>یی</w:t>
      </w:r>
      <w:r w:rsidRPr="00C9717E">
        <w:rPr>
          <w:rFonts w:ascii="Tahoma" w:hAnsi="Tahoma" w:cs="Tahoma"/>
          <w:rtl/>
        </w:rPr>
        <w:t xml:space="preserve"> از 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ران</w:t>
      </w:r>
      <w:r w:rsidRPr="00C9717E">
        <w:rPr>
          <w:rFonts w:ascii="Tahoma" w:hAnsi="Tahoma" w:cs="Tahoma"/>
          <w:rtl/>
        </w:rPr>
        <w:t xml:space="preserve"> حضور داشتند. اما 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ن</w:t>
      </w:r>
      <w:r w:rsidRPr="00C9717E">
        <w:rPr>
          <w:rFonts w:ascii="Tahoma" w:hAnsi="Tahoma" w:cs="Tahoma"/>
          <w:rtl/>
        </w:rPr>
        <w:t xml:space="preserve"> حضور پراکنده را نم</w:t>
      </w:r>
      <w:r w:rsidRPr="00C9717E">
        <w:rPr>
          <w:rFonts w:ascii="Tahoma" w:hAnsi="Tahoma" w:cs="Tahoma" w:hint="cs"/>
          <w:rtl/>
        </w:rPr>
        <w:t>ی‌</w:t>
      </w:r>
      <w:r w:rsidRPr="00C9717E">
        <w:rPr>
          <w:rFonts w:ascii="Tahoma" w:hAnsi="Tahoma" w:cs="Tahoma" w:hint="eastAsia"/>
          <w:rtl/>
        </w:rPr>
        <w:t>توان</w:t>
      </w:r>
      <w:r w:rsidRPr="00C9717E">
        <w:rPr>
          <w:rFonts w:ascii="Tahoma" w:hAnsi="Tahoma" w:cs="Tahoma"/>
          <w:rtl/>
        </w:rPr>
        <w:t xml:space="preserve"> با وجود کشور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کپارچه</w:t>
      </w:r>
      <w:r w:rsidRPr="00C9717E">
        <w:rPr>
          <w:rFonts w:ascii="Tahoma" w:hAnsi="Tahoma" w:cs="Tahoma"/>
          <w:rtl/>
        </w:rPr>
        <w:t xml:space="preserve"> و دوازده‌امام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کسان</w:t>
      </w:r>
      <w:r w:rsidRPr="00C9717E">
        <w:rPr>
          <w:rFonts w:ascii="Tahoma" w:hAnsi="Tahoma" w:cs="Tahoma"/>
          <w:rtl/>
        </w:rPr>
        <w:t xml:space="preserve"> دانست.</w:t>
      </w:r>
    </w:p>
    <w:p w:rsidR="00C9717E" w:rsidRPr="00C9717E" w:rsidRDefault="00C9717E" w:rsidP="00C9717E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C9717E">
        <w:rPr>
          <w:rFonts w:ascii="Tahoma" w:hAnsi="Tahoma" w:cs="Tahoma" w:hint="eastAsia"/>
          <w:rtl/>
        </w:rPr>
        <w:t>حت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قزلباشان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که شاه اسماع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ل</w:t>
      </w:r>
      <w:r w:rsidRPr="00C9717E">
        <w:rPr>
          <w:rFonts w:ascii="Tahoma" w:hAnsi="Tahoma" w:cs="Tahoma"/>
          <w:rtl/>
        </w:rPr>
        <w:t xml:space="preserve"> را به قدرت رساندند، نما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ندگان</w:t>
      </w:r>
      <w:r w:rsidRPr="00C9717E">
        <w:rPr>
          <w:rFonts w:ascii="Tahoma" w:hAnsi="Tahoma" w:cs="Tahoma"/>
          <w:rtl/>
        </w:rPr>
        <w:t xml:space="preserve"> تش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ع</w:t>
      </w:r>
      <w:r w:rsidRPr="00C9717E">
        <w:rPr>
          <w:rFonts w:ascii="Tahoma" w:hAnsi="Tahoma" w:cs="Tahoma"/>
          <w:rtl/>
        </w:rPr>
        <w:t xml:space="preserve"> فقه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و مدرسه‌ا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دوازده‌امام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نبودند. باور آنان آم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زه‌ا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از ارادت به امامان، تصوف، فرمان‌بردار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از مرشد، انتظار مذهب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،</w:t>
      </w:r>
      <w:r w:rsidRPr="00C9717E">
        <w:rPr>
          <w:rFonts w:ascii="Tahoma" w:hAnsi="Tahoma" w:cs="Tahoma"/>
          <w:rtl/>
        </w:rPr>
        <w:t xml:space="preserve"> سنت‌ها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قبا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ل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و اعتقاد به مقام فوق‌عاد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خاندان صفو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بود. آنان برا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رسم</w:t>
      </w:r>
      <w:r w:rsidRPr="00C9717E">
        <w:rPr>
          <w:rFonts w:ascii="Tahoma" w:hAnsi="Tahoma" w:cs="Tahoma" w:hint="cs"/>
          <w:rtl/>
        </w:rPr>
        <w:t>ی‌</w:t>
      </w:r>
      <w:r w:rsidRPr="00C9717E">
        <w:rPr>
          <w:rFonts w:ascii="Tahoma" w:hAnsi="Tahoma" w:cs="Tahoma" w:hint="eastAsia"/>
          <w:rtl/>
        </w:rPr>
        <w:t>کردن</w:t>
      </w:r>
      <w:r w:rsidRPr="00C9717E">
        <w:rPr>
          <w:rFonts w:ascii="Tahoma" w:hAnsi="Tahoma" w:cs="Tahoma"/>
          <w:rtl/>
        </w:rPr>
        <w:t xml:space="preserve"> فقه دوازده‌امام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نجنگ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ده</w:t>
      </w:r>
      <w:r w:rsidRPr="00C9717E">
        <w:rPr>
          <w:rFonts w:ascii="Tahoma" w:hAnsi="Tahoma" w:cs="Tahoma"/>
          <w:rtl/>
        </w:rPr>
        <w:t xml:space="preserve"> بودند؛ برا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مرشد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م</w:t>
      </w:r>
      <w:r w:rsidRPr="00C9717E">
        <w:rPr>
          <w:rFonts w:ascii="Tahoma" w:hAnsi="Tahoma" w:cs="Tahoma" w:hint="cs"/>
          <w:rtl/>
        </w:rPr>
        <w:t>ی‌</w:t>
      </w:r>
      <w:r w:rsidRPr="00C9717E">
        <w:rPr>
          <w:rFonts w:ascii="Tahoma" w:hAnsi="Tahoma" w:cs="Tahoma" w:hint="eastAsia"/>
          <w:rtl/>
        </w:rPr>
        <w:t>جنگ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دند</w:t>
      </w:r>
      <w:r w:rsidRPr="00C9717E">
        <w:rPr>
          <w:rFonts w:ascii="Tahoma" w:hAnsi="Tahoma" w:cs="Tahoma"/>
          <w:rtl/>
        </w:rPr>
        <w:t xml:space="preserve"> که اطاعت از او را بخش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از 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مان</w:t>
      </w:r>
      <w:r w:rsidRPr="00C9717E">
        <w:rPr>
          <w:rFonts w:ascii="Tahoma" w:hAnsi="Tahoma" w:cs="Tahoma"/>
          <w:rtl/>
        </w:rPr>
        <w:t xml:space="preserve"> خود م</w:t>
      </w:r>
      <w:r w:rsidRPr="00C9717E">
        <w:rPr>
          <w:rFonts w:ascii="Tahoma" w:hAnsi="Tahoma" w:cs="Tahoma" w:hint="cs"/>
          <w:rtl/>
        </w:rPr>
        <w:t>ی‌</w:t>
      </w:r>
      <w:r w:rsidRPr="00C9717E">
        <w:rPr>
          <w:rFonts w:ascii="Tahoma" w:hAnsi="Tahoma" w:cs="Tahoma" w:hint="eastAsia"/>
          <w:rtl/>
        </w:rPr>
        <w:t>دانستند</w:t>
      </w:r>
      <w:r w:rsidRPr="00C9717E">
        <w:rPr>
          <w:rFonts w:ascii="Tahoma" w:hAnsi="Tahoma" w:cs="Tahoma"/>
          <w:rtl/>
        </w:rPr>
        <w:t>.</w:t>
      </w:r>
    </w:p>
    <w:p w:rsidR="00C9717E" w:rsidRPr="00C9717E" w:rsidRDefault="00C9717E" w:rsidP="00C9717E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C9717E">
        <w:rPr>
          <w:rFonts w:ascii="Tahoma" w:hAnsi="Tahoma" w:cs="Tahoma" w:hint="eastAsia"/>
          <w:rtl/>
        </w:rPr>
        <w:t>ازا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ن‌رو،</w:t>
      </w:r>
      <w:r w:rsidRPr="00C9717E">
        <w:rPr>
          <w:rFonts w:ascii="Tahoma" w:hAnsi="Tahoma" w:cs="Tahoma"/>
          <w:rtl/>
        </w:rPr>
        <w:t xml:space="preserve"> م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ان</w:t>
      </w:r>
      <w:r w:rsidRPr="00C9717E">
        <w:rPr>
          <w:rFonts w:ascii="Tahoma" w:hAnsi="Tahoma" w:cs="Tahoma"/>
          <w:rtl/>
        </w:rPr>
        <w:t xml:space="preserve"> ن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رو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مذهب</w:t>
      </w:r>
      <w:r w:rsidRPr="00C9717E">
        <w:rPr>
          <w:rFonts w:ascii="Tahoma" w:hAnsi="Tahoma" w:cs="Tahoma" w:hint="cs"/>
          <w:rtl/>
        </w:rPr>
        <w:t>ی‌</w:t>
      </w:r>
      <w:r w:rsidRPr="00C9717E">
        <w:rPr>
          <w:rFonts w:ascii="Tahoma" w:hAnsi="Tahoma" w:cs="Tahoma" w:hint="eastAsia"/>
          <w:rtl/>
        </w:rPr>
        <w:t>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که صفو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ان</w:t>
      </w:r>
      <w:r w:rsidRPr="00C9717E">
        <w:rPr>
          <w:rFonts w:ascii="Tahoma" w:hAnsi="Tahoma" w:cs="Tahoma"/>
          <w:rtl/>
        </w:rPr>
        <w:t xml:space="preserve"> را به قدرت رساند و دستگاه مذهب</w:t>
      </w:r>
      <w:r w:rsidRPr="00C9717E">
        <w:rPr>
          <w:rFonts w:ascii="Tahoma" w:hAnsi="Tahoma" w:cs="Tahoma" w:hint="cs"/>
          <w:rtl/>
        </w:rPr>
        <w:t>ی‌</w:t>
      </w:r>
      <w:r w:rsidRPr="00C9717E">
        <w:rPr>
          <w:rFonts w:ascii="Tahoma" w:hAnsi="Tahoma" w:cs="Tahoma" w:hint="eastAsia"/>
          <w:rtl/>
        </w:rPr>
        <w:t>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که بعدها حکومت صفو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ساخت تفاوت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بن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اد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وجود داشت. قزلباشان قشون شاه بودند، اما نم</w:t>
      </w:r>
      <w:r w:rsidRPr="00C9717E">
        <w:rPr>
          <w:rFonts w:ascii="Tahoma" w:hAnsi="Tahoma" w:cs="Tahoma" w:hint="cs"/>
          <w:rtl/>
        </w:rPr>
        <w:t>ی‌</w:t>
      </w:r>
      <w:r w:rsidRPr="00C9717E">
        <w:rPr>
          <w:rFonts w:ascii="Tahoma" w:hAnsi="Tahoma" w:cs="Tahoma" w:hint="eastAsia"/>
          <w:rtl/>
        </w:rPr>
        <w:t>توانستند</w:t>
      </w:r>
      <w:r w:rsidRPr="00C9717E">
        <w:rPr>
          <w:rFonts w:ascii="Tahoma" w:hAnsi="Tahoma" w:cs="Tahoma"/>
          <w:rtl/>
        </w:rPr>
        <w:t xml:space="preserve"> وظ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فهٔ</w:t>
      </w:r>
      <w:r w:rsidRPr="00C9717E">
        <w:rPr>
          <w:rFonts w:ascii="Tahoma" w:hAnsi="Tahoma" w:cs="Tahoma"/>
          <w:rtl/>
        </w:rPr>
        <w:t xml:space="preserve"> د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نکاران</w:t>
      </w:r>
      <w:r w:rsidRPr="00C9717E">
        <w:rPr>
          <w:rFonts w:ascii="Tahoma" w:hAnsi="Tahoma" w:cs="Tahoma"/>
          <w:rtl/>
        </w:rPr>
        <w:t xml:space="preserve"> را انجام دهند. آنان م</w:t>
      </w:r>
      <w:r w:rsidRPr="00C9717E">
        <w:rPr>
          <w:rFonts w:ascii="Tahoma" w:hAnsi="Tahoma" w:cs="Tahoma" w:hint="cs"/>
          <w:rtl/>
        </w:rPr>
        <w:t>ی‌</w:t>
      </w:r>
      <w:r w:rsidRPr="00C9717E">
        <w:rPr>
          <w:rFonts w:ascii="Tahoma" w:hAnsi="Tahoma" w:cs="Tahoma" w:hint="eastAsia"/>
          <w:rtl/>
        </w:rPr>
        <w:t>توانستند</w:t>
      </w:r>
      <w:r w:rsidRPr="00C9717E">
        <w:rPr>
          <w:rFonts w:ascii="Tahoma" w:hAnsi="Tahoma" w:cs="Tahoma"/>
          <w:rtl/>
        </w:rPr>
        <w:t xml:space="preserve"> شهر بگشا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ند،</w:t>
      </w:r>
      <w:r w:rsidRPr="00C9717E">
        <w:rPr>
          <w:rFonts w:ascii="Tahoma" w:hAnsi="Tahoma" w:cs="Tahoma"/>
          <w:rtl/>
        </w:rPr>
        <w:t xml:space="preserve"> مخالفان را سرکوب کنند و فرما</w:t>
      </w:r>
      <w:r w:rsidRPr="00C9717E">
        <w:rPr>
          <w:rFonts w:ascii="Tahoma" w:hAnsi="Tahoma" w:cs="Tahoma" w:hint="eastAsia"/>
          <w:rtl/>
        </w:rPr>
        <w:t>ن</w:t>
      </w:r>
      <w:r w:rsidRPr="00C9717E">
        <w:rPr>
          <w:rFonts w:ascii="Tahoma" w:hAnsi="Tahoma" w:cs="Tahoma"/>
          <w:rtl/>
        </w:rPr>
        <w:t xml:space="preserve"> شاه را به اجرا بگذارند، ول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نم</w:t>
      </w:r>
      <w:r w:rsidRPr="00C9717E">
        <w:rPr>
          <w:rFonts w:ascii="Tahoma" w:hAnsi="Tahoma" w:cs="Tahoma" w:hint="cs"/>
          <w:rtl/>
        </w:rPr>
        <w:t>ی‌</w:t>
      </w:r>
      <w:r w:rsidRPr="00C9717E">
        <w:rPr>
          <w:rFonts w:ascii="Tahoma" w:hAnsi="Tahoma" w:cs="Tahoma" w:hint="eastAsia"/>
          <w:rtl/>
        </w:rPr>
        <w:t>توانستند</w:t>
      </w:r>
      <w:r w:rsidRPr="00C9717E">
        <w:rPr>
          <w:rFonts w:ascii="Tahoma" w:hAnsi="Tahoma" w:cs="Tahoma"/>
          <w:rtl/>
        </w:rPr>
        <w:t xml:space="preserve"> نظام قضا</w:t>
      </w:r>
      <w:r w:rsidRPr="00C9717E">
        <w:rPr>
          <w:rFonts w:ascii="Tahoma" w:hAnsi="Tahoma" w:cs="Tahoma" w:hint="cs"/>
          <w:rtl/>
        </w:rPr>
        <w:t>یی</w:t>
      </w:r>
      <w:r w:rsidRPr="00C9717E">
        <w:rPr>
          <w:rFonts w:ascii="Tahoma" w:hAnsi="Tahoma" w:cs="Tahoma" w:hint="eastAsia"/>
          <w:rtl/>
        </w:rPr>
        <w:t>،</w:t>
      </w:r>
      <w:r w:rsidRPr="00C9717E">
        <w:rPr>
          <w:rFonts w:ascii="Tahoma" w:hAnsi="Tahoma" w:cs="Tahoma"/>
          <w:rtl/>
        </w:rPr>
        <w:t xml:space="preserve"> مدرسهٔ مذهب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،</w:t>
      </w:r>
      <w:r w:rsidRPr="00C9717E">
        <w:rPr>
          <w:rFonts w:ascii="Tahoma" w:hAnsi="Tahoma" w:cs="Tahoma"/>
          <w:rtl/>
        </w:rPr>
        <w:t xml:space="preserve"> مجموعهٔ احکام و دستگاه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برا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ترب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ت</w:t>
      </w:r>
      <w:r w:rsidRPr="00C9717E">
        <w:rPr>
          <w:rFonts w:ascii="Tahoma" w:hAnsi="Tahoma" w:cs="Tahoma"/>
          <w:rtl/>
        </w:rPr>
        <w:t xml:space="preserve"> قاض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و فق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ه</w:t>
      </w:r>
      <w:r w:rsidRPr="00C9717E">
        <w:rPr>
          <w:rFonts w:ascii="Tahoma" w:hAnsi="Tahoma" w:cs="Tahoma"/>
          <w:rtl/>
        </w:rPr>
        <w:t xml:space="preserve"> پد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د</w:t>
      </w:r>
      <w:r w:rsidRPr="00C9717E">
        <w:rPr>
          <w:rFonts w:ascii="Tahoma" w:hAnsi="Tahoma" w:cs="Tahoma"/>
          <w:rtl/>
        </w:rPr>
        <w:t xml:space="preserve"> آورند. رسم</w:t>
      </w:r>
      <w:r w:rsidRPr="00C9717E">
        <w:rPr>
          <w:rFonts w:ascii="Tahoma" w:hAnsi="Tahoma" w:cs="Tahoma" w:hint="cs"/>
          <w:rtl/>
        </w:rPr>
        <w:t>ی‌</w:t>
      </w:r>
      <w:r w:rsidRPr="00C9717E">
        <w:rPr>
          <w:rFonts w:ascii="Tahoma" w:hAnsi="Tahoma" w:cs="Tahoma" w:hint="eastAsia"/>
          <w:rtl/>
        </w:rPr>
        <w:t>کردن</w:t>
      </w:r>
      <w:r w:rsidRPr="00C9717E">
        <w:rPr>
          <w:rFonts w:ascii="Tahoma" w:hAnsi="Tahoma" w:cs="Tahoma"/>
          <w:rtl/>
        </w:rPr>
        <w:t xml:space="preserve"> تش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ع</w:t>
      </w:r>
      <w:r w:rsidRPr="00C9717E">
        <w:rPr>
          <w:rFonts w:ascii="Tahoma" w:hAnsi="Tahoma" w:cs="Tahoma"/>
          <w:rtl/>
        </w:rPr>
        <w:t xml:space="preserve"> دوازده‌امام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در آغاز با شمش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ر</w:t>
      </w:r>
      <w:r w:rsidRPr="00C9717E">
        <w:rPr>
          <w:rFonts w:ascii="Tahoma" w:hAnsi="Tahoma" w:cs="Tahoma"/>
          <w:rtl/>
        </w:rPr>
        <w:t xml:space="preserve"> قزلباشان ممکن شد، اما ادامهٔ آن به عمامهٔ د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نکاران</w:t>
      </w:r>
      <w:r w:rsidRPr="00C9717E">
        <w:rPr>
          <w:rFonts w:ascii="Tahoma" w:hAnsi="Tahoma" w:cs="Tahoma"/>
          <w:rtl/>
        </w:rPr>
        <w:t xml:space="preserve"> ن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از</w:t>
      </w:r>
      <w:r w:rsidRPr="00C9717E">
        <w:rPr>
          <w:rFonts w:ascii="Tahoma" w:hAnsi="Tahoma" w:cs="Tahoma"/>
          <w:rtl/>
        </w:rPr>
        <w:t xml:space="preserve"> داشت.</w:t>
      </w:r>
    </w:p>
    <w:p w:rsidR="00C9717E" w:rsidRPr="00C9717E" w:rsidRDefault="00C9717E" w:rsidP="00C9717E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C9717E">
        <w:rPr>
          <w:rFonts w:ascii="Tahoma" w:hAnsi="Tahoma" w:cs="Tahoma" w:hint="eastAsia"/>
          <w:rtl/>
        </w:rPr>
        <w:t>انتخاب</w:t>
      </w:r>
      <w:r w:rsidRPr="00C9717E">
        <w:rPr>
          <w:rFonts w:ascii="Tahoma" w:hAnsi="Tahoma" w:cs="Tahoma"/>
          <w:rtl/>
        </w:rPr>
        <w:t xml:space="preserve"> تش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ع</w:t>
      </w:r>
      <w:r w:rsidRPr="00C9717E">
        <w:rPr>
          <w:rFonts w:ascii="Tahoma" w:hAnsi="Tahoma" w:cs="Tahoma"/>
          <w:rtl/>
        </w:rPr>
        <w:t xml:space="preserve"> دوازده‌امام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برا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حکومت صفو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چند کارکرد هم‌زمان داشت. نخست آنکه به حکومت تازه هو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ت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جدا از رق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بان</w:t>
      </w:r>
      <w:r w:rsidRPr="00C9717E">
        <w:rPr>
          <w:rFonts w:ascii="Tahoma" w:hAnsi="Tahoma" w:cs="Tahoma"/>
          <w:rtl/>
        </w:rPr>
        <w:t xml:space="preserve"> سن</w:t>
      </w:r>
      <w:r w:rsidRPr="00C9717E">
        <w:rPr>
          <w:rFonts w:ascii="Tahoma" w:hAnsi="Tahoma" w:cs="Tahoma" w:hint="cs"/>
          <w:rtl/>
        </w:rPr>
        <w:t>ی‌</w:t>
      </w:r>
      <w:r w:rsidRPr="00C9717E">
        <w:rPr>
          <w:rFonts w:ascii="Tahoma" w:hAnsi="Tahoma" w:cs="Tahoma" w:hint="eastAsia"/>
          <w:rtl/>
        </w:rPr>
        <w:t>مذهبش</w:t>
      </w:r>
      <w:r w:rsidRPr="00C9717E">
        <w:rPr>
          <w:rFonts w:ascii="Tahoma" w:hAnsi="Tahoma" w:cs="Tahoma"/>
          <w:rtl/>
        </w:rPr>
        <w:t xml:space="preserve"> م</w:t>
      </w:r>
      <w:r w:rsidRPr="00C9717E">
        <w:rPr>
          <w:rFonts w:ascii="Tahoma" w:hAnsi="Tahoma" w:cs="Tahoma" w:hint="cs"/>
          <w:rtl/>
        </w:rPr>
        <w:t>ی‌</w:t>
      </w:r>
      <w:r w:rsidRPr="00C9717E">
        <w:rPr>
          <w:rFonts w:ascii="Tahoma" w:hAnsi="Tahoma" w:cs="Tahoma" w:hint="eastAsia"/>
          <w:rtl/>
        </w:rPr>
        <w:t>بخش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د</w:t>
      </w:r>
      <w:r w:rsidRPr="00C9717E">
        <w:rPr>
          <w:rFonts w:ascii="Tahoma" w:hAnsi="Tahoma" w:cs="Tahoma"/>
          <w:rtl/>
        </w:rPr>
        <w:t>. در غرب 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ران،</w:t>
      </w:r>
      <w:r w:rsidRPr="00C9717E">
        <w:rPr>
          <w:rFonts w:ascii="Tahoma" w:hAnsi="Tahoma" w:cs="Tahoma"/>
          <w:rtl/>
        </w:rPr>
        <w:t xml:space="preserve"> امپراتور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عثمان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خود را قدرت بزرگ جهان سن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م</w:t>
      </w:r>
      <w:r w:rsidRPr="00C9717E">
        <w:rPr>
          <w:rFonts w:ascii="Tahoma" w:hAnsi="Tahoma" w:cs="Tahoma" w:hint="cs"/>
          <w:rtl/>
        </w:rPr>
        <w:t>ی‌</w:t>
      </w:r>
      <w:r w:rsidRPr="00C9717E">
        <w:rPr>
          <w:rFonts w:ascii="Tahoma" w:hAnsi="Tahoma" w:cs="Tahoma" w:hint="eastAsia"/>
          <w:rtl/>
        </w:rPr>
        <w:t>دانست</w:t>
      </w:r>
      <w:r w:rsidRPr="00C9717E">
        <w:rPr>
          <w:rFonts w:ascii="Tahoma" w:hAnsi="Tahoma" w:cs="Tahoma"/>
          <w:rtl/>
        </w:rPr>
        <w:t xml:space="preserve"> و در شرق، ازبکان سن</w:t>
      </w:r>
      <w:r w:rsidRPr="00C9717E">
        <w:rPr>
          <w:rFonts w:ascii="Tahoma" w:hAnsi="Tahoma" w:cs="Tahoma" w:hint="cs"/>
          <w:rtl/>
        </w:rPr>
        <w:t>ی‌</w:t>
      </w:r>
      <w:r w:rsidRPr="00C9717E">
        <w:rPr>
          <w:rFonts w:ascii="Tahoma" w:hAnsi="Tahoma" w:cs="Tahoma" w:hint="eastAsia"/>
          <w:rtl/>
        </w:rPr>
        <w:t>مذهب</w:t>
      </w:r>
      <w:r w:rsidRPr="00C9717E">
        <w:rPr>
          <w:rFonts w:ascii="Tahoma" w:hAnsi="Tahoma" w:cs="Tahoma"/>
          <w:rtl/>
        </w:rPr>
        <w:t xml:space="preserve"> در حال گسترش قدرت بودند. اگر صفو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ان</w:t>
      </w:r>
      <w:r w:rsidRPr="00C9717E">
        <w:rPr>
          <w:rFonts w:ascii="Tahoma" w:hAnsi="Tahoma" w:cs="Tahoma"/>
          <w:rtl/>
        </w:rPr>
        <w:t xml:space="preserve"> ن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ز</w:t>
      </w:r>
      <w:r w:rsidRPr="00C9717E">
        <w:rPr>
          <w:rFonts w:ascii="Tahoma" w:hAnsi="Tahoma" w:cs="Tahoma"/>
          <w:rtl/>
        </w:rPr>
        <w:t xml:space="preserve"> حکومت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سن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باق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م</w:t>
      </w:r>
      <w:r w:rsidRPr="00C9717E">
        <w:rPr>
          <w:rFonts w:ascii="Tahoma" w:hAnsi="Tahoma" w:cs="Tahoma" w:hint="cs"/>
          <w:rtl/>
        </w:rPr>
        <w:t>ی‌</w:t>
      </w:r>
      <w:r w:rsidRPr="00C9717E">
        <w:rPr>
          <w:rFonts w:ascii="Tahoma" w:hAnsi="Tahoma" w:cs="Tahoma" w:hint="eastAsia"/>
          <w:rtl/>
        </w:rPr>
        <w:t>ماندند،</w:t>
      </w:r>
      <w:r w:rsidRPr="00C9717E">
        <w:rPr>
          <w:rFonts w:ascii="Tahoma" w:hAnsi="Tahoma" w:cs="Tahoma"/>
          <w:rtl/>
        </w:rPr>
        <w:t xml:space="preserve"> با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د</w:t>
      </w:r>
      <w:r w:rsidRPr="00C9717E">
        <w:rPr>
          <w:rFonts w:ascii="Tahoma" w:hAnsi="Tahoma" w:cs="Tahoma"/>
          <w:rtl/>
        </w:rPr>
        <w:t xml:space="preserve"> حقان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ت</w:t>
      </w:r>
      <w:r w:rsidRPr="00C9717E">
        <w:rPr>
          <w:rFonts w:ascii="Tahoma" w:hAnsi="Tahoma" w:cs="Tahoma"/>
          <w:rtl/>
        </w:rPr>
        <w:t xml:space="preserve"> حکمران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خود را در همان زبان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ب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ان</w:t>
      </w:r>
      <w:r w:rsidRPr="00C9717E">
        <w:rPr>
          <w:rFonts w:ascii="Tahoma" w:hAnsi="Tahoma" w:cs="Tahoma"/>
          <w:rtl/>
        </w:rPr>
        <w:t xml:space="preserve"> م</w:t>
      </w:r>
      <w:r w:rsidRPr="00C9717E">
        <w:rPr>
          <w:rFonts w:ascii="Tahoma" w:hAnsi="Tahoma" w:cs="Tahoma" w:hint="cs"/>
          <w:rtl/>
        </w:rPr>
        <w:t>ی‌</w:t>
      </w:r>
      <w:r w:rsidRPr="00C9717E">
        <w:rPr>
          <w:rFonts w:ascii="Tahoma" w:hAnsi="Tahoma" w:cs="Tahoma" w:hint="eastAsia"/>
          <w:rtl/>
        </w:rPr>
        <w:t>کردند</w:t>
      </w:r>
      <w:r w:rsidRPr="00C9717E">
        <w:rPr>
          <w:rFonts w:ascii="Tahoma" w:hAnsi="Tahoma" w:cs="Tahoma"/>
          <w:rtl/>
        </w:rPr>
        <w:t xml:space="preserve"> که رق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بان</w:t>
      </w:r>
      <w:r w:rsidRPr="00C9717E">
        <w:rPr>
          <w:rFonts w:ascii="Tahoma" w:hAnsi="Tahoma" w:cs="Tahoma"/>
          <w:rtl/>
        </w:rPr>
        <w:t xml:space="preserve"> ن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رومندترشان</w:t>
      </w:r>
      <w:r w:rsidRPr="00C9717E">
        <w:rPr>
          <w:rFonts w:ascii="Tahoma" w:hAnsi="Tahoma" w:cs="Tahoma"/>
          <w:rtl/>
        </w:rPr>
        <w:t xml:space="preserve"> به کار م</w:t>
      </w:r>
      <w:r w:rsidRPr="00C9717E">
        <w:rPr>
          <w:rFonts w:ascii="Tahoma" w:hAnsi="Tahoma" w:cs="Tahoma" w:hint="cs"/>
          <w:rtl/>
        </w:rPr>
        <w:t>ی‌</w:t>
      </w:r>
      <w:r w:rsidRPr="00C9717E">
        <w:rPr>
          <w:rFonts w:ascii="Tahoma" w:hAnsi="Tahoma" w:cs="Tahoma" w:hint="eastAsia"/>
          <w:rtl/>
        </w:rPr>
        <w:t>بردند</w:t>
      </w:r>
      <w:r w:rsidRPr="00C9717E">
        <w:rPr>
          <w:rFonts w:ascii="Tahoma" w:hAnsi="Tahoma" w:cs="Tahoma"/>
          <w:rtl/>
        </w:rPr>
        <w:t>. در آن صورت، شاه صفو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ک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از چند فرمانروا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مسلمان م</w:t>
      </w:r>
      <w:r w:rsidRPr="00C9717E">
        <w:rPr>
          <w:rFonts w:ascii="Tahoma" w:hAnsi="Tahoma" w:cs="Tahoma" w:hint="cs"/>
          <w:rtl/>
        </w:rPr>
        <w:t>ی‌</w:t>
      </w:r>
      <w:r w:rsidRPr="00C9717E">
        <w:rPr>
          <w:rFonts w:ascii="Tahoma" w:hAnsi="Tahoma" w:cs="Tahoma" w:hint="eastAsia"/>
          <w:rtl/>
        </w:rPr>
        <w:t>شد</w:t>
      </w:r>
      <w:r w:rsidRPr="00C9717E">
        <w:rPr>
          <w:rFonts w:ascii="Tahoma" w:hAnsi="Tahoma" w:cs="Tahoma"/>
          <w:rtl/>
        </w:rPr>
        <w:t xml:space="preserve"> که برا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برتر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در جهان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با قواعد مشترک رقابت م</w:t>
      </w:r>
      <w:r w:rsidRPr="00C9717E">
        <w:rPr>
          <w:rFonts w:ascii="Tahoma" w:hAnsi="Tahoma" w:cs="Tahoma" w:hint="cs"/>
          <w:rtl/>
        </w:rPr>
        <w:t>ی‌</w:t>
      </w:r>
      <w:r w:rsidRPr="00C9717E">
        <w:rPr>
          <w:rFonts w:ascii="Tahoma" w:hAnsi="Tahoma" w:cs="Tahoma" w:hint="eastAsia"/>
          <w:rtl/>
        </w:rPr>
        <w:t>کردند</w:t>
      </w:r>
      <w:r w:rsidRPr="00C9717E">
        <w:rPr>
          <w:rFonts w:ascii="Tahoma" w:hAnsi="Tahoma" w:cs="Tahoma"/>
          <w:rtl/>
        </w:rPr>
        <w:t>.</w:t>
      </w:r>
    </w:p>
    <w:p w:rsidR="00C9717E" w:rsidRPr="00C9717E" w:rsidRDefault="00C9717E" w:rsidP="00C9717E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C9717E">
        <w:rPr>
          <w:rFonts w:ascii="Tahoma" w:hAnsi="Tahoma" w:cs="Tahoma" w:hint="eastAsia"/>
          <w:rtl/>
        </w:rPr>
        <w:t>تش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ع</w:t>
      </w:r>
      <w:r w:rsidRPr="00C9717E">
        <w:rPr>
          <w:rFonts w:ascii="Tahoma" w:hAnsi="Tahoma" w:cs="Tahoma"/>
          <w:rtl/>
        </w:rPr>
        <w:t xml:space="preserve"> دوازده‌امام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به او امکان م</w:t>
      </w:r>
      <w:r w:rsidRPr="00C9717E">
        <w:rPr>
          <w:rFonts w:ascii="Tahoma" w:hAnsi="Tahoma" w:cs="Tahoma" w:hint="cs"/>
          <w:rtl/>
        </w:rPr>
        <w:t>ی‌</w:t>
      </w:r>
      <w:r w:rsidRPr="00C9717E">
        <w:rPr>
          <w:rFonts w:ascii="Tahoma" w:hAnsi="Tahoma" w:cs="Tahoma" w:hint="eastAsia"/>
          <w:rtl/>
        </w:rPr>
        <w:t>داد</w:t>
      </w:r>
      <w:r w:rsidRPr="00C9717E">
        <w:rPr>
          <w:rFonts w:ascii="Tahoma" w:hAnsi="Tahoma" w:cs="Tahoma"/>
          <w:rtl/>
        </w:rPr>
        <w:t xml:space="preserve"> قاعدهٔ د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گر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برا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حکومت خود بسازد. او فقط سلطان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د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گر</w:t>
      </w:r>
      <w:r w:rsidRPr="00C9717E">
        <w:rPr>
          <w:rFonts w:ascii="Tahoma" w:hAnsi="Tahoma" w:cs="Tahoma"/>
          <w:rtl/>
        </w:rPr>
        <w:t xml:space="preserve"> در کنار سلطان عثمان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نبود؛ شاه حکومت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بود که خود را پ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رو</w:t>
      </w:r>
      <w:r w:rsidRPr="00C9717E">
        <w:rPr>
          <w:rFonts w:ascii="Tahoma" w:hAnsi="Tahoma" w:cs="Tahoma"/>
          <w:rtl/>
        </w:rPr>
        <w:t xml:space="preserve"> امامان و مدافع مذهب آنان معرف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م</w:t>
      </w:r>
      <w:r w:rsidRPr="00C9717E">
        <w:rPr>
          <w:rFonts w:ascii="Tahoma" w:hAnsi="Tahoma" w:cs="Tahoma" w:hint="cs"/>
          <w:rtl/>
        </w:rPr>
        <w:t>ی‌</w:t>
      </w:r>
      <w:r w:rsidRPr="00C9717E">
        <w:rPr>
          <w:rFonts w:ascii="Tahoma" w:hAnsi="Tahoma" w:cs="Tahoma" w:hint="eastAsia"/>
          <w:rtl/>
        </w:rPr>
        <w:t>کرد</w:t>
      </w:r>
      <w:r w:rsidRPr="00C9717E">
        <w:rPr>
          <w:rFonts w:ascii="Tahoma" w:hAnsi="Tahoma" w:cs="Tahoma"/>
          <w:rtl/>
        </w:rPr>
        <w:t>. رقابت س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اس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از 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ن</w:t>
      </w:r>
      <w:r w:rsidRPr="00C9717E">
        <w:rPr>
          <w:rFonts w:ascii="Tahoma" w:hAnsi="Tahoma" w:cs="Tahoma"/>
          <w:rtl/>
        </w:rPr>
        <w:t xml:space="preserve"> پس م</w:t>
      </w:r>
      <w:r w:rsidRPr="00C9717E">
        <w:rPr>
          <w:rFonts w:ascii="Tahoma" w:hAnsi="Tahoma" w:cs="Tahoma" w:hint="cs"/>
          <w:rtl/>
        </w:rPr>
        <w:t>ی‌</w:t>
      </w:r>
      <w:r w:rsidRPr="00C9717E">
        <w:rPr>
          <w:rFonts w:ascii="Tahoma" w:hAnsi="Tahoma" w:cs="Tahoma" w:hint="eastAsia"/>
          <w:rtl/>
        </w:rPr>
        <w:t>توانست</w:t>
      </w:r>
      <w:r w:rsidRPr="00C9717E">
        <w:rPr>
          <w:rFonts w:ascii="Tahoma" w:hAnsi="Tahoma" w:cs="Tahoma"/>
          <w:rtl/>
        </w:rPr>
        <w:t xml:space="preserve"> به اختلاف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مذهب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ن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ز</w:t>
      </w:r>
      <w:r w:rsidRPr="00C9717E">
        <w:rPr>
          <w:rFonts w:ascii="Tahoma" w:hAnsi="Tahoma" w:cs="Tahoma"/>
          <w:rtl/>
        </w:rPr>
        <w:t xml:space="preserve"> تبد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ل</w:t>
      </w:r>
      <w:r w:rsidRPr="00C9717E">
        <w:rPr>
          <w:rFonts w:ascii="Tahoma" w:hAnsi="Tahoma" w:cs="Tahoma"/>
          <w:rtl/>
        </w:rPr>
        <w:t xml:space="preserve"> شود. 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ن</w:t>
      </w:r>
      <w:r w:rsidRPr="00C9717E">
        <w:rPr>
          <w:rFonts w:ascii="Tahoma" w:hAnsi="Tahoma" w:cs="Tahoma"/>
          <w:rtl/>
        </w:rPr>
        <w:t xml:space="preserve"> ت</w:t>
      </w:r>
      <w:r w:rsidRPr="00C9717E">
        <w:rPr>
          <w:rFonts w:ascii="Tahoma" w:hAnsi="Tahoma" w:cs="Tahoma" w:hint="eastAsia"/>
          <w:rtl/>
        </w:rPr>
        <w:t>ما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ز،</w:t>
      </w:r>
      <w:r w:rsidRPr="00C9717E">
        <w:rPr>
          <w:rFonts w:ascii="Tahoma" w:hAnsi="Tahoma" w:cs="Tahoma"/>
          <w:rtl/>
        </w:rPr>
        <w:t xml:space="preserve"> مرز حکومت صفو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را در برابر عثمان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ان</w:t>
      </w:r>
      <w:r w:rsidRPr="00C9717E">
        <w:rPr>
          <w:rFonts w:ascii="Tahoma" w:hAnsi="Tahoma" w:cs="Tahoma"/>
          <w:rtl/>
        </w:rPr>
        <w:t xml:space="preserve"> و ازبکان روشن‌تر م</w:t>
      </w:r>
      <w:r w:rsidRPr="00C9717E">
        <w:rPr>
          <w:rFonts w:ascii="Tahoma" w:hAnsi="Tahoma" w:cs="Tahoma" w:hint="cs"/>
          <w:rtl/>
        </w:rPr>
        <w:t>ی‌</w:t>
      </w:r>
      <w:r w:rsidRPr="00C9717E">
        <w:rPr>
          <w:rFonts w:ascii="Tahoma" w:hAnsi="Tahoma" w:cs="Tahoma" w:hint="eastAsia"/>
          <w:rtl/>
        </w:rPr>
        <w:t>کرد</w:t>
      </w:r>
      <w:r w:rsidRPr="00C9717E">
        <w:rPr>
          <w:rFonts w:ascii="Tahoma" w:hAnsi="Tahoma" w:cs="Tahoma"/>
          <w:rtl/>
        </w:rPr>
        <w:t xml:space="preserve"> و به پ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روان</w:t>
      </w:r>
      <w:r w:rsidRPr="00C9717E">
        <w:rPr>
          <w:rFonts w:ascii="Tahoma" w:hAnsi="Tahoma" w:cs="Tahoma"/>
          <w:rtl/>
        </w:rPr>
        <w:t xml:space="preserve"> شاه احساس تعلق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جداگانه م</w:t>
      </w:r>
      <w:r w:rsidRPr="00C9717E">
        <w:rPr>
          <w:rFonts w:ascii="Tahoma" w:hAnsi="Tahoma" w:cs="Tahoma" w:hint="cs"/>
          <w:rtl/>
        </w:rPr>
        <w:t>ی‌</w:t>
      </w:r>
      <w:r w:rsidRPr="00C9717E">
        <w:rPr>
          <w:rFonts w:ascii="Tahoma" w:hAnsi="Tahoma" w:cs="Tahoma" w:hint="eastAsia"/>
          <w:rtl/>
        </w:rPr>
        <w:t>داد</w:t>
      </w:r>
      <w:r w:rsidRPr="00C9717E">
        <w:rPr>
          <w:rFonts w:ascii="Tahoma" w:hAnsi="Tahoma" w:cs="Tahoma"/>
          <w:rtl/>
        </w:rPr>
        <w:t>.</w:t>
      </w:r>
    </w:p>
    <w:p w:rsidR="00C9717E" w:rsidRPr="00C9717E" w:rsidRDefault="00C9717E" w:rsidP="00C9717E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C9717E">
        <w:rPr>
          <w:rFonts w:ascii="Tahoma" w:hAnsi="Tahoma" w:cs="Tahoma" w:hint="eastAsia"/>
          <w:rtl/>
        </w:rPr>
        <w:t>دوم</w:t>
      </w:r>
      <w:r w:rsidRPr="00C9717E">
        <w:rPr>
          <w:rFonts w:ascii="Tahoma" w:hAnsi="Tahoma" w:cs="Tahoma"/>
          <w:rtl/>
        </w:rPr>
        <w:t xml:space="preserve"> آنکه تش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ع</w:t>
      </w:r>
      <w:r w:rsidRPr="00C9717E">
        <w:rPr>
          <w:rFonts w:ascii="Tahoma" w:hAnsi="Tahoma" w:cs="Tahoma"/>
          <w:rtl/>
        </w:rPr>
        <w:t xml:space="preserve"> رسم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م</w:t>
      </w:r>
      <w:r w:rsidRPr="00C9717E">
        <w:rPr>
          <w:rFonts w:ascii="Tahoma" w:hAnsi="Tahoma" w:cs="Tahoma" w:hint="cs"/>
          <w:rtl/>
        </w:rPr>
        <w:t>ی‌</w:t>
      </w:r>
      <w:r w:rsidRPr="00C9717E">
        <w:rPr>
          <w:rFonts w:ascii="Tahoma" w:hAnsi="Tahoma" w:cs="Tahoma" w:hint="eastAsia"/>
          <w:rtl/>
        </w:rPr>
        <w:t>توانست</w:t>
      </w:r>
      <w:r w:rsidRPr="00C9717E">
        <w:rPr>
          <w:rFonts w:ascii="Tahoma" w:hAnsi="Tahoma" w:cs="Tahoma"/>
          <w:rtl/>
        </w:rPr>
        <w:t xml:space="preserve"> بر فراز وابستگ</w:t>
      </w:r>
      <w:r w:rsidRPr="00C9717E">
        <w:rPr>
          <w:rFonts w:ascii="Tahoma" w:hAnsi="Tahoma" w:cs="Tahoma" w:hint="cs"/>
          <w:rtl/>
        </w:rPr>
        <w:t>ی‌</w:t>
      </w:r>
      <w:r w:rsidRPr="00C9717E">
        <w:rPr>
          <w:rFonts w:ascii="Tahoma" w:hAnsi="Tahoma" w:cs="Tahoma" w:hint="eastAsia"/>
          <w:rtl/>
        </w:rPr>
        <w:t>ها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قب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له‌ا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هو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ت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مشترک پد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د</w:t>
      </w:r>
      <w:r w:rsidRPr="00C9717E">
        <w:rPr>
          <w:rFonts w:ascii="Tahoma" w:hAnsi="Tahoma" w:cs="Tahoma"/>
          <w:rtl/>
        </w:rPr>
        <w:t xml:space="preserve"> آورد. قزلباشان از قبا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ل</w:t>
      </w:r>
      <w:r w:rsidRPr="00C9717E">
        <w:rPr>
          <w:rFonts w:ascii="Tahoma" w:hAnsi="Tahoma" w:cs="Tahoma"/>
          <w:rtl/>
        </w:rPr>
        <w:t xml:space="preserve"> گوناگون آمده بودند و هر گروه سران، منافع و پ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وندها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خود را داشت. آنان در وفادار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به مرشد صفو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به 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کد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گر</w:t>
      </w:r>
      <w:r w:rsidRPr="00C9717E">
        <w:rPr>
          <w:rFonts w:ascii="Tahoma" w:hAnsi="Tahoma" w:cs="Tahoma"/>
          <w:rtl/>
        </w:rPr>
        <w:t xml:space="preserve"> پ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وسته</w:t>
      </w:r>
      <w:r w:rsidRPr="00C9717E">
        <w:rPr>
          <w:rFonts w:ascii="Tahoma" w:hAnsi="Tahoma" w:cs="Tahoma"/>
          <w:rtl/>
        </w:rPr>
        <w:t xml:space="preserve"> بودند، اما 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ن</w:t>
      </w:r>
      <w:r w:rsidRPr="00C9717E">
        <w:rPr>
          <w:rFonts w:ascii="Tahoma" w:hAnsi="Tahoma" w:cs="Tahoma"/>
          <w:rtl/>
        </w:rPr>
        <w:t xml:space="preserve"> وفادار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ب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ش</w:t>
      </w:r>
      <w:r w:rsidRPr="00C9717E">
        <w:rPr>
          <w:rFonts w:ascii="Tahoma" w:hAnsi="Tahoma" w:cs="Tahoma"/>
          <w:rtl/>
        </w:rPr>
        <w:t xml:space="preserve"> از هر چ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ز</w:t>
      </w:r>
      <w:r w:rsidRPr="00C9717E">
        <w:rPr>
          <w:rFonts w:ascii="Tahoma" w:hAnsi="Tahoma" w:cs="Tahoma"/>
          <w:rtl/>
        </w:rPr>
        <w:t xml:space="preserve"> به شخص شا</w:t>
      </w:r>
      <w:r w:rsidRPr="00C9717E">
        <w:rPr>
          <w:rFonts w:ascii="Tahoma" w:hAnsi="Tahoma" w:cs="Tahoma" w:hint="eastAsia"/>
          <w:rtl/>
        </w:rPr>
        <w:t>ه</w:t>
      </w:r>
      <w:r w:rsidRPr="00C9717E">
        <w:rPr>
          <w:rFonts w:ascii="Tahoma" w:hAnsi="Tahoma" w:cs="Tahoma"/>
          <w:rtl/>
        </w:rPr>
        <w:t xml:space="preserve"> وابسته بود. حکومت برا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ماندگار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نم</w:t>
      </w:r>
      <w:r w:rsidRPr="00C9717E">
        <w:rPr>
          <w:rFonts w:ascii="Tahoma" w:hAnsi="Tahoma" w:cs="Tahoma" w:hint="cs"/>
          <w:rtl/>
        </w:rPr>
        <w:t>ی‌</w:t>
      </w:r>
      <w:r w:rsidRPr="00C9717E">
        <w:rPr>
          <w:rFonts w:ascii="Tahoma" w:hAnsi="Tahoma" w:cs="Tahoma" w:hint="eastAsia"/>
          <w:rtl/>
        </w:rPr>
        <w:t>توانست</w:t>
      </w:r>
      <w:r w:rsidRPr="00C9717E">
        <w:rPr>
          <w:rFonts w:ascii="Tahoma" w:hAnsi="Tahoma" w:cs="Tahoma"/>
          <w:rtl/>
        </w:rPr>
        <w:t xml:space="preserve"> تنها بر جذبهٔ بن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ان‌گذار</w:t>
      </w:r>
      <w:r w:rsidRPr="00C9717E">
        <w:rPr>
          <w:rFonts w:ascii="Tahoma" w:hAnsi="Tahoma" w:cs="Tahoma"/>
          <w:rtl/>
        </w:rPr>
        <w:t xml:space="preserve"> خود تک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ه</w:t>
      </w:r>
      <w:r w:rsidRPr="00C9717E">
        <w:rPr>
          <w:rFonts w:ascii="Tahoma" w:hAnsi="Tahoma" w:cs="Tahoma"/>
          <w:rtl/>
        </w:rPr>
        <w:t xml:space="preserve"> کند. با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د</w:t>
      </w:r>
      <w:r w:rsidRPr="00C9717E">
        <w:rPr>
          <w:rFonts w:ascii="Tahoma" w:hAnsi="Tahoma" w:cs="Tahoma"/>
          <w:rtl/>
        </w:rPr>
        <w:t xml:space="preserve"> باور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را به نهاد تبد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ل</w:t>
      </w:r>
      <w:r w:rsidRPr="00C9717E">
        <w:rPr>
          <w:rFonts w:ascii="Tahoma" w:hAnsi="Tahoma" w:cs="Tahoma"/>
          <w:rtl/>
        </w:rPr>
        <w:t xml:space="preserve"> م</w:t>
      </w:r>
      <w:r w:rsidRPr="00C9717E">
        <w:rPr>
          <w:rFonts w:ascii="Tahoma" w:hAnsi="Tahoma" w:cs="Tahoma" w:hint="cs"/>
          <w:rtl/>
        </w:rPr>
        <w:t>ی‌</w:t>
      </w:r>
      <w:r w:rsidRPr="00C9717E">
        <w:rPr>
          <w:rFonts w:ascii="Tahoma" w:hAnsi="Tahoma" w:cs="Tahoma" w:hint="eastAsia"/>
          <w:rtl/>
        </w:rPr>
        <w:t>کرد</w:t>
      </w:r>
      <w:r w:rsidRPr="00C9717E">
        <w:rPr>
          <w:rFonts w:ascii="Tahoma" w:hAnsi="Tahoma" w:cs="Tahoma"/>
          <w:rtl/>
        </w:rPr>
        <w:t xml:space="preserve"> که پس از مرگ شاه ن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ز</w:t>
      </w:r>
      <w:r w:rsidRPr="00C9717E">
        <w:rPr>
          <w:rFonts w:ascii="Tahoma" w:hAnsi="Tahoma" w:cs="Tahoma"/>
          <w:rtl/>
        </w:rPr>
        <w:t xml:space="preserve"> بتواند ادامه 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ابد</w:t>
      </w:r>
      <w:r w:rsidRPr="00C9717E">
        <w:rPr>
          <w:rFonts w:ascii="Tahoma" w:hAnsi="Tahoma" w:cs="Tahoma"/>
          <w:rtl/>
        </w:rPr>
        <w:t>.</w:t>
      </w:r>
    </w:p>
    <w:p w:rsidR="00C9717E" w:rsidRPr="00C9717E" w:rsidRDefault="00C9717E" w:rsidP="00C9717E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C9717E">
        <w:rPr>
          <w:rFonts w:ascii="Tahoma" w:hAnsi="Tahoma" w:cs="Tahoma" w:hint="eastAsia"/>
          <w:rtl/>
        </w:rPr>
        <w:t>تش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ع</w:t>
      </w:r>
      <w:r w:rsidRPr="00C9717E">
        <w:rPr>
          <w:rFonts w:ascii="Tahoma" w:hAnsi="Tahoma" w:cs="Tahoma"/>
          <w:rtl/>
        </w:rPr>
        <w:t xml:space="preserve"> دوازده‌امام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،</w:t>
      </w:r>
      <w:r w:rsidRPr="00C9717E">
        <w:rPr>
          <w:rFonts w:ascii="Tahoma" w:hAnsi="Tahoma" w:cs="Tahoma"/>
          <w:rtl/>
        </w:rPr>
        <w:t xml:space="preserve"> با سلسله‌ا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شناخته‌شده از امامان و مجموعه‌ا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از روا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ت‌ها،</w:t>
      </w:r>
      <w:r w:rsidRPr="00C9717E">
        <w:rPr>
          <w:rFonts w:ascii="Tahoma" w:hAnsi="Tahoma" w:cs="Tahoma"/>
          <w:rtl/>
        </w:rPr>
        <w:t xml:space="preserve"> احکام، مراسم و خاطره‌ها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مشترک، م</w:t>
      </w:r>
      <w:r w:rsidRPr="00C9717E">
        <w:rPr>
          <w:rFonts w:ascii="Tahoma" w:hAnsi="Tahoma" w:cs="Tahoma" w:hint="cs"/>
          <w:rtl/>
        </w:rPr>
        <w:t>ی‌</w:t>
      </w:r>
      <w:r w:rsidRPr="00C9717E">
        <w:rPr>
          <w:rFonts w:ascii="Tahoma" w:hAnsi="Tahoma" w:cs="Tahoma" w:hint="eastAsia"/>
          <w:rtl/>
        </w:rPr>
        <w:t>توانست</w:t>
      </w:r>
      <w:r w:rsidRPr="00C9717E">
        <w:rPr>
          <w:rFonts w:ascii="Tahoma" w:hAnsi="Tahoma" w:cs="Tahoma"/>
          <w:rtl/>
        </w:rPr>
        <w:t xml:space="preserve"> چن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ن</w:t>
      </w:r>
      <w:r w:rsidRPr="00C9717E">
        <w:rPr>
          <w:rFonts w:ascii="Tahoma" w:hAnsi="Tahoma" w:cs="Tahoma"/>
          <w:rtl/>
        </w:rPr>
        <w:t xml:space="preserve"> تداوم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فراهم آورد. شاه صفو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م</w:t>
      </w:r>
      <w:r w:rsidRPr="00C9717E">
        <w:rPr>
          <w:rFonts w:ascii="Tahoma" w:hAnsi="Tahoma" w:cs="Tahoma" w:hint="cs"/>
          <w:rtl/>
        </w:rPr>
        <w:t>ی‌</w:t>
      </w:r>
      <w:r w:rsidRPr="00C9717E">
        <w:rPr>
          <w:rFonts w:ascii="Tahoma" w:hAnsi="Tahoma" w:cs="Tahoma" w:hint="eastAsia"/>
          <w:rtl/>
        </w:rPr>
        <w:t>توانست</w:t>
      </w:r>
      <w:r w:rsidRPr="00C9717E">
        <w:rPr>
          <w:rFonts w:ascii="Tahoma" w:hAnsi="Tahoma" w:cs="Tahoma"/>
          <w:rtl/>
        </w:rPr>
        <w:t xml:space="preserve"> خود را خدمتگزار و پاسدار 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ن</w:t>
      </w:r>
      <w:r w:rsidRPr="00C9717E">
        <w:rPr>
          <w:rFonts w:ascii="Tahoma" w:hAnsi="Tahoma" w:cs="Tahoma"/>
          <w:rtl/>
        </w:rPr>
        <w:t xml:space="preserve"> مذهب معرف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کند و حقان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ت</w:t>
      </w:r>
      <w:r w:rsidRPr="00C9717E">
        <w:rPr>
          <w:rFonts w:ascii="Tahoma" w:hAnsi="Tahoma" w:cs="Tahoma"/>
          <w:rtl/>
        </w:rPr>
        <w:t xml:space="preserve"> تاج را با پ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وند</w:t>
      </w:r>
      <w:r w:rsidRPr="00C9717E">
        <w:rPr>
          <w:rFonts w:ascii="Tahoma" w:hAnsi="Tahoma" w:cs="Tahoma"/>
          <w:rtl/>
        </w:rPr>
        <w:t xml:space="preserve"> به امامان استوار سازد. در نت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جه،</w:t>
      </w:r>
      <w:r w:rsidRPr="00C9717E">
        <w:rPr>
          <w:rFonts w:ascii="Tahoma" w:hAnsi="Tahoma" w:cs="Tahoma"/>
          <w:rtl/>
        </w:rPr>
        <w:t xml:space="preserve"> حکومت د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گر</w:t>
      </w:r>
      <w:r w:rsidRPr="00C9717E">
        <w:rPr>
          <w:rFonts w:ascii="Tahoma" w:hAnsi="Tahoma" w:cs="Tahoma"/>
          <w:rtl/>
        </w:rPr>
        <w:t xml:space="preserve"> فقط بر پ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روز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شخص اسماع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ل</w:t>
      </w:r>
      <w:r w:rsidRPr="00C9717E">
        <w:rPr>
          <w:rFonts w:ascii="Tahoma" w:hAnsi="Tahoma" w:cs="Tahoma"/>
          <w:rtl/>
        </w:rPr>
        <w:t xml:space="preserve"> تک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ه</w:t>
      </w:r>
      <w:r w:rsidRPr="00C9717E">
        <w:rPr>
          <w:rFonts w:ascii="Tahoma" w:hAnsi="Tahoma" w:cs="Tahoma"/>
          <w:rtl/>
        </w:rPr>
        <w:t xml:space="preserve"> نم</w:t>
      </w:r>
      <w:r w:rsidRPr="00C9717E">
        <w:rPr>
          <w:rFonts w:ascii="Tahoma" w:hAnsi="Tahoma" w:cs="Tahoma" w:hint="cs"/>
          <w:rtl/>
        </w:rPr>
        <w:t>ی‌</w:t>
      </w:r>
      <w:r w:rsidRPr="00C9717E">
        <w:rPr>
          <w:rFonts w:ascii="Tahoma" w:hAnsi="Tahoma" w:cs="Tahoma" w:hint="eastAsia"/>
          <w:rtl/>
        </w:rPr>
        <w:t>کرد؛</w:t>
      </w:r>
      <w:r w:rsidRPr="00C9717E">
        <w:rPr>
          <w:rFonts w:ascii="Tahoma" w:hAnsi="Tahoma" w:cs="Tahoma"/>
          <w:rtl/>
        </w:rPr>
        <w:t xml:space="preserve"> خود را جزئ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از داستان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طولان</w:t>
      </w:r>
      <w:r w:rsidRPr="00C9717E">
        <w:rPr>
          <w:rFonts w:ascii="Tahoma" w:hAnsi="Tahoma" w:cs="Tahoma" w:hint="cs"/>
          <w:rtl/>
        </w:rPr>
        <w:t>ی‌</w:t>
      </w:r>
      <w:r w:rsidRPr="00C9717E">
        <w:rPr>
          <w:rFonts w:ascii="Tahoma" w:hAnsi="Tahoma" w:cs="Tahoma" w:hint="eastAsia"/>
          <w:rtl/>
        </w:rPr>
        <w:t>تر</w:t>
      </w:r>
      <w:r w:rsidRPr="00C9717E">
        <w:rPr>
          <w:rFonts w:ascii="Tahoma" w:hAnsi="Tahoma" w:cs="Tahoma"/>
          <w:rtl/>
        </w:rPr>
        <w:t xml:space="preserve"> م</w:t>
      </w:r>
      <w:r w:rsidRPr="00C9717E">
        <w:rPr>
          <w:rFonts w:ascii="Tahoma" w:hAnsi="Tahoma" w:cs="Tahoma" w:hint="cs"/>
          <w:rtl/>
        </w:rPr>
        <w:t>ی‌</w:t>
      </w:r>
      <w:r w:rsidRPr="00C9717E">
        <w:rPr>
          <w:rFonts w:ascii="Tahoma" w:hAnsi="Tahoma" w:cs="Tahoma" w:hint="eastAsia"/>
          <w:rtl/>
        </w:rPr>
        <w:t>دانست</w:t>
      </w:r>
      <w:r w:rsidRPr="00C9717E">
        <w:rPr>
          <w:rFonts w:ascii="Tahoma" w:hAnsi="Tahoma" w:cs="Tahoma"/>
          <w:rtl/>
        </w:rPr>
        <w:t xml:space="preserve"> که از پ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امبر</w:t>
      </w:r>
      <w:r w:rsidRPr="00C9717E">
        <w:rPr>
          <w:rFonts w:ascii="Tahoma" w:hAnsi="Tahoma" w:cs="Tahoma"/>
          <w:rtl/>
        </w:rPr>
        <w:t xml:space="preserve"> و خاندان او آغاز م</w:t>
      </w:r>
      <w:r w:rsidRPr="00C9717E">
        <w:rPr>
          <w:rFonts w:ascii="Tahoma" w:hAnsi="Tahoma" w:cs="Tahoma" w:hint="cs"/>
          <w:rtl/>
        </w:rPr>
        <w:t>ی‌</w:t>
      </w:r>
      <w:r w:rsidRPr="00C9717E">
        <w:rPr>
          <w:rFonts w:ascii="Tahoma" w:hAnsi="Tahoma" w:cs="Tahoma" w:hint="eastAsia"/>
          <w:rtl/>
        </w:rPr>
        <w:t>شد</w:t>
      </w:r>
      <w:r w:rsidRPr="00C9717E">
        <w:rPr>
          <w:rFonts w:ascii="Tahoma" w:hAnsi="Tahoma" w:cs="Tahoma"/>
          <w:rtl/>
        </w:rPr>
        <w:t xml:space="preserve"> و تا امامان دوازده‌گانه و غ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بت</w:t>
      </w:r>
      <w:r w:rsidRPr="00C9717E">
        <w:rPr>
          <w:rFonts w:ascii="Tahoma" w:hAnsi="Tahoma" w:cs="Tahoma"/>
          <w:rtl/>
        </w:rPr>
        <w:t xml:space="preserve"> امام دوازدهم ادامه م</w:t>
      </w:r>
      <w:r w:rsidRPr="00C9717E">
        <w:rPr>
          <w:rFonts w:ascii="Tahoma" w:hAnsi="Tahoma" w:cs="Tahoma" w:hint="cs"/>
          <w:rtl/>
        </w:rPr>
        <w:t>ی‌ی</w:t>
      </w:r>
      <w:r w:rsidRPr="00C9717E">
        <w:rPr>
          <w:rFonts w:ascii="Tahoma" w:hAnsi="Tahoma" w:cs="Tahoma" w:hint="eastAsia"/>
          <w:rtl/>
        </w:rPr>
        <w:t>افت</w:t>
      </w:r>
      <w:r w:rsidRPr="00C9717E">
        <w:rPr>
          <w:rFonts w:ascii="Tahoma" w:hAnsi="Tahoma" w:cs="Tahoma"/>
          <w:rtl/>
        </w:rPr>
        <w:t>.</w:t>
      </w:r>
    </w:p>
    <w:p w:rsidR="00C9717E" w:rsidRPr="00C9717E" w:rsidRDefault="00C9717E" w:rsidP="00C9717E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C9717E">
        <w:rPr>
          <w:rFonts w:ascii="Tahoma" w:hAnsi="Tahoma" w:cs="Tahoma" w:hint="eastAsia"/>
          <w:rtl/>
        </w:rPr>
        <w:t>سوم</w:t>
      </w:r>
      <w:r w:rsidRPr="00C9717E">
        <w:rPr>
          <w:rFonts w:ascii="Tahoma" w:hAnsi="Tahoma" w:cs="Tahoma"/>
          <w:rtl/>
        </w:rPr>
        <w:t xml:space="preserve"> آنکه تش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ع</w:t>
      </w:r>
      <w:r w:rsidRPr="00C9717E">
        <w:rPr>
          <w:rFonts w:ascii="Tahoma" w:hAnsi="Tahoma" w:cs="Tahoma"/>
          <w:rtl/>
        </w:rPr>
        <w:t xml:space="preserve"> به خاندان صفو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امکان م</w:t>
      </w:r>
      <w:r w:rsidRPr="00C9717E">
        <w:rPr>
          <w:rFonts w:ascii="Tahoma" w:hAnsi="Tahoma" w:cs="Tahoma" w:hint="cs"/>
          <w:rtl/>
        </w:rPr>
        <w:t>ی‌</w:t>
      </w:r>
      <w:r w:rsidRPr="00C9717E">
        <w:rPr>
          <w:rFonts w:ascii="Tahoma" w:hAnsi="Tahoma" w:cs="Tahoma" w:hint="eastAsia"/>
          <w:rtl/>
        </w:rPr>
        <w:t>داد</w:t>
      </w:r>
      <w:r w:rsidRPr="00C9717E">
        <w:rPr>
          <w:rFonts w:ascii="Tahoma" w:hAnsi="Tahoma" w:cs="Tahoma"/>
          <w:rtl/>
        </w:rPr>
        <w:t xml:space="preserve"> ادعا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خون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خود را گسترش دهد. شجره‌نامه‌ها</w:t>
      </w:r>
      <w:r w:rsidRPr="00C9717E">
        <w:rPr>
          <w:rFonts w:ascii="Tahoma" w:hAnsi="Tahoma" w:cs="Tahoma" w:hint="cs"/>
          <w:rtl/>
        </w:rPr>
        <w:t>یی</w:t>
      </w:r>
      <w:r w:rsidRPr="00C9717E">
        <w:rPr>
          <w:rFonts w:ascii="Tahoma" w:hAnsi="Tahoma" w:cs="Tahoma"/>
          <w:rtl/>
        </w:rPr>
        <w:t xml:space="preserve"> که صفو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ان</w:t>
      </w:r>
      <w:r w:rsidRPr="00C9717E">
        <w:rPr>
          <w:rFonts w:ascii="Tahoma" w:hAnsi="Tahoma" w:cs="Tahoma"/>
          <w:rtl/>
        </w:rPr>
        <w:t xml:space="preserve"> را به امام موس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کاظم م</w:t>
      </w:r>
      <w:r w:rsidRPr="00C9717E">
        <w:rPr>
          <w:rFonts w:ascii="Tahoma" w:hAnsi="Tahoma" w:cs="Tahoma" w:hint="cs"/>
          <w:rtl/>
        </w:rPr>
        <w:t>ی‌</w:t>
      </w:r>
      <w:r w:rsidRPr="00C9717E">
        <w:rPr>
          <w:rFonts w:ascii="Tahoma" w:hAnsi="Tahoma" w:cs="Tahoma" w:hint="eastAsia"/>
          <w:rtl/>
        </w:rPr>
        <w:t>رساندند،</w:t>
      </w:r>
      <w:r w:rsidRPr="00C9717E">
        <w:rPr>
          <w:rFonts w:ascii="Tahoma" w:hAnsi="Tahoma" w:cs="Tahoma"/>
          <w:rtl/>
        </w:rPr>
        <w:t xml:space="preserve"> خاندان را از 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ک</w:t>
      </w:r>
      <w:r w:rsidRPr="00C9717E">
        <w:rPr>
          <w:rFonts w:ascii="Tahoma" w:hAnsi="Tahoma" w:cs="Tahoma"/>
          <w:rtl/>
        </w:rPr>
        <w:t xml:space="preserve"> طر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قت</w:t>
      </w:r>
      <w:r w:rsidRPr="00C9717E">
        <w:rPr>
          <w:rFonts w:ascii="Tahoma" w:hAnsi="Tahoma" w:cs="Tahoma"/>
          <w:rtl/>
        </w:rPr>
        <w:t xml:space="preserve"> محل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به خانواده‌ا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منسوب به پ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امبر</w:t>
      </w:r>
      <w:r w:rsidRPr="00C9717E">
        <w:rPr>
          <w:rFonts w:ascii="Tahoma" w:hAnsi="Tahoma" w:cs="Tahoma"/>
          <w:rtl/>
        </w:rPr>
        <w:t xml:space="preserve"> تبد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ل</w:t>
      </w:r>
      <w:r w:rsidRPr="00C9717E">
        <w:rPr>
          <w:rFonts w:ascii="Tahoma" w:hAnsi="Tahoma" w:cs="Tahoma"/>
          <w:rtl/>
        </w:rPr>
        <w:t xml:space="preserve"> م</w:t>
      </w:r>
      <w:r w:rsidRPr="00C9717E">
        <w:rPr>
          <w:rFonts w:ascii="Tahoma" w:hAnsi="Tahoma" w:cs="Tahoma" w:hint="cs"/>
          <w:rtl/>
        </w:rPr>
        <w:t>ی‌</w:t>
      </w:r>
      <w:r w:rsidRPr="00C9717E">
        <w:rPr>
          <w:rFonts w:ascii="Tahoma" w:hAnsi="Tahoma" w:cs="Tahoma" w:hint="eastAsia"/>
          <w:rtl/>
        </w:rPr>
        <w:t>کردند</w:t>
      </w:r>
      <w:r w:rsidRPr="00C9717E">
        <w:rPr>
          <w:rFonts w:ascii="Tahoma" w:hAnsi="Tahoma" w:cs="Tahoma"/>
          <w:rtl/>
        </w:rPr>
        <w:t>. دربارهٔ اعتبار تار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خ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ن</w:t>
      </w:r>
      <w:r w:rsidRPr="00C9717E">
        <w:rPr>
          <w:rFonts w:ascii="Tahoma" w:hAnsi="Tahoma" w:cs="Tahoma"/>
          <w:rtl/>
        </w:rPr>
        <w:t xml:space="preserve"> نسب م</w:t>
      </w:r>
      <w:r w:rsidRPr="00C9717E">
        <w:rPr>
          <w:rFonts w:ascii="Tahoma" w:hAnsi="Tahoma" w:cs="Tahoma" w:hint="cs"/>
          <w:rtl/>
        </w:rPr>
        <w:t>ی‌</w:t>
      </w:r>
      <w:r w:rsidRPr="00C9717E">
        <w:rPr>
          <w:rFonts w:ascii="Tahoma" w:hAnsi="Tahoma" w:cs="Tahoma" w:hint="eastAsia"/>
          <w:rtl/>
        </w:rPr>
        <w:t>توان</w:t>
      </w:r>
      <w:r w:rsidRPr="00C9717E">
        <w:rPr>
          <w:rFonts w:ascii="Tahoma" w:hAnsi="Tahoma" w:cs="Tahoma"/>
          <w:rtl/>
        </w:rPr>
        <w:t xml:space="preserve"> ترد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د</w:t>
      </w:r>
      <w:r w:rsidRPr="00C9717E">
        <w:rPr>
          <w:rFonts w:ascii="Tahoma" w:hAnsi="Tahoma" w:cs="Tahoma"/>
          <w:rtl/>
        </w:rPr>
        <w:t xml:space="preserve"> کرد، اما د</w:t>
      </w:r>
      <w:r w:rsidRPr="00C9717E">
        <w:rPr>
          <w:rFonts w:ascii="Tahoma" w:hAnsi="Tahoma" w:cs="Tahoma" w:hint="eastAsia"/>
          <w:rtl/>
        </w:rPr>
        <w:t>ر</w:t>
      </w:r>
      <w:r w:rsidRPr="00C9717E">
        <w:rPr>
          <w:rFonts w:ascii="Tahoma" w:hAnsi="Tahoma" w:cs="Tahoma"/>
          <w:rtl/>
        </w:rPr>
        <w:t xml:space="preserve"> کشوردار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،</w:t>
      </w:r>
      <w:r w:rsidRPr="00C9717E">
        <w:rPr>
          <w:rFonts w:ascii="Tahoma" w:hAnsi="Tahoma" w:cs="Tahoma"/>
          <w:rtl/>
        </w:rPr>
        <w:t xml:space="preserve"> فقط درست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تار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خ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ک</w:t>
      </w:r>
      <w:r w:rsidRPr="00C9717E">
        <w:rPr>
          <w:rFonts w:ascii="Tahoma" w:hAnsi="Tahoma" w:cs="Tahoma"/>
          <w:rtl/>
        </w:rPr>
        <w:t xml:space="preserve"> ادعا تع</w:t>
      </w:r>
      <w:r w:rsidRPr="00C9717E">
        <w:rPr>
          <w:rFonts w:ascii="Tahoma" w:hAnsi="Tahoma" w:cs="Tahoma" w:hint="cs"/>
          <w:rtl/>
        </w:rPr>
        <w:t>یی</w:t>
      </w:r>
      <w:r w:rsidRPr="00C9717E">
        <w:rPr>
          <w:rFonts w:ascii="Tahoma" w:hAnsi="Tahoma" w:cs="Tahoma" w:hint="eastAsia"/>
          <w:rtl/>
        </w:rPr>
        <w:t>ن‌کننده</w:t>
      </w:r>
      <w:r w:rsidRPr="00C9717E">
        <w:rPr>
          <w:rFonts w:ascii="Tahoma" w:hAnsi="Tahoma" w:cs="Tahoma"/>
          <w:rtl/>
        </w:rPr>
        <w:t xml:space="preserve"> ن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ست؛</w:t>
      </w:r>
      <w:r w:rsidRPr="00C9717E">
        <w:rPr>
          <w:rFonts w:ascii="Tahoma" w:hAnsi="Tahoma" w:cs="Tahoma"/>
          <w:rtl/>
        </w:rPr>
        <w:t xml:space="preserve"> مهم آن است که چه کسان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آن را م</w:t>
      </w:r>
      <w:r w:rsidRPr="00C9717E">
        <w:rPr>
          <w:rFonts w:ascii="Tahoma" w:hAnsi="Tahoma" w:cs="Tahoma" w:hint="cs"/>
          <w:rtl/>
        </w:rPr>
        <w:t>ی‌</w:t>
      </w:r>
      <w:r w:rsidRPr="00C9717E">
        <w:rPr>
          <w:rFonts w:ascii="Tahoma" w:hAnsi="Tahoma" w:cs="Tahoma" w:hint="eastAsia"/>
          <w:rtl/>
        </w:rPr>
        <w:t>پذ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رند</w:t>
      </w:r>
      <w:r w:rsidRPr="00C9717E">
        <w:rPr>
          <w:rFonts w:ascii="Tahoma" w:hAnsi="Tahoma" w:cs="Tahoma"/>
          <w:rtl/>
        </w:rPr>
        <w:t xml:space="preserve"> و آن ادعا چه نوع اطاعت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پد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د</w:t>
      </w:r>
      <w:r w:rsidRPr="00C9717E">
        <w:rPr>
          <w:rFonts w:ascii="Tahoma" w:hAnsi="Tahoma" w:cs="Tahoma"/>
          <w:rtl/>
        </w:rPr>
        <w:t xml:space="preserve"> م</w:t>
      </w:r>
      <w:r w:rsidRPr="00C9717E">
        <w:rPr>
          <w:rFonts w:ascii="Tahoma" w:hAnsi="Tahoma" w:cs="Tahoma" w:hint="cs"/>
          <w:rtl/>
        </w:rPr>
        <w:t>ی‌</w:t>
      </w:r>
      <w:r w:rsidRPr="00C9717E">
        <w:rPr>
          <w:rFonts w:ascii="Tahoma" w:hAnsi="Tahoma" w:cs="Tahoma" w:hint="eastAsia"/>
          <w:rtl/>
        </w:rPr>
        <w:t>آورد</w:t>
      </w:r>
      <w:r w:rsidRPr="00C9717E">
        <w:rPr>
          <w:rFonts w:ascii="Tahoma" w:hAnsi="Tahoma" w:cs="Tahoma"/>
          <w:rtl/>
        </w:rPr>
        <w:t>.</w:t>
      </w:r>
    </w:p>
    <w:p w:rsidR="00C9717E" w:rsidRPr="00C9717E" w:rsidRDefault="00C9717E" w:rsidP="00C9717E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C9717E">
        <w:rPr>
          <w:rFonts w:ascii="Tahoma" w:hAnsi="Tahoma" w:cs="Tahoma" w:hint="eastAsia"/>
          <w:rtl/>
        </w:rPr>
        <w:t>خون</w:t>
      </w:r>
      <w:r w:rsidRPr="00C9717E">
        <w:rPr>
          <w:rFonts w:ascii="Tahoma" w:hAnsi="Tahoma" w:cs="Tahoma"/>
          <w:rtl/>
        </w:rPr>
        <w:t xml:space="preserve"> در سنت پادشاه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همواره 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ک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از سرچشمه‌ها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حقان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ت</w:t>
      </w:r>
      <w:r w:rsidRPr="00C9717E">
        <w:rPr>
          <w:rFonts w:ascii="Tahoma" w:hAnsi="Tahoma" w:cs="Tahoma"/>
          <w:rtl/>
        </w:rPr>
        <w:t xml:space="preserve"> حکمران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بود. فرمانروا به سبب تعلق به خاندان شاه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،</w:t>
      </w:r>
      <w:r w:rsidRPr="00C9717E">
        <w:rPr>
          <w:rFonts w:ascii="Tahoma" w:hAnsi="Tahoma" w:cs="Tahoma"/>
          <w:rtl/>
        </w:rPr>
        <w:t xml:space="preserve"> وارث تاج شناخته م</w:t>
      </w:r>
      <w:r w:rsidRPr="00C9717E">
        <w:rPr>
          <w:rFonts w:ascii="Tahoma" w:hAnsi="Tahoma" w:cs="Tahoma" w:hint="cs"/>
          <w:rtl/>
        </w:rPr>
        <w:t>ی‌</w:t>
      </w:r>
      <w:r w:rsidRPr="00C9717E">
        <w:rPr>
          <w:rFonts w:ascii="Tahoma" w:hAnsi="Tahoma" w:cs="Tahoma" w:hint="eastAsia"/>
          <w:rtl/>
        </w:rPr>
        <w:t>شد</w:t>
      </w:r>
      <w:r w:rsidRPr="00C9717E">
        <w:rPr>
          <w:rFonts w:ascii="Tahoma" w:hAnsi="Tahoma" w:cs="Tahoma"/>
          <w:rtl/>
        </w:rPr>
        <w:t>. در مورد صفو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ان،</w:t>
      </w:r>
      <w:r w:rsidRPr="00C9717E">
        <w:rPr>
          <w:rFonts w:ascii="Tahoma" w:hAnsi="Tahoma" w:cs="Tahoma"/>
          <w:rtl/>
        </w:rPr>
        <w:t xml:space="preserve"> نسب ادعا</w:t>
      </w:r>
      <w:r w:rsidRPr="00C9717E">
        <w:rPr>
          <w:rFonts w:ascii="Tahoma" w:hAnsi="Tahoma" w:cs="Tahoma" w:hint="cs"/>
          <w:rtl/>
        </w:rPr>
        <w:t>یی</w:t>
      </w:r>
      <w:r w:rsidRPr="00C9717E">
        <w:rPr>
          <w:rFonts w:ascii="Tahoma" w:hAnsi="Tahoma" w:cs="Tahoma"/>
          <w:rtl/>
        </w:rPr>
        <w:t xml:space="preserve"> به امامان م</w:t>
      </w:r>
      <w:r w:rsidRPr="00C9717E">
        <w:rPr>
          <w:rFonts w:ascii="Tahoma" w:hAnsi="Tahoma" w:cs="Tahoma" w:hint="cs"/>
          <w:rtl/>
        </w:rPr>
        <w:t>ی‌</w:t>
      </w:r>
      <w:r w:rsidRPr="00C9717E">
        <w:rPr>
          <w:rFonts w:ascii="Tahoma" w:hAnsi="Tahoma" w:cs="Tahoma" w:hint="eastAsia"/>
          <w:rtl/>
        </w:rPr>
        <w:t>توانست</w:t>
      </w:r>
      <w:r w:rsidRPr="00C9717E">
        <w:rPr>
          <w:rFonts w:ascii="Tahoma" w:hAnsi="Tahoma" w:cs="Tahoma"/>
          <w:rtl/>
        </w:rPr>
        <w:t xml:space="preserve"> خون پادشاه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و خون مقدس را در 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ک</w:t>
      </w:r>
      <w:r w:rsidRPr="00C9717E">
        <w:rPr>
          <w:rFonts w:ascii="Tahoma" w:hAnsi="Tahoma" w:cs="Tahoma"/>
          <w:rtl/>
        </w:rPr>
        <w:t xml:space="preserve"> خاندان گرد آورد. شاه فقط فرزند شاه پ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ش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ن</w:t>
      </w:r>
      <w:r w:rsidRPr="00C9717E">
        <w:rPr>
          <w:rFonts w:ascii="Tahoma" w:hAnsi="Tahoma" w:cs="Tahoma"/>
          <w:rtl/>
        </w:rPr>
        <w:t xml:space="preserve"> نبود؛ بازمان</w:t>
      </w:r>
      <w:r w:rsidRPr="00C9717E">
        <w:rPr>
          <w:rFonts w:ascii="Tahoma" w:hAnsi="Tahoma" w:cs="Tahoma" w:hint="eastAsia"/>
          <w:rtl/>
        </w:rPr>
        <w:t>دهٔ</w:t>
      </w:r>
      <w:r w:rsidRPr="00C9717E">
        <w:rPr>
          <w:rFonts w:ascii="Tahoma" w:hAnsi="Tahoma" w:cs="Tahoma"/>
          <w:rtl/>
        </w:rPr>
        <w:t xml:space="preserve"> خاندان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معرف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م</w:t>
      </w:r>
      <w:r w:rsidRPr="00C9717E">
        <w:rPr>
          <w:rFonts w:ascii="Tahoma" w:hAnsi="Tahoma" w:cs="Tahoma" w:hint="cs"/>
          <w:rtl/>
        </w:rPr>
        <w:t>ی‌</w:t>
      </w:r>
      <w:r w:rsidRPr="00C9717E">
        <w:rPr>
          <w:rFonts w:ascii="Tahoma" w:hAnsi="Tahoma" w:cs="Tahoma" w:hint="eastAsia"/>
          <w:rtl/>
        </w:rPr>
        <w:t>شد</w:t>
      </w:r>
      <w:r w:rsidRPr="00C9717E">
        <w:rPr>
          <w:rFonts w:ascii="Tahoma" w:hAnsi="Tahoma" w:cs="Tahoma"/>
          <w:rtl/>
        </w:rPr>
        <w:t xml:space="preserve"> که به سرچشمهٔ مقدس تش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ع</w:t>
      </w:r>
      <w:r w:rsidRPr="00C9717E">
        <w:rPr>
          <w:rFonts w:ascii="Tahoma" w:hAnsi="Tahoma" w:cs="Tahoma"/>
          <w:rtl/>
        </w:rPr>
        <w:t xml:space="preserve"> متصل بود. چن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ن</w:t>
      </w:r>
      <w:r w:rsidRPr="00C9717E">
        <w:rPr>
          <w:rFonts w:ascii="Tahoma" w:hAnsi="Tahoma" w:cs="Tahoma"/>
          <w:rtl/>
        </w:rPr>
        <w:t xml:space="preserve"> ادعا</w:t>
      </w:r>
      <w:r w:rsidRPr="00C9717E">
        <w:rPr>
          <w:rFonts w:ascii="Tahoma" w:hAnsi="Tahoma" w:cs="Tahoma" w:hint="cs"/>
          <w:rtl/>
        </w:rPr>
        <w:t>یی</w:t>
      </w:r>
      <w:r w:rsidRPr="00C9717E">
        <w:rPr>
          <w:rFonts w:ascii="Tahoma" w:hAnsi="Tahoma" w:cs="Tahoma"/>
          <w:rtl/>
        </w:rPr>
        <w:t xml:space="preserve"> مقام تاج را از پ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روز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قشون فراتر م</w:t>
      </w:r>
      <w:r w:rsidRPr="00C9717E">
        <w:rPr>
          <w:rFonts w:ascii="Tahoma" w:hAnsi="Tahoma" w:cs="Tahoma" w:hint="cs"/>
          <w:rtl/>
        </w:rPr>
        <w:t>ی‌</w:t>
      </w:r>
      <w:r w:rsidRPr="00C9717E">
        <w:rPr>
          <w:rFonts w:ascii="Tahoma" w:hAnsi="Tahoma" w:cs="Tahoma" w:hint="eastAsia"/>
          <w:rtl/>
        </w:rPr>
        <w:t>برد</w:t>
      </w:r>
      <w:r w:rsidRPr="00C9717E">
        <w:rPr>
          <w:rFonts w:ascii="Tahoma" w:hAnsi="Tahoma" w:cs="Tahoma"/>
          <w:rtl/>
        </w:rPr>
        <w:t>.</w:t>
      </w:r>
    </w:p>
    <w:p w:rsidR="00C9717E" w:rsidRPr="00C9717E" w:rsidRDefault="00C9717E" w:rsidP="00C9717E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C9717E">
        <w:rPr>
          <w:rFonts w:ascii="Tahoma" w:hAnsi="Tahoma" w:cs="Tahoma" w:hint="eastAsia"/>
          <w:rtl/>
        </w:rPr>
        <w:t>اما</w:t>
      </w:r>
      <w:r w:rsidRPr="00C9717E">
        <w:rPr>
          <w:rFonts w:ascii="Tahoma" w:hAnsi="Tahoma" w:cs="Tahoma"/>
          <w:rtl/>
        </w:rPr>
        <w:t xml:space="preserve"> رسم</w:t>
      </w:r>
      <w:r w:rsidRPr="00C9717E">
        <w:rPr>
          <w:rFonts w:ascii="Tahoma" w:hAnsi="Tahoma" w:cs="Tahoma" w:hint="cs"/>
          <w:rtl/>
        </w:rPr>
        <w:t>ی‌</w:t>
      </w:r>
      <w:r w:rsidRPr="00C9717E">
        <w:rPr>
          <w:rFonts w:ascii="Tahoma" w:hAnsi="Tahoma" w:cs="Tahoma" w:hint="eastAsia"/>
          <w:rtl/>
        </w:rPr>
        <w:t>کردن</w:t>
      </w:r>
      <w:r w:rsidRPr="00C9717E">
        <w:rPr>
          <w:rFonts w:ascii="Tahoma" w:hAnsi="Tahoma" w:cs="Tahoma"/>
          <w:rtl/>
        </w:rPr>
        <w:t xml:space="preserve"> مذهب به صدور فرمان محدود نم</w:t>
      </w:r>
      <w:r w:rsidRPr="00C9717E">
        <w:rPr>
          <w:rFonts w:ascii="Tahoma" w:hAnsi="Tahoma" w:cs="Tahoma" w:hint="cs"/>
          <w:rtl/>
        </w:rPr>
        <w:t>ی‌</w:t>
      </w:r>
      <w:r w:rsidRPr="00C9717E">
        <w:rPr>
          <w:rFonts w:ascii="Tahoma" w:hAnsi="Tahoma" w:cs="Tahoma" w:hint="eastAsia"/>
          <w:rtl/>
        </w:rPr>
        <w:t>شد</w:t>
      </w:r>
      <w:r w:rsidRPr="00C9717E">
        <w:rPr>
          <w:rFonts w:ascii="Tahoma" w:hAnsi="Tahoma" w:cs="Tahoma"/>
          <w:rtl/>
        </w:rPr>
        <w:t>. فرمان شاه با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د</w:t>
      </w:r>
      <w:r w:rsidRPr="00C9717E">
        <w:rPr>
          <w:rFonts w:ascii="Tahoma" w:hAnsi="Tahoma" w:cs="Tahoma"/>
          <w:rtl/>
        </w:rPr>
        <w:t xml:space="preserve"> در نشانه‌ها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عموم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حکومت ظاهر م</w:t>
      </w:r>
      <w:r w:rsidRPr="00C9717E">
        <w:rPr>
          <w:rFonts w:ascii="Tahoma" w:hAnsi="Tahoma" w:cs="Tahoma" w:hint="cs"/>
          <w:rtl/>
        </w:rPr>
        <w:t>ی‌</w:t>
      </w:r>
      <w:r w:rsidRPr="00C9717E">
        <w:rPr>
          <w:rFonts w:ascii="Tahoma" w:hAnsi="Tahoma" w:cs="Tahoma" w:hint="eastAsia"/>
          <w:rtl/>
        </w:rPr>
        <w:t>گرد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د</w:t>
      </w:r>
      <w:r w:rsidRPr="00C9717E">
        <w:rPr>
          <w:rFonts w:ascii="Tahoma" w:hAnsi="Tahoma" w:cs="Tahoma"/>
          <w:rtl/>
        </w:rPr>
        <w:t xml:space="preserve">. خطبه 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ک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از نخست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ن</w:t>
      </w:r>
      <w:r w:rsidRPr="00C9717E">
        <w:rPr>
          <w:rFonts w:ascii="Tahoma" w:hAnsi="Tahoma" w:cs="Tahoma"/>
          <w:rtl/>
        </w:rPr>
        <w:t xml:space="preserve"> 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ن</w:t>
      </w:r>
      <w:r w:rsidRPr="00C9717E">
        <w:rPr>
          <w:rFonts w:ascii="Tahoma" w:hAnsi="Tahoma" w:cs="Tahoma"/>
          <w:rtl/>
        </w:rPr>
        <w:t xml:space="preserve"> نشانه‌ها بود. خوانده‌شدن خطبه به نام فرمانروا از د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رباز</w:t>
      </w:r>
      <w:r w:rsidRPr="00C9717E">
        <w:rPr>
          <w:rFonts w:ascii="Tahoma" w:hAnsi="Tahoma" w:cs="Tahoma"/>
          <w:rtl/>
        </w:rPr>
        <w:t xml:space="preserve"> علامت شناخته‌شدن حاکم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ت</w:t>
      </w:r>
      <w:r w:rsidRPr="00C9717E">
        <w:rPr>
          <w:rFonts w:ascii="Tahoma" w:hAnsi="Tahoma" w:cs="Tahoma"/>
          <w:rtl/>
        </w:rPr>
        <w:t xml:space="preserve"> او به شمار م</w:t>
      </w:r>
      <w:r w:rsidRPr="00C9717E">
        <w:rPr>
          <w:rFonts w:ascii="Tahoma" w:hAnsi="Tahoma" w:cs="Tahoma" w:hint="cs"/>
          <w:rtl/>
        </w:rPr>
        <w:t>ی‌</w:t>
      </w:r>
      <w:r w:rsidRPr="00C9717E">
        <w:rPr>
          <w:rFonts w:ascii="Tahoma" w:hAnsi="Tahoma" w:cs="Tahoma" w:hint="eastAsia"/>
          <w:rtl/>
        </w:rPr>
        <w:t>رفت</w:t>
      </w:r>
      <w:r w:rsidRPr="00C9717E">
        <w:rPr>
          <w:rFonts w:ascii="Tahoma" w:hAnsi="Tahoma" w:cs="Tahoma"/>
          <w:rtl/>
        </w:rPr>
        <w:t>. هنگام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که نام امامان ش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عه</w:t>
      </w:r>
      <w:r w:rsidRPr="00C9717E">
        <w:rPr>
          <w:rFonts w:ascii="Tahoma" w:hAnsi="Tahoma" w:cs="Tahoma"/>
          <w:rtl/>
        </w:rPr>
        <w:t xml:space="preserve"> و نشان</w:t>
      </w:r>
      <w:r w:rsidRPr="00C9717E">
        <w:rPr>
          <w:rFonts w:ascii="Tahoma" w:hAnsi="Tahoma" w:cs="Tahoma" w:hint="eastAsia"/>
          <w:rtl/>
        </w:rPr>
        <w:t>ه‌ها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مذهب تازه در خطبه وارد م</w:t>
      </w:r>
      <w:r w:rsidRPr="00C9717E">
        <w:rPr>
          <w:rFonts w:ascii="Tahoma" w:hAnsi="Tahoma" w:cs="Tahoma" w:hint="cs"/>
          <w:rtl/>
        </w:rPr>
        <w:t>ی‌</w:t>
      </w:r>
      <w:r w:rsidRPr="00C9717E">
        <w:rPr>
          <w:rFonts w:ascii="Tahoma" w:hAnsi="Tahoma" w:cs="Tahoma" w:hint="eastAsia"/>
          <w:rtl/>
        </w:rPr>
        <w:t>شد،</w:t>
      </w:r>
      <w:r w:rsidRPr="00C9717E">
        <w:rPr>
          <w:rFonts w:ascii="Tahoma" w:hAnsi="Tahoma" w:cs="Tahoma"/>
          <w:rtl/>
        </w:rPr>
        <w:t xml:space="preserve"> عبادت جمع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به اعلام روزانه و هفتگ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هو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ت</w:t>
      </w:r>
      <w:r w:rsidRPr="00C9717E">
        <w:rPr>
          <w:rFonts w:ascii="Tahoma" w:hAnsi="Tahoma" w:cs="Tahoma"/>
          <w:rtl/>
        </w:rPr>
        <w:t xml:space="preserve"> حکومت تبد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ل</w:t>
      </w:r>
      <w:r w:rsidRPr="00C9717E">
        <w:rPr>
          <w:rFonts w:ascii="Tahoma" w:hAnsi="Tahoma" w:cs="Tahoma"/>
          <w:rtl/>
        </w:rPr>
        <w:t xml:space="preserve"> م</w:t>
      </w:r>
      <w:r w:rsidRPr="00C9717E">
        <w:rPr>
          <w:rFonts w:ascii="Tahoma" w:hAnsi="Tahoma" w:cs="Tahoma" w:hint="cs"/>
          <w:rtl/>
        </w:rPr>
        <w:t>ی‌</w:t>
      </w:r>
      <w:r w:rsidRPr="00C9717E">
        <w:rPr>
          <w:rFonts w:ascii="Tahoma" w:hAnsi="Tahoma" w:cs="Tahoma" w:hint="eastAsia"/>
          <w:rtl/>
        </w:rPr>
        <w:t>گرد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د</w:t>
      </w:r>
      <w:r w:rsidRPr="00C9717E">
        <w:rPr>
          <w:rFonts w:ascii="Tahoma" w:hAnsi="Tahoma" w:cs="Tahoma"/>
          <w:rtl/>
        </w:rPr>
        <w:t>.</w:t>
      </w:r>
    </w:p>
    <w:p w:rsidR="00C9717E" w:rsidRPr="00C9717E" w:rsidRDefault="00C9717E" w:rsidP="00C9717E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C9717E">
        <w:rPr>
          <w:rFonts w:ascii="Tahoma" w:hAnsi="Tahoma" w:cs="Tahoma" w:hint="eastAsia"/>
          <w:rtl/>
        </w:rPr>
        <w:t>سکه</w:t>
      </w:r>
      <w:r w:rsidRPr="00C9717E">
        <w:rPr>
          <w:rFonts w:ascii="Tahoma" w:hAnsi="Tahoma" w:cs="Tahoma"/>
          <w:rtl/>
        </w:rPr>
        <w:t xml:space="preserve"> ن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ز</w:t>
      </w:r>
      <w:r w:rsidRPr="00C9717E">
        <w:rPr>
          <w:rFonts w:ascii="Tahoma" w:hAnsi="Tahoma" w:cs="Tahoma"/>
          <w:rtl/>
        </w:rPr>
        <w:t xml:space="preserve"> هم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ن</w:t>
      </w:r>
      <w:r w:rsidRPr="00C9717E">
        <w:rPr>
          <w:rFonts w:ascii="Tahoma" w:hAnsi="Tahoma" w:cs="Tahoma"/>
          <w:rtl/>
        </w:rPr>
        <w:t xml:space="preserve"> کارکرد را داشت. سکه فقط وس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لهٔ</w:t>
      </w:r>
      <w:r w:rsidRPr="00C9717E">
        <w:rPr>
          <w:rFonts w:ascii="Tahoma" w:hAnsi="Tahoma" w:cs="Tahoma"/>
          <w:rtl/>
        </w:rPr>
        <w:t xml:space="preserve"> مبادله نبود. نام فرمانروا، عنوان‌ها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او و عبارت‌ها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د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ن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نقش‌شده بر سکه، اقتدار حکومت را در سراسر قلمرو حمل م</w:t>
      </w:r>
      <w:r w:rsidRPr="00C9717E">
        <w:rPr>
          <w:rFonts w:ascii="Tahoma" w:hAnsi="Tahoma" w:cs="Tahoma" w:hint="cs"/>
          <w:rtl/>
        </w:rPr>
        <w:t>ی‌</w:t>
      </w:r>
      <w:r w:rsidRPr="00C9717E">
        <w:rPr>
          <w:rFonts w:ascii="Tahoma" w:hAnsi="Tahoma" w:cs="Tahoma" w:hint="eastAsia"/>
          <w:rtl/>
        </w:rPr>
        <w:t>کرد</w:t>
      </w:r>
      <w:r w:rsidRPr="00C9717E">
        <w:rPr>
          <w:rFonts w:ascii="Tahoma" w:hAnsi="Tahoma" w:cs="Tahoma"/>
          <w:rtl/>
        </w:rPr>
        <w:t>. مأمور مال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ات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،</w:t>
      </w:r>
      <w:r w:rsidRPr="00C9717E">
        <w:rPr>
          <w:rFonts w:ascii="Tahoma" w:hAnsi="Tahoma" w:cs="Tahoma"/>
          <w:rtl/>
        </w:rPr>
        <w:t xml:space="preserve"> بازرگان، سرباز و مردم عاد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ممکن بود شاه را هرگز نب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نند،</w:t>
      </w:r>
      <w:r w:rsidRPr="00C9717E">
        <w:rPr>
          <w:rFonts w:ascii="Tahoma" w:hAnsi="Tahoma" w:cs="Tahoma"/>
          <w:rtl/>
        </w:rPr>
        <w:t xml:space="preserve"> اما سکه‌ا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که در دستشان م</w:t>
      </w:r>
      <w:r w:rsidRPr="00C9717E">
        <w:rPr>
          <w:rFonts w:ascii="Tahoma" w:hAnsi="Tahoma" w:cs="Tahoma" w:hint="cs"/>
          <w:rtl/>
        </w:rPr>
        <w:t>ی‌</w:t>
      </w:r>
      <w:r w:rsidRPr="00C9717E">
        <w:rPr>
          <w:rFonts w:ascii="Tahoma" w:hAnsi="Tahoma" w:cs="Tahoma" w:hint="eastAsia"/>
          <w:rtl/>
        </w:rPr>
        <w:t>چرخ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د</w:t>
      </w:r>
      <w:r w:rsidRPr="00C9717E">
        <w:rPr>
          <w:rFonts w:ascii="Tahoma" w:hAnsi="Tahoma" w:cs="Tahoma"/>
          <w:rtl/>
        </w:rPr>
        <w:t xml:space="preserve"> نام او و نشانه‌ها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مذهب رسم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را به آنان نشان م</w:t>
      </w:r>
      <w:r w:rsidRPr="00C9717E">
        <w:rPr>
          <w:rFonts w:ascii="Tahoma" w:hAnsi="Tahoma" w:cs="Tahoma" w:hint="cs"/>
          <w:rtl/>
        </w:rPr>
        <w:t>ی‌</w:t>
      </w:r>
      <w:r w:rsidRPr="00C9717E">
        <w:rPr>
          <w:rFonts w:ascii="Tahoma" w:hAnsi="Tahoma" w:cs="Tahoma" w:hint="eastAsia"/>
          <w:rtl/>
        </w:rPr>
        <w:t>داد</w:t>
      </w:r>
      <w:r w:rsidRPr="00C9717E">
        <w:rPr>
          <w:rFonts w:ascii="Tahoma" w:hAnsi="Tahoma" w:cs="Tahoma"/>
          <w:rtl/>
        </w:rPr>
        <w:t>. بد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ن‌سان،</w:t>
      </w:r>
      <w:r w:rsidRPr="00C9717E">
        <w:rPr>
          <w:rFonts w:ascii="Tahoma" w:hAnsi="Tahoma" w:cs="Tahoma"/>
          <w:rtl/>
        </w:rPr>
        <w:t xml:space="preserve"> د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وان</w:t>
      </w:r>
      <w:r w:rsidRPr="00C9717E">
        <w:rPr>
          <w:rFonts w:ascii="Tahoma" w:hAnsi="Tahoma" w:cs="Tahoma"/>
          <w:rtl/>
        </w:rPr>
        <w:t xml:space="preserve"> و بازار ناخواسته به وس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لهٔ</w:t>
      </w:r>
      <w:r w:rsidRPr="00C9717E">
        <w:rPr>
          <w:rFonts w:ascii="Tahoma" w:hAnsi="Tahoma" w:cs="Tahoma"/>
          <w:rtl/>
        </w:rPr>
        <w:t xml:space="preserve"> گسترش پ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ام</w:t>
      </w:r>
      <w:r w:rsidRPr="00C9717E">
        <w:rPr>
          <w:rFonts w:ascii="Tahoma" w:hAnsi="Tahoma" w:cs="Tahoma"/>
          <w:rtl/>
        </w:rPr>
        <w:t xml:space="preserve"> مذهب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حکومت تبد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ل</w:t>
      </w:r>
      <w:r w:rsidRPr="00C9717E">
        <w:rPr>
          <w:rFonts w:ascii="Tahoma" w:hAnsi="Tahoma" w:cs="Tahoma"/>
          <w:rtl/>
        </w:rPr>
        <w:t xml:space="preserve"> م</w:t>
      </w:r>
      <w:r w:rsidRPr="00C9717E">
        <w:rPr>
          <w:rFonts w:ascii="Tahoma" w:hAnsi="Tahoma" w:cs="Tahoma" w:hint="cs"/>
          <w:rtl/>
        </w:rPr>
        <w:t>ی‌</w:t>
      </w:r>
      <w:r w:rsidRPr="00C9717E">
        <w:rPr>
          <w:rFonts w:ascii="Tahoma" w:hAnsi="Tahoma" w:cs="Tahoma" w:hint="eastAsia"/>
          <w:rtl/>
        </w:rPr>
        <w:t>شدند</w:t>
      </w:r>
      <w:r w:rsidRPr="00C9717E">
        <w:rPr>
          <w:rFonts w:ascii="Tahoma" w:hAnsi="Tahoma" w:cs="Tahoma"/>
          <w:rtl/>
        </w:rPr>
        <w:t>.</w:t>
      </w:r>
    </w:p>
    <w:p w:rsidR="00C9717E" w:rsidRPr="00C9717E" w:rsidRDefault="00C9717E" w:rsidP="00C9717E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C9717E">
        <w:rPr>
          <w:rFonts w:ascii="Tahoma" w:hAnsi="Tahoma" w:cs="Tahoma" w:hint="eastAsia"/>
          <w:rtl/>
        </w:rPr>
        <w:t>اذان،</w:t>
      </w:r>
      <w:r w:rsidRPr="00C9717E">
        <w:rPr>
          <w:rFonts w:ascii="Tahoma" w:hAnsi="Tahoma" w:cs="Tahoma"/>
          <w:rtl/>
        </w:rPr>
        <w:t xml:space="preserve"> خطبه، سکه، مراسم عموم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و نام‌بردن از امامان، فضا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شهر را تغ</w:t>
      </w:r>
      <w:r w:rsidRPr="00C9717E">
        <w:rPr>
          <w:rFonts w:ascii="Tahoma" w:hAnsi="Tahoma" w:cs="Tahoma" w:hint="cs"/>
          <w:rtl/>
        </w:rPr>
        <w:t>یی</w:t>
      </w:r>
      <w:r w:rsidRPr="00C9717E">
        <w:rPr>
          <w:rFonts w:ascii="Tahoma" w:hAnsi="Tahoma" w:cs="Tahoma" w:hint="eastAsia"/>
          <w:rtl/>
        </w:rPr>
        <w:t>ر</w:t>
      </w:r>
      <w:r w:rsidRPr="00C9717E">
        <w:rPr>
          <w:rFonts w:ascii="Tahoma" w:hAnsi="Tahoma" w:cs="Tahoma"/>
          <w:rtl/>
        </w:rPr>
        <w:t xml:space="preserve"> م</w:t>
      </w:r>
      <w:r w:rsidRPr="00C9717E">
        <w:rPr>
          <w:rFonts w:ascii="Tahoma" w:hAnsi="Tahoma" w:cs="Tahoma" w:hint="cs"/>
          <w:rtl/>
        </w:rPr>
        <w:t>ی‌</w:t>
      </w:r>
      <w:r w:rsidRPr="00C9717E">
        <w:rPr>
          <w:rFonts w:ascii="Tahoma" w:hAnsi="Tahoma" w:cs="Tahoma" w:hint="eastAsia"/>
          <w:rtl/>
        </w:rPr>
        <w:t>دادند</w:t>
      </w:r>
      <w:r w:rsidRPr="00C9717E">
        <w:rPr>
          <w:rFonts w:ascii="Tahoma" w:hAnsi="Tahoma" w:cs="Tahoma"/>
          <w:rtl/>
        </w:rPr>
        <w:t>. حکومت تازه با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د</w:t>
      </w:r>
      <w:r w:rsidRPr="00C9717E">
        <w:rPr>
          <w:rFonts w:ascii="Tahoma" w:hAnsi="Tahoma" w:cs="Tahoma"/>
          <w:rtl/>
        </w:rPr>
        <w:t xml:space="preserve"> نشانه‌ها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مذهب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گذشته را کنار م</w:t>
      </w:r>
      <w:r w:rsidRPr="00C9717E">
        <w:rPr>
          <w:rFonts w:ascii="Tahoma" w:hAnsi="Tahoma" w:cs="Tahoma" w:hint="cs"/>
          <w:rtl/>
        </w:rPr>
        <w:t>ی‌</w:t>
      </w:r>
      <w:r w:rsidRPr="00C9717E">
        <w:rPr>
          <w:rFonts w:ascii="Tahoma" w:hAnsi="Tahoma" w:cs="Tahoma" w:hint="eastAsia"/>
          <w:rtl/>
        </w:rPr>
        <w:t>زد</w:t>
      </w:r>
      <w:r w:rsidRPr="00C9717E">
        <w:rPr>
          <w:rFonts w:ascii="Tahoma" w:hAnsi="Tahoma" w:cs="Tahoma"/>
          <w:rtl/>
        </w:rPr>
        <w:t xml:space="preserve"> و نشانه‌ها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خود را جا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گز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ن</w:t>
      </w:r>
      <w:r w:rsidRPr="00C9717E">
        <w:rPr>
          <w:rFonts w:ascii="Tahoma" w:hAnsi="Tahoma" w:cs="Tahoma"/>
          <w:rtl/>
        </w:rPr>
        <w:t xml:space="preserve"> م</w:t>
      </w:r>
      <w:r w:rsidRPr="00C9717E">
        <w:rPr>
          <w:rFonts w:ascii="Tahoma" w:hAnsi="Tahoma" w:cs="Tahoma" w:hint="cs"/>
          <w:rtl/>
        </w:rPr>
        <w:t>ی‌</w:t>
      </w:r>
      <w:r w:rsidRPr="00C9717E">
        <w:rPr>
          <w:rFonts w:ascii="Tahoma" w:hAnsi="Tahoma" w:cs="Tahoma" w:hint="eastAsia"/>
          <w:rtl/>
        </w:rPr>
        <w:t>کرد</w:t>
      </w:r>
      <w:r w:rsidRPr="00C9717E">
        <w:rPr>
          <w:rFonts w:ascii="Tahoma" w:hAnsi="Tahoma" w:cs="Tahoma"/>
          <w:rtl/>
        </w:rPr>
        <w:t>. 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ن</w:t>
      </w:r>
      <w:r w:rsidRPr="00C9717E">
        <w:rPr>
          <w:rFonts w:ascii="Tahoma" w:hAnsi="Tahoma" w:cs="Tahoma"/>
          <w:rtl/>
        </w:rPr>
        <w:t xml:space="preserve"> جا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گز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ن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هم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شه</w:t>
      </w:r>
      <w:r w:rsidRPr="00C9717E">
        <w:rPr>
          <w:rFonts w:ascii="Tahoma" w:hAnsi="Tahoma" w:cs="Tahoma"/>
          <w:rtl/>
        </w:rPr>
        <w:t xml:space="preserve"> آرام و بدون مقاومت نبود. د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نکاران</w:t>
      </w:r>
      <w:r w:rsidRPr="00C9717E">
        <w:rPr>
          <w:rFonts w:ascii="Tahoma" w:hAnsi="Tahoma" w:cs="Tahoma"/>
          <w:rtl/>
        </w:rPr>
        <w:t xml:space="preserve"> سن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،</w:t>
      </w:r>
      <w:r w:rsidRPr="00C9717E">
        <w:rPr>
          <w:rFonts w:ascii="Tahoma" w:hAnsi="Tahoma" w:cs="Tahoma"/>
          <w:rtl/>
        </w:rPr>
        <w:t xml:space="preserve"> قاض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ان،</w:t>
      </w:r>
      <w:r w:rsidRPr="00C9717E">
        <w:rPr>
          <w:rFonts w:ascii="Tahoma" w:hAnsi="Tahoma" w:cs="Tahoma"/>
          <w:rtl/>
        </w:rPr>
        <w:t xml:space="preserve"> مدرسان و مردم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که نسل‌ها با آ</w:t>
      </w:r>
      <w:r w:rsidRPr="00C9717E">
        <w:rPr>
          <w:rFonts w:ascii="Tahoma" w:hAnsi="Tahoma" w:cs="Tahoma" w:hint="cs"/>
          <w:rtl/>
        </w:rPr>
        <w:t>یی</w:t>
      </w:r>
      <w:r w:rsidRPr="00C9717E">
        <w:rPr>
          <w:rFonts w:ascii="Tahoma" w:hAnsi="Tahoma" w:cs="Tahoma" w:hint="eastAsia"/>
          <w:rtl/>
        </w:rPr>
        <w:t>ن</w:t>
      </w:r>
      <w:r w:rsidRPr="00C9717E">
        <w:rPr>
          <w:rFonts w:ascii="Tahoma" w:hAnsi="Tahoma" w:cs="Tahoma"/>
          <w:rtl/>
        </w:rPr>
        <w:t xml:space="preserve"> خود زندگ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کرده بودند، نم</w:t>
      </w:r>
      <w:r w:rsidRPr="00C9717E">
        <w:rPr>
          <w:rFonts w:ascii="Tahoma" w:hAnsi="Tahoma" w:cs="Tahoma" w:hint="cs"/>
          <w:rtl/>
        </w:rPr>
        <w:t>ی‌</w:t>
      </w:r>
      <w:r w:rsidRPr="00C9717E">
        <w:rPr>
          <w:rFonts w:ascii="Tahoma" w:hAnsi="Tahoma" w:cs="Tahoma" w:hint="eastAsia"/>
          <w:rtl/>
        </w:rPr>
        <w:t>توانستند</w:t>
      </w:r>
      <w:r w:rsidRPr="00C9717E">
        <w:rPr>
          <w:rFonts w:ascii="Tahoma" w:hAnsi="Tahoma" w:cs="Tahoma"/>
          <w:rtl/>
        </w:rPr>
        <w:t xml:space="preserve"> فقط با اعلام فرمان شاه 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کباره</w:t>
      </w:r>
      <w:r w:rsidRPr="00C9717E">
        <w:rPr>
          <w:rFonts w:ascii="Tahoma" w:hAnsi="Tahoma" w:cs="Tahoma"/>
          <w:rtl/>
        </w:rPr>
        <w:t xml:space="preserve"> باور و رفتار خود را تغ</w:t>
      </w:r>
      <w:r w:rsidRPr="00C9717E">
        <w:rPr>
          <w:rFonts w:ascii="Tahoma" w:hAnsi="Tahoma" w:cs="Tahoma" w:hint="cs"/>
          <w:rtl/>
        </w:rPr>
        <w:t>یی</w:t>
      </w:r>
      <w:r w:rsidRPr="00C9717E">
        <w:rPr>
          <w:rFonts w:ascii="Tahoma" w:hAnsi="Tahoma" w:cs="Tahoma" w:hint="eastAsia"/>
          <w:rtl/>
        </w:rPr>
        <w:t>ر</w:t>
      </w:r>
      <w:r w:rsidRPr="00C9717E">
        <w:rPr>
          <w:rFonts w:ascii="Tahoma" w:hAnsi="Tahoma" w:cs="Tahoma"/>
          <w:rtl/>
        </w:rPr>
        <w:t xml:space="preserve"> دهند.</w:t>
      </w:r>
    </w:p>
    <w:p w:rsidR="00C9717E" w:rsidRPr="00C9717E" w:rsidRDefault="00C9717E" w:rsidP="00C9717E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C9717E">
        <w:rPr>
          <w:rFonts w:ascii="Tahoma" w:hAnsi="Tahoma" w:cs="Tahoma" w:hint="eastAsia"/>
          <w:rtl/>
        </w:rPr>
        <w:t>گزارش‌ها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تار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خ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از هشدار برخ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همراهان به شاه اسماع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ل</w:t>
      </w:r>
      <w:r w:rsidRPr="00C9717E">
        <w:rPr>
          <w:rFonts w:ascii="Tahoma" w:hAnsi="Tahoma" w:cs="Tahoma"/>
          <w:rtl/>
        </w:rPr>
        <w:t xml:space="preserve"> سخن گفته‌اند که ب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شتر</w:t>
      </w:r>
      <w:r w:rsidRPr="00C9717E">
        <w:rPr>
          <w:rFonts w:ascii="Tahoma" w:hAnsi="Tahoma" w:cs="Tahoma"/>
          <w:rtl/>
        </w:rPr>
        <w:t xml:space="preserve"> مردم تبر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ز</w:t>
      </w:r>
      <w:r w:rsidRPr="00C9717E">
        <w:rPr>
          <w:rFonts w:ascii="Tahoma" w:hAnsi="Tahoma" w:cs="Tahoma"/>
          <w:rtl/>
        </w:rPr>
        <w:t xml:space="preserve"> سن</w:t>
      </w:r>
      <w:r w:rsidRPr="00C9717E">
        <w:rPr>
          <w:rFonts w:ascii="Tahoma" w:hAnsi="Tahoma" w:cs="Tahoma" w:hint="cs"/>
          <w:rtl/>
        </w:rPr>
        <w:t>ی‌</w:t>
      </w:r>
      <w:r w:rsidRPr="00C9717E">
        <w:rPr>
          <w:rFonts w:ascii="Tahoma" w:hAnsi="Tahoma" w:cs="Tahoma" w:hint="eastAsia"/>
          <w:rtl/>
        </w:rPr>
        <w:t>اند</w:t>
      </w:r>
      <w:r w:rsidRPr="00C9717E">
        <w:rPr>
          <w:rFonts w:ascii="Tahoma" w:hAnsi="Tahoma" w:cs="Tahoma"/>
          <w:rtl/>
        </w:rPr>
        <w:t xml:space="preserve"> و اعلام ناگهان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تش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ع</w:t>
      </w:r>
      <w:r w:rsidRPr="00C9717E">
        <w:rPr>
          <w:rFonts w:ascii="Tahoma" w:hAnsi="Tahoma" w:cs="Tahoma"/>
          <w:rtl/>
        </w:rPr>
        <w:t xml:space="preserve"> ممکن است واکنش آنان را برانگ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زد</w:t>
      </w:r>
      <w:r w:rsidRPr="00C9717E">
        <w:rPr>
          <w:rFonts w:ascii="Tahoma" w:hAnsi="Tahoma" w:cs="Tahoma"/>
          <w:rtl/>
        </w:rPr>
        <w:t>. پاسخ منسوب به اسماع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ل</w:t>
      </w:r>
      <w:r w:rsidRPr="00C9717E">
        <w:rPr>
          <w:rFonts w:ascii="Tahoma" w:hAnsi="Tahoma" w:cs="Tahoma"/>
          <w:rtl/>
        </w:rPr>
        <w:t xml:space="preserve"> نشان م</w:t>
      </w:r>
      <w:r w:rsidRPr="00C9717E">
        <w:rPr>
          <w:rFonts w:ascii="Tahoma" w:hAnsi="Tahoma" w:cs="Tahoma" w:hint="cs"/>
          <w:rtl/>
        </w:rPr>
        <w:t>ی‌</w:t>
      </w:r>
      <w:r w:rsidRPr="00C9717E">
        <w:rPr>
          <w:rFonts w:ascii="Tahoma" w:hAnsi="Tahoma" w:cs="Tahoma" w:hint="eastAsia"/>
          <w:rtl/>
        </w:rPr>
        <w:t>دهد</w:t>
      </w:r>
      <w:r w:rsidRPr="00C9717E">
        <w:rPr>
          <w:rFonts w:ascii="Tahoma" w:hAnsi="Tahoma" w:cs="Tahoma"/>
          <w:rtl/>
        </w:rPr>
        <w:t xml:space="preserve"> که او برا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عقب‌نش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ن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آماده نبود و در صورت مخالفت، به ن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رو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شمش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ر</w:t>
      </w:r>
      <w:r w:rsidRPr="00C9717E">
        <w:rPr>
          <w:rFonts w:ascii="Tahoma" w:hAnsi="Tahoma" w:cs="Tahoma"/>
          <w:rtl/>
        </w:rPr>
        <w:t xml:space="preserve"> تک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ه</w:t>
      </w:r>
      <w:r w:rsidRPr="00C9717E">
        <w:rPr>
          <w:rFonts w:ascii="Tahoma" w:hAnsi="Tahoma" w:cs="Tahoma"/>
          <w:rtl/>
        </w:rPr>
        <w:t xml:space="preserve"> م</w:t>
      </w:r>
      <w:r w:rsidRPr="00C9717E">
        <w:rPr>
          <w:rFonts w:ascii="Tahoma" w:hAnsi="Tahoma" w:cs="Tahoma" w:hint="cs"/>
          <w:rtl/>
        </w:rPr>
        <w:t>ی‌</w:t>
      </w:r>
      <w:r w:rsidRPr="00C9717E">
        <w:rPr>
          <w:rFonts w:ascii="Tahoma" w:hAnsi="Tahoma" w:cs="Tahoma"/>
          <w:rtl/>
        </w:rPr>
        <w:t>کرد. حت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اگر در عبارت‌ها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دق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ق</w:t>
      </w:r>
      <w:r w:rsidRPr="00C9717E">
        <w:rPr>
          <w:rFonts w:ascii="Tahoma" w:hAnsi="Tahoma" w:cs="Tahoma"/>
          <w:rtl/>
        </w:rPr>
        <w:t xml:space="preserve"> 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ن</w:t>
      </w:r>
      <w:r w:rsidRPr="00C9717E">
        <w:rPr>
          <w:rFonts w:ascii="Tahoma" w:hAnsi="Tahoma" w:cs="Tahoma"/>
          <w:rtl/>
        </w:rPr>
        <w:t xml:space="preserve"> گفت‌وگو ترد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د</w:t>
      </w:r>
      <w:r w:rsidRPr="00C9717E">
        <w:rPr>
          <w:rFonts w:ascii="Tahoma" w:hAnsi="Tahoma" w:cs="Tahoma"/>
          <w:rtl/>
        </w:rPr>
        <w:t xml:space="preserve"> کن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م،</w:t>
      </w:r>
      <w:r w:rsidRPr="00C9717E">
        <w:rPr>
          <w:rFonts w:ascii="Tahoma" w:hAnsi="Tahoma" w:cs="Tahoma"/>
          <w:rtl/>
        </w:rPr>
        <w:t xml:space="preserve"> رو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دادها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بعد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نشان م</w:t>
      </w:r>
      <w:r w:rsidRPr="00C9717E">
        <w:rPr>
          <w:rFonts w:ascii="Tahoma" w:hAnsi="Tahoma" w:cs="Tahoma" w:hint="cs"/>
          <w:rtl/>
        </w:rPr>
        <w:t>ی‌</w:t>
      </w:r>
      <w:r w:rsidRPr="00C9717E">
        <w:rPr>
          <w:rFonts w:ascii="Tahoma" w:hAnsi="Tahoma" w:cs="Tahoma" w:hint="eastAsia"/>
          <w:rtl/>
        </w:rPr>
        <w:t>دهند</w:t>
      </w:r>
      <w:r w:rsidRPr="00C9717E">
        <w:rPr>
          <w:rFonts w:ascii="Tahoma" w:hAnsi="Tahoma" w:cs="Tahoma"/>
          <w:rtl/>
        </w:rPr>
        <w:t xml:space="preserve"> که حکومت صفو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اجرا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مذهب رسم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را به پذ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رش</w:t>
      </w:r>
      <w:r w:rsidRPr="00C9717E">
        <w:rPr>
          <w:rFonts w:ascii="Tahoma" w:hAnsi="Tahoma" w:cs="Tahoma"/>
          <w:rtl/>
        </w:rPr>
        <w:t xml:space="preserve"> آزادانهٔ مردم واگذار نکرد.</w:t>
      </w:r>
    </w:p>
    <w:p w:rsidR="00C9717E" w:rsidRPr="00C9717E" w:rsidRDefault="00C9717E" w:rsidP="00C9717E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C9717E">
        <w:rPr>
          <w:rFonts w:ascii="Tahoma" w:hAnsi="Tahoma" w:cs="Tahoma" w:hint="eastAsia"/>
          <w:rtl/>
        </w:rPr>
        <w:t>زور</w:t>
      </w:r>
      <w:r w:rsidRPr="00C9717E">
        <w:rPr>
          <w:rFonts w:ascii="Tahoma" w:hAnsi="Tahoma" w:cs="Tahoma"/>
          <w:rtl/>
        </w:rPr>
        <w:t xml:space="preserve"> در گسترش تش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ع</w:t>
      </w:r>
      <w:r w:rsidRPr="00C9717E">
        <w:rPr>
          <w:rFonts w:ascii="Tahoma" w:hAnsi="Tahoma" w:cs="Tahoma"/>
          <w:rtl/>
        </w:rPr>
        <w:t xml:space="preserve"> رسم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نقش داشت. خط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بان</w:t>
      </w:r>
      <w:r w:rsidRPr="00C9717E">
        <w:rPr>
          <w:rFonts w:ascii="Tahoma" w:hAnsi="Tahoma" w:cs="Tahoma"/>
          <w:rtl/>
        </w:rPr>
        <w:t xml:space="preserve"> و قاض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ان</w:t>
      </w:r>
      <w:r w:rsidRPr="00C9717E">
        <w:rPr>
          <w:rFonts w:ascii="Tahoma" w:hAnsi="Tahoma" w:cs="Tahoma"/>
          <w:rtl/>
        </w:rPr>
        <w:t xml:space="preserve"> ناچار به اطاعت 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ا</w:t>
      </w:r>
      <w:r w:rsidRPr="00C9717E">
        <w:rPr>
          <w:rFonts w:ascii="Tahoma" w:hAnsi="Tahoma" w:cs="Tahoma"/>
          <w:rtl/>
        </w:rPr>
        <w:t xml:space="preserve"> کناره‌گ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ر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شدند. برخ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از د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نکاران</w:t>
      </w:r>
      <w:r w:rsidRPr="00C9717E">
        <w:rPr>
          <w:rFonts w:ascii="Tahoma" w:hAnsi="Tahoma" w:cs="Tahoma"/>
          <w:rtl/>
        </w:rPr>
        <w:t xml:space="preserve"> سن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مهاجرت کردند، برخ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جا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گاه</w:t>
      </w:r>
      <w:r w:rsidRPr="00C9717E">
        <w:rPr>
          <w:rFonts w:ascii="Tahoma" w:hAnsi="Tahoma" w:cs="Tahoma"/>
          <w:rtl/>
        </w:rPr>
        <w:t xml:space="preserve"> خود را از دست دادند و گروه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ن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ز</w:t>
      </w:r>
      <w:r w:rsidRPr="00C9717E">
        <w:rPr>
          <w:rFonts w:ascii="Tahoma" w:hAnsi="Tahoma" w:cs="Tahoma"/>
          <w:rtl/>
        </w:rPr>
        <w:t xml:space="preserve"> با وضع تازه سازگار شدند. آ</w:t>
      </w:r>
      <w:r w:rsidRPr="00C9717E">
        <w:rPr>
          <w:rFonts w:ascii="Tahoma" w:hAnsi="Tahoma" w:cs="Tahoma" w:hint="cs"/>
          <w:rtl/>
        </w:rPr>
        <w:t>یی</w:t>
      </w:r>
      <w:r w:rsidRPr="00C9717E">
        <w:rPr>
          <w:rFonts w:ascii="Tahoma" w:hAnsi="Tahoma" w:cs="Tahoma" w:hint="eastAsia"/>
          <w:rtl/>
        </w:rPr>
        <w:t>ن‌ها</w:t>
      </w:r>
      <w:r w:rsidRPr="00C9717E">
        <w:rPr>
          <w:rFonts w:ascii="Tahoma" w:hAnsi="Tahoma" w:cs="Tahoma"/>
          <w:rtl/>
        </w:rPr>
        <w:t xml:space="preserve"> و عبارت‌ها</w:t>
      </w:r>
      <w:r w:rsidRPr="00C9717E">
        <w:rPr>
          <w:rFonts w:ascii="Tahoma" w:hAnsi="Tahoma" w:cs="Tahoma" w:hint="cs"/>
          <w:rtl/>
        </w:rPr>
        <w:t>یی</w:t>
      </w:r>
      <w:r w:rsidRPr="00C9717E">
        <w:rPr>
          <w:rFonts w:ascii="Tahoma" w:hAnsi="Tahoma" w:cs="Tahoma"/>
          <w:rtl/>
        </w:rPr>
        <w:t xml:space="preserve"> که با مذهب رسم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ناسازگار شناخته م</w:t>
      </w:r>
      <w:r w:rsidRPr="00C9717E">
        <w:rPr>
          <w:rFonts w:ascii="Tahoma" w:hAnsi="Tahoma" w:cs="Tahoma" w:hint="cs"/>
          <w:rtl/>
        </w:rPr>
        <w:t>ی‌</w:t>
      </w:r>
      <w:r w:rsidRPr="00C9717E">
        <w:rPr>
          <w:rFonts w:ascii="Tahoma" w:hAnsi="Tahoma" w:cs="Tahoma" w:hint="eastAsia"/>
          <w:rtl/>
        </w:rPr>
        <w:t>شدند</w:t>
      </w:r>
      <w:r w:rsidRPr="00C9717E">
        <w:rPr>
          <w:rFonts w:ascii="Tahoma" w:hAnsi="Tahoma" w:cs="Tahoma"/>
          <w:rtl/>
        </w:rPr>
        <w:t xml:space="preserve"> محدود 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>ا ممنوع گرد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دند</w:t>
      </w:r>
      <w:r w:rsidRPr="00C9717E">
        <w:rPr>
          <w:rFonts w:ascii="Tahoma" w:hAnsi="Tahoma" w:cs="Tahoma"/>
          <w:rtl/>
        </w:rPr>
        <w:t>. در برخ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مناطق، مخالفت با فرمان مذهب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شاه م</w:t>
      </w:r>
      <w:r w:rsidRPr="00C9717E">
        <w:rPr>
          <w:rFonts w:ascii="Tahoma" w:hAnsi="Tahoma" w:cs="Tahoma" w:hint="cs"/>
          <w:rtl/>
        </w:rPr>
        <w:t>ی‌</w:t>
      </w:r>
      <w:r w:rsidRPr="00C9717E">
        <w:rPr>
          <w:rFonts w:ascii="Tahoma" w:hAnsi="Tahoma" w:cs="Tahoma" w:hint="eastAsia"/>
          <w:rtl/>
        </w:rPr>
        <w:t>توانست</w:t>
      </w:r>
      <w:r w:rsidRPr="00C9717E">
        <w:rPr>
          <w:rFonts w:ascii="Tahoma" w:hAnsi="Tahoma" w:cs="Tahoma"/>
          <w:rtl/>
        </w:rPr>
        <w:t xml:space="preserve"> مخالفت با خود حکومت تلق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شود و مجازات س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اس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در پ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داشته باشد.</w:t>
      </w:r>
    </w:p>
    <w:p w:rsidR="00C9717E" w:rsidRPr="00C9717E" w:rsidRDefault="00C9717E" w:rsidP="00C9717E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ک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از ابزارها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پرتنش، رواج لعن دشمنان تار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خ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خاندان پ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امبر</w:t>
      </w:r>
      <w:r w:rsidRPr="00C9717E">
        <w:rPr>
          <w:rFonts w:ascii="Tahoma" w:hAnsi="Tahoma" w:cs="Tahoma"/>
          <w:rtl/>
        </w:rPr>
        <w:t xml:space="preserve"> و به‌و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ژه</w:t>
      </w:r>
      <w:r w:rsidRPr="00C9717E">
        <w:rPr>
          <w:rFonts w:ascii="Tahoma" w:hAnsi="Tahoma" w:cs="Tahoma"/>
          <w:rtl/>
        </w:rPr>
        <w:t xml:space="preserve"> سه خل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فهٔ</w:t>
      </w:r>
      <w:r w:rsidRPr="00C9717E">
        <w:rPr>
          <w:rFonts w:ascii="Tahoma" w:hAnsi="Tahoma" w:cs="Tahoma"/>
          <w:rtl/>
        </w:rPr>
        <w:t xml:space="preserve"> نخست بود. 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ن</w:t>
      </w:r>
      <w:r w:rsidRPr="00C9717E">
        <w:rPr>
          <w:rFonts w:ascii="Tahoma" w:hAnsi="Tahoma" w:cs="Tahoma"/>
          <w:rtl/>
        </w:rPr>
        <w:t xml:space="preserve"> عمل فقط ب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ان</w:t>
      </w:r>
      <w:r w:rsidRPr="00C9717E">
        <w:rPr>
          <w:rFonts w:ascii="Tahoma" w:hAnsi="Tahoma" w:cs="Tahoma"/>
          <w:rtl/>
        </w:rPr>
        <w:t xml:space="preserve"> اعتقاد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ک</w:t>
      </w:r>
      <w:r w:rsidRPr="00C9717E">
        <w:rPr>
          <w:rFonts w:ascii="Tahoma" w:hAnsi="Tahoma" w:cs="Tahoma"/>
          <w:rtl/>
        </w:rPr>
        <w:t xml:space="preserve"> گروه ش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ع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نبود؛ نشانه‌ا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عموم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برا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تشخ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ص</w:t>
      </w:r>
      <w:r w:rsidRPr="00C9717E">
        <w:rPr>
          <w:rFonts w:ascii="Tahoma" w:hAnsi="Tahoma" w:cs="Tahoma"/>
          <w:rtl/>
        </w:rPr>
        <w:t xml:space="preserve"> وفادار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س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اس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و مذهب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ن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ز</w:t>
      </w:r>
      <w:r w:rsidRPr="00C9717E">
        <w:rPr>
          <w:rFonts w:ascii="Tahoma" w:hAnsi="Tahoma" w:cs="Tahoma"/>
          <w:rtl/>
        </w:rPr>
        <w:t xml:space="preserve"> شد. کس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که از همراه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با آن سر باز م</w:t>
      </w:r>
      <w:r w:rsidRPr="00C9717E">
        <w:rPr>
          <w:rFonts w:ascii="Tahoma" w:hAnsi="Tahoma" w:cs="Tahoma" w:hint="cs"/>
          <w:rtl/>
        </w:rPr>
        <w:t>ی‌</w:t>
      </w:r>
      <w:r w:rsidRPr="00C9717E">
        <w:rPr>
          <w:rFonts w:ascii="Tahoma" w:hAnsi="Tahoma" w:cs="Tahoma" w:hint="eastAsia"/>
          <w:rtl/>
        </w:rPr>
        <w:t>زد</w:t>
      </w:r>
      <w:r w:rsidRPr="00C9717E">
        <w:rPr>
          <w:rFonts w:ascii="Tahoma" w:hAnsi="Tahoma" w:cs="Tahoma"/>
          <w:rtl/>
        </w:rPr>
        <w:t xml:space="preserve"> ممکن بود نه فقط سن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،</w:t>
      </w:r>
      <w:r w:rsidRPr="00C9717E">
        <w:rPr>
          <w:rFonts w:ascii="Tahoma" w:hAnsi="Tahoma" w:cs="Tahoma"/>
          <w:rtl/>
        </w:rPr>
        <w:t xml:space="preserve"> بلکه مخال</w:t>
      </w:r>
      <w:r w:rsidRPr="00C9717E">
        <w:rPr>
          <w:rFonts w:ascii="Tahoma" w:hAnsi="Tahoma" w:cs="Tahoma" w:hint="eastAsia"/>
          <w:rtl/>
        </w:rPr>
        <w:t>ف</w:t>
      </w:r>
      <w:r w:rsidRPr="00C9717E">
        <w:rPr>
          <w:rFonts w:ascii="Tahoma" w:hAnsi="Tahoma" w:cs="Tahoma"/>
          <w:rtl/>
        </w:rPr>
        <w:t xml:space="preserve"> حکومت تازه شناخته شود. بد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ن‌سان،</w:t>
      </w:r>
      <w:r w:rsidRPr="00C9717E">
        <w:rPr>
          <w:rFonts w:ascii="Tahoma" w:hAnsi="Tahoma" w:cs="Tahoma"/>
          <w:rtl/>
        </w:rPr>
        <w:t xml:space="preserve"> مرز م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ان</w:t>
      </w:r>
      <w:r w:rsidRPr="00C9717E">
        <w:rPr>
          <w:rFonts w:ascii="Tahoma" w:hAnsi="Tahoma" w:cs="Tahoma"/>
          <w:rtl/>
        </w:rPr>
        <w:t xml:space="preserve"> اعتقاد شخص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و اطاعت س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اس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کم‌رنگ شد.</w:t>
      </w:r>
    </w:p>
    <w:p w:rsidR="00C9717E" w:rsidRPr="00C9717E" w:rsidRDefault="00C9717E" w:rsidP="00C9717E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C9717E">
        <w:rPr>
          <w:rFonts w:ascii="Tahoma" w:hAnsi="Tahoma" w:cs="Tahoma" w:hint="eastAsia"/>
          <w:rtl/>
        </w:rPr>
        <w:t>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ن</w:t>
      </w:r>
      <w:r w:rsidRPr="00C9717E">
        <w:rPr>
          <w:rFonts w:ascii="Tahoma" w:hAnsi="Tahoma" w:cs="Tahoma"/>
          <w:rtl/>
        </w:rPr>
        <w:t xml:space="preserve"> س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است</w:t>
      </w:r>
      <w:r w:rsidRPr="00C9717E">
        <w:rPr>
          <w:rFonts w:ascii="Tahoma" w:hAnsi="Tahoma" w:cs="Tahoma"/>
          <w:rtl/>
        </w:rPr>
        <w:t xml:space="preserve"> با خشونت و تحق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ر</w:t>
      </w:r>
      <w:r w:rsidRPr="00C9717E">
        <w:rPr>
          <w:rFonts w:ascii="Tahoma" w:hAnsi="Tahoma" w:cs="Tahoma"/>
          <w:rtl/>
        </w:rPr>
        <w:t xml:space="preserve"> مذهب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همراه گرد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د</w:t>
      </w:r>
      <w:r w:rsidRPr="00C9717E">
        <w:rPr>
          <w:rFonts w:ascii="Tahoma" w:hAnsi="Tahoma" w:cs="Tahoma"/>
          <w:rtl/>
        </w:rPr>
        <w:t xml:space="preserve"> و شکاف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پا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دار</w:t>
      </w:r>
      <w:r w:rsidRPr="00C9717E">
        <w:rPr>
          <w:rFonts w:ascii="Tahoma" w:hAnsi="Tahoma" w:cs="Tahoma"/>
          <w:rtl/>
        </w:rPr>
        <w:t xml:space="preserve"> م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ان</w:t>
      </w:r>
      <w:r w:rsidRPr="00C9717E">
        <w:rPr>
          <w:rFonts w:ascii="Tahoma" w:hAnsi="Tahoma" w:cs="Tahoma"/>
          <w:rtl/>
        </w:rPr>
        <w:t xml:space="preserve"> حکومت صفو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و همسا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گان</w:t>
      </w:r>
      <w:r w:rsidRPr="00C9717E">
        <w:rPr>
          <w:rFonts w:ascii="Tahoma" w:hAnsi="Tahoma" w:cs="Tahoma"/>
          <w:rtl/>
        </w:rPr>
        <w:t xml:space="preserve"> سن</w:t>
      </w:r>
      <w:r w:rsidRPr="00C9717E">
        <w:rPr>
          <w:rFonts w:ascii="Tahoma" w:hAnsi="Tahoma" w:cs="Tahoma" w:hint="cs"/>
          <w:rtl/>
        </w:rPr>
        <w:t>ی‌</w:t>
      </w:r>
      <w:r w:rsidRPr="00C9717E">
        <w:rPr>
          <w:rFonts w:ascii="Tahoma" w:hAnsi="Tahoma" w:cs="Tahoma" w:hint="eastAsia"/>
          <w:rtl/>
        </w:rPr>
        <w:t>مذهبش</w:t>
      </w:r>
      <w:r w:rsidRPr="00C9717E">
        <w:rPr>
          <w:rFonts w:ascii="Tahoma" w:hAnsi="Tahoma" w:cs="Tahoma"/>
          <w:rtl/>
        </w:rPr>
        <w:t xml:space="preserve"> پد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د</w:t>
      </w:r>
      <w:r w:rsidRPr="00C9717E">
        <w:rPr>
          <w:rFonts w:ascii="Tahoma" w:hAnsi="Tahoma" w:cs="Tahoma"/>
          <w:rtl/>
        </w:rPr>
        <w:t xml:space="preserve"> آورد. رقابت بر سر سرزم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ن،</w:t>
      </w:r>
      <w:r w:rsidRPr="00C9717E">
        <w:rPr>
          <w:rFonts w:ascii="Tahoma" w:hAnsi="Tahoma" w:cs="Tahoma"/>
          <w:rtl/>
        </w:rPr>
        <w:t xml:space="preserve"> راه‌ها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تجار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و نفوذ س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اس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اکنون م</w:t>
      </w:r>
      <w:r w:rsidRPr="00C9717E">
        <w:rPr>
          <w:rFonts w:ascii="Tahoma" w:hAnsi="Tahoma" w:cs="Tahoma" w:hint="cs"/>
          <w:rtl/>
        </w:rPr>
        <w:t>ی‌</w:t>
      </w:r>
      <w:r w:rsidRPr="00C9717E">
        <w:rPr>
          <w:rFonts w:ascii="Tahoma" w:hAnsi="Tahoma" w:cs="Tahoma" w:hint="eastAsia"/>
          <w:rtl/>
        </w:rPr>
        <w:t>توانست</w:t>
      </w:r>
      <w:r w:rsidRPr="00C9717E">
        <w:rPr>
          <w:rFonts w:ascii="Tahoma" w:hAnsi="Tahoma" w:cs="Tahoma"/>
          <w:rtl/>
        </w:rPr>
        <w:t xml:space="preserve"> با زبان تکف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ر</w:t>
      </w:r>
      <w:r w:rsidRPr="00C9717E">
        <w:rPr>
          <w:rFonts w:ascii="Tahoma" w:hAnsi="Tahoma" w:cs="Tahoma"/>
          <w:rtl/>
        </w:rPr>
        <w:t xml:space="preserve"> و دشمن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مذهب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ب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ان</w:t>
      </w:r>
      <w:r w:rsidRPr="00C9717E">
        <w:rPr>
          <w:rFonts w:ascii="Tahoma" w:hAnsi="Tahoma" w:cs="Tahoma"/>
          <w:rtl/>
        </w:rPr>
        <w:t xml:space="preserve"> شود. همان تصم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م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که به حکومت صفو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هو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ت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مستقل م</w:t>
      </w:r>
      <w:r w:rsidRPr="00C9717E">
        <w:rPr>
          <w:rFonts w:ascii="Tahoma" w:hAnsi="Tahoma" w:cs="Tahoma" w:hint="cs"/>
          <w:rtl/>
        </w:rPr>
        <w:t>ی‌</w:t>
      </w:r>
      <w:r w:rsidRPr="00C9717E">
        <w:rPr>
          <w:rFonts w:ascii="Tahoma" w:hAnsi="Tahoma" w:cs="Tahoma" w:hint="eastAsia"/>
          <w:rtl/>
        </w:rPr>
        <w:t>بخش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د،</w:t>
      </w:r>
      <w:r w:rsidRPr="00C9717E">
        <w:rPr>
          <w:rFonts w:ascii="Tahoma" w:hAnsi="Tahoma" w:cs="Tahoma"/>
          <w:rtl/>
        </w:rPr>
        <w:t xml:space="preserve"> امکان سازش با عثمان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ان</w:t>
      </w:r>
      <w:r w:rsidRPr="00C9717E">
        <w:rPr>
          <w:rFonts w:ascii="Tahoma" w:hAnsi="Tahoma" w:cs="Tahoma"/>
          <w:rtl/>
        </w:rPr>
        <w:t xml:space="preserve"> و ازبکان را ن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ز</w:t>
      </w:r>
      <w:r w:rsidRPr="00C9717E">
        <w:rPr>
          <w:rFonts w:ascii="Tahoma" w:hAnsi="Tahoma" w:cs="Tahoma"/>
          <w:rtl/>
        </w:rPr>
        <w:t xml:space="preserve"> دشوارتر م</w:t>
      </w:r>
      <w:r w:rsidRPr="00C9717E">
        <w:rPr>
          <w:rFonts w:ascii="Tahoma" w:hAnsi="Tahoma" w:cs="Tahoma" w:hint="cs"/>
          <w:rtl/>
        </w:rPr>
        <w:t>ی‌</w:t>
      </w:r>
      <w:r w:rsidRPr="00C9717E">
        <w:rPr>
          <w:rFonts w:ascii="Tahoma" w:hAnsi="Tahoma" w:cs="Tahoma" w:hint="eastAsia"/>
          <w:rtl/>
        </w:rPr>
        <w:t>کرد</w:t>
      </w:r>
      <w:r w:rsidRPr="00C9717E">
        <w:rPr>
          <w:rFonts w:ascii="Tahoma" w:hAnsi="Tahoma" w:cs="Tahoma"/>
          <w:rtl/>
        </w:rPr>
        <w:t xml:space="preserve"> و اختلاف س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اس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را به خصومت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گسترده‌تر تبد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ل</w:t>
      </w:r>
      <w:r w:rsidRPr="00C9717E">
        <w:rPr>
          <w:rFonts w:ascii="Tahoma" w:hAnsi="Tahoma" w:cs="Tahoma"/>
          <w:rtl/>
        </w:rPr>
        <w:t xml:space="preserve"> م</w:t>
      </w:r>
      <w:r w:rsidRPr="00C9717E">
        <w:rPr>
          <w:rFonts w:ascii="Tahoma" w:hAnsi="Tahoma" w:cs="Tahoma" w:hint="cs"/>
          <w:rtl/>
        </w:rPr>
        <w:t>ی‌</w:t>
      </w:r>
      <w:r w:rsidRPr="00C9717E">
        <w:rPr>
          <w:rFonts w:ascii="Tahoma" w:hAnsi="Tahoma" w:cs="Tahoma" w:hint="eastAsia"/>
          <w:rtl/>
        </w:rPr>
        <w:t>ساخت</w:t>
      </w:r>
      <w:r w:rsidRPr="00C9717E">
        <w:rPr>
          <w:rFonts w:ascii="Tahoma" w:hAnsi="Tahoma" w:cs="Tahoma"/>
          <w:rtl/>
        </w:rPr>
        <w:t>.</w:t>
      </w:r>
    </w:p>
    <w:p w:rsidR="00C9717E" w:rsidRPr="00C9717E" w:rsidRDefault="00C9717E" w:rsidP="00C9717E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C9717E">
        <w:rPr>
          <w:rFonts w:ascii="Tahoma" w:hAnsi="Tahoma" w:cs="Tahoma" w:hint="eastAsia"/>
          <w:rtl/>
        </w:rPr>
        <w:t>باا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ن‌همه،</w:t>
      </w:r>
      <w:r w:rsidRPr="00C9717E">
        <w:rPr>
          <w:rFonts w:ascii="Tahoma" w:hAnsi="Tahoma" w:cs="Tahoma"/>
          <w:rtl/>
        </w:rPr>
        <w:t xml:space="preserve"> نبا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د</w:t>
      </w:r>
      <w:r w:rsidRPr="00C9717E">
        <w:rPr>
          <w:rFonts w:ascii="Tahoma" w:hAnsi="Tahoma" w:cs="Tahoma"/>
          <w:rtl/>
        </w:rPr>
        <w:t xml:space="preserve"> تصور کرد که سراسر مردم 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ران</w:t>
      </w:r>
      <w:r w:rsidRPr="00C9717E">
        <w:rPr>
          <w:rFonts w:ascii="Tahoma" w:hAnsi="Tahoma" w:cs="Tahoma"/>
          <w:rtl/>
        </w:rPr>
        <w:t xml:space="preserve"> در سال ورود اسماع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ل</w:t>
      </w:r>
      <w:r w:rsidRPr="00C9717E">
        <w:rPr>
          <w:rFonts w:ascii="Tahoma" w:hAnsi="Tahoma" w:cs="Tahoma"/>
          <w:rtl/>
        </w:rPr>
        <w:t xml:space="preserve"> به تبر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ز</w:t>
      </w:r>
      <w:r w:rsidRPr="00C9717E">
        <w:rPr>
          <w:rFonts w:ascii="Tahoma" w:hAnsi="Tahoma" w:cs="Tahoma"/>
          <w:rtl/>
        </w:rPr>
        <w:t xml:space="preserve"> 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کباره</w:t>
      </w:r>
      <w:r w:rsidRPr="00C9717E">
        <w:rPr>
          <w:rFonts w:ascii="Tahoma" w:hAnsi="Tahoma" w:cs="Tahoma"/>
          <w:rtl/>
        </w:rPr>
        <w:t xml:space="preserve"> ش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عه</w:t>
      </w:r>
      <w:r w:rsidRPr="00C9717E">
        <w:rPr>
          <w:rFonts w:ascii="Tahoma" w:hAnsi="Tahoma" w:cs="Tahoma"/>
          <w:rtl/>
        </w:rPr>
        <w:t xml:space="preserve"> شدند. فرمان شاه م</w:t>
      </w:r>
      <w:r w:rsidRPr="00C9717E">
        <w:rPr>
          <w:rFonts w:ascii="Tahoma" w:hAnsi="Tahoma" w:cs="Tahoma" w:hint="cs"/>
          <w:rtl/>
        </w:rPr>
        <w:t>ی‌</w:t>
      </w:r>
      <w:r w:rsidRPr="00C9717E">
        <w:rPr>
          <w:rFonts w:ascii="Tahoma" w:hAnsi="Tahoma" w:cs="Tahoma" w:hint="eastAsia"/>
          <w:rtl/>
        </w:rPr>
        <w:t>توانست</w:t>
      </w:r>
      <w:r w:rsidRPr="00C9717E">
        <w:rPr>
          <w:rFonts w:ascii="Tahoma" w:hAnsi="Tahoma" w:cs="Tahoma"/>
          <w:rtl/>
        </w:rPr>
        <w:t xml:space="preserve"> مذهب حکومت را تغ</w:t>
      </w:r>
      <w:r w:rsidRPr="00C9717E">
        <w:rPr>
          <w:rFonts w:ascii="Tahoma" w:hAnsi="Tahoma" w:cs="Tahoma" w:hint="cs"/>
          <w:rtl/>
        </w:rPr>
        <w:t>یی</w:t>
      </w:r>
      <w:r w:rsidRPr="00C9717E">
        <w:rPr>
          <w:rFonts w:ascii="Tahoma" w:hAnsi="Tahoma" w:cs="Tahoma" w:hint="eastAsia"/>
          <w:rtl/>
        </w:rPr>
        <w:t>ر</w:t>
      </w:r>
      <w:r w:rsidRPr="00C9717E">
        <w:rPr>
          <w:rFonts w:ascii="Tahoma" w:hAnsi="Tahoma" w:cs="Tahoma"/>
          <w:rtl/>
        </w:rPr>
        <w:t xml:space="preserve"> دهد، اما تغ</w:t>
      </w:r>
      <w:r w:rsidRPr="00C9717E">
        <w:rPr>
          <w:rFonts w:ascii="Tahoma" w:hAnsi="Tahoma" w:cs="Tahoma" w:hint="cs"/>
          <w:rtl/>
        </w:rPr>
        <w:t>یی</w:t>
      </w:r>
      <w:r w:rsidRPr="00C9717E">
        <w:rPr>
          <w:rFonts w:ascii="Tahoma" w:hAnsi="Tahoma" w:cs="Tahoma" w:hint="eastAsia"/>
          <w:rtl/>
        </w:rPr>
        <w:t>ر</w:t>
      </w:r>
      <w:r w:rsidRPr="00C9717E">
        <w:rPr>
          <w:rFonts w:ascii="Tahoma" w:hAnsi="Tahoma" w:cs="Tahoma"/>
          <w:rtl/>
        </w:rPr>
        <w:t xml:space="preserve"> مذهب جامعه به زمان، آموزش، فشار، تشو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ق،</w:t>
      </w:r>
      <w:r w:rsidRPr="00C9717E">
        <w:rPr>
          <w:rFonts w:ascii="Tahoma" w:hAnsi="Tahoma" w:cs="Tahoma"/>
          <w:rtl/>
        </w:rPr>
        <w:t xml:space="preserve"> جابه‌جا</w:t>
      </w:r>
      <w:r w:rsidRPr="00C9717E">
        <w:rPr>
          <w:rFonts w:ascii="Tahoma" w:hAnsi="Tahoma" w:cs="Tahoma" w:hint="cs"/>
          <w:rtl/>
        </w:rPr>
        <w:t>یی</w:t>
      </w:r>
      <w:r w:rsidRPr="00C9717E">
        <w:rPr>
          <w:rFonts w:ascii="Tahoma" w:hAnsi="Tahoma" w:cs="Tahoma"/>
          <w:rtl/>
        </w:rPr>
        <w:t xml:space="preserve"> د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نکاران</w:t>
      </w:r>
      <w:r w:rsidRPr="00C9717E">
        <w:rPr>
          <w:rFonts w:ascii="Tahoma" w:hAnsi="Tahoma" w:cs="Tahoma"/>
          <w:rtl/>
        </w:rPr>
        <w:t xml:space="preserve"> و تکرار مراسم ن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از</w:t>
      </w:r>
      <w:r w:rsidRPr="00C9717E">
        <w:rPr>
          <w:rFonts w:ascii="Tahoma" w:hAnsi="Tahoma" w:cs="Tahoma"/>
          <w:rtl/>
        </w:rPr>
        <w:t xml:space="preserve"> داشت. در برخ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شهرها و مناطق، ت</w:t>
      </w:r>
      <w:r w:rsidRPr="00C9717E">
        <w:rPr>
          <w:rFonts w:ascii="Tahoma" w:hAnsi="Tahoma" w:cs="Tahoma" w:hint="eastAsia"/>
          <w:rtl/>
        </w:rPr>
        <w:t>ش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ع</w:t>
      </w:r>
      <w:r w:rsidRPr="00C9717E">
        <w:rPr>
          <w:rFonts w:ascii="Tahoma" w:hAnsi="Tahoma" w:cs="Tahoma"/>
          <w:rtl/>
        </w:rPr>
        <w:t xml:space="preserve"> پ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ش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نه</w:t>
      </w:r>
      <w:r w:rsidRPr="00C9717E">
        <w:rPr>
          <w:rFonts w:ascii="Tahoma" w:hAnsi="Tahoma" w:cs="Tahoma"/>
          <w:rtl/>
        </w:rPr>
        <w:t xml:space="preserve"> و طرفداران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داشت و مذهب تازه آسان‌تر پذ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رفته</w:t>
      </w:r>
      <w:r w:rsidRPr="00C9717E">
        <w:rPr>
          <w:rFonts w:ascii="Tahoma" w:hAnsi="Tahoma" w:cs="Tahoma"/>
          <w:rtl/>
        </w:rPr>
        <w:t xml:space="preserve"> شد. در مناطق د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گر،</w:t>
      </w:r>
      <w:r w:rsidRPr="00C9717E">
        <w:rPr>
          <w:rFonts w:ascii="Tahoma" w:hAnsi="Tahoma" w:cs="Tahoma"/>
          <w:rtl/>
        </w:rPr>
        <w:t xml:space="preserve"> باورها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سن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برا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نسل‌ها ادامه 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افتند</w:t>
      </w:r>
      <w:r w:rsidRPr="00C9717E">
        <w:rPr>
          <w:rFonts w:ascii="Tahoma" w:hAnsi="Tahoma" w:cs="Tahoma"/>
          <w:rtl/>
        </w:rPr>
        <w:t>. در نواح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دور از مرکز، فرمان حکومت ممکن بود د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رتر</w:t>
      </w:r>
      <w:r w:rsidRPr="00C9717E">
        <w:rPr>
          <w:rFonts w:ascii="Tahoma" w:hAnsi="Tahoma" w:cs="Tahoma"/>
          <w:rtl/>
        </w:rPr>
        <w:t xml:space="preserve"> و ضع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ف‌تر</w:t>
      </w:r>
      <w:r w:rsidRPr="00C9717E">
        <w:rPr>
          <w:rFonts w:ascii="Tahoma" w:hAnsi="Tahoma" w:cs="Tahoma"/>
          <w:rtl/>
        </w:rPr>
        <w:t xml:space="preserve"> اجرا شود.</w:t>
      </w:r>
    </w:p>
    <w:p w:rsidR="00C9717E" w:rsidRPr="00C9717E" w:rsidRDefault="00C9717E" w:rsidP="00C9717E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C9717E">
        <w:rPr>
          <w:rFonts w:ascii="Tahoma" w:hAnsi="Tahoma" w:cs="Tahoma" w:hint="eastAsia"/>
          <w:rtl/>
        </w:rPr>
        <w:t>در</w:t>
      </w:r>
      <w:r w:rsidRPr="00C9717E">
        <w:rPr>
          <w:rFonts w:ascii="Tahoma" w:hAnsi="Tahoma" w:cs="Tahoma"/>
          <w:rtl/>
        </w:rPr>
        <w:t xml:space="preserve"> نت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جه</w:t>
      </w:r>
      <w:r w:rsidRPr="00C9717E">
        <w:rPr>
          <w:rFonts w:ascii="Tahoma" w:hAnsi="Tahoma" w:cs="Tahoma"/>
          <w:rtl/>
        </w:rPr>
        <w:t xml:space="preserve"> با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د</w:t>
      </w:r>
      <w:r w:rsidRPr="00C9717E">
        <w:rPr>
          <w:rFonts w:ascii="Tahoma" w:hAnsi="Tahoma" w:cs="Tahoma"/>
          <w:rtl/>
        </w:rPr>
        <w:t xml:space="preserve"> م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ان</w:t>
      </w:r>
      <w:r w:rsidRPr="00C9717E">
        <w:rPr>
          <w:rFonts w:ascii="Tahoma" w:hAnsi="Tahoma" w:cs="Tahoma"/>
          <w:rtl/>
        </w:rPr>
        <w:t xml:space="preserve"> «رسم</w:t>
      </w:r>
      <w:r w:rsidRPr="00C9717E">
        <w:rPr>
          <w:rFonts w:ascii="Tahoma" w:hAnsi="Tahoma" w:cs="Tahoma" w:hint="cs"/>
          <w:rtl/>
        </w:rPr>
        <w:t>ی‌</w:t>
      </w:r>
      <w:r w:rsidRPr="00C9717E">
        <w:rPr>
          <w:rFonts w:ascii="Tahoma" w:hAnsi="Tahoma" w:cs="Tahoma" w:hint="eastAsia"/>
          <w:rtl/>
        </w:rPr>
        <w:t>شدن</w:t>
      </w:r>
      <w:r w:rsidRPr="00C9717E">
        <w:rPr>
          <w:rFonts w:ascii="Tahoma" w:hAnsi="Tahoma" w:cs="Tahoma"/>
          <w:rtl/>
        </w:rPr>
        <w:t xml:space="preserve"> تش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ع»</w:t>
      </w:r>
      <w:r w:rsidRPr="00C9717E">
        <w:rPr>
          <w:rFonts w:ascii="Tahoma" w:hAnsi="Tahoma" w:cs="Tahoma"/>
          <w:rtl/>
        </w:rPr>
        <w:t xml:space="preserve"> و «ش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عه‌شدن</w:t>
      </w:r>
      <w:r w:rsidRPr="00C9717E">
        <w:rPr>
          <w:rFonts w:ascii="Tahoma" w:hAnsi="Tahoma" w:cs="Tahoma"/>
          <w:rtl/>
        </w:rPr>
        <w:t xml:space="preserve"> 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ران»</w:t>
      </w:r>
      <w:r w:rsidRPr="00C9717E">
        <w:rPr>
          <w:rFonts w:ascii="Tahoma" w:hAnsi="Tahoma" w:cs="Tahoma"/>
          <w:rtl/>
        </w:rPr>
        <w:t xml:space="preserve"> تفاوت گذاشت. رسم</w:t>
      </w:r>
      <w:r w:rsidRPr="00C9717E">
        <w:rPr>
          <w:rFonts w:ascii="Tahoma" w:hAnsi="Tahoma" w:cs="Tahoma" w:hint="cs"/>
          <w:rtl/>
        </w:rPr>
        <w:t>ی‌</w:t>
      </w:r>
      <w:r w:rsidRPr="00C9717E">
        <w:rPr>
          <w:rFonts w:ascii="Tahoma" w:hAnsi="Tahoma" w:cs="Tahoma" w:hint="eastAsia"/>
          <w:rtl/>
        </w:rPr>
        <w:t>شدن</w:t>
      </w:r>
      <w:r w:rsidRPr="00C9717E">
        <w:rPr>
          <w:rFonts w:ascii="Tahoma" w:hAnsi="Tahoma" w:cs="Tahoma"/>
          <w:rtl/>
        </w:rPr>
        <w:t xml:space="preserve"> در سال </w:t>
      </w:r>
      <w:r w:rsidRPr="00C9717E">
        <w:rPr>
          <w:rFonts w:ascii="Tahoma" w:hAnsi="Tahoma" w:cs="Tahoma"/>
          <w:rtl/>
          <w:lang w:bidi="fa-IR"/>
        </w:rPr>
        <w:t>۱۵۰۱</w:t>
      </w:r>
      <w:r w:rsidRPr="00C9717E">
        <w:rPr>
          <w:rFonts w:ascii="Tahoma" w:hAnsi="Tahoma" w:cs="Tahoma"/>
          <w:rtl/>
        </w:rPr>
        <w:t xml:space="preserve"> با فرمان شاه و تصرف تبر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ز</w:t>
      </w:r>
      <w:r w:rsidRPr="00C9717E">
        <w:rPr>
          <w:rFonts w:ascii="Tahoma" w:hAnsi="Tahoma" w:cs="Tahoma"/>
          <w:rtl/>
        </w:rPr>
        <w:t xml:space="preserve"> آغاز شد. ش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عه‌شدن</w:t>
      </w:r>
      <w:r w:rsidRPr="00C9717E">
        <w:rPr>
          <w:rFonts w:ascii="Tahoma" w:hAnsi="Tahoma" w:cs="Tahoma"/>
          <w:rtl/>
        </w:rPr>
        <w:t xml:space="preserve"> بخش بزرگ‌تر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از جامعه فرا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ند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طولان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بود که در دورهٔ جانش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نان</w:t>
      </w:r>
      <w:r w:rsidRPr="00C9717E">
        <w:rPr>
          <w:rFonts w:ascii="Tahoma" w:hAnsi="Tahoma" w:cs="Tahoma"/>
          <w:rtl/>
        </w:rPr>
        <w:t xml:space="preserve"> اسماع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ل</w:t>
      </w:r>
      <w:r w:rsidRPr="00C9717E">
        <w:rPr>
          <w:rFonts w:ascii="Tahoma" w:hAnsi="Tahoma" w:cs="Tahoma"/>
          <w:rtl/>
        </w:rPr>
        <w:t xml:space="preserve"> ن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ز</w:t>
      </w:r>
      <w:r w:rsidRPr="00C9717E">
        <w:rPr>
          <w:rFonts w:ascii="Tahoma" w:hAnsi="Tahoma" w:cs="Tahoma"/>
          <w:rtl/>
        </w:rPr>
        <w:t xml:space="preserve"> ادامه 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افت</w:t>
      </w:r>
      <w:r w:rsidRPr="00C9717E">
        <w:rPr>
          <w:rFonts w:ascii="Tahoma" w:hAnsi="Tahoma" w:cs="Tahoma"/>
          <w:rtl/>
        </w:rPr>
        <w:t>. حکومت ابتدا چارچوب س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اس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را تغ</w:t>
      </w:r>
      <w:r w:rsidRPr="00C9717E">
        <w:rPr>
          <w:rFonts w:ascii="Tahoma" w:hAnsi="Tahoma" w:cs="Tahoma" w:hint="cs"/>
          <w:rtl/>
        </w:rPr>
        <w:t>یی</w:t>
      </w:r>
      <w:r w:rsidRPr="00C9717E">
        <w:rPr>
          <w:rFonts w:ascii="Tahoma" w:hAnsi="Tahoma" w:cs="Tahoma" w:hint="eastAsia"/>
          <w:rtl/>
        </w:rPr>
        <w:t>ر</w:t>
      </w:r>
      <w:r w:rsidRPr="00C9717E">
        <w:rPr>
          <w:rFonts w:ascii="Tahoma" w:hAnsi="Tahoma" w:cs="Tahoma"/>
          <w:rtl/>
        </w:rPr>
        <w:t xml:space="preserve"> داد </w:t>
      </w:r>
      <w:r w:rsidRPr="00C9717E">
        <w:rPr>
          <w:rFonts w:ascii="Tahoma" w:hAnsi="Tahoma" w:cs="Tahoma" w:hint="eastAsia"/>
          <w:rtl/>
        </w:rPr>
        <w:t>و</w:t>
      </w:r>
      <w:r w:rsidRPr="00C9717E">
        <w:rPr>
          <w:rFonts w:ascii="Tahoma" w:hAnsi="Tahoma" w:cs="Tahoma"/>
          <w:rtl/>
        </w:rPr>
        <w:t xml:space="preserve"> سپس کوش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د</w:t>
      </w:r>
      <w:r w:rsidRPr="00C9717E">
        <w:rPr>
          <w:rFonts w:ascii="Tahoma" w:hAnsi="Tahoma" w:cs="Tahoma"/>
          <w:rtl/>
        </w:rPr>
        <w:t xml:space="preserve"> جامعه را درون آن چارچوب بازساز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کند.</w:t>
      </w:r>
    </w:p>
    <w:p w:rsidR="00C9717E" w:rsidRPr="00C9717E" w:rsidRDefault="00C9717E" w:rsidP="00C9717E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C9717E">
        <w:rPr>
          <w:rFonts w:ascii="Tahoma" w:hAnsi="Tahoma" w:cs="Tahoma" w:hint="eastAsia"/>
          <w:rtl/>
        </w:rPr>
        <w:t>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ن</w:t>
      </w:r>
      <w:r w:rsidRPr="00C9717E">
        <w:rPr>
          <w:rFonts w:ascii="Tahoma" w:hAnsi="Tahoma" w:cs="Tahoma"/>
          <w:rtl/>
        </w:rPr>
        <w:t xml:space="preserve"> تما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ز</w:t>
      </w:r>
      <w:r w:rsidRPr="00C9717E">
        <w:rPr>
          <w:rFonts w:ascii="Tahoma" w:hAnsi="Tahoma" w:cs="Tahoma"/>
          <w:rtl/>
        </w:rPr>
        <w:t xml:space="preserve"> برا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شناخت ش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وهٔ</w:t>
      </w:r>
      <w:r w:rsidRPr="00C9717E">
        <w:rPr>
          <w:rFonts w:ascii="Tahoma" w:hAnsi="Tahoma" w:cs="Tahoma"/>
          <w:rtl/>
        </w:rPr>
        <w:t xml:space="preserve"> کشوردار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صفو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اهم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ت</w:t>
      </w:r>
      <w:r w:rsidRPr="00C9717E">
        <w:rPr>
          <w:rFonts w:ascii="Tahoma" w:hAnsi="Tahoma" w:cs="Tahoma"/>
          <w:rtl/>
        </w:rPr>
        <w:t xml:space="preserve"> دارد. حکومت از جامعه‌ا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ش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عه</w:t>
      </w:r>
      <w:r w:rsidRPr="00C9717E">
        <w:rPr>
          <w:rFonts w:ascii="Tahoma" w:hAnsi="Tahoma" w:cs="Tahoma"/>
          <w:rtl/>
        </w:rPr>
        <w:t xml:space="preserve"> برنخاست که شاه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هم‌مذهب خود را به قدرت رسانده باشد. قزلباشان صفو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را به قدرت رساندند و حکومت پس از پ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روز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،</w:t>
      </w:r>
      <w:r w:rsidRPr="00C9717E">
        <w:rPr>
          <w:rFonts w:ascii="Tahoma" w:hAnsi="Tahoma" w:cs="Tahoma"/>
          <w:rtl/>
        </w:rPr>
        <w:t xml:space="preserve"> تش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ع</w:t>
      </w:r>
      <w:r w:rsidRPr="00C9717E">
        <w:rPr>
          <w:rFonts w:ascii="Tahoma" w:hAnsi="Tahoma" w:cs="Tahoma"/>
          <w:rtl/>
        </w:rPr>
        <w:t xml:space="preserve"> دوازده‌امام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را بر جامعه‌ا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با ترک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ب</w:t>
      </w:r>
      <w:r w:rsidRPr="00C9717E">
        <w:rPr>
          <w:rFonts w:ascii="Tahoma" w:hAnsi="Tahoma" w:cs="Tahoma"/>
          <w:rtl/>
        </w:rPr>
        <w:t xml:space="preserve"> مذهب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گوناگون رسم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کرد. پس تاج </w:t>
      </w:r>
      <w:r w:rsidRPr="00C9717E">
        <w:rPr>
          <w:rFonts w:ascii="Tahoma" w:hAnsi="Tahoma" w:cs="Tahoma" w:hint="eastAsia"/>
          <w:rtl/>
        </w:rPr>
        <w:t>نه</w:t>
      </w:r>
      <w:r w:rsidRPr="00C9717E">
        <w:rPr>
          <w:rFonts w:ascii="Tahoma" w:hAnsi="Tahoma" w:cs="Tahoma"/>
          <w:rtl/>
        </w:rPr>
        <w:t xml:space="preserve"> محصول دستگاه د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نکار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دوازده‌امام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،</w:t>
      </w:r>
      <w:r w:rsidRPr="00C9717E">
        <w:rPr>
          <w:rFonts w:ascii="Tahoma" w:hAnsi="Tahoma" w:cs="Tahoma"/>
          <w:rtl/>
        </w:rPr>
        <w:t xml:space="preserve"> بلکه سازنده و پشت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بان</w:t>
      </w:r>
      <w:r w:rsidRPr="00C9717E">
        <w:rPr>
          <w:rFonts w:ascii="Tahoma" w:hAnsi="Tahoma" w:cs="Tahoma"/>
          <w:rtl/>
        </w:rPr>
        <w:t xml:space="preserve"> س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اس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آن در 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ران</w:t>
      </w:r>
      <w:r w:rsidRPr="00C9717E">
        <w:rPr>
          <w:rFonts w:ascii="Tahoma" w:hAnsi="Tahoma" w:cs="Tahoma"/>
          <w:rtl/>
        </w:rPr>
        <w:t xml:space="preserve"> شد.</w:t>
      </w:r>
    </w:p>
    <w:p w:rsidR="00C9717E" w:rsidRPr="00C9717E" w:rsidRDefault="00C9717E" w:rsidP="00C9717E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C9717E">
        <w:rPr>
          <w:rFonts w:ascii="Tahoma" w:hAnsi="Tahoma" w:cs="Tahoma" w:hint="eastAsia"/>
          <w:rtl/>
        </w:rPr>
        <w:t>اما</w:t>
      </w:r>
      <w:r w:rsidRPr="00C9717E">
        <w:rPr>
          <w:rFonts w:ascii="Tahoma" w:hAnsi="Tahoma" w:cs="Tahoma"/>
          <w:rtl/>
        </w:rPr>
        <w:t xml:space="preserve"> تاج برا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انجام 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ن</w:t>
      </w:r>
      <w:r w:rsidRPr="00C9717E">
        <w:rPr>
          <w:rFonts w:ascii="Tahoma" w:hAnsi="Tahoma" w:cs="Tahoma"/>
          <w:rtl/>
        </w:rPr>
        <w:t xml:space="preserve"> کار با کمبود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جد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روبه‌رو بود. 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ران</w:t>
      </w:r>
      <w:r w:rsidRPr="00C9717E">
        <w:rPr>
          <w:rFonts w:ascii="Tahoma" w:hAnsi="Tahoma" w:cs="Tahoma"/>
          <w:rtl/>
        </w:rPr>
        <w:t xml:space="preserve"> د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نکاران</w:t>
      </w:r>
      <w:r w:rsidRPr="00C9717E">
        <w:rPr>
          <w:rFonts w:ascii="Tahoma" w:hAnsi="Tahoma" w:cs="Tahoma"/>
          <w:rtl/>
        </w:rPr>
        <w:t xml:space="preserve"> ش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عه،</w:t>
      </w:r>
      <w:r w:rsidRPr="00C9717E">
        <w:rPr>
          <w:rFonts w:ascii="Tahoma" w:hAnsi="Tahoma" w:cs="Tahoma"/>
          <w:rtl/>
        </w:rPr>
        <w:t xml:space="preserve"> خاندان‌ها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سادات و مراکز ش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ع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داشت، ول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شمار فق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هان</w:t>
      </w:r>
      <w:r w:rsidRPr="00C9717E">
        <w:rPr>
          <w:rFonts w:ascii="Tahoma" w:hAnsi="Tahoma" w:cs="Tahoma"/>
          <w:rtl/>
        </w:rPr>
        <w:t xml:space="preserve"> دوازده‌امام</w:t>
      </w:r>
      <w:r w:rsidRPr="00C9717E">
        <w:rPr>
          <w:rFonts w:ascii="Tahoma" w:hAnsi="Tahoma" w:cs="Tahoma" w:hint="cs"/>
          <w:rtl/>
        </w:rPr>
        <w:t>ی‌</w:t>
      </w:r>
      <w:r w:rsidRPr="00C9717E">
        <w:rPr>
          <w:rFonts w:ascii="Tahoma" w:hAnsi="Tahoma" w:cs="Tahoma" w:hint="eastAsia"/>
          <w:rtl/>
        </w:rPr>
        <w:t>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که بتوانند همهٔ مقام‌ها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قضا</w:t>
      </w:r>
      <w:r w:rsidRPr="00C9717E">
        <w:rPr>
          <w:rFonts w:ascii="Tahoma" w:hAnsi="Tahoma" w:cs="Tahoma" w:hint="cs"/>
          <w:rtl/>
        </w:rPr>
        <w:t>یی</w:t>
      </w:r>
      <w:r w:rsidRPr="00C9717E">
        <w:rPr>
          <w:rFonts w:ascii="Tahoma" w:hAnsi="Tahoma" w:cs="Tahoma" w:hint="eastAsia"/>
          <w:rtl/>
        </w:rPr>
        <w:t>،</w:t>
      </w:r>
      <w:r w:rsidRPr="00C9717E">
        <w:rPr>
          <w:rFonts w:ascii="Tahoma" w:hAnsi="Tahoma" w:cs="Tahoma"/>
          <w:rtl/>
        </w:rPr>
        <w:t xml:space="preserve"> آموزش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و مذهب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حکومت تازه را در سراسر کشور در اخت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ار</w:t>
      </w:r>
      <w:r w:rsidRPr="00C9717E">
        <w:rPr>
          <w:rFonts w:ascii="Tahoma" w:hAnsi="Tahoma" w:cs="Tahoma"/>
          <w:rtl/>
        </w:rPr>
        <w:t xml:space="preserve"> گ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رند</w:t>
      </w:r>
      <w:r w:rsidRPr="00C9717E">
        <w:rPr>
          <w:rFonts w:ascii="Tahoma" w:hAnsi="Tahoma" w:cs="Tahoma"/>
          <w:rtl/>
        </w:rPr>
        <w:t xml:space="preserve"> کاف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نبود. مهم‌تر از ش</w:t>
      </w:r>
      <w:r w:rsidRPr="00C9717E">
        <w:rPr>
          <w:rFonts w:ascii="Tahoma" w:hAnsi="Tahoma" w:cs="Tahoma" w:hint="eastAsia"/>
          <w:rtl/>
        </w:rPr>
        <w:t>مار</w:t>
      </w:r>
      <w:r w:rsidRPr="00C9717E">
        <w:rPr>
          <w:rFonts w:ascii="Tahoma" w:hAnsi="Tahoma" w:cs="Tahoma"/>
          <w:rtl/>
        </w:rPr>
        <w:t xml:space="preserve"> آنان، نبود دستگاه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کپارچه</w:t>
      </w:r>
      <w:r w:rsidRPr="00C9717E">
        <w:rPr>
          <w:rFonts w:ascii="Tahoma" w:hAnsi="Tahoma" w:cs="Tahoma"/>
          <w:rtl/>
        </w:rPr>
        <w:t xml:space="preserve"> بود که بتواند احکام، کتاب‌ها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درس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،</w:t>
      </w:r>
      <w:r w:rsidRPr="00C9717E">
        <w:rPr>
          <w:rFonts w:ascii="Tahoma" w:hAnsi="Tahoma" w:cs="Tahoma"/>
          <w:rtl/>
        </w:rPr>
        <w:t xml:space="preserve"> ش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وهٔ</w:t>
      </w:r>
      <w:r w:rsidRPr="00C9717E">
        <w:rPr>
          <w:rFonts w:ascii="Tahoma" w:hAnsi="Tahoma" w:cs="Tahoma"/>
          <w:rtl/>
        </w:rPr>
        <w:t xml:space="preserve"> قضاوت و سلسله‌مراتب مقام‌ها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د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ن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را ز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ر</w:t>
      </w:r>
      <w:r w:rsidRPr="00C9717E">
        <w:rPr>
          <w:rFonts w:ascii="Tahoma" w:hAnsi="Tahoma" w:cs="Tahoma"/>
          <w:rtl/>
        </w:rPr>
        <w:t xml:space="preserve"> فرمان حکومت هماهنگ کند.</w:t>
      </w:r>
    </w:p>
    <w:p w:rsidR="00C9717E" w:rsidRPr="00C9717E" w:rsidRDefault="00C9717E" w:rsidP="00C9717E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C9717E">
        <w:rPr>
          <w:rFonts w:ascii="Tahoma" w:hAnsi="Tahoma" w:cs="Tahoma" w:hint="eastAsia"/>
          <w:rtl/>
        </w:rPr>
        <w:t>قزلباشان</w:t>
      </w:r>
      <w:r w:rsidRPr="00C9717E">
        <w:rPr>
          <w:rFonts w:ascii="Tahoma" w:hAnsi="Tahoma" w:cs="Tahoma"/>
          <w:rtl/>
        </w:rPr>
        <w:t xml:space="preserve"> ن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ز</w:t>
      </w:r>
      <w:r w:rsidRPr="00C9717E">
        <w:rPr>
          <w:rFonts w:ascii="Tahoma" w:hAnsi="Tahoma" w:cs="Tahoma"/>
          <w:rtl/>
        </w:rPr>
        <w:t xml:space="preserve"> پاسخ 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ن</w:t>
      </w:r>
      <w:r w:rsidRPr="00C9717E">
        <w:rPr>
          <w:rFonts w:ascii="Tahoma" w:hAnsi="Tahoma" w:cs="Tahoma"/>
          <w:rtl/>
        </w:rPr>
        <w:t xml:space="preserve"> کمبود نبودند. 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مان</w:t>
      </w:r>
      <w:r w:rsidRPr="00C9717E">
        <w:rPr>
          <w:rFonts w:ascii="Tahoma" w:hAnsi="Tahoma" w:cs="Tahoma"/>
          <w:rtl/>
        </w:rPr>
        <w:t xml:space="preserve"> آنان به شاه برا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پ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روز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نظام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ن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رو</w:t>
      </w:r>
      <w:r w:rsidRPr="00C9717E">
        <w:rPr>
          <w:rFonts w:ascii="Tahoma" w:hAnsi="Tahoma" w:cs="Tahoma" w:hint="cs"/>
          <w:rtl/>
        </w:rPr>
        <w:t>یی</w:t>
      </w:r>
      <w:r w:rsidRPr="00C9717E">
        <w:rPr>
          <w:rFonts w:ascii="Tahoma" w:hAnsi="Tahoma" w:cs="Tahoma"/>
          <w:rtl/>
        </w:rPr>
        <w:t xml:space="preserve"> بزرگ فراهم م</w:t>
      </w:r>
      <w:r w:rsidRPr="00C9717E">
        <w:rPr>
          <w:rFonts w:ascii="Tahoma" w:hAnsi="Tahoma" w:cs="Tahoma" w:hint="cs"/>
          <w:rtl/>
        </w:rPr>
        <w:t>ی‌</w:t>
      </w:r>
      <w:r w:rsidRPr="00C9717E">
        <w:rPr>
          <w:rFonts w:ascii="Tahoma" w:hAnsi="Tahoma" w:cs="Tahoma" w:hint="eastAsia"/>
          <w:rtl/>
        </w:rPr>
        <w:t>کرد،</w:t>
      </w:r>
      <w:r w:rsidRPr="00C9717E">
        <w:rPr>
          <w:rFonts w:ascii="Tahoma" w:hAnsi="Tahoma" w:cs="Tahoma"/>
          <w:rtl/>
        </w:rPr>
        <w:t xml:space="preserve"> اما تش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ع</w:t>
      </w:r>
      <w:r w:rsidRPr="00C9717E">
        <w:rPr>
          <w:rFonts w:ascii="Tahoma" w:hAnsi="Tahoma" w:cs="Tahoma"/>
          <w:rtl/>
        </w:rPr>
        <w:t xml:space="preserve"> دوازده‌امام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فقط مجموعه‌ا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از شعارها و نشانه‌ها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وفادار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نبود. مذهب رسم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با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د</w:t>
      </w:r>
      <w:r w:rsidRPr="00C9717E">
        <w:rPr>
          <w:rFonts w:ascii="Tahoma" w:hAnsi="Tahoma" w:cs="Tahoma"/>
          <w:rtl/>
        </w:rPr>
        <w:t xml:space="preserve"> دربارهٔ ازدواج، طلاق، ارث، مالک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ت،</w:t>
      </w:r>
      <w:r w:rsidRPr="00C9717E">
        <w:rPr>
          <w:rFonts w:ascii="Tahoma" w:hAnsi="Tahoma" w:cs="Tahoma"/>
          <w:rtl/>
        </w:rPr>
        <w:t xml:space="preserve"> معامله، وقف، مجازات، نماز، روزه و صد</w:t>
      </w:r>
      <w:r w:rsidRPr="00C9717E">
        <w:rPr>
          <w:rFonts w:ascii="Tahoma" w:hAnsi="Tahoma" w:cs="Tahoma" w:hint="eastAsia"/>
          <w:rtl/>
        </w:rPr>
        <w:t>ها</w:t>
      </w:r>
      <w:r w:rsidRPr="00C9717E">
        <w:rPr>
          <w:rFonts w:ascii="Tahoma" w:hAnsi="Tahoma" w:cs="Tahoma"/>
          <w:rtl/>
        </w:rPr>
        <w:t xml:space="preserve"> مسئلهٔ روزانه حکم م</w:t>
      </w:r>
      <w:r w:rsidRPr="00C9717E">
        <w:rPr>
          <w:rFonts w:ascii="Tahoma" w:hAnsi="Tahoma" w:cs="Tahoma" w:hint="cs"/>
          <w:rtl/>
        </w:rPr>
        <w:t>ی‌</w:t>
      </w:r>
      <w:r w:rsidRPr="00C9717E">
        <w:rPr>
          <w:rFonts w:ascii="Tahoma" w:hAnsi="Tahoma" w:cs="Tahoma" w:hint="eastAsia"/>
          <w:rtl/>
        </w:rPr>
        <w:t>داد</w:t>
      </w:r>
      <w:r w:rsidRPr="00C9717E">
        <w:rPr>
          <w:rFonts w:ascii="Tahoma" w:hAnsi="Tahoma" w:cs="Tahoma"/>
          <w:rtl/>
        </w:rPr>
        <w:t>. با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د</w:t>
      </w:r>
      <w:r w:rsidRPr="00C9717E">
        <w:rPr>
          <w:rFonts w:ascii="Tahoma" w:hAnsi="Tahoma" w:cs="Tahoma"/>
          <w:rtl/>
        </w:rPr>
        <w:t xml:space="preserve"> قاض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ان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وجود م</w:t>
      </w:r>
      <w:r w:rsidRPr="00C9717E">
        <w:rPr>
          <w:rFonts w:ascii="Tahoma" w:hAnsi="Tahoma" w:cs="Tahoma" w:hint="cs"/>
          <w:rtl/>
        </w:rPr>
        <w:t>ی‌</w:t>
      </w:r>
      <w:r w:rsidRPr="00C9717E">
        <w:rPr>
          <w:rFonts w:ascii="Tahoma" w:hAnsi="Tahoma" w:cs="Tahoma" w:hint="eastAsia"/>
          <w:rtl/>
        </w:rPr>
        <w:t>داشتند</w:t>
      </w:r>
      <w:r w:rsidRPr="00C9717E">
        <w:rPr>
          <w:rFonts w:ascii="Tahoma" w:hAnsi="Tahoma" w:cs="Tahoma"/>
          <w:rtl/>
        </w:rPr>
        <w:t xml:space="preserve"> که اختلافات را بر پا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هٔ</w:t>
      </w:r>
      <w:r w:rsidRPr="00C9717E">
        <w:rPr>
          <w:rFonts w:ascii="Tahoma" w:hAnsi="Tahoma" w:cs="Tahoma"/>
          <w:rtl/>
        </w:rPr>
        <w:t xml:space="preserve"> 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ن</w:t>
      </w:r>
      <w:r w:rsidRPr="00C9717E">
        <w:rPr>
          <w:rFonts w:ascii="Tahoma" w:hAnsi="Tahoma" w:cs="Tahoma"/>
          <w:rtl/>
        </w:rPr>
        <w:t xml:space="preserve"> احکام حل کنند، مدرسان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که شاگردان را آموزش دهند و نو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سندگان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که کتاب‌ها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لازم را در اخت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ار</w:t>
      </w:r>
      <w:r w:rsidRPr="00C9717E">
        <w:rPr>
          <w:rFonts w:ascii="Tahoma" w:hAnsi="Tahoma" w:cs="Tahoma"/>
          <w:rtl/>
        </w:rPr>
        <w:t xml:space="preserve"> آنان بگذارند.</w:t>
      </w:r>
    </w:p>
    <w:p w:rsidR="00C9717E" w:rsidRPr="00C9717E" w:rsidRDefault="00C9717E" w:rsidP="00C9717E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C9717E">
        <w:rPr>
          <w:rFonts w:ascii="Tahoma" w:hAnsi="Tahoma" w:cs="Tahoma" w:hint="eastAsia"/>
          <w:rtl/>
        </w:rPr>
        <w:t>در</w:t>
      </w:r>
      <w:r w:rsidRPr="00C9717E">
        <w:rPr>
          <w:rFonts w:ascii="Tahoma" w:hAnsi="Tahoma" w:cs="Tahoma"/>
          <w:rtl/>
        </w:rPr>
        <w:t xml:space="preserve"> 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نجا</w:t>
      </w:r>
      <w:r w:rsidRPr="00C9717E">
        <w:rPr>
          <w:rFonts w:ascii="Tahoma" w:hAnsi="Tahoma" w:cs="Tahoma"/>
          <w:rtl/>
        </w:rPr>
        <w:t xml:space="preserve"> تفاوت م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ان</w:t>
      </w:r>
      <w:r w:rsidRPr="00C9717E">
        <w:rPr>
          <w:rFonts w:ascii="Tahoma" w:hAnsi="Tahoma" w:cs="Tahoma"/>
          <w:rtl/>
        </w:rPr>
        <w:t xml:space="preserve"> مرشد و فق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ه</w:t>
      </w:r>
      <w:r w:rsidRPr="00C9717E">
        <w:rPr>
          <w:rFonts w:ascii="Tahoma" w:hAnsi="Tahoma" w:cs="Tahoma"/>
          <w:rtl/>
        </w:rPr>
        <w:t xml:space="preserve"> آشکار شد. مرشد از مر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د</w:t>
      </w:r>
      <w:r w:rsidRPr="00C9717E">
        <w:rPr>
          <w:rFonts w:ascii="Tahoma" w:hAnsi="Tahoma" w:cs="Tahoma"/>
          <w:rtl/>
        </w:rPr>
        <w:t xml:space="preserve"> اطاعت م</w:t>
      </w:r>
      <w:r w:rsidRPr="00C9717E">
        <w:rPr>
          <w:rFonts w:ascii="Tahoma" w:hAnsi="Tahoma" w:cs="Tahoma" w:hint="cs"/>
          <w:rtl/>
        </w:rPr>
        <w:t>ی‌</w:t>
      </w:r>
      <w:r w:rsidRPr="00C9717E">
        <w:rPr>
          <w:rFonts w:ascii="Tahoma" w:hAnsi="Tahoma" w:cs="Tahoma" w:hint="eastAsia"/>
          <w:rtl/>
        </w:rPr>
        <w:t>خواست</w:t>
      </w:r>
      <w:r w:rsidRPr="00C9717E">
        <w:rPr>
          <w:rFonts w:ascii="Tahoma" w:hAnsi="Tahoma" w:cs="Tahoma"/>
          <w:rtl/>
        </w:rPr>
        <w:t xml:space="preserve"> و رابطه‌اش با پ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روان</w:t>
      </w:r>
      <w:r w:rsidRPr="00C9717E">
        <w:rPr>
          <w:rFonts w:ascii="Tahoma" w:hAnsi="Tahoma" w:cs="Tahoma"/>
          <w:rtl/>
        </w:rPr>
        <w:t xml:space="preserve"> بر 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مان</w:t>
      </w:r>
      <w:r w:rsidRPr="00C9717E">
        <w:rPr>
          <w:rFonts w:ascii="Tahoma" w:hAnsi="Tahoma" w:cs="Tahoma"/>
          <w:rtl/>
        </w:rPr>
        <w:t xml:space="preserve"> به شخص و طر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قت</w:t>
      </w:r>
      <w:r w:rsidRPr="00C9717E">
        <w:rPr>
          <w:rFonts w:ascii="Tahoma" w:hAnsi="Tahoma" w:cs="Tahoma"/>
          <w:rtl/>
        </w:rPr>
        <w:t xml:space="preserve"> استوار بود. فق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ه</w:t>
      </w:r>
      <w:r w:rsidRPr="00C9717E">
        <w:rPr>
          <w:rFonts w:ascii="Tahoma" w:hAnsi="Tahoma" w:cs="Tahoma"/>
          <w:rtl/>
        </w:rPr>
        <w:t xml:space="preserve"> مدع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شناخت حکم شرع بود و اقتدار خود را از دانش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م</w:t>
      </w:r>
      <w:r w:rsidRPr="00C9717E">
        <w:rPr>
          <w:rFonts w:ascii="Tahoma" w:hAnsi="Tahoma" w:cs="Tahoma" w:hint="cs"/>
          <w:rtl/>
        </w:rPr>
        <w:t>ی‌</w:t>
      </w:r>
      <w:r w:rsidRPr="00C9717E">
        <w:rPr>
          <w:rFonts w:ascii="Tahoma" w:hAnsi="Tahoma" w:cs="Tahoma" w:hint="eastAsia"/>
          <w:rtl/>
        </w:rPr>
        <w:t>گرفت</w:t>
      </w:r>
      <w:r w:rsidRPr="00C9717E">
        <w:rPr>
          <w:rFonts w:ascii="Tahoma" w:hAnsi="Tahoma" w:cs="Tahoma"/>
          <w:rtl/>
        </w:rPr>
        <w:t xml:space="preserve"> که م</w:t>
      </w:r>
      <w:r w:rsidRPr="00C9717E">
        <w:rPr>
          <w:rFonts w:ascii="Tahoma" w:hAnsi="Tahoma" w:cs="Tahoma" w:hint="cs"/>
          <w:rtl/>
        </w:rPr>
        <w:t>ی‌</w:t>
      </w:r>
      <w:r w:rsidRPr="00C9717E">
        <w:rPr>
          <w:rFonts w:ascii="Tahoma" w:hAnsi="Tahoma" w:cs="Tahoma" w:hint="eastAsia"/>
          <w:rtl/>
        </w:rPr>
        <w:t>توانست</w:t>
      </w:r>
      <w:r w:rsidRPr="00C9717E">
        <w:rPr>
          <w:rFonts w:ascii="Tahoma" w:hAnsi="Tahoma" w:cs="Tahoma"/>
          <w:rtl/>
        </w:rPr>
        <w:t xml:space="preserve"> آن را به امامان و منابع مذهب نسبت دهد. شاه اسماع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ل</w:t>
      </w:r>
      <w:r w:rsidRPr="00C9717E">
        <w:rPr>
          <w:rFonts w:ascii="Tahoma" w:hAnsi="Tahoma" w:cs="Tahoma"/>
          <w:rtl/>
        </w:rPr>
        <w:t xml:space="preserve"> در آ</w:t>
      </w:r>
      <w:r w:rsidRPr="00C9717E">
        <w:rPr>
          <w:rFonts w:ascii="Tahoma" w:hAnsi="Tahoma" w:cs="Tahoma" w:hint="eastAsia"/>
          <w:rtl/>
        </w:rPr>
        <w:t>غاز</w:t>
      </w:r>
      <w:r w:rsidRPr="00C9717E">
        <w:rPr>
          <w:rFonts w:ascii="Tahoma" w:hAnsi="Tahoma" w:cs="Tahoma"/>
          <w:rtl/>
        </w:rPr>
        <w:t xml:space="preserve"> م</w:t>
      </w:r>
      <w:r w:rsidRPr="00C9717E">
        <w:rPr>
          <w:rFonts w:ascii="Tahoma" w:hAnsi="Tahoma" w:cs="Tahoma" w:hint="cs"/>
          <w:rtl/>
        </w:rPr>
        <w:t>ی‌</w:t>
      </w:r>
      <w:r w:rsidRPr="00C9717E">
        <w:rPr>
          <w:rFonts w:ascii="Tahoma" w:hAnsi="Tahoma" w:cs="Tahoma" w:hint="eastAsia"/>
          <w:rtl/>
        </w:rPr>
        <w:t>توانست</w:t>
      </w:r>
      <w:r w:rsidRPr="00C9717E">
        <w:rPr>
          <w:rFonts w:ascii="Tahoma" w:hAnsi="Tahoma" w:cs="Tahoma"/>
          <w:rtl/>
        </w:rPr>
        <w:t xml:space="preserve"> هر دو نوع اقتدار را در سا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هٔ</w:t>
      </w:r>
      <w:r w:rsidRPr="00C9717E">
        <w:rPr>
          <w:rFonts w:ascii="Tahoma" w:hAnsi="Tahoma" w:cs="Tahoma"/>
          <w:rtl/>
        </w:rPr>
        <w:t xml:space="preserve"> قدرت خود نگاه دارد، اما گسترش دستگاه فقه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به‌تدر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ج</w:t>
      </w:r>
      <w:r w:rsidRPr="00C9717E">
        <w:rPr>
          <w:rFonts w:ascii="Tahoma" w:hAnsi="Tahoma" w:cs="Tahoma"/>
          <w:rtl/>
        </w:rPr>
        <w:t xml:space="preserve"> گروه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را وارد حکومت م</w:t>
      </w:r>
      <w:r w:rsidRPr="00C9717E">
        <w:rPr>
          <w:rFonts w:ascii="Tahoma" w:hAnsi="Tahoma" w:cs="Tahoma" w:hint="cs"/>
          <w:rtl/>
        </w:rPr>
        <w:t>ی‌</w:t>
      </w:r>
      <w:r w:rsidRPr="00C9717E">
        <w:rPr>
          <w:rFonts w:ascii="Tahoma" w:hAnsi="Tahoma" w:cs="Tahoma" w:hint="eastAsia"/>
          <w:rtl/>
        </w:rPr>
        <w:t>کرد</w:t>
      </w:r>
      <w:r w:rsidRPr="00C9717E">
        <w:rPr>
          <w:rFonts w:ascii="Tahoma" w:hAnsi="Tahoma" w:cs="Tahoma"/>
          <w:rtl/>
        </w:rPr>
        <w:t xml:space="preserve"> که سرچشمهٔ دانش و ادعا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حقان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تشان</w:t>
      </w:r>
      <w:r w:rsidRPr="00C9717E">
        <w:rPr>
          <w:rFonts w:ascii="Tahoma" w:hAnsi="Tahoma" w:cs="Tahoma"/>
          <w:rtl/>
        </w:rPr>
        <w:t xml:space="preserve"> فقط فرمان شاه نبود.</w:t>
      </w:r>
    </w:p>
    <w:p w:rsidR="00C9717E" w:rsidRPr="00C9717E" w:rsidRDefault="00C9717E" w:rsidP="00C9717E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C9717E">
        <w:rPr>
          <w:rFonts w:ascii="Tahoma" w:hAnsi="Tahoma" w:cs="Tahoma" w:hint="eastAsia"/>
          <w:rtl/>
        </w:rPr>
        <w:t>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ن</w:t>
      </w:r>
      <w:r w:rsidRPr="00C9717E">
        <w:rPr>
          <w:rFonts w:ascii="Tahoma" w:hAnsi="Tahoma" w:cs="Tahoma"/>
          <w:rtl/>
        </w:rPr>
        <w:t xml:space="preserve"> مسئله در نخست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ن</w:t>
      </w:r>
      <w:r w:rsidRPr="00C9717E">
        <w:rPr>
          <w:rFonts w:ascii="Tahoma" w:hAnsi="Tahoma" w:cs="Tahoma"/>
          <w:rtl/>
        </w:rPr>
        <w:t xml:space="preserve"> سال‌ها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سلطنت هنوز به صورت تعارض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آشکار د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ده</w:t>
      </w:r>
      <w:r w:rsidRPr="00C9717E">
        <w:rPr>
          <w:rFonts w:ascii="Tahoma" w:hAnsi="Tahoma" w:cs="Tahoma"/>
          <w:rtl/>
        </w:rPr>
        <w:t xml:space="preserve"> نم</w:t>
      </w:r>
      <w:r w:rsidRPr="00C9717E">
        <w:rPr>
          <w:rFonts w:ascii="Tahoma" w:hAnsi="Tahoma" w:cs="Tahoma" w:hint="cs"/>
          <w:rtl/>
        </w:rPr>
        <w:t>ی‌</w:t>
      </w:r>
      <w:r w:rsidRPr="00C9717E">
        <w:rPr>
          <w:rFonts w:ascii="Tahoma" w:hAnsi="Tahoma" w:cs="Tahoma" w:hint="eastAsia"/>
          <w:rtl/>
        </w:rPr>
        <w:t>شد</w:t>
      </w:r>
      <w:r w:rsidRPr="00C9717E">
        <w:rPr>
          <w:rFonts w:ascii="Tahoma" w:hAnsi="Tahoma" w:cs="Tahoma"/>
          <w:rtl/>
        </w:rPr>
        <w:t>. د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نکاران</w:t>
      </w:r>
      <w:r w:rsidRPr="00C9717E">
        <w:rPr>
          <w:rFonts w:ascii="Tahoma" w:hAnsi="Tahoma" w:cs="Tahoma"/>
          <w:rtl/>
        </w:rPr>
        <w:t xml:space="preserve"> ش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عه</w:t>
      </w:r>
      <w:r w:rsidRPr="00C9717E">
        <w:rPr>
          <w:rFonts w:ascii="Tahoma" w:hAnsi="Tahoma" w:cs="Tahoma"/>
          <w:rtl/>
        </w:rPr>
        <w:t xml:space="preserve"> برا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گسترش مذهب خود به حما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ت</w:t>
      </w:r>
      <w:r w:rsidRPr="00C9717E">
        <w:rPr>
          <w:rFonts w:ascii="Tahoma" w:hAnsi="Tahoma" w:cs="Tahoma"/>
          <w:rtl/>
        </w:rPr>
        <w:t xml:space="preserve"> شاه ن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از</w:t>
      </w:r>
      <w:r w:rsidRPr="00C9717E">
        <w:rPr>
          <w:rFonts w:ascii="Tahoma" w:hAnsi="Tahoma" w:cs="Tahoma"/>
          <w:rtl/>
        </w:rPr>
        <w:t xml:space="preserve"> داشتند. بدون قشون صفو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،</w:t>
      </w:r>
      <w:r w:rsidRPr="00C9717E">
        <w:rPr>
          <w:rFonts w:ascii="Tahoma" w:hAnsi="Tahoma" w:cs="Tahoma"/>
          <w:rtl/>
        </w:rPr>
        <w:t xml:space="preserve"> نه م</w:t>
      </w:r>
      <w:r w:rsidRPr="00C9717E">
        <w:rPr>
          <w:rFonts w:ascii="Tahoma" w:hAnsi="Tahoma" w:cs="Tahoma" w:hint="cs"/>
          <w:rtl/>
        </w:rPr>
        <w:t>ی‌</w:t>
      </w:r>
      <w:r w:rsidRPr="00C9717E">
        <w:rPr>
          <w:rFonts w:ascii="Tahoma" w:hAnsi="Tahoma" w:cs="Tahoma" w:hint="eastAsia"/>
          <w:rtl/>
        </w:rPr>
        <w:t>توانستند</w:t>
      </w:r>
      <w:r w:rsidRPr="00C9717E">
        <w:rPr>
          <w:rFonts w:ascii="Tahoma" w:hAnsi="Tahoma" w:cs="Tahoma"/>
          <w:rtl/>
        </w:rPr>
        <w:t xml:space="preserve"> مراکز سن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را کنار بزنند، نه مقام‌ها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قضا</w:t>
      </w:r>
      <w:r w:rsidRPr="00C9717E">
        <w:rPr>
          <w:rFonts w:ascii="Tahoma" w:hAnsi="Tahoma" w:cs="Tahoma" w:hint="cs"/>
          <w:rtl/>
        </w:rPr>
        <w:t>یی</w:t>
      </w:r>
      <w:r w:rsidRPr="00C9717E">
        <w:rPr>
          <w:rFonts w:ascii="Tahoma" w:hAnsi="Tahoma" w:cs="Tahoma"/>
          <w:rtl/>
        </w:rPr>
        <w:t xml:space="preserve"> را در اخت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ار</w:t>
      </w:r>
      <w:r w:rsidRPr="00C9717E">
        <w:rPr>
          <w:rFonts w:ascii="Tahoma" w:hAnsi="Tahoma" w:cs="Tahoma"/>
          <w:rtl/>
        </w:rPr>
        <w:t xml:space="preserve"> گ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رند</w:t>
      </w:r>
      <w:r w:rsidRPr="00C9717E">
        <w:rPr>
          <w:rFonts w:ascii="Tahoma" w:hAnsi="Tahoma" w:cs="Tahoma"/>
          <w:rtl/>
        </w:rPr>
        <w:t xml:space="preserve"> و نه آموزش دوازده‌امام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را در </w:t>
      </w:r>
      <w:r w:rsidRPr="00C9717E">
        <w:rPr>
          <w:rFonts w:ascii="Tahoma" w:hAnsi="Tahoma" w:cs="Tahoma" w:hint="eastAsia"/>
          <w:rtl/>
        </w:rPr>
        <w:t>سراسر</w:t>
      </w:r>
      <w:r w:rsidRPr="00C9717E">
        <w:rPr>
          <w:rFonts w:ascii="Tahoma" w:hAnsi="Tahoma" w:cs="Tahoma"/>
          <w:rtl/>
        </w:rPr>
        <w:t xml:space="preserve"> کشور گسترش دهند. تاج ن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ز</w:t>
      </w:r>
      <w:r w:rsidRPr="00C9717E">
        <w:rPr>
          <w:rFonts w:ascii="Tahoma" w:hAnsi="Tahoma" w:cs="Tahoma"/>
          <w:rtl/>
        </w:rPr>
        <w:t xml:space="preserve"> برا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تبد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ل</w:t>
      </w:r>
      <w:r w:rsidRPr="00C9717E">
        <w:rPr>
          <w:rFonts w:ascii="Tahoma" w:hAnsi="Tahoma" w:cs="Tahoma"/>
          <w:rtl/>
        </w:rPr>
        <w:t xml:space="preserve"> فرمان مذهب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خود به نظام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پا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دار</w:t>
      </w:r>
      <w:r w:rsidRPr="00C9717E">
        <w:rPr>
          <w:rFonts w:ascii="Tahoma" w:hAnsi="Tahoma" w:cs="Tahoma"/>
          <w:rtl/>
        </w:rPr>
        <w:t xml:space="preserve"> به آنان ن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ازمند</w:t>
      </w:r>
      <w:r w:rsidRPr="00C9717E">
        <w:rPr>
          <w:rFonts w:ascii="Tahoma" w:hAnsi="Tahoma" w:cs="Tahoma"/>
          <w:rtl/>
        </w:rPr>
        <w:t xml:space="preserve"> بود. در نت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جه،</w:t>
      </w:r>
      <w:r w:rsidRPr="00C9717E">
        <w:rPr>
          <w:rFonts w:ascii="Tahoma" w:hAnsi="Tahoma" w:cs="Tahoma"/>
          <w:rtl/>
        </w:rPr>
        <w:t xml:space="preserve"> م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ان</w:t>
      </w:r>
      <w:r w:rsidRPr="00C9717E">
        <w:rPr>
          <w:rFonts w:ascii="Tahoma" w:hAnsi="Tahoma" w:cs="Tahoma"/>
          <w:rtl/>
        </w:rPr>
        <w:t xml:space="preserve"> شاه و د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نکاران</w:t>
      </w:r>
      <w:r w:rsidRPr="00C9717E">
        <w:rPr>
          <w:rFonts w:ascii="Tahoma" w:hAnsi="Tahoma" w:cs="Tahoma"/>
          <w:rtl/>
        </w:rPr>
        <w:t xml:space="preserve"> پ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وند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بر پا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هٔ</w:t>
      </w:r>
      <w:r w:rsidRPr="00C9717E">
        <w:rPr>
          <w:rFonts w:ascii="Tahoma" w:hAnsi="Tahoma" w:cs="Tahoma"/>
          <w:rtl/>
        </w:rPr>
        <w:t xml:space="preserve"> ن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از</w:t>
      </w:r>
      <w:r w:rsidRPr="00C9717E">
        <w:rPr>
          <w:rFonts w:ascii="Tahoma" w:hAnsi="Tahoma" w:cs="Tahoma"/>
          <w:rtl/>
        </w:rPr>
        <w:t xml:space="preserve"> متقابل پد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د</w:t>
      </w:r>
      <w:r w:rsidRPr="00C9717E">
        <w:rPr>
          <w:rFonts w:ascii="Tahoma" w:hAnsi="Tahoma" w:cs="Tahoma"/>
          <w:rtl/>
        </w:rPr>
        <w:t xml:space="preserve"> آمد.</w:t>
      </w:r>
    </w:p>
    <w:p w:rsidR="00C9717E" w:rsidRPr="00C9717E" w:rsidRDefault="00C9717E" w:rsidP="00C9717E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C9717E">
        <w:rPr>
          <w:rFonts w:ascii="Tahoma" w:hAnsi="Tahoma" w:cs="Tahoma" w:hint="eastAsia"/>
          <w:rtl/>
        </w:rPr>
        <w:t>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ن</w:t>
      </w:r>
      <w:r w:rsidRPr="00C9717E">
        <w:rPr>
          <w:rFonts w:ascii="Tahoma" w:hAnsi="Tahoma" w:cs="Tahoma"/>
          <w:rtl/>
        </w:rPr>
        <w:t xml:space="preserve"> پ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وند</w:t>
      </w:r>
      <w:r w:rsidRPr="00C9717E">
        <w:rPr>
          <w:rFonts w:ascii="Tahoma" w:hAnsi="Tahoma" w:cs="Tahoma"/>
          <w:rtl/>
        </w:rPr>
        <w:t xml:space="preserve"> با پ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وند</w:t>
      </w:r>
      <w:r w:rsidRPr="00C9717E">
        <w:rPr>
          <w:rFonts w:ascii="Tahoma" w:hAnsi="Tahoma" w:cs="Tahoma"/>
          <w:rtl/>
        </w:rPr>
        <w:t xml:space="preserve"> قزلباشان و شاه تفاوت داشت. قزلباشان خود را صاحبان پ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روز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و سازندگان تاج م</w:t>
      </w:r>
      <w:r w:rsidRPr="00C9717E">
        <w:rPr>
          <w:rFonts w:ascii="Tahoma" w:hAnsi="Tahoma" w:cs="Tahoma" w:hint="cs"/>
          <w:rtl/>
        </w:rPr>
        <w:t>ی‌</w:t>
      </w:r>
      <w:r w:rsidRPr="00C9717E">
        <w:rPr>
          <w:rFonts w:ascii="Tahoma" w:hAnsi="Tahoma" w:cs="Tahoma" w:hint="eastAsia"/>
          <w:rtl/>
        </w:rPr>
        <w:t>دانستند</w:t>
      </w:r>
      <w:r w:rsidRPr="00C9717E">
        <w:rPr>
          <w:rFonts w:ascii="Tahoma" w:hAnsi="Tahoma" w:cs="Tahoma"/>
          <w:rtl/>
        </w:rPr>
        <w:t>. ام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ران</w:t>
      </w:r>
      <w:r w:rsidRPr="00C9717E">
        <w:rPr>
          <w:rFonts w:ascii="Tahoma" w:hAnsi="Tahoma" w:cs="Tahoma"/>
          <w:rtl/>
        </w:rPr>
        <w:t xml:space="preserve"> آنان انتظار داشتند ولا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ت‌ها،</w:t>
      </w:r>
      <w:r w:rsidRPr="00C9717E">
        <w:rPr>
          <w:rFonts w:ascii="Tahoma" w:hAnsi="Tahoma" w:cs="Tahoma"/>
          <w:rtl/>
        </w:rPr>
        <w:t xml:space="preserve"> مقام‌ها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نظام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و سهم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از زم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ن</w:t>
      </w:r>
      <w:r w:rsidRPr="00C9717E">
        <w:rPr>
          <w:rFonts w:ascii="Tahoma" w:hAnsi="Tahoma" w:cs="Tahoma"/>
          <w:rtl/>
        </w:rPr>
        <w:t xml:space="preserve"> و درآمد را در اخت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ار</w:t>
      </w:r>
      <w:r w:rsidRPr="00C9717E">
        <w:rPr>
          <w:rFonts w:ascii="Tahoma" w:hAnsi="Tahoma" w:cs="Tahoma"/>
          <w:rtl/>
        </w:rPr>
        <w:t xml:space="preserve"> گ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رند</w:t>
      </w:r>
      <w:r w:rsidRPr="00C9717E">
        <w:rPr>
          <w:rFonts w:ascii="Tahoma" w:hAnsi="Tahoma" w:cs="Tahoma"/>
          <w:rtl/>
        </w:rPr>
        <w:t>. د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نکاران</w:t>
      </w:r>
      <w:r w:rsidRPr="00C9717E">
        <w:rPr>
          <w:rFonts w:ascii="Tahoma" w:hAnsi="Tahoma" w:cs="Tahoma"/>
          <w:rtl/>
        </w:rPr>
        <w:t xml:space="preserve"> ن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رو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نظام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مستقل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نداشتند، اما م</w:t>
      </w:r>
      <w:r w:rsidRPr="00C9717E">
        <w:rPr>
          <w:rFonts w:ascii="Tahoma" w:hAnsi="Tahoma" w:cs="Tahoma" w:hint="cs"/>
          <w:rtl/>
        </w:rPr>
        <w:t>ی‌</w:t>
      </w:r>
      <w:r w:rsidRPr="00C9717E">
        <w:rPr>
          <w:rFonts w:ascii="Tahoma" w:hAnsi="Tahoma" w:cs="Tahoma" w:hint="eastAsia"/>
          <w:rtl/>
        </w:rPr>
        <w:t>توانستند</w:t>
      </w:r>
      <w:r w:rsidRPr="00C9717E">
        <w:rPr>
          <w:rFonts w:ascii="Tahoma" w:hAnsi="Tahoma" w:cs="Tahoma"/>
          <w:rtl/>
        </w:rPr>
        <w:t xml:space="preserve"> به تاج زبان فقه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و حقان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ت</w:t>
      </w:r>
      <w:r w:rsidRPr="00C9717E">
        <w:rPr>
          <w:rFonts w:ascii="Tahoma" w:hAnsi="Tahoma" w:cs="Tahoma"/>
          <w:rtl/>
        </w:rPr>
        <w:t xml:space="preserve"> مذهب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بدهند. د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وان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ان</w:t>
      </w:r>
      <w:r w:rsidRPr="00C9717E">
        <w:rPr>
          <w:rFonts w:ascii="Tahoma" w:hAnsi="Tahoma" w:cs="Tahoma"/>
          <w:rtl/>
        </w:rPr>
        <w:t xml:space="preserve"> ن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ز</w:t>
      </w:r>
      <w:r w:rsidRPr="00C9717E">
        <w:rPr>
          <w:rFonts w:ascii="Tahoma" w:hAnsi="Tahoma" w:cs="Tahoma"/>
          <w:rtl/>
        </w:rPr>
        <w:t xml:space="preserve"> دانش ادارهٔ کشور را در اخت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ار</w:t>
      </w:r>
      <w:r w:rsidRPr="00C9717E">
        <w:rPr>
          <w:rFonts w:ascii="Tahoma" w:hAnsi="Tahoma" w:cs="Tahoma"/>
          <w:rtl/>
        </w:rPr>
        <w:t xml:space="preserve"> داشتند. شاه برا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حکومت به هر سه گروه ن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ازمند</w:t>
      </w:r>
      <w:r w:rsidRPr="00C9717E">
        <w:rPr>
          <w:rFonts w:ascii="Tahoma" w:hAnsi="Tahoma" w:cs="Tahoma"/>
          <w:rtl/>
        </w:rPr>
        <w:t xml:space="preserve"> بود، اما افزا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ش</w:t>
      </w:r>
      <w:r w:rsidRPr="00C9717E">
        <w:rPr>
          <w:rFonts w:ascii="Tahoma" w:hAnsi="Tahoma" w:cs="Tahoma"/>
          <w:rtl/>
        </w:rPr>
        <w:t xml:space="preserve"> قدرت هر 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ک</w:t>
      </w:r>
      <w:r w:rsidRPr="00C9717E">
        <w:rPr>
          <w:rFonts w:ascii="Tahoma" w:hAnsi="Tahoma" w:cs="Tahoma"/>
          <w:rtl/>
        </w:rPr>
        <w:t xml:space="preserve"> م</w:t>
      </w:r>
      <w:r w:rsidRPr="00C9717E">
        <w:rPr>
          <w:rFonts w:ascii="Tahoma" w:hAnsi="Tahoma" w:cs="Tahoma" w:hint="cs"/>
          <w:rtl/>
        </w:rPr>
        <w:t>ی‌</w:t>
      </w:r>
      <w:r w:rsidRPr="00C9717E">
        <w:rPr>
          <w:rFonts w:ascii="Tahoma" w:hAnsi="Tahoma" w:cs="Tahoma" w:hint="eastAsia"/>
          <w:rtl/>
        </w:rPr>
        <w:t>توانست</w:t>
      </w:r>
      <w:r w:rsidRPr="00C9717E">
        <w:rPr>
          <w:rFonts w:ascii="Tahoma" w:hAnsi="Tahoma" w:cs="Tahoma"/>
          <w:rtl/>
        </w:rPr>
        <w:t xml:space="preserve"> قدرت دو گروه د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گر</w:t>
      </w:r>
      <w:r w:rsidRPr="00C9717E">
        <w:rPr>
          <w:rFonts w:ascii="Tahoma" w:hAnsi="Tahoma" w:cs="Tahoma"/>
          <w:rtl/>
        </w:rPr>
        <w:t xml:space="preserve"> و سرانجام اخت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ار</w:t>
      </w:r>
      <w:r w:rsidRPr="00C9717E">
        <w:rPr>
          <w:rFonts w:ascii="Tahoma" w:hAnsi="Tahoma" w:cs="Tahoma"/>
          <w:rtl/>
        </w:rPr>
        <w:t xml:space="preserve"> خود شاه را محدود کند.</w:t>
      </w:r>
    </w:p>
    <w:p w:rsidR="00C9717E" w:rsidRPr="00C9717E" w:rsidRDefault="00C9717E" w:rsidP="00C9717E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C9717E">
        <w:rPr>
          <w:rFonts w:ascii="Tahoma" w:hAnsi="Tahoma" w:cs="Tahoma" w:hint="eastAsia"/>
          <w:rtl/>
        </w:rPr>
        <w:t>رسم</w:t>
      </w:r>
      <w:r w:rsidRPr="00C9717E">
        <w:rPr>
          <w:rFonts w:ascii="Tahoma" w:hAnsi="Tahoma" w:cs="Tahoma" w:hint="cs"/>
          <w:rtl/>
        </w:rPr>
        <w:t>ی‌</w:t>
      </w:r>
      <w:r w:rsidRPr="00C9717E">
        <w:rPr>
          <w:rFonts w:ascii="Tahoma" w:hAnsi="Tahoma" w:cs="Tahoma" w:hint="eastAsia"/>
          <w:rtl/>
        </w:rPr>
        <w:t>شدن</w:t>
      </w:r>
      <w:r w:rsidRPr="00C9717E">
        <w:rPr>
          <w:rFonts w:ascii="Tahoma" w:hAnsi="Tahoma" w:cs="Tahoma"/>
          <w:rtl/>
        </w:rPr>
        <w:t xml:space="preserve"> تش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ع</w:t>
      </w:r>
      <w:r w:rsidRPr="00C9717E">
        <w:rPr>
          <w:rFonts w:ascii="Tahoma" w:hAnsi="Tahoma" w:cs="Tahoma"/>
          <w:rtl/>
        </w:rPr>
        <w:t xml:space="preserve"> به حکومت صفو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ابزار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برا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کپارچگ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داد، ول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خود سرچشمهٔ تقس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م</w:t>
      </w:r>
      <w:r w:rsidRPr="00C9717E">
        <w:rPr>
          <w:rFonts w:ascii="Tahoma" w:hAnsi="Tahoma" w:cs="Tahoma"/>
          <w:rtl/>
        </w:rPr>
        <w:t xml:space="preserve"> تازه‌ا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شد. قزلباش م</w:t>
      </w:r>
      <w:r w:rsidRPr="00C9717E">
        <w:rPr>
          <w:rFonts w:ascii="Tahoma" w:hAnsi="Tahoma" w:cs="Tahoma" w:hint="cs"/>
          <w:rtl/>
        </w:rPr>
        <w:t>ی‌</w:t>
      </w:r>
      <w:r w:rsidRPr="00C9717E">
        <w:rPr>
          <w:rFonts w:ascii="Tahoma" w:hAnsi="Tahoma" w:cs="Tahoma" w:hint="eastAsia"/>
          <w:rtl/>
        </w:rPr>
        <w:t>توانست</w:t>
      </w:r>
      <w:r w:rsidRPr="00C9717E">
        <w:rPr>
          <w:rFonts w:ascii="Tahoma" w:hAnsi="Tahoma" w:cs="Tahoma"/>
          <w:rtl/>
        </w:rPr>
        <w:t xml:space="preserve"> بگو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د</w:t>
      </w:r>
      <w:r w:rsidRPr="00C9717E">
        <w:rPr>
          <w:rFonts w:ascii="Tahoma" w:hAnsi="Tahoma" w:cs="Tahoma"/>
          <w:rtl/>
        </w:rPr>
        <w:t xml:space="preserve"> ما با شمش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ر</w:t>
      </w:r>
      <w:r w:rsidRPr="00C9717E">
        <w:rPr>
          <w:rFonts w:ascii="Tahoma" w:hAnsi="Tahoma" w:cs="Tahoma"/>
          <w:rtl/>
        </w:rPr>
        <w:t xml:space="preserve"> 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ن</w:t>
      </w:r>
      <w:r w:rsidRPr="00C9717E">
        <w:rPr>
          <w:rFonts w:ascii="Tahoma" w:hAnsi="Tahoma" w:cs="Tahoma"/>
          <w:rtl/>
        </w:rPr>
        <w:t xml:space="preserve"> حکومت را ساخته‌ا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م</w:t>
      </w:r>
      <w:r w:rsidRPr="00C9717E">
        <w:rPr>
          <w:rFonts w:ascii="Tahoma" w:hAnsi="Tahoma" w:cs="Tahoma"/>
          <w:rtl/>
        </w:rPr>
        <w:t>. د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وانسالار</w:t>
      </w:r>
      <w:r w:rsidRPr="00C9717E">
        <w:rPr>
          <w:rFonts w:ascii="Tahoma" w:hAnsi="Tahoma" w:cs="Tahoma"/>
          <w:rtl/>
        </w:rPr>
        <w:t xml:space="preserve"> م</w:t>
      </w:r>
      <w:r w:rsidRPr="00C9717E">
        <w:rPr>
          <w:rFonts w:ascii="Tahoma" w:hAnsi="Tahoma" w:cs="Tahoma" w:hint="cs"/>
          <w:rtl/>
        </w:rPr>
        <w:t>ی‌</w:t>
      </w:r>
      <w:r w:rsidRPr="00C9717E">
        <w:rPr>
          <w:rFonts w:ascii="Tahoma" w:hAnsi="Tahoma" w:cs="Tahoma" w:hint="eastAsia"/>
          <w:rtl/>
        </w:rPr>
        <w:t>توانست</w:t>
      </w:r>
      <w:r w:rsidRPr="00C9717E">
        <w:rPr>
          <w:rFonts w:ascii="Tahoma" w:hAnsi="Tahoma" w:cs="Tahoma"/>
          <w:rtl/>
        </w:rPr>
        <w:t xml:space="preserve"> بگو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د</w:t>
      </w:r>
      <w:r w:rsidRPr="00C9717E">
        <w:rPr>
          <w:rFonts w:ascii="Tahoma" w:hAnsi="Tahoma" w:cs="Tahoma"/>
          <w:rtl/>
        </w:rPr>
        <w:t xml:space="preserve"> بدون دانش ما کشور اداره نم</w:t>
      </w:r>
      <w:r w:rsidRPr="00C9717E">
        <w:rPr>
          <w:rFonts w:ascii="Tahoma" w:hAnsi="Tahoma" w:cs="Tahoma" w:hint="cs"/>
          <w:rtl/>
        </w:rPr>
        <w:t>ی‌</w:t>
      </w:r>
      <w:r w:rsidRPr="00C9717E">
        <w:rPr>
          <w:rFonts w:ascii="Tahoma" w:hAnsi="Tahoma" w:cs="Tahoma" w:hint="eastAsia"/>
          <w:rtl/>
        </w:rPr>
        <w:t>شود</w:t>
      </w:r>
      <w:r w:rsidRPr="00C9717E">
        <w:rPr>
          <w:rFonts w:ascii="Tahoma" w:hAnsi="Tahoma" w:cs="Tahoma"/>
          <w:rtl/>
        </w:rPr>
        <w:t>. د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نکار</w:t>
      </w:r>
      <w:r w:rsidRPr="00C9717E">
        <w:rPr>
          <w:rFonts w:ascii="Tahoma" w:hAnsi="Tahoma" w:cs="Tahoma"/>
          <w:rtl/>
        </w:rPr>
        <w:t xml:space="preserve"> م</w:t>
      </w:r>
      <w:r w:rsidRPr="00C9717E">
        <w:rPr>
          <w:rFonts w:ascii="Tahoma" w:hAnsi="Tahoma" w:cs="Tahoma" w:hint="cs"/>
          <w:rtl/>
        </w:rPr>
        <w:t>ی‌</w:t>
      </w:r>
      <w:r w:rsidRPr="00C9717E">
        <w:rPr>
          <w:rFonts w:ascii="Tahoma" w:hAnsi="Tahoma" w:cs="Tahoma" w:hint="eastAsia"/>
          <w:rtl/>
        </w:rPr>
        <w:t>توانست</w:t>
      </w:r>
      <w:r w:rsidRPr="00C9717E">
        <w:rPr>
          <w:rFonts w:ascii="Tahoma" w:hAnsi="Tahoma" w:cs="Tahoma"/>
          <w:rtl/>
        </w:rPr>
        <w:t xml:space="preserve"> بگو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د</w:t>
      </w:r>
      <w:r w:rsidRPr="00C9717E">
        <w:rPr>
          <w:rFonts w:ascii="Tahoma" w:hAnsi="Tahoma" w:cs="Tahoma"/>
          <w:rtl/>
        </w:rPr>
        <w:t xml:space="preserve"> بدون شناخت ما از شر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عت،</w:t>
      </w:r>
      <w:r w:rsidRPr="00C9717E">
        <w:rPr>
          <w:rFonts w:ascii="Tahoma" w:hAnsi="Tahoma" w:cs="Tahoma"/>
          <w:rtl/>
        </w:rPr>
        <w:t xml:space="preserve"> مذ</w:t>
      </w:r>
      <w:r w:rsidRPr="00C9717E">
        <w:rPr>
          <w:rFonts w:ascii="Tahoma" w:hAnsi="Tahoma" w:cs="Tahoma" w:hint="eastAsia"/>
          <w:rtl/>
        </w:rPr>
        <w:t>هب</w:t>
      </w:r>
      <w:r w:rsidRPr="00C9717E">
        <w:rPr>
          <w:rFonts w:ascii="Tahoma" w:hAnsi="Tahoma" w:cs="Tahoma"/>
          <w:rtl/>
        </w:rPr>
        <w:t xml:space="preserve"> رسم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معنا و قاعده‌ا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ندارد. شاه ناچار بود 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ن</w:t>
      </w:r>
      <w:r w:rsidRPr="00C9717E">
        <w:rPr>
          <w:rFonts w:ascii="Tahoma" w:hAnsi="Tahoma" w:cs="Tahoma"/>
          <w:rtl/>
        </w:rPr>
        <w:t xml:space="preserve"> سه ادعا را در کنار 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کد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گر</w:t>
      </w:r>
      <w:r w:rsidRPr="00C9717E">
        <w:rPr>
          <w:rFonts w:ascii="Tahoma" w:hAnsi="Tahoma" w:cs="Tahoma"/>
          <w:rtl/>
        </w:rPr>
        <w:t xml:space="preserve"> نگاه دارد و نگذارد ه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چ‌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ک</w:t>
      </w:r>
      <w:r w:rsidRPr="00C9717E">
        <w:rPr>
          <w:rFonts w:ascii="Tahoma" w:hAnsi="Tahoma" w:cs="Tahoma"/>
          <w:rtl/>
        </w:rPr>
        <w:t xml:space="preserve"> به اندازه‌ا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ن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رومند</w:t>
      </w:r>
      <w:r w:rsidRPr="00C9717E">
        <w:rPr>
          <w:rFonts w:ascii="Tahoma" w:hAnsi="Tahoma" w:cs="Tahoma"/>
          <w:rtl/>
        </w:rPr>
        <w:t xml:space="preserve"> شود که تاج را تابع خود سازد.</w:t>
      </w:r>
    </w:p>
    <w:p w:rsidR="00C9717E" w:rsidRPr="00C9717E" w:rsidRDefault="00C9717E" w:rsidP="00C9717E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C9717E">
        <w:rPr>
          <w:rFonts w:ascii="Tahoma" w:hAnsi="Tahoma" w:cs="Tahoma" w:hint="eastAsia"/>
          <w:rtl/>
        </w:rPr>
        <w:t>شاه</w:t>
      </w:r>
      <w:r w:rsidRPr="00C9717E">
        <w:rPr>
          <w:rFonts w:ascii="Tahoma" w:hAnsi="Tahoma" w:cs="Tahoma"/>
          <w:rtl/>
        </w:rPr>
        <w:t xml:space="preserve"> اسماع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ل</w:t>
      </w:r>
      <w:r w:rsidRPr="00C9717E">
        <w:rPr>
          <w:rFonts w:ascii="Tahoma" w:hAnsi="Tahoma" w:cs="Tahoma"/>
          <w:rtl/>
        </w:rPr>
        <w:t xml:space="preserve"> در آغاز سلطنت هنوز از چنان جذبه و اقتدار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در م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ان</w:t>
      </w:r>
      <w:r w:rsidRPr="00C9717E">
        <w:rPr>
          <w:rFonts w:ascii="Tahoma" w:hAnsi="Tahoma" w:cs="Tahoma"/>
          <w:rtl/>
        </w:rPr>
        <w:t xml:space="preserve"> قزلباشان برخوردار بود که م</w:t>
      </w:r>
      <w:r w:rsidRPr="00C9717E">
        <w:rPr>
          <w:rFonts w:ascii="Tahoma" w:hAnsi="Tahoma" w:cs="Tahoma" w:hint="cs"/>
          <w:rtl/>
        </w:rPr>
        <w:t>ی‌</w:t>
      </w:r>
      <w:r w:rsidRPr="00C9717E">
        <w:rPr>
          <w:rFonts w:ascii="Tahoma" w:hAnsi="Tahoma" w:cs="Tahoma" w:hint="eastAsia"/>
          <w:rtl/>
        </w:rPr>
        <w:t>توانست</w:t>
      </w:r>
      <w:r w:rsidRPr="00C9717E">
        <w:rPr>
          <w:rFonts w:ascii="Tahoma" w:hAnsi="Tahoma" w:cs="Tahoma"/>
          <w:rtl/>
        </w:rPr>
        <w:t xml:space="preserve"> خود را بر فراز 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ن</w:t>
      </w:r>
      <w:r w:rsidRPr="00C9717E">
        <w:rPr>
          <w:rFonts w:ascii="Tahoma" w:hAnsi="Tahoma" w:cs="Tahoma"/>
          <w:rtl/>
        </w:rPr>
        <w:t xml:space="preserve"> ن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روها</w:t>
      </w:r>
      <w:r w:rsidRPr="00C9717E">
        <w:rPr>
          <w:rFonts w:ascii="Tahoma" w:hAnsi="Tahoma" w:cs="Tahoma"/>
          <w:rtl/>
        </w:rPr>
        <w:t xml:space="preserve"> نگاه دارد. اما حکومت او هنوز همهٔ 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ران</w:t>
      </w:r>
      <w:r w:rsidRPr="00C9717E">
        <w:rPr>
          <w:rFonts w:ascii="Tahoma" w:hAnsi="Tahoma" w:cs="Tahoma"/>
          <w:rtl/>
        </w:rPr>
        <w:t xml:space="preserve"> را در اخت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ار</w:t>
      </w:r>
      <w:r w:rsidRPr="00C9717E">
        <w:rPr>
          <w:rFonts w:ascii="Tahoma" w:hAnsi="Tahoma" w:cs="Tahoma"/>
          <w:rtl/>
        </w:rPr>
        <w:t xml:space="preserve"> نداشت. بخش‌ها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مختلف کشور ز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ر</w:t>
      </w:r>
      <w:r w:rsidRPr="00C9717E">
        <w:rPr>
          <w:rFonts w:ascii="Tahoma" w:hAnsi="Tahoma" w:cs="Tahoma"/>
          <w:rtl/>
        </w:rPr>
        <w:t xml:space="preserve"> فرمان مدع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ان</w:t>
      </w:r>
      <w:r w:rsidRPr="00C9717E">
        <w:rPr>
          <w:rFonts w:ascii="Tahoma" w:hAnsi="Tahoma" w:cs="Tahoma"/>
          <w:rtl/>
        </w:rPr>
        <w:t xml:space="preserve"> آق‌قو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ونلو،</w:t>
      </w:r>
      <w:r w:rsidRPr="00C9717E">
        <w:rPr>
          <w:rFonts w:ascii="Tahoma" w:hAnsi="Tahoma" w:cs="Tahoma"/>
          <w:rtl/>
        </w:rPr>
        <w:t xml:space="preserve"> حکومت‌ها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محل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و ن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روها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</w:t>
      </w:r>
      <w:r w:rsidRPr="00C9717E">
        <w:rPr>
          <w:rFonts w:ascii="Tahoma" w:hAnsi="Tahoma" w:cs="Tahoma" w:hint="eastAsia"/>
          <w:rtl/>
        </w:rPr>
        <w:t>رق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ب</w:t>
      </w:r>
      <w:r w:rsidRPr="00C9717E">
        <w:rPr>
          <w:rFonts w:ascii="Tahoma" w:hAnsi="Tahoma" w:cs="Tahoma"/>
          <w:rtl/>
        </w:rPr>
        <w:t xml:space="preserve"> قرار داشتند. رسم</w:t>
      </w:r>
      <w:r w:rsidRPr="00C9717E">
        <w:rPr>
          <w:rFonts w:ascii="Tahoma" w:hAnsi="Tahoma" w:cs="Tahoma" w:hint="cs"/>
          <w:rtl/>
        </w:rPr>
        <w:t>ی‌</w:t>
      </w:r>
      <w:r w:rsidRPr="00C9717E">
        <w:rPr>
          <w:rFonts w:ascii="Tahoma" w:hAnsi="Tahoma" w:cs="Tahoma" w:hint="eastAsia"/>
          <w:rtl/>
        </w:rPr>
        <w:t>کردن</w:t>
      </w:r>
      <w:r w:rsidRPr="00C9717E">
        <w:rPr>
          <w:rFonts w:ascii="Tahoma" w:hAnsi="Tahoma" w:cs="Tahoma"/>
          <w:rtl/>
        </w:rPr>
        <w:t xml:space="preserve"> مذهب در تبر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ز</w:t>
      </w:r>
      <w:r w:rsidRPr="00C9717E">
        <w:rPr>
          <w:rFonts w:ascii="Tahoma" w:hAnsi="Tahoma" w:cs="Tahoma"/>
          <w:rtl/>
        </w:rPr>
        <w:t xml:space="preserve"> فقط آغاز کار بود. حکومت با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د</w:t>
      </w:r>
      <w:r w:rsidRPr="00C9717E">
        <w:rPr>
          <w:rFonts w:ascii="Tahoma" w:hAnsi="Tahoma" w:cs="Tahoma"/>
          <w:rtl/>
        </w:rPr>
        <w:t xml:space="preserve"> هم قلمرو خود را گسترش م</w:t>
      </w:r>
      <w:r w:rsidRPr="00C9717E">
        <w:rPr>
          <w:rFonts w:ascii="Tahoma" w:hAnsi="Tahoma" w:cs="Tahoma" w:hint="cs"/>
          <w:rtl/>
        </w:rPr>
        <w:t>ی‌</w:t>
      </w:r>
      <w:r w:rsidRPr="00C9717E">
        <w:rPr>
          <w:rFonts w:ascii="Tahoma" w:hAnsi="Tahoma" w:cs="Tahoma" w:hint="eastAsia"/>
          <w:rtl/>
        </w:rPr>
        <w:t>داد</w:t>
      </w:r>
      <w:r w:rsidRPr="00C9717E">
        <w:rPr>
          <w:rFonts w:ascii="Tahoma" w:hAnsi="Tahoma" w:cs="Tahoma"/>
          <w:rtl/>
        </w:rPr>
        <w:t xml:space="preserve"> و هم در سرزم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ن‌ها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تازه‌گشوده‌شده دستگاه مذهب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و ادار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برپا م</w:t>
      </w:r>
      <w:r w:rsidRPr="00C9717E">
        <w:rPr>
          <w:rFonts w:ascii="Tahoma" w:hAnsi="Tahoma" w:cs="Tahoma" w:hint="cs"/>
          <w:rtl/>
        </w:rPr>
        <w:t>ی‌</w:t>
      </w:r>
      <w:r w:rsidRPr="00C9717E">
        <w:rPr>
          <w:rFonts w:ascii="Tahoma" w:hAnsi="Tahoma" w:cs="Tahoma" w:hint="eastAsia"/>
          <w:rtl/>
        </w:rPr>
        <w:t>کرد</w:t>
      </w:r>
      <w:r w:rsidRPr="00C9717E">
        <w:rPr>
          <w:rFonts w:ascii="Tahoma" w:hAnsi="Tahoma" w:cs="Tahoma"/>
          <w:rtl/>
        </w:rPr>
        <w:t>.</w:t>
      </w:r>
    </w:p>
    <w:p w:rsidR="00C9717E" w:rsidRPr="00C9717E" w:rsidRDefault="00C9717E" w:rsidP="00C9717E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C9717E">
        <w:rPr>
          <w:rFonts w:ascii="Tahoma" w:hAnsi="Tahoma" w:cs="Tahoma" w:hint="eastAsia"/>
          <w:rtl/>
        </w:rPr>
        <w:t>با</w:t>
      </w:r>
      <w:r w:rsidRPr="00C9717E">
        <w:rPr>
          <w:rFonts w:ascii="Tahoma" w:hAnsi="Tahoma" w:cs="Tahoma"/>
          <w:rtl/>
        </w:rPr>
        <w:t xml:space="preserve"> گسترش فتوحات، کمبود د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نکاران</w:t>
      </w:r>
      <w:r w:rsidRPr="00C9717E">
        <w:rPr>
          <w:rFonts w:ascii="Tahoma" w:hAnsi="Tahoma" w:cs="Tahoma"/>
          <w:rtl/>
        </w:rPr>
        <w:t xml:space="preserve"> ش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عه</w:t>
      </w:r>
      <w:r w:rsidRPr="00C9717E">
        <w:rPr>
          <w:rFonts w:ascii="Tahoma" w:hAnsi="Tahoma" w:cs="Tahoma"/>
          <w:rtl/>
        </w:rPr>
        <w:t xml:space="preserve"> آشکارتر شد. هر شهر به قاض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،</w:t>
      </w:r>
      <w:r w:rsidRPr="00C9717E">
        <w:rPr>
          <w:rFonts w:ascii="Tahoma" w:hAnsi="Tahoma" w:cs="Tahoma"/>
          <w:rtl/>
        </w:rPr>
        <w:t xml:space="preserve"> مدرس، امام جماعت و کارگزاران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ن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از</w:t>
      </w:r>
      <w:r w:rsidRPr="00C9717E">
        <w:rPr>
          <w:rFonts w:ascii="Tahoma" w:hAnsi="Tahoma" w:cs="Tahoma"/>
          <w:rtl/>
        </w:rPr>
        <w:t xml:space="preserve"> داشت که مذهب رسم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را بشناسند. حکومت نم</w:t>
      </w:r>
      <w:r w:rsidRPr="00C9717E">
        <w:rPr>
          <w:rFonts w:ascii="Tahoma" w:hAnsi="Tahoma" w:cs="Tahoma" w:hint="cs"/>
          <w:rtl/>
        </w:rPr>
        <w:t>ی‌</w:t>
      </w:r>
      <w:r w:rsidRPr="00C9717E">
        <w:rPr>
          <w:rFonts w:ascii="Tahoma" w:hAnsi="Tahoma" w:cs="Tahoma" w:hint="eastAsia"/>
          <w:rtl/>
        </w:rPr>
        <w:t>توانست</w:t>
      </w:r>
      <w:r w:rsidRPr="00C9717E">
        <w:rPr>
          <w:rFonts w:ascii="Tahoma" w:hAnsi="Tahoma" w:cs="Tahoma"/>
          <w:rtl/>
        </w:rPr>
        <w:t xml:space="preserve"> همهٔ 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ن</w:t>
      </w:r>
      <w:r w:rsidRPr="00C9717E">
        <w:rPr>
          <w:rFonts w:ascii="Tahoma" w:hAnsi="Tahoma" w:cs="Tahoma"/>
          <w:rtl/>
        </w:rPr>
        <w:t xml:space="preserve"> افراد را فقط از م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ان</w:t>
      </w:r>
      <w:r w:rsidRPr="00C9717E">
        <w:rPr>
          <w:rFonts w:ascii="Tahoma" w:hAnsi="Tahoma" w:cs="Tahoma"/>
          <w:rtl/>
        </w:rPr>
        <w:t xml:space="preserve"> مر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دان</w:t>
      </w:r>
      <w:r w:rsidRPr="00C9717E">
        <w:rPr>
          <w:rFonts w:ascii="Tahoma" w:hAnsi="Tahoma" w:cs="Tahoma"/>
          <w:rtl/>
        </w:rPr>
        <w:t xml:space="preserve"> صفو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ا</w:t>
      </w:r>
      <w:r w:rsidRPr="00C9717E">
        <w:rPr>
          <w:rFonts w:ascii="Tahoma" w:hAnsi="Tahoma" w:cs="Tahoma"/>
          <w:rtl/>
        </w:rPr>
        <w:t xml:space="preserve"> د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نکاران</w:t>
      </w:r>
      <w:r w:rsidRPr="00C9717E">
        <w:rPr>
          <w:rFonts w:ascii="Tahoma" w:hAnsi="Tahoma" w:cs="Tahoma"/>
          <w:rtl/>
        </w:rPr>
        <w:t xml:space="preserve"> محدود موجود در 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ران</w:t>
      </w:r>
      <w:r w:rsidRPr="00C9717E">
        <w:rPr>
          <w:rFonts w:ascii="Tahoma" w:hAnsi="Tahoma" w:cs="Tahoma"/>
          <w:rtl/>
        </w:rPr>
        <w:t xml:space="preserve"> برگز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ند</w:t>
      </w:r>
      <w:r w:rsidRPr="00C9717E">
        <w:rPr>
          <w:rFonts w:ascii="Tahoma" w:hAnsi="Tahoma" w:cs="Tahoma"/>
          <w:rtl/>
        </w:rPr>
        <w:t>. از هم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ن</w:t>
      </w:r>
      <w:r w:rsidRPr="00C9717E">
        <w:rPr>
          <w:rFonts w:ascii="Tahoma" w:hAnsi="Tahoma" w:cs="Tahoma"/>
          <w:rtl/>
        </w:rPr>
        <w:t xml:space="preserve"> رو، نگاه تاج به ب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رون</w:t>
      </w:r>
      <w:r w:rsidRPr="00C9717E">
        <w:rPr>
          <w:rFonts w:ascii="Tahoma" w:hAnsi="Tahoma" w:cs="Tahoma"/>
          <w:rtl/>
        </w:rPr>
        <w:t xml:space="preserve"> از مرزها، به مراکز قد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م</w:t>
      </w:r>
      <w:r w:rsidRPr="00C9717E">
        <w:rPr>
          <w:rFonts w:ascii="Tahoma" w:hAnsi="Tahoma" w:cs="Tahoma" w:hint="cs"/>
          <w:rtl/>
        </w:rPr>
        <w:t>ی‌</w:t>
      </w:r>
      <w:r w:rsidRPr="00C9717E">
        <w:rPr>
          <w:rFonts w:ascii="Tahoma" w:hAnsi="Tahoma" w:cs="Tahoma" w:hint="eastAsia"/>
          <w:rtl/>
        </w:rPr>
        <w:t>تر</w:t>
      </w:r>
      <w:r w:rsidRPr="00C9717E">
        <w:rPr>
          <w:rFonts w:ascii="Tahoma" w:hAnsi="Tahoma" w:cs="Tahoma"/>
          <w:rtl/>
        </w:rPr>
        <w:t xml:space="preserve"> تش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ع</w:t>
      </w:r>
      <w:r w:rsidRPr="00C9717E">
        <w:rPr>
          <w:rFonts w:ascii="Tahoma" w:hAnsi="Tahoma" w:cs="Tahoma"/>
          <w:rtl/>
        </w:rPr>
        <w:t xml:space="preserve"> دوازده‌امام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در جبل عامل، بحر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ن،</w:t>
      </w:r>
      <w:r w:rsidRPr="00C9717E">
        <w:rPr>
          <w:rFonts w:ascii="Tahoma" w:hAnsi="Tahoma" w:cs="Tahoma"/>
          <w:rtl/>
        </w:rPr>
        <w:t xml:space="preserve"> عراق و د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گر</w:t>
      </w:r>
      <w:r w:rsidRPr="00C9717E">
        <w:rPr>
          <w:rFonts w:ascii="Tahoma" w:hAnsi="Tahoma" w:cs="Tahoma"/>
          <w:rtl/>
        </w:rPr>
        <w:t xml:space="preserve"> مناطق دوخته شد.</w:t>
      </w:r>
    </w:p>
    <w:p w:rsidR="00C9717E" w:rsidRPr="00C9717E" w:rsidRDefault="00C9717E" w:rsidP="00C9717E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C9717E">
        <w:rPr>
          <w:rFonts w:ascii="Tahoma" w:hAnsi="Tahoma" w:cs="Tahoma" w:hint="eastAsia"/>
          <w:rtl/>
        </w:rPr>
        <w:t>دعوت</w:t>
      </w:r>
      <w:r w:rsidRPr="00C9717E">
        <w:rPr>
          <w:rFonts w:ascii="Tahoma" w:hAnsi="Tahoma" w:cs="Tahoma"/>
          <w:rtl/>
        </w:rPr>
        <w:t xml:space="preserve"> و مهاجرت د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نکاران</w:t>
      </w:r>
      <w:r w:rsidRPr="00C9717E">
        <w:rPr>
          <w:rFonts w:ascii="Tahoma" w:hAnsi="Tahoma" w:cs="Tahoma"/>
          <w:rtl/>
        </w:rPr>
        <w:t xml:space="preserve"> ش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عه</w:t>
      </w:r>
      <w:r w:rsidRPr="00C9717E">
        <w:rPr>
          <w:rFonts w:ascii="Tahoma" w:hAnsi="Tahoma" w:cs="Tahoma"/>
          <w:rtl/>
        </w:rPr>
        <w:t xml:space="preserve"> به 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ران،</w:t>
      </w:r>
      <w:r w:rsidRPr="00C9717E">
        <w:rPr>
          <w:rFonts w:ascii="Tahoma" w:hAnsi="Tahoma" w:cs="Tahoma"/>
          <w:rtl/>
        </w:rPr>
        <w:t xml:space="preserve"> رسم</w:t>
      </w:r>
      <w:r w:rsidRPr="00C9717E">
        <w:rPr>
          <w:rFonts w:ascii="Tahoma" w:hAnsi="Tahoma" w:cs="Tahoma" w:hint="cs"/>
          <w:rtl/>
        </w:rPr>
        <w:t>ی‌</w:t>
      </w:r>
      <w:r w:rsidRPr="00C9717E">
        <w:rPr>
          <w:rFonts w:ascii="Tahoma" w:hAnsi="Tahoma" w:cs="Tahoma" w:hint="eastAsia"/>
          <w:rtl/>
        </w:rPr>
        <w:t>شدن</w:t>
      </w:r>
      <w:r w:rsidRPr="00C9717E">
        <w:rPr>
          <w:rFonts w:ascii="Tahoma" w:hAnsi="Tahoma" w:cs="Tahoma"/>
          <w:rtl/>
        </w:rPr>
        <w:t xml:space="preserve"> تش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ع</w:t>
      </w:r>
      <w:r w:rsidRPr="00C9717E">
        <w:rPr>
          <w:rFonts w:ascii="Tahoma" w:hAnsi="Tahoma" w:cs="Tahoma"/>
          <w:rtl/>
        </w:rPr>
        <w:t xml:space="preserve"> را وارد مرحله‌ا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تازه کرد. تا 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ن</w:t>
      </w:r>
      <w:r w:rsidRPr="00C9717E">
        <w:rPr>
          <w:rFonts w:ascii="Tahoma" w:hAnsi="Tahoma" w:cs="Tahoma"/>
          <w:rtl/>
        </w:rPr>
        <w:t xml:space="preserve"> هنگام، قشون قزلباش فرمان شاه را بر جامعه تحم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ل</w:t>
      </w:r>
      <w:r w:rsidRPr="00C9717E">
        <w:rPr>
          <w:rFonts w:ascii="Tahoma" w:hAnsi="Tahoma" w:cs="Tahoma"/>
          <w:rtl/>
        </w:rPr>
        <w:t xml:space="preserve"> م</w:t>
      </w:r>
      <w:r w:rsidRPr="00C9717E">
        <w:rPr>
          <w:rFonts w:ascii="Tahoma" w:hAnsi="Tahoma" w:cs="Tahoma" w:hint="cs"/>
          <w:rtl/>
        </w:rPr>
        <w:t>ی‌</w:t>
      </w:r>
      <w:r w:rsidRPr="00C9717E">
        <w:rPr>
          <w:rFonts w:ascii="Tahoma" w:hAnsi="Tahoma" w:cs="Tahoma" w:hint="eastAsia"/>
          <w:rtl/>
        </w:rPr>
        <w:t>کرد</w:t>
      </w:r>
      <w:r w:rsidRPr="00C9717E">
        <w:rPr>
          <w:rFonts w:ascii="Tahoma" w:hAnsi="Tahoma" w:cs="Tahoma"/>
          <w:rtl/>
        </w:rPr>
        <w:t>. از 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ن</w:t>
      </w:r>
      <w:r w:rsidRPr="00C9717E">
        <w:rPr>
          <w:rFonts w:ascii="Tahoma" w:hAnsi="Tahoma" w:cs="Tahoma"/>
          <w:rtl/>
        </w:rPr>
        <w:t xml:space="preserve"> پس، گروه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از فق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هان</w:t>
      </w:r>
      <w:r w:rsidRPr="00C9717E">
        <w:rPr>
          <w:rFonts w:ascii="Tahoma" w:hAnsi="Tahoma" w:cs="Tahoma"/>
          <w:rtl/>
        </w:rPr>
        <w:t xml:space="preserve"> با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د</w:t>
      </w:r>
      <w:r w:rsidRPr="00C9717E">
        <w:rPr>
          <w:rFonts w:ascii="Tahoma" w:hAnsi="Tahoma" w:cs="Tahoma"/>
          <w:rtl/>
        </w:rPr>
        <w:t xml:space="preserve"> به آن فرمان محتوا، قاعده و سازمان م</w:t>
      </w:r>
      <w:r w:rsidRPr="00C9717E">
        <w:rPr>
          <w:rFonts w:ascii="Tahoma" w:hAnsi="Tahoma" w:cs="Tahoma" w:hint="cs"/>
          <w:rtl/>
        </w:rPr>
        <w:t>ی‌</w:t>
      </w:r>
      <w:r w:rsidRPr="00C9717E">
        <w:rPr>
          <w:rFonts w:ascii="Tahoma" w:hAnsi="Tahoma" w:cs="Tahoma" w:hint="eastAsia"/>
          <w:rtl/>
        </w:rPr>
        <w:t>دادند</w:t>
      </w:r>
      <w:r w:rsidRPr="00C9717E">
        <w:rPr>
          <w:rFonts w:ascii="Tahoma" w:hAnsi="Tahoma" w:cs="Tahoma"/>
          <w:rtl/>
        </w:rPr>
        <w:t>. آنان به 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ران</w:t>
      </w:r>
      <w:r w:rsidRPr="00C9717E">
        <w:rPr>
          <w:rFonts w:ascii="Tahoma" w:hAnsi="Tahoma" w:cs="Tahoma"/>
          <w:rtl/>
        </w:rPr>
        <w:t xml:space="preserve"> م</w:t>
      </w:r>
      <w:r w:rsidRPr="00C9717E">
        <w:rPr>
          <w:rFonts w:ascii="Tahoma" w:hAnsi="Tahoma" w:cs="Tahoma" w:hint="cs"/>
          <w:rtl/>
        </w:rPr>
        <w:t>ی‌</w:t>
      </w:r>
      <w:r w:rsidRPr="00C9717E">
        <w:rPr>
          <w:rFonts w:ascii="Tahoma" w:hAnsi="Tahoma" w:cs="Tahoma" w:hint="eastAsia"/>
          <w:rtl/>
        </w:rPr>
        <w:t>آمدند</w:t>
      </w:r>
      <w:r w:rsidRPr="00C9717E">
        <w:rPr>
          <w:rFonts w:ascii="Tahoma" w:hAnsi="Tahoma" w:cs="Tahoma"/>
          <w:rtl/>
        </w:rPr>
        <w:t xml:space="preserve"> تا به حکومت خدمت کنند، اما دانش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با خود م</w:t>
      </w:r>
      <w:r w:rsidRPr="00C9717E">
        <w:rPr>
          <w:rFonts w:ascii="Tahoma" w:hAnsi="Tahoma" w:cs="Tahoma" w:hint="cs"/>
          <w:rtl/>
        </w:rPr>
        <w:t>ی‌</w:t>
      </w:r>
      <w:r w:rsidRPr="00C9717E">
        <w:rPr>
          <w:rFonts w:ascii="Tahoma" w:hAnsi="Tahoma" w:cs="Tahoma" w:hint="eastAsia"/>
          <w:rtl/>
        </w:rPr>
        <w:t>آوردند</w:t>
      </w:r>
      <w:r w:rsidRPr="00C9717E">
        <w:rPr>
          <w:rFonts w:ascii="Tahoma" w:hAnsi="Tahoma" w:cs="Tahoma"/>
          <w:rtl/>
        </w:rPr>
        <w:t xml:space="preserve"> که شاه نم</w:t>
      </w:r>
      <w:r w:rsidRPr="00C9717E">
        <w:rPr>
          <w:rFonts w:ascii="Tahoma" w:hAnsi="Tahoma" w:cs="Tahoma" w:hint="cs"/>
          <w:rtl/>
        </w:rPr>
        <w:t>ی‌</w:t>
      </w:r>
      <w:r w:rsidRPr="00C9717E">
        <w:rPr>
          <w:rFonts w:ascii="Tahoma" w:hAnsi="Tahoma" w:cs="Tahoma" w:hint="eastAsia"/>
          <w:rtl/>
        </w:rPr>
        <w:t>توانست</w:t>
      </w:r>
      <w:r w:rsidRPr="00C9717E">
        <w:rPr>
          <w:rFonts w:ascii="Tahoma" w:hAnsi="Tahoma" w:cs="Tahoma"/>
          <w:rtl/>
        </w:rPr>
        <w:t xml:space="preserve"> آن را فقط با فرمان خود پد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د</w:t>
      </w:r>
      <w:r w:rsidRPr="00C9717E">
        <w:rPr>
          <w:rFonts w:ascii="Tahoma" w:hAnsi="Tahoma" w:cs="Tahoma"/>
          <w:rtl/>
        </w:rPr>
        <w:t xml:space="preserve"> آورد.</w:t>
      </w:r>
    </w:p>
    <w:p w:rsidR="00B35040" w:rsidRDefault="00C9717E" w:rsidP="00C9717E">
      <w:pPr>
        <w:bidi/>
        <w:spacing w:after="0" w:line="360" w:lineRule="auto"/>
        <w:ind w:firstLine="720"/>
        <w:jc w:val="both"/>
        <w:rPr>
          <w:rFonts w:ascii="Tahoma" w:hAnsi="Tahoma" w:cs="Tahoma"/>
          <w:rtl/>
        </w:rPr>
      </w:pPr>
      <w:r w:rsidRPr="00C9717E">
        <w:rPr>
          <w:rFonts w:ascii="Tahoma" w:hAnsi="Tahoma" w:cs="Tahoma" w:hint="eastAsia"/>
          <w:rtl/>
        </w:rPr>
        <w:t>بد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ن‌سان،</w:t>
      </w:r>
      <w:r w:rsidRPr="00C9717E">
        <w:rPr>
          <w:rFonts w:ascii="Tahoma" w:hAnsi="Tahoma" w:cs="Tahoma"/>
          <w:rtl/>
        </w:rPr>
        <w:t xml:space="preserve"> رسم</w:t>
      </w:r>
      <w:r w:rsidRPr="00C9717E">
        <w:rPr>
          <w:rFonts w:ascii="Tahoma" w:hAnsi="Tahoma" w:cs="Tahoma" w:hint="cs"/>
          <w:rtl/>
        </w:rPr>
        <w:t>ی‌</w:t>
      </w:r>
      <w:r w:rsidRPr="00C9717E">
        <w:rPr>
          <w:rFonts w:ascii="Tahoma" w:hAnsi="Tahoma" w:cs="Tahoma" w:hint="eastAsia"/>
          <w:rtl/>
        </w:rPr>
        <w:t>شدن</w:t>
      </w:r>
      <w:r w:rsidRPr="00C9717E">
        <w:rPr>
          <w:rFonts w:ascii="Tahoma" w:hAnsi="Tahoma" w:cs="Tahoma"/>
          <w:rtl/>
        </w:rPr>
        <w:t xml:space="preserve"> تش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ع</w:t>
      </w:r>
      <w:r w:rsidRPr="00C9717E">
        <w:rPr>
          <w:rFonts w:ascii="Tahoma" w:hAnsi="Tahoma" w:cs="Tahoma"/>
          <w:rtl/>
        </w:rPr>
        <w:t xml:space="preserve"> دوازده‌امام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فقط 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ران</w:t>
      </w:r>
      <w:r w:rsidRPr="00C9717E">
        <w:rPr>
          <w:rFonts w:ascii="Tahoma" w:hAnsi="Tahoma" w:cs="Tahoma"/>
          <w:rtl/>
        </w:rPr>
        <w:t xml:space="preserve"> را از نظر مذهب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دگرگون نکرد. 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ن</w:t>
      </w:r>
      <w:r w:rsidRPr="00C9717E">
        <w:rPr>
          <w:rFonts w:ascii="Tahoma" w:hAnsi="Tahoma" w:cs="Tahoma"/>
          <w:rtl/>
        </w:rPr>
        <w:t xml:space="preserve"> تصم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م</w:t>
      </w:r>
      <w:r w:rsidRPr="00C9717E">
        <w:rPr>
          <w:rFonts w:ascii="Tahoma" w:hAnsi="Tahoma" w:cs="Tahoma"/>
          <w:rtl/>
        </w:rPr>
        <w:t xml:space="preserve"> گروه تازه‌ا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را در ساختمان کشوردار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جا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داد که در آ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نده</w:t>
      </w:r>
      <w:r w:rsidRPr="00C9717E">
        <w:rPr>
          <w:rFonts w:ascii="Tahoma" w:hAnsi="Tahoma" w:cs="Tahoma"/>
          <w:rtl/>
        </w:rPr>
        <w:t xml:space="preserve"> م</w:t>
      </w:r>
      <w:r w:rsidRPr="00C9717E">
        <w:rPr>
          <w:rFonts w:ascii="Tahoma" w:hAnsi="Tahoma" w:cs="Tahoma" w:hint="cs"/>
          <w:rtl/>
        </w:rPr>
        <w:t>ی‌</w:t>
      </w:r>
      <w:r w:rsidRPr="00C9717E">
        <w:rPr>
          <w:rFonts w:ascii="Tahoma" w:hAnsi="Tahoma" w:cs="Tahoma" w:hint="eastAsia"/>
          <w:rtl/>
        </w:rPr>
        <w:t>توانست</w:t>
      </w:r>
      <w:r w:rsidRPr="00C9717E">
        <w:rPr>
          <w:rFonts w:ascii="Tahoma" w:hAnsi="Tahoma" w:cs="Tahoma"/>
          <w:rtl/>
        </w:rPr>
        <w:t xml:space="preserve"> از خدمتگزار تاج به شر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ک</w:t>
      </w:r>
      <w:r w:rsidRPr="00C9717E">
        <w:rPr>
          <w:rFonts w:ascii="Tahoma" w:hAnsi="Tahoma" w:cs="Tahoma"/>
          <w:rtl/>
        </w:rPr>
        <w:t xml:space="preserve"> آن و سرانجام در برخ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دوره‌ها به مدع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اقتدار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مستقل تبد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ل</w:t>
      </w:r>
      <w:r w:rsidRPr="00C9717E">
        <w:rPr>
          <w:rFonts w:ascii="Tahoma" w:hAnsi="Tahoma" w:cs="Tahoma"/>
          <w:rtl/>
        </w:rPr>
        <w:t xml:space="preserve"> شود. فصل بعد به هم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ن</w:t>
      </w:r>
      <w:r w:rsidRPr="00C9717E">
        <w:rPr>
          <w:rFonts w:ascii="Tahoma" w:hAnsi="Tahoma" w:cs="Tahoma"/>
          <w:rtl/>
        </w:rPr>
        <w:t xml:space="preserve"> ان</w:t>
      </w:r>
      <w:r w:rsidRPr="00C9717E">
        <w:rPr>
          <w:rFonts w:ascii="Tahoma" w:hAnsi="Tahoma" w:cs="Tahoma" w:hint="eastAsia"/>
          <w:rtl/>
        </w:rPr>
        <w:t>تقال</w:t>
      </w:r>
      <w:r w:rsidRPr="00C9717E">
        <w:rPr>
          <w:rFonts w:ascii="Tahoma" w:hAnsi="Tahoma" w:cs="Tahoma"/>
          <w:rtl/>
        </w:rPr>
        <w:t xml:space="preserve"> م</w:t>
      </w:r>
      <w:r w:rsidRPr="00C9717E">
        <w:rPr>
          <w:rFonts w:ascii="Tahoma" w:hAnsi="Tahoma" w:cs="Tahoma" w:hint="cs"/>
          <w:rtl/>
        </w:rPr>
        <w:t>ی‌</w:t>
      </w:r>
      <w:r w:rsidRPr="00C9717E">
        <w:rPr>
          <w:rFonts w:ascii="Tahoma" w:hAnsi="Tahoma" w:cs="Tahoma" w:hint="eastAsia"/>
          <w:rtl/>
        </w:rPr>
        <w:t>پردازد</w:t>
      </w:r>
      <w:r w:rsidRPr="00C9717E">
        <w:rPr>
          <w:rFonts w:ascii="Tahoma" w:hAnsi="Tahoma" w:cs="Tahoma"/>
          <w:rtl/>
        </w:rPr>
        <w:t>: ورود د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نکاران</w:t>
      </w:r>
      <w:r w:rsidRPr="00C9717E">
        <w:rPr>
          <w:rFonts w:ascii="Tahoma" w:hAnsi="Tahoma" w:cs="Tahoma"/>
          <w:rtl/>
        </w:rPr>
        <w:t xml:space="preserve"> ش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عه،</w:t>
      </w:r>
      <w:r w:rsidRPr="00C9717E">
        <w:rPr>
          <w:rFonts w:ascii="Tahoma" w:hAnsi="Tahoma" w:cs="Tahoma"/>
          <w:rtl/>
        </w:rPr>
        <w:t xml:space="preserve"> ساختن دستگاه مذهب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حکومت و آغاز رابطه‌ا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که سرنوشت تاج و عمامه را برا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/>
          <w:rtl/>
        </w:rPr>
        <w:t xml:space="preserve"> سده‌ها به 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کد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گر</w:t>
      </w:r>
      <w:r w:rsidRPr="00C9717E">
        <w:rPr>
          <w:rFonts w:ascii="Tahoma" w:hAnsi="Tahoma" w:cs="Tahoma"/>
          <w:rtl/>
        </w:rPr>
        <w:t xml:space="preserve"> پ</w:t>
      </w:r>
      <w:r w:rsidRPr="00C9717E">
        <w:rPr>
          <w:rFonts w:ascii="Tahoma" w:hAnsi="Tahoma" w:cs="Tahoma" w:hint="cs"/>
          <w:rtl/>
        </w:rPr>
        <w:t>ی</w:t>
      </w:r>
      <w:r w:rsidRPr="00C9717E">
        <w:rPr>
          <w:rFonts w:ascii="Tahoma" w:hAnsi="Tahoma" w:cs="Tahoma" w:hint="eastAsia"/>
          <w:rtl/>
        </w:rPr>
        <w:t>وند</w:t>
      </w:r>
      <w:r w:rsidRPr="00C9717E">
        <w:rPr>
          <w:rFonts w:ascii="Tahoma" w:hAnsi="Tahoma" w:cs="Tahoma"/>
          <w:rtl/>
        </w:rPr>
        <w:t xml:space="preserve"> زد.</w:t>
      </w:r>
    </w:p>
    <w:p w:rsidR="00C9717E" w:rsidRDefault="00C9717E" w:rsidP="00C9717E">
      <w:pPr>
        <w:keepNext/>
        <w:pageBreakBefore/>
        <w:bidi/>
        <w:spacing w:after="0" w:line="360" w:lineRule="auto"/>
        <w:jc w:val="center"/>
        <w:rPr>
          <w:rFonts w:ascii="Tahoma" w:hAnsi="Tahoma" w:cs="Tahoma"/>
          <w:rtl/>
        </w:rPr>
      </w:pPr>
      <w:bookmarkStart w:id="6" w:name="Vol1Chapter04"/>
      <w:bookmarkEnd w:id="6"/>
      <w:r>
        <w:rPr>
          <w:rFonts w:ascii="Tahoma" w:hAnsi="Tahoma" w:cs="Tahoma" w:hint="cs"/>
          <w:b/>
          <w:sz w:val="36"/>
          <w:rtl/>
        </w:rPr>
        <w:t>فصل چهارم</w:t>
      </w:r>
    </w:p>
    <w:p w:rsidR="00841F4D" w:rsidRPr="00841F4D" w:rsidRDefault="00841F4D" w:rsidP="00841F4D">
      <w:pPr>
        <w:keepNext/>
        <w:bidi/>
        <w:spacing w:after="240" w:line="360" w:lineRule="auto"/>
        <w:jc w:val="center"/>
        <w:rPr>
          <w:rFonts w:ascii="Tahoma" w:hAnsi="Tahoma" w:cs="Tahoma"/>
        </w:rPr>
      </w:pPr>
      <w:r w:rsidRPr="00841F4D">
        <w:rPr>
          <w:rFonts w:ascii="Tahoma" w:hAnsi="Tahoma" w:cs="Tahoma"/>
          <w:b/>
          <w:sz w:val="36"/>
          <w:rtl/>
        </w:rPr>
        <w:t>د</w:t>
      </w:r>
      <w:r w:rsidRPr="00841F4D">
        <w:rPr>
          <w:rFonts w:ascii="Tahoma" w:hAnsi="Tahoma" w:cs="Tahoma" w:hint="cs"/>
          <w:b/>
          <w:sz w:val="36"/>
          <w:rtl/>
        </w:rPr>
        <w:t>ی</w:t>
      </w:r>
      <w:r w:rsidRPr="00841F4D">
        <w:rPr>
          <w:rFonts w:ascii="Tahoma" w:hAnsi="Tahoma" w:cs="Tahoma" w:hint="eastAsia"/>
          <w:b/>
          <w:sz w:val="36"/>
          <w:rtl/>
        </w:rPr>
        <w:t>نکاران</w:t>
      </w:r>
      <w:r w:rsidRPr="00841F4D">
        <w:rPr>
          <w:rFonts w:ascii="Tahoma" w:hAnsi="Tahoma" w:cs="Tahoma"/>
          <w:b/>
          <w:sz w:val="36"/>
          <w:rtl/>
        </w:rPr>
        <w:t xml:space="preserve"> مهاجر؛ ساختن دانش</w:t>
      </w:r>
      <w:r w:rsidRPr="00841F4D">
        <w:rPr>
          <w:rFonts w:ascii="Tahoma" w:hAnsi="Tahoma" w:cs="Tahoma" w:hint="cs"/>
          <w:b/>
          <w:sz w:val="36"/>
          <w:rtl/>
        </w:rPr>
        <w:t>ی</w:t>
      </w:r>
      <w:r w:rsidRPr="00841F4D">
        <w:rPr>
          <w:rFonts w:ascii="Tahoma" w:hAnsi="Tahoma" w:cs="Tahoma"/>
          <w:b/>
          <w:sz w:val="36"/>
          <w:rtl/>
        </w:rPr>
        <w:t xml:space="preserve"> برا</w:t>
      </w:r>
      <w:r w:rsidRPr="00841F4D">
        <w:rPr>
          <w:rFonts w:ascii="Tahoma" w:hAnsi="Tahoma" w:cs="Tahoma" w:hint="cs"/>
          <w:b/>
          <w:sz w:val="36"/>
          <w:rtl/>
        </w:rPr>
        <w:t>ی</w:t>
      </w:r>
      <w:r w:rsidRPr="00841F4D">
        <w:rPr>
          <w:rFonts w:ascii="Tahoma" w:hAnsi="Tahoma" w:cs="Tahoma"/>
          <w:b/>
          <w:sz w:val="36"/>
          <w:rtl/>
        </w:rPr>
        <w:t xml:space="preserve"> مذهب رسم</w:t>
      </w:r>
      <w:r w:rsidRPr="00841F4D">
        <w:rPr>
          <w:rFonts w:ascii="Tahoma" w:hAnsi="Tahoma" w:cs="Tahoma" w:hint="cs"/>
          <w:b/>
          <w:sz w:val="36"/>
          <w:rtl/>
        </w:rPr>
        <w:t>ی</w:t>
      </w:r>
    </w:p>
    <w:p w:rsidR="00841F4D" w:rsidRPr="00841F4D" w:rsidRDefault="00841F4D" w:rsidP="00841F4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41F4D">
        <w:rPr>
          <w:rFonts w:ascii="Tahoma" w:hAnsi="Tahoma" w:cs="Tahoma" w:hint="eastAsia"/>
          <w:rtl/>
        </w:rPr>
        <w:t>شاه</w:t>
      </w:r>
      <w:r w:rsidRPr="00841F4D">
        <w:rPr>
          <w:rFonts w:ascii="Tahoma" w:hAnsi="Tahoma" w:cs="Tahoma"/>
          <w:rtl/>
        </w:rPr>
        <w:t xml:space="preserve"> اسماع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ل</w:t>
      </w:r>
      <w:r w:rsidRPr="00841F4D">
        <w:rPr>
          <w:rFonts w:ascii="Tahoma" w:hAnsi="Tahoma" w:cs="Tahoma"/>
          <w:rtl/>
        </w:rPr>
        <w:t xml:space="preserve"> م</w:t>
      </w:r>
      <w:r w:rsidRPr="00841F4D">
        <w:rPr>
          <w:rFonts w:ascii="Tahoma" w:hAnsi="Tahoma" w:cs="Tahoma" w:hint="cs"/>
          <w:rtl/>
        </w:rPr>
        <w:t>ی‌</w:t>
      </w:r>
      <w:r w:rsidRPr="00841F4D">
        <w:rPr>
          <w:rFonts w:ascii="Tahoma" w:hAnsi="Tahoma" w:cs="Tahoma" w:hint="eastAsia"/>
          <w:rtl/>
        </w:rPr>
        <w:t>توانست</w:t>
      </w:r>
      <w:r w:rsidRPr="00841F4D">
        <w:rPr>
          <w:rFonts w:ascii="Tahoma" w:hAnsi="Tahoma" w:cs="Tahoma"/>
          <w:rtl/>
        </w:rPr>
        <w:t xml:space="preserve"> تش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ع</w:t>
      </w:r>
      <w:r w:rsidRPr="00841F4D">
        <w:rPr>
          <w:rFonts w:ascii="Tahoma" w:hAnsi="Tahoma" w:cs="Tahoma"/>
          <w:rtl/>
        </w:rPr>
        <w:t xml:space="preserve"> دوازده‌امام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را مذهب رسم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اعلام کند، اما نم</w:t>
      </w:r>
      <w:r w:rsidRPr="00841F4D">
        <w:rPr>
          <w:rFonts w:ascii="Tahoma" w:hAnsi="Tahoma" w:cs="Tahoma" w:hint="cs"/>
          <w:rtl/>
        </w:rPr>
        <w:t>ی‌</w:t>
      </w:r>
      <w:r w:rsidRPr="00841F4D">
        <w:rPr>
          <w:rFonts w:ascii="Tahoma" w:hAnsi="Tahoma" w:cs="Tahoma" w:hint="eastAsia"/>
          <w:rtl/>
        </w:rPr>
        <w:t>توانست</w:t>
      </w:r>
      <w:r w:rsidRPr="00841F4D">
        <w:rPr>
          <w:rFonts w:ascii="Tahoma" w:hAnsi="Tahoma" w:cs="Tahoma"/>
          <w:rtl/>
        </w:rPr>
        <w:t xml:space="preserve"> فقط با صدور فرمان، دستگاه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د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ن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پد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د</w:t>
      </w:r>
      <w:r w:rsidRPr="00841F4D">
        <w:rPr>
          <w:rFonts w:ascii="Tahoma" w:hAnsi="Tahoma" w:cs="Tahoma"/>
          <w:rtl/>
        </w:rPr>
        <w:t xml:space="preserve"> آورد. قزلباشان م</w:t>
      </w:r>
      <w:r w:rsidRPr="00841F4D">
        <w:rPr>
          <w:rFonts w:ascii="Tahoma" w:hAnsi="Tahoma" w:cs="Tahoma" w:hint="cs"/>
          <w:rtl/>
        </w:rPr>
        <w:t>ی‌</w:t>
      </w:r>
      <w:r w:rsidRPr="00841F4D">
        <w:rPr>
          <w:rFonts w:ascii="Tahoma" w:hAnsi="Tahoma" w:cs="Tahoma" w:hint="eastAsia"/>
          <w:rtl/>
        </w:rPr>
        <w:t>توانستند</w:t>
      </w:r>
      <w:r w:rsidRPr="00841F4D">
        <w:rPr>
          <w:rFonts w:ascii="Tahoma" w:hAnsi="Tahoma" w:cs="Tahoma"/>
          <w:rtl/>
        </w:rPr>
        <w:t xml:space="preserve"> خط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ب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را وادار کنند که نام امامان را در خطبه ب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اورد،</w:t>
      </w:r>
      <w:r w:rsidRPr="00841F4D">
        <w:rPr>
          <w:rFonts w:ascii="Tahoma" w:hAnsi="Tahoma" w:cs="Tahoma"/>
          <w:rtl/>
        </w:rPr>
        <w:t xml:space="preserve"> نشانه‌ها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مذهب پ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ش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ن</w:t>
      </w:r>
      <w:r w:rsidRPr="00841F4D">
        <w:rPr>
          <w:rFonts w:ascii="Tahoma" w:hAnsi="Tahoma" w:cs="Tahoma"/>
          <w:rtl/>
        </w:rPr>
        <w:t xml:space="preserve"> را از مسجد بردارند و مخالفان فرمان شاه </w:t>
      </w:r>
      <w:r w:rsidRPr="00841F4D">
        <w:rPr>
          <w:rFonts w:ascii="Tahoma" w:hAnsi="Tahoma" w:cs="Tahoma" w:hint="eastAsia"/>
          <w:rtl/>
        </w:rPr>
        <w:t>را</w:t>
      </w:r>
      <w:r w:rsidRPr="00841F4D">
        <w:rPr>
          <w:rFonts w:ascii="Tahoma" w:hAnsi="Tahoma" w:cs="Tahoma"/>
          <w:rtl/>
        </w:rPr>
        <w:t xml:space="preserve"> سرکوب کنند؛ اما شمش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ر</w:t>
      </w:r>
      <w:r w:rsidRPr="00841F4D">
        <w:rPr>
          <w:rFonts w:ascii="Tahoma" w:hAnsi="Tahoma" w:cs="Tahoma"/>
          <w:rtl/>
        </w:rPr>
        <w:t xml:space="preserve"> نم</w:t>
      </w:r>
      <w:r w:rsidRPr="00841F4D">
        <w:rPr>
          <w:rFonts w:ascii="Tahoma" w:hAnsi="Tahoma" w:cs="Tahoma" w:hint="cs"/>
          <w:rtl/>
        </w:rPr>
        <w:t>ی‌</w:t>
      </w:r>
      <w:r w:rsidRPr="00841F4D">
        <w:rPr>
          <w:rFonts w:ascii="Tahoma" w:hAnsi="Tahoma" w:cs="Tahoma" w:hint="eastAsia"/>
          <w:rtl/>
        </w:rPr>
        <w:t>توانست</w:t>
      </w:r>
      <w:r w:rsidRPr="00841F4D">
        <w:rPr>
          <w:rFonts w:ascii="Tahoma" w:hAnsi="Tahoma" w:cs="Tahoma"/>
          <w:rtl/>
        </w:rPr>
        <w:t xml:space="preserve"> جا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کتاب فقه، مدرسه، قاض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،</w:t>
      </w:r>
      <w:r w:rsidRPr="00841F4D">
        <w:rPr>
          <w:rFonts w:ascii="Tahoma" w:hAnsi="Tahoma" w:cs="Tahoma"/>
          <w:rtl/>
        </w:rPr>
        <w:t xml:space="preserve"> مدرس و شبکه‌ا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از د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نکاران</w:t>
      </w:r>
      <w:r w:rsidRPr="00841F4D">
        <w:rPr>
          <w:rFonts w:ascii="Tahoma" w:hAnsi="Tahoma" w:cs="Tahoma"/>
          <w:rtl/>
        </w:rPr>
        <w:t xml:space="preserve"> آموزش‌د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ده</w:t>
      </w:r>
      <w:r w:rsidRPr="00841F4D">
        <w:rPr>
          <w:rFonts w:ascii="Tahoma" w:hAnsi="Tahoma" w:cs="Tahoma"/>
          <w:rtl/>
        </w:rPr>
        <w:t xml:space="preserve"> را بگ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رد</w:t>
      </w:r>
      <w:r w:rsidRPr="00841F4D">
        <w:rPr>
          <w:rFonts w:ascii="Tahoma" w:hAnsi="Tahoma" w:cs="Tahoma"/>
          <w:rtl/>
        </w:rPr>
        <w:t>.</w:t>
      </w:r>
    </w:p>
    <w:p w:rsidR="00841F4D" w:rsidRPr="00841F4D" w:rsidRDefault="00841F4D" w:rsidP="00841F4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41F4D">
        <w:rPr>
          <w:rFonts w:ascii="Tahoma" w:hAnsi="Tahoma" w:cs="Tahoma" w:hint="eastAsia"/>
          <w:rtl/>
        </w:rPr>
        <w:t>در</w:t>
      </w:r>
      <w:r w:rsidRPr="00841F4D">
        <w:rPr>
          <w:rFonts w:ascii="Tahoma" w:hAnsi="Tahoma" w:cs="Tahoma"/>
          <w:rtl/>
        </w:rPr>
        <w:t xml:space="preserve"> 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نجا</w:t>
      </w:r>
      <w:r w:rsidRPr="00841F4D">
        <w:rPr>
          <w:rFonts w:ascii="Tahoma" w:hAnsi="Tahoma" w:cs="Tahoma"/>
          <w:rtl/>
        </w:rPr>
        <w:t xml:space="preserve"> حکومت صفو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با تفاوت م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ان</w:t>
      </w:r>
      <w:r w:rsidRPr="00841F4D">
        <w:rPr>
          <w:rFonts w:ascii="Tahoma" w:hAnsi="Tahoma" w:cs="Tahoma"/>
          <w:rtl/>
        </w:rPr>
        <w:t xml:space="preserve"> اعلام 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ک</w:t>
      </w:r>
      <w:r w:rsidRPr="00841F4D">
        <w:rPr>
          <w:rFonts w:ascii="Tahoma" w:hAnsi="Tahoma" w:cs="Tahoma"/>
          <w:rtl/>
        </w:rPr>
        <w:t xml:space="preserve"> مذهب و ادارهٔ جامعه بر پا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هٔ</w:t>
      </w:r>
      <w:r w:rsidRPr="00841F4D">
        <w:rPr>
          <w:rFonts w:ascii="Tahoma" w:hAnsi="Tahoma" w:cs="Tahoma"/>
          <w:rtl/>
        </w:rPr>
        <w:t xml:space="preserve"> آن روبه‌رو شد. اعلام مذهب عمل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س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اس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بود که شاه م</w:t>
      </w:r>
      <w:r w:rsidRPr="00841F4D">
        <w:rPr>
          <w:rFonts w:ascii="Tahoma" w:hAnsi="Tahoma" w:cs="Tahoma" w:hint="cs"/>
          <w:rtl/>
        </w:rPr>
        <w:t>ی‌</w:t>
      </w:r>
      <w:r w:rsidRPr="00841F4D">
        <w:rPr>
          <w:rFonts w:ascii="Tahoma" w:hAnsi="Tahoma" w:cs="Tahoma" w:hint="eastAsia"/>
          <w:rtl/>
        </w:rPr>
        <w:t>توانست</w:t>
      </w:r>
      <w:r w:rsidRPr="00841F4D">
        <w:rPr>
          <w:rFonts w:ascii="Tahoma" w:hAnsi="Tahoma" w:cs="Tahoma"/>
          <w:rtl/>
        </w:rPr>
        <w:t xml:space="preserve"> در زمان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کوتاه انجام دهد. اما تبد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ل</w:t>
      </w:r>
      <w:r w:rsidRPr="00841F4D">
        <w:rPr>
          <w:rFonts w:ascii="Tahoma" w:hAnsi="Tahoma" w:cs="Tahoma"/>
          <w:rtl/>
        </w:rPr>
        <w:t xml:space="preserve"> آن مذهب به قواعد زندگ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روزانه، نظام قضا</w:t>
      </w:r>
      <w:r w:rsidRPr="00841F4D">
        <w:rPr>
          <w:rFonts w:ascii="Tahoma" w:hAnsi="Tahoma" w:cs="Tahoma" w:hint="cs"/>
          <w:rtl/>
        </w:rPr>
        <w:t>یی</w:t>
      </w:r>
      <w:r w:rsidRPr="00841F4D">
        <w:rPr>
          <w:rFonts w:ascii="Tahoma" w:hAnsi="Tahoma" w:cs="Tahoma" w:hint="eastAsia"/>
          <w:rtl/>
        </w:rPr>
        <w:t>،</w:t>
      </w:r>
      <w:r w:rsidRPr="00841F4D">
        <w:rPr>
          <w:rFonts w:ascii="Tahoma" w:hAnsi="Tahoma" w:cs="Tahoma"/>
          <w:rtl/>
        </w:rPr>
        <w:t xml:space="preserve"> آموزش عموم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و سرچشمهٔ حقان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ت</w:t>
      </w:r>
      <w:r w:rsidRPr="00841F4D">
        <w:rPr>
          <w:rFonts w:ascii="Tahoma" w:hAnsi="Tahoma" w:cs="Tahoma"/>
          <w:rtl/>
        </w:rPr>
        <w:t xml:space="preserve"> حکمران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،</w:t>
      </w:r>
      <w:r w:rsidRPr="00841F4D">
        <w:rPr>
          <w:rFonts w:ascii="Tahoma" w:hAnsi="Tahoma" w:cs="Tahoma"/>
          <w:rtl/>
        </w:rPr>
        <w:t xml:space="preserve"> کار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طولا</w:t>
      </w:r>
      <w:r w:rsidRPr="00841F4D">
        <w:rPr>
          <w:rFonts w:ascii="Tahoma" w:hAnsi="Tahoma" w:cs="Tahoma" w:hint="eastAsia"/>
          <w:rtl/>
        </w:rPr>
        <w:t>ن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و ن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ازمند</w:t>
      </w:r>
      <w:r w:rsidRPr="00841F4D">
        <w:rPr>
          <w:rFonts w:ascii="Tahoma" w:hAnsi="Tahoma" w:cs="Tahoma"/>
          <w:rtl/>
        </w:rPr>
        <w:t xml:space="preserve"> ن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رو</w:t>
      </w:r>
      <w:r w:rsidRPr="00841F4D">
        <w:rPr>
          <w:rFonts w:ascii="Tahoma" w:hAnsi="Tahoma" w:cs="Tahoma" w:hint="cs"/>
          <w:rtl/>
        </w:rPr>
        <w:t>یی</w:t>
      </w:r>
      <w:r w:rsidRPr="00841F4D">
        <w:rPr>
          <w:rFonts w:ascii="Tahoma" w:hAnsi="Tahoma" w:cs="Tahoma"/>
          <w:rtl/>
        </w:rPr>
        <w:t xml:space="preserve"> متفاوت بود. 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ن</w:t>
      </w:r>
      <w:r w:rsidRPr="00841F4D">
        <w:rPr>
          <w:rFonts w:ascii="Tahoma" w:hAnsi="Tahoma" w:cs="Tahoma"/>
          <w:rtl/>
        </w:rPr>
        <w:t xml:space="preserve"> ن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رو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تازه را د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نکاران</w:t>
      </w:r>
      <w:r w:rsidRPr="00841F4D">
        <w:rPr>
          <w:rFonts w:ascii="Tahoma" w:hAnsi="Tahoma" w:cs="Tahoma"/>
          <w:rtl/>
        </w:rPr>
        <w:t xml:space="preserve"> دوازده‌امام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فراهم کردند.</w:t>
      </w:r>
    </w:p>
    <w:p w:rsidR="00841F4D" w:rsidRPr="00841F4D" w:rsidRDefault="00841F4D" w:rsidP="00841F4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41F4D">
        <w:rPr>
          <w:rFonts w:ascii="Tahoma" w:hAnsi="Tahoma" w:cs="Tahoma" w:hint="eastAsia"/>
          <w:rtl/>
        </w:rPr>
        <w:t>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ن</w:t>
      </w:r>
      <w:r w:rsidRPr="00841F4D">
        <w:rPr>
          <w:rFonts w:ascii="Tahoma" w:hAnsi="Tahoma" w:cs="Tahoma"/>
          <w:rtl/>
        </w:rPr>
        <w:t xml:space="preserve"> سخن به معنا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آن ن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ست</w:t>
      </w:r>
      <w:r w:rsidRPr="00841F4D">
        <w:rPr>
          <w:rFonts w:ascii="Tahoma" w:hAnsi="Tahoma" w:cs="Tahoma"/>
          <w:rtl/>
        </w:rPr>
        <w:t xml:space="preserve"> که پ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ش</w:t>
      </w:r>
      <w:r w:rsidRPr="00841F4D">
        <w:rPr>
          <w:rFonts w:ascii="Tahoma" w:hAnsi="Tahoma" w:cs="Tahoma"/>
          <w:rtl/>
        </w:rPr>
        <w:t xml:space="preserve"> از صفو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ان</w:t>
      </w:r>
      <w:r w:rsidRPr="00841F4D">
        <w:rPr>
          <w:rFonts w:ascii="Tahoma" w:hAnsi="Tahoma" w:cs="Tahoma"/>
          <w:rtl/>
        </w:rPr>
        <w:t xml:space="preserve"> ه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چ</w:t>
      </w:r>
      <w:r w:rsidRPr="00841F4D">
        <w:rPr>
          <w:rFonts w:ascii="Tahoma" w:hAnsi="Tahoma" w:cs="Tahoma"/>
          <w:rtl/>
        </w:rPr>
        <w:t xml:space="preserve"> د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نکار</w:t>
      </w:r>
      <w:r w:rsidRPr="00841F4D">
        <w:rPr>
          <w:rFonts w:ascii="Tahoma" w:hAnsi="Tahoma" w:cs="Tahoma"/>
          <w:rtl/>
        </w:rPr>
        <w:t xml:space="preserve"> ش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عه‌ا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در 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ران</w:t>
      </w:r>
      <w:r w:rsidRPr="00841F4D">
        <w:rPr>
          <w:rFonts w:ascii="Tahoma" w:hAnsi="Tahoma" w:cs="Tahoma"/>
          <w:rtl/>
        </w:rPr>
        <w:t xml:space="preserve"> وجود نداشت. تش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ع</w:t>
      </w:r>
      <w:r w:rsidRPr="00841F4D">
        <w:rPr>
          <w:rFonts w:ascii="Tahoma" w:hAnsi="Tahoma" w:cs="Tahoma"/>
          <w:rtl/>
        </w:rPr>
        <w:t xml:space="preserve"> در 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ران</w:t>
      </w:r>
      <w:r w:rsidRPr="00841F4D">
        <w:rPr>
          <w:rFonts w:ascii="Tahoma" w:hAnsi="Tahoma" w:cs="Tahoma"/>
          <w:rtl/>
        </w:rPr>
        <w:t xml:space="preserve"> پ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ش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نه‌ا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طولان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داشت. قم از مراکز کهن ش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عه</w:t>
      </w:r>
      <w:r w:rsidRPr="00841F4D">
        <w:rPr>
          <w:rFonts w:ascii="Tahoma" w:hAnsi="Tahoma" w:cs="Tahoma"/>
          <w:rtl/>
        </w:rPr>
        <w:t xml:space="preserve"> بود. در کاشان، سبزوار، آوه، ر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و برخ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شهرها و مناطق د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گر،</w:t>
      </w:r>
      <w:r w:rsidRPr="00841F4D">
        <w:rPr>
          <w:rFonts w:ascii="Tahoma" w:hAnsi="Tahoma" w:cs="Tahoma"/>
          <w:rtl/>
        </w:rPr>
        <w:t xml:space="preserve"> خاندان‌ها و جماعت‌ها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ش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ع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زندگ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م</w:t>
      </w:r>
      <w:r w:rsidRPr="00841F4D">
        <w:rPr>
          <w:rFonts w:ascii="Tahoma" w:hAnsi="Tahoma" w:cs="Tahoma" w:hint="cs"/>
          <w:rtl/>
        </w:rPr>
        <w:t>ی‌</w:t>
      </w:r>
      <w:r w:rsidRPr="00841F4D">
        <w:rPr>
          <w:rFonts w:ascii="Tahoma" w:hAnsi="Tahoma" w:cs="Tahoma" w:hint="eastAsia"/>
          <w:rtl/>
        </w:rPr>
        <w:t>کردند</w:t>
      </w:r>
      <w:r w:rsidRPr="00841F4D">
        <w:rPr>
          <w:rFonts w:ascii="Tahoma" w:hAnsi="Tahoma" w:cs="Tahoma"/>
          <w:rtl/>
        </w:rPr>
        <w:t>. سادات در بس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ار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از نقاط کشور حضور داشتند و ز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ارتگاه‌ها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منسوب به امامان و فرزندان آنان بخش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از جغراف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مذهب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ران</w:t>
      </w:r>
      <w:r w:rsidRPr="00841F4D">
        <w:rPr>
          <w:rFonts w:ascii="Tahoma" w:hAnsi="Tahoma" w:cs="Tahoma"/>
          <w:rtl/>
        </w:rPr>
        <w:t xml:space="preserve"> شده بودند. حکومت‌ها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ش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ع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ن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ز</w:t>
      </w:r>
      <w:r w:rsidRPr="00841F4D">
        <w:rPr>
          <w:rFonts w:ascii="Tahoma" w:hAnsi="Tahoma" w:cs="Tahoma"/>
          <w:rtl/>
        </w:rPr>
        <w:t xml:space="preserve"> پ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ش</w:t>
      </w:r>
      <w:r w:rsidRPr="00841F4D">
        <w:rPr>
          <w:rFonts w:ascii="Tahoma" w:hAnsi="Tahoma" w:cs="Tahoma"/>
          <w:rtl/>
        </w:rPr>
        <w:t xml:space="preserve"> از صفو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ان</w:t>
      </w:r>
      <w:r w:rsidRPr="00841F4D">
        <w:rPr>
          <w:rFonts w:ascii="Tahoma" w:hAnsi="Tahoma" w:cs="Tahoma"/>
          <w:rtl/>
        </w:rPr>
        <w:t xml:space="preserve"> در بخش‌ها</w:t>
      </w:r>
      <w:r w:rsidRPr="00841F4D">
        <w:rPr>
          <w:rFonts w:ascii="Tahoma" w:hAnsi="Tahoma" w:cs="Tahoma" w:hint="cs"/>
          <w:rtl/>
        </w:rPr>
        <w:t>یی</w:t>
      </w:r>
      <w:r w:rsidRPr="00841F4D">
        <w:rPr>
          <w:rFonts w:ascii="Tahoma" w:hAnsi="Tahoma" w:cs="Tahoma"/>
          <w:rtl/>
        </w:rPr>
        <w:t xml:space="preserve"> از 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ران</w:t>
      </w:r>
      <w:r w:rsidRPr="00841F4D">
        <w:rPr>
          <w:rFonts w:ascii="Tahoma" w:hAnsi="Tahoma" w:cs="Tahoma"/>
          <w:rtl/>
        </w:rPr>
        <w:t xml:space="preserve"> و سرزم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ن‌ها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پ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رامون</w:t>
      </w:r>
      <w:r w:rsidRPr="00841F4D">
        <w:rPr>
          <w:rFonts w:ascii="Tahoma" w:hAnsi="Tahoma" w:cs="Tahoma"/>
          <w:rtl/>
        </w:rPr>
        <w:t xml:space="preserve"> آن به قدرت رس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ده</w:t>
      </w:r>
      <w:r w:rsidRPr="00841F4D">
        <w:rPr>
          <w:rFonts w:ascii="Tahoma" w:hAnsi="Tahoma" w:cs="Tahoma"/>
          <w:rtl/>
        </w:rPr>
        <w:t xml:space="preserve"> بودند.</w:t>
      </w:r>
    </w:p>
    <w:p w:rsidR="00841F4D" w:rsidRPr="00841F4D" w:rsidRDefault="00841F4D" w:rsidP="00841F4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41F4D">
        <w:rPr>
          <w:rFonts w:ascii="Tahoma" w:hAnsi="Tahoma" w:cs="Tahoma" w:hint="eastAsia"/>
          <w:rtl/>
        </w:rPr>
        <w:t>اما</w:t>
      </w:r>
      <w:r w:rsidRPr="00841F4D">
        <w:rPr>
          <w:rFonts w:ascii="Tahoma" w:hAnsi="Tahoma" w:cs="Tahoma"/>
          <w:rtl/>
        </w:rPr>
        <w:t xml:space="preserve"> وجود ش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ع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ان</w:t>
      </w:r>
      <w:r w:rsidRPr="00841F4D">
        <w:rPr>
          <w:rFonts w:ascii="Tahoma" w:hAnsi="Tahoma" w:cs="Tahoma"/>
          <w:rtl/>
        </w:rPr>
        <w:t xml:space="preserve"> و د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نکاران</w:t>
      </w:r>
      <w:r w:rsidRPr="00841F4D">
        <w:rPr>
          <w:rFonts w:ascii="Tahoma" w:hAnsi="Tahoma" w:cs="Tahoma"/>
          <w:rtl/>
        </w:rPr>
        <w:t xml:space="preserve"> ش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عه</w:t>
      </w:r>
      <w:r w:rsidRPr="00841F4D">
        <w:rPr>
          <w:rFonts w:ascii="Tahoma" w:hAnsi="Tahoma" w:cs="Tahoma"/>
          <w:rtl/>
        </w:rPr>
        <w:t xml:space="preserve"> با وجود دستگاه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سراسر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برا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ادارهٔ مذهب رسم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تفاوت داشت. د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نکاران</w:t>
      </w:r>
      <w:r w:rsidRPr="00841F4D">
        <w:rPr>
          <w:rFonts w:ascii="Tahoma" w:hAnsi="Tahoma" w:cs="Tahoma"/>
          <w:rtl/>
        </w:rPr>
        <w:t xml:space="preserve"> ش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عهٔ</w:t>
      </w:r>
      <w:r w:rsidRPr="00841F4D">
        <w:rPr>
          <w:rFonts w:ascii="Tahoma" w:hAnsi="Tahoma" w:cs="Tahoma"/>
          <w:rtl/>
        </w:rPr>
        <w:t xml:space="preserve"> موجود در 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ران</w:t>
      </w:r>
      <w:r w:rsidRPr="00841F4D">
        <w:rPr>
          <w:rFonts w:ascii="Tahoma" w:hAnsi="Tahoma" w:cs="Tahoma"/>
          <w:rtl/>
        </w:rPr>
        <w:t xml:space="preserve"> پراکنده بودند، آموزش و پ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وندها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شان</w:t>
      </w:r>
      <w:r w:rsidRPr="00841F4D">
        <w:rPr>
          <w:rFonts w:ascii="Tahoma" w:hAnsi="Tahoma" w:cs="Tahoma"/>
          <w:rtl/>
        </w:rPr>
        <w:t xml:space="preserve"> 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کسان</w:t>
      </w:r>
      <w:r w:rsidRPr="00841F4D">
        <w:rPr>
          <w:rFonts w:ascii="Tahoma" w:hAnsi="Tahoma" w:cs="Tahoma"/>
          <w:rtl/>
        </w:rPr>
        <w:t xml:space="preserve"> نبود و همگ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از اقتدار و دانش لازم برا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تصد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مقام‌ها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حکومت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برخوردار نبودند. حکومت تازه به چند و</w:t>
      </w:r>
      <w:r w:rsidRPr="00841F4D">
        <w:rPr>
          <w:rFonts w:ascii="Tahoma" w:hAnsi="Tahoma" w:cs="Tahoma" w:hint="eastAsia"/>
          <w:rtl/>
        </w:rPr>
        <w:t>اعظ</w:t>
      </w:r>
      <w:r w:rsidRPr="00841F4D">
        <w:rPr>
          <w:rFonts w:ascii="Tahoma" w:hAnsi="Tahoma" w:cs="Tahoma"/>
          <w:rtl/>
        </w:rPr>
        <w:t xml:space="preserve"> و مدرس در چند شهر ن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از</w:t>
      </w:r>
      <w:r w:rsidRPr="00841F4D">
        <w:rPr>
          <w:rFonts w:ascii="Tahoma" w:hAnsi="Tahoma" w:cs="Tahoma"/>
          <w:rtl/>
        </w:rPr>
        <w:t xml:space="preserve"> نداشت؛ با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د</w:t>
      </w:r>
      <w:r w:rsidRPr="00841F4D">
        <w:rPr>
          <w:rFonts w:ascii="Tahoma" w:hAnsi="Tahoma" w:cs="Tahoma"/>
          <w:rtl/>
        </w:rPr>
        <w:t xml:space="preserve"> برا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قلمرو</w:t>
      </w:r>
      <w:r w:rsidRPr="00841F4D">
        <w:rPr>
          <w:rFonts w:ascii="Tahoma" w:hAnsi="Tahoma" w:cs="Tahoma" w:hint="cs"/>
          <w:rtl/>
        </w:rPr>
        <w:t>یی</w:t>
      </w:r>
      <w:r w:rsidRPr="00841F4D">
        <w:rPr>
          <w:rFonts w:ascii="Tahoma" w:hAnsi="Tahoma" w:cs="Tahoma"/>
          <w:rtl/>
        </w:rPr>
        <w:t xml:space="preserve"> رو به گسترش قاض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،</w:t>
      </w:r>
      <w:r w:rsidRPr="00841F4D">
        <w:rPr>
          <w:rFonts w:ascii="Tahoma" w:hAnsi="Tahoma" w:cs="Tahoma"/>
          <w:rtl/>
        </w:rPr>
        <w:t xml:space="preserve"> ش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خ‌الاسلام،</w:t>
      </w:r>
      <w:r w:rsidRPr="00841F4D">
        <w:rPr>
          <w:rFonts w:ascii="Tahoma" w:hAnsi="Tahoma" w:cs="Tahoma"/>
          <w:rtl/>
        </w:rPr>
        <w:t xml:space="preserve"> مدرس، امام جماعت، ناظر موقوفات و کارگزاران مذهب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فراهم م</w:t>
      </w:r>
      <w:r w:rsidRPr="00841F4D">
        <w:rPr>
          <w:rFonts w:ascii="Tahoma" w:hAnsi="Tahoma" w:cs="Tahoma" w:hint="cs"/>
          <w:rtl/>
        </w:rPr>
        <w:t>ی‌</w:t>
      </w:r>
      <w:r w:rsidRPr="00841F4D">
        <w:rPr>
          <w:rFonts w:ascii="Tahoma" w:hAnsi="Tahoma" w:cs="Tahoma" w:hint="eastAsia"/>
          <w:rtl/>
        </w:rPr>
        <w:t>کرد</w:t>
      </w:r>
      <w:r w:rsidRPr="00841F4D">
        <w:rPr>
          <w:rFonts w:ascii="Tahoma" w:hAnsi="Tahoma" w:cs="Tahoma"/>
          <w:rtl/>
        </w:rPr>
        <w:t>.</w:t>
      </w:r>
    </w:p>
    <w:p w:rsidR="00841F4D" w:rsidRPr="00841F4D" w:rsidRDefault="00841F4D" w:rsidP="00841F4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41F4D">
        <w:rPr>
          <w:rFonts w:ascii="Tahoma" w:hAnsi="Tahoma" w:cs="Tahoma" w:hint="eastAsia"/>
          <w:rtl/>
        </w:rPr>
        <w:t>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ن</w:t>
      </w:r>
      <w:r w:rsidRPr="00841F4D">
        <w:rPr>
          <w:rFonts w:ascii="Tahoma" w:hAnsi="Tahoma" w:cs="Tahoma"/>
          <w:rtl/>
        </w:rPr>
        <w:t xml:space="preserve"> ن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از</w:t>
      </w:r>
      <w:r w:rsidRPr="00841F4D">
        <w:rPr>
          <w:rFonts w:ascii="Tahoma" w:hAnsi="Tahoma" w:cs="Tahoma"/>
          <w:rtl/>
        </w:rPr>
        <w:t xml:space="preserve"> فقط به شمار افراد مربوط نبود. حکومت به دانش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منظم ن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از</w:t>
      </w:r>
      <w:r w:rsidRPr="00841F4D">
        <w:rPr>
          <w:rFonts w:ascii="Tahoma" w:hAnsi="Tahoma" w:cs="Tahoma"/>
          <w:rtl/>
        </w:rPr>
        <w:t xml:space="preserve"> داشت که بتواند بر پا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هٔ</w:t>
      </w:r>
      <w:r w:rsidRPr="00841F4D">
        <w:rPr>
          <w:rFonts w:ascii="Tahoma" w:hAnsi="Tahoma" w:cs="Tahoma"/>
          <w:rtl/>
        </w:rPr>
        <w:t xml:space="preserve"> آن احکام صادر کند. تش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ع</w:t>
      </w:r>
      <w:r w:rsidRPr="00841F4D">
        <w:rPr>
          <w:rFonts w:ascii="Tahoma" w:hAnsi="Tahoma" w:cs="Tahoma"/>
          <w:rtl/>
        </w:rPr>
        <w:t xml:space="preserve"> دوازده‌امام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مجموعه‌ا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از دلبستگ</w:t>
      </w:r>
      <w:r w:rsidRPr="00841F4D">
        <w:rPr>
          <w:rFonts w:ascii="Tahoma" w:hAnsi="Tahoma" w:cs="Tahoma" w:hint="cs"/>
          <w:rtl/>
        </w:rPr>
        <w:t>ی‌</w:t>
      </w:r>
      <w:r w:rsidRPr="00841F4D">
        <w:rPr>
          <w:rFonts w:ascii="Tahoma" w:hAnsi="Tahoma" w:cs="Tahoma" w:hint="eastAsia"/>
          <w:rtl/>
        </w:rPr>
        <w:t>ها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عاطف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به خاندان پ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امبر</w:t>
      </w:r>
      <w:r w:rsidRPr="00841F4D">
        <w:rPr>
          <w:rFonts w:ascii="Tahoma" w:hAnsi="Tahoma" w:cs="Tahoma"/>
          <w:rtl/>
        </w:rPr>
        <w:t xml:space="preserve"> 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ا</w:t>
      </w:r>
      <w:r w:rsidRPr="00841F4D">
        <w:rPr>
          <w:rFonts w:ascii="Tahoma" w:hAnsi="Tahoma" w:cs="Tahoma"/>
          <w:rtl/>
        </w:rPr>
        <w:t xml:space="preserve"> آ</w:t>
      </w:r>
      <w:r w:rsidRPr="00841F4D">
        <w:rPr>
          <w:rFonts w:ascii="Tahoma" w:hAnsi="Tahoma" w:cs="Tahoma" w:hint="cs"/>
          <w:rtl/>
        </w:rPr>
        <w:t>یی</w:t>
      </w:r>
      <w:r w:rsidRPr="00841F4D">
        <w:rPr>
          <w:rFonts w:ascii="Tahoma" w:hAnsi="Tahoma" w:cs="Tahoma" w:hint="eastAsia"/>
          <w:rtl/>
        </w:rPr>
        <w:t>ن‌ها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سوگوار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نبود. دارا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منابع روا</w:t>
      </w:r>
      <w:r w:rsidRPr="00841F4D">
        <w:rPr>
          <w:rFonts w:ascii="Tahoma" w:hAnsi="Tahoma" w:cs="Tahoma" w:hint="cs"/>
          <w:rtl/>
        </w:rPr>
        <w:t>یی</w:t>
      </w:r>
      <w:r w:rsidRPr="00841F4D">
        <w:rPr>
          <w:rFonts w:ascii="Tahoma" w:hAnsi="Tahoma" w:cs="Tahoma" w:hint="eastAsia"/>
          <w:rtl/>
        </w:rPr>
        <w:t>،</w:t>
      </w:r>
      <w:r w:rsidRPr="00841F4D">
        <w:rPr>
          <w:rFonts w:ascii="Tahoma" w:hAnsi="Tahoma" w:cs="Tahoma"/>
          <w:rtl/>
        </w:rPr>
        <w:t xml:space="preserve"> سنت استدلال فقه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،</w:t>
      </w:r>
      <w:r w:rsidRPr="00841F4D">
        <w:rPr>
          <w:rFonts w:ascii="Tahoma" w:hAnsi="Tahoma" w:cs="Tahoma"/>
          <w:rtl/>
        </w:rPr>
        <w:t xml:space="preserve"> احکام مربوط به عبادت</w:t>
      </w:r>
      <w:r w:rsidRPr="00841F4D">
        <w:rPr>
          <w:rFonts w:ascii="Tahoma" w:hAnsi="Tahoma" w:cs="Tahoma" w:hint="eastAsia"/>
          <w:rtl/>
        </w:rPr>
        <w:t>،</w:t>
      </w:r>
      <w:r w:rsidRPr="00841F4D">
        <w:rPr>
          <w:rFonts w:ascii="Tahoma" w:hAnsi="Tahoma" w:cs="Tahoma"/>
          <w:rtl/>
        </w:rPr>
        <w:t xml:space="preserve"> معاملات، خانواده، ارث، مالک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ت،</w:t>
      </w:r>
      <w:r w:rsidRPr="00841F4D">
        <w:rPr>
          <w:rFonts w:ascii="Tahoma" w:hAnsi="Tahoma" w:cs="Tahoma"/>
          <w:rtl/>
        </w:rPr>
        <w:t xml:space="preserve"> وقف، مجازات و قضاوت بود. کس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که م</w:t>
      </w:r>
      <w:r w:rsidRPr="00841F4D">
        <w:rPr>
          <w:rFonts w:ascii="Tahoma" w:hAnsi="Tahoma" w:cs="Tahoma" w:hint="cs"/>
          <w:rtl/>
        </w:rPr>
        <w:t>ی‌</w:t>
      </w:r>
      <w:r w:rsidRPr="00841F4D">
        <w:rPr>
          <w:rFonts w:ascii="Tahoma" w:hAnsi="Tahoma" w:cs="Tahoma" w:hint="eastAsia"/>
          <w:rtl/>
        </w:rPr>
        <w:t>خواست</w:t>
      </w:r>
      <w:r w:rsidRPr="00841F4D">
        <w:rPr>
          <w:rFonts w:ascii="Tahoma" w:hAnsi="Tahoma" w:cs="Tahoma"/>
          <w:rtl/>
        </w:rPr>
        <w:t xml:space="preserve"> به نام 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ن</w:t>
      </w:r>
      <w:r w:rsidRPr="00841F4D">
        <w:rPr>
          <w:rFonts w:ascii="Tahoma" w:hAnsi="Tahoma" w:cs="Tahoma"/>
          <w:rtl/>
        </w:rPr>
        <w:t xml:space="preserve"> مذهب دربارهٔ اختلاف مردم حکم دهد، با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د</w:t>
      </w:r>
      <w:r w:rsidRPr="00841F4D">
        <w:rPr>
          <w:rFonts w:ascii="Tahoma" w:hAnsi="Tahoma" w:cs="Tahoma"/>
          <w:rtl/>
        </w:rPr>
        <w:t xml:space="preserve"> 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ن</w:t>
      </w:r>
      <w:r w:rsidRPr="00841F4D">
        <w:rPr>
          <w:rFonts w:ascii="Tahoma" w:hAnsi="Tahoma" w:cs="Tahoma"/>
          <w:rtl/>
        </w:rPr>
        <w:t xml:space="preserve"> دانش را م</w:t>
      </w:r>
      <w:r w:rsidRPr="00841F4D">
        <w:rPr>
          <w:rFonts w:ascii="Tahoma" w:hAnsi="Tahoma" w:cs="Tahoma" w:hint="cs"/>
          <w:rtl/>
        </w:rPr>
        <w:t>ی‌</w:t>
      </w:r>
      <w:r w:rsidRPr="00841F4D">
        <w:rPr>
          <w:rFonts w:ascii="Tahoma" w:hAnsi="Tahoma" w:cs="Tahoma" w:hint="eastAsia"/>
          <w:rtl/>
        </w:rPr>
        <w:t>آموخت</w:t>
      </w:r>
      <w:r w:rsidRPr="00841F4D">
        <w:rPr>
          <w:rFonts w:ascii="Tahoma" w:hAnsi="Tahoma" w:cs="Tahoma"/>
          <w:rtl/>
        </w:rPr>
        <w:t xml:space="preserve"> و از سو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جامعهٔ د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ن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ن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ز</w:t>
      </w:r>
      <w:r w:rsidRPr="00841F4D">
        <w:rPr>
          <w:rFonts w:ascii="Tahoma" w:hAnsi="Tahoma" w:cs="Tahoma"/>
          <w:rtl/>
        </w:rPr>
        <w:t xml:space="preserve"> شا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ستهٔ</w:t>
      </w:r>
      <w:r w:rsidRPr="00841F4D">
        <w:rPr>
          <w:rFonts w:ascii="Tahoma" w:hAnsi="Tahoma" w:cs="Tahoma"/>
          <w:rtl/>
        </w:rPr>
        <w:t xml:space="preserve"> چن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ن</w:t>
      </w:r>
      <w:r w:rsidRPr="00841F4D">
        <w:rPr>
          <w:rFonts w:ascii="Tahoma" w:hAnsi="Tahoma" w:cs="Tahoma"/>
          <w:rtl/>
        </w:rPr>
        <w:t xml:space="preserve"> کار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شناخته م</w:t>
      </w:r>
      <w:r w:rsidRPr="00841F4D">
        <w:rPr>
          <w:rFonts w:ascii="Tahoma" w:hAnsi="Tahoma" w:cs="Tahoma" w:hint="cs"/>
          <w:rtl/>
        </w:rPr>
        <w:t>ی‌</w:t>
      </w:r>
      <w:r w:rsidRPr="00841F4D">
        <w:rPr>
          <w:rFonts w:ascii="Tahoma" w:hAnsi="Tahoma" w:cs="Tahoma" w:hint="eastAsia"/>
          <w:rtl/>
        </w:rPr>
        <w:t>شد</w:t>
      </w:r>
      <w:r w:rsidRPr="00841F4D">
        <w:rPr>
          <w:rFonts w:ascii="Tahoma" w:hAnsi="Tahoma" w:cs="Tahoma"/>
          <w:rtl/>
        </w:rPr>
        <w:t>.</w:t>
      </w:r>
    </w:p>
    <w:p w:rsidR="00841F4D" w:rsidRPr="00841F4D" w:rsidRDefault="00841F4D" w:rsidP="00841F4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41F4D">
        <w:rPr>
          <w:rFonts w:ascii="Tahoma" w:hAnsi="Tahoma" w:cs="Tahoma" w:hint="eastAsia"/>
          <w:rtl/>
        </w:rPr>
        <w:t>قزلباشان</w:t>
      </w:r>
      <w:r w:rsidRPr="00841F4D">
        <w:rPr>
          <w:rFonts w:ascii="Tahoma" w:hAnsi="Tahoma" w:cs="Tahoma"/>
          <w:rtl/>
        </w:rPr>
        <w:t xml:space="preserve"> چن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ن</w:t>
      </w:r>
      <w:r w:rsidRPr="00841F4D">
        <w:rPr>
          <w:rFonts w:ascii="Tahoma" w:hAnsi="Tahoma" w:cs="Tahoma"/>
          <w:rtl/>
        </w:rPr>
        <w:t xml:space="preserve"> دانش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نداشتند و وظ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فهٔ</w:t>
      </w:r>
      <w:r w:rsidRPr="00841F4D">
        <w:rPr>
          <w:rFonts w:ascii="Tahoma" w:hAnsi="Tahoma" w:cs="Tahoma"/>
          <w:rtl/>
        </w:rPr>
        <w:t xml:space="preserve"> خود را ن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ز</w:t>
      </w:r>
      <w:r w:rsidRPr="00841F4D">
        <w:rPr>
          <w:rFonts w:ascii="Tahoma" w:hAnsi="Tahoma" w:cs="Tahoma"/>
          <w:rtl/>
        </w:rPr>
        <w:t xml:space="preserve"> در آن نم</w:t>
      </w:r>
      <w:r w:rsidRPr="00841F4D">
        <w:rPr>
          <w:rFonts w:ascii="Tahoma" w:hAnsi="Tahoma" w:cs="Tahoma" w:hint="cs"/>
          <w:rtl/>
        </w:rPr>
        <w:t>ی‌</w:t>
      </w:r>
      <w:r w:rsidRPr="00841F4D">
        <w:rPr>
          <w:rFonts w:ascii="Tahoma" w:hAnsi="Tahoma" w:cs="Tahoma" w:hint="eastAsia"/>
          <w:rtl/>
        </w:rPr>
        <w:t>د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دند</w:t>
      </w:r>
      <w:r w:rsidRPr="00841F4D">
        <w:rPr>
          <w:rFonts w:ascii="Tahoma" w:hAnsi="Tahoma" w:cs="Tahoma"/>
          <w:rtl/>
        </w:rPr>
        <w:t>. آنان برا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مرشد جنگ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ده</w:t>
      </w:r>
      <w:r w:rsidRPr="00841F4D">
        <w:rPr>
          <w:rFonts w:ascii="Tahoma" w:hAnsi="Tahoma" w:cs="Tahoma"/>
          <w:rtl/>
        </w:rPr>
        <w:t xml:space="preserve"> بودند و پ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روز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خود را نشانهٔ درست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راه او م</w:t>
      </w:r>
      <w:r w:rsidRPr="00841F4D">
        <w:rPr>
          <w:rFonts w:ascii="Tahoma" w:hAnsi="Tahoma" w:cs="Tahoma" w:hint="cs"/>
          <w:rtl/>
        </w:rPr>
        <w:t>ی‌</w:t>
      </w:r>
      <w:r w:rsidRPr="00841F4D">
        <w:rPr>
          <w:rFonts w:ascii="Tahoma" w:hAnsi="Tahoma" w:cs="Tahoma" w:hint="eastAsia"/>
          <w:rtl/>
        </w:rPr>
        <w:t>دانستند</w:t>
      </w:r>
      <w:r w:rsidRPr="00841F4D">
        <w:rPr>
          <w:rFonts w:ascii="Tahoma" w:hAnsi="Tahoma" w:cs="Tahoma"/>
          <w:rtl/>
        </w:rPr>
        <w:t>. در تصورشان، فرمان شاه م</w:t>
      </w:r>
      <w:r w:rsidRPr="00841F4D">
        <w:rPr>
          <w:rFonts w:ascii="Tahoma" w:hAnsi="Tahoma" w:cs="Tahoma" w:hint="cs"/>
          <w:rtl/>
        </w:rPr>
        <w:t>ی‌</w:t>
      </w:r>
      <w:r w:rsidRPr="00841F4D">
        <w:rPr>
          <w:rFonts w:ascii="Tahoma" w:hAnsi="Tahoma" w:cs="Tahoma" w:hint="eastAsia"/>
          <w:rtl/>
        </w:rPr>
        <w:t>توانست</w:t>
      </w:r>
      <w:r w:rsidRPr="00841F4D">
        <w:rPr>
          <w:rFonts w:ascii="Tahoma" w:hAnsi="Tahoma" w:cs="Tahoma"/>
          <w:rtl/>
        </w:rPr>
        <w:t xml:space="preserve"> پاسخ بس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ار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از پرسش‌ها باشد؛ ز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را</w:t>
      </w:r>
      <w:r w:rsidRPr="00841F4D">
        <w:rPr>
          <w:rFonts w:ascii="Tahoma" w:hAnsi="Tahoma" w:cs="Tahoma"/>
          <w:rtl/>
        </w:rPr>
        <w:t xml:space="preserve"> شاه فقط فرمانروا نبود و از مقام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مقدس برخوردار شم</w:t>
      </w:r>
      <w:r w:rsidRPr="00841F4D">
        <w:rPr>
          <w:rFonts w:ascii="Tahoma" w:hAnsi="Tahoma" w:cs="Tahoma" w:hint="eastAsia"/>
          <w:rtl/>
        </w:rPr>
        <w:t>رده</w:t>
      </w:r>
      <w:r w:rsidRPr="00841F4D">
        <w:rPr>
          <w:rFonts w:ascii="Tahoma" w:hAnsi="Tahoma" w:cs="Tahoma"/>
          <w:rtl/>
        </w:rPr>
        <w:t xml:space="preserve"> م</w:t>
      </w:r>
      <w:r w:rsidRPr="00841F4D">
        <w:rPr>
          <w:rFonts w:ascii="Tahoma" w:hAnsi="Tahoma" w:cs="Tahoma" w:hint="cs"/>
          <w:rtl/>
        </w:rPr>
        <w:t>ی‌</w:t>
      </w:r>
      <w:r w:rsidRPr="00841F4D">
        <w:rPr>
          <w:rFonts w:ascii="Tahoma" w:hAnsi="Tahoma" w:cs="Tahoma" w:hint="eastAsia"/>
          <w:rtl/>
        </w:rPr>
        <w:t>شد</w:t>
      </w:r>
      <w:r w:rsidRPr="00841F4D">
        <w:rPr>
          <w:rFonts w:ascii="Tahoma" w:hAnsi="Tahoma" w:cs="Tahoma"/>
          <w:rtl/>
        </w:rPr>
        <w:t>. اما فقه دوازده‌امام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نم</w:t>
      </w:r>
      <w:r w:rsidRPr="00841F4D">
        <w:rPr>
          <w:rFonts w:ascii="Tahoma" w:hAnsi="Tahoma" w:cs="Tahoma" w:hint="cs"/>
          <w:rtl/>
        </w:rPr>
        <w:t>ی‌</w:t>
      </w:r>
      <w:r w:rsidRPr="00841F4D">
        <w:rPr>
          <w:rFonts w:ascii="Tahoma" w:hAnsi="Tahoma" w:cs="Tahoma" w:hint="eastAsia"/>
          <w:rtl/>
        </w:rPr>
        <w:t>توانست</w:t>
      </w:r>
      <w:r w:rsidRPr="00841F4D">
        <w:rPr>
          <w:rFonts w:ascii="Tahoma" w:hAnsi="Tahoma" w:cs="Tahoma"/>
          <w:rtl/>
        </w:rPr>
        <w:t xml:space="preserve"> همهٔ احکام را فقط از ارادهٔ شاه بگ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رد</w:t>
      </w:r>
      <w:r w:rsidRPr="00841F4D">
        <w:rPr>
          <w:rFonts w:ascii="Tahoma" w:hAnsi="Tahoma" w:cs="Tahoma"/>
          <w:rtl/>
        </w:rPr>
        <w:t>. فق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ه</w:t>
      </w:r>
      <w:r w:rsidRPr="00841F4D">
        <w:rPr>
          <w:rFonts w:ascii="Tahoma" w:hAnsi="Tahoma" w:cs="Tahoma"/>
          <w:rtl/>
        </w:rPr>
        <w:t xml:space="preserve"> مدع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بود که حکم را از قرآن، سنت پ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امبر</w:t>
      </w:r>
      <w:r w:rsidRPr="00841F4D">
        <w:rPr>
          <w:rFonts w:ascii="Tahoma" w:hAnsi="Tahoma" w:cs="Tahoma"/>
          <w:rtl/>
        </w:rPr>
        <w:t xml:space="preserve"> و امامان و ش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وه‌ها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پذ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رفته‌شدهٔ</w:t>
      </w:r>
      <w:r w:rsidRPr="00841F4D">
        <w:rPr>
          <w:rFonts w:ascii="Tahoma" w:hAnsi="Tahoma" w:cs="Tahoma"/>
          <w:rtl/>
        </w:rPr>
        <w:t xml:space="preserve"> استنباط به دست م</w:t>
      </w:r>
      <w:r w:rsidRPr="00841F4D">
        <w:rPr>
          <w:rFonts w:ascii="Tahoma" w:hAnsi="Tahoma" w:cs="Tahoma" w:hint="cs"/>
          <w:rtl/>
        </w:rPr>
        <w:t>ی‌</w:t>
      </w:r>
      <w:r w:rsidRPr="00841F4D">
        <w:rPr>
          <w:rFonts w:ascii="Tahoma" w:hAnsi="Tahoma" w:cs="Tahoma" w:hint="eastAsia"/>
          <w:rtl/>
        </w:rPr>
        <w:t>آورد</w:t>
      </w:r>
      <w:r w:rsidRPr="00841F4D">
        <w:rPr>
          <w:rFonts w:ascii="Tahoma" w:hAnsi="Tahoma" w:cs="Tahoma"/>
          <w:rtl/>
        </w:rPr>
        <w:t>.</w:t>
      </w:r>
    </w:p>
    <w:p w:rsidR="00841F4D" w:rsidRPr="00841F4D" w:rsidRDefault="00841F4D" w:rsidP="00841F4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41F4D">
        <w:rPr>
          <w:rFonts w:ascii="Tahoma" w:hAnsi="Tahoma" w:cs="Tahoma" w:hint="eastAsia"/>
          <w:rtl/>
        </w:rPr>
        <w:t>در</w:t>
      </w:r>
      <w:r w:rsidRPr="00841F4D">
        <w:rPr>
          <w:rFonts w:ascii="Tahoma" w:hAnsi="Tahoma" w:cs="Tahoma"/>
          <w:rtl/>
        </w:rPr>
        <w:t xml:space="preserve"> نت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جه،</w:t>
      </w:r>
      <w:r w:rsidRPr="00841F4D">
        <w:rPr>
          <w:rFonts w:ascii="Tahoma" w:hAnsi="Tahoma" w:cs="Tahoma"/>
          <w:rtl/>
        </w:rPr>
        <w:t xml:space="preserve"> حکومت صفو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از همان آغاز با دو صورت متفاوت از اقتدار مذهب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روبه‌رو شد. صورت نخست، اقتدار مرشد بود که در شخص شاه اسماع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ل</w:t>
      </w:r>
      <w:r w:rsidRPr="00841F4D">
        <w:rPr>
          <w:rFonts w:ascii="Tahoma" w:hAnsi="Tahoma" w:cs="Tahoma"/>
          <w:rtl/>
        </w:rPr>
        <w:t xml:space="preserve"> تجسم م</w:t>
      </w:r>
      <w:r w:rsidRPr="00841F4D">
        <w:rPr>
          <w:rFonts w:ascii="Tahoma" w:hAnsi="Tahoma" w:cs="Tahoma" w:hint="cs"/>
          <w:rtl/>
        </w:rPr>
        <w:t>ی‌ی</w:t>
      </w:r>
      <w:r w:rsidRPr="00841F4D">
        <w:rPr>
          <w:rFonts w:ascii="Tahoma" w:hAnsi="Tahoma" w:cs="Tahoma" w:hint="eastAsia"/>
          <w:rtl/>
        </w:rPr>
        <w:t>افت</w:t>
      </w:r>
      <w:r w:rsidRPr="00841F4D">
        <w:rPr>
          <w:rFonts w:ascii="Tahoma" w:hAnsi="Tahoma" w:cs="Tahoma"/>
          <w:rtl/>
        </w:rPr>
        <w:t xml:space="preserve"> و قزلباشان ب</w:t>
      </w:r>
      <w:r w:rsidRPr="00841F4D">
        <w:rPr>
          <w:rFonts w:ascii="Tahoma" w:hAnsi="Tahoma" w:cs="Tahoma" w:hint="cs"/>
          <w:rtl/>
        </w:rPr>
        <w:t>ی‌</w:t>
      </w:r>
      <w:r w:rsidRPr="00841F4D">
        <w:rPr>
          <w:rFonts w:ascii="Tahoma" w:hAnsi="Tahoma" w:cs="Tahoma" w:hint="eastAsia"/>
          <w:rtl/>
        </w:rPr>
        <w:t>واسطه</w:t>
      </w:r>
      <w:r w:rsidRPr="00841F4D">
        <w:rPr>
          <w:rFonts w:ascii="Tahoma" w:hAnsi="Tahoma" w:cs="Tahoma"/>
          <w:rtl/>
        </w:rPr>
        <w:t xml:space="preserve"> از آن اطاعت م</w:t>
      </w:r>
      <w:r w:rsidRPr="00841F4D">
        <w:rPr>
          <w:rFonts w:ascii="Tahoma" w:hAnsi="Tahoma" w:cs="Tahoma" w:hint="cs"/>
          <w:rtl/>
        </w:rPr>
        <w:t>ی‌</w:t>
      </w:r>
      <w:r w:rsidRPr="00841F4D">
        <w:rPr>
          <w:rFonts w:ascii="Tahoma" w:hAnsi="Tahoma" w:cs="Tahoma" w:hint="eastAsia"/>
          <w:rtl/>
        </w:rPr>
        <w:t>کردند</w:t>
      </w:r>
      <w:r w:rsidRPr="00841F4D">
        <w:rPr>
          <w:rFonts w:ascii="Tahoma" w:hAnsi="Tahoma" w:cs="Tahoma"/>
          <w:rtl/>
        </w:rPr>
        <w:t>. صورت دوم، اقتدار فق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ه</w:t>
      </w:r>
      <w:r w:rsidRPr="00841F4D">
        <w:rPr>
          <w:rFonts w:ascii="Tahoma" w:hAnsi="Tahoma" w:cs="Tahoma"/>
          <w:rtl/>
        </w:rPr>
        <w:t xml:space="preserve"> بود که بر دانش و توانا</w:t>
      </w:r>
      <w:r w:rsidRPr="00841F4D">
        <w:rPr>
          <w:rFonts w:ascii="Tahoma" w:hAnsi="Tahoma" w:cs="Tahoma" w:hint="cs"/>
          <w:rtl/>
        </w:rPr>
        <w:t>یی</w:t>
      </w:r>
      <w:r w:rsidRPr="00841F4D">
        <w:rPr>
          <w:rFonts w:ascii="Tahoma" w:hAnsi="Tahoma" w:cs="Tahoma"/>
          <w:rtl/>
        </w:rPr>
        <w:t xml:space="preserve"> تفس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ر</w:t>
      </w:r>
      <w:r w:rsidRPr="00841F4D">
        <w:rPr>
          <w:rFonts w:ascii="Tahoma" w:hAnsi="Tahoma" w:cs="Tahoma"/>
          <w:rtl/>
        </w:rPr>
        <w:t xml:space="preserve"> احکام استوار بود. م</w:t>
      </w:r>
      <w:r w:rsidRPr="00841F4D">
        <w:rPr>
          <w:rFonts w:ascii="Tahoma" w:hAnsi="Tahoma" w:cs="Tahoma" w:hint="eastAsia"/>
          <w:rtl/>
        </w:rPr>
        <w:t>رشد</w:t>
      </w:r>
      <w:r w:rsidRPr="00841F4D">
        <w:rPr>
          <w:rFonts w:ascii="Tahoma" w:hAnsi="Tahoma" w:cs="Tahoma"/>
          <w:rtl/>
        </w:rPr>
        <w:t xml:space="preserve"> از مر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د</w:t>
      </w:r>
      <w:r w:rsidRPr="00841F4D">
        <w:rPr>
          <w:rFonts w:ascii="Tahoma" w:hAnsi="Tahoma" w:cs="Tahoma"/>
          <w:rtl/>
        </w:rPr>
        <w:t xml:space="preserve"> فرمان‌بردار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م</w:t>
      </w:r>
      <w:r w:rsidRPr="00841F4D">
        <w:rPr>
          <w:rFonts w:ascii="Tahoma" w:hAnsi="Tahoma" w:cs="Tahoma" w:hint="cs"/>
          <w:rtl/>
        </w:rPr>
        <w:t>ی‌</w:t>
      </w:r>
      <w:r w:rsidRPr="00841F4D">
        <w:rPr>
          <w:rFonts w:ascii="Tahoma" w:hAnsi="Tahoma" w:cs="Tahoma" w:hint="eastAsia"/>
          <w:rtl/>
        </w:rPr>
        <w:t>خواست؛</w:t>
      </w:r>
      <w:r w:rsidRPr="00841F4D">
        <w:rPr>
          <w:rFonts w:ascii="Tahoma" w:hAnsi="Tahoma" w:cs="Tahoma"/>
          <w:rtl/>
        </w:rPr>
        <w:t xml:space="preserve"> فق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ه</w:t>
      </w:r>
      <w:r w:rsidRPr="00841F4D">
        <w:rPr>
          <w:rFonts w:ascii="Tahoma" w:hAnsi="Tahoma" w:cs="Tahoma"/>
          <w:rtl/>
        </w:rPr>
        <w:t xml:space="preserve"> از مؤمن م</w:t>
      </w:r>
      <w:r w:rsidRPr="00841F4D">
        <w:rPr>
          <w:rFonts w:ascii="Tahoma" w:hAnsi="Tahoma" w:cs="Tahoma" w:hint="cs"/>
          <w:rtl/>
        </w:rPr>
        <w:t>ی‌</w:t>
      </w:r>
      <w:r w:rsidRPr="00841F4D">
        <w:rPr>
          <w:rFonts w:ascii="Tahoma" w:hAnsi="Tahoma" w:cs="Tahoma" w:hint="eastAsia"/>
          <w:rtl/>
        </w:rPr>
        <w:t>خواست</w:t>
      </w:r>
      <w:r w:rsidRPr="00841F4D">
        <w:rPr>
          <w:rFonts w:ascii="Tahoma" w:hAnsi="Tahoma" w:cs="Tahoma"/>
          <w:rtl/>
        </w:rPr>
        <w:t xml:space="preserve"> حکم شرع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را از کس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بپذ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رد</w:t>
      </w:r>
      <w:r w:rsidRPr="00841F4D">
        <w:rPr>
          <w:rFonts w:ascii="Tahoma" w:hAnsi="Tahoma" w:cs="Tahoma"/>
          <w:rtl/>
        </w:rPr>
        <w:t xml:space="preserve"> که دانش آن را دارد.</w:t>
      </w:r>
    </w:p>
    <w:p w:rsidR="00841F4D" w:rsidRPr="00841F4D" w:rsidRDefault="00841F4D" w:rsidP="00841F4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41F4D">
        <w:rPr>
          <w:rFonts w:ascii="Tahoma" w:hAnsi="Tahoma" w:cs="Tahoma" w:hint="eastAsia"/>
          <w:rtl/>
        </w:rPr>
        <w:t>تا</w:t>
      </w:r>
      <w:r w:rsidRPr="00841F4D">
        <w:rPr>
          <w:rFonts w:ascii="Tahoma" w:hAnsi="Tahoma" w:cs="Tahoma"/>
          <w:rtl/>
        </w:rPr>
        <w:t xml:space="preserve"> زمان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که شاه اسماع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ل</w:t>
      </w:r>
      <w:r w:rsidRPr="00841F4D">
        <w:rPr>
          <w:rFonts w:ascii="Tahoma" w:hAnsi="Tahoma" w:cs="Tahoma"/>
          <w:rtl/>
        </w:rPr>
        <w:t xml:space="preserve"> در اوج پ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روز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و برخوردار از 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مان</w:t>
      </w:r>
      <w:r w:rsidRPr="00841F4D">
        <w:rPr>
          <w:rFonts w:ascii="Tahoma" w:hAnsi="Tahoma" w:cs="Tahoma"/>
          <w:rtl/>
        </w:rPr>
        <w:t xml:space="preserve"> قزلباشان بود، ممکن بود 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ن</w:t>
      </w:r>
      <w:r w:rsidRPr="00841F4D">
        <w:rPr>
          <w:rFonts w:ascii="Tahoma" w:hAnsi="Tahoma" w:cs="Tahoma"/>
          <w:rtl/>
        </w:rPr>
        <w:t xml:space="preserve"> دو اقتدار در سا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هٔ</w:t>
      </w:r>
      <w:r w:rsidRPr="00841F4D">
        <w:rPr>
          <w:rFonts w:ascii="Tahoma" w:hAnsi="Tahoma" w:cs="Tahoma"/>
          <w:rtl/>
        </w:rPr>
        <w:t xml:space="preserve"> شخص او با 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کد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گر</w:t>
      </w:r>
      <w:r w:rsidRPr="00841F4D">
        <w:rPr>
          <w:rFonts w:ascii="Tahoma" w:hAnsi="Tahoma" w:cs="Tahoma"/>
          <w:rtl/>
        </w:rPr>
        <w:t xml:space="preserve"> برخورد نکنند. اما حکومت فقط برا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روزگار بن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ان‌گذار</w:t>
      </w:r>
      <w:r w:rsidRPr="00841F4D">
        <w:rPr>
          <w:rFonts w:ascii="Tahoma" w:hAnsi="Tahoma" w:cs="Tahoma"/>
          <w:rtl/>
        </w:rPr>
        <w:t xml:space="preserve"> ساخته نم</w:t>
      </w:r>
      <w:r w:rsidRPr="00841F4D">
        <w:rPr>
          <w:rFonts w:ascii="Tahoma" w:hAnsi="Tahoma" w:cs="Tahoma" w:hint="cs"/>
          <w:rtl/>
        </w:rPr>
        <w:t>ی‌</w:t>
      </w:r>
      <w:r w:rsidRPr="00841F4D">
        <w:rPr>
          <w:rFonts w:ascii="Tahoma" w:hAnsi="Tahoma" w:cs="Tahoma" w:hint="eastAsia"/>
          <w:rtl/>
        </w:rPr>
        <w:t>شد</w:t>
      </w:r>
      <w:r w:rsidRPr="00841F4D">
        <w:rPr>
          <w:rFonts w:ascii="Tahoma" w:hAnsi="Tahoma" w:cs="Tahoma"/>
          <w:rtl/>
        </w:rPr>
        <w:t>. اگر قرار بود تش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ع</w:t>
      </w:r>
      <w:r w:rsidRPr="00841F4D">
        <w:rPr>
          <w:rFonts w:ascii="Tahoma" w:hAnsi="Tahoma" w:cs="Tahoma"/>
          <w:rtl/>
        </w:rPr>
        <w:t xml:space="preserve"> دوازده‌امام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پس از مرگ اسماع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ل</w:t>
      </w:r>
      <w:r w:rsidRPr="00841F4D">
        <w:rPr>
          <w:rFonts w:ascii="Tahoma" w:hAnsi="Tahoma" w:cs="Tahoma"/>
          <w:rtl/>
        </w:rPr>
        <w:t xml:space="preserve"> ن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ز</w:t>
      </w:r>
      <w:r w:rsidRPr="00841F4D">
        <w:rPr>
          <w:rFonts w:ascii="Tahoma" w:hAnsi="Tahoma" w:cs="Tahoma"/>
          <w:rtl/>
        </w:rPr>
        <w:t xml:space="preserve"> مذهب کشور باق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بم</w:t>
      </w:r>
      <w:r w:rsidRPr="00841F4D">
        <w:rPr>
          <w:rFonts w:ascii="Tahoma" w:hAnsi="Tahoma" w:cs="Tahoma" w:hint="eastAsia"/>
          <w:rtl/>
        </w:rPr>
        <w:t>اند،</w:t>
      </w:r>
      <w:r w:rsidRPr="00841F4D">
        <w:rPr>
          <w:rFonts w:ascii="Tahoma" w:hAnsi="Tahoma" w:cs="Tahoma"/>
          <w:rtl/>
        </w:rPr>
        <w:t xml:space="preserve"> با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د</w:t>
      </w:r>
      <w:r w:rsidRPr="00841F4D">
        <w:rPr>
          <w:rFonts w:ascii="Tahoma" w:hAnsi="Tahoma" w:cs="Tahoma"/>
          <w:rtl/>
        </w:rPr>
        <w:t xml:space="preserve"> از 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مان</w:t>
      </w:r>
      <w:r w:rsidRPr="00841F4D">
        <w:rPr>
          <w:rFonts w:ascii="Tahoma" w:hAnsi="Tahoma" w:cs="Tahoma"/>
          <w:rtl/>
        </w:rPr>
        <w:t xml:space="preserve"> به شخص او جدا و در مدرسه، کتاب، محکمه، مسجد و منصب‌ها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پا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دار</w:t>
      </w:r>
      <w:r w:rsidRPr="00841F4D">
        <w:rPr>
          <w:rFonts w:ascii="Tahoma" w:hAnsi="Tahoma" w:cs="Tahoma"/>
          <w:rtl/>
        </w:rPr>
        <w:t xml:space="preserve"> جا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م</w:t>
      </w:r>
      <w:r w:rsidRPr="00841F4D">
        <w:rPr>
          <w:rFonts w:ascii="Tahoma" w:hAnsi="Tahoma" w:cs="Tahoma" w:hint="cs"/>
          <w:rtl/>
        </w:rPr>
        <w:t>ی‌</w:t>
      </w:r>
      <w:r w:rsidRPr="00841F4D">
        <w:rPr>
          <w:rFonts w:ascii="Tahoma" w:hAnsi="Tahoma" w:cs="Tahoma" w:hint="eastAsia"/>
          <w:rtl/>
        </w:rPr>
        <w:t>گرفت</w:t>
      </w:r>
      <w:r w:rsidRPr="00841F4D">
        <w:rPr>
          <w:rFonts w:ascii="Tahoma" w:hAnsi="Tahoma" w:cs="Tahoma"/>
          <w:rtl/>
        </w:rPr>
        <w:t>.</w:t>
      </w:r>
    </w:p>
    <w:p w:rsidR="00841F4D" w:rsidRPr="00841F4D" w:rsidRDefault="00841F4D" w:rsidP="00841F4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41F4D">
        <w:rPr>
          <w:rFonts w:ascii="Tahoma" w:hAnsi="Tahoma" w:cs="Tahoma" w:hint="eastAsia"/>
          <w:rtl/>
        </w:rPr>
        <w:t>برا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افتن</w:t>
      </w:r>
      <w:r w:rsidRPr="00841F4D">
        <w:rPr>
          <w:rFonts w:ascii="Tahoma" w:hAnsi="Tahoma" w:cs="Tahoma"/>
          <w:rtl/>
        </w:rPr>
        <w:t xml:space="preserve"> د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نکاران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که بتوانند چن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ن</w:t>
      </w:r>
      <w:r w:rsidRPr="00841F4D">
        <w:rPr>
          <w:rFonts w:ascii="Tahoma" w:hAnsi="Tahoma" w:cs="Tahoma"/>
          <w:rtl/>
        </w:rPr>
        <w:t xml:space="preserve"> دستگاه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بسازند، حکومت صفو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ناچار شد به ب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رون</w:t>
      </w:r>
      <w:r w:rsidRPr="00841F4D">
        <w:rPr>
          <w:rFonts w:ascii="Tahoma" w:hAnsi="Tahoma" w:cs="Tahoma"/>
          <w:rtl/>
        </w:rPr>
        <w:t xml:space="preserve"> از 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ران</w:t>
      </w:r>
      <w:r w:rsidRPr="00841F4D">
        <w:rPr>
          <w:rFonts w:ascii="Tahoma" w:hAnsi="Tahoma" w:cs="Tahoma"/>
          <w:rtl/>
        </w:rPr>
        <w:t xml:space="preserve"> رو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آورد. در جبل عامل، عراق، بحر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ن،</w:t>
      </w:r>
      <w:r w:rsidRPr="00841F4D">
        <w:rPr>
          <w:rFonts w:ascii="Tahoma" w:hAnsi="Tahoma" w:cs="Tahoma"/>
          <w:rtl/>
        </w:rPr>
        <w:t xml:space="preserve"> احساء و برخ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مراکز د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گر،</w:t>
      </w:r>
      <w:r w:rsidRPr="00841F4D">
        <w:rPr>
          <w:rFonts w:ascii="Tahoma" w:hAnsi="Tahoma" w:cs="Tahoma"/>
          <w:rtl/>
        </w:rPr>
        <w:t xml:space="preserve"> گروه‌ها</w:t>
      </w:r>
      <w:r w:rsidRPr="00841F4D">
        <w:rPr>
          <w:rFonts w:ascii="Tahoma" w:hAnsi="Tahoma" w:cs="Tahoma" w:hint="cs"/>
          <w:rtl/>
        </w:rPr>
        <w:t>یی</w:t>
      </w:r>
      <w:r w:rsidRPr="00841F4D">
        <w:rPr>
          <w:rFonts w:ascii="Tahoma" w:hAnsi="Tahoma" w:cs="Tahoma"/>
          <w:rtl/>
        </w:rPr>
        <w:t xml:space="preserve"> از د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نکاران</w:t>
      </w:r>
      <w:r w:rsidRPr="00841F4D">
        <w:rPr>
          <w:rFonts w:ascii="Tahoma" w:hAnsi="Tahoma" w:cs="Tahoma"/>
          <w:rtl/>
        </w:rPr>
        <w:t xml:space="preserve"> دوازده‌امام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زندگ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م</w:t>
      </w:r>
      <w:r w:rsidRPr="00841F4D">
        <w:rPr>
          <w:rFonts w:ascii="Tahoma" w:hAnsi="Tahoma" w:cs="Tahoma" w:hint="cs"/>
          <w:rtl/>
        </w:rPr>
        <w:t>ی‌</w:t>
      </w:r>
      <w:r w:rsidRPr="00841F4D">
        <w:rPr>
          <w:rFonts w:ascii="Tahoma" w:hAnsi="Tahoma" w:cs="Tahoma" w:hint="eastAsia"/>
          <w:rtl/>
        </w:rPr>
        <w:t>کردند</w:t>
      </w:r>
      <w:r w:rsidRPr="00841F4D">
        <w:rPr>
          <w:rFonts w:ascii="Tahoma" w:hAnsi="Tahoma" w:cs="Tahoma"/>
          <w:rtl/>
        </w:rPr>
        <w:t xml:space="preserve"> که سنت‌ها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آموزش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و فقه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پا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دارتر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داشتند. آنان در حکو</w:t>
      </w:r>
      <w:r w:rsidRPr="00841F4D">
        <w:rPr>
          <w:rFonts w:ascii="Tahoma" w:hAnsi="Tahoma" w:cs="Tahoma" w:hint="eastAsia"/>
          <w:rtl/>
        </w:rPr>
        <w:t>مت‌ها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سن</w:t>
      </w:r>
      <w:r w:rsidRPr="00841F4D">
        <w:rPr>
          <w:rFonts w:ascii="Tahoma" w:hAnsi="Tahoma" w:cs="Tahoma" w:hint="cs"/>
          <w:rtl/>
        </w:rPr>
        <w:t>ی‌</w:t>
      </w:r>
      <w:r w:rsidRPr="00841F4D">
        <w:rPr>
          <w:rFonts w:ascii="Tahoma" w:hAnsi="Tahoma" w:cs="Tahoma" w:hint="eastAsia"/>
          <w:rtl/>
        </w:rPr>
        <w:t>مذهب</w:t>
      </w:r>
      <w:r w:rsidRPr="00841F4D">
        <w:rPr>
          <w:rFonts w:ascii="Tahoma" w:hAnsi="Tahoma" w:cs="Tahoma"/>
          <w:rtl/>
        </w:rPr>
        <w:t xml:space="preserve"> معمولاً قدرت س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اس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گسترده‌ا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در اخت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ار</w:t>
      </w:r>
      <w:r w:rsidRPr="00841F4D">
        <w:rPr>
          <w:rFonts w:ascii="Tahoma" w:hAnsi="Tahoma" w:cs="Tahoma"/>
          <w:rtl/>
        </w:rPr>
        <w:t xml:space="preserve"> نداشتند، اما شبکه‌ها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علم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،</w:t>
      </w:r>
      <w:r w:rsidRPr="00841F4D">
        <w:rPr>
          <w:rFonts w:ascii="Tahoma" w:hAnsi="Tahoma" w:cs="Tahoma"/>
          <w:rtl/>
        </w:rPr>
        <w:t xml:space="preserve"> کتاب‌ها، شاگردان و تجربهٔ فقه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خود را حفظ کرده بودند.</w:t>
      </w:r>
    </w:p>
    <w:p w:rsidR="00841F4D" w:rsidRPr="00841F4D" w:rsidRDefault="00841F4D" w:rsidP="00841F4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41F4D">
        <w:rPr>
          <w:rFonts w:ascii="Tahoma" w:hAnsi="Tahoma" w:cs="Tahoma" w:hint="eastAsia"/>
          <w:rtl/>
        </w:rPr>
        <w:t>جبل</w:t>
      </w:r>
      <w:r w:rsidRPr="00841F4D">
        <w:rPr>
          <w:rFonts w:ascii="Tahoma" w:hAnsi="Tahoma" w:cs="Tahoma"/>
          <w:rtl/>
        </w:rPr>
        <w:t xml:space="preserve"> عامل، منطقه‌ا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کوهستان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در جنوب لبنان امروز، 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ک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از مهم‌تر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ن</w:t>
      </w:r>
      <w:r w:rsidRPr="00841F4D">
        <w:rPr>
          <w:rFonts w:ascii="Tahoma" w:hAnsi="Tahoma" w:cs="Tahoma"/>
          <w:rtl/>
        </w:rPr>
        <w:t xml:space="preserve"> 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ن</w:t>
      </w:r>
      <w:r w:rsidRPr="00841F4D">
        <w:rPr>
          <w:rFonts w:ascii="Tahoma" w:hAnsi="Tahoma" w:cs="Tahoma"/>
          <w:rtl/>
        </w:rPr>
        <w:t xml:space="preserve"> مراکز بود. جمع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ت</w:t>
      </w:r>
      <w:r w:rsidRPr="00841F4D">
        <w:rPr>
          <w:rFonts w:ascii="Tahoma" w:hAnsi="Tahoma" w:cs="Tahoma"/>
          <w:rtl/>
        </w:rPr>
        <w:t xml:space="preserve"> ش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عهٔ</w:t>
      </w:r>
      <w:r w:rsidRPr="00841F4D">
        <w:rPr>
          <w:rFonts w:ascii="Tahoma" w:hAnsi="Tahoma" w:cs="Tahoma"/>
          <w:rtl/>
        </w:rPr>
        <w:t xml:space="preserve"> آن منطقه، با وجود قرار گرفتن در قلمرو حکومت‌ها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سن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،</w:t>
      </w:r>
      <w:r w:rsidRPr="00841F4D">
        <w:rPr>
          <w:rFonts w:ascii="Tahoma" w:hAnsi="Tahoma" w:cs="Tahoma"/>
          <w:rtl/>
        </w:rPr>
        <w:t xml:space="preserve"> توانسته بود گروه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از فق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هان</w:t>
      </w:r>
      <w:r w:rsidRPr="00841F4D">
        <w:rPr>
          <w:rFonts w:ascii="Tahoma" w:hAnsi="Tahoma" w:cs="Tahoma"/>
          <w:rtl/>
        </w:rPr>
        <w:t xml:space="preserve"> و مدرسان دوازده‌امام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را پرورش دهد. 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ن</w:t>
      </w:r>
      <w:r w:rsidRPr="00841F4D">
        <w:rPr>
          <w:rFonts w:ascii="Tahoma" w:hAnsi="Tahoma" w:cs="Tahoma"/>
          <w:rtl/>
        </w:rPr>
        <w:t xml:space="preserve"> د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نکاران</w:t>
      </w:r>
      <w:r w:rsidRPr="00841F4D">
        <w:rPr>
          <w:rFonts w:ascii="Tahoma" w:hAnsi="Tahoma" w:cs="Tahoma"/>
          <w:rtl/>
        </w:rPr>
        <w:t xml:space="preserve"> در مح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ط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زندگ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م</w:t>
      </w:r>
      <w:r w:rsidRPr="00841F4D">
        <w:rPr>
          <w:rFonts w:ascii="Tahoma" w:hAnsi="Tahoma" w:cs="Tahoma" w:hint="cs"/>
          <w:rtl/>
        </w:rPr>
        <w:t>ی‌</w:t>
      </w:r>
      <w:r w:rsidRPr="00841F4D">
        <w:rPr>
          <w:rFonts w:ascii="Tahoma" w:hAnsi="Tahoma" w:cs="Tahoma" w:hint="eastAsia"/>
          <w:rtl/>
        </w:rPr>
        <w:t>کردند</w:t>
      </w:r>
      <w:r w:rsidRPr="00841F4D">
        <w:rPr>
          <w:rFonts w:ascii="Tahoma" w:hAnsi="Tahoma" w:cs="Tahoma"/>
          <w:rtl/>
        </w:rPr>
        <w:t xml:space="preserve"> که حکومت د</w:t>
      </w:r>
      <w:r w:rsidRPr="00841F4D">
        <w:rPr>
          <w:rFonts w:ascii="Tahoma" w:hAnsi="Tahoma" w:cs="Tahoma" w:hint="eastAsia"/>
          <w:rtl/>
        </w:rPr>
        <w:t>ر</w:t>
      </w:r>
      <w:r w:rsidRPr="00841F4D">
        <w:rPr>
          <w:rFonts w:ascii="Tahoma" w:hAnsi="Tahoma" w:cs="Tahoma"/>
          <w:rtl/>
        </w:rPr>
        <w:t xml:space="preserve"> اخت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ارشان</w:t>
      </w:r>
      <w:r w:rsidRPr="00841F4D">
        <w:rPr>
          <w:rFonts w:ascii="Tahoma" w:hAnsi="Tahoma" w:cs="Tahoma"/>
          <w:rtl/>
        </w:rPr>
        <w:t xml:space="preserve"> نبود. اقتدار آنان ب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شتر</w:t>
      </w:r>
      <w:r w:rsidRPr="00841F4D">
        <w:rPr>
          <w:rFonts w:ascii="Tahoma" w:hAnsi="Tahoma" w:cs="Tahoma"/>
          <w:rtl/>
        </w:rPr>
        <w:t xml:space="preserve"> از دانش، رابطه با شاگردان و اعتماد جماعت‌ها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ش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ع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سرچشمه م</w:t>
      </w:r>
      <w:r w:rsidRPr="00841F4D">
        <w:rPr>
          <w:rFonts w:ascii="Tahoma" w:hAnsi="Tahoma" w:cs="Tahoma" w:hint="cs"/>
          <w:rtl/>
        </w:rPr>
        <w:t>ی‌</w:t>
      </w:r>
      <w:r w:rsidRPr="00841F4D">
        <w:rPr>
          <w:rFonts w:ascii="Tahoma" w:hAnsi="Tahoma" w:cs="Tahoma" w:hint="eastAsia"/>
          <w:rtl/>
        </w:rPr>
        <w:t>گرفت</w:t>
      </w:r>
      <w:r w:rsidRPr="00841F4D">
        <w:rPr>
          <w:rFonts w:ascii="Tahoma" w:hAnsi="Tahoma" w:cs="Tahoma"/>
          <w:rtl/>
        </w:rPr>
        <w:t>.</w:t>
      </w:r>
    </w:p>
    <w:p w:rsidR="00841F4D" w:rsidRPr="00841F4D" w:rsidRDefault="00841F4D" w:rsidP="00841F4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41F4D">
        <w:rPr>
          <w:rFonts w:ascii="Tahoma" w:hAnsi="Tahoma" w:cs="Tahoma" w:hint="eastAsia"/>
          <w:rtl/>
        </w:rPr>
        <w:t>ظهور</w:t>
      </w:r>
      <w:r w:rsidRPr="00841F4D">
        <w:rPr>
          <w:rFonts w:ascii="Tahoma" w:hAnsi="Tahoma" w:cs="Tahoma"/>
          <w:rtl/>
        </w:rPr>
        <w:t xml:space="preserve"> حکومت صفو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برا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ن</w:t>
      </w:r>
      <w:r w:rsidRPr="00841F4D">
        <w:rPr>
          <w:rFonts w:ascii="Tahoma" w:hAnsi="Tahoma" w:cs="Tahoma"/>
          <w:rtl/>
        </w:rPr>
        <w:t xml:space="preserve"> گروه فرصت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تار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خ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پد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د</w:t>
      </w:r>
      <w:r w:rsidRPr="00841F4D">
        <w:rPr>
          <w:rFonts w:ascii="Tahoma" w:hAnsi="Tahoma" w:cs="Tahoma"/>
          <w:rtl/>
        </w:rPr>
        <w:t xml:space="preserve"> آورد. برا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نخست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ن‌بار</w:t>
      </w:r>
      <w:r w:rsidRPr="00841F4D">
        <w:rPr>
          <w:rFonts w:ascii="Tahoma" w:hAnsi="Tahoma" w:cs="Tahoma"/>
          <w:rtl/>
        </w:rPr>
        <w:t xml:space="preserve"> حکومت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ن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رومند</w:t>
      </w:r>
      <w:r w:rsidRPr="00841F4D">
        <w:rPr>
          <w:rFonts w:ascii="Tahoma" w:hAnsi="Tahoma" w:cs="Tahoma"/>
          <w:rtl/>
        </w:rPr>
        <w:t xml:space="preserve"> اعلام م</w:t>
      </w:r>
      <w:r w:rsidRPr="00841F4D">
        <w:rPr>
          <w:rFonts w:ascii="Tahoma" w:hAnsi="Tahoma" w:cs="Tahoma" w:hint="cs"/>
          <w:rtl/>
        </w:rPr>
        <w:t>ی‌</w:t>
      </w:r>
      <w:r w:rsidRPr="00841F4D">
        <w:rPr>
          <w:rFonts w:ascii="Tahoma" w:hAnsi="Tahoma" w:cs="Tahoma" w:hint="eastAsia"/>
          <w:rtl/>
        </w:rPr>
        <w:t>کرد</w:t>
      </w:r>
      <w:r w:rsidRPr="00841F4D">
        <w:rPr>
          <w:rFonts w:ascii="Tahoma" w:hAnsi="Tahoma" w:cs="Tahoma"/>
          <w:rtl/>
        </w:rPr>
        <w:t xml:space="preserve"> که تش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ع</w:t>
      </w:r>
      <w:r w:rsidRPr="00841F4D">
        <w:rPr>
          <w:rFonts w:ascii="Tahoma" w:hAnsi="Tahoma" w:cs="Tahoma"/>
          <w:rtl/>
        </w:rPr>
        <w:t xml:space="preserve"> دوازده‌امام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مذهب رسم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اوست و آماده است برا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آموزش و اجرا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آن مقام، درآمد، مدرسه و حما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ت</w:t>
      </w:r>
      <w:r w:rsidRPr="00841F4D">
        <w:rPr>
          <w:rFonts w:ascii="Tahoma" w:hAnsi="Tahoma" w:cs="Tahoma"/>
          <w:rtl/>
        </w:rPr>
        <w:t xml:space="preserve"> س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اس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فراهم کند. فق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ه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که در سرزم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ن</w:t>
      </w:r>
      <w:r w:rsidRPr="00841F4D">
        <w:rPr>
          <w:rFonts w:ascii="Tahoma" w:hAnsi="Tahoma" w:cs="Tahoma"/>
          <w:rtl/>
        </w:rPr>
        <w:t xml:space="preserve"> خود در حاش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هٔ</w:t>
      </w:r>
      <w:r w:rsidRPr="00841F4D">
        <w:rPr>
          <w:rFonts w:ascii="Tahoma" w:hAnsi="Tahoma" w:cs="Tahoma"/>
          <w:rtl/>
        </w:rPr>
        <w:t xml:space="preserve"> حکومت زندگ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م</w:t>
      </w:r>
      <w:r w:rsidRPr="00841F4D">
        <w:rPr>
          <w:rFonts w:ascii="Tahoma" w:hAnsi="Tahoma" w:cs="Tahoma" w:hint="cs"/>
          <w:rtl/>
        </w:rPr>
        <w:t>ی‌</w:t>
      </w:r>
      <w:r w:rsidRPr="00841F4D">
        <w:rPr>
          <w:rFonts w:ascii="Tahoma" w:hAnsi="Tahoma" w:cs="Tahoma" w:hint="eastAsia"/>
          <w:rtl/>
        </w:rPr>
        <w:t>کرد،</w:t>
      </w:r>
      <w:r w:rsidRPr="00841F4D">
        <w:rPr>
          <w:rFonts w:ascii="Tahoma" w:hAnsi="Tahoma" w:cs="Tahoma"/>
          <w:rtl/>
        </w:rPr>
        <w:t xml:space="preserve"> در 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ران</w:t>
      </w:r>
      <w:r w:rsidRPr="00841F4D">
        <w:rPr>
          <w:rFonts w:ascii="Tahoma" w:hAnsi="Tahoma" w:cs="Tahoma"/>
          <w:rtl/>
        </w:rPr>
        <w:t xml:space="preserve"> م</w:t>
      </w:r>
      <w:r w:rsidRPr="00841F4D">
        <w:rPr>
          <w:rFonts w:ascii="Tahoma" w:hAnsi="Tahoma" w:cs="Tahoma" w:hint="cs"/>
          <w:rtl/>
        </w:rPr>
        <w:t>ی‌</w:t>
      </w:r>
      <w:r w:rsidRPr="00841F4D">
        <w:rPr>
          <w:rFonts w:ascii="Tahoma" w:hAnsi="Tahoma" w:cs="Tahoma" w:hint="eastAsia"/>
          <w:rtl/>
        </w:rPr>
        <w:t>توانست</w:t>
      </w:r>
      <w:r w:rsidRPr="00841F4D">
        <w:rPr>
          <w:rFonts w:ascii="Tahoma" w:hAnsi="Tahoma" w:cs="Tahoma"/>
          <w:rtl/>
        </w:rPr>
        <w:t xml:space="preserve"> قاض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،</w:t>
      </w:r>
      <w:r w:rsidRPr="00841F4D">
        <w:rPr>
          <w:rFonts w:ascii="Tahoma" w:hAnsi="Tahoma" w:cs="Tahoma"/>
          <w:rtl/>
        </w:rPr>
        <w:t xml:space="preserve"> مدرس 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ا</w:t>
      </w:r>
      <w:r w:rsidRPr="00841F4D">
        <w:rPr>
          <w:rFonts w:ascii="Tahoma" w:hAnsi="Tahoma" w:cs="Tahoma"/>
          <w:rtl/>
        </w:rPr>
        <w:t xml:space="preserve"> صاحب‌منصب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مذهب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شود و در ساختن دستگاه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سراسر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نقش بگ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رد</w:t>
      </w:r>
      <w:r w:rsidRPr="00841F4D">
        <w:rPr>
          <w:rFonts w:ascii="Tahoma" w:hAnsi="Tahoma" w:cs="Tahoma"/>
          <w:rtl/>
        </w:rPr>
        <w:t>.</w:t>
      </w:r>
    </w:p>
    <w:p w:rsidR="00841F4D" w:rsidRPr="00841F4D" w:rsidRDefault="00841F4D" w:rsidP="00841F4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41F4D">
        <w:rPr>
          <w:rFonts w:ascii="Tahoma" w:hAnsi="Tahoma" w:cs="Tahoma" w:hint="eastAsia"/>
          <w:rtl/>
        </w:rPr>
        <w:t>اما</w:t>
      </w:r>
      <w:r w:rsidRPr="00841F4D">
        <w:rPr>
          <w:rFonts w:ascii="Tahoma" w:hAnsi="Tahoma" w:cs="Tahoma"/>
          <w:rtl/>
        </w:rPr>
        <w:t xml:space="preserve"> 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ن</w:t>
      </w:r>
      <w:r w:rsidRPr="00841F4D">
        <w:rPr>
          <w:rFonts w:ascii="Tahoma" w:hAnsi="Tahoma" w:cs="Tahoma"/>
          <w:rtl/>
        </w:rPr>
        <w:t xml:space="preserve"> مهاجرت را نبا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د</w:t>
      </w:r>
      <w:r w:rsidRPr="00841F4D">
        <w:rPr>
          <w:rFonts w:ascii="Tahoma" w:hAnsi="Tahoma" w:cs="Tahoma"/>
          <w:rtl/>
        </w:rPr>
        <w:t xml:space="preserve"> فقط نت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جهٔ</w:t>
      </w:r>
      <w:r w:rsidRPr="00841F4D">
        <w:rPr>
          <w:rFonts w:ascii="Tahoma" w:hAnsi="Tahoma" w:cs="Tahoma"/>
          <w:rtl/>
        </w:rPr>
        <w:t xml:space="preserve"> دعوت سادهٔ شاه و استقبال 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کسان</w:t>
      </w:r>
      <w:r w:rsidRPr="00841F4D">
        <w:rPr>
          <w:rFonts w:ascii="Tahoma" w:hAnsi="Tahoma" w:cs="Tahoma"/>
          <w:rtl/>
        </w:rPr>
        <w:t xml:space="preserve"> همهٔ د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نکاران</w:t>
      </w:r>
      <w:r w:rsidRPr="00841F4D">
        <w:rPr>
          <w:rFonts w:ascii="Tahoma" w:hAnsi="Tahoma" w:cs="Tahoma"/>
          <w:rtl/>
        </w:rPr>
        <w:t xml:space="preserve"> دانست. مهاجرت تصم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م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شخص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و گاه دشوار بود. د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نکار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که به 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ران</w:t>
      </w:r>
      <w:r w:rsidRPr="00841F4D">
        <w:rPr>
          <w:rFonts w:ascii="Tahoma" w:hAnsi="Tahoma" w:cs="Tahoma"/>
          <w:rtl/>
        </w:rPr>
        <w:t xml:space="preserve"> م</w:t>
      </w:r>
      <w:r w:rsidRPr="00841F4D">
        <w:rPr>
          <w:rFonts w:ascii="Tahoma" w:hAnsi="Tahoma" w:cs="Tahoma" w:hint="cs"/>
          <w:rtl/>
        </w:rPr>
        <w:t>ی‌</w:t>
      </w:r>
      <w:r w:rsidRPr="00841F4D">
        <w:rPr>
          <w:rFonts w:ascii="Tahoma" w:hAnsi="Tahoma" w:cs="Tahoma" w:hint="eastAsia"/>
          <w:rtl/>
        </w:rPr>
        <w:t>آمد،</w:t>
      </w:r>
      <w:r w:rsidRPr="00841F4D">
        <w:rPr>
          <w:rFonts w:ascii="Tahoma" w:hAnsi="Tahoma" w:cs="Tahoma"/>
          <w:rtl/>
        </w:rPr>
        <w:t xml:space="preserve"> مح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ط</w:t>
      </w:r>
      <w:r w:rsidRPr="00841F4D">
        <w:rPr>
          <w:rFonts w:ascii="Tahoma" w:hAnsi="Tahoma" w:cs="Tahoma"/>
          <w:rtl/>
        </w:rPr>
        <w:t xml:space="preserve"> علم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،</w:t>
      </w:r>
      <w:r w:rsidRPr="00841F4D">
        <w:rPr>
          <w:rFonts w:ascii="Tahoma" w:hAnsi="Tahoma" w:cs="Tahoma"/>
          <w:rtl/>
        </w:rPr>
        <w:t xml:space="preserve"> خانواده و پ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وندها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خود را ترک م</w:t>
      </w:r>
      <w:r w:rsidRPr="00841F4D">
        <w:rPr>
          <w:rFonts w:ascii="Tahoma" w:hAnsi="Tahoma" w:cs="Tahoma" w:hint="cs"/>
          <w:rtl/>
        </w:rPr>
        <w:t>ی‌</w:t>
      </w:r>
      <w:r w:rsidRPr="00841F4D">
        <w:rPr>
          <w:rFonts w:ascii="Tahoma" w:hAnsi="Tahoma" w:cs="Tahoma" w:hint="eastAsia"/>
          <w:rtl/>
        </w:rPr>
        <w:t>کرد</w:t>
      </w:r>
      <w:r w:rsidRPr="00841F4D">
        <w:rPr>
          <w:rFonts w:ascii="Tahoma" w:hAnsi="Tahoma" w:cs="Tahoma"/>
          <w:rtl/>
        </w:rPr>
        <w:t xml:space="preserve"> و وارد حکومت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م</w:t>
      </w:r>
      <w:r w:rsidRPr="00841F4D">
        <w:rPr>
          <w:rFonts w:ascii="Tahoma" w:hAnsi="Tahoma" w:cs="Tahoma" w:hint="cs"/>
          <w:rtl/>
        </w:rPr>
        <w:t>ی‌</w:t>
      </w:r>
      <w:r w:rsidRPr="00841F4D">
        <w:rPr>
          <w:rFonts w:ascii="Tahoma" w:hAnsi="Tahoma" w:cs="Tahoma" w:hint="eastAsia"/>
          <w:rtl/>
        </w:rPr>
        <w:t>شد</w:t>
      </w:r>
      <w:r w:rsidRPr="00841F4D">
        <w:rPr>
          <w:rFonts w:ascii="Tahoma" w:hAnsi="Tahoma" w:cs="Tahoma"/>
          <w:rtl/>
        </w:rPr>
        <w:t xml:space="preserve"> که هنوز ثبات کامل نداشت. قزلباشان بر </w:t>
      </w:r>
      <w:r w:rsidRPr="00841F4D">
        <w:rPr>
          <w:rFonts w:ascii="Tahoma" w:hAnsi="Tahoma" w:cs="Tahoma" w:hint="eastAsia"/>
          <w:rtl/>
        </w:rPr>
        <w:t>قشون</w:t>
      </w:r>
      <w:r w:rsidRPr="00841F4D">
        <w:rPr>
          <w:rFonts w:ascii="Tahoma" w:hAnsi="Tahoma" w:cs="Tahoma"/>
          <w:rtl/>
        </w:rPr>
        <w:t xml:space="preserve"> تسلط داشتند، د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وانسالاران</w:t>
      </w:r>
      <w:r w:rsidRPr="00841F4D">
        <w:rPr>
          <w:rFonts w:ascii="Tahoma" w:hAnsi="Tahoma" w:cs="Tahoma"/>
          <w:rtl/>
        </w:rPr>
        <w:t xml:space="preserve"> 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ران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دستگاه ادار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را در اخت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ار</w:t>
      </w:r>
      <w:r w:rsidRPr="00841F4D">
        <w:rPr>
          <w:rFonts w:ascii="Tahoma" w:hAnsi="Tahoma" w:cs="Tahoma"/>
          <w:rtl/>
        </w:rPr>
        <w:t xml:space="preserve"> م</w:t>
      </w:r>
      <w:r w:rsidRPr="00841F4D">
        <w:rPr>
          <w:rFonts w:ascii="Tahoma" w:hAnsi="Tahoma" w:cs="Tahoma" w:hint="cs"/>
          <w:rtl/>
        </w:rPr>
        <w:t>ی‌</w:t>
      </w:r>
      <w:r w:rsidRPr="00841F4D">
        <w:rPr>
          <w:rFonts w:ascii="Tahoma" w:hAnsi="Tahoma" w:cs="Tahoma" w:hint="eastAsia"/>
          <w:rtl/>
        </w:rPr>
        <w:t>گرفتند</w:t>
      </w:r>
      <w:r w:rsidRPr="00841F4D">
        <w:rPr>
          <w:rFonts w:ascii="Tahoma" w:hAnsi="Tahoma" w:cs="Tahoma"/>
          <w:rtl/>
        </w:rPr>
        <w:t xml:space="preserve"> و شاه ن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ز</w:t>
      </w:r>
      <w:r w:rsidRPr="00841F4D">
        <w:rPr>
          <w:rFonts w:ascii="Tahoma" w:hAnsi="Tahoma" w:cs="Tahoma"/>
          <w:rtl/>
        </w:rPr>
        <w:t xml:space="preserve"> خود را فقط فرمانروا</w:t>
      </w:r>
      <w:r w:rsidRPr="00841F4D">
        <w:rPr>
          <w:rFonts w:ascii="Tahoma" w:hAnsi="Tahoma" w:cs="Tahoma" w:hint="cs"/>
          <w:rtl/>
        </w:rPr>
        <w:t>یی</w:t>
      </w:r>
      <w:r w:rsidRPr="00841F4D">
        <w:rPr>
          <w:rFonts w:ascii="Tahoma" w:hAnsi="Tahoma" w:cs="Tahoma"/>
          <w:rtl/>
        </w:rPr>
        <w:t xml:space="preserve"> عاد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نم</w:t>
      </w:r>
      <w:r w:rsidRPr="00841F4D">
        <w:rPr>
          <w:rFonts w:ascii="Tahoma" w:hAnsi="Tahoma" w:cs="Tahoma" w:hint="cs"/>
          <w:rtl/>
        </w:rPr>
        <w:t>ی‌</w:t>
      </w:r>
      <w:r w:rsidRPr="00841F4D">
        <w:rPr>
          <w:rFonts w:ascii="Tahoma" w:hAnsi="Tahoma" w:cs="Tahoma" w:hint="eastAsia"/>
          <w:rtl/>
        </w:rPr>
        <w:t>دانست</w:t>
      </w:r>
      <w:r w:rsidRPr="00841F4D">
        <w:rPr>
          <w:rFonts w:ascii="Tahoma" w:hAnsi="Tahoma" w:cs="Tahoma"/>
          <w:rtl/>
        </w:rPr>
        <w:t>. فق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ه</w:t>
      </w:r>
      <w:r w:rsidRPr="00841F4D">
        <w:rPr>
          <w:rFonts w:ascii="Tahoma" w:hAnsi="Tahoma" w:cs="Tahoma"/>
          <w:rtl/>
        </w:rPr>
        <w:t xml:space="preserve"> مهاجر با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د</w:t>
      </w:r>
      <w:r w:rsidRPr="00841F4D">
        <w:rPr>
          <w:rFonts w:ascii="Tahoma" w:hAnsi="Tahoma" w:cs="Tahoma"/>
          <w:rtl/>
        </w:rPr>
        <w:t xml:space="preserve"> جا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گاه</w:t>
      </w:r>
      <w:r w:rsidRPr="00841F4D">
        <w:rPr>
          <w:rFonts w:ascii="Tahoma" w:hAnsi="Tahoma" w:cs="Tahoma"/>
          <w:rtl/>
        </w:rPr>
        <w:t xml:space="preserve"> خود را در م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ان</w:t>
      </w:r>
      <w:r w:rsidRPr="00841F4D">
        <w:rPr>
          <w:rFonts w:ascii="Tahoma" w:hAnsi="Tahoma" w:cs="Tahoma"/>
          <w:rtl/>
        </w:rPr>
        <w:t xml:space="preserve"> 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ن</w:t>
      </w:r>
      <w:r w:rsidRPr="00841F4D">
        <w:rPr>
          <w:rFonts w:ascii="Tahoma" w:hAnsi="Tahoma" w:cs="Tahoma"/>
          <w:rtl/>
        </w:rPr>
        <w:t xml:space="preserve"> ن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روها</w:t>
      </w:r>
      <w:r w:rsidRPr="00841F4D">
        <w:rPr>
          <w:rFonts w:ascii="Tahoma" w:hAnsi="Tahoma" w:cs="Tahoma"/>
          <w:rtl/>
        </w:rPr>
        <w:t xml:space="preserve"> پ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دا</w:t>
      </w:r>
      <w:r w:rsidRPr="00841F4D">
        <w:rPr>
          <w:rFonts w:ascii="Tahoma" w:hAnsi="Tahoma" w:cs="Tahoma"/>
          <w:rtl/>
        </w:rPr>
        <w:t xml:space="preserve"> م</w:t>
      </w:r>
      <w:r w:rsidRPr="00841F4D">
        <w:rPr>
          <w:rFonts w:ascii="Tahoma" w:hAnsi="Tahoma" w:cs="Tahoma" w:hint="cs"/>
          <w:rtl/>
        </w:rPr>
        <w:t>ی‌</w:t>
      </w:r>
      <w:r w:rsidRPr="00841F4D">
        <w:rPr>
          <w:rFonts w:ascii="Tahoma" w:hAnsi="Tahoma" w:cs="Tahoma" w:hint="eastAsia"/>
          <w:rtl/>
        </w:rPr>
        <w:t>کرد</w:t>
      </w:r>
      <w:r w:rsidRPr="00841F4D">
        <w:rPr>
          <w:rFonts w:ascii="Tahoma" w:hAnsi="Tahoma" w:cs="Tahoma"/>
          <w:rtl/>
        </w:rPr>
        <w:t>.</w:t>
      </w:r>
    </w:p>
    <w:p w:rsidR="00841F4D" w:rsidRPr="00841F4D" w:rsidRDefault="00841F4D" w:rsidP="00841F4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41F4D">
        <w:rPr>
          <w:rFonts w:ascii="Tahoma" w:hAnsi="Tahoma" w:cs="Tahoma" w:hint="eastAsia"/>
          <w:rtl/>
        </w:rPr>
        <w:t>همهٔ</w:t>
      </w:r>
      <w:r w:rsidRPr="00841F4D">
        <w:rPr>
          <w:rFonts w:ascii="Tahoma" w:hAnsi="Tahoma" w:cs="Tahoma"/>
          <w:rtl/>
        </w:rPr>
        <w:t xml:space="preserve"> د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نکاران</w:t>
      </w:r>
      <w:r w:rsidRPr="00841F4D">
        <w:rPr>
          <w:rFonts w:ascii="Tahoma" w:hAnsi="Tahoma" w:cs="Tahoma"/>
          <w:rtl/>
        </w:rPr>
        <w:t xml:space="preserve"> ش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عه</w:t>
      </w:r>
      <w:r w:rsidRPr="00841F4D">
        <w:rPr>
          <w:rFonts w:ascii="Tahoma" w:hAnsi="Tahoma" w:cs="Tahoma"/>
          <w:rtl/>
        </w:rPr>
        <w:t xml:space="preserve"> ن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ز</w:t>
      </w:r>
      <w:r w:rsidRPr="00841F4D">
        <w:rPr>
          <w:rFonts w:ascii="Tahoma" w:hAnsi="Tahoma" w:cs="Tahoma"/>
          <w:rtl/>
        </w:rPr>
        <w:t xml:space="preserve"> برداشت 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کسان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از همکار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با حکومت نداشتند. پذ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رش</w:t>
      </w:r>
      <w:r w:rsidRPr="00841F4D">
        <w:rPr>
          <w:rFonts w:ascii="Tahoma" w:hAnsi="Tahoma" w:cs="Tahoma"/>
          <w:rtl/>
        </w:rPr>
        <w:t xml:space="preserve"> منصب از شاه پرسش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فقه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و اخلاق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پد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د</w:t>
      </w:r>
      <w:r w:rsidRPr="00841F4D">
        <w:rPr>
          <w:rFonts w:ascii="Tahoma" w:hAnsi="Tahoma" w:cs="Tahoma"/>
          <w:rtl/>
        </w:rPr>
        <w:t xml:space="preserve"> م</w:t>
      </w:r>
      <w:r w:rsidRPr="00841F4D">
        <w:rPr>
          <w:rFonts w:ascii="Tahoma" w:hAnsi="Tahoma" w:cs="Tahoma" w:hint="cs"/>
          <w:rtl/>
        </w:rPr>
        <w:t>ی‌</w:t>
      </w:r>
      <w:r w:rsidRPr="00841F4D">
        <w:rPr>
          <w:rFonts w:ascii="Tahoma" w:hAnsi="Tahoma" w:cs="Tahoma" w:hint="eastAsia"/>
          <w:rtl/>
        </w:rPr>
        <w:t>آورد</w:t>
      </w:r>
      <w:r w:rsidRPr="00841F4D">
        <w:rPr>
          <w:rFonts w:ascii="Tahoma" w:hAnsi="Tahoma" w:cs="Tahoma"/>
          <w:rtl/>
        </w:rPr>
        <w:t>: آ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ا</w:t>
      </w:r>
      <w:r w:rsidRPr="00841F4D">
        <w:rPr>
          <w:rFonts w:ascii="Tahoma" w:hAnsi="Tahoma" w:cs="Tahoma"/>
          <w:rtl/>
        </w:rPr>
        <w:t xml:space="preserve"> فق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ه</w:t>
      </w:r>
      <w:r w:rsidRPr="00841F4D">
        <w:rPr>
          <w:rFonts w:ascii="Tahoma" w:hAnsi="Tahoma" w:cs="Tahoma"/>
          <w:rtl/>
        </w:rPr>
        <w:t xml:space="preserve"> م</w:t>
      </w:r>
      <w:r w:rsidRPr="00841F4D">
        <w:rPr>
          <w:rFonts w:ascii="Tahoma" w:hAnsi="Tahoma" w:cs="Tahoma" w:hint="cs"/>
          <w:rtl/>
        </w:rPr>
        <w:t>ی‌</w:t>
      </w:r>
      <w:r w:rsidRPr="00841F4D">
        <w:rPr>
          <w:rFonts w:ascii="Tahoma" w:hAnsi="Tahoma" w:cs="Tahoma" w:hint="eastAsia"/>
          <w:rtl/>
        </w:rPr>
        <w:t>تواند</w:t>
      </w:r>
      <w:r w:rsidRPr="00841F4D">
        <w:rPr>
          <w:rFonts w:ascii="Tahoma" w:hAnsi="Tahoma" w:cs="Tahoma"/>
          <w:rtl/>
        </w:rPr>
        <w:t xml:space="preserve"> در روزگار غ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بت</w:t>
      </w:r>
      <w:r w:rsidRPr="00841F4D">
        <w:rPr>
          <w:rFonts w:ascii="Tahoma" w:hAnsi="Tahoma" w:cs="Tahoma"/>
          <w:rtl/>
        </w:rPr>
        <w:t xml:space="preserve"> امام معصوم، مقام قضا</w:t>
      </w:r>
      <w:r w:rsidRPr="00841F4D">
        <w:rPr>
          <w:rFonts w:ascii="Tahoma" w:hAnsi="Tahoma" w:cs="Tahoma" w:hint="cs"/>
          <w:rtl/>
        </w:rPr>
        <w:t>یی</w:t>
      </w:r>
      <w:r w:rsidRPr="00841F4D">
        <w:rPr>
          <w:rFonts w:ascii="Tahoma" w:hAnsi="Tahoma" w:cs="Tahoma"/>
          <w:rtl/>
        </w:rPr>
        <w:t xml:space="preserve"> 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ا</w:t>
      </w:r>
      <w:r w:rsidRPr="00841F4D">
        <w:rPr>
          <w:rFonts w:ascii="Tahoma" w:hAnsi="Tahoma" w:cs="Tahoma"/>
          <w:rtl/>
        </w:rPr>
        <w:t xml:space="preserve"> حکومت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را از پادشاه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بپذ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رد</w:t>
      </w:r>
      <w:r w:rsidRPr="00841F4D">
        <w:rPr>
          <w:rFonts w:ascii="Tahoma" w:hAnsi="Tahoma" w:cs="Tahoma"/>
          <w:rtl/>
        </w:rPr>
        <w:t xml:space="preserve"> که معصوم ن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ست؟</w:t>
      </w:r>
      <w:r w:rsidRPr="00841F4D">
        <w:rPr>
          <w:rFonts w:ascii="Tahoma" w:hAnsi="Tahoma" w:cs="Tahoma"/>
          <w:rtl/>
        </w:rPr>
        <w:t xml:space="preserve"> اگر حکومت ذاتاً حق امام غا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ب</w:t>
      </w:r>
      <w:r w:rsidRPr="00841F4D">
        <w:rPr>
          <w:rFonts w:ascii="Tahoma" w:hAnsi="Tahoma" w:cs="Tahoma"/>
          <w:rtl/>
        </w:rPr>
        <w:t xml:space="preserve"> باشد، فر</w:t>
      </w:r>
      <w:r w:rsidRPr="00841F4D">
        <w:rPr>
          <w:rFonts w:ascii="Tahoma" w:hAnsi="Tahoma" w:cs="Tahoma" w:hint="eastAsia"/>
          <w:rtl/>
        </w:rPr>
        <w:t>مانروا</w:t>
      </w:r>
      <w:r w:rsidRPr="00841F4D">
        <w:rPr>
          <w:rFonts w:ascii="Tahoma" w:hAnsi="Tahoma" w:cs="Tahoma" w:hint="cs"/>
          <w:rtl/>
        </w:rPr>
        <w:t>یی</w:t>
      </w:r>
      <w:r w:rsidRPr="00841F4D">
        <w:rPr>
          <w:rFonts w:ascii="Tahoma" w:hAnsi="Tahoma" w:cs="Tahoma"/>
          <w:rtl/>
        </w:rPr>
        <w:t xml:space="preserve"> شاه چه جا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گاه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دارد؟ آ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ا</w:t>
      </w:r>
      <w:r w:rsidRPr="00841F4D">
        <w:rPr>
          <w:rFonts w:ascii="Tahoma" w:hAnsi="Tahoma" w:cs="Tahoma"/>
          <w:rtl/>
        </w:rPr>
        <w:t xml:space="preserve"> همکار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با او به معنا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تأ</w:t>
      </w:r>
      <w:r w:rsidRPr="00841F4D">
        <w:rPr>
          <w:rFonts w:ascii="Tahoma" w:hAnsi="Tahoma" w:cs="Tahoma" w:hint="cs"/>
          <w:rtl/>
        </w:rPr>
        <w:t>یی</w:t>
      </w:r>
      <w:r w:rsidRPr="00841F4D">
        <w:rPr>
          <w:rFonts w:ascii="Tahoma" w:hAnsi="Tahoma" w:cs="Tahoma" w:hint="eastAsia"/>
          <w:rtl/>
        </w:rPr>
        <w:t>د</w:t>
      </w:r>
      <w:r w:rsidRPr="00841F4D">
        <w:rPr>
          <w:rFonts w:ascii="Tahoma" w:hAnsi="Tahoma" w:cs="Tahoma"/>
          <w:rtl/>
        </w:rPr>
        <w:t xml:space="preserve"> حق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است که به او تعلق ندارد، 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ا</w:t>
      </w:r>
      <w:r w:rsidRPr="00841F4D">
        <w:rPr>
          <w:rFonts w:ascii="Tahoma" w:hAnsi="Tahoma" w:cs="Tahoma"/>
          <w:rtl/>
        </w:rPr>
        <w:t xml:space="preserve"> م</w:t>
      </w:r>
      <w:r w:rsidRPr="00841F4D">
        <w:rPr>
          <w:rFonts w:ascii="Tahoma" w:hAnsi="Tahoma" w:cs="Tahoma" w:hint="cs"/>
          <w:rtl/>
        </w:rPr>
        <w:t>ی‌</w:t>
      </w:r>
      <w:r w:rsidRPr="00841F4D">
        <w:rPr>
          <w:rFonts w:ascii="Tahoma" w:hAnsi="Tahoma" w:cs="Tahoma" w:hint="eastAsia"/>
          <w:rtl/>
        </w:rPr>
        <w:t>توان</w:t>
      </w:r>
      <w:r w:rsidRPr="00841F4D">
        <w:rPr>
          <w:rFonts w:ascii="Tahoma" w:hAnsi="Tahoma" w:cs="Tahoma"/>
          <w:rtl/>
        </w:rPr>
        <w:t xml:space="preserve"> برا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اجرا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احکام، حما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ت</w:t>
      </w:r>
      <w:r w:rsidRPr="00841F4D">
        <w:rPr>
          <w:rFonts w:ascii="Tahoma" w:hAnsi="Tahoma" w:cs="Tahoma"/>
          <w:rtl/>
        </w:rPr>
        <w:t xml:space="preserve"> از ش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ع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ان</w:t>
      </w:r>
      <w:r w:rsidRPr="00841F4D">
        <w:rPr>
          <w:rFonts w:ascii="Tahoma" w:hAnsi="Tahoma" w:cs="Tahoma"/>
          <w:rtl/>
        </w:rPr>
        <w:t xml:space="preserve"> و جلوگ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ر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از ستم با حکومت همکار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کرد؟</w:t>
      </w:r>
    </w:p>
    <w:p w:rsidR="00841F4D" w:rsidRPr="00841F4D" w:rsidRDefault="00841F4D" w:rsidP="00841F4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41F4D">
        <w:rPr>
          <w:rFonts w:ascii="Tahoma" w:hAnsi="Tahoma" w:cs="Tahoma" w:hint="eastAsia"/>
          <w:rtl/>
        </w:rPr>
        <w:t>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ن</w:t>
      </w:r>
      <w:r w:rsidRPr="00841F4D">
        <w:rPr>
          <w:rFonts w:ascii="Tahoma" w:hAnsi="Tahoma" w:cs="Tahoma"/>
          <w:rtl/>
        </w:rPr>
        <w:t xml:space="preserve"> پرسش تازه نبود. فق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هان</w:t>
      </w:r>
      <w:r w:rsidRPr="00841F4D">
        <w:rPr>
          <w:rFonts w:ascii="Tahoma" w:hAnsi="Tahoma" w:cs="Tahoma"/>
          <w:rtl/>
        </w:rPr>
        <w:t xml:space="preserve"> ش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عه</w:t>
      </w:r>
      <w:r w:rsidRPr="00841F4D">
        <w:rPr>
          <w:rFonts w:ascii="Tahoma" w:hAnsi="Tahoma" w:cs="Tahoma"/>
          <w:rtl/>
        </w:rPr>
        <w:t xml:space="preserve"> پ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ش</w:t>
      </w:r>
      <w:r w:rsidRPr="00841F4D">
        <w:rPr>
          <w:rFonts w:ascii="Tahoma" w:hAnsi="Tahoma" w:cs="Tahoma"/>
          <w:rtl/>
        </w:rPr>
        <w:t xml:space="preserve"> از صفو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ان</w:t>
      </w:r>
      <w:r w:rsidRPr="00841F4D">
        <w:rPr>
          <w:rFonts w:ascii="Tahoma" w:hAnsi="Tahoma" w:cs="Tahoma"/>
          <w:rtl/>
        </w:rPr>
        <w:t xml:space="preserve"> ن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ز</w:t>
      </w:r>
      <w:r w:rsidRPr="00841F4D">
        <w:rPr>
          <w:rFonts w:ascii="Tahoma" w:hAnsi="Tahoma" w:cs="Tahoma"/>
          <w:rtl/>
        </w:rPr>
        <w:t xml:space="preserve"> ناچار بودند دربارهٔ رابطه با حکومت‌ها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موجود تصم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م</w:t>
      </w:r>
      <w:r w:rsidRPr="00841F4D">
        <w:rPr>
          <w:rFonts w:ascii="Tahoma" w:hAnsi="Tahoma" w:cs="Tahoma"/>
          <w:rtl/>
        </w:rPr>
        <w:t xml:space="preserve"> بگ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رند</w:t>
      </w:r>
      <w:r w:rsidRPr="00841F4D">
        <w:rPr>
          <w:rFonts w:ascii="Tahoma" w:hAnsi="Tahoma" w:cs="Tahoma"/>
          <w:rtl/>
        </w:rPr>
        <w:t>. برخ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همکار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محدود را برا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دفاع از مؤمنان 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ا</w:t>
      </w:r>
      <w:r w:rsidRPr="00841F4D">
        <w:rPr>
          <w:rFonts w:ascii="Tahoma" w:hAnsi="Tahoma" w:cs="Tahoma"/>
          <w:rtl/>
        </w:rPr>
        <w:t xml:space="preserve"> اجرا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عدالت ممکن م</w:t>
      </w:r>
      <w:r w:rsidRPr="00841F4D">
        <w:rPr>
          <w:rFonts w:ascii="Tahoma" w:hAnsi="Tahoma" w:cs="Tahoma" w:hint="cs"/>
          <w:rtl/>
        </w:rPr>
        <w:t>ی‌</w:t>
      </w:r>
      <w:r w:rsidRPr="00841F4D">
        <w:rPr>
          <w:rFonts w:ascii="Tahoma" w:hAnsi="Tahoma" w:cs="Tahoma" w:hint="eastAsia"/>
          <w:rtl/>
        </w:rPr>
        <w:t>دانستند</w:t>
      </w:r>
      <w:r w:rsidRPr="00841F4D">
        <w:rPr>
          <w:rFonts w:ascii="Tahoma" w:hAnsi="Tahoma" w:cs="Tahoma"/>
          <w:rtl/>
        </w:rPr>
        <w:t>. برخ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از نزد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ک‌شدن</w:t>
      </w:r>
      <w:r w:rsidRPr="00841F4D">
        <w:rPr>
          <w:rFonts w:ascii="Tahoma" w:hAnsi="Tahoma" w:cs="Tahoma"/>
          <w:rtl/>
        </w:rPr>
        <w:t xml:space="preserve"> به دربار پره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ز</w:t>
      </w:r>
      <w:r w:rsidRPr="00841F4D">
        <w:rPr>
          <w:rFonts w:ascii="Tahoma" w:hAnsi="Tahoma" w:cs="Tahoma"/>
          <w:rtl/>
        </w:rPr>
        <w:t xml:space="preserve"> م</w:t>
      </w:r>
      <w:r w:rsidRPr="00841F4D">
        <w:rPr>
          <w:rFonts w:ascii="Tahoma" w:hAnsi="Tahoma" w:cs="Tahoma" w:hint="cs"/>
          <w:rtl/>
        </w:rPr>
        <w:t>ی‌</w:t>
      </w:r>
      <w:r w:rsidRPr="00841F4D">
        <w:rPr>
          <w:rFonts w:ascii="Tahoma" w:hAnsi="Tahoma" w:cs="Tahoma" w:hint="eastAsia"/>
          <w:rtl/>
        </w:rPr>
        <w:t>کردند</w:t>
      </w:r>
      <w:r w:rsidRPr="00841F4D">
        <w:rPr>
          <w:rFonts w:ascii="Tahoma" w:hAnsi="Tahoma" w:cs="Tahoma"/>
          <w:rtl/>
        </w:rPr>
        <w:t>. اما حکومت صفو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مسئله را به صورت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گسترده‌تر مطرح کرد. 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ن‌بار</w:t>
      </w:r>
      <w:r w:rsidRPr="00841F4D">
        <w:rPr>
          <w:rFonts w:ascii="Tahoma" w:hAnsi="Tahoma" w:cs="Tahoma"/>
          <w:rtl/>
        </w:rPr>
        <w:t xml:space="preserve"> سخن از همکار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مورد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با حاکم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سن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ا</w:t>
      </w:r>
      <w:r w:rsidRPr="00841F4D">
        <w:rPr>
          <w:rFonts w:ascii="Tahoma" w:hAnsi="Tahoma" w:cs="Tahoma"/>
          <w:rtl/>
        </w:rPr>
        <w:t xml:space="preserve"> محل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نبود؛ حکومت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خود را ش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عه</w:t>
      </w:r>
      <w:r w:rsidRPr="00841F4D">
        <w:rPr>
          <w:rFonts w:ascii="Tahoma" w:hAnsi="Tahoma" w:cs="Tahoma"/>
          <w:rtl/>
        </w:rPr>
        <w:t xml:space="preserve"> م</w:t>
      </w:r>
      <w:r w:rsidRPr="00841F4D">
        <w:rPr>
          <w:rFonts w:ascii="Tahoma" w:hAnsi="Tahoma" w:cs="Tahoma" w:hint="cs"/>
          <w:rtl/>
        </w:rPr>
        <w:t>ی‌</w:t>
      </w:r>
      <w:r w:rsidRPr="00841F4D">
        <w:rPr>
          <w:rFonts w:ascii="Tahoma" w:hAnsi="Tahoma" w:cs="Tahoma" w:hint="eastAsia"/>
          <w:rtl/>
        </w:rPr>
        <w:t>نام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د</w:t>
      </w:r>
      <w:r w:rsidRPr="00841F4D">
        <w:rPr>
          <w:rFonts w:ascii="Tahoma" w:hAnsi="Tahoma" w:cs="Tahoma"/>
          <w:rtl/>
        </w:rPr>
        <w:t xml:space="preserve"> و م</w:t>
      </w:r>
      <w:r w:rsidRPr="00841F4D">
        <w:rPr>
          <w:rFonts w:ascii="Tahoma" w:hAnsi="Tahoma" w:cs="Tahoma" w:hint="cs"/>
          <w:rtl/>
        </w:rPr>
        <w:t>ی‌</w:t>
      </w:r>
      <w:r w:rsidRPr="00841F4D">
        <w:rPr>
          <w:rFonts w:ascii="Tahoma" w:hAnsi="Tahoma" w:cs="Tahoma" w:hint="eastAsia"/>
          <w:rtl/>
        </w:rPr>
        <w:t>خواست</w:t>
      </w:r>
      <w:r w:rsidRPr="00841F4D">
        <w:rPr>
          <w:rFonts w:ascii="Tahoma" w:hAnsi="Tahoma" w:cs="Tahoma"/>
          <w:rtl/>
        </w:rPr>
        <w:t xml:space="preserve"> دستگاه د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ن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کشور را بر پا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هٔ</w:t>
      </w:r>
      <w:r w:rsidRPr="00841F4D">
        <w:rPr>
          <w:rFonts w:ascii="Tahoma" w:hAnsi="Tahoma" w:cs="Tahoma"/>
          <w:rtl/>
        </w:rPr>
        <w:t xml:space="preserve"> فقه دوازده‌امام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بسازد.</w:t>
      </w:r>
    </w:p>
    <w:p w:rsidR="00841F4D" w:rsidRPr="00841F4D" w:rsidRDefault="00841F4D" w:rsidP="00841F4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41F4D">
        <w:rPr>
          <w:rFonts w:ascii="Tahoma" w:hAnsi="Tahoma" w:cs="Tahoma" w:hint="eastAsia"/>
          <w:rtl/>
        </w:rPr>
        <w:t>نخست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ن</w:t>
      </w:r>
      <w:r w:rsidRPr="00841F4D">
        <w:rPr>
          <w:rFonts w:ascii="Tahoma" w:hAnsi="Tahoma" w:cs="Tahoma"/>
          <w:rtl/>
        </w:rPr>
        <w:t xml:space="preserve"> د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نکاران</w:t>
      </w:r>
      <w:r w:rsidRPr="00841F4D">
        <w:rPr>
          <w:rFonts w:ascii="Tahoma" w:hAnsi="Tahoma" w:cs="Tahoma"/>
          <w:rtl/>
        </w:rPr>
        <w:t xml:space="preserve"> مهاجر در دورهٔ شاه اسماع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ل</w:t>
      </w:r>
      <w:r w:rsidRPr="00841F4D">
        <w:rPr>
          <w:rFonts w:ascii="Tahoma" w:hAnsi="Tahoma" w:cs="Tahoma"/>
          <w:rtl/>
        </w:rPr>
        <w:t xml:space="preserve"> با حکومت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روبه‌رو شدند که هنوز روح طر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قت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و قزلباش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در آن ن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رومند</w:t>
      </w:r>
      <w:r w:rsidRPr="00841F4D">
        <w:rPr>
          <w:rFonts w:ascii="Tahoma" w:hAnsi="Tahoma" w:cs="Tahoma"/>
          <w:rtl/>
        </w:rPr>
        <w:t xml:space="preserve"> بود. شاه ب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ش</w:t>
      </w:r>
      <w:r w:rsidRPr="00841F4D">
        <w:rPr>
          <w:rFonts w:ascii="Tahoma" w:hAnsi="Tahoma" w:cs="Tahoma"/>
          <w:rtl/>
        </w:rPr>
        <w:t xml:space="preserve"> از آنکه برا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اثبات مقام خود به تأ</w:t>
      </w:r>
      <w:r w:rsidRPr="00841F4D">
        <w:rPr>
          <w:rFonts w:ascii="Tahoma" w:hAnsi="Tahoma" w:cs="Tahoma" w:hint="cs"/>
          <w:rtl/>
        </w:rPr>
        <w:t>یی</w:t>
      </w:r>
      <w:r w:rsidRPr="00841F4D">
        <w:rPr>
          <w:rFonts w:ascii="Tahoma" w:hAnsi="Tahoma" w:cs="Tahoma" w:hint="eastAsia"/>
          <w:rtl/>
        </w:rPr>
        <w:t>د</w:t>
      </w:r>
      <w:r w:rsidRPr="00841F4D">
        <w:rPr>
          <w:rFonts w:ascii="Tahoma" w:hAnsi="Tahoma" w:cs="Tahoma"/>
          <w:rtl/>
        </w:rPr>
        <w:t xml:space="preserve"> فق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هان</w:t>
      </w:r>
      <w:r w:rsidRPr="00841F4D">
        <w:rPr>
          <w:rFonts w:ascii="Tahoma" w:hAnsi="Tahoma" w:cs="Tahoma"/>
          <w:rtl/>
        </w:rPr>
        <w:t xml:space="preserve"> ن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از</w:t>
      </w:r>
      <w:r w:rsidRPr="00841F4D">
        <w:rPr>
          <w:rFonts w:ascii="Tahoma" w:hAnsi="Tahoma" w:cs="Tahoma"/>
          <w:rtl/>
        </w:rPr>
        <w:t xml:space="preserve"> داشته باشد، از پ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روز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و 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مان</w:t>
      </w:r>
      <w:r w:rsidRPr="00841F4D">
        <w:rPr>
          <w:rFonts w:ascii="Tahoma" w:hAnsi="Tahoma" w:cs="Tahoma"/>
          <w:rtl/>
        </w:rPr>
        <w:t xml:space="preserve"> مر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دانش</w:t>
      </w:r>
      <w:r w:rsidRPr="00841F4D">
        <w:rPr>
          <w:rFonts w:ascii="Tahoma" w:hAnsi="Tahoma" w:cs="Tahoma"/>
          <w:rtl/>
        </w:rPr>
        <w:t xml:space="preserve"> حقان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ت</w:t>
      </w:r>
      <w:r w:rsidRPr="00841F4D">
        <w:rPr>
          <w:rFonts w:ascii="Tahoma" w:hAnsi="Tahoma" w:cs="Tahoma"/>
          <w:rtl/>
        </w:rPr>
        <w:t xml:space="preserve"> م</w:t>
      </w:r>
      <w:r w:rsidRPr="00841F4D">
        <w:rPr>
          <w:rFonts w:ascii="Tahoma" w:hAnsi="Tahoma" w:cs="Tahoma" w:hint="cs"/>
          <w:rtl/>
        </w:rPr>
        <w:t>ی‌</w:t>
      </w:r>
      <w:r w:rsidRPr="00841F4D">
        <w:rPr>
          <w:rFonts w:ascii="Tahoma" w:hAnsi="Tahoma" w:cs="Tahoma" w:hint="eastAsia"/>
          <w:rtl/>
        </w:rPr>
        <w:t>گرفت</w:t>
      </w:r>
      <w:r w:rsidRPr="00841F4D">
        <w:rPr>
          <w:rFonts w:ascii="Tahoma" w:hAnsi="Tahoma" w:cs="Tahoma"/>
          <w:rtl/>
        </w:rPr>
        <w:t>. او فرمان تش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ع</w:t>
      </w:r>
      <w:r w:rsidRPr="00841F4D">
        <w:rPr>
          <w:rFonts w:ascii="Tahoma" w:hAnsi="Tahoma" w:cs="Tahoma"/>
          <w:rtl/>
        </w:rPr>
        <w:t xml:space="preserve"> را صادر کرده بود </w:t>
      </w:r>
      <w:r w:rsidRPr="00841F4D">
        <w:rPr>
          <w:rFonts w:ascii="Tahoma" w:hAnsi="Tahoma" w:cs="Tahoma" w:hint="eastAsia"/>
          <w:rtl/>
        </w:rPr>
        <w:t>و</w:t>
      </w:r>
      <w:r w:rsidRPr="00841F4D">
        <w:rPr>
          <w:rFonts w:ascii="Tahoma" w:hAnsi="Tahoma" w:cs="Tahoma"/>
          <w:rtl/>
        </w:rPr>
        <w:t xml:space="preserve"> از د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نکاران</w:t>
      </w:r>
      <w:r w:rsidRPr="00841F4D">
        <w:rPr>
          <w:rFonts w:ascii="Tahoma" w:hAnsi="Tahoma" w:cs="Tahoma"/>
          <w:rtl/>
        </w:rPr>
        <w:t xml:space="preserve"> انتظار داشت برا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اجرا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آن به حکومت خدمت کنند. در چن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ن</w:t>
      </w:r>
      <w:r w:rsidRPr="00841F4D">
        <w:rPr>
          <w:rFonts w:ascii="Tahoma" w:hAnsi="Tahoma" w:cs="Tahoma"/>
          <w:rtl/>
        </w:rPr>
        <w:t xml:space="preserve"> فضا</w:t>
      </w:r>
      <w:r w:rsidRPr="00841F4D">
        <w:rPr>
          <w:rFonts w:ascii="Tahoma" w:hAnsi="Tahoma" w:cs="Tahoma" w:hint="cs"/>
          <w:rtl/>
        </w:rPr>
        <w:t>یی</w:t>
      </w:r>
      <w:r w:rsidRPr="00841F4D">
        <w:rPr>
          <w:rFonts w:ascii="Tahoma" w:hAnsi="Tahoma" w:cs="Tahoma" w:hint="eastAsia"/>
          <w:rtl/>
        </w:rPr>
        <w:t>،</w:t>
      </w:r>
      <w:r w:rsidRPr="00841F4D">
        <w:rPr>
          <w:rFonts w:ascii="Tahoma" w:hAnsi="Tahoma" w:cs="Tahoma"/>
          <w:rtl/>
        </w:rPr>
        <w:t xml:space="preserve"> فق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ه</w:t>
      </w:r>
      <w:r w:rsidRPr="00841F4D">
        <w:rPr>
          <w:rFonts w:ascii="Tahoma" w:hAnsi="Tahoma" w:cs="Tahoma"/>
          <w:rtl/>
        </w:rPr>
        <w:t xml:space="preserve"> م</w:t>
      </w:r>
      <w:r w:rsidRPr="00841F4D">
        <w:rPr>
          <w:rFonts w:ascii="Tahoma" w:hAnsi="Tahoma" w:cs="Tahoma" w:hint="cs"/>
          <w:rtl/>
        </w:rPr>
        <w:t>ی‌</w:t>
      </w:r>
      <w:r w:rsidRPr="00841F4D">
        <w:rPr>
          <w:rFonts w:ascii="Tahoma" w:hAnsi="Tahoma" w:cs="Tahoma" w:hint="eastAsia"/>
          <w:rtl/>
        </w:rPr>
        <w:t>توانست</w:t>
      </w:r>
      <w:r w:rsidRPr="00841F4D">
        <w:rPr>
          <w:rFonts w:ascii="Tahoma" w:hAnsi="Tahoma" w:cs="Tahoma"/>
          <w:rtl/>
        </w:rPr>
        <w:t xml:space="preserve"> آموزگار و کارگزار مذهب رسم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باشد، اما هنوز شر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ک</w:t>
      </w:r>
      <w:r w:rsidRPr="00841F4D">
        <w:rPr>
          <w:rFonts w:ascii="Tahoma" w:hAnsi="Tahoma" w:cs="Tahoma"/>
          <w:rtl/>
        </w:rPr>
        <w:t xml:space="preserve"> اصل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تاج در تعر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ف</w:t>
      </w:r>
      <w:r w:rsidRPr="00841F4D">
        <w:rPr>
          <w:rFonts w:ascii="Tahoma" w:hAnsi="Tahoma" w:cs="Tahoma"/>
          <w:rtl/>
        </w:rPr>
        <w:t xml:space="preserve"> حقان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ت</w:t>
      </w:r>
      <w:r w:rsidRPr="00841F4D">
        <w:rPr>
          <w:rFonts w:ascii="Tahoma" w:hAnsi="Tahoma" w:cs="Tahoma"/>
          <w:rtl/>
        </w:rPr>
        <w:t xml:space="preserve"> حکومت نبود.</w:t>
      </w:r>
    </w:p>
    <w:p w:rsidR="00841F4D" w:rsidRPr="00841F4D" w:rsidRDefault="00841F4D" w:rsidP="00841F4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41F4D">
        <w:rPr>
          <w:rFonts w:ascii="Tahoma" w:hAnsi="Tahoma" w:cs="Tahoma" w:hint="eastAsia"/>
          <w:rtl/>
        </w:rPr>
        <w:t>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ن</w:t>
      </w:r>
      <w:r w:rsidRPr="00841F4D">
        <w:rPr>
          <w:rFonts w:ascii="Tahoma" w:hAnsi="Tahoma" w:cs="Tahoma"/>
          <w:rtl/>
        </w:rPr>
        <w:t xml:space="preserve"> وضع در دوران طولان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سلطنت شاه تهماسب تغ</w:t>
      </w:r>
      <w:r w:rsidRPr="00841F4D">
        <w:rPr>
          <w:rFonts w:ascii="Tahoma" w:hAnsi="Tahoma" w:cs="Tahoma" w:hint="cs"/>
          <w:rtl/>
        </w:rPr>
        <w:t>یی</w:t>
      </w:r>
      <w:r w:rsidRPr="00841F4D">
        <w:rPr>
          <w:rFonts w:ascii="Tahoma" w:hAnsi="Tahoma" w:cs="Tahoma" w:hint="eastAsia"/>
          <w:rtl/>
        </w:rPr>
        <w:t>ر</w:t>
      </w:r>
      <w:r w:rsidRPr="00841F4D">
        <w:rPr>
          <w:rFonts w:ascii="Tahoma" w:hAnsi="Tahoma" w:cs="Tahoma"/>
          <w:rtl/>
        </w:rPr>
        <w:t xml:space="preserve"> کرد. تهماسب در سال </w:t>
      </w:r>
      <w:r w:rsidRPr="00841F4D">
        <w:rPr>
          <w:rFonts w:ascii="Tahoma" w:hAnsi="Tahoma" w:cs="Tahoma"/>
          <w:rtl/>
          <w:lang w:bidi="fa-IR"/>
        </w:rPr>
        <w:t>۱۵۲۴</w:t>
      </w:r>
      <w:r w:rsidRPr="00841F4D">
        <w:rPr>
          <w:rFonts w:ascii="Tahoma" w:hAnsi="Tahoma" w:cs="Tahoma"/>
          <w:rtl/>
        </w:rPr>
        <w:t xml:space="preserve"> م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لاد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،</w:t>
      </w:r>
      <w:r w:rsidRPr="00841F4D">
        <w:rPr>
          <w:rFonts w:ascii="Tahoma" w:hAnsi="Tahoma" w:cs="Tahoma"/>
          <w:rtl/>
        </w:rPr>
        <w:t xml:space="preserve"> پس از مرگ پدر، در کودک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به سلطنت رس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د</w:t>
      </w:r>
      <w:r w:rsidRPr="00841F4D">
        <w:rPr>
          <w:rFonts w:ascii="Tahoma" w:hAnsi="Tahoma" w:cs="Tahoma"/>
          <w:rtl/>
        </w:rPr>
        <w:t>. او نه از تجربه و اقتدار نظام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اسماع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ل</w:t>
      </w:r>
      <w:r w:rsidRPr="00841F4D">
        <w:rPr>
          <w:rFonts w:ascii="Tahoma" w:hAnsi="Tahoma" w:cs="Tahoma"/>
          <w:rtl/>
        </w:rPr>
        <w:t xml:space="preserve"> برخوردار بود و نه م</w:t>
      </w:r>
      <w:r w:rsidRPr="00841F4D">
        <w:rPr>
          <w:rFonts w:ascii="Tahoma" w:hAnsi="Tahoma" w:cs="Tahoma" w:hint="cs"/>
          <w:rtl/>
        </w:rPr>
        <w:t>ی‌</w:t>
      </w:r>
      <w:r w:rsidRPr="00841F4D">
        <w:rPr>
          <w:rFonts w:ascii="Tahoma" w:hAnsi="Tahoma" w:cs="Tahoma" w:hint="eastAsia"/>
          <w:rtl/>
        </w:rPr>
        <w:t>توانست</w:t>
      </w:r>
      <w:r w:rsidRPr="00841F4D">
        <w:rPr>
          <w:rFonts w:ascii="Tahoma" w:hAnsi="Tahoma" w:cs="Tahoma"/>
          <w:rtl/>
        </w:rPr>
        <w:t xml:space="preserve"> همان رابطهٔ قدس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را با قزلباشان برقرار کند. سران قبا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ل</w:t>
      </w:r>
      <w:r w:rsidRPr="00841F4D">
        <w:rPr>
          <w:rFonts w:ascii="Tahoma" w:hAnsi="Tahoma" w:cs="Tahoma"/>
          <w:rtl/>
        </w:rPr>
        <w:t xml:space="preserve"> قزلباش، که خود را سازندگان حکومت م</w:t>
      </w:r>
      <w:r w:rsidRPr="00841F4D">
        <w:rPr>
          <w:rFonts w:ascii="Tahoma" w:hAnsi="Tahoma" w:cs="Tahoma" w:hint="cs"/>
          <w:rtl/>
        </w:rPr>
        <w:t>ی‌</w:t>
      </w:r>
      <w:r w:rsidRPr="00841F4D">
        <w:rPr>
          <w:rFonts w:ascii="Tahoma" w:hAnsi="Tahoma" w:cs="Tahoma" w:hint="eastAsia"/>
          <w:rtl/>
        </w:rPr>
        <w:t>دانستند،</w:t>
      </w:r>
      <w:r w:rsidRPr="00841F4D">
        <w:rPr>
          <w:rFonts w:ascii="Tahoma" w:hAnsi="Tahoma" w:cs="Tahoma"/>
          <w:rtl/>
        </w:rPr>
        <w:t xml:space="preserve"> کوش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دند</w:t>
      </w:r>
      <w:r w:rsidRPr="00841F4D">
        <w:rPr>
          <w:rFonts w:ascii="Tahoma" w:hAnsi="Tahoma" w:cs="Tahoma"/>
          <w:rtl/>
        </w:rPr>
        <w:t xml:space="preserve"> شاه خردسال و دستگاه سلطنت را ز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ر</w:t>
      </w:r>
      <w:r w:rsidRPr="00841F4D">
        <w:rPr>
          <w:rFonts w:ascii="Tahoma" w:hAnsi="Tahoma" w:cs="Tahoma"/>
          <w:rtl/>
        </w:rPr>
        <w:t xml:space="preserve"> نفوذ خود بگ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رند</w:t>
      </w:r>
      <w:r w:rsidRPr="00841F4D">
        <w:rPr>
          <w:rFonts w:ascii="Tahoma" w:hAnsi="Tahoma" w:cs="Tahoma"/>
          <w:rtl/>
        </w:rPr>
        <w:t>. رقابت آنان بر سر مقام، ولا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ت</w:t>
      </w:r>
      <w:r w:rsidRPr="00841F4D">
        <w:rPr>
          <w:rFonts w:ascii="Tahoma" w:hAnsi="Tahoma" w:cs="Tahoma"/>
          <w:rtl/>
        </w:rPr>
        <w:t xml:space="preserve"> و درآمد، حکومت را با خطر تجز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هٔ</w:t>
      </w:r>
      <w:r w:rsidRPr="00841F4D">
        <w:rPr>
          <w:rFonts w:ascii="Tahoma" w:hAnsi="Tahoma" w:cs="Tahoma"/>
          <w:rtl/>
        </w:rPr>
        <w:t xml:space="preserve"> درون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روبه‌رو ساخت.</w:t>
      </w:r>
    </w:p>
    <w:p w:rsidR="00841F4D" w:rsidRPr="00841F4D" w:rsidRDefault="00841F4D" w:rsidP="00841F4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41F4D">
        <w:rPr>
          <w:rFonts w:ascii="Tahoma" w:hAnsi="Tahoma" w:cs="Tahoma" w:hint="eastAsia"/>
          <w:rtl/>
        </w:rPr>
        <w:t>در</w:t>
      </w:r>
      <w:r w:rsidRPr="00841F4D">
        <w:rPr>
          <w:rFonts w:ascii="Tahoma" w:hAnsi="Tahoma" w:cs="Tahoma"/>
          <w:rtl/>
        </w:rPr>
        <w:t xml:space="preserve"> چن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ن</w:t>
      </w:r>
      <w:r w:rsidRPr="00841F4D">
        <w:rPr>
          <w:rFonts w:ascii="Tahoma" w:hAnsi="Tahoma" w:cs="Tahoma"/>
          <w:rtl/>
        </w:rPr>
        <w:t xml:space="preserve"> وضع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،</w:t>
      </w:r>
      <w:r w:rsidRPr="00841F4D">
        <w:rPr>
          <w:rFonts w:ascii="Tahoma" w:hAnsi="Tahoma" w:cs="Tahoma"/>
          <w:rtl/>
        </w:rPr>
        <w:t xml:space="preserve"> تاج برا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مهار قزلباشان به ن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روها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د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گر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ن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از</w:t>
      </w:r>
      <w:r w:rsidRPr="00841F4D">
        <w:rPr>
          <w:rFonts w:ascii="Tahoma" w:hAnsi="Tahoma" w:cs="Tahoma"/>
          <w:rtl/>
        </w:rPr>
        <w:t xml:space="preserve"> داشت. د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وانسالاران</w:t>
      </w:r>
      <w:r w:rsidRPr="00841F4D">
        <w:rPr>
          <w:rFonts w:ascii="Tahoma" w:hAnsi="Tahoma" w:cs="Tahoma"/>
          <w:rtl/>
        </w:rPr>
        <w:t xml:space="preserve"> 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ران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م</w:t>
      </w:r>
      <w:r w:rsidRPr="00841F4D">
        <w:rPr>
          <w:rFonts w:ascii="Tahoma" w:hAnsi="Tahoma" w:cs="Tahoma" w:hint="cs"/>
          <w:rtl/>
        </w:rPr>
        <w:t>ی‌</w:t>
      </w:r>
      <w:r w:rsidRPr="00841F4D">
        <w:rPr>
          <w:rFonts w:ascii="Tahoma" w:hAnsi="Tahoma" w:cs="Tahoma" w:hint="eastAsia"/>
          <w:rtl/>
        </w:rPr>
        <w:t>توانستند</w:t>
      </w:r>
      <w:r w:rsidRPr="00841F4D">
        <w:rPr>
          <w:rFonts w:ascii="Tahoma" w:hAnsi="Tahoma" w:cs="Tahoma"/>
          <w:rtl/>
        </w:rPr>
        <w:t xml:space="preserve"> ادارهٔ مال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و س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اس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کشور را منظم کنند، اما برا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مقابله با ادعا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قزلباشان به تنها</w:t>
      </w:r>
      <w:r w:rsidRPr="00841F4D">
        <w:rPr>
          <w:rFonts w:ascii="Tahoma" w:hAnsi="Tahoma" w:cs="Tahoma" w:hint="cs"/>
          <w:rtl/>
        </w:rPr>
        <w:t>یی</w:t>
      </w:r>
      <w:r w:rsidRPr="00841F4D">
        <w:rPr>
          <w:rFonts w:ascii="Tahoma" w:hAnsi="Tahoma" w:cs="Tahoma"/>
          <w:rtl/>
        </w:rPr>
        <w:t xml:space="preserve"> کاف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نبودند. د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نکاران</w:t>
      </w:r>
      <w:r w:rsidRPr="00841F4D">
        <w:rPr>
          <w:rFonts w:ascii="Tahoma" w:hAnsi="Tahoma" w:cs="Tahoma"/>
          <w:rtl/>
        </w:rPr>
        <w:t xml:space="preserve"> ش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عه</w:t>
      </w:r>
      <w:r w:rsidRPr="00841F4D">
        <w:rPr>
          <w:rFonts w:ascii="Tahoma" w:hAnsi="Tahoma" w:cs="Tahoma"/>
          <w:rtl/>
        </w:rPr>
        <w:t xml:space="preserve"> م</w:t>
      </w:r>
      <w:r w:rsidRPr="00841F4D">
        <w:rPr>
          <w:rFonts w:ascii="Tahoma" w:hAnsi="Tahoma" w:cs="Tahoma" w:hint="cs"/>
          <w:rtl/>
        </w:rPr>
        <w:t>ی‌</w:t>
      </w:r>
      <w:r w:rsidRPr="00841F4D">
        <w:rPr>
          <w:rFonts w:ascii="Tahoma" w:hAnsi="Tahoma" w:cs="Tahoma" w:hint="eastAsia"/>
          <w:rtl/>
        </w:rPr>
        <w:t>توانستند</w:t>
      </w:r>
      <w:r w:rsidRPr="00841F4D">
        <w:rPr>
          <w:rFonts w:ascii="Tahoma" w:hAnsi="Tahoma" w:cs="Tahoma"/>
          <w:rtl/>
        </w:rPr>
        <w:t xml:space="preserve"> برا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شاه جا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گاه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تعر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ف</w:t>
      </w:r>
      <w:r w:rsidRPr="00841F4D">
        <w:rPr>
          <w:rFonts w:ascii="Tahoma" w:hAnsi="Tahoma" w:cs="Tahoma"/>
          <w:rtl/>
        </w:rPr>
        <w:t xml:space="preserve"> کنند که از راب</w:t>
      </w:r>
      <w:r w:rsidRPr="00841F4D">
        <w:rPr>
          <w:rFonts w:ascii="Tahoma" w:hAnsi="Tahoma" w:cs="Tahoma" w:hint="eastAsia"/>
          <w:rtl/>
        </w:rPr>
        <w:t>طهٔ</w:t>
      </w:r>
      <w:r w:rsidRPr="00841F4D">
        <w:rPr>
          <w:rFonts w:ascii="Tahoma" w:hAnsi="Tahoma" w:cs="Tahoma"/>
          <w:rtl/>
        </w:rPr>
        <w:t xml:space="preserve"> مرشد و مر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د</w:t>
      </w:r>
      <w:r w:rsidRPr="00841F4D">
        <w:rPr>
          <w:rFonts w:ascii="Tahoma" w:hAnsi="Tahoma" w:cs="Tahoma"/>
          <w:rtl/>
        </w:rPr>
        <w:t xml:space="preserve"> فراتر رود. آنان م</w:t>
      </w:r>
      <w:r w:rsidRPr="00841F4D">
        <w:rPr>
          <w:rFonts w:ascii="Tahoma" w:hAnsi="Tahoma" w:cs="Tahoma" w:hint="cs"/>
          <w:rtl/>
        </w:rPr>
        <w:t>ی‌</w:t>
      </w:r>
      <w:r w:rsidRPr="00841F4D">
        <w:rPr>
          <w:rFonts w:ascii="Tahoma" w:hAnsi="Tahoma" w:cs="Tahoma" w:hint="eastAsia"/>
          <w:rtl/>
        </w:rPr>
        <w:t>توانستند</w:t>
      </w:r>
      <w:r w:rsidRPr="00841F4D">
        <w:rPr>
          <w:rFonts w:ascii="Tahoma" w:hAnsi="Tahoma" w:cs="Tahoma"/>
          <w:rtl/>
        </w:rPr>
        <w:t xml:space="preserve"> اطاعت از حکومت ش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ع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را با حفظ مذهب، اجرا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شر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عت</w:t>
      </w:r>
      <w:r w:rsidRPr="00841F4D">
        <w:rPr>
          <w:rFonts w:ascii="Tahoma" w:hAnsi="Tahoma" w:cs="Tahoma"/>
          <w:rtl/>
        </w:rPr>
        <w:t xml:space="preserve"> و دفاع از جامعهٔ مؤمنان پ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وند</w:t>
      </w:r>
      <w:r w:rsidRPr="00841F4D">
        <w:rPr>
          <w:rFonts w:ascii="Tahoma" w:hAnsi="Tahoma" w:cs="Tahoma"/>
          <w:rtl/>
        </w:rPr>
        <w:t xml:space="preserve"> دهند.</w:t>
      </w:r>
    </w:p>
    <w:p w:rsidR="00841F4D" w:rsidRPr="00841F4D" w:rsidRDefault="00841F4D" w:rsidP="00841F4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ک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از مهم‌تر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ن</w:t>
      </w:r>
      <w:r w:rsidRPr="00841F4D">
        <w:rPr>
          <w:rFonts w:ascii="Tahoma" w:hAnsi="Tahoma" w:cs="Tahoma"/>
          <w:rtl/>
        </w:rPr>
        <w:t xml:space="preserve"> 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ن</w:t>
      </w:r>
      <w:r w:rsidRPr="00841F4D">
        <w:rPr>
          <w:rFonts w:ascii="Tahoma" w:hAnsi="Tahoma" w:cs="Tahoma"/>
          <w:rtl/>
        </w:rPr>
        <w:t xml:space="preserve"> د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نکاران</w:t>
      </w:r>
      <w:r w:rsidRPr="00841F4D">
        <w:rPr>
          <w:rFonts w:ascii="Tahoma" w:hAnsi="Tahoma" w:cs="Tahoma"/>
          <w:rtl/>
        </w:rPr>
        <w:t xml:space="preserve"> عل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بن عبدالعال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کرک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،</w:t>
      </w:r>
      <w:r w:rsidRPr="00841F4D">
        <w:rPr>
          <w:rFonts w:ascii="Tahoma" w:hAnsi="Tahoma" w:cs="Tahoma"/>
          <w:rtl/>
        </w:rPr>
        <w:t xml:space="preserve"> معروف به محقق کرک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ا</w:t>
      </w:r>
      <w:r w:rsidRPr="00841F4D">
        <w:rPr>
          <w:rFonts w:ascii="Tahoma" w:hAnsi="Tahoma" w:cs="Tahoma"/>
          <w:rtl/>
        </w:rPr>
        <w:t xml:space="preserve"> محقق ثان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،</w:t>
      </w:r>
      <w:r w:rsidRPr="00841F4D">
        <w:rPr>
          <w:rFonts w:ascii="Tahoma" w:hAnsi="Tahoma" w:cs="Tahoma"/>
          <w:rtl/>
        </w:rPr>
        <w:t xml:space="preserve"> بود. او از جبل عامل برخاسته و در مراکز علم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ش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عه</w:t>
      </w:r>
      <w:r w:rsidRPr="00841F4D">
        <w:rPr>
          <w:rFonts w:ascii="Tahoma" w:hAnsi="Tahoma" w:cs="Tahoma"/>
          <w:rtl/>
        </w:rPr>
        <w:t xml:space="preserve"> تحص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ل</w:t>
      </w:r>
      <w:r w:rsidRPr="00841F4D">
        <w:rPr>
          <w:rFonts w:ascii="Tahoma" w:hAnsi="Tahoma" w:cs="Tahoma"/>
          <w:rtl/>
        </w:rPr>
        <w:t xml:space="preserve"> کرده بود. کرک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پ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ش</w:t>
      </w:r>
      <w:r w:rsidRPr="00841F4D">
        <w:rPr>
          <w:rFonts w:ascii="Tahoma" w:hAnsi="Tahoma" w:cs="Tahoma"/>
          <w:rtl/>
        </w:rPr>
        <w:t xml:space="preserve"> از استقرار کامل در 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ران</w:t>
      </w:r>
      <w:r w:rsidRPr="00841F4D">
        <w:rPr>
          <w:rFonts w:ascii="Tahoma" w:hAnsi="Tahoma" w:cs="Tahoma"/>
          <w:rtl/>
        </w:rPr>
        <w:t xml:space="preserve"> با قلمرو صفو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ارتباط 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افت،</w:t>
      </w:r>
      <w:r w:rsidRPr="00841F4D">
        <w:rPr>
          <w:rFonts w:ascii="Tahoma" w:hAnsi="Tahoma" w:cs="Tahoma"/>
          <w:rtl/>
        </w:rPr>
        <w:t xml:space="preserve"> اما نفوذ اصل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او در دورهٔ شاه تهماسب گسترش پ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>دا کرد. اهم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ت</w:t>
      </w:r>
      <w:r w:rsidRPr="00841F4D">
        <w:rPr>
          <w:rFonts w:ascii="Tahoma" w:hAnsi="Tahoma" w:cs="Tahoma"/>
          <w:rtl/>
        </w:rPr>
        <w:t xml:space="preserve"> او فقط در دانش فقه</w:t>
      </w:r>
      <w:r w:rsidRPr="00841F4D">
        <w:rPr>
          <w:rFonts w:ascii="Tahoma" w:hAnsi="Tahoma" w:cs="Tahoma" w:hint="cs"/>
          <w:rtl/>
        </w:rPr>
        <w:t>ی‌</w:t>
      </w:r>
      <w:r w:rsidRPr="00841F4D">
        <w:rPr>
          <w:rFonts w:ascii="Tahoma" w:hAnsi="Tahoma" w:cs="Tahoma" w:hint="eastAsia"/>
          <w:rtl/>
        </w:rPr>
        <w:t>اش</w:t>
      </w:r>
      <w:r w:rsidRPr="00841F4D">
        <w:rPr>
          <w:rFonts w:ascii="Tahoma" w:hAnsi="Tahoma" w:cs="Tahoma"/>
          <w:rtl/>
        </w:rPr>
        <w:t xml:space="preserve"> نبود؛ او نمونهٔ د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نکار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بود که م</w:t>
      </w:r>
      <w:r w:rsidRPr="00841F4D">
        <w:rPr>
          <w:rFonts w:ascii="Tahoma" w:hAnsi="Tahoma" w:cs="Tahoma" w:hint="cs"/>
          <w:rtl/>
        </w:rPr>
        <w:t>ی‌</w:t>
      </w:r>
      <w:r w:rsidRPr="00841F4D">
        <w:rPr>
          <w:rFonts w:ascii="Tahoma" w:hAnsi="Tahoma" w:cs="Tahoma" w:hint="eastAsia"/>
          <w:rtl/>
        </w:rPr>
        <w:t>خواست</w:t>
      </w:r>
      <w:r w:rsidRPr="00841F4D">
        <w:rPr>
          <w:rFonts w:ascii="Tahoma" w:hAnsi="Tahoma" w:cs="Tahoma"/>
          <w:rtl/>
        </w:rPr>
        <w:t xml:space="preserve"> م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ان</w:t>
      </w:r>
      <w:r w:rsidRPr="00841F4D">
        <w:rPr>
          <w:rFonts w:ascii="Tahoma" w:hAnsi="Tahoma" w:cs="Tahoma"/>
          <w:rtl/>
        </w:rPr>
        <w:t xml:space="preserve"> فقه دوازده‌امام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و ن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ازها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حکومت ش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ع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رابطه‌ا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منظم برقرار کند.</w:t>
      </w:r>
    </w:p>
    <w:p w:rsidR="00841F4D" w:rsidRPr="00841F4D" w:rsidRDefault="00841F4D" w:rsidP="00841F4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41F4D">
        <w:rPr>
          <w:rFonts w:ascii="Tahoma" w:hAnsi="Tahoma" w:cs="Tahoma" w:hint="eastAsia"/>
          <w:rtl/>
        </w:rPr>
        <w:t>شاه</w:t>
      </w:r>
      <w:r w:rsidRPr="00841F4D">
        <w:rPr>
          <w:rFonts w:ascii="Tahoma" w:hAnsi="Tahoma" w:cs="Tahoma"/>
          <w:rtl/>
        </w:rPr>
        <w:t xml:space="preserve"> تهماسب برا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کرک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احترام و اخت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ار</w:t>
      </w:r>
      <w:r w:rsidRPr="00841F4D">
        <w:rPr>
          <w:rFonts w:ascii="Tahoma" w:hAnsi="Tahoma" w:cs="Tahoma"/>
          <w:rtl/>
        </w:rPr>
        <w:t xml:space="preserve"> فراوان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قائل شد. در روا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ت‌ها</w:t>
      </w:r>
      <w:r w:rsidRPr="00841F4D">
        <w:rPr>
          <w:rFonts w:ascii="Tahoma" w:hAnsi="Tahoma" w:cs="Tahoma" w:hint="cs"/>
          <w:rtl/>
        </w:rPr>
        <w:t>یی</w:t>
      </w:r>
      <w:r w:rsidRPr="00841F4D">
        <w:rPr>
          <w:rFonts w:ascii="Tahoma" w:hAnsi="Tahoma" w:cs="Tahoma"/>
          <w:rtl/>
        </w:rPr>
        <w:t xml:space="preserve"> که از رابطهٔ آنان باق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مانده، شاه مقام فق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ه</w:t>
      </w:r>
      <w:r w:rsidRPr="00841F4D">
        <w:rPr>
          <w:rFonts w:ascii="Tahoma" w:hAnsi="Tahoma" w:cs="Tahoma"/>
          <w:rtl/>
        </w:rPr>
        <w:t xml:space="preserve"> را چنان بالا م</w:t>
      </w:r>
      <w:r w:rsidRPr="00841F4D">
        <w:rPr>
          <w:rFonts w:ascii="Tahoma" w:hAnsi="Tahoma" w:cs="Tahoma" w:hint="cs"/>
          <w:rtl/>
        </w:rPr>
        <w:t>ی‌</w:t>
      </w:r>
      <w:r w:rsidRPr="00841F4D">
        <w:rPr>
          <w:rFonts w:ascii="Tahoma" w:hAnsi="Tahoma" w:cs="Tahoma" w:hint="eastAsia"/>
          <w:rtl/>
        </w:rPr>
        <w:t>برد</w:t>
      </w:r>
      <w:r w:rsidRPr="00841F4D">
        <w:rPr>
          <w:rFonts w:ascii="Tahoma" w:hAnsi="Tahoma" w:cs="Tahoma"/>
          <w:rtl/>
        </w:rPr>
        <w:t xml:space="preserve"> که خود را در جا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گاه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پا</w:t>
      </w:r>
      <w:r w:rsidRPr="00841F4D">
        <w:rPr>
          <w:rFonts w:ascii="Tahoma" w:hAnsi="Tahoma" w:cs="Tahoma" w:hint="cs"/>
          <w:rtl/>
        </w:rPr>
        <w:t>یی</w:t>
      </w:r>
      <w:r w:rsidRPr="00841F4D">
        <w:rPr>
          <w:rFonts w:ascii="Tahoma" w:hAnsi="Tahoma" w:cs="Tahoma" w:hint="eastAsia"/>
          <w:rtl/>
        </w:rPr>
        <w:t>ن‌تر</w:t>
      </w:r>
      <w:r w:rsidRPr="00841F4D">
        <w:rPr>
          <w:rFonts w:ascii="Tahoma" w:hAnsi="Tahoma" w:cs="Tahoma"/>
          <w:rtl/>
        </w:rPr>
        <w:t xml:space="preserve"> از نما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ندهٔ</w:t>
      </w:r>
      <w:r w:rsidRPr="00841F4D">
        <w:rPr>
          <w:rFonts w:ascii="Tahoma" w:hAnsi="Tahoma" w:cs="Tahoma"/>
          <w:rtl/>
        </w:rPr>
        <w:t xml:space="preserve"> شرع نشان م</w:t>
      </w:r>
      <w:r w:rsidRPr="00841F4D">
        <w:rPr>
          <w:rFonts w:ascii="Tahoma" w:hAnsi="Tahoma" w:cs="Tahoma" w:hint="cs"/>
          <w:rtl/>
        </w:rPr>
        <w:t>ی‌</w:t>
      </w:r>
      <w:r w:rsidRPr="00841F4D">
        <w:rPr>
          <w:rFonts w:ascii="Tahoma" w:hAnsi="Tahoma" w:cs="Tahoma" w:hint="eastAsia"/>
          <w:rtl/>
        </w:rPr>
        <w:t>دهد</w:t>
      </w:r>
      <w:r w:rsidRPr="00841F4D">
        <w:rPr>
          <w:rFonts w:ascii="Tahoma" w:hAnsi="Tahoma" w:cs="Tahoma"/>
          <w:rtl/>
        </w:rPr>
        <w:t>. دربارهٔ عبارت‌ها و فرمان‌ها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دق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ق</w:t>
      </w:r>
      <w:r w:rsidRPr="00841F4D">
        <w:rPr>
          <w:rFonts w:ascii="Tahoma" w:hAnsi="Tahoma" w:cs="Tahoma"/>
          <w:rtl/>
        </w:rPr>
        <w:t xml:space="preserve"> 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ن</w:t>
      </w:r>
      <w:r w:rsidRPr="00841F4D">
        <w:rPr>
          <w:rFonts w:ascii="Tahoma" w:hAnsi="Tahoma" w:cs="Tahoma"/>
          <w:rtl/>
        </w:rPr>
        <w:t xml:space="preserve"> دوره ممکن است اختلاف وجود د</w:t>
      </w:r>
      <w:r w:rsidRPr="00841F4D">
        <w:rPr>
          <w:rFonts w:ascii="Tahoma" w:hAnsi="Tahoma" w:cs="Tahoma" w:hint="eastAsia"/>
          <w:rtl/>
        </w:rPr>
        <w:t>اشته</w:t>
      </w:r>
      <w:r w:rsidRPr="00841F4D">
        <w:rPr>
          <w:rFonts w:ascii="Tahoma" w:hAnsi="Tahoma" w:cs="Tahoma"/>
          <w:rtl/>
        </w:rPr>
        <w:t xml:space="preserve"> باشد، اما جهت دگرگون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روشن است: تاج صفو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م</w:t>
      </w:r>
      <w:r w:rsidRPr="00841F4D">
        <w:rPr>
          <w:rFonts w:ascii="Tahoma" w:hAnsi="Tahoma" w:cs="Tahoma" w:hint="cs"/>
          <w:rtl/>
        </w:rPr>
        <w:t>ی‌</w:t>
      </w:r>
      <w:r w:rsidRPr="00841F4D">
        <w:rPr>
          <w:rFonts w:ascii="Tahoma" w:hAnsi="Tahoma" w:cs="Tahoma" w:hint="eastAsia"/>
          <w:rtl/>
        </w:rPr>
        <w:t>کوش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د</w:t>
      </w:r>
      <w:r w:rsidRPr="00841F4D">
        <w:rPr>
          <w:rFonts w:ascii="Tahoma" w:hAnsi="Tahoma" w:cs="Tahoma"/>
          <w:rtl/>
        </w:rPr>
        <w:t xml:space="preserve"> فق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ه</w:t>
      </w:r>
      <w:r w:rsidRPr="00841F4D">
        <w:rPr>
          <w:rFonts w:ascii="Tahoma" w:hAnsi="Tahoma" w:cs="Tahoma"/>
          <w:rtl/>
        </w:rPr>
        <w:t xml:space="preserve"> را از مدرس و مشاور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د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ن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به صاحب اخت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ار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در امور مذهب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و قضا</w:t>
      </w:r>
      <w:r w:rsidRPr="00841F4D">
        <w:rPr>
          <w:rFonts w:ascii="Tahoma" w:hAnsi="Tahoma" w:cs="Tahoma" w:hint="cs"/>
          <w:rtl/>
        </w:rPr>
        <w:t>یی</w:t>
      </w:r>
      <w:r w:rsidRPr="00841F4D">
        <w:rPr>
          <w:rFonts w:ascii="Tahoma" w:hAnsi="Tahoma" w:cs="Tahoma"/>
          <w:rtl/>
        </w:rPr>
        <w:t xml:space="preserve"> تبد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ل</w:t>
      </w:r>
      <w:r w:rsidRPr="00841F4D">
        <w:rPr>
          <w:rFonts w:ascii="Tahoma" w:hAnsi="Tahoma" w:cs="Tahoma"/>
          <w:rtl/>
        </w:rPr>
        <w:t xml:space="preserve"> کند.</w:t>
      </w:r>
    </w:p>
    <w:p w:rsidR="00841F4D" w:rsidRPr="00841F4D" w:rsidRDefault="00841F4D" w:rsidP="00841F4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41F4D">
        <w:rPr>
          <w:rFonts w:ascii="Tahoma" w:hAnsi="Tahoma" w:cs="Tahoma" w:hint="eastAsia"/>
          <w:rtl/>
        </w:rPr>
        <w:t>در</w:t>
      </w:r>
      <w:r w:rsidRPr="00841F4D">
        <w:rPr>
          <w:rFonts w:ascii="Tahoma" w:hAnsi="Tahoma" w:cs="Tahoma"/>
          <w:rtl/>
        </w:rPr>
        <w:t xml:space="preserve"> 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نجا</w:t>
      </w:r>
      <w:r w:rsidRPr="00841F4D">
        <w:rPr>
          <w:rFonts w:ascii="Tahoma" w:hAnsi="Tahoma" w:cs="Tahoma"/>
          <w:rtl/>
        </w:rPr>
        <w:t xml:space="preserve"> مفهوم ن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ابت</w:t>
      </w:r>
      <w:r w:rsidRPr="00841F4D">
        <w:rPr>
          <w:rFonts w:ascii="Tahoma" w:hAnsi="Tahoma" w:cs="Tahoma"/>
          <w:rtl/>
        </w:rPr>
        <w:t xml:space="preserve"> از امام غا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ب</w:t>
      </w:r>
      <w:r w:rsidRPr="00841F4D">
        <w:rPr>
          <w:rFonts w:ascii="Tahoma" w:hAnsi="Tahoma" w:cs="Tahoma"/>
          <w:rtl/>
        </w:rPr>
        <w:t xml:space="preserve"> اهم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ت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تع</w:t>
      </w:r>
      <w:r w:rsidRPr="00841F4D">
        <w:rPr>
          <w:rFonts w:ascii="Tahoma" w:hAnsi="Tahoma" w:cs="Tahoma" w:hint="cs"/>
          <w:rtl/>
        </w:rPr>
        <w:t>یی</w:t>
      </w:r>
      <w:r w:rsidRPr="00841F4D">
        <w:rPr>
          <w:rFonts w:ascii="Tahoma" w:hAnsi="Tahoma" w:cs="Tahoma" w:hint="eastAsia"/>
          <w:rtl/>
        </w:rPr>
        <w:t>ن‌کننده</w:t>
      </w:r>
      <w:r w:rsidRPr="00841F4D">
        <w:rPr>
          <w:rFonts w:ascii="Tahoma" w:hAnsi="Tahoma" w:cs="Tahoma"/>
          <w:rtl/>
        </w:rPr>
        <w:t xml:space="preserve"> 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افت</w:t>
      </w:r>
      <w:r w:rsidRPr="00841F4D">
        <w:rPr>
          <w:rFonts w:ascii="Tahoma" w:hAnsi="Tahoma" w:cs="Tahoma"/>
          <w:rtl/>
        </w:rPr>
        <w:t>. در باور دوازده‌امام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،</w:t>
      </w:r>
      <w:r w:rsidRPr="00841F4D">
        <w:rPr>
          <w:rFonts w:ascii="Tahoma" w:hAnsi="Tahoma" w:cs="Tahoma"/>
          <w:rtl/>
        </w:rPr>
        <w:t xml:space="preserve"> امام دوازدهم زنده اما غا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ب</w:t>
      </w:r>
      <w:r w:rsidRPr="00841F4D">
        <w:rPr>
          <w:rFonts w:ascii="Tahoma" w:hAnsi="Tahoma" w:cs="Tahoma"/>
          <w:rtl/>
        </w:rPr>
        <w:t xml:space="preserve"> بود. نبودن ظاهر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او به معنا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از م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ان</w:t>
      </w:r>
      <w:r w:rsidRPr="00841F4D">
        <w:rPr>
          <w:rFonts w:ascii="Tahoma" w:hAnsi="Tahoma" w:cs="Tahoma"/>
          <w:rtl/>
        </w:rPr>
        <w:t xml:space="preserve"> رفتن حقش برا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هدا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ت</w:t>
      </w:r>
      <w:r w:rsidRPr="00841F4D">
        <w:rPr>
          <w:rFonts w:ascii="Tahoma" w:hAnsi="Tahoma" w:cs="Tahoma"/>
          <w:rtl/>
        </w:rPr>
        <w:t xml:space="preserve"> و حکومت نبود. پرسش 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ن</w:t>
      </w:r>
      <w:r w:rsidRPr="00841F4D">
        <w:rPr>
          <w:rFonts w:ascii="Tahoma" w:hAnsi="Tahoma" w:cs="Tahoma"/>
          <w:rtl/>
        </w:rPr>
        <w:t xml:space="preserve"> بود که در دورهٔ غ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بت</w:t>
      </w:r>
      <w:r w:rsidRPr="00841F4D">
        <w:rPr>
          <w:rFonts w:ascii="Tahoma" w:hAnsi="Tahoma" w:cs="Tahoma"/>
          <w:rtl/>
        </w:rPr>
        <w:t xml:space="preserve"> چه کس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م</w:t>
      </w:r>
      <w:r w:rsidRPr="00841F4D">
        <w:rPr>
          <w:rFonts w:ascii="Tahoma" w:hAnsi="Tahoma" w:cs="Tahoma" w:hint="cs"/>
          <w:rtl/>
        </w:rPr>
        <w:t>ی‌</w:t>
      </w:r>
      <w:r w:rsidRPr="00841F4D">
        <w:rPr>
          <w:rFonts w:ascii="Tahoma" w:hAnsi="Tahoma" w:cs="Tahoma" w:hint="eastAsia"/>
          <w:rtl/>
        </w:rPr>
        <w:t>تواند</w:t>
      </w:r>
      <w:r w:rsidRPr="00841F4D">
        <w:rPr>
          <w:rFonts w:ascii="Tahoma" w:hAnsi="Tahoma" w:cs="Tahoma"/>
          <w:rtl/>
        </w:rPr>
        <w:t xml:space="preserve"> برخ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وظا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ف</w:t>
      </w:r>
      <w:r w:rsidRPr="00841F4D">
        <w:rPr>
          <w:rFonts w:ascii="Tahoma" w:hAnsi="Tahoma" w:cs="Tahoma"/>
          <w:rtl/>
        </w:rPr>
        <w:t xml:space="preserve"> او را انجام دهد. فق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>هان به‌تدر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ج</w:t>
      </w:r>
      <w:r w:rsidRPr="00841F4D">
        <w:rPr>
          <w:rFonts w:ascii="Tahoma" w:hAnsi="Tahoma" w:cs="Tahoma"/>
          <w:rtl/>
        </w:rPr>
        <w:t xml:space="preserve"> برا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خود نقش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در ب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ان</w:t>
      </w:r>
      <w:r w:rsidRPr="00841F4D">
        <w:rPr>
          <w:rFonts w:ascii="Tahoma" w:hAnsi="Tahoma" w:cs="Tahoma"/>
          <w:rtl/>
        </w:rPr>
        <w:t xml:space="preserve"> احکام، قضاوت، در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افت</w:t>
      </w:r>
      <w:r w:rsidRPr="00841F4D">
        <w:rPr>
          <w:rFonts w:ascii="Tahoma" w:hAnsi="Tahoma" w:cs="Tahoma"/>
          <w:rtl/>
        </w:rPr>
        <w:t xml:space="preserve"> برخ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وجوه و ادارهٔ امور مذهب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تعر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ف</w:t>
      </w:r>
      <w:r w:rsidRPr="00841F4D">
        <w:rPr>
          <w:rFonts w:ascii="Tahoma" w:hAnsi="Tahoma" w:cs="Tahoma"/>
          <w:rtl/>
        </w:rPr>
        <w:t xml:space="preserve"> کرده بودند.</w:t>
      </w:r>
    </w:p>
    <w:p w:rsidR="00841F4D" w:rsidRPr="00841F4D" w:rsidRDefault="00841F4D" w:rsidP="00841F4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41F4D">
        <w:rPr>
          <w:rFonts w:ascii="Tahoma" w:hAnsi="Tahoma" w:cs="Tahoma" w:hint="eastAsia"/>
          <w:rtl/>
        </w:rPr>
        <w:t>اگر</w:t>
      </w:r>
      <w:r w:rsidRPr="00841F4D">
        <w:rPr>
          <w:rFonts w:ascii="Tahoma" w:hAnsi="Tahoma" w:cs="Tahoma"/>
          <w:rtl/>
        </w:rPr>
        <w:t xml:space="preserve"> فق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ه</w:t>
      </w:r>
      <w:r w:rsidRPr="00841F4D">
        <w:rPr>
          <w:rFonts w:ascii="Tahoma" w:hAnsi="Tahoma" w:cs="Tahoma"/>
          <w:rtl/>
        </w:rPr>
        <w:t xml:space="preserve"> نا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ب</w:t>
      </w:r>
      <w:r w:rsidRPr="00841F4D">
        <w:rPr>
          <w:rFonts w:ascii="Tahoma" w:hAnsi="Tahoma" w:cs="Tahoma"/>
          <w:rtl/>
        </w:rPr>
        <w:t xml:space="preserve"> عام امام در امور د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ن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شمرده م</w:t>
      </w:r>
      <w:r w:rsidRPr="00841F4D">
        <w:rPr>
          <w:rFonts w:ascii="Tahoma" w:hAnsi="Tahoma" w:cs="Tahoma" w:hint="cs"/>
          <w:rtl/>
        </w:rPr>
        <w:t>ی‌</w:t>
      </w:r>
      <w:r w:rsidRPr="00841F4D">
        <w:rPr>
          <w:rFonts w:ascii="Tahoma" w:hAnsi="Tahoma" w:cs="Tahoma" w:hint="eastAsia"/>
          <w:rtl/>
        </w:rPr>
        <w:t>شد،</w:t>
      </w:r>
      <w:r w:rsidRPr="00841F4D">
        <w:rPr>
          <w:rFonts w:ascii="Tahoma" w:hAnsi="Tahoma" w:cs="Tahoma"/>
          <w:rtl/>
        </w:rPr>
        <w:t xml:space="preserve"> مقامش فقط از فرمان شاه سرچشمه نم</w:t>
      </w:r>
      <w:r w:rsidRPr="00841F4D">
        <w:rPr>
          <w:rFonts w:ascii="Tahoma" w:hAnsi="Tahoma" w:cs="Tahoma" w:hint="cs"/>
          <w:rtl/>
        </w:rPr>
        <w:t>ی‌</w:t>
      </w:r>
      <w:r w:rsidRPr="00841F4D">
        <w:rPr>
          <w:rFonts w:ascii="Tahoma" w:hAnsi="Tahoma" w:cs="Tahoma" w:hint="eastAsia"/>
          <w:rtl/>
        </w:rPr>
        <w:t>گرفت</w:t>
      </w:r>
      <w:r w:rsidRPr="00841F4D">
        <w:rPr>
          <w:rFonts w:ascii="Tahoma" w:hAnsi="Tahoma" w:cs="Tahoma"/>
          <w:rtl/>
        </w:rPr>
        <w:t>. شاه م</w:t>
      </w:r>
      <w:r w:rsidRPr="00841F4D">
        <w:rPr>
          <w:rFonts w:ascii="Tahoma" w:hAnsi="Tahoma" w:cs="Tahoma" w:hint="cs"/>
          <w:rtl/>
        </w:rPr>
        <w:t>ی‌</w:t>
      </w:r>
      <w:r w:rsidRPr="00841F4D">
        <w:rPr>
          <w:rFonts w:ascii="Tahoma" w:hAnsi="Tahoma" w:cs="Tahoma" w:hint="eastAsia"/>
          <w:rtl/>
        </w:rPr>
        <w:t>توانست</w:t>
      </w:r>
      <w:r w:rsidRPr="00841F4D">
        <w:rPr>
          <w:rFonts w:ascii="Tahoma" w:hAnsi="Tahoma" w:cs="Tahoma"/>
          <w:rtl/>
        </w:rPr>
        <w:t xml:space="preserve"> او را به منصب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بگمارد، برا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ش</w:t>
      </w:r>
      <w:r w:rsidRPr="00841F4D">
        <w:rPr>
          <w:rFonts w:ascii="Tahoma" w:hAnsi="Tahoma" w:cs="Tahoma"/>
          <w:rtl/>
        </w:rPr>
        <w:t xml:space="preserve"> مدرسه و درآمد فراهم کند و فرمانش را در سراسر کشور معتبر سازد، اما دانش و ادعا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ن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ابت</w:t>
      </w:r>
      <w:r w:rsidRPr="00841F4D">
        <w:rPr>
          <w:rFonts w:ascii="Tahoma" w:hAnsi="Tahoma" w:cs="Tahoma"/>
          <w:rtl/>
        </w:rPr>
        <w:t xml:space="preserve"> فق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ه</w:t>
      </w:r>
      <w:r w:rsidRPr="00841F4D">
        <w:rPr>
          <w:rFonts w:ascii="Tahoma" w:hAnsi="Tahoma" w:cs="Tahoma"/>
          <w:rtl/>
        </w:rPr>
        <w:t xml:space="preserve"> از منبع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ب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رون</w:t>
      </w:r>
      <w:r w:rsidRPr="00841F4D">
        <w:rPr>
          <w:rFonts w:ascii="Tahoma" w:hAnsi="Tahoma" w:cs="Tahoma"/>
          <w:rtl/>
        </w:rPr>
        <w:t xml:space="preserve"> از تاج م</w:t>
      </w:r>
      <w:r w:rsidRPr="00841F4D">
        <w:rPr>
          <w:rFonts w:ascii="Tahoma" w:hAnsi="Tahoma" w:cs="Tahoma" w:hint="cs"/>
          <w:rtl/>
        </w:rPr>
        <w:t>ی‌</w:t>
      </w:r>
      <w:r w:rsidRPr="00841F4D">
        <w:rPr>
          <w:rFonts w:ascii="Tahoma" w:hAnsi="Tahoma" w:cs="Tahoma" w:hint="eastAsia"/>
          <w:rtl/>
        </w:rPr>
        <w:t>آمد</w:t>
      </w:r>
      <w:r w:rsidRPr="00841F4D">
        <w:rPr>
          <w:rFonts w:ascii="Tahoma" w:hAnsi="Tahoma" w:cs="Tahoma"/>
          <w:rtl/>
        </w:rPr>
        <w:t>. بد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ن‌سان،</w:t>
      </w:r>
      <w:r w:rsidRPr="00841F4D">
        <w:rPr>
          <w:rFonts w:ascii="Tahoma" w:hAnsi="Tahoma" w:cs="Tahoma"/>
          <w:rtl/>
        </w:rPr>
        <w:t xml:space="preserve"> حکومت برا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استوار کردن مذهب رسم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،</w:t>
      </w:r>
      <w:r w:rsidRPr="00841F4D">
        <w:rPr>
          <w:rFonts w:ascii="Tahoma" w:hAnsi="Tahoma" w:cs="Tahoma"/>
          <w:rtl/>
        </w:rPr>
        <w:t xml:space="preserve"> گروه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را وارد ساختمان خود م</w:t>
      </w:r>
      <w:r w:rsidRPr="00841F4D">
        <w:rPr>
          <w:rFonts w:ascii="Tahoma" w:hAnsi="Tahoma" w:cs="Tahoma" w:hint="cs"/>
          <w:rtl/>
        </w:rPr>
        <w:t>ی‌</w:t>
      </w:r>
      <w:r w:rsidRPr="00841F4D">
        <w:rPr>
          <w:rFonts w:ascii="Tahoma" w:hAnsi="Tahoma" w:cs="Tahoma" w:hint="eastAsia"/>
          <w:rtl/>
        </w:rPr>
        <w:t>کرد</w:t>
      </w:r>
      <w:r w:rsidRPr="00841F4D">
        <w:rPr>
          <w:rFonts w:ascii="Tahoma" w:hAnsi="Tahoma" w:cs="Tahoma"/>
          <w:rtl/>
        </w:rPr>
        <w:t xml:space="preserve"> که م</w:t>
      </w:r>
      <w:r w:rsidRPr="00841F4D">
        <w:rPr>
          <w:rFonts w:ascii="Tahoma" w:hAnsi="Tahoma" w:cs="Tahoma" w:hint="cs"/>
          <w:rtl/>
        </w:rPr>
        <w:t>ی‌</w:t>
      </w:r>
      <w:r w:rsidRPr="00841F4D">
        <w:rPr>
          <w:rFonts w:ascii="Tahoma" w:hAnsi="Tahoma" w:cs="Tahoma" w:hint="eastAsia"/>
          <w:rtl/>
        </w:rPr>
        <w:t>توانست</w:t>
      </w:r>
      <w:r w:rsidRPr="00841F4D">
        <w:rPr>
          <w:rFonts w:ascii="Tahoma" w:hAnsi="Tahoma" w:cs="Tahoma"/>
          <w:rtl/>
        </w:rPr>
        <w:t xml:space="preserve"> مدع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اقتدار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مستقل از ارادهٔ شاه باشد.</w:t>
      </w:r>
    </w:p>
    <w:p w:rsidR="00841F4D" w:rsidRPr="00841F4D" w:rsidRDefault="00841F4D" w:rsidP="00841F4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41F4D">
        <w:rPr>
          <w:rFonts w:ascii="Tahoma" w:hAnsi="Tahoma" w:cs="Tahoma" w:hint="eastAsia"/>
          <w:rtl/>
        </w:rPr>
        <w:t>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ن</w:t>
      </w:r>
      <w:r w:rsidRPr="00841F4D">
        <w:rPr>
          <w:rFonts w:ascii="Tahoma" w:hAnsi="Tahoma" w:cs="Tahoma"/>
          <w:rtl/>
        </w:rPr>
        <w:t xml:space="preserve"> تناقض در آغاز به چشم نم</w:t>
      </w:r>
      <w:r w:rsidRPr="00841F4D">
        <w:rPr>
          <w:rFonts w:ascii="Tahoma" w:hAnsi="Tahoma" w:cs="Tahoma" w:hint="cs"/>
          <w:rtl/>
        </w:rPr>
        <w:t>ی‌</w:t>
      </w:r>
      <w:r w:rsidRPr="00841F4D">
        <w:rPr>
          <w:rFonts w:ascii="Tahoma" w:hAnsi="Tahoma" w:cs="Tahoma" w:hint="eastAsia"/>
          <w:rtl/>
        </w:rPr>
        <w:t>آمد؛</w:t>
      </w:r>
      <w:r w:rsidRPr="00841F4D">
        <w:rPr>
          <w:rFonts w:ascii="Tahoma" w:hAnsi="Tahoma" w:cs="Tahoma"/>
          <w:rtl/>
        </w:rPr>
        <w:t xml:space="preserve"> ز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را</w:t>
      </w:r>
      <w:r w:rsidRPr="00841F4D">
        <w:rPr>
          <w:rFonts w:ascii="Tahoma" w:hAnsi="Tahoma" w:cs="Tahoma"/>
          <w:rtl/>
        </w:rPr>
        <w:t xml:space="preserve"> هر دو ن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رو</w:t>
      </w:r>
      <w:r w:rsidRPr="00841F4D">
        <w:rPr>
          <w:rFonts w:ascii="Tahoma" w:hAnsi="Tahoma" w:cs="Tahoma"/>
          <w:rtl/>
        </w:rPr>
        <w:t xml:space="preserve"> به 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کد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گر</w:t>
      </w:r>
      <w:r w:rsidRPr="00841F4D">
        <w:rPr>
          <w:rFonts w:ascii="Tahoma" w:hAnsi="Tahoma" w:cs="Tahoma"/>
          <w:rtl/>
        </w:rPr>
        <w:t xml:space="preserve"> ن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از</w:t>
      </w:r>
      <w:r w:rsidRPr="00841F4D">
        <w:rPr>
          <w:rFonts w:ascii="Tahoma" w:hAnsi="Tahoma" w:cs="Tahoma"/>
          <w:rtl/>
        </w:rPr>
        <w:t xml:space="preserve"> داشتند. فق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ه</w:t>
      </w:r>
      <w:r w:rsidRPr="00841F4D">
        <w:rPr>
          <w:rFonts w:ascii="Tahoma" w:hAnsi="Tahoma" w:cs="Tahoma"/>
          <w:rtl/>
        </w:rPr>
        <w:t xml:space="preserve"> بدون پشت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بان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حکومت نم</w:t>
      </w:r>
      <w:r w:rsidRPr="00841F4D">
        <w:rPr>
          <w:rFonts w:ascii="Tahoma" w:hAnsi="Tahoma" w:cs="Tahoma" w:hint="cs"/>
          <w:rtl/>
        </w:rPr>
        <w:t>ی‌</w:t>
      </w:r>
      <w:r w:rsidRPr="00841F4D">
        <w:rPr>
          <w:rFonts w:ascii="Tahoma" w:hAnsi="Tahoma" w:cs="Tahoma" w:hint="eastAsia"/>
          <w:rtl/>
        </w:rPr>
        <w:t>توانست</w:t>
      </w:r>
      <w:r w:rsidRPr="00841F4D">
        <w:rPr>
          <w:rFonts w:ascii="Tahoma" w:hAnsi="Tahoma" w:cs="Tahoma"/>
          <w:rtl/>
        </w:rPr>
        <w:t xml:space="preserve"> احکام خود را در سراسر کشور اجرا کند. او قشون و دستگاه اجرا</w:t>
      </w:r>
      <w:r w:rsidRPr="00841F4D">
        <w:rPr>
          <w:rFonts w:ascii="Tahoma" w:hAnsi="Tahoma" w:cs="Tahoma" w:hint="cs"/>
          <w:rtl/>
        </w:rPr>
        <w:t>یی</w:t>
      </w:r>
      <w:r w:rsidRPr="00841F4D">
        <w:rPr>
          <w:rFonts w:ascii="Tahoma" w:hAnsi="Tahoma" w:cs="Tahoma"/>
          <w:rtl/>
        </w:rPr>
        <w:t xml:space="preserve"> نداشت و نم</w:t>
      </w:r>
      <w:r w:rsidRPr="00841F4D">
        <w:rPr>
          <w:rFonts w:ascii="Tahoma" w:hAnsi="Tahoma" w:cs="Tahoma" w:hint="cs"/>
          <w:rtl/>
        </w:rPr>
        <w:t>ی‌</w:t>
      </w:r>
      <w:r w:rsidRPr="00841F4D">
        <w:rPr>
          <w:rFonts w:ascii="Tahoma" w:hAnsi="Tahoma" w:cs="Tahoma" w:hint="eastAsia"/>
          <w:rtl/>
        </w:rPr>
        <w:t>توانست</w:t>
      </w:r>
      <w:r w:rsidRPr="00841F4D">
        <w:rPr>
          <w:rFonts w:ascii="Tahoma" w:hAnsi="Tahoma" w:cs="Tahoma"/>
          <w:rtl/>
        </w:rPr>
        <w:t xml:space="preserve"> قاض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ان</w:t>
      </w:r>
      <w:r w:rsidRPr="00841F4D">
        <w:rPr>
          <w:rFonts w:ascii="Tahoma" w:hAnsi="Tahoma" w:cs="Tahoma"/>
          <w:rtl/>
        </w:rPr>
        <w:t xml:space="preserve"> سن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را کنار بزند 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ا</w:t>
      </w:r>
      <w:r w:rsidRPr="00841F4D">
        <w:rPr>
          <w:rFonts w:ascii="Tahoma" w:hAnsi="Tahoma" w:cs="Tahoma"/>
          <w:rtl/>
        </w:rPr>
        <w:t xml:space="preserve"> مدارس را به مراکز آموزش تش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ع</w:t>
      </w:r>
      <w:r w:rsidRPr="00841F4D">
        <w:rPr>
          <w:rFonts w:ascii="Tahoma" w:hAnsi="Tahoma" w:cs="Tahoma"/>
          <w:rtl/>
        </w:rPr>
        <w:t xml:space="preserve"> تبد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ل</w:t>
      </w:r>
      <w:r w:rsidRPr="00841F4D">
        <w:rPr>
          <w:rFonts w:ascii="Tahoma" w:hAnsi="Tahoma" w:cs="Tahoma"/>
          <w:rtl/>
        </w:rPr>
        <w:t xml:space="preserve"> کند. </w:t>
      </w:r>
      <w:r w:rsidRPr="00841F4D">
        <w:rPr>
          <w:rFonts w:ascii="Tahoma" w:hAnsi="Tahoma" w:cs="Tahoma" w:hint="eastAsia"/>
          <w:rtl/>
        </w:rPr>
        <w:t>شاه</w:t>
      </w:r>
      <w:r w:rsidRPr="00841F4D">
        <w:rPr>
          <w:rFonts w:ascii="Tahoma" w:hAnsi="Tahoma" w:cs="Tahoma"/>
          <w:rtl/>
        </w:rPr>
        <w:t xml:space="preserve"> ن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ز</w:t>
      </w:r>
      <w:r w:rsidRPr="00841F4D">
        <w:rPr>
          <w:rFonts w:ascii="Tahoma" w:hAnsi="Tahoma" w:cs="Tahoma"/>
          <w:rtl/>
        </w:rPr>
        <w:t xml:space="preserve"> بدون فق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ه</w:t>
      </w:r>
      <w:r w:rsidRPr="00841F4D">
        <w:rPr>
          <w:rFonts w:ascii="Tahoma" w:hAnsi="Tahoma" w:cs="Tahoma"/>
          <w:rtl/>
        </w:rPr>
        <w:t xml:space="preserve"> نم</w:t>
      </w:r>
      <w:r w:rsidRPr="00841F4D">
        <w:rPr>
          <w:rFonts w:ascii="Tahoma" w:hAnsi="Tahoma" w:cs="Tahoma" w:hint="cs"/>
          <w:rtl/>
        </w:rPr>
        <w:t>ی‌</w:t>
      </w:r>
      <w:r w:rsidRPr="00841F4D">
        <w:rPr>
          <w:rFonts w:ascii="Tahoma" w:hAnsi="Tahoma" w:cs="Tahoma" w:hint="eastAsia"/>
          <w:rtl/>
        </w:rPr>
        <w:t>توانست</w:t>
      </w:r>
      <w:r w:rsidRPr="00841F4D">
        <w:rPr>
          <w:rFonts w:ascii="Tahoma" w:hAnsi="Tahoma" w:cs="Tahoma"/>
          <w:rtl/>
        </w:rPr>
        <w:t xml:space="preserve"> ادعا کند که همهٔ س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است‌ها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مذهب</w:t>
      </w:r>
      <w:r w:rsidRPr="00841F4D">
        <w:rPr>
          <w:rFonts w:ascii="Tahoma" w:hAnsi="Tahoma" w:cs="Tahoma" w:hint="cs"/>
          <w:rtl/>
        </w:rPr>
        <w:t>ی‌</w:t>
      </w:r>
      <w:r w:rsidRPr="00841F4D">
        <w:rPr>
          <w:rFonts w:ascii="Tahoma" w:hAnsi="Tahoma" w:cs="Tahoma" w:hint="eastAsia"/>
          <w:rtl/>
        </w:rPr>
        <w:t>اش</w:t>
      </w:r>
      <w:r w:rsidRPr="00841F4D">
        <w:rPr>
          <w:rFonts w:ascii="Tahoma" w:hAnsi="Tahoma" w:cs="Tahoma"/>
          <w:rtl/>
        </w:rPr>
        <w:t xml:space="preserve"> بر شناخت معتبر شر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عت</w:t>
      </w:r>
      <w:r w:rsidRPr="00841F4D">
        <w:rPr>
          <w:rFonts w:ascii="Tahoma" w:hAnsi="Tahoma" w:cs="Tahoma"/>
          <w:rtl/>
        </w:rPr>
        <w:t xml:space="preserve"> استوار است. تاج قدرت اجرا داشت و عمامه دانش لازم برا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تعر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ف</w:t>
      </w:r>
      <w:r w:rsidRPr="00841F4D">
        <w:rPr>
          <w:rFonts w:ascii="Tahoma" w:hAnsi="Tahoma" w:cs="Tahoma"/>
          <w:rtl/>
        </w:rPr>
        <w:t xml:space="preserve"> حکم را فراهم م</w:t>
      </w:r>
      <w:r w:rsidRPr="00841F4D">
        <w:rPr>
          <w:rFonts w:ascii="Tahoma" w:hAnsi="Tahoma" w:cs="Tahoma" w:hint="cs"/>
          <w:rtl/>
        </w:rPr>
        <w:t>ی‌</w:t>
      </w:r>
      <w:r w:rsidRPr="00841F4D">
        <w:rPr>
          <w:rFonts w:ascii="Tahoma" w:hAnsi="Tahoma" w:cs="Tahoma" w:hint="eastAsia"/>
          <w:rtl/>
        </w:rPr>
        <w:t>کرد</w:t>
      </w:r>
      <w:r w:rsidRPr="00841F4D">
        <w:rPr>
          <w:rFonts w:ascii="Tahoma" w:hAnsi="Tahoma" w:cs="Tahoma"/>
          <w:rtl/>
        </w:rPr>
        <w:t>.</w:t>
      </w:r>
    </w:p>
    <w:p w:rsidR="00841F4D" w:rsidRPr="00841F4D" w:rsidRDefault="00841F4D" w:rsidP="00841F4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41F4D">
        <w:rPr>
          <w:rFonts w:ascii="Tahoma" w:hAnsi="Tahoma" w:cs="Tahoma" w:hint="eastAsia"/>
          <w:rtl/>
        </w:rPr>
        <w:t>رابطهٔ</w:t>
      </w:r>
      <w:r w:rsidRPr="00841F4D">
        <w:rPr>
          <w:rFonts w:ascii="Tahoma" w:hAnsi="Tahoma" w:cs="Tahoma"/>
          <w:rtl/>
        </w:rPr>
        <w:t xml:space="preserve"> شاه تهماسب و محقق کرک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نمونهٔ 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ن</w:t>
      </w:r>
      <w:r w:rsidRPr="00841F4D">
        <w:rPr>
          <w:rFonts w:ascii="Tahoma" w:hAnsi="Tahoma" w:cs="Tahoma"/>
          <w:rtl/>
        </w:rPr>
        <w:t xml:space="preserve"> ن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از</w:t>
      </w:r>
      <w:r w:rsidRPr="00841F4D">
        <w:rPr>
          <w:rFonts w:ascii="Tahoma" w:hAnsi="Tahoma" w:cs="Tahoma"/>
          <w:rtl/>
        </w:rPr>
        <w:t xml:space="preserve"> متقابل بود. کرک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از حما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ت</w:t>
      </w:r>
      <w:r w:rsidRPr="00841F4D">
        <w:rPr>
          <w:rFonts w:ascii="Tahoma" w:hAnsi="Tahoma" w:cs="Tahoma"/>
          <w:rtl/>
        </w:rPr>
        <w:t xml:space="preserve"> شاه برا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گسترش آموزش فقه ش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عه،</w:t>
      </w:r>
      <w:r w:rsidRPr="00841F4D">
        <w:rPr>
          <w:rFonts w:ascii="Tahoma" w:hAnsi="Tahoma" w:cs="Tahoma"/>
          <w:rtl/>
        </w:rPr>
        <w:t xml:space="preserve"> تع</w:t>
      </w:r>
      <w:r w:rsidRPr="00841F4D">
        <w:rPr>
          <w:rFonts w:ascii="Tahoma" w:hAnsi="Tahoma" w:cs="Tahoma" w:hint="cs"/>
          <w:rtl/>
        </w:rPr>
        <w:t>یی</w:t>
      </w:r>
      <w:r w:rsidRPr="00841F4D">
        <w:rPr>
          <w:rFonts w:ascii="Tahoma" w:hAnsi="Tahoma" w:cs="Tahoma" w:hint="eastAsia"/>
          <w:rtl/>
        </w:rPr>
        <w:t>ن</w:t>
      </w:r>
      <w:r w:rsidRPr="00841F4D">
        <w:rPr>
          <w:rFonts w:ascii="Tahoma" w:hAnsi="Tahoma" w:cs="Tahoma"/>
          <w:rtl/>
        </w:rPr>
        <w:t xml:space="preserve"> 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ا</w:t>
      </w:r>
      <w:r w:rsidRPr="00841F4D">
        <w:rPr>
          <w:rFonts w:ascii="Tahoma" w:hAnsi="Tahoma" w:cs="Tahoma"/>
          <w:rtl/>
        </w:rPr>
        <w:t xml:space="preserve"> تأ</w:t>
      </w:r>
      <w:r w:rsidRPr="00841F4D">
        <w:rPr>
          <w:rFonts w:ascii="Tahoma" w:hAnsi="Tahoma" w:cs="Tahoma" w:hint="cs"/>
          <w:rtl/>
        </w:rPr>
        <w:t>یی</w:t>
      </w:r>
      <w:r w:rsidRPr="00841F4D">
        <w:rPr>
          <w:rFonts w:ascii="Tahoma" w:hAnsi="Tahoma" w:cs="Tahoma" w:hint="eastAsia"/>
          <w:rtl/>
        </w:rPr>
        <w:t>د</w:t>
      </w:r>
      <w:r w:rsidRPr="00841F4D">
        <w:rPr>
          <w:rFonts w:ascii="Tahoma" w:hAnsi="Tahoma" w:cs="Tahoma"/>
          <w:rtl/>
        </w:rPr>
        <w:t xml:space="preserve"> مقام‌ها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مذهب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و مقابله با برخ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سنت‌ها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ناسازگار با برداشت فق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هان</w:t>
      </w:r>
      <w:r w:rsidRPr="00841F4D">
        <w:rPr>
          <w:rFonts w:ascii="Tahoma" w:hAnsi="Tahoma" w:cs="Tahoma"/>
          <w:rtl/>
        </w:rPr>
        <w:t xml:space="preserve"> استفاده م</w:t>
      </w:r>
      <w:r w:rsidRPr="00841F4D">
        <w:rPr>
          <w:rFonts w:ascii="Tahoma" w:hAnsi="Tahoma" w:cs="Tahoma" w:hint="cs"/>
          <w:rtl/>
        </w:rPr>
        <w:t>ی‌</w:t>
      </w:r>
      <w:r w:rsidRPr="00841F4D">
        <w:rPr>
          <w:rFonts w:ascii="Tahoma" w:hAnsi="Tahoma" w:cs="Tahoma" w:hint="eastAsia"/>
          <w:rtl/>
        </w:rPr>
        <w:t>کرد</w:t>
      </w:r>
      <w:r w:rsidRPr="00841F4D">
        <w:rPr>
          <w:rFonts w:ascii="Tahoma" w:hAnsi="Tahoma" w:cs="Tahoma"/>
          <w:rtl/>
        </w:rPr>
        <w:t>. در برابر، حضور او به حکومت امکان م</w:t>
      </w:r>
      <w:r w:rsidRPr="00841F4D">
        <w:rPr>
          <w:rFonts w:ascii="Tahoma" w:hAnsi="Tahoma" w:cs="Tahoma" w:hint="cs"/>
          <w:rtl/>
        </w:rPr>
        <w:t>ی‌</w:t>
      </w:r>
      <w:r w:rsidRPr="00841F4D">
        <w:rPr>
          <w:rFonts w:ascii="Tahoma" w:hAnsi="Tahoma" w:cs="Tahoma" w:hint="eastAsia"/>
          <w:rtl/>
        </w:rPr>
        <w:t>داد</w:t>
      </w:r>
      <w:r w:rsidRPr="00841F4D">
        <w:rPr>
          <w:rFonts w:ascii="Tahoma" w:hAnsi="Tahoma" w:cs="Tahoma"/>
          <w:rtl/>
        </w:rPr>
        <w:t xml:space="preserve"> نشان دهد که مذهب رسم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فقط خواست شخص شاه 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ا</w:t>
      </w:r>
      <w:r w:rsidRPr="00841F4D">
        <w:rPr>
          <w:rFonts w:ascii="Tahoma" w:hAnsi="Tahoma" w:cs="Tahoma"/>
          <w:rtl/>
        </w:rPr>
        <w:t xml:space="preserve"> شور قزلباشان ن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ست؛</w:t>
      </w:r>
      <w:r w:rsidRPr="00841F4D">
        <w:rPr>
          <w:rFonts w:ascii="Tahoma" w:hAnsi="Tahoma" w:cs="Tahoma"/>
          <w:rtl/>
        </w:rPr>
        <w:t xml:space="preserve"> فق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ه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شناخته‌شده آن را صورت‌بند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و تأ</w:t>
      </w:r>
      <w:r w:rsidRPr="00841F4D">
        <w:rPr>
          <w:rFonts w:ascii="Tahoma" w:hAnsi="Tahoma" w:cs="Tahoma" w:hint="cs"/>
          <w:rtl/>
        </w:rPr>
        <w:t>یی</w:t>
      </w:r>
      <w:r w:rsidRPr="00841F4D">
        <w:rPr>
          <w:rFonts w:ascii="Tahoma" w:hAnsi="Tahoma" w:cs="Tahoma" w:hint="eastAsia"/>
          <w:rtl/>
        </w:rPr>
        <w:t>د</w:t>
      </w:r>
      <w:r w:rsidRPr="00841F4D">
        <w:rPr>
          <w:rFonts w:ascii="Tahoma" w:hAnsi="Tahoma" w:cs="Tahoma"/>
          <w:rtl/>
        </w:rPr>
        <w:t xml:space="preserve"> م</w:t>
      </w:r>
      <w:r w:rsidRPr="00841F4D">
        <w:rPr>
          <w:rFonts w:ascii="Tahoma" w:hAnsi="Tahoma" w:cs="Tahoma" w:hint="cs"/>
          <w:rtl/>
        </w:rPr>
        <w:t>ی‌</w:t>
      </w:r>
      <w:r w:rsidRPr="00841F4D">
        <w:rPr>
          <w:rFonts w:ascii="Tahoma" w:hAnsi="Tahoma" w:cs="Tahoma" w:hint="eastAsia"/>
          <w:rtl/>
        </w:rPr>
        <w:t>کند</w:t>
      </w:r>
      <w:r w:rsidRPr="00841F4D">
        <w:rPr>
          <w:rFonts w:ascii="Tahoma" w:hAnsi="Tahoma" w:cs="Tahoma"/>
          <w:rtl/>
        </w:rPr>
        <w:t>.</w:t>
      </w:r>
    </w:p>
    <w:p w:rsidR="00841F4D" w:rsidRPr="00841F4D" w:rsidRDefault="00841F4D" w:rsidP="00841F4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41F4D">
        <w:rPr>
          <w:rFonts w:ascii="Tahoma" w:hAnsi="Tahoma" w:cs="Tahoma" w:hint="eastAsia"/>
          <w:rtl/>
        </w:rPr>
        <w:t>اما</w:t>
      </w:r>
      <w:r w:rsidRPr="00841F4D">
        <w:rPr>
          <w:rFonts w:ascii="Tahoma" w:hAnsi="Tahoma" w:cs="Tahoma"/>
          <w:rtl/>
        </w:rPr>
        <w:t xml:space="preserve"> م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ان</w:t>
      </w:r>
      <w:r w:rsidRPr="00841F4D">
        <w:rPr>
          <w:rFonts w:ascii="Tahoma" w:hAnsi="Tahoma" w:cs="Tahoma"/>
          <w:rtl/>
        </w:rPr>
        <w:t xml:space="preserve"> تش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ع</w:t>
      </w:r>
      <w:r w:rsidRPr="00841F4D">
        <w:rPr>
          <w:rFonts w:ascii="Tahoma" w:hAnsi="Tahoma" w:cs="Tahoma"/>
          <w:rtl/>
        </w:rPr>
        <w:t xml:space="preserve"> فق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هان</w:t>
      </w:r>
      <w:r w:rsidRPr="00841F4D">
        <w:rPr>
          <w:rFonts w:ascii="Tahoma" w:hAnsi="Tahoma" w:cs="Tahoma"/>
          <w:rtl/>
        </w:rPr>
        <w:t xml:space="preserve"> و باور قزلباشان فاصله‌ا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جد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وجود داشت. قزلباشان مقام شاه و مرشد را گاه چنان بالا م</w:t>
      </w:r>
      <w:r w:rsidRPr="00841F4D">
        <w:rPr>
          <w:rFonts w:ascii="Tahoma" w:hAnsi="Tahoma" w:cs="Tahoma" w:hint="cs"/>
          <w:rtl/>
        </w:rPr>
        <w:t>ی‌</w:t>
      </w:r>
      <w:r w:rsidRPr="00841F4D">
        <w:rPr>
          <w:rFonts w:ascii="Tahoma" w:hAnsi="Tahoma" w:cs="Tahoma" w:hint="eastAsia"/>
          <w:rtl/>
        </w:rPr>
        <w:t>بردند</w:t>
      </w:r>
      <w:r w:rsidRPr="00841F4D">
        <w:rPr>
          <w:rFonts w:ascii="Tahoma" w:hAnsi="Tahoma" w:cs="Tahoma"/>
          <w:rtl/>
        </w:rPr>
        <w:t xml:space="preserve"> که با برداشت فق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هان</w:t>
      </w:r>
      <w:r w:rsidRPr="00841F4D">
        <w:rPr>
          <w:rFonts w:ascii="Tahoma" w:hAnsi="Tahoma" w:cs="Tahoma"/>
          <w:rtl/>
        </w:rPr>
        <w:t xml:space="preserve"> از جا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گاه</w:t>
      </w:r>
      <w:r w:rsidRPr="00841F4D">
        <w:rPr>
          <w:rFonts w:ascii="Tahoma" w:hAnsi="Tahoma" w:cs="Tahoma"/>
          <w:rtl/>
        </w:rPr>
        <w:t xml:space="preserve"> انسان، امام و حاکم سازگار نبود. فق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هان</w:t>
      </w:r>
      <w:r w:rsidRPr="00841F4D">
        <w:rPr>
          <w:rFonts w:ascii="Tahoma" w:hAnsi="Tahoma" w:cs="Tahoma"/>
          <w:rtl/>
        </w:rPr>
        <w:t xml:space="preserve"> نم</w:t>
      </w:r>
      <w:r w:rsidRPr="00841F4D">
        <w:rPr>
          <w:rFonts w:ascii="Tahoma" w:hAnsi="Tahoma" w:cs="Tahoma" w:hint="cs"/>
          <w:rtl/>
        </w:rPr>
        <w:t>ی‌</w:t>
      </w:r>
      <w:r w:rsidRPr="00841F4D">
        <w:rPr>
          <w:rFonts w:ascii="Tahoma" w:hAnsi="Tahoma" w:cs="Tahoma" w:hint="eastAsia"/>
          <w:rtl/>
        </w:rPr>
        <w:t>توانستند</w:t>
      </w:r>
      <w:r w:rsidRPr="00841F4D">
        <w:rPr>
          <w:rFonts w:ascii="Tahoma" w:hAnsi="Tahoma" w:cs="Tahoma"/>
          <w:rtl/>
        </w:rPr>
        <w:t xml:space="preserve"> به‌آسان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ادعاها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غلوآم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ز</w:t>
      </w:r>
      <w:r w:rsidRPr="00841F4D">
        <w:rPr>
          <w:rFonts w:ascii="Tahoma" w:hAnsi="Tahoma" w:cs="Tahoma"/>
          <w:rtl/>
        </w:rPr>
        <w:t xml:space="preserve"> دربارهٔ شاه را بپذ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رند؛</w:t>
      </w:r>
      <w:r w:rsidRPr="00841F4D">
        <w:rPr>
          <w:rFonts w:ascii="Tahoma" w:hAnsi="Tahoma" w:cs="Tahoma"/>
          <w:rtl/>
        </w:rPr>
        <w:t xml:space="preserve"> ز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را</w:t>
      </w:r>
      <w:r w:rsidRPr="00841F4D">
        <w:rPr>
          <w:rFonts w:ascii="Tahoma" w:hAnsi="Tahoma" w:cs="Tahoma"/>
          <w:rtl/>
        </w:rPr>
        <w:t xml:space="preserve"> در تش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ع</w:t>
      </w:r>
      <w:r w:rsidRPr="00841F4D">
        <w:rPr>
          <w:rFonts w:ascii="Tahoma" w:hAnsi="Tahoma" w:cs="Tahoma"/>
          <w:rtl/>
        </w:rPr>
        <w:t xml:space="preserve"> </w:t>
      </w:r>
      <w:r w:rsidRPr="00841F4D">
        <w:rPr>
          <w:rFonts w:ascii="Tahoma" w:hAnsi="Tahoma" w:cs="Tahoma" w:hint="eastAsia"/>
          <w:rtl/>
        </w:rPr>
        <w:t>دوازده‌امام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،</w:t>
      </w:r>
      <w:r w:rsidRPr="00841F4D">
        <w:rPr>
          <w:rFonts w:ascii="Tahoma" w:hAnsi="Tahoma" w:cs="Tahoma"/>
          <w:rtl/>
        </w:rPr>
        <w:t xml:space="preserve"> امامان جا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گاه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داشتند که نم</w:t>
      </w:r>
      <w:r w:rsidRPr="00841F4D">
        <w:rPr>
          <w:rFonts w:ascii="Tahoma" w:hAnsi="Tahoma" w:cs="Tahoma" w:hint="cs"/>
          <w:rtl/>
        </w:rPr>
        <w:t>ی‌</w:t>
      </w:r>
      <w:r w:rsidRPr="00841F4D">
        <w:rPr>
          <w:rFonts w:ascii="Tahoma" w:hAnsi="Tahoma" w:cs="Tahoma" w:hint="eastAsia"/>
          <w:rtl/>
        </w:rPr>
        <w:t>شد</w:t>
      </w:r>
      <w:r w:rsidRPr="00841F4D">
        <w:rPr>
          <w:rFonts w:ascii="Tahoma" w:hAnsi="Tahoma" w:cs="Tahoma"/>
          <w:rtl/>
        </w:rPr>
        <w:t xml:space="preserve"> آن را به فرمانروا</w:t>
      </w:r>
      <w:r w:rsidRPr="00841F4D">
        <w:rPr>
          <w:rFonts w:ascii="Tahoma" w:hAnsi="Tahoma" w:cs="Tahoma" w:hint="cs"/>
          <w:rtl/>
        </w:rPr>
        <w:t>یی</w:t>
      </w:r>
      <w:r w:rsidRPr="00841F4D">
        <w:rPr>
          <w:rFonts w:ascii="Tahoma" w:hAnsi="Tahoma" w:cs="Tahoma"/>
          <w:rtl/>
        </w:rPr>
        <w:t xml:space="preserve"> غ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رمعصوم</w:t>
      </w:r>
      <w:r w:rsidRPr="00841F4D">
        <w:rPr>
          <w:rFonts w:ascii="Tahoma" w:hAnsi="Tahoma" w:cs="Tahoma"/>
          <w:rtl/>
        </w:rPr>
        <w:t xml:space="preserve"> واگذار کرد.</w:t>
      </w:r>
    </w:p>
    <w:p w:rsidR="00841F4D" w:rsidRPr="00841F4D" w:rsidRDefault="00841F4D" w:rsidP="00841F4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41F4D">
        <w:rPr>
          <w:rFonts w:ascii="Tahoma" w:hAnsi="Tahoma" w:cs="Tahoma" w:hint="eastAsia"/>
          <w:rtl/>
        </w:rPr>
        <w:t>از</w:t>
      </w:r>
      <w:r w:rsidRPr="00841F4D">
        <w:rPr>
          <w:rFonts w:ascii="Tahoma" w:hAnsi="Tahoma" w:cs="Tahoma"/>
          <w:rtl/>
        </w:rPr>
        <w:t xml:space="preserve"> سو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د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گر،</w:t>
      </w:r>
      <w:r w:rsidRPr="00841F4D">
        <w:rPr>
          <w:rFonts w:ascii="Tahoma" w:hAnsi="Tahoma" w:cs="Tahoma"/>
          <w:rtl/>
        </w:rPr>
        <w:t xml:space="preserve"> قزلباشان ممکن بود د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نکاران</w:t>
      </w:r>
      <w:r w:rsidRPr="00841F4D">
        <w:rPr>
          <w:rFonts w:ascii="Tahoma" w:hAnsi="Tahoma" w:cs="Tahoma"/>
          <w:rtl/>
        </w:rPr>
        <w:t xml:space="preserve"> مهاجر را کسان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بدانند که پس از پ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روز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آمده و اکنون م</w:t>
      </w:r>
      <w:r w:rsidRPr="00841F4D">
        <w:rPr>
          <w:rFonts w:ascii="Tahoma" w:hAnsi="Tahoma" w:cs="Tahoma" w:hint="cs"/>
          <w:rtl/>
        </w:rPr>
        <w:t>ی‌</w:t>
      </w:r>
      <w:r w:rsidRPr="00841F4D">
        <w:rPr>
          <w:rFonts w:ascii="Tahoma" w:hAnsi="Tahoma" w:cs="Tahoma" w:hint="eastAsia"/>
          <w:rtl/>
        </w:rPr>
        <w:t>خواهند</w:t>
      </w:r>
      <w:r w:rsidRPr="00841F4D">
        <w:rPr>
          <w:rFonts w:ascii="Tahoma" w:hAnsi="Tahoma" w:cs="Tahoma"/>
          <w:rtl/>
        </w:rPr>
        <w:t xml:space="preserve"> در حکومت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که با خون آنان ساخته شده سهم بگ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رند</w:t>
      </w:r>
      <w:r w:rsidRPr="00841F4D">
        <w:rPr>
          <w:rFonts w:ascii="Tahoma" w:hAnsi="Tahoma" w:cs="Tahoma"/>
          <w:rtl/>
        </w:rPr>
        <w:t>. قزلباش شمش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ر</w:t>
      </w:r>
      <w:r w:rsidRPr="00841F4D">
        <w:rPr>
          <w:rFonts w:ascii="Tahoma" w:hAnsi="Tahoma" w:cs="Tahoma"/>
          <w:rtl/>
        </w:rPr>
        <w:t xml:space="preserve"> زده، شهر فتح کرده و خاندان‌ها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رق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ب</w:t>
      </w:r>
      <w:r w:rsidRPr="00841F4D">
        <w:rPr>
          <w:rFonts w:ascii="Tahoma" w:hAnsi="Tahoma" w:cs="Tahoma"/>
          <w:rtl/>
        </w:rPr>
        <w:t xml:space="preserve"> را شکست داده بود؛ فق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ه</w:t>
      </w:r>
      <w:r w:rsidRPr="00841F4D">
        <w:rPr>
          <w:rFonts w:ascii="Tahoma" w:hAnsi="Tahoma" w:cs="Tahoma"/>
          <w:rtl/>
        </w:rPr>
        <w:t xml:space="preserve"> با کتاب و حکم به دربار م</w:t>
      </w:r>
      <w:r w:rsidRPr="00841F4D">
        <w:rPr>
          <w:rFonts w:ascii="Tahoma" w:hAnsi="Tahoma" w:cs="Tahoma" w:hint="cs"/>
          <w:rtl/>
        </w:rPr>
        <w:t>ی‌</w:t>
      </w:r>
      <w:r w:rsidRPr="00841F4D">
        <w:rPr>
          <w:rFonts w:ascii="Tahoma" w:hAnsi="Tahoma" w:cs="Tahoma" w:hint="eastAsia"/>
          <w:rtl/>
        </w:rPr>
        <w:t>آمد</w:t>
      </w:r>
      <w:r w:rsidRPr="00841F4D">
        <w:rPr>
          <w:rFonts w:ascii="Tahoma" w:hAnsi="Tahoma" w:cs="Tahoma"/>
          <w:rtl/>
        </w:rPr>
        <w:t xml:space="preserve"> و از ش</w:t>
      </w:r>
      <w:r w:rsidRPr="00841F4D">
        <w:rPr>
          <w:rFonts w:ascii="Tahoma" w:hAnsi="Tahoma" w:cs="Tahoma" w:hint="eastAsia"/>
          <w:rtl/>
        </w:rPr>
        <w:t>اه</w:t>
      </w:r>
      <w:r w:rsidRPr="00841F4D">
        <w:rPr>
          <w:rFonts w:ascii="Tahoma" w:hAnsi="Tahoma" w:cs="Tahoma"/>
          <w:rtl/>
        </w:rPr>
        <w:t xml:space="preserve"> مقام و زم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ن</w:t>
      </w:r>
      <w:r w:rsidRPr="00841F4D">
        <w:rPr>
          <w:rFonts w:ascii="Tahoma" w:hAnsi="Tahoma" w:cs="Tahoma"/>
          <w:rtl/>
        </w:rPr>
        <w:t xml:space="preserve"> م</w:t>
      </w:r>
      <w:r w:rsidRPr="00841F4D">
        <w:rPr>
          <w:rFonts w:ascii="Tahoma" w:hAnsi="Tahoma" w:cs="Tahoma" w:hint="cs"/>
          <w:rtl/>
        </w:rPr>
        <w:t>ی‌</w:t>
      </w:r>
      <w:r w:rsidRPr="00841F4D">
        <w:rPr>
          <w:rFonts w:ascii="Tahoma" w:hAnsi="Tahoma" w:cs="Tahoma" w:hint="eastAsia"/>
          <w:rtl/>
        </w:rPr>
        <w:t>گرفت</w:t>
      </w:r>
      <w:r w:rsidRPr="00841F4D">
        <w:rPr>
          <w:rFonts w:ascii="Tahoma" w:hAnsi="Tahoma" w:cs="Tahoma"/>
          <w:rtl/>
        </w:rPr>
        <w:t>. 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ن</w:t>
      </w:r>
      <w:r w:rsidRPr="00841F4D">
        <w:rPr>
          <w:rFonts w:ascii="Tahoma" w:hAnsi="Tahoma" w:cs="Tahoma"/>
          <w:rtl/>
        </w:rPr>
        <w:t xml:space="preserve"> تفاوت سرچشمهٔ رقابت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شد که در دوره‌ها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بعد آشکارتر گرد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د</w:t>
      </w:r>
      <w:r w:rsidRPr="00841F4D">
        <w:rPr>
          <w:rFonts w:ascii="Tahoma" w:hAnsi="Tahoma" w:cs="Tahoma"/>
          <w:rtl/>
        </w:rPr>
        <w:t>.</w:t>
      </w:r>
    </w:p>
    <w:p w:rsidR="00841F4D" w:rsidRPr="00841F4D" w:rsidRDefault="00841F4D" w:rsidP="00841F4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41F4D">
        <w:rPr>
          <w:rFonts w:ascii="Tahoma" w:hAnsi="Tahoma" w:cs="Tahoma" w:hint="eastAsia"/>
          <w:rtl/>
        </w:rPr>
        <w:t>د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وانسالاران</w:t>
      </w:r>
      <w:r w:rsidRPr="00841F4D">
        <w:rPr>
          <w:rFonts w:ascii="Tahoma" w:hAnsi="Tahoma" w:cs="Tahoma"/>
          <w:rtl/>
        </w:rPr>
        <w:t xml:space="preserve"> ن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ز</w:t>
      </w:r>
      <w:r w:rsidRPr="00841F4D">
        <w:rPr>
          <w:rFonts w:ascii="Tahoma" w:hAnsi="Tahoma" w:cs="Tahoma"/>
          <w:rtl/>
        </w:rPr>
        <w:t xml:space="preserve"> با ورود د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نکاران</w:t>
      </w:r>
      <w:r w:rsidRPr="00841F4D">
        <w:rPr>
          <w:rFonts w:ascii="Tahoma" w:hAnsi="Tahoma" w:cs="Tahoma"/>
          <w:rtl/>
        </w:rPr>
        <w:t xml:space="preserve"> مهاجر با ن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رو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تازه‌ا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روبه‌رو شدند. پ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ش</w:t>
      </w:r>
      <w:r w:rsidRPr="00841F4D">
        <w:rPr>
          <w:rFonts w:ascii="Tahoma" w:hAnsi="Tahoma" w:cs="Tahoma"/>
          <w:rtl/>
        </w:rPr>
        <w:t xml:space="preserve"> از آن، د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وان</w:t>
      </w:r>
      <w:r w:rsidRPr="00841F4D">
        <w:rPr>
          <w:rFonts w:ascii="Tahoma" w:hAnsi="Tahoma" w:cs="Tahoma"/>
          <w:rtl/>
        </w:rPr>
        <w:t xml:space="preserve"> بس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ار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از امور مربوط به زم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ن،</w:t>
      </w:r>
      <w:r w:rsidRPr="00841F4D">
        <w:rPr>
          <w:rFonts w:ascii="Tahoma" w:hAnsi="Tahoma" w:cs="Tahoma"/>
          <w:rtl/>
        </w:rPr>
        <w:t xml:space="preserve"> مال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ات،</w:t>
      </w:r>
      <w:r w:rsidRPr="00841F4D">
        <w:rPr>
          <w:rFonts w:ascii="Tahoma" w:hAnsi="Tahoma" w:cs="Tahoma"/>
          <w:rtl/>
        </w:rPr>
        <w:t xml:space="preserve"> وقف، انتصاب مأموران و قضاوت را به ش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وه‌ها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موروث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خود اداره م</w:t>
      </w:r>
      <w:r w:rsidRPr="00841F4D">
        <w:rPr>
          <w:rFonts w:ascii="Tahoma" w:hAnsi="Tahoma" w:cs="Tahoma" w:hint="cs"/>
          <w:rtl/>
        </w:rPr>
        <w:t>ی‌</w:t>
      </w:r>
      <w:r w:rsidRPr="00841F4D">
        <w:rPr>
          <w:rFonts w:ascii="Tahoma" w:hAnsi="Tahoma" w:cs="Tahoma" w:hint="eastAsia"/>
          <w:rtl/>
        </w:rPr>
        <w:t>کرد</w:t>
      </w:r>
      <w:r w:rsidRPr="00841F4D">
        <w:rPr>
          <w:rFonts w:ascii="Tahoma" w:hAnsi="Tahoma" w:cs="Tahoma"/>
          <w:rtl/>
        </w:rPr>
        <w:t>. گسترش مقام‌ها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مذهب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م</w:t>
      </w:r>
      <w:r w:rsidRPr="00841F4D">
        <w:rPr>
          <w:rFonts w:ascii="Tahoma" w:hAnsi="Tahoma" w:cs="Tahoma" w:hint="cs"/>
          <w:rtl/>
        </w:rPr>
        <w:t>ی‌</w:t>
      </w:r>
      <w:r w:rsidRPr="00841F4D">
        <w:rPr>
          <w:rFonts w:ascii="Tahoma" w:hAnsi="Tahoma" w:cs="Tahoma" w:hint="eastAsia"/>
          <w:rtl/>
        </w:rPr>
        <w:t>توانست</w:t>
      </w:r>
      <w:r w:rsidRPr="00841F4D">
        <w:rPr>
          <w:rFonts w:ascii="Tahoma" w:hAnsi="Tahoma" w:cs="Tahoma"/>
          <w:rtl/>
        </w:rPr>
        <w:t xml:space="preserve"> بخش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از 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ن</w:t>
      </w:r>
      <w:r w:rsidRPr="00841F4D">
        <w:rPr>
          <w:rFonts w:ascii="Tahoma" w:hAnsi="Tahoma" w:cs="Tahoma"/>
          <w:rtl/>
        </w:rPr>
        <w:t xml:space="preserve"> اخت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ار</w:t>
      </w:r>
      <w:r w:rsidRPr="00841F4D">
        <w:rPr>
          <w:rFonts w:ascii="Tahoma" w:hAnsi="Tahoma" w:cs="Tahoma"/>
          <w:rtl/>
        </w:rPr>
        <w:t xml:space="preserve"> را به د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نکاران</w:t>
      </w:r>
      <w:r w:rsidRPr="00841F4D">
        <w:rPr>
          <w:rFonts w:ascii="Tahoma" w:hAnsi="Tahoma" w:cs="Tahoma"/>
          <w:rtl/>
        </w:rPr>
        <w:t xml:space="preserve"> منتقل کند. اگر وقف ز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ر</w:t>
      </w:r>
      <w:r w:rsidRPr="00841F4D">
        <w:rPr>
          <w:rFonts w:ascii="Tahoma" w:hAnsi="Tahoma" w:cs="Tahoma"/>
          <w:rtl/>
        </w:rPr>
        <w:t xml:space="preserve"> نظارت صاحب‌منصب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د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ن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قرار م</w:t>
      </w:r>
      <w:r w:rsidRPr="00841F4D">
        <w:rPr>
          <w:rFonts w:ascii="Tahoma" w:hAnsi="Tahoma" w:cs="Tahoma" w:hint="cs"/>
          <w:rtl/>
        </w:rPr>
        <w:t>ی‌</w:t>
      </w:r>
      <w:r w:rsidRPr="00841F4D">
        <w:rPr>
          <w:rFonts w:ascii="Tahoma" w:hAnsi="Tahoma" w:cs="Tahoma" w:hint="eastAsia"/>
          <w:rtl/>
        </w:rPr>
        <w:t>گرفت،</w:t>
      </w:r>
      <w:r w:rsidRPr="00841F4D">
        <w:rPr>
          <w:rFonts w:ascii="Tahoma" w:hAnsi="Tahoma" w:cs="Tahoma"/>
          <w:rtl/>
        </w:rPr>
        <w:t xml:space="preserve"> اگر قاض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شرع دربارهٔ مالک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ت</w:t>
      </w:r>
      <w:r w:rsidRPr="00841F4D">
        <w:rPr>
          <w:rFonts w:ascii="Tahoma" w:hAnsi="Tahoma" w:cs="Tahoma"/>
          <w:rtl/>
        </w:rPr>
        <w:t xml:space="preserve"> و ارث حکم م</w:t>
      </w:r>
      <w:r w:rsidRPr="00841F4D">
        <w:rPr>
          <w:rFonts w:ascii="Tahoma" w:hAnsi="Tahoma" w:cs="Tahoma" w:hint="cs"/>
          <w:rtl/>
        </w:rPr>
        <w:t>ی‌</w:t>
      </w:r>
      <w:r w:rsidRPr="00841F4D">
        <w:rPr>
          <w:rFonts w:ascii="Tahoma" w:hAnsi="Tahoma" w:cs="Tahoma" w:hint="eastAsia"/>
          <w:rtl/>
        </w:rPr>
        <w:t>داد</w:t>
      </w:r>
      <w:r w:rsidRPr="00841F4D">
        <w:rPr>
          <w:rFonts w:ascii="Tahoma" w:hAnsi="Tahoma" w:cs="Tahoma"/>
          <w:rtl/>
        </w:rPr>
        <w:t xml:space="preserve"> و اگر فق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ه</w:t>
      </w:r>
      <w:r w:rsidRPr="00841F4D">
        <w:rPr>
          <w:rFonts w:ascii="Tahoma" w:hAnsi="Tahoma" w:cs="Tahoma"/>
          <w:rtl/>
        </w:rPr>
        <w:t xml:space="preserve"> م</w:t>
      </w:r>
      <w:r w:rsidRPr="00841F4D">
        <w:rPr>
          <w:rFonts w:ascii="Tahoma" w:hAnsi="Tahoma" w:cs="Tahoma" w:hint="cs"/>
          <w:rtl/>
        </w:rPr>
        <w:t>ی‌</w:t>
      </w:r>
      <w:r w:rsidRPr="00841F4D">
        <w:rPr>
          <w:rFonts w:ascii="Tahoma" w:hAnsi="Tahoma" w:cs="Tahoma" w:hint="eastAsia"/>
          <w:rtl/>
        </w:rPr>
        <w:t>توانست</w:t>
      </w:r>
      <w:r w:rsidRPr="00841F4D">
        <w:rPr>
          <w:rFonts w:ascii="Tahoma" w:hAnsi="Tahoma" w:cs="Tahoma"/>
          <w:rtl/>
        </w:rPr>
        <w:t xml:space="preserve"> در عزل و نصب مقام‌ها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مذهب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اثر بگذارد، مرز وظا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ف</w:t>
      </w:r>
      <w:r w:rsidRPr="00841F4D">
        <w:rPr>
          <w:rFonts w:ascii="Tahoma" w:hAnsi="Tahoma" w:cs="Tahoma"/>
          <w:rtl/>
        </w:rPr>
        <w:t xml:space="preserve"> د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وان</w:t>
      </w:r>
      <w:r w:rsidRPr="00841F4D">
        <w:rPr>
          <w:rFonts w:ascii="Tahoma" w:hAnsi="Tahoma" w:cs="Tahoma"/>
          <w:rtl/>
        </w:rPr>
        <w:t xml:space="preserve"> و دستگاه د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ن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با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د</w:t>
      </w:r>
      <w:r w:rsidRPr="00841F4D">
        <w:rPr>
          <w:rFonts w:ascii="Tahoma" w:hAnsi="Tahoma" w:cs="Tahoma"/>
          <w:rtl/>
        </w:rPr>
        <w:t xml:space="preserve"> دوباره تع</w:t>
      </w:r>
      <w:r w:rsidRPr="00841F4D">
        <w:rPr>
          <w:rFonts w:ascii="Tahoma" w:hAnsi="Tahoma" w:cs="Tahoma" w:hint="cs"/>
          <w:rtl/>
        </w:rPr>
        <w:t>یی</w:t>
      </w:r>
      <w:r w:rsidRPr="00841F4D">
        <w:rPr>
          <w:rFonts w:ascii="Tahoma" w:hAnsi="Tahoma" w:cs="Tahoma" w:hint="eastAsia"/>
          <w:rtl/>
        </w:rPr>
        <w:t>ن</w:t>
      </w:r>
      <w:r w:rsidRPr="00841F4D">
        <w:rPr>
          <w:rFonts w:ascii="Tahoma" w:hAnsi="Tahoma" w:cs="Tahoma"/>
          <w:rtl/>
        </w:rPr>
        <w:t xml:space="preserve"> م</w:t>
      </w:r>
      <w:r w:rsidRPr="00841F4D">
        <w:rPr>
          <w:rFonts w:ascii="Tahoma" w:hAnsi="Tahoma" w:cs="Tahoma" w:hint="cs"/>
          <w:rtl/>
        </w:rPr>
        <w:t>ی‌</w:t>
      </w:r>
      <w:r w:rsidRPr="00841F4D">
        <w:rPr>
          <w:rFonts w:ascii="Tahoma" w:hAnsi="Tahoma" w:cs="Tahoma" w:hint="eastAsia"/>
          <w:rtl/>
        </w:rPr>
        <w:t>شد</w:t>
      </w:r>
      <w:r w:rsidRPr="00841F4D">
        <w:rPr>
          <w:rFonts w:ascii="Tahoma" w:hAnsi="Tahoma" w:cs="Tahoma"/>
          <w:rtl/>
        </w:rPr>
        <w:t>.</w:t>
      </w:r>
    </w:p>
    <w:p w:rsidR="00841F4D" w:rsidRPr="00841F4D" w:rsidRDefault="00841F4D" w:rsidP="00841F4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41F4D">
        <w:rPr>
          <w:rFonts w:ascii="Tahoma" w:hAnsi="Tahoma" w:cs="Tahoma" w:hint="eastAsia"/>
          <w:rtl/>
        </w:rPr>
        <w:t>د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نکاران</w:t>
      </w:r>
      <w:r w:rsidRPr="00841F4D">
        <w:rPr>
          <w:rFonts w:ascii="Tahoma" w:hAnsi="Tahoma" w:cs="Tahoma"/>
          <w:rtl/>
        </w:rPr>
        <w:t xml:space="preserve"> مهاجر ن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ز</w:t>
      </w:r>
      <w:r w:rsidRPr="00841F4D">
        <w:rPr>
          <w:rFonts w:ascii="Tahoma" w:hAnsi="Tahoma" w:cs="Tahoma"/>
          <w:rtl/>
        </w:rPr>
        <w:t xml:space="preserve"> برا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انجام کار خود به د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وان</w:t>
      </w:r>
      <w:r w:rsidRPr="00841F4D">
        <w:rPr>
          <w:rFonts w:ascii="Tahoma" w:hAnsi="Tahoma" w:cs="Tahoma"/>
          <w:rtl/>
        </w:rPr>
        <w:t xml:space="preserve"> ن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از</w:t>
      </w:r>
      <w:r w:rsidRPr="00841F4D">
        <w:rPr>
          <w:rFonts w:ascii="Tahoma" w:hAnsi="Tahoma" w:cs="Tahoma"/>
          <w:rtl/>
        </w:rPr>
        <w:t xml:space="preserve"> داشتند. فرمان انتصاب آنان با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د</w:t>
      </w:r>
      <w:r w:rsidRPr="00841F4D">
        <w:rPr>
          <w:rFonts w:ascii="Tahoma" w:hAnsi="Tahoma" w:cs="Tahoma"/>
          <w:rtl/>
        </w:rPr>
        <w:t xml:space="preserve"> نوشته و به 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الات</w:t>
      </w:r>
      <w:r w:rsidRPr="00841F4D">
        <w:rPr>
          <w:rFonts w:ascii="Tahoma" w:hAnsi="Tahoma" w:cs="Tahoma"/>
          <w:rtl/>
        </w:rPr>
        <w:t xml:space="preserve"> فرستاده م</w:t>
      </w:r>
      <w:r w:rsidRPr="00841F4D">
        <w:rPr>
          <w:rFonts w:ascii="Tahoma" w:hAnsi="Tahoma" w:cs="Tahoma" w:hint="cs"/>
          <w:rtl/>
        </w:rPr>
        <w:t>ی‌</w:t>
      </w:r>
      <w:r w:rsidRPr="00841F4D">
        <w:rPr>
          <w:rFonts w:ascii="Tahoma" w:hAnsi="Tahoma" w:cs="Tahoma" w:hint="eastAsia"/>
          <w:rtl/>
        </w:rPr>
        <w:t>شد</w:t>
      </w:r>
      <w:r w:rsidRPr="00841F4D">
        <w:rPr>
          <w:rFonts w:ascii="Tahoma" w:hAnsi="Tahoma" w:cs="Tahoma"/>
          <w:rtl/>
        </w:rPr>
        <w:t>. درآمد مدرسه و مسجد با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د</w:t>
      </w:r>
      <w:r w:rsidRPr="00841F4D">
        <w:rPr>
          <w:rFonts w:ascii="Tahoma" w:hAnsi="Tahoma" w:cs="Tahoma"/>
          <w:rtl/>
        </w:rPr>
        <w:t xml:space="preserve"> از زم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ن،</w:t>
      </w:r>
      <w:r w:rsidRPr="00841F4D">
        <w:rPr>
          <w:rFonts w:ascii="Tahoma" w:hAnsi="Tahoma" w:cs="Tahoma"/>
          <w:rtl/>
        </w:rPr>
        <w:t xml:space="preserve"> مال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ات</w:t>
      </w:r>
      <w:r w:rsidRPr="00841F4D">
        <w:rPr>
          <w:rFonts w:ascii="Tahoma" w:hAnsi="Tahoma" w:cs="Tahoma"/>
          <w:rtl/>
        </w:rPr>
        <w:t xml:space="preserve"> 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ا</w:t>
      </w:r>
      <w:r w:rsidRPr="00841F4D">
        <w:rPr>
          <w:rFonts w:ascii="Tahoma" w:hAnsi="Tahoma" w:cs="Tahoma"/>
          <w:rtl/>
        </w:rPr>
        <w:t xml:space="preserve"> موقوفات تأم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ن</w:t>
      </w:r>
      <w:r w:rsidRPr="00841F4D">
        <w:rPr>
          <w:rFonts w:ascii="Tahoma" w:hAnsi="Tahoma" w:cs="Tahoma"/>
          <w:rtl/>
        </w:rPr>
        <w:t xml:space="preserve"> م</w:t>
      </w:r>
      <w:r w:rsidRPr="00841F4D">
        <w:rPr>
          <w:rFonts w:ascii="Tahoma" w:hAnsi="Tahoma" w:cs="Tahoma" w:hint="cs"/>
          <w:rtl/>
        </w:rPr>
        <w:t>ی‌</w:t>
      </w:r>
      <w:r w:rsidRPr="00841F4D">
        <w:rPr>
          <w:rFonts w:ascii="Tahoma" w:hAnsi="Tahoma" w:cs="Tahoma" w:hint="eastAsia"/>
          <w:rtl/>
        </w:rPr>
        <w:t>گرد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د</w:t>
      </w:r>
      <w:r w:rsidRPr="00841F4D">
        <w:rPr>
          <w:rFonts w:ascii="Tahoma" w:hAnsi="Tahoma" w:cs="Tahoma"/>
          <w:rtl/>
        </w:rPr>
        <w:t>. حساب املاک و پرداخت‌ها در دفترها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د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وان</w:t>
      </w:r>
      <w:r w:rsidRPr="00841F4D">
        <w:rPr>
          <w:rFonts w:ascii="Tahoma" w:hAnsi="Tahoma" w:cs="Tahoma"/>
          <w:rtl/>
        </w:rPr>
        <w:t xml:space="preserve"> ثبت م</w:t>
      </w:r>
      <w:r w:rsidRPr="00841F4D">
        <w:rPr>
          <w:rFonts w:ascii="Tahoma" w:hAnsi="Tahoma" w:cs="Tahoma" w:hint="cs"/>
          <w:rtl/>
        </w:rPr>
        <w:t>ی‌</w:t>
      </w:r>
      <w:r w:rsidRPr="00841F4D">
        <w:rPr>
          <w:rFonts w:ascii="Tahoma" w:hAnsi="Tahoma" w:cs="Tahoma" w:hint="eastAsia"/>
          <w:rtl/>
        </w:rPr>
        <w:t>شد</w:t>
      </w:r>
      <w:r w:rsidRPr="00841F4D">
        <w:rPr>
          <w:rFonts w:ascii="Tahoma" w:hAnsi="Tahoma" w:cs="Tahoma"/>
          <w:rtl/>
        </w:rPr>
        <w:t>. حت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صاحب‌منصب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که حقان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ت</w:t>
      </w:r>
      <w:r w:rsidRPr="00841F4D">
        <w:rPr>
          <w:rFonts w:ascii="Tahoma" w:hAnsi="Tahoma" w:cs="Tahoma"/>
          <w:rtl/>
        </w:rPr>
        <w:t xml:space="preserve"> خود را از دانش د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ن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م</w:t>
      </w:r>
      <w:r w:rsidRPr="00841F4D">
        <w:rPr>
          <w:rFonts w:ascii="Tahoma" w:hAnsi="Tahoma" w:cs="Tahoma" w:hint="cs"/>
          <w:rtl/>
        </w:rPr>
        <w:t>ی‌</w:t>
      </w:r>
      <w:r w:rsidRPr="00841F4D">
        <w:rPr>
          <w:rFonts w:ascii="Tahoma" w:hAnsi="Tahoma" w:cs="Tahoma" w:hint="eastAsia"/>
          <w:rtl/>
        </w:rPr>
        <w:t>گرفت،</w:t>
      </w:r>
      <w:r w:rsidRPr="00841F4D">
        <w:rPr>
          <w:rFonts w:ascii="Tahoma" w:hAnsi="Tahoma" w:cs="Tahoma"/>
          <w:rtl/>
        </w:rPr>
        <w:t xml:space="preserve"> برا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تبد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ل</w:t>
      </w:r>
      <w:r w:rsidRPr="00841F4D">
        <w:rPr>
          <w:rFonts w:ascii="Tahoma" w:hAnsi="Tahoma" w:cs="Tahoma"/>
          <w:rtl/>
        </w:rPr>
        <w:t xml:space="preserve"> 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ن</w:t>
      </w:r>
      <w:r w:rsidRPr="00841F4D">
        <w:rPr>
          <w:rFonts w:ascii="Tahoma" w:hAnsi="Tahoma" w:cs="Tahoma"/>
          <w:rtl/>
        </w:rPr>
        <w:t xml:space="preserve"> حقان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ت</w:t>
      </w:r>
      <w:r w:rsidRPr="00841F4D">
        <w:rPr>
          <w:rFonts w:ascii="Tahoma" w:hAnsi="Tahoma" w:cs="Tahoma"/>
          <w:rtl/>
        </w:rPr>
        <w:t xml:space="preserve"> به قدرت عمل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به فرمان، بودجه و مأموران حکومت ن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ازمند</w:t>
      </w:r>
      <w:r w:rsidRPr="00841F4D">
        <w:rPr>
          <w:rFonts w:ascii="Tahoma" w:hAnsi="Tahoma" w:cs="Tahoma"/>
          <w:rtl/>
        </w:rPr>
        <w:t xml:space="preserve"> بود.</w:t>
      </w:r>
    </w:p>
    <w:p w:rsidR="00841F4D" w:rsidRPr="00841F4D" w:rsidRDefault="00841F4D" w:rsidP="00841F4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41F4D">
        <w:rPr>
          <w:rFonts w:ascii="Tahoma" w:hAnsi="Tahoma" w:cs="Tahoma" w:hint="eastAsia"/>
          <w:rtl/>
        </w:rPr>
        <w:t>مهاجرت</w:t>
      </w:r>
      <w:r w:rsidRPr="00841F4D">
        <w:rPr>
          <w:rFonts w:ascii="Tahoma" w:hAnsi="Tahoma" w:cs="Tahoma"/>
          <w:rtl/>
        </w:rPr>
        <w:t xml:space="preserve"> د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نکاران</w:t>
      </w:r>
      <w:r w:rsidRPr="00841F4D">
        <w:rPr>
          <w:rFonts w:ascii="Tahoma" w:hAnsi="Tahoma" w:cs="Tahoma"/>
          <w:rtl/>
        </w:rPr>
        <w:t xml:space="preserve"> به 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ران</w:t>
      </w:r>
      <w:r w:rsidRPr="00841F4D">
        <w:rPr>
          <w:rFonts w:ascii="Tahoma" w:hAnsi="Tahoma" w:cs="Tahoma"/>
          <w:rtl/>
        </w:rPr>
        <w:t xml:space="preserve"> در 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ک</w:t>
      </w:r>
      <w:r w:rsidRPr="00841F4D">
        <w:rPr>
          <w:rFonts w:ascii="Tahoma" w:hAnsi="Tahoma" w:cs="Tahoma"/>
          <w:rtl/>
        </w:rPr>
        <w:t xml:space="preserve"> زمان و به صورت برنامه‌ا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کاملاً ازپ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ش‌طراح</w:t>
      </w:r>
      <w:r w:rsidRPr="00841F4D">
        <w:rPr>
          <w:rFonts w:ascii="Tahoma" w:hAnsi="Tahoma" w:cs="Tahoma" w:hint="cs"/>
          <w:rtl/>
        </w:rPr>
        <w:t>ی‌</w:t>
      </w:r>
      <w:r w:rsidRPr="00841F4D">
        <w:rPr>
          <w:rFonts w:ascii="Tahoma" w:hAnsi="Tahoma" w:cs="Tahoma" w:hint="eastAsia"/>
          <w:rtl/>
        </w:rPr>
        <w:t>شده</w:t>
      </w:r>
      <w:r w:rsidRPr="00841F4D">
        <w:rPr>
          <w:rFonts w:ascii="Tahoma" w:hAnsi="Tahoma" w:cs="Tahoma"/>
          <w:rtl/>
        </w:rPr>
        <w:t xml:space="preserve"> انجام نشد. 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ن</w:t>
      </w:r>
      <w:r w:rsidRPr="00841F4D">
        <w:rPr>
          <w:rFonts w:ascii="Tahoma" w:hAnsi="Tahoma" w:cs="Tahoma"/>
          <w:rtl/>
        </w:rPr>
        <w:t xml:space="preserve"> روند در طول دهه‌ها ادامه 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افت</w:t>
      </w:r>
      <w:r w:rsidRPr="00841F4D">
        <w:rPr>
          <w:rFonts w:ascii="Tahoma" w:hAnsi="Tahoma" w:cs="Tahoma"/>
          <w:rtl/>
        </w:rPr>
        <w:t>. برخ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به دعوت مستق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م</w:t>
      </w:r>
      <w:r w:rsidRPr="00841F4D">
        <w:rPr>
          <w:rFonts w:ascii="Tahoma" w:hAnsi="Tahoma" w:cs="Tahoma"/>
          <w:rtl/>
        </w:rPr>
        <w:t xml:space="preserve"> شاه 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ا</w:t>
      </w:r>
      <w:r w:rsidRPr="00841F4D">
        <w:rPr>
          <w:rFonts w:ascii="Tahoma" w:hAnsi="Tahoma" w:cs="Tahoma"/>
          <w:rtl/>
        </w:rPr>
        <w:t xml:space="preserve"> صاحب‌منصبان آمدند، برخ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به دنبال شاگردان 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ا</w:t>
      </w:r>
      <w:r w:rsidRPr="00841F4D">
        <w:rPr>
          <w:rFonts w:ascii="Tahoma" w:hAnsi="Tahoma" w:cs="Tahoma"/>
          <w:rtl/>
        </w:rPr>
        <w:t xml:space="preserve"> خو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شاوندان</w:t>
      </w:r>
      <w:r w:rsidRPr="00841F4D">
        <w:rPr>
          <w:rFonts w:ascii="Tahoma" w:hAnsi="Tahoma" w:cs="Tahoma"/>
          <w:rtl/>
        </w:rPr>
        <w:t xml:space="preserve"> خود حرکت کردند و برخ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فرصت‌ها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علم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،</w:t>
      </w:r>
      <w:r w:rsidRPr="00841F4D">
        <w:rPr>
          <w:rFonts w:ascii="Tahoma" w:hAnsi="Tahoma" w:cs="Tahoma"/>
          <w:rtl/>
        </w:rPr>
        <w:t xml:space="preserve"> اقتصاد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و س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>اس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ران</w:t>
      </w:r>
      <w:r w:rsidRPr="00841F4D">
        <w:rPr>
          <w:rFonts w:ascii="Tahoma" w:hAnsi="Tahoma" w:cs="Tahoma"/>
          <w:rtl/>
        </w:rPr>
        <w:t xml:space="preserve"> را برگز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دند</w:t>
      </w:r>
      <w:r w:rsidRPr="00841F4D">
        <w:rPr>
          <w:rFonts w:ascii="Tahoma" w:hAnsi="Tahoma" w:cs="Tahoma"/>
          <w:rtl/>
        </w:rPr>
        <w:t>. خاندان‌ها</w:t>
      </w:r>
      <w:r w:rsidRPr="00841F4D">
        <w:rPr>
          <w:rFonts w:ascii="Tahoma" w:hAnsi="Tahoma" w:cs="Tahoma" w:hint="cs"/>
          <w:rtl/>
        </w:rPr>
        <w:t>یی</w:t>
      </w:r>
      <w:r w:rsidRPr="00841F4D">
        <w:rPr>
          <w:rFonts w:ascii="Tahoma" w:hAnsi="Tahoma" w:cs="Tahoma"/>
          <w:rtl/>
        </w:rPr>
        <w:t xml:space="preserve"> از د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نکاران</w:t>
      </w:r>
      <w:r w:rsidRPr="00841F4D">
        <w:rPr>
          <w:rFonts w:ascii="Tahoma" w:hAnsi="Tahoma" w:cs="Tahoma"/>
          <w:rtl/>
        </w:rPr>
        <w:t xml:space="preserve"> در شهرها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مختلف جا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گرفتند و فرزندانشان در 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ران</w:t>
      </w:r>
      <w:r w:rsidRPr="00841F4D">
        <w:rPr>
          <w:rFonts w:ascii="Tahoma" w:hAnsi="Tahoma" w:cs="Tahoma"/>
          <w:rtl/>
        </w:rPr>
        <w:t xml:space="preserve"> ماندند. به‌تدر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ج،</w:t>
      </w:r>
      <w:r w:rsidRPr="00841F4D">
        <w:rPr>
          <w:rFonts w:ascii="Tahoma" w:hAnsi="Tahoma" w:cs="Tahoma"/>
          <w:rtl/>
        </w:rPr>
        <w:t xml:space="preserve"> کسان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که مهاجر بودند بخش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از جامعهٔ 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ران</w:t>
      </w:r>
      <w:r w:rsidRPr="00841F4D">
        <w:rPr>
          <w:rFonts w:ascii="Tahoma" w:hAnsi="Tahoma" w:cs="Tahoma"/>
          <w:rtl/>
        </w:rPr>
        <w:t xml:space="preserve"> شدند و شبکه‌ها</w:t>
      </w:r>
      <w:r w:rsidRPr="00841F4D">
        <w:rPr>
          <w:rFonts w:ascii="Tahoma" w:hAnsi="Tahoma" w:cs="Tahoma" w:hint="cs"/>
          <w:rtl/>
        </w:rPr>
        <w:t>یی</w:t>
      </w:r>
      <w:r w:rsidRPr="00841F4D">
        <w:rPr>
          <w:rFonts w:ascii="Tahoma" w:hAnsi="Tahoma" w:cs="Tahoma"/>
          <w:rtl/>
        </w:rPr>
        <w:t xml:space="preserve"> پا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دار</w:t>
      </w:r>
      <w:r w:rsidRPr="00841F4D">
        <w:rPr>
          <w:rFonts w:ascii="Tahoma" w:hAnsi="Tahoma" w:cs="Tahoma"/>
          <w:rtl/>
        </w:rPr>
        <w:t xml:space="preserve"> به وجود آوردند.</w:t>
      </w:r>
    </w:p>
    <w:p w:rsidR="00841F4D" w:rsidRPr="00841F4D" w:rsidRDefault="00841F4D" w:rsidP="00841F4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41F4D">
        <w:rPr>
          <w:rFonts w:ascii="Tahoma" w:hAnsi="Tahoma" w:cs="Tahoma" w:hint="eastAsia"/>
          <w:rtl/>
        </w:rPr>
        <w:t>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ن</w:t>
      </w:r>
      <w:r w:rsidRPr="00841F4D">
        <w:rPr>
          <w:rFonts w:ascii="Tahoma" w:hAnsi="Tahoma" w:cs="Tahoma"/>
          <w:rtl/>
        </w:rPr>
        <w:t xml:space="preserve"> مهاجرت فقط انتقال افراد نبود؛ انتقال کتاب، اصطلاح، ش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وهٔ</w:t>
      </w:r>
      <w:r w:rsidRPr="00841F4D">
        <w:rPr>
          <w:rFonts w:ascii="Tahoma" w:hAnsi="Tahoma" w:cs="Tahoma"/>
          <w:rtl/>
        </w:rPr>
        <w:t xml:space="preserve"> آموزش و مسئله‌ها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فقه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ن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ز</w:t>
      </w:r>
      <w:r w:rsidRPr="00841F4D">
        <w:rPr>
          <w:rFonts w:ascii="Tahoma" w:hAnsi="Tahoma" w:cs="Tahoma"/>
          <w:rtl/>
        </w:rPr>
        <w:t xml:space="preserve"> بود. فق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هان</w:t>
      </w:r>
      <w:r w:rsidRPr="00841F4D">
        <w:rPr>
          <w:rFonts w:ascii="Tahoma" w:hAnsi="Tahoma" w:cs="Tahoma"/>
          <w:rtl/>
        </w:rPr>
        <w:t xml:space="preserve"> کتاب‌ها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خود و گذشتگانشان را به 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ران</w:t>
      </w:r>
      <w:r w:rsidRPr="00841F4D">
        <w:rPr>
          <w:rFonts w:ascii="Tahoma" w:hAnsi="Tahoma" w:cs="Tahoma"/>
          <w:rtl/>
        </w:rPr>
        <w:t xml:space="preserve"> آوردند، نسخه‌بردار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و تدر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س</w:t>
      </w:r>
      <w:r w:rsidRPr="00841F4D">
        <w:rPr>
          <w:rFonts w:ascii="Tahoma" w:hAnsi="Tahoma" w:cs="Tahoma"/>
          <w:rtl/>
        </w:rPr>
        <w:t xml:space="preserve"> کردند و شاگردان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پرورش دادند. با گسترش مدارس، دانش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که پ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ش</w:t>
      </w:r>
      <w:r w:rsidRPr="00841F4D">
        <w:rPr>
          <w:rFonts w:ascii="Tahoma" w:hAnsi="Tahoma" w:cs="Tahoma"/>
          <w:rtl/>
        </w:rPr>
        <w:t xml:space="preserve"> از آن در حلقه‌ها</w:t>
      </w:r>
      <w:r w:rsidRPr="00841F4D">
        <w:rPr>
          <w:rFonts w:ascii="Tahoma" w:hAnsi="Tahoma" w:cs="Tahoma" w:hint="cs"/>
          <w:rtl/>
        </w:rPr>
        <w:t>یی</w:t>
      </w:r>
      <w:r w:rsidRPr="00841F4D">
        <w:rPr>
          <w:rFonts w:ascii="Tahoma" w:hAnsi="Tahoma" w:cs="Tahoma"/>
          <w:rtl/>
        </w:rPr>
        <w:t xml:space="preserve"> محدود و خارج از قلمرو 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ران</w:t>
      </w:r>
      <w:r w:rsidRPr="00841F4D">
        <w:rPr>
          <w:rFonts w:ascii="Tahoma" w:hAnsi="Tahoma" w:cs="Tahoma"/>
          <w:rtl/>
        </w:rPr>
        <w:t xml:space="preserve"> حفظ شده بود به پا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هٔ</w:t>
      </w:r>
      <w:r w:rsidRPr="00841F4D">
        <w:rPr>
          <w:rFonts w:ascii="Tahoma" w:hAnsi="Tahoma" w:cs="Tahoma"/>
          <w:rtl/>
        </w:rPr>
        <w:t xml:space="preserve"> آموزش رسم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مذهب کشور تبد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ل</w:t>
      </w:r>
      <w:r w:rsidRPr="00841F4D">
        <w:rPr>
          <w:rFonts w:ascii="Tahoma" w:hAnsi="Tahoma" w:cs="Tahoma"/>
          <w:rtl/>
        </w:rPr>
        <w:t xml:space="preserve"> شد.</w:t>
      </w:r>
    </w:p>
    <w:p w:rsidR="00841F4D" w:rsidRPr="00841F4D" w:rsidRDefault="00841F4D" w:rsidP="00841F4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41F4D">
        <w:rPr>
          <w:rFonts w:ascii="Tahoma" w:hAnsi="Tahoma" w:cs="Tahoma" w:hint="eastAsia"/>
          <w:rtl/>
        </w:rPr>
        <w:t>زبان</w:t>
      </w:r>
      <w:r w:rsidRPr="00841F4D">
        <w:rPr>
          <w:rFonts w:ascii="Tahoma" w:hAnsi="Tahoma" w:cs="Tahoma"/>
          <w:rtl/>
        </w:rPr>
        <w:t xml:space="preserve"> عرب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در 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ن</w:t>
      </w:r>
      <w:r w:rsidRPr="00841F4D">
        <w:rPr>
          <w:rFonts w:ascii="Tahoma" w:hAnsi="Tahoma" w:cs="Tahoma"/>
          <w:rtl/>
        </w:rPr>
        <w:t xml:space="preserve"> دستگاه جا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گاه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اساس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داشت؛ ز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را</w:t>
      </w:r>
      <w:r w:rsidRPr="00841F4D">
        <w:rPr>
          <w:rFonts w:ascii="Tahoma" w:hAnsi="Tahoma" w:cs="Tahoma"/>
          <w:rtl/>
        </w:rPr>
        <w:t xml:space="preserve"> بخش بزرگ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از منابع فقه، حد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ث</w:t>
      </w:r>
      <w:r w:rsidRPr="00841F4D">
        <w:rPr>
          <w:rFonts w:ascii="Tahoma" w:hAnsi="Tahoma" w:cs="Tahoma"/>
          <w:rtl/>
        </w:rPr>
        <w:t xml:space="preserve"> و استدلال‌ها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د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ن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به عرب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نوشته شده بود. اما اجرا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احکام در جامعه‌ا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فارس</w:t>
      </w:r>
      <w:r w:rsidRPr="00841F4D">
        <w:rPr>
          <w:rFonts w:ascii="Tahoma" w:hAnsi="Tahoma" w:cs="Tahoma" w:hint="cs"/>
          <w:rtl/>
        </w:rPr>
        <w:t>ی‌</w:t>
      </w:r>
      <w:r w:rsidRPr="00841F4D">
        <w:rPr>
          <w:rFonts w:ascii="Tahoma" w:hAnsi="Tahoma" w:cs="Tahoma" w:hint="eastAsia"/>
          <w:rtl/>
        </w:rPr>
        <w:t>زبان</w:t>
      </w:r>
      <w:r w:rsidRPr="00841F4D">
        <w:rPr>
          <w:rFonts w:ascii="Tahoma" w:hAnsi="Tahoma" w:cs="Tahoma"/>
          <w:rtl/>
        </w:rPr>
        <w:t xml:space="preserve"> ن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ازمند</w:t>
      </w:r>
      <w:r w:rsidRPr="00841F4D">
        <w:rPr>
          <w:rFonts w:ascii="Tahoma" w:hAnsi="Tahoma" w:cs="Tahoma"/>
          <w:rtl/>
        </w:rPr>
        <w:t xml:space="preserve"> ترجمه، توض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ح</w:t>
      </w:r>
      <w:r w:rsidRPr="00841F4D">
        <w:rPr>
          <w:rFonts w:ascii="Tahoma" w:hAnsi="Tahoma" w:cs="Tahoma"/>
          <w:rtl/>
        </w:rPr>
        <w:t xml:space="preserve"> و نوشتن آثار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قابل استفاده برا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گروه‌ها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گسترده‌تر بود. به‌تدر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ج</w:t>
      </w:r>
      <w:r w:rsidRPr="00841F4D">
        <w:rPr>
          <w:rFonts w:ascii="Tahoma" w:hAnsi="Tahoma" w:cs="Tahoma"/>
          <w:rtl/>
        </w:rPr>
        <w:t xml:space="preserve"> رساله‌ها، ک</w:t>
      </w:r>
      <w:r w:rsidRPr="00841F4D">
        <w:rPr>
          <w:rFonts w:ascii="Tahoma" w:hAnsi="Tahoma" w:cs="Tahoma" w:hint="eastAsia"/>
          <w:rtl/>
        </w:rPr>
        <w:t>تاب‌ها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آموزش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و نوشته‌ها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د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ن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به فارس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ن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ز</w:t>
      </w:r>
      <w:r w:rsidRPr="00841F4D">
        <w:rPr>
          <w:rFonts w:ascii="Tahoma" w:hAnsi="Tahoma" w:cs="Tahoma"/>
          <w:rtl/>
        </w:rPr>
        <w:t xml:space="preserve"> گسترش 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افتند</w:t>
      </w:r>
      <w:r w:rsidRPr="00841F4D">
        <w:rPr>
          <w:rFonts w:ascii="Tahoma" w:hAnsi="Tahoma" w:cs="Tahoma"/>
          <w:rtl/>
        </w:rPr>
        <w:t>. بد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ن‌سان،</w:t>
      </w:r>
      <w:r w:rsidRPr="00841F4D">
        <w:rPr>
          <w:rFonts w:ascii="Tahoma" w:hAnsi="Tahoma" w:cs="Tahoma"/>
          <w:rtl/>
        </w:rPr>
        <w:t xml:space="preserve"> مذهب رسم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نه فقط در مسجد و محکمه، بلکه در زبان و خواندن مردم حضور ب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شتر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پ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دا</w:t>
      </w:r>
      <w:r w:rsidRPr="00841F4D">
        <w:rPr>
          <w:rFonts w:ascii="Tahoma" w:hAnsi="Tahoma" w:cs="Tahoma"/>
          <w:rtl/>
        </w:rPr>
        <w:t xml:space="preserve"> کرد.</w:t>
      </w:r>
    </w:p>
    <w:p w:rsidR="00841F4D" w:rsidRPr="00841F4D" w:rsidRDefault="00841F4D" w:rsidP="00841F4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41F4D">
        <w:rPr>
          <w:rFonts w:ascii="Tahoma" w:hAnsi="Tahoma" w:cs="Tahoma" w:hint="eastAsia"/>
          <w:rtl/>
        </w:rPr>
        <w:t>د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نکار</w:t>
      </w:r>
      <w:r w:rsidRPr="00841F4D">
        <w:rPr>
          <w:rFonts w:ascii="Tahoma" w:hAnsi="Tahoma" w:cs="Tahoma"/>
          <w:rtl/>
        </w:rPr>
        <w:t xml:space="preserve"> مهاجر هنگام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که وارد 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ران</w:t>
      </w:r>
      <w:r w:rsidRPr="00841F4D">
        <w:rPr>
          <w:rFonts w:ascii="Tahoma" w:hAnsi="Tahoma" w:cs="Tahoma"/>
          <w:rtl/>
        </w:rPr>
        <w:t xml:space="preserve"> م</w:t>
      </w:r>
      <w:r w:rsidRPr="00841F4D">
        <w:rPr>
          <w:rFonts w:ascii="Tahoma" w:hAnsi="Tahoma" w:cs="Tahoma" w:hint="cs"/>
          <w:rtl/>
        </w:rPr>
        <w:t>ی‌</w:t>
      </w:r>
      <w:r w:rsidRPr="00841F4D">
        <w:rPr>
          <w:rFonts w:ascii="Tahoma" w:hAnsi="Tahoma" w:cs="Tahoma" w:hint="eastAsia"/>
          <w:rtl/>
        </w:rPr>
        <w:t>شد،</w:t>
      </w:r>
      <w:r w:rsidRPr="00841F4D">
        <w:rPr>
          <w:rFonts w:ascii="Tahoma" w:hAnsi="Tahoma" w:cs="Tahoma"/>
          <w:rtl/>
        </w:rPr>
        <w:t xml:space="preserve"> از حکومت مقام و حما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ت</w:t>
      </w:r>
      <w:r w:rsidRPr="00841F4D">
        <w:rPr>
          <w:rFonts w:ascii="Tahoma" w:hAnsi="Tahoma" w:cs="Tahoma"/>
          <w:rtl/>
        </w:rPr>
        <w:t xml:space="preserve"> م</w:t>
      </w:r>
      <w:r w:rsidRPr="00841F4D">
        <w:rPr>
          <w:rFonts w:ascii="Tahoma" w:hAnsi="Tahoma" w:cs="Tahoma" w:hint="cs"/>
          <w:rtl/>
        </w:rPr>
        <w:t>ی‌</w:t>
      </w:r>
      <w:r w:rsidRPr="00841F4D">
        <w:rPr>
          <w:rFonts w:ascii="Tahoma" w:hAnsi="Tahoma" w:cs="Tahoma" w:hint="eastAsia"/>
          <w:rtl/>
        </w:rPr>
        <w:t>گرفت؛</w:t>
      </w:r>
      <w:r w:rsidRPr="00841F4D">
        <w:rPr>
          <w:rFonts w:ascii="Tahoma" w:hAnsi="Tahoma" w:cs="Tahoma"/>
          <w:rtl/>
        </w:rPr>
        <w:t xml:space="preserve"> اما با خود حافظه‌ا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م</w:t>
      </w:r>
      <w:r w:rsidRPr="00841F4D">
        <w:rPr>
          <w:rFonts w:ascii="Tahoma" w:hAnsi="Tahoma" w:cs="Tahoma" w:hint="cs"/>
          <w:rtl/>
        </w:rPr>
        <w:t>ی‌</w:t>
      </w:r>
      <w:r w:rsidRPr="00841F4D">
        <w:rPr>
          <w:rFonts w:ascii="Tahoma" w:hAnsi="Tahoma" w:cs="Tahoma" w:hint="eastAsia"/>
          <w:rtl/>
        </w:rPr>
        <w:t>آورد</w:t>
      </w:r>
      <w:r w:rsidRPr="00841F4D">
        <w:rPr>
          <w:rFonts w:ascii="Tahoma" w:hAnsi="Tahoma" w:cs="Tahoma"/>
          <w:rtl/>
        </w:rPr>
        <w:t xml:space="preserve"> که حکومت سازندهٔ آن نبود. دانش او پ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ش</w:t>
      </w:r>
      <w:r w:rsidRPr="00841F4D">
        <w:rPr>
          <w:rFonts w:ascii="Tahoma" w:hAnsi="Tahoma" w:cs="Tahoma"/>
          <w:rtl/>
        </w:rPr>
        <w:t xml:space="preserve"> از صفو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ان</w:t>
      </w:r>
      <w:r w:rsidRPr="00841F4D">
        <w:rPr>
          <w:rFonts w:ascii="Tahoma" w:hAnsi="Tahoma" w:cs="Tahoma"/>
          <w:rtl/>
        </w:rPr>
        <w:t xml:space="preserve"> وجود داشت و زنج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رهٔ</w:t>
      </w:r>
      <w:r w:rsidRPr="00841F4D">
        <w:rPr>
          <w:rFonts w:ascii="Tahoma" w:hAnsi="Tahoma" w:cs="Tahoma"/>
          <w:rtl/>
        </w:rPr>
        <w:t xml:space="preserve"> استادانش به مراکز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ب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رون</w:t>
      </w:r>
      <w:r w:rsidRPr="00841F4D">
        <w:rPr>
          <w:rFonts w:ascii="Tahoma" w:hAnsi="Tahoma" w:cs="Tahoma"/>
          <w:rtl/>
        </w:rPr>
        <w:t xml:space="preserve"> از 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ران</w:t>
      </w:r>
      <w:r w:rsidRPr="00841F4D">
        <w:rPr>
          <w:rFonts w:ascii="Tahoma" w:hAnsi="Tahoma" w:cs="Tahoma"/>
          <w:rtl/>
        </w:rPr>
        <w:t xml:space="preserve"> م</w:t>
      </w:r>
      <w:r w:rsidRPr="00841F4D">
        <w:rPr>
          <w:rFonts w:ascii="Tahoma" w:hAnsi="Tahoma" w:cs="Tahoma" w:hint="cs"/>
          <w:rtl/>
        </w:rPr>
        <w:t>ی‌</w:t>
      </w:r>
      <w:r w:rsidRPr="00841F4D">
        <w:rPr>
          <w:rFonts w:ascii="Tahoma" w:hAnsi="Tahoma" w:cs="Tahoma" w:hint="eastAsia"/>
          <w:rtl/>
        </w:rPr>
        <w:t>رس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د</w:t>
      </w:r>
      <w:r w:rsidRPr="00841F4D">
        <w:rPr>
          <w:rFonts w:ascii="Tahoma" w:hAnsi="Tahoma" w:cs="Tahoma"/>
          <w:rtl/>
        </w:rPr>
        <w:t>. 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ن</w:t>
      </w:r>
      <w:r w:rsidRPr="00841F4D">
        <w:rPr>
          <w:rFonts w:ascii="Tahoma" w:hAnsi="Tahoma" w:cs="Tahoma"/>
          <w:rtl/>
        </w:rPr>
        <w:t xml:space="preserve"> امر به او امکان م</w:t>
      </w:r>
      <w:r w:rsidRPr="00841F4D">
        <w:rPr>
          <w:rFonts w:ascii="Tahoma" w:hAnsi="Tahoma" w:cs="Tahoma" w:hint="cs"/>
          <w:rtl/>
        </w:rPr>
        <w:t>ی‌</w:t>
      </w:r>
      <w:r w:rsidRPr="00841F4D">
        <w:rPr>
          <w:rFonts w:ascii="Tahoma" w:hAnsi="Tahoma" w:cs="Tahoma" w:hint="eastAsia"/>
          <w:rtl/>
        </w:rPr>
        <w:t>داد</w:t>
      </w:r>
      <w:r w:rsidRPr="00841F4D">
        <w:rPr>
          <w:rFonts w:ascii="Tahoma" w:hAnsi="Tahoma" w:cs="Tahoma"/>
          <w:rtl/>
        </w:rPr>
        <w:t xml:space="preserve"> در برابر قزلباش و </w:t>
      </w:r>
      <w:r w:rsidRPr="00841F4D">
        <w:rPr>
          <w:rFonts w:ascii="Tahoma" w:hAnsi="Tahoma" w:cs="Tahoma" w:hint="eastAsia"/>
          <w:rtl/>
        </w:rPr>
        <w:t>حت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شاه بگو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د</w:t>
      </w:r>
      <w:r w:rsidRPr="00841F4D">
        <w:rPr>
          <w:rFonts w:ascii="Tahoma" w:hAnsi="Tahoma" w:cs="Tahoma"/>
          <w:rtl/>
        </w:rPr>
        <w:t xml:space="preserve"> که همهٔ حق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قت</w:t>
      </w:r>
      <w:r w:rsidRPr="00841F4D">
        <w:rPr>
          <w:rFonts w:ascii="Tahoma" w:hAnsi="Tahoma" w:cs="Tahoma"/>
          <w:rtl/>
        </w:rPr>
        <w:t xml:space="preserve"> مذهب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از فرمان تاج سرچشمه نم</w:t>
      </w:r>
      <w:r w:rsidRPr="00841F4D">
        <w:rPr>
          <w:rFonts w:ascii="Tahoma" w:hAnsi="Tahoma" w:cs="Tahoma" w:hint="cs"/>
          <w:rtl/>
        </w:rPr>
        <w:t>ی‌</w:t>
      </w:r>
      <w:r w:rsidRPr="00841F4D">
        <w:rPr>
          <w:rFonts w:ascii="Tahoma" w:hAnsi="Tahoma" w:cs="Tahoma" w:hint="eastAsia"/>
          <w:rtl/>
        </w:rPr>
        <w:t>گ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رد</w:t>
      </w:r>
      <w:r w:rsidRPr="00841F4D">
        <w:rPr>
          <w:rFonts w:ascii="Tahoma" w:hAnsi="Tahoma" w:cs="Tahoma"/>
          <w:rtl/>
        </w:rPr>
        <w:t>.</w:t>
      </w:r>
    </w:p>
    <w:p w:rsidR="00841F4D" w:rsidRPr="00841F4D" w:rsidRDefault="00841F4D" w:rsidP="00841F4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41F4D">
        <w:rPr>
          <w:rFonts w:ascii="Tahoma" w:hAnsi="Tahoma" w:cs="Tahoma" w:hint="eastAsia"/>
          <w:rtl/>
        </w:rPr>
        <w:t>در</w:t>
      </w:r>
      <w:r w:rsidRPr="00841F4D">
        <w:rPr>
          <w:rFonts w:ascii="Tahoma" w:hAnsi="Tahoma" w:cs="Tahoma"/>
          <w:rtl/>
        </w:rPr>
        <w:t xml:space="preserve"> کوتاه‌مدت، 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ن</w:t>
      </w:r>
      <w:r w:rsidRPr="00841F4D">
        <w:rPr>
          <w:rFonts w:ascii="Tahoma" w:hAnsi="Tahoma" w:cs="Tahoma"/>
          <w:rtl/>
        </w:rPr>
        <w:t xml:space="preserve"> استقلال محدود برا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شاه سودمند بود. فق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ه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که فقط کارمند دربار شناخته م</w:t>
      </w:r>
      <w:r w:rsidRPr="00841F4D">
        <w:rPr>
          <w:rFonts w:ascii="Tahoma" w:hAnsi="Tahoma" w:cs="Tahoma" w:hint="cs"/>
          <w:rtl/>
        </w:rPr>
        <w:t>ی‌</w:t>
      </w:r>
      <w:r w:rsidRPr="00841F4D">
        <w:rPr>
          <w:rFonts w:ascii="Tahoma" w:hAnsi="Tahoma" w:cs="Tahoma" w:hint="eastAsia"/>
          <w:rtl/>
        </w:rPr>
        <w:t>شد</w:t>
      </w:r>
      <w:r w:rsidRPr="00841F4D">
        <w:rPr>
          <w:rFonts w:ascii="Tahoma" w:hAnsi="Tahoma" w:cs="Tahoma"/>
          <w:rtl/>
        </w:rPr>
        <w:t xml:space="preserve"> نم</w:t>
      </w:r>
      <w:r w:rsidRPr="00841F4D">
        <w:rPr>
          <w:rFonts w:ascii="Tahoma" w:hAnsi="Tahoma" w:cs="Tahoma" w:hint="cs"/>
          <w:rtl/>
        </w:rPr>
        <w:t>ی‌</w:t>
      </w:r>
      <w:r w:rsidRPr="00841F4D">
        <w:rPr>
          <w:rFonts w:ascii="Tahoma" w:hAnsi="Tahoma" w:cs="Tahoma" w:hint="eastAsia"/>
          <w:rtl/>
        </w:rPr>
        <w:t>توانست</w:t>
      </w:r>
      <w:r w:rsidRPr="00841F4D">
        <w:rPr>
          <w:rFonts w:ascii="Tahoma" w:hAnsi="Tahoma" w:cs="Tahoma"/>
          <w:rtl/>
        </w:rPr>
        <w:t xml:space="preserve"> به همان اندازه به حکومت حقان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ت</w:t>
      </w:r>
      <w:r w:rsidRPr="00841F4D">
        <w:rPr>
          <w:rFonts w:ascii="Tahoma" w:hAnsi="Tahoma" w:cs="Tahoma"/>
          <w:rtl/>
        </w:rPr>
        <w:t xml:space="preserve"> ببخشد. ارزش تأ</w:t>
      </w:r>
      <w:r w:rsidRPr="00841F4D">
        <w:rPr>
          <w:rFonts w:ascii="Tahoma" w:hAnsi="Tahoma" w:cs="Tahoma" w:hint="cs"/>
          <w:rtl/>
        </w:rPr>
        <w:t>یی</w:t>
      </w:r>
      <w:r w:rsidRPr="00841F4D">
        <w:rPr>
          <w:rFonts w:ascii="Tahoma" w:hAnsi="Tahoma" w:cs="Tahoma" w:hint="eastAsia"/>
          <w:rtl/>
        </w:rPr>
        <w:t>د</w:t>
      </w:r>
      <w:r w:rsidRPr="00841F4D">
        <w:rPr>
          <w:rFonts w:ascii="Tahoma" w:hAnsi="Tahoma" w:cs="Tahoma"/>
          <w:rtl/>
        </w:rPr>
        <w:t xml:space="preserve"> او دق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قاً</w:t>
      </w:r>
      <w:r w:rsidRPr="00841F4D">
        <w:rPr>
          <w:rFonts w:ascii="Tahoma" w:hAnsi="Tahoma" w:cs="Tahoma"/>
          <w:rtl/>
        </w:rPr>
        <w:t xml:space="preserve"> از آنجا م</w:t>
      </w:r>
      <w:r w:rsidRPr="00841F4D">
        <w:rPr>
          <w:rFonts w:ascii="Tahoma" w:hAnsi="Tahoma" w:cs="Tahoma" w:hint="cs"/>
          <w:rtl/>
        </w:rPr>
        <w:t>ی‌</w:t>
      </w:r>
      <w:r w:rsidRPr="00841F4D">
        <w:rPr>
          <w:rFonts w:ascii="Tahoma" w:hAnsi="Tahoma" w:cs="Tahoma" w:hint="eastAsia"/>
          <w:rtl/>
        </w:rPr>
        <w:t>آمد</w:t>
      </w:r>
      <w:r w:rsidRPr="00841F4D">
        <w:rPr>
          <w:rFonts w:ascii="Tahoma" w:hAnsi="Tahoma" w:cs="Tahoma"/>
          <w:rtl/>
        </w:rPr>
        <w:t xml:space="preserve"> که مدع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بود حکم شرع را م</w:t>
      </w:r>
      <w:r w:rsidRPr="00841F4D">
        <w:rPr>
          <w:rFonts w:ascii="Tahoma" w:hAnsi="Tahoma" w:cs="Tahoma" w:hint="cs"/>
          <w:rtl/>
        </w:rPr>
        <w:t>ی‌</w:t>
      </w:r>
      <w:r w:rsidRPr="00841F4D">
        <w:rPr>
          <w:rFonts w:ascii="Tahoma" w:hAnsi="Tahoma" w:cs="Tahoma" w:hint="eastAsia"/>
          <w:rtl/>
        </w:rPr>
        <w:t>شناسد</w:t>
      </w:r>
      <w:r w:rsidRPr="00841F4D">
        <w:rPr>
          <w:rFonts w:ascii="Tahoma" w:hAnsi="Tahoma" w:cs="Tahoma"/>
          <w:rtl/>
        </w:rPr>
        <w:t xml:space="preserve"> و در ب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ان</w:t>
      </w:r>
      <w:r w:rsidRPr="00841F4D">
        <w:rPr>
          <w:rFonts w:ascii="Tahoma" w:hAnsi="Tahoma" w:cs="Tahoma"/>
          <w:rtl/>
        </w:rPr>
        <w:t xml:space="preserve"> آن تابع خواست روزانهٔ شاه ن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ست</w:t>
      </w:r>
      <w:r w:rsidRPr="00841F4D">
        <w:rPr>
          <w:rFonts w:ascii="Tahoma" w:hAnsi="Tahoma" w:cs="Tahoma"/>
          <w:rtl/>
        </w:rPr>
        <w:t>. اما ه</w:t>
      </w:r>
      <w:r w:rsidRPr="00841F4D">
        <w:rPr>
          <w:rFonts w:ascii="Tahoma" w:hAnsi="Tahoma" w:cs="Tahoma" w:hint="eastAsia"/>
          <w:rtl/>
        </w:rPr>
        <w:t>م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ن</w:t>
      </w:r>
      <w:r w:rsidRPr="00841F4D">
        <w:rPr>
          <w:rFonts w:ascii="Tahoma" w:hAnsi="Tahoma" w:cs="Tahoma"/>
          <w:rtl/>
        </w:rPr>
        <w:t xml:space="preserve"> و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ژگ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در درازمدت م</w:t>
      </w:r>
      <w:r w:rsidRPr="00841F4D">
        <w:rPr>
          <w:rFonts w:ascii="Tahoma" w:hAnsi="Tahoma" w:cs="Tahoma" w:hint="cs"/>
          <w:rtl/>
        </w:rPr>
        <w:t>ی‌</w:t>
      </w:r>
      <w:r w:rsidRPr="00841F4D">
        <w:rPr>
          <w:rFonts w:ascii="Tahoma" w:hAnsi="Tahoma" w:cs="Tahoma" w:hint="eastAsia"/>
          <w:rtl/>
        </w:rPr>
        <w:t>توانست</w:t>
      </w:r>
      <w:r w:rsidRPr="00841F4D">
        <w:rPr>
          <w:rFonts w:ascii="Tahoma" w:hAnsi="Tahoma" w:cs="Tahoma"/>
          <w:rtl/>
        </w:rPr>
        <w:t xml:space="preserve"> مشکل‌آفر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ن</w:t>
      </w:r>
      <w:r w:rsidRPr="00841F4D">
        <w:rPr>
          <w:rFonts w:ascii="Tahoma" w:hAnsi="Tahoma" w:cs="Tahoma"/>
          <w:rtl/>
        </w:rPr>
        <w:t xml:space="preserve"> شود. اگر فق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ه</w:t>
      </w:r>
      <w:r w:rsidRPr="00841F4D">
        <w:rPr>
          <w:rFonts w:ascii="Tahoma" w:hAnsi="Tahoma" w:cs="Tahoma"/>
          <w:rtl/>
        </w:rPr>
        <w:t xml:space="preserve"> حق داشت رفتار مردم را با شر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عت</w:t>
      </w:r>
      <w:r w:rsidRPr="00841F4D">
        <w:rPr>
          <w:rFonts w:ascii="Tahoma" w:hAnsi="Tahoma" w:cs="Tahoma"/>
          <w:rtl/>
        </w:rPr>
        <w:t xml:space="preserve"> بسنجد، چرا نتواند رفتار شاه را ن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ز</w:t>
      </w:r>
      <w:r w:rsidRPr="00841F4D">
        <w:rPr>
          <w:rFonts w:ascii="Tahoma" w:hAnsi="Tahoma" w:cs="Tahoma"/>
          <w:rtl/>
        </w:rPr>
        <w:t xml:space="preserve"> با همان شر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عت</w:t>
      </w:r>
      <w:r w:rsidRPr="00841F4D">
        <w:rPr>
          <w:rFonts w:ascii="Tahoma" w:hAnsi="Tahoma" w:cs="Tahoma"/>
          <w:rtl/>
        </w:rPr>
        <w:t xml:space="preserve"> بسنجد؟</w:t>
      </w:r>
    </w:p>
    <w:p w:rsidR="00841F4D" w:rsidRPr="00841F4D" w:rsidRDefault="00841F4D" w:rsidP="00841F4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41F4D">
        <w:rPr>
          <w:rFonts w:ascii="Tahoma" w:hAnsi="Tahoma" w:cs="Tahoma" w:hint="eastAsia"/>
          <w:rtl/>
        </w:rPr>
        <w:t>حکومت</w:t>
      </w:r>
      <w:r w:rsidRPr="00841F4D">
        <w:rPr>
          <w:rFonts w:ascii="Tahoma" w:hAnsi="Tahoma" w:cs="Tahoma"/>
          <w:rtl/>
        </w:rPr>
        <w:t xml:space="preserve"> صفو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هنوز به 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ن</w:t>
      </w:r>
      <w:r w:rsidRPr="00841F4D">
        <w:rPr>
          <w:rFonts w:ascii="Tahoma" w:hAnsi="Tahoma" w:cs="Tahoma"/>
          <w:rtl/>
        </w:rPr>
        <w:t xml:space="preserve"> مرحله نرس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ده</w:t>
      </w:r>
      <w:r w:rsidRPr="00841F4D">
        <w:rPr>
          <w:rFonts w:ascii="Tahoma" w:hAnsi="Tahoma" w:cs="Tahoma"/>
          <w:rtl/>
        </w:rPr>
        <w:t xml:space="preserve"> بود. د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نکاران</w:t>
      </w:r>
      <w:r w:rsidRPr="00841F4D">
        <w:rPr>
          <w:rFonts w:ascii="Tahoma" w:hAnsi="Tahoma" w:cs="Tahoma"/>
          <w:rtl/>
        </w:rPr>
        <w:t xml:space="preserve"> در دوران شاه اسماع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ل</w:t>
      </w:r>
      <w:r w:rsidRPr="00841F4D">
        <w:rPr>
          <w:rFonts w:ascii="Tahoma" w:hAnsi="Tahoma" w:cs="Tahoma"/>
          <w:rtl/>
        </w:rPr>
        <w:t xml:space="preserve"> و شاه تهماسب ب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ش</w:t>
      </w:r>
      <w:r w:rsidRPr="00841F4D">
        <w:rPr>
          <w:rFonts w:ascii="Tahoma" w:hAnsi="Tahoma" w:cs="Tahoma"/>
          <w:rtl/>
        </w:rPr>
        <w:t xml:space="preserve"> از هر چ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ز</w:t>
      </w:r>
      <w:r w:rsidRPr="00841F4D">
        <w:rPr>
          <w:rFonts w:ascii="Tahoma" w:hAnsi="Tahoma" w:cs="Tahoma"/>
          <w:rtl/>
        </w:rPr>
        <w:t xml:space="preserve"> برا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ساختن مذهب رسم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به حما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ت</w:t>
      </w:r>
      <w:r w:rsidRPr="00841F4D">
        <w:rPr>
          <w:rFonts w:ascii="Tahoma" w:hAnsi="Tahoma" w:cs="Tahoma"/>
          <w:rtl/>
        </w:rPr>
        <w:t xml:space="preserve"> تاج وابسته بودند. شاه م</w:t>
      </w:r>
      <w:r w:rsidRPr="00841F4D">
        <w:rPr>
          <w:rFonts w:ascii="Tahoma" w:hAnsi="Tahoma" w:cs="Tahoma" w:hint="cs"/>
          <w:rtl/>
        </w:rPr>
        <w:t>ی‌</w:t>
      </w:r>
      <w:r w:rsidRPr="00841F4D">
        <w:rPr>
          <w:rFonts w:ascii="Tahoma" w:hAnsi="Tahoma" w:cs="Tahoma" w:hint="eastAsia"/>
          <w:rtl/>
        </w:rPr>
        <w:t>توانست</w:t>
      </w:r>
      <w:r w:rsidRPr="00841F4D">
        <w:rPr>
          <w:rFonts w:ascii="Tahoma" w:hAnsi="Tahoma" w:cs="Tahoma"/>
          <w:rtl/>
        </w:rPr>
        <w:t xml:space="preserve"> مقام بدهد، زم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ن</w:t>
      </w:r>
      <w:r w:rsidRPr="00841F4D">
        <w:rPr>
          <w:rFonts w:ascii="Tahoma" w:hAnsi="Tahoma" w:cs="Tahoma"/>
          <w:rtl/>
        </w:rPr>
        <w:t xml:space="preserve"> واگذار کند، مدرسه بسازد و فرمان آنان را نافذ گرداند. د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نکاران</w:t>
      </w:r>
      <w:r w:rsidRPr="00841F4D">
        <w:rPr>
          <w:rFonts w:ascii="Tahoma" w:hAnsi="Tahoma" w:cs="Tahoma"/>
          <w:rtl/>
        </w:rPr>
        <w:t xml:space="preserve"> نه قشون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مستقل داش</w:t>
      </w:r>
      <w:r w:rsidRPr="00841F4D">
        <w:rPr>
          <w:rFonts w:ascii="Tahoma" w:hAnsi="Tahoma" w:cs="Tahoma" w:hint="eastAsia"/>
          <w:rtl/>
        </w:rPr>
        <w:t>تند</w:t>
      </w:r>
      <w:r w:rsidRPr="00841F4D">
        <w:rPr>
          <w:rFonts w:ascii="Tahoma" w:hAnsi="Tahoma" w:cs="Tahoma"/>
          <w:rtl/>
        </w:rPr>
        <w:t xml:space="preserve"> و نه شبکهٔ مال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گسترده‌ا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که آنان را از حکومت ب</w:t>
      </w:r>
      <w:r w:rsidRPr="00841F4D">
        <w:rPr>
          <w:rFonts w:ascii="Tahoma" w:hAnsi="Tahoma" w:cs="Tahoma" w:hint="cs"/>
          <w:rtl/>
        </w:rPr>
        <w:t>ی‌</w:t>
      </w:r>
      <w:r w:rsidRPr="00841F4D">
        <w:rPr>
          <w:rFonts w:ascii="Tahoma" w:hAnsi="Tahoma" w:cs="Tahoma" w:hint="eastAsia"/>
          <w:rtl/>
        </w:rPr>
        <w:t>ن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از</w:t>
      </w:r>
      <w:r w:rsidRPr="00841F4D">
        <w:rPr>
          <w:rFonts w:ascii="Tahoma" w:hAnsi="Tahoma" w:cs="Tahoma"/>
          <w:rtl/>
        </w:rPr>
        <w:t xml:space="preserve"> سازد. اما پا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ه‌ها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چن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ن</w:t>
      </w:r>
      <w:r w:rsidRPr="00841F4D">
        <w:rPr>
          <w:rFonts w:ascii="Tahoma" w:hAnsi="Tahoma" w:cs="Tahoma"/>
          <w:rtl/>
        </w:rPr>
        <w:t xml:space="preserve"> شبکه‌ا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به‌تدر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ج</w:t>
      </w:r>
      <w:r w:rsidRPr="00841F4D">
        <w:rPr>
          <w:rFonts w:ascii="Tahoma" w:hAnsi="Tahoma" w:cs="Tahoma"/>
          <w:rtl/>
        </w:rPr>
        <w:t xml:space="preserve"> در حال شکل‌گ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ر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بود.</w:t>
      </w:r>
    </w:p>
    <w:p w:rsidR="00841F4D" w:rsidRPr="00841F4D" w:rsidRDefault="00841F4D" w:rsidP="00841F4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41F4D">
        <w:rPr>
          <w:rFonts w:ascii="Tahoma" w:hAnsi="Tahoma" w:cs="Tahoma" w:hint="eastAsia"/>
          <w:rtl/>
        </w:rPr>
        <w:t>مدرسه</w:t>
      </w:r>
      <w:r w:rsidRPr="00841F4D">
        <w:rPr>
          <w:rFonts w:ascii="Tahoma" w:hAnsi="Tahoma" w:cs="Tahoma"/>
          <w:rtl/>
        </w:rPr>
        <w:t xml:space="preserve"> شاگرد م</w:t>
      </w:r>
      <w:r w:rsidRPr="00841F4D">
        <w:rPr>
          <w:rFonts w:ascii="Tahoma" w:hAnsi="Tahoma" w:cs="Tahoma" w:hint="cs"/>
          <w:rtl/>
        </w:rPr>
        <w:t>ی‌</w:t>
      </w:r>
      <w:r w:rsidRPr="00841F4D">
        <w:rPr>
          <w:rFonts w:ascii="Tahoma" w:hAnsi="Tahoma" w:cs="Tahoma" w:hint="eastAsia"/>
          <w:rtl/>
        </w:rPr>
        <w:t>پروراند؛</w:t>
      </w:r>
      <w:r w:rsidRPr="00841F4D">
        <w:rPr>
          <w:rFonts w:ascii="Tahoma" w:hAnsi="Tahoma" w:cs="Tahoma"/>
          <w:rtl/>
        </w:rPr>
        <w:t xml:space="preserve"> شاگرد به شهر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د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گر</w:t>
      </w:r>
      <w:r w:rsidRPr="00841F4D">
        <w:rPr>
          <w:rFonts w:ascii="Tahoma" w:hAnsi="Tahoma" w:cs="Tahoma"/>
          <w:rtl/>
        </w:rPr>
        <w:t xml:space="preserve"> م</w:t>
      </w:r>
      <w:r w:rsidRPr="00841F4D">
        <w:rPr>
          <w:rFonts w:ascii="Tahoma" w:hAnsi="Tahoma" w:cs="Tahoma" w:hint="cs"/>
          <w:rtl/>
        </w:rPr>
        <w:t>ی‌</w:t>
      </w:r>
      <w:r w:rsidRPr="00841F4D">
        <w:rPr>
          <w:rFonts w:ascii="Tahoma" w:hAnsi="Tahoma" w:cs="Tahoma" w:hint="eastAsia"/>
          <w:rtl/>
        </w:rPr>
        <w:t>رفت</w:t>
      </w:r>
      <w:r w:rsidRPr="00841F4D">
        <w:rPr>
          <w:rFonts w:ascii="Tahoma" w:hAnsi="Tahoma" w:cs="Tahoma"/>
          <w:rtl/>
        </w:rPr>
        <w:t xml:space="preserve"> و حلقه‌ا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تازه م</w:t>
      </w:r>
      <w:r w:rsidRPr="00841F4D">
        <w:rPr>
          <w:rFonts w:ascii="Tahoma" w:hAnsi="Tahoma" w:cs="Tahoma" w:hint="cs"/>
          <w:rtl/>
        </w:rPr>
        <w:t>ی‌</w:t>
      </w:r>
      <w:r w:rsidRPr="00841F4D">
        <w:rPr>
          <w:rFonts w:ascii="Tahoma" w:hAnsi="Tahoma" w:cs="Tahoma" w:hint="eastAsia"/>
          <w:rtl/>
        </w:rPr>
        <w:t>ساخت</w:t>
      </w:r>
      <w:r w:rsidRPr="00841F4D">
        <w:rPr>
          <w:rFonts w:ascii="Tahoma" w:hAnsi="Tahoma" w:cs="Tahoma"/>
          <w:rtl/>
        </w:rPr>
        <w:t>. مقام قضا</w:t>
      </w:r>
      <w:r w:rsidRPr="00841F4D">
        <w:rPr>
          <w:rFonts w:ascii="Tahoma" w:hAnsi="Tahoma" w:cs="Tahoma" w:hint="cs"/>
          <w:rtl/>
        </w:rPr>
        <w:t>یی</w:t>
      </w:r>
      <w:r w:rsidRPr="00841F4D">
        <w:rPr>
          <w:rFonts w:ascii="Tahoma" w:hAnsi="Tahoma" w:cs="Tahoma"/>
          <w:rtl/>
        </w:rPr>
        <w:t xml:space="preserve"> به فق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ه</w:t>
      </w:r>
      <w:r w:rsidRPr="00841F4D">
        <w:rPr>
          <w:rFonts w:ascii="Tahoma" w:hAnsi="Tahoma" w:cs="Tahoma"/>
          <w:rtl/>
        </w:rPr>
        <w:t xml:space="preserve"> امکان م</w:t>
      </w:r>
      <w:r w:rsidRPr="00841F4D">
        <w:rPr>
          <w:rFonts w:ascii="Tahoma" w:hAnsi="Tahoma" w:cs="Tahoma" w:hint="cs"/>
          <w:rtl/>
        </w:rPr>
        <w:t>ی‌</w:t>
      </w:r>
      <w:r w:rsidRPr="00841F4D">
        <w:rPr>
          <w:rFonts w:ascii="Tahoma" w:hAnsi="Tahoma" w:cs="Tahoma" w:hint="eastAsia"/>
          <w:rtl/>
        </w:rPr>
        <w:t>داد</w:t>
      </w:r>
      <w:r w:rsidRPr="00841F4D">
        <w:rPr>
          <w:rFonts w:ascii="Tahoma" w:hAnsi="Tahoma" w:cs="Tahoma"/>
          <w:rtl/>
        </w:rPr>
        <w:t xml:space="preserve"> با زندگ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روزانهٔ مردم، مالک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ت،</w:t>
      </w:r>
      <w:r w:rsidRPr="00841F4D">
        <w:rPr>
          <w:rFonts w:ascii="Tahoma" w:hAnsi="Tahoma" w:cs="Tahoma"/>
          <w:rtl/>
        </w:rPr>
        <w:t xml:space="preserve"> ارث، ازدواج و معامله پ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وند</w:t>
      </w:r>
      <w:r w:rsidRPr="00841F4D">
        <w:rPr>
          <w:rFonts w:ascii="Tahoma" w:hAnsi="Tahoma" w:cs="Tahoma"/>
          <w:rtl/>
        </w:rPr>
        <w:t xml:space="preserve"> پ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دا</w:t>
      </w:r>
      <w:r w:rsidRPr="00841F4D">
        <w:rPr>
          <w:rFonts w:ascii="Tahoma" w:hAnsi="Tahoma" w:cs="Tahoma"/>
          <w:rtl/>
        </w:rPr>
        <w:t xml:space="preserve"> کند. وقف برا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مسجد و مدرسه درآمد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نسبتاً پا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دار</w:t>
      </w:r>
      <w:r w:rsidRPr="00841F4D">
        <w:rPr>
          <w:rFonts w:ascii="Tahoma" w:hAnsi="Tahoma" w:cs="Tahoma"/>
          <w:rtl/>
        </w:rPr>
        <w:t xml:space="preserve"> فراهم م</w:t>
      </w:r>
      <w:r w:rsidRPr="00841F4D">
        <w:rPr>
          <w:rFonts w:ascii="Tahoma" w:hAnsi="Tahoma" w:cs="Tahoma" w:hint="cs"/>
          <w:rtl/>
        </w:rPr>
        <w:t>ی‌</w:t>
      </w:r>
      <w:r w:rsidRPr="00841F4D">
        <w:rPr>
          <w:rFonts w:ascii="Tahoma" w:hAnsi="Tahoma" w:cs="Tahoma" w:hint="eastAsia"/>
          <w:rtl/>
        </w:rPr>
        <w:t>آورد</w:t>
      </w:r>
      <w:r w:rsidRPr="00841F4D">
        <w:rPr>
          <w:rFonts w:ascii="Tahoma" w:hAnsi="Tahoma" w:cs="Tahoma"/>
          <w:rtl/>
        </w:rPr>
        <w:t>. ارتباط با بازرگانان، مال</w:t>
      </w:r>
      <w:r w:rsidRPr="00841F4D">
        <w:rPr>
          <w:rFonts w:ascii="Tahoma" w:hAnsi="Tahoma" w:cs="Tahoma" w:hint="eastAsia"/>
          <w:rtl/>
        </w:rPr>
        <w:t>کان</w:t>
      </w:r>
      <w:r w:rsidRPr="00841F4D">
        <w:rPr>
          <w:rFonts w:ascii="Tahoma" w:hAnsi="Tahoma" w:cs="Tahoma"/>
          <w:rtl/>
        </w:rPr>
        <w:t xml:space="preserve"> و مؤمنان م</w:t>
      </w:r>
      <w:r w:rsidRPr="00841F4D">
        <w:rPr>
          <w:rFonts w:ascii="Tahoma" w:hAnsi="Tahoma" w:cs="Tahoma" w:hint="cs"/>
          <w:rtl/>
        </w:rPr>
        <w:t>ی‌</w:t>
      </w:r>
      <w:r w:rsidRPr="00841F4D">
        <w:rPr>
          <w:rFonts w:ascii="Tahoma" w:hAnsi="Tahoma" w:cs="Tahoma" w:hint="eastAsia"/>
          <w:rtl/>
        </w:rPr>
        <w:t>توانست</w:t>
      </w:r>
      <w:r w:rsidRPr="00841F4D">
        <w:rPr>
          <w:rFonts w:ascii="Tahoma" w:hAnsi="Tahoma" w:cs="Tahoma"/>
          <w:rtl/>
        </w:rPr>
        <w:t xml:space="preserve"> منابع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ب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رون</w:t>
      </w:r>
      <w:r w:rsidRPr="00841F4D">
        <w:rPr>
          <w:rFonts w:ascii="Tahoma" w:hAnsi="Tahoma" w:cs="Tahoma"/>
          <w:rtl/>
        </w:rPr>
        <w:t xml:space="preserve"> از خزانهٔ مستق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م</w:t>
      </w:r>
      <w:r w:rsidRPr="00841F4D">
        <w:rPr>
          <w:rFonts w:ascii="Tahoma" w:hAnsi="Tahoma" w:cs="Tahoma"/>
          <w:rtl/>
        </w:rPr>
        <w:t xml:space="preserve"> شاه در اخت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ار</w:t>
      </w:r>
      <w:r w:rsidRPr="00841F4D">
        <w:rPr>
          <w:rFonts w:ascii="Tahoma" w:hAnsi="Tahoma" w:cs="Tahoma"/>
          <w:rtl/>
        </w:rPr>
        <w:t xml:space="preserve"> د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نکاران</w:t>
      </w:r>
      <w:r w:rsidRPr="00841F4D">
        <w:rPr>
          <w:rFonts w:ascii="Tahoma" w:hAnsi="Tahoma" w:cs="Tahoma"/>
          <w:rtl/>
        </w:rPr>
        <w:t xml:space="preserve"> بگذارد. آنچه در آغاز به کمک تاج ساخته م</w:t>
      </w:r>
      <w:r w:rsidRPr="00841F4D">
        <w:rPr>
          <w:rFonts w:ascii="Tahoma" w:hAnsi="Tahoma" w:cs="Tahoma" w:hint="cs"/>
          <w:rtl/>
        </w:rPr>
        <w:t>ی‌</w:t>
      </w:r>
      <w:r w:rsidRPr="00841F4D">
        <w:rPr>
          <w:rFonts w:ascii="Tahoma" w:hAnsi="Tahoma" w:cs="Tahoma" w:hint="eastAsia"/>
          <w:rtl/>
        </w:rPr>
        <w:t>شد،</w:t>
      </w:r>
      <w:r w:rsidRPr="00841F4D">
        <w:rPr>
          <w:rFonts w:ascii="Tahoma" w:hAnsi="Tahoma" w:cs="Tahoma"/>
          <w:rtl/>
        </w:rPr>
        <w:t xml:space="preserve"> م</w:t>
      </w:r>
      <w:r w:rsidRPr="00841F4D">
        <w:rPr>
          <w:rFonts w:ascii="Tahoma" w:hAnsi="Tahoma" w:cs="Tahoma" w:hint="cs"/>
          <w:rtl/>
        </w:rPr>
        <w:t>ی‌</w:t>
      </w:r>
      <w:r w:rsidRPr="00841F4D">
        <w:rPr>
          <w:rFonts w:ascii="Tahoma" w:hAnsi="Tahoma" w:cs="Tahoma" w:hint="eastAsia"/>
          <w:rtl/>
        </w:rPr>
        <w:t>توانست</w:t>
      </w:r>
      <w:r w:rsidRPr="00841F4D">
        <w:rPr>
          <w:rFonts w:ascii="Tahoma" w:hAnsi="Tahoma" w:cs="Tahoma"/>
          <w:rtl/>
        </w:rPr>
        <w:t xml:space="preserve"> به‌تدر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ج</w:t>
      </w:r>
      <w:r w:rsidRPr="00841F4D">
        <w:rPr>
          <w:rFonts w:ascii="Tahoma" w:hAnsi="Tahoma" w:cs="Tahoma"/>
          <w:rtl/>
        </w:rPr>
        <w:t xml:space="preserve"> توان ادامهٔ زندگ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ب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رون</w:t>
      </w:r>
      <w:r w:rsidRPr="00841F4D">
        <w:rPr>
          <w:rFonts w:ascii="Tahoma" w:hAnsi="Tahoma" w:cs="Tahoma"/>
          <w:rtl/>
        </w:rPr>
        <w:t xml:space="preserve"> از ارادهٔ 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ک</w:t>
      </w:r>
      <w:r w:rsidRPr="00841F4D">
        <w:rPr>
          <w:rFonts w:ascii="Tahoma" w:hAnsi="Tahoma" w:cs="Tahoma"/>
          <w:rtl/>
        </w:rPr>
        <w:t xml:space="preserve"> شاه را پ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دا</w:t>
      </w:r>
      <w:r w:rsidRPr="00841F4D">
        <w:rPr>
          <w:rFonts w:ascii="Tahoma" w:hAnsi="Tahoma" w:cs="Tahoma"/>
          <w:rtl/>
        </w:rPr>
        <w:t xml:space="preserve"> کند.</w:t>
      </w:r>
    </w:p>
    <w:p w:rsidR="00841F4D" w:rsidRPr="00841F4D" w:rsidRDefault="00841F4D" w:rsidP="00841F4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41F4D">
        <w:rPr>
          <w:rFonts w:ascii="Tahoma" w:hAnsi="Tahoma" w:cs="Tahoma" w:hint="eastAsia"/>
          <w:rtl/>
        </w:rPr>
        <w:t>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ن</w:t>
      </w:r>
      <w:r w:rsidRPr="00841F4D">
        <w:rPr>
          <w:rFonts w:ascii="Tahoma" w:hAnsi="Tahoma" w:cs="Tahoma"/>
          <w:rtl/>
        </w:rPr>
        <w:t xml:space="preserve"> پ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امد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نبود که لزوماً شاه اسماع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ل</w:t>
      </w:r>
      <w:r w:rsidRPr="00841F4D">
        <w:rPr>
          <w:rFonts w:ascii="Tahoma" w:hAnsi="Tahoma" w:cs="Tahoma"/>
          <w:rtl/>
        </w:rPr>
        <w:t xml:space="preserve"> هنگام اعلام تش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ع</w:t>
      </w:r>
      <w:r w:rsidRPr="00841F4D">
        <w:rPr>
          <w:rFonts w:ascii="Tahoma" w:hAnsi="Tahoma" w:cs="Tahoma"/>
          <w:rtl/>
        </w:rPr>
        <w:t xml:space="preserve"> در تبر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ز</w:t>
      </w:r>
      <w:r w:rsidRPr="00841F4D">
        <w:rPr>
          <w:rFonts w:ascii="Tahoma" w:hAnsi="Tahoma" w:cs="Tahoma"/>
          <w:rtl/>
        </w:rPr>
        <w:t xml:space="preserve"> پ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ش‌ب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ن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کرده باشد. او به دستگاه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ن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از</w:t>
      </w:r>
      <w:r w:rsidRPr="00841F4D">
        <w:rPr>
          <w:rFonts w:ascii="Tahoma" w:hAnsi="Tahoma" w:cs="Tahoma"/>
          <w:rtl/>
        </w:rPr>
        <w:t xml:space="preserve"> داشت که فرمان مذهب</w:t>
      </w:r>
      <w:r w:rsidRPr="00841F4D">
        <w:rPr>
          <w:rFonts w:ascii="Tahoma" w:hAnsi="Tahoma" w:cs="Tahoma" w:hint="cs"/>
          <w:rtl/>
        </w:rPr>
        <w:t>ی‌</w:t>
      </w:r>
      <w:r w:rsidRPr="00841F4D">
        <w:rPr>
          <w:rFonts w:ascii="Tahoma" w:hAnsi="Tahoma" w:cs="Tahoma" w:hint="eastAsia"/>
          <w:rtl/>
        </w:rPr>
        <w:t>اش</w:t>
      </w:r>
      <w:r w:rsidRPr="00841F4D">
        <w:rPr>
          <w:rFonts w:ascii="Tahoma" w:hAnsi="Tahoma" w:cs="Tahoma"/>
          <w:rtl/>
        </w:rPr>
        <w:t xml:space="preserve"> را اجرا کند. جانش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نانش</w:t>
      </w:r>
      <w:r w:rsidRPr="00841F4D">
        <w:rPr>
          <w:rFonts w:ascii="Tahoma" w:hAnsi="Tahoma" w:cs="Tahoma"/>
          <w:rtl/>
        </w:rPr>
        <w:t xml:space="preserve"> ن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ز</w:t>
      </w:r>
      <w:r w:rsidRPr="00841F4D">
        <w:rPr>
          <w:rFonts w:ascii="Tahoma" w:hAnsi="Tahoma" w:cs="Tahoma"/>
          <w:rtl/>
        </w:rPr>
        <w:t xml:space="preserve"> برا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مهار قزلباشان، استوار کردن تاج و ادارهٔ جامعه به فق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هان</w:t>
      </w:r>
      <w:r w:rsidRPr="00841F4D">
        <w:rPr>
          <w:rFonts w:ascii="Tahoma" w:hAnsi="Tahoma" w:cs="Tahoma"/>
          <w:rtl/>
        </w:rPr>
        <w:t xml:space="preserve"> م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دان</w:t>
      </w:r>
      <w:r w:rsidRPr="00841F4D">
        <w:rPr>
          <w:rFonts w:ascii="Tahoma" w:hAnsi="Tahoma" w:cs="Tahoma"/>
          <w:rtl/>
        </w:rPr>
        <w:t xml:space="preserve"> دادند. اما با هر مدرسه، محکمه، موقوف</w:t>
      </w:r>
      <w:r w:rsidRPr="00841F4D">
        <w:rPr>
          <w:rFonts w:ascii="Tahoma" w:hAnsi="Tahoma" w:cs="Tahoma" w:hint="eastAsia"/>
          <w:rtl/>
        </w:rPr>
        <w:t>ه</w:t>
      </w:r>
      <w:r w:rsidRPr="00841F4D">
        <w:rPr>
          <w:rFonts w:ascii="Tahoma" w:hAnsi="Tahoma" w:cs="Tahoma"/>
          <w:rtl/>
        </w:rPr>
        <w:t xml:space="preserve"> و منصب مذهب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،</w:t>
      </w:r>
      <w:r w:rsidRPr="00841F4D">
        <w:rPr>
          <w:rFonts w:ascii="Tahoma" w:hAnsi="Tahoma" w:cs="Tahoma"/>
          <w:rtl/>
        </w:rPr>
        <w:t xml:space="preserve"> عمامه جا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گاه</w:t>
      </w:r>
      <w:r w:rsidRPr="00841F4D">
        <w:rPr>
          <w:rFonts w:ascii="Tahoma" w:hAnsi="Tahoma" w:cs="Tahoma"/>
          <w:rtl/>
        </w:rPr>
        <w:t xml:space="preserve"> تازه‌ا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در کشوردار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پ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دا</w:t>
      </w:r>
      <w:r w:rsidRPr="00841F4D">
        <w:rPr>
          <w:rFonts w:ascii="Tahoma" w:hAnsi="Tahoma" w:cs="Tahoma"/>
          <w:rtl/>
        </w:rPr>
        <w:t xml:space="preserve"> م</w:t>
      </w:r>
      <w:r w:rsidRPr="00841F4D">
        <w:rPr>
          <w:rFonts w:ascii="Tahoma" w:hAnsi="Tahoma" w:cs="Tahoma" w:hint="cs"/>
          <w:rtl/>
        </w:rPr>
        <w:t>ی‌</w:t>
      </w:r>
      <w:r w:rsidRPr="00841F4D">
        <w:rPr>
          <w:rFonts w:ascii="Tahoma" w:hAnsi="Tahoma" w:cs="Tahoma" w:hint="eastAsia"/>
          <w:rtl/>
        </w:rPr>
        <w:t>کرد</w:t>
      </w:r>
      <w:r w:rsidRPr="00841F4D">
        <w:rPr>
          <w:rFonts w:ascii="Tahoma" w:hAnsi="Tahoma" w:cs="Tahoma"/>
          <w:rtl/>
        </w:rPr>
        <w:t>.</w:t>
      </w:r>
    </w:p>
    <w:p w:rsidR="00841F4D" w:rsidRPr="00841F4D" w:rsidRDefault="00841F4D" w:rsidP="00841F4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41F4D">
        <w:rPr>
          <w:rFonts w:ascii="Tahoma" w:hAnsi="Tahoma" w:cs="Tahoma" w:hint="eastAsia"/>
          <w:rtl/>
        </w:rPr>
        <w:t>بد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ن‌سان،</w:t>
      </w:r>
      <w:r w:rsidRPr="00841F4D">
        <w:rPr>
          <w:rFonts w:ascii="Tahoma" w:hAnsi="Tahoma" w:cs="Tahoma"/>
          <w:rtl/>
        </w:rPr>
        <w:t xml:space="preserve"> وارد کردن د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نکاران</w:t>
      </w:r>
      <w:r w:rsidRPr="00841F4D">
        <w:rPr>
          <w:rFonts w:ascii="Tahoma" w:hAnsi="Tahoma" w:cs="Tahoma"/>
          <w:rtl/>
        </w:rPr>
        <w:t xml:space="preserve"> ش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عه</w:t>
      </w:r>
      <w:r w:rsidRPr="00841F4D">
        <w:rPr>
          <w:rFonts w:ascii="Tahoma" w:hAnsi="Tahoma" w:cs="Tahoma"/>
          <w:rtl/>
        </w:rPr>
        <w:t xml:space="preserve"> به 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ران</w:t>
      </w:r>
      <w:r w:rsidRPr="00841F4D">
        <w:rPr>
          <w:rFonts w:ascii="Tahoma" w:hAnsi="Tahoma" w:cs="Tahoma"/>
          <w:rtl/>
        </w:rPr>
        <w:t xml:space="preserve"> فقط کمبود متخصصان مذهب رسم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را برطرف نکرد. 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ن</w:t>
      </w:r>
      <w:r w:rsidRPr="00841F4D">
        <w:rPr>
          <w:rFonts w:ascii="Tahoma" w:hAnsi="Tahoma" w:cs="Tahoma"/>
          <w:rtl/>
        </w:rPr>
        <w:t xml:space="preserve"> کار ن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رو</w:t>
      </w:r>
      <w:r w:rsidRPr="00841F4D">
        <w:rPr>
          <w:rFonts w:ascii="Tahoma" w:hAnsi="Tahoma" w:cs="Tahoma" w:hint="cs"/>
          <w:rtl/>
        </w:rPr>
        <w:t>یی</w:t>
      </w:r>
      <w:r w:rsidRPr="00841F4D">
        <w:rPr>
          <w:rFonts w:ascii="Tahoma" w:hAnsi="Tahoma" w:cs="Tahoma"/>
          <w:rtl/>
        </w:rPr>
        <w:t xml:space="preserve"> را درون حکومت نهاد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نه</w:t>
      </w:r>
      <w:r w:rsidRPr="00841F4D">
        <w:rPr>
          <w:rFonts w:ascii="Tahoma" w:hAnsi="Tahoma" w:cs="Tahoma"/>
          <w:rtl/>
        </w:rPr>
        <w:t xml:space="preserve"> ساخت که دانش، شبکهٔ آموزش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و ادعا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ن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ابت</w:t>
      </w:r>
      <w:r w:rsidRPr="00841F4D">
        <w:rPr>
          <w:rFonts w:ascii="Tahoma" w:hAnsi="Tahoma" w:cs="Tahoma"/>
          <w:rtl/>
        </w:rPr>
        <w:t xml:space="preserve"> از امام غا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ب</w:t>
      </w:r>
      <w:r w:rsidRPr="00841F4D">
        <w:rPr>
          <w:rFonts w:ascii="Tahoma" w:hAnsi="Tahoma" w:cs="Tahoma"/>
          <w:rtl/>
        </w:rPr>
        <w:t xml:space="preserve"> را با خود داشت. تاج صفو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ن</w:t>
      </w:r>
      <w:r w:rsidRPr="00841F4D">
        <w:rPr>
          <w:rFonts w:ascii="Tahoma" w:hAnsi="Tahoma" w:cs="Tahoma"/>
          <w:rtl/>
        </w:rPr>
        <w:t xml:space="preserve"> ن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رو</w:t>
      </w:r>
      <w:r w:rsidRPr="00841F4D">
        <w:rPr>
          <w:rFonts w:ascii="Tahoma" w:hAnsi="Tahoma" w:cs="Tahoma"/>
          <w:rtl/>
        </w:rPr>
        <w:t xml:space="preserve"> را برا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خدمت به حکومت فراخواند، اما نم</w:t>
      </w:r>
      <w:r w:rsidRPr="00841F4D">
        <w:rPr>
          <w:rFonts w:ascii="Tahoma" w:hAnsi="Tahoma" w:cs="Tahoma" w:hint="cs"/>
          <w:rtl/>
        </w:rPr>
        <w:t>ی‌</w:t>
      </w:r>
      <w:r w:rsidRPr="00841F4D">
        <w:rPr>
          <w:rFonts w:ascii="Tahoma" w:hAnsi="Tahoma" w:cs="Tahoma" w:hint="eastAsia"/>
          <w:rtl/>
        </w:rPr>
        <w:t>توانست</w:t>
      </w:r>
      <w:r w:rsidRPr="00841F4D">
        <w:rPr>
          <w:rFonts w:ascii="Tahoma" w:hAnsi="Tahoma" w:cs="Tahoma"/>
          <w:rtl/>
        </w:rPr>
        <w:t xml:space="preserve"> سرچشمهٔ اقتدار آن را به‌طور کامل در اخت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ار</w:t>
      </w:r>
      <w:r w:rsidRPr="00841F4D">
        <w:rPr>
          <w:rFonts w:ascii="Tahoma" w:hAnsi="Tahoma" w:cs="Tahoma"/>
          <w:rtl/>
        </w:rPr>
        <w:t xml:space="preserve"> بگ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رد</w:t>
      </w:r>
      <w:r w:rsidRPr="00841F4D">
        <w:rPr>
          <w:rFonts w:ascii="Tahoma" w:hAnsi="Tahoma" w:cs="Tahoma"/>
          <w:rtl/>
        </w:rPr>
        <w:t>.</w:t>
      </w:r>
    </w:p>
    <w:p w:rsidR="00C9717E" w:rsidRDefault="00841F4D" w:rsidP="00841F4D">
      <w:pPr>
        <w:bidi/>
        <w:spacing w:after="0" w:line="360" w:lineRule="auto"/>
        <w:ind w:firstLine="720"/>
        <w:jc w:val="both"/>
        <w:rPr>
          <w:rFonts w:ascii="Tahoma" w:hAnsi="Tahoma" w:cs="Tahoma"/>
          <w:rtl/>
        </w:rPr>
      </w:pPr>
      <w:r w:rsidRPr="00841F4D">
        <w:rPr>
          <w:rFonts w:ascii="Tahoma" w:hAnsi="Tahoma" w:cs="Tahoma" w:hint="eastAsia"/>
          <w:rtl/>
        </w:rPr>
        <w:t>باا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ن‌همه،</w:t>
      </w:r>
      <w:r w:rsidRPr="00841F4D">
        <w:rPr>
          <w:rFonts w:ascii="Tahoma" w:hAnsi="Tahoma" w:cs="Tahoma"/>
          <w:rtl/>
        </w:rPr>
        <w:t xml:space="preserve"> حضور فق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هان</w:t>
      </w:r>
      <w:r w:rsidRPr="00841F4D">
        <w:rPr>
          <w:rFonts w:ascii="Tahoma" w:hAnsi="Tahoma" w:cs="Tahoma"/>
          <w:rtl/>
        </w:rPr>
        <w:t xml:space="preserve"> تا زمان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که به مقام، درآمد و وظ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فهٔ</w:t>
      </w:r>
      <w:r w:rsidRPr="00841F4D">
        <w:rPr>
          <w:rFonts w:ascii="Tahoma" w:hAnsi="Tahoma" w:cs="Tahoma"/>
          <w:rtl/>
        </w:rPr>
        <w:t xml:space="preserve"> مشخص تبد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ل</w:t>
      </w:r>
      <w:r w:rsidRPr="00841F4D">
        <w:rPr>
          <w:rFonts w:ascii="Tahoma" w:hAnsi="Tahoma" w:cs="Tahoma"/>
          <w:rtl/>
        </w:rPr>
        <w:t xml:space="preserve"> نم</w:t>
      </w:r>
      <w:r w:rsidRPr="00841F4D">
        <w:rPr>
          <w:rFonts w:ascii="Tahoma" w:hAnsi="Tahoma" w:cs="Tahoma" w:hint="cs"/>
          <w:rtl/>
        </w:rPr>
        <w:t>ی‌</w:t>
      </w:r>
      <w:r w:rsidRPr="00841F4D">
        <w:rPr>
          <w:rFonts w:ascii="Tahoma" w:hAnsi="Tahoma" w:cs="Tahoma" w:hint="eastAsia"/>
          <w:rtl/>
        </w:rPr>
        <w:t>شد،</w:t>
      </w:r>
      <w:r w:rsidRPr="00841F4D">
        <w:rPr>
          <w:rFonts w:ascii="Tahoma" w:hAnsi="Tahoma" w:cs="Tahoma"/>
          <w:rtl/>
        </w:rPr>
        <w:t xml:space="preserve"> دستگاه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پا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دار</w:t>
      </w:r>
      <w:r w:rsidRPr="00841F4D">
        <w:rPr>
          <w:rFonts w:ascii="Tahoma" w:hAnsi="Tahoma" w:cs="Tahoma"/>
          <w:rtl/>
        </w:rPr>
        <w:t xml:space="preserve"> نم</w:t>
      </w:r>
      <w:r w:rsidRPr="00841F4D">
        <w:rPr>
          <w:rFonts w:ascii="Tahoma" w:hAnsi="Tahoma" w:cs="Tahoma" w:hint="cs"/>
          <w:rtl/>
        </w:rPr>
        <w:t>ی‌</w:t>
      </w:r>
      <w:r w:rsidRPr="00841F4D">
        <w:rPr>
          <w:rFonts w:ascii="Tahoma" w:hAnsi="Tahoma" w:cs="Tahoma" w:hint="eastAsia"/>
          <w:rtl/>
        </w:rPr>
        <w:t>ساخت</w:t>
      </w:r>
      <w:r w:rsidRPr="00841F4D">
        <w:rPr>
          <w:rFonts w:ascii="Tahoma" w:hAnsi="Tahoma" w:cs="Tahoma"/>
          <w:rtl/>
        </w:rPr>
        <w:t>. حکومت با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د</w:t>
      </w:r>
      <w:r w:rsidRPr="00841F4D">
        <w:rPr>
          <w:rFonts w:ascii="Tahoma" w:hAnsi="Tahoma" w:cs="Tahoma"/>
          <w:rtl/>
        </w:rPr>
        <w:t xml:space="preserve"> تع</w:t>
      </w:r>
      <w:r w:rsidRPr="00841F4D">
        <w:rPr>
          <w:rFonts w:ascii="Tahoma" w:hAnsi="Tahoma" w:cs="Tahoma" w:hint="cs"/>
          <w:rtl/>
        </w:rPr>
        <w:t>یی</w:t>
      </w:r>
      <w:r w:rsidRPr="00841F4D">
        <w:rPr>
          <w:rFonts w:ascii="Tahoma" w:hAnsi="Tahoma" w:cs="Tahoma" w:hint="eastAsia"/>
          <w:rtl/>
        </w:rPr>
        <w:t>ن</w:t>
      </w:r>
      <w:r w:rsidRPr="00841F4D">
        <w:rPr>
          <w:rFonts w:ascii="Tahoma" w:hAnsi="Tahoma" w:cs="Tahoma"/>
          <w:rtl/>
        </w:rPr>
        <w:t xml:space="preserve"> م</w:t>
      </w:r>
      <w:r w:rsidRPr="00841F4D">
        <w:rPr>
          <w:rFonts w:ascii="Tahoma" w:hAnsi="Tahoma" w:cs="Tahoma" w:hint="cs"/>
          <w:rtl/>
        </w:rPr>
        <w:t>ی‌</w:t>
      </w:r>
      <w:r w:rsidRPr="00841F4D">
        <w:rPr>
          <w:rFonts w:ascii="Tahoma" w:hAnsi="Tahoma" w:cs="Tahoma" w:hint="eastAsia"/>
          <w:rtl/>
        </w:rPr>
        <w:t>کرد</w:t>
      </w:r>
      <w:r w:rsidRPr="00841F4D">
        <w:rPr>
          <w:rFonts w:ascii="Tahoma" w:hAnsi="Tahoma" w:cs="Tahoma"/>
          <w:rtl/>
        </w:rPr>
        <w:t xml:space="preserve"> چه کس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د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نکاران</w:t>
      </w:r>
      <w:r w:rsidRPr="00841F4D">
        <w:rPr>
          <w:rFonts w:ascii="Tahoma" w:hAnsi="Tahoma" w:cs="Tahoma"/>
          <w:rtl/>
        </w:rPr>
        <w:t xml:space="preserve"> را منصوب م</w:t>
      </w:r>
      <w:r w:rsidRPr="00841F4D">
        <w:rPr>
          <w:rFonts w:ascii="Tahoma" w:hAnsi="Tahoma" w:cs="Tahoma" w:hint="cs"/>
          <w:rtl/>
        </w:rPr>
        <w:t>ی‌</w:t>
      </w:r>
      <w:r w:rsidRPr="00841F4D">
        <w:rPr>
          <w:rFonts w:ascii="Tahoma" w:hAnsi="Tahoma" w:cs="Tahoma" w:hint="eastAsia"/>
          <w:rtl/>
        </w:rPr>
        <w:t>کند،</w:t>
      </w:r>
      <w:r w:rsidRPr="00841F4D">
        <w:rPr>
          <w:rFonts w:ascii="Tahoma" w:hAnsi="Tahoma" w:cs="Tahoma"/>
          <w:rtl/>
        </w:rPr>
        <w:t xml:space="preserve"> قاض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ان</w:t>
      </w:r>
      <w:r w:rsidRPr="00841F4D">
        <w:rPr>
          <w:rFonts w:ascii="Tahoma" w:hAnsi="Tahoma" w:cs="Tahoma"/>
          <w:rtl/>
        </w:rPr>
        <w:t xml:space="preserve"> ز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ر</w:t>
      </w:r>
      <w:r w:rsidRPr="00841F4D">
        <w:rPr>
          <w:rFonts w:ascii="Tahoma" w:hAnsi="Tahoma" w:cs="Tahoma"/>
          <w:rtl/>
        </w:rPr>
        <w:t xml:space="preserve"> نظر چه مقام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کار م</w:t>
      </w:r>
      <w:r w:rsidRPr="00841F4D">
        <w:rPr>
          <w:rFonts w:ascii="Tahoma" w:hAnsi="Tahoma" w:cs="Tahoma" w:hint="cs"/>
          <w:rtl/>
        </w:rPr>
        <w:t>ی‌</w:t>
      </w:r>
      <w:r w:rsidRPr="00841F4D">
        <w:rPr>
          <w:rFonts w:ascii="Tahoma" w:hAnsi="Tahoma" w:cs="Tahoma" w:hint="eastAsia"/>
          <w:rtl/>
        </w:rPr>
        <w:t>کنند،</w:t>
      </w:r>
      <w:r w:rsidRPr="00841F4D">
        <w:rPr>
          <w:rFonts w:ascii="Tahoma" w:hAnsi="Tahoma" w:cs="Tahoma"/>
          <w:rtl/>
        </w:rPr>
        <w:t xml:space="preserve"> موقوفات چگونه اداره م</w:t>
      </w:r>
      <w:r w:rsidRPr="00841F4D">
        <w:rPr>
          <w:rFonts w:ascii="Tahoma" w:hAnsi="Tahoma" w:cs="Tahoma" w:hint="cs"/>
          <w:rtl/>
        </w:rPr>
        <w:t>ی‌</w:t>
      </w:r>
      <w:r w:rsidRPr="00841F4D">
        <w:rPr>
          <w:rFonts w:ascii="Tahoma" w:hAnsi="Tahoma" w:cs="Tahoma" w:hint="eastAsia"/>
          <w:rtl/>
        </w:rPr>
        <w:t>شوند،</w:t>
      </w:r>
      <w:r w:rsidRPr="00841F4D">
        <w:rPr>
          <w:rFonts w:ascii="Tahoma" w:hAnsi="Tahoma" w:cs="Tahoma"/>
          <w:rtl/>
        </w:rPr>
        <w:t xml:space="preserve"> آموزش مذهب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چه صورت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م</w:t>
      </w:r>
      <w:r w:rsidRPr="00841F4D">
        <w:rPr>
          <w:rFonts w:ascii="Tahoma" w:hAnsi="Tahoma" w:cs="Tahoma" w:hint="cs"/>
          <w:rtl/>
        </w:rPr>
        <w:t>ی‌ی</w:t>
      </w:r>
      <w:r w:rsidRPr="00841F4D">
        <w:rPr>
          <w:rFonts w:ascii="Tahoma" w:hAnsi="Tahoma" w:cs="Tahoma" w:hint="eastAsia"/>
          <w:rtl/>
        </w:rPr>
        <w:t>ابد</w:t>
      </w:r>
      <w:r w:rsidRPr="00841F4D">
        <w:rPr>
          <w:rFonts w:ascii="Tahoma" w:hAnsi="Tahoma" w:cs="Tahoma"/>
          <w:rtl/>
        </w:rPr>
        <w:t xml:space="preserve"> و مرز م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ان</w:t>
      </w:r>
      <w:r w:rsidRPr="00841F4D">
        <w:rPr>
          <w:rFonts w:ascii="Tahoma" w:hAnsi="Tahoma" w:cs="Tahoma"/>
          <w:rtl/>
        </w:rPr>
        <w:t xml:space="preserve"> فرمان شاه، کار د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وان</w:t>
      </w:r>
      <w:r w:rsidRPr="00841F4D">
        <w:rPr>
          <w:rFonts w:ascii="Tahoma" w:hAnsi="Tahoma" w:cs="Tahoma"/>
          <w:rtl/>
        </w:rPr>
        <w:t xml:space="preserve"> و حکم شرع کجاست. از هم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ن‌جا</w:t>
      </w:r>
      <w:r w:rsidRPr="00841F4D">
        <w:rPr>
          <w:rFonts w:ascii="Tahoma" w:hAnsi="Tahoma" w:cs="Tahoma"/>
          <w:rtl/>
        </w:rPr>
        <w:t xml:space="preserve"> ساختن دستگاه د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ن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حکومت آغاز شد؛ دستگاه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که مقام‌ها</w:t>
      </w:r>
      <w:r w:rsidRPr="00841F4D">
        <w:rPr>
          <w:rFonts w:ascii="Tahoma" w:hAnsi="Tahoma" w:cs="Tahoma" w:hint="cs"/>
          <w:rtl/>
        </w:rPr>
        <w:t>یی</w:t>
      </w:r>
      <w:r w:rsidRPr="00841F4D">
        <w:rPr>
          <w:rFonts w:ascii="Tahoma" w:hAnsi="Tahoma" w:cs="Tahoma"/>
          <w:rtl/>
        </w:rPr>
        <w:t xml:space="preserve"> چون صدر، ش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خ‌الاسلام،</w:t>
      </w:r>
      <w:r w:rsidRPr="00841F4D">
        <w:rPr>
          <w:rFonts w:ascii="Tahoma" w:hAnsi="Tahoma" w:cs="Tahoma"/>
          <w:rtl/>
        </w:rPr>
        <w:t xml:space="preserve"> قاض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،</w:t>
      </w:r>
      <w:r w:rsidRPr="00841F4D">
        <w:rPr>
          <w:rFonts w:ascii="Tahoma" w:hAnsi="Tahoma" w:cs="Tahoma"/>
          <w:rtl/>
        </w:rPr>
        <w:t xml:space="preserve"> محتسب و سرانجام ملاباش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/>
          <w:rtl/>
        </w:rPr>
        <w:t xml:space="preserve"> را در کنار تاج، قشون و د</w:t>
      </w:r>
      <w:r w:rsidRPr="00841F4D">
        <w:rPr>
          <w:rFonts w:ascii="Tahoma" w:hAnsi="Tahoma" w:cs="Tahoma" w:hint="cs"/>
          <w:rtl/>
        </w:rPr>
        <w:t>ی</w:t>
      </w:r>
      <w:r w:rsidRPr="00841F4D">
        <w:rPr>
          <w:rFonts w:ascii="Tahoma" w:hAnsi="Tahoma" w:cs="Tahoma" w:hint="eastAsia"/>
          <w:rtl/>
        </w:rPr>
        <w:t>وان</w:t>
      </w:r>
      <w:r w:rsidRPr="00841F4D">
        <w:rPr>
          <w:rFonts w:ascii="Tahoma" w:hAnsi="Tahoma" w:cs="Tahoma"/>
          <w:rtl/>
        </w:rPr>
        <w:t xml:space="preserve"> قرار داد.</w:t>
      </w:r>
    </w:p>
    <w:p w:rsidR="00841F4D" w:rsidRPr="003D1BAB" w:rsidRDefault="00841F4D" w:rsidP="00775B70">
      <w:pPr>
        <w:keepNext/>
        <w:pageBreakBefore/>
        <w:bidi/>
        <w:spacing w:after="0" w:line="360" w:lineRule="auto"/>
        <w:jc w:val="center"/>
        <w:rPr>
          <w:rFonts w:asciiTheme="majorBidi" w:hAnsiTheme="majorBidi" w:cstheme="majorBidi"/>
          <w:b/>
          <w:bCs/>
          <w:sz w:val="36"/>
          <w:szCs w:val="36"/>
          <w:rtl/>
        </w:rPr>
      </w:pPr>
      <w:bookmarkStart w:id="7" w:name="Vol1Chapter05"/>
      <w:bookmarkEnd w:id="7"/>
      <w:r w:rsidRPr="003D1BAB">
        <w:rPr>
          <w:rFonts w:asciiTheme="majorBidi" w:hAnsiTheme="majorBidi" w:cstheme="majorBidi"/>
          <w:b/>
          <w:bCs/>
          <w:sz w:val="36"/>
          <w:szCs w:val="36"/>
          <w:rtl/>
        </w:rPr>
        <w:t>فصل پنجم</w:t>
      </w:r>
    </w:p>
    <w:p w:rsidR="00775B70" w:rsidRPr="003D1BAB" w:rsidRDefault="00775B70" w:rsidP="00775B70">
      <w:pPr>
        <w:keepNext/>
        <w:bidi/>
        <w:spacing w:after="240" w:line="360" w:lineRule="auto"/>
        <w:jc w:val="center"/>
        <w:rPr>
          <w:rFonts w:asciiTheme="majorBidi" w:hAnsiTheme="majorBidi" w:cstheme="majorBidi"/>
          <w:b/>
          <w:bCs/>
          <w:sz w:val="36"/>
          <w:szCs w:val="36"/>
          <w:rtl/>
          <w:lang w:bidi="fa-IR"/>
        </w:rPr>
      </w:pPr>
      <w:r w:rsidRPr="003D1BAB">
        <w:rPr>
          <w:rFonts w:asciiTheme="majorBidi" w:hAnsiTheme="majorBidi" w:cstheme="majorBidi"/>
          <w:b/>
          <w:bCs/>
          <w:sz w:val="36"/>
          <w:szCs w:val="36"/>
          <w:rtl/>
        </w:rPr>
        <w:t>ساختن دستگاه دینی حکومت</w:t>
      </w:r>
    </w:p>
    <w:p w:rsidR="00775B70" w:rsidRPr="00775B70" w:rsidRDefault="00775B70" w:rsidP="00775B7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75B70">
        <w:rPr>
          <w:rFonts w:ascii="Tahoma" w:hAnsi="Tahoma" w:cs="Tahoma" w:hint="eastAsia"/>
          <w:rtl/>
        </w:rPr>
        <w:t>ورود</w:t>
      </w:r>
      <w:r w:rsidRPr="00775B70">
        <w:rPr>
          <w:rFonts w:ascii="Tahoma" w:hAnsi="Tahoma" w:cs="Tahoma"/>
          <w:rtl/>
        </w:rPr>
        <w:t xml:space="preserve"> د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نکاران</w:t>
      </w:r>
      <w:r w:rsidRPr="00775B70">
        <w:rPr>
          <w:rFonts w:ascii="Tahoma" w:hAnsi="Tahoma" w:cs="Tahoma"/>
          <w:rtl/>
        </w:rPr>
        <w:t xml:space="preserve"> دوازده‌امام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به ا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ران،</w:t>
      </w:r>
      <w:r w:rsidRPr="00775B70">
        <w:rPr>
          <w:rFonts w:ascii="Tahoma" w:hAnsi="Tahoma" w:cs="Tahoma"/>
          <w:rtl/>
        </w:rPr>
        <w:t xml:space="preserve"> به‌خود</w:t>
      </w:r>
      <w:r w:rsidRPr="00775B70">
        <w:rPr>
          <w:rFonts w:ascii="Tahoma" w:hAnsi="Tahoma" w:cs="Tahoma" w:hint="cs"/>
          <w:rtl/>
        </w:rPr>
        <w:t>ی‌</w:t>
      </w:r>
      <w:r w:rsidRPr="00775B70">
        <w:rPr>
          <w:rFonts w:ascii="Tahoma" w:hAnsi="Tahoma" w:cs="Tahoma" w:hint="eastAsia"/>
          <w:rtl/>
        </w:rPr>
        <w:t>خود</w:t>
      </w:r>
      <w:r w:rsidRPr="00775B70">
        <w:rPr>
          <w:rFonts w:ascii="Tahoma" w:hAnsi="Tahoma" w:cs="Tahoma"/>
          <w:rtl/>
        </w:rPr>
        <w:t xml:space="preserve"> دستگاه د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ن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حکومت را پد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د</w:t>
      </w:r>
      <w:r w:rsidRPr="00775B70">
        <w:rPr>
          <w:rFonts w:ascii="Tahoma" w:hAnsi="Tahoma" w:cs="Tahoma"/>
          <w:rtl/>
        </w:rPr>
        <w:t xml:space="preserve"> نم</w:t>
      </w:r>
      <w:r w:rsidRPr="00775B70">
        <w:rPr>
          <w:rFonts w:ascii="Tahoma" w:hAnsi="Tahoma" w:cs="Tahoma" w:hint="cs"/>
          <w:rtl/>
        </w:rPr>
        <w:t>ی‌</w:t>
      </w:r>
      <w:r w:rsidRPr="00775B70">
        <w:rPr>
          <w:rFonts w:ascii="Tahoma" w:hAnsi="Tahoma" w:cs="Tahoma" w:hint="eastAsia"/>
          <w:rtl/>
        </w:rPr>
        <w:t>آورد</w:t>
      </w:r>
      <w:r w:rsidRPr="00775B70">
        <w:rPr>
          <w:rFonts w:ascii="Tahoma" w:hAnsi="Tahoma" w:cs="Tahoma"/>
          <w:rtl/>
        </w:rPr>
        <w:t>. فق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ه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که از جبل عامل، عراق، بحر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ن</w:t>
      </w:r>
      <w:r w:rsidRPr="00775B70">
        <w:rPr>
          <w:rFonts w:ascii="Tahoma" w:hAnsi="Tahoma" w:cs="Tahoma"/>
          <w:rtl/>
        </w:rPr>
        <w:t xml:space="preserve"> 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ا</w:t>
      </w:r>
      <w:r w:rsidRPr="00775B70">
        <w:rPr>
          <w:rFonts w:ascii="Tahoma" w:hAnsi="Tahoma" w:cs="Tahoma"/>
          <w:rtl/>
        </w:rPr>
        <w:t xml:space="preserve"> احساء به ا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ران</w:t>
      </w:r>
      <w:r w:rsidRPr="00775B70">
        <w:rPr>
          <w:rFonts w:ascii="Tahoma" w:hAnsi="Tahoma" w:cs="Tahoma"/>
          <w:rtl/>
        </w:rPr>
        <w:t xml:space="preserve"> م</w:t>
      </w:r>
      <w:r w:rsidRPr="00775B70">
        <w:rPr>
          <w:rFonts w:ascii="Tahoma" w:hAnsi="Tahoma" w:cs="Tahoma" w:hint="cs"/>
          <w:rtl/>
        </w:rPr>
        <w:t>ی‌</w:t>
      </w:r>
      <w:r w:rsidRPr="00775B70">
        <w:rPr>
          <w:rFonts w:ascii="Tahoma" w:hAnsi="Tahoma" w:cs="Tahoma" w:hint="eastAsia"/>
          <w:rtl/>
        </w:rPr>
        <w:t>آمد،</w:t>
      </w:r>
      <w:r w:rsidRPr="00775B70">
        <w:rPr>
          <w:rFonts w:ascii="Tahoma" w:hAnsi="Tahoma" w:cs="Tahoma"/>
          <w:rtl/>
        </w:rPr>
        <w:t xml:space="preserve"> ممکن بود کتاب بنو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سد،</w:t>
      </w:r>
      <w:r w:rsidRPr="00775B70">
        <w:rPr>
          <w:rFonts w:ascii="Tahoma" w:hAnsi="Tahoma" w:cs="Tahoma"/>
          <w:rtl/>
        </w:rPr>
        <w:t xml:space="preserve"> شاگرد ترب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ت</w:t>
      </w:r>
      <w:r w:rsidRPr="00775B70">
        <w:rPr>
          <w:rFonts w:ascii="Tahoma" w:hAnsi="Tahoma" w:cs="Tahoma"/>
          <w:rtl/>
        </w:rPr>
        <w:t xml:space="preserve"> کند 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ا</w:t>
      </w:r>
      <w:r w:rsidRPr="00775B70">
        <w:rPr>
          <w:rFonts w:ascii="Tahoma" w:hAnsi="Tahoma" w:cs="Tahoma"/>
          <w:rtl/>
        </w:rPr>
        <w:t xml:space="preserve"> در دربار مورد احترام قرار گ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رد؛</w:t>
      </w:r>
      <w:r w:rsidRPr="00775B70">
        <w:rPr>
          <w:rFonts w:ascii="Tahoma" w:hAnsi="Tahoma" w:cs="Tahoma"/>
          <w:rtl/>
        </w:rPr>
        <w:t xml:space="preserve"> اما تا هنگام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که جا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گاه</w:t>
      </w:r>
      <w:r w:rsidRPr="00775B70">
        <w:rPr>
          <w:rFonts w:ascii="Tahoma" w:hAnsi="Tahoma" w:cs="Tahoma"/>
          <w:rtl/>
        </w:rPr>
        <w:t xml:space="preserve"> او به مقام، وظ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فه،</w:t>
      </w:r>
      <w:r w:rsidRPr="00775B70">
        <w:rPr>
          <w:rFonts w:ascii="Tahoma" w:hAnsi="Tahoma" w:cs="Tahoma"/>
          <w:rtl/>
        </w:rPr>
        <w:t xml:space="preserve"> درآمد و حوزهٔ اخت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ار</w:t>
      </w:r>
      <w:r w:rsidRPr="00775B70">
        <w:rPr>
          <w:rFonts w:ascii="Tahoma" w:hAnsi="Tahoma" w:cs="Tahoma"/>
          <w:rtl/>
        </w:rPr>
        <w:t xml:space="preserve"> تبد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ل</w:t>
      </w:r>
      <w:r w:rsidRPr="00775B70">
        <w:rPr>
          <w:rFonts w:ascii="Tahoma" w:hAnsi="Tahoma" w:cs="Tahoma"/>
          <w:rtl/>
        </w:rPr>
        <w:t xml:space="preserve"> نم</w:t>
      </w:r>
      <w:r w:rsidRPr="00775B70">
        <w:rPr>
          <w:rFonts w:ascii="Tahoma" w:hAnsi="Tahoma" w:cs="Tahoma" w:hint="cs"/>
          <w:rtl/>
        </w:rPr>
        <w:t>ی‌</w:t>
      </w:r>
      <w:r w:rsidRPr="00775B70">
        <w:rPr>
          <w:rFonts w:ascii="Tahoma" w:hAnsi="Tahoma" w:cs="Tahoma" w:hint="eastAsia"/>
          <w:rtl/>
        </w:rPr>
        <w:t>شد،</w:t>
      </w:r>
      <w:r w:rsidRPr="00775B70">
        <w:rPr>
          <w:rFonts w:ascii="Tahoma" w:hAnsi="Tahoma" w:cs="Tahoma"/>
          <w:rtl/>
        </w:rPr>
        <w:t xml:space="preserve"> حضورش به بخش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پا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دار</w:t>
      </w:r>
      <w:r w:rsidRPr="00775B70">
        <w:rPr>
          <w:rFonts w:ascii="Tahoma" w:hAnsi="Tahoma" w:cs="Tahoma"/>
          <w:rtl/>
        </w:rPr>
        <w:t xml:space="preserve"> از کشوردار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بدل نم</w:t>
      </w:r>
      <w:r w:rsidRPr="00775B70">
        <w:rPr>
          <w:rFonts w:ascii="Tahoma" w:hAnsi="Tahoma" w:cs="Tahoma" w:hint="cs"/>
          <w:rtl/>
        </w:rPr>
        <w:t>ی‌</w:t>
      </w:r>
      <w:r w:rsidRPr="00775B70">
        <w:rPr>
          <w:rFonts w:ascii="Tahoma" w:hAnsi="Tahoma" w:cs="Tahoma" w:hint="eastAsia"/>
          <w:rtl/>
        </w:rPr>
        <w:t>گرد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د</w:t>
      </w:r>
      <w:r w:rsidRPr="00775B70">
        <w:rPr>
          <w:rFonts w:ascii="Tahoma" w:hAnsi="Tahoma" w:cs="Tahoma"/>
          <w:rtl/>
        </w:rPr>
        <w:t>.</w:t>
      </w:r>
    </w:p>
    <w:p w:rsidR="00775B70" w:rsidRPr="00775B70" w:rsidRDefault="00775B70" w:rsidP="00775B7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75B70">
        <w:rPr>
          <w:rFonts w:ascii="Tahoma" w:hAnsi="Tahoma" w:cs="Tahoma" w:hint="eastAsia"/>
          <w:rtl/>
        </w:rPr>
        <w:t>حکومت</w:t>
      </w:r>
      <w:r w:rsidRPr="00775B70">
        <w:rPr>
          <w:rFonts w:ascii="Tahoma" w:hAnsi="Tahoma" w:cs="Tahoma"/>
          <w:rtl/>
        </w:rPr>
        <w:t xml:space="preserve"> صفو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برا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رسم</w:t>
      </w:r>
      <w:r w:rsidRPr="00775B70">
        <w:rPr>
          <w:rFonts w:ascii="Tahoma" w:hAnsi="Tahoma" w:cs="Tahoma" w:hint="cs"/>
          <w:rtl/>
        </w:rPr>
        <w:t>ی‌</w:t>
      </w:r>
      <w:r w:rsidRPr="00775B70">
        <w:rPr>
          <w:rFonts w:ascii="Tahoma" w:hAnsi="Tahoma" w:cs="Tahoma" w:hint="eastAsia"/>
          <w:rtl/>
        </w:rPr>
        <w:t>کردن</w:t>
      </w:r>
      <w:r w:rsidRPr="00775B70">
        <w:rPr>
          <w:rFonts w:ascii="Tahoma" w:hAnsi="Tahoma" w:cs="Tahoma"/>
          <w:rtl/>
        </w:rPr>
        <w:t xml:space="preserve"> تش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ع</w:t>
      </w:r>
      <w:r w:rsidRPr="00775B70">
        <w:rPr>
          <w:rFonts w:ascii="Tahoma" w:hAnsi="Tahoma" w:cs="Tahoma"/>
          <w:rtl/>
        </w:rPr>
        <w:t xml:space="preserve"> فقط به عالمان مذهب ن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از</w:t>
      </w:r>
      <w:r w:rsidRPr="00775B70">
        <w:rPr>
          <w:rFonts w:ascii="Tahoma" w:hAnsi="Tahoma" w:cs="Tahoma"/>
          <w:rtl/>
        </w:rPr>
        <w:t xml:space="preserve"> نداشت؛ با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د</w:t>
      </w:r>
      <w:r w:rsidRPr="00775B70">
        <w:rPr>
          <w:rFonts w:ascii="Tahoma" w:hAnsi="Tahoma" w:cs="Tahoma"/>
          <w:rtl/>
        </w:rPr>
        <w:t xml:space="preserve"> م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ان</w:t>
      </w:r>
      <w:r w:rsidRPr="00775B70">
        <w:rPr>
          <w:rFonts w:ascii="Tahoma" w:hAnsi="Tahoma" w:cs="Tahoma"/>
          <w:rtl/>
        </w:rPr>
        <w:t xml:space="preserve"> آنان و قشون، د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وان،</w:t>
      </w:r>
      <w:r w:rsidRPr="00775B70">
        <w:rPr>
          <w:rFonts w:ascii="Tahoma" w:hAnsi="Tahoma" w:cs="Tahoma"/>
          <w:rtl/>
        </w:rPr>
        <w:t xml:space="preserve"> شهرها و مردم رابطه‌ا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سازمان‌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افته</w:t>
      </w:r>
      <w:r w:rsidRPr="00775B70">
        <w:rPr>
          <w:rFonts w:ascii="Tahoma" w:hAnsi="Tahoma" w:cs="Tahoma"/>
          <w:rtl/>
        </w:rPr>
        <w:t xml:space="preserve"> برقرار م</w:t>
      </w:r>
      <w:r w:rsidRPr="00775B70">
        <w:rPr>
          <w:rFonts w:ascii="Tahoma" w:hAnsi="Tahoma" w:cs="Tahoma" w:hint="cs"/>
          <w:rtl/>
        </w:rPr>
        <w:t>ی‌</w:t>
      </w:r>
      <w:r w:rsidRPr="00775B70">
        <w:rPr>
          <w:rFonts w:ascii="Tahoma" w:hAnsi="Tahoma" w:cs="Tahoma" w:hint="eastAsia"/>
          <w:rtl/>
        </w:rPr>
        <w:t>کرد</w:t>
      </w:r>
      <w:r w:rsidRPr="00775B70">
        <w:rPr>
          <w:rFonts w:ascii="Tahoma" w:hAnsi="Tahoma" w:cs="Tahoma"/>
          <w:rtl/>
        </w:rPr>
        <w:t>. با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د</w:t>
      </w:r>
      <w:r w:rsidRPr="00775B70">
        <w:rPr>
          <w:rFonts w:ascii="Tahoma" w:hAnsi="Tahoma" w:cs="Tahoma"/>
          <w:rtl/>
        </w:rPr>
        <w:t xml:space="preserve"> معلوم م</w:t>
      </w:r>
      <w:r w:rsidRPr="00775B70">
        <w:rPr>
          <w:rFonts w:ascii="Tahoma" w:hAnsi="Tahoma" w:cs="Tahoma" w:hint="cs"/>
          <w:rtl/>
        </w:rPr>
        <w:t>ی‌</w:t>
      </w:r>
      <w:r w:rsidRPr="00775B70">
        <w:rPr>
          <w:rFonts w:ascii="Tahoma" w:hAnsi="Tahoma" w:cs="Tahoma" w:hint="eastAsia"/>
          <w:rtl/>
        </w:rPr>
        <w:t>شد</w:t>
      </w:r>
      <w:r w:rsidRPr="00775B70">
        <w:rPr>
          <w:rFonts w:ascii="Tahoma" w:hAnsi="Tahoma" w:cs="Tahoma"/>
          <w:rtl/>
        </w:rPr>
        <w:t xml:space="preserve"> چه کس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د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نکاران</w:t>
      </w:r>
      <w:r w:rsidRPr="00775B70">
        <w:rPr>
          <w:rFonts w:ascii="Tahoma" w:hAnsi="Tahoma" w:cs="Tahoma"/>
          <w:rtl/>
        </w:rPr>
        <w:t xml:space="preserve"> را به مقام‌ها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مختلف م</w:t>
      </w:r>
      <w:r w:rsidRPr="00775B70">
        <w:rPr>
          <w:rFonts w:ascii="Tahoma" w:hAnsi="Tahoma" w:cs="Tahoma" w:hint="cs"/>
          <w:rtl/>
        </w:rPr>
        <w:t>ی‌</w:t>
      </w:r>
      <w:r w:rsidRPr="00775B70">
        <w:rPr>
          <w:rFonts w:ascii="Tahoma" w:hAnsi="Tahoma" w:cs="Tahoma" w:hint="eastAsia"/>
          <w:rtl/>
        </w:rPr>
        <w:t>گمارد،</w:t>
      </w:r>
      <w:r w:rsidRPr="00775B70">
        <w:rPr>
          <w:rFonts w:ascii="Tahoma" w:hAnsi="Tahoma" w:cs="Tahoma"/>
          <w:rtl/>
        </w:rPr>
        <w:t xml:space="preserve"> قاض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ان</w:t>
      </w:r>
      <w:r w:rsidRPr="00775B70">
        <w:rPr>
          <w:rFonts w:ascii="Tahoma" w:hAnsi="Tahoma" w:cs="Tahoma"/>
          <w:rtl/>
        </w:rPr>
        <w:t xml:space="preserve"> بر پا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هٔ</w:t>
      </w:r>
      <w:r w:rsidRPr="00775B70">
        <w:rPr>
          <w:rFonts w:ascii="Tahoma" w:hAnsi="Tahoma" w:cs="Tahoma"/>
          <w:rtl/>
        </w:rPr>
        <w:t xml:space="preserve"> چه قانون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حکم م</w:t>
      </w:r>
      <w:r w:rsidRPr="00775B70">
        <w:rPr>
          <w:rFonts w:ascii="Tahoma" w:hAnsi="Tahoma" w:cs="Tahoma" w:hint="cs"/>
          <w:rtl/>
        </w:rPr>
        <w:t>ی‌</w:t>
      </w:r>
      <w:r w:rsidRPr="00775B70">
        <w:rPr>
          <w:rFonts w:ascii="Tahoma" w:hAnsi="Tahoma" w:cs="Tahoma" w:hint="eastAsia"/>
          <w:rtl/>
        </w:rPr>
        <w:t>دهند،</w:t>
      </w:r>
      <w:r w:rsidRPr="00775B70">
        <w:rPr>
          <w:rFonts w:ascii="Tahoma" w:hAnsi="Tahoma" w:cs="Tahoma"/>
          <w:rtl/>
        </w:rPr>
        <w:t xml:space="preserve"> موقوفات چگو</w:t>
      </w:r>
      <w:r w:rsidRPr="00775B70">
        <w:rPr>
          <w:rFonts w:ascii="Tahoma" w:hAnsi="Tahoma" w:cs="Tahoma" w:hint="eastAsia"/>
          <w:rtl/>
        </w:rPr>
        <w:t>نه</w:t>
      </w:r>
      <w:r w:rsidRPr="00775B70">
        <w:rPr>
          <w:rFonts w:ascii="Tahoma" w:hAnsi="Tahoma" w:cs="Tahoma"/>
          <w:rtl/>
        </w:rPr>
        <w:t xml:space="preserve"> اداره م</w:t>
      </w:r>
      <w:r w:rsidRPr="00775B70">
        <w:rPr>
          <w:rFonts w:ascii="Tahoma" w:hAnsi="Tahoma" w:cs="Tahoma" w:hint="cs"/>
          <w:rtl/>
        </w:rPr>
        <w:t>ی‌</w:t>
      </w:r>
      <w:r w:rsidRPr="00775B70">
        <w:rPr>
          <w:rFonts w:ascii="Tahoma" w:hAnsi="Tahoma" w:cs="Tahoma" w:hint="eastAsia"/>
          <w:rtl/>
        </w:rPr>
        <w:t>شوند،</w:t>
      </w:r>
      <w:r w:rsidRPr="00775B70">
        <w:rPr>
          <w:rFonts w:ascii="Tahoma" w:hAnsi="Tahoma" w:cs="Tahoma"/>
          <w:rtl/>
        </w:rPr>
        <w:t xml:space="preserve"> مدارس از کجا درآمد م</w:t>
      </w:r>
      <w:r w:rsidRPr="00775B70">
        <w:rPr>
          <w:rFonts w:ascii="Tahoma" w:hAnsi="Tahoma" w:cs="Tahoma" w:hint="cs"/>
          <w:rtl/>
        </w:rPr>
        <w:t>ی‌</w:t>
      </w:r>
      <w:r w:rsidRPr="00775B70">
        <w:rPr>
          <w:rFonts w:ascii="Tahoma" w:hAnsi="Tahoma" w:cs="Tahoma" w:hint="eastAsia"/>
          <w:rtl/>
        </w:rPr>
        <w:t>گ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رند</w:t>
      </w:r>
      <w:r w:rsidRPr="00775B70">
        <w:rPr>
          <w:rFonts w:ascii="Tahoma" w:hAnsi="Tahoma" w:cs="Tahoma"/>
          <w:rtl/>
        </w:rPr>
        <w:t xml:space="preserve"> و فرمان مذهب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شاه از چه راه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در سراسر کشور اجرا م</w:t>
      </w:r>
      <w:r w:rsidRPr="00775B70">
        <w:rPr>
          <w:rFonts w:ascii="Tahoma" w:hAnsi="Tahoma" w:cs="Tahoma" w:hint="cs"/>
          <w:rtl/>
        </w:rPr>
        <w:t>ی‌</w:t>
      </w:r>
      <w:r w:rsidRPr="00775B70">
        <w:rPr>
          <w:rFonts w:ascii="Tahoma" w:hAnsi="Tahoma" w:cs="Tahoma" w:hint="eastAsia"/>
          <w:rtl/>
        </w:rPr>
        <w:t>شود</w:t>
      </w:r>
      <w:r w:rsidRPr="00775B70">
        <w:rPr>
          <w:rFonts w:ascii="Tahoma" w:hAnsi="Tahoma" w:cs="Tahoma"/>
          <w:rtl/>
        </w:rPr>
        <w:t>.</w:t>
      </w:r>
    </w:p>
    <w:p w:rsidR="00775B70" w:rsidRPr="00775B70" w:rsidRDefault="00775B70" w:rsidP="00775B7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75B70">
        <w:rPr>
          <w:rFonts w:ascii="Tahoma" w:hAnsi="Tahoma" w:cs="Tahoma" w:hint="eastAsia"/>
          <w:rtl/>
        </w:rPr>
        <w:t>ا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ن</w:t>
      </w:r>
      <w:r w:rsidRPr="00775B70">
        <w:rPr>
          <w:rFonts w:ascii="Tahoma" w:hAnsi="Tahoma" w:cs="Tahoma"/>
          <w:rtl/>
        </w:rPr>
        <w:t xml:space="preserve"> ضرورت، دستگاه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را پد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د</w:t>
      </w:r>
      <w:r w:rsidRPr="00775B70">
        <w:rPr>
          <w:rFonts w:ascii="Tahoma" w:hAnsi="Tahoma" w:cs="Tahoma"/>
          <w:rtl/>
        </w:rPr>
        <w:t xml:space="preserve"> آورد که به‌تدر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ج</w:t>
      </w:r>
      <w:r w:rsidRPr="00775B70">
        <w:rPr>
          <w:rFonts w:ascii="Tahoma" w:hAnsi="Tahoma" w:cs="Tahoma"/>
          <w:rtl/>
        </w:rPr>
        <w:t xml:space="preserve"> در کنار دربار، قشون و د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وان</w:t>
      </w:r>
      <w:r w:rsidRPr="00775B70">
        <w:rPr>
          <w:rFonts w:ascii="Tahoma" w:hAnsi="Tahoma" w:cs="Tahoma"/>
          <w:rtl/>
        </w:rPr>
        <w:t xml:space="preserve"> جا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گرفت. ا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ن</w:t>
      </w:r>
      <w:r w:rsidRPr="00775B70">
        <w:rPr>
          <w:rFonts w:ascii="Tahoma" w:hAnsi="Tahoma" w:cs="Tahoma"/>
          <w:rtl/>
        </w:rPr>
        <w:t xml:space="preserve"> دستگاه از همان آغاز کامل و 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کدست</w:t>
      </w:r>
      <w:r w:rsidRPr="00775B70">
        <w:rPr>
          <w:rFonts w:ascii="Tahoma" w:hAnsi="Tahoma" w:cs="Tahoma"/>
          <w:rtl/>
        </w:rPr>
        <w:t xml:space="preserve"> نبود. مقام‌ها، عنوان‌ها و حدود اخت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ار</w:t>
      </w:r>
      <w:r w:rsidRPr="00775B70">
        <w:rPr>
          <w:rFonts w:ascii="Tahoma" w:hAnsi="Tahoma" w:cs="Tahoma"/>
          <w:rtl/>
        </w:rPr>
        <w:t xml:space="preserve"> صاحبان آنها در دوره‌ها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مختلف صفو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تغ</w:t>
      </w:r>
      <w:r w:rsidRPr="00775B70">
        <w:rPr>
          <w:rFonts w:ascii="Tahoma" w:hAnsi="Tahoma" w:cs="Tahoma" w:hint="cs"/>
          <w:rtl/>
        </w:rPr>
        <w:t>یی</w:t>
      </w:r>
      <w:r w:rsidRPr="00775B70">
        <w:rPr>
          <w:rFonts w:ascii="Tahoma" w:hAnsi="Tahoma" w:cs="Tahoma" w:hint="eastAsia"/>
          <w:rtl/>
        </w:rPr>
        <w:t>ر</w:t>
      </w:r>
      <w:r w:rsidRPr="00775B70">
        <w:rPr>
          <w:rFonts w:ascii="Tahoma" w:hAnsi="Tahoma" w:cs="Tahoma"/>
          <w:rtl/>
        </w:rPr>
        <w:t xml:space="preserve"> کردند. گاه 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ک</w:t>
      </w:r>
      <w:r w:rsidRPr="00775B70">
        <w:rPr>
          <w:rFonts w:ascii="Tahoma" w:hAnsi="Tahoma" w:cs="Tahoma"/>
          <w:rtl/>
        </w:rPr>
        <w:t xml:space="preserve"> مقام ن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رومندتر</w:t>
      </w:r>
      <w:r w:rsidRPr="00775B70">
        <w:rPr>
          <w:rFonts w:ascii="Tahoma" w:hAnsi="Tahoma" w:cs="Tahoma"/>
          <w:rtl/>
        </w:rPr>
        <w:t xml:space="preserve"> شد و گاه وظا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فش</w:t>
      </w:r>
      <w:r w:rsidRPr="00775B70">
        <w:rPr>
          <w:rFonts w:ascii="Tahoma" w:hAnsi="Tahoma" w:cs="Tahoma"/>
          <w:rtl/>
        </w:rPr>
        <w:t xml:space="preserve"> م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ان</w:t>
      </w:r>
      <w:r w:rsidRPr="00775B70">
        <w:rPr>
          <w:rFonts w:ascii="Tahoma" w:hAnsi="Tahoma" w:cs="Tahoma"/>
          <w:rtl/>
        </w:rPr>
        <w:t xml:space="preserve"> چند نفر </w:t>
      </w:r>
      <w:r w:rsidRPr="00775B70">
        <w:rPr>
          <w:rFonts w:ascii="Tahoma" w:hAnsi="Tahoma" w:cs="Tahoma" w:hint="eastAsia"/>
          <w:rtl/>
        </w:rPr>
        <w:t>تقس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م</w:t>
      </w:r>
      <w:r w:rsidRPr="00775B70">
        <w:rPr>
          <w:rFonts w:ascii="Tahoma" w:hAnsi="Tahoma" w:cs="Tahoma"/>
          <w:rtl/>
        </w:rPr>
        <w:t xml:space="preserve"> گرد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د</w:t>
      </w:r>
      <w:r w:rsidRPr="00775B70">
        <w:rPr>
          <w:rFonts w:ascii="Tahoma" w:hAnsi="Tahoma" w:cs="Tahoma"/>
          <w:rtl/>
        </w:rPr>
        <w:t>. نفوذ هر صاحب‌منصب ن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ز</w:t>
      </w:r>
      <w:r w:rsidRPr="00775B70">
        <w:rPr>
          <w:rFonts w:ascii="Tahoma" w:hAnsi="Tahoma" w:cs="Tahoma"/>
          <w:rtl/>
        </w:rPr>
        <w:t xml:space="preserve"> فقط به عنوان رسم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او وابسته نبود؛ نزد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ک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به شاه، دانش د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ن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،</w:t>
      </w:r>
      <w:r w:rsidRPr="00775B70">
        <w:rPr>
          <w:rFonts w:ascii="Tahoma" w:hAnsi="Tahoma" w:cs="Tahoma"/>
          <w:rtl/>
        </w:rPr>
        <w:t xml:space="preserve"> اعتبار اجتماع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،</w:t>
      </w:r>
      <w:r w:rsidRPr="00775B70">
        <w:rPr>
          <w:rFonts w:ascii="Tahoma" w:hAnsi="Tahoma" w:cs="Tahoma"/>
          <w:rtl/>
        </w:rPr>
        <w:t xml:space="preserve"> پ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وند</w:t>
      </w:r>
      <w:r w:rsidRPr="00775B70">
        <w:rPr>
          <w:rFonts w:ascii="Tahoma" w:hAnsi="Tahoma" w:cs="Tahoma"/>
          <w:rtl/>
        </w:rPr>
        <w:t xml:space="preserve"> خانوادگ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و رابطه با د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وان</w:t>
      </w:r>
      <w:r w:rsidRPr="00775B70">
        <w:rPr>
          <w:rFonts w:ascii="Tahoma" w:hAnsi="Tahoma" w:cs="Tahoma"/>
          <w:rtl/>
        </w:rPr>
        <w:t xml:space="preserve"> و دربار م</w:t>
      </w:r>
      <w:r w:rsidRPr="00775B70">
        <w:rPr>
          <w:rFonts w:ascii="Tahoma" w:hAnsi="Tahoma" w:cs="Tahoma" w:hint="cs"/>
          <w:rtl/>
        </w:rPr>
        <w:t>ی‌</w:t>
      </w:r>
      <w:r w:rsidRPr="00775B70">
        <w:rPr>
          <w:rFonts w:ascii="Tahoma" w:hAnsi="Tahoma" w:cs="Tahoma" w:hint="eastAsia"/>
          <w:rtl/>
        </w:rPr>
        <w:t>توانست</w:t>
      </w:r>
      <w:r w:rsidRPr="00775B70">
        <w:rPr>
          <w:rFonts w:ascii="Tahoma" w:hAnsi="Tahoma" w:cs="Tahoma"/>
          <w:rtl/>
        </w:rPr>
        <w:t xml:space="preserve"> قدرت واقع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او را افزا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ش</w:t>
      </w:r>
      <w:r w:rsidRPr="00775B70">
        <w:rPr>
          <w:rFonts w:ascii="Tahoma" w:hAnsi="Tahoma" w:cs="Tahoma"/>
          <w:rtl/>
        </w:rPr>
        <w:t xml:space="preserve"> 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ا</w:t>
      </w:r>
      <w:r w:rsidRPr="00775B70">
        <w:rPr>
          <w:rFonts w:ascii="Tahoma" w:hAnsi="Tahoma" w:cs="Tahoma"/>
          <w:rtl/>
        </w:rPr>
        <w:t xml:space="preserve"> کاهش دهد.</w:t>
      </w:r>
    </w:p>
    <w:p w:rsidR="00775B70" w:rsidRPr="00775B70" w:rsidRDefault="00775B70" w:rsidP="00775B7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75B70">
        <w:rPr>
          <w:rFonts w:ascii="Tahoma" w:hAnsi="Tahoma" w:cs="Tahoma" w:hint="eastAsia"/>
          <w:rtl/>
        </w:rPr>
        <w:t>باا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ن‌همه،</w:t>
      </w:r>
      <w:r w:rsidRPr="00775B70">
        <w:rPr>
          <w:rFonts w:ascii="Tahoma" w:hAnsi="Tahoma" w:cs="Tahoma"/>
          <w:rtl/>
        </w:rPr>
        <w:t xml:space="preserve"> جهت کل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دگرگون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روشن بود. مذهب رسم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از مجموعه‌ا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از فرمان‌ها و مراسم به دستگاه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تبد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ل</w:t>
      </w:r>
      <w:r w:rsidRPr="00775B70">
        <w:rPr>
          <w:rFonts w:ascii="Tahoma" w:hAnsi="Tahoma" w:cs="Tahoma"/>
          <w:rtl/>
        </w:rPr>
        <w:t xml:space="preserve"> م</w:t>
      </w:r>
      <w:r w:rsidRPr="00775B70">
        <w:rPr>
          <w:rFonts w:ascii="Tahoma" w:hAnsi="Tahoma" w:cs="Tahoma" w:hint="cs"/>
          <w:rtl/>
        </w:rPr>
        <w:t>ی‌</w:t>
      </w:r>
      <w:r w:rsidRPr="00775B70">
        <w:rPr>
          <w:rFonts w:ascii="Tahoma" w:hAnsi="Tahoma" w:cs="Tahoma" w:hint="eastAsia"/>
          <w:rtl/>
        </w:rPr>
        <w:t>شد</w:t>
      </w:r>
      <w:r w:rsidRPr="00775B70">
        <w:rPr>
          <w:rFonts w:ascii="Tahoma" w:hAnsi="Tahoma" w:cs="Tahoma"/>
          <w:rtl/>
        </w:rPr>
        <w:t xml:space="preserve"> که کارگزار، درآمد، مدرسه، محکمه و سلسله‌ا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از مقام‌ها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شناخته‌شده داشت. تش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ع</w:t>
      </w:r>
      <w:r w:rsidRPr="00775B70">
        <w:rPr>
          <w:rFonts w:ascii="Tahoma" w:hAnsi="Tahoma" w:cs="Tahoma"/>
          <w:rtl/>
        </w:rPr>
        <w:t xml:space="preserve"> د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گر</w:t>
      </w:r>
      <w:r w:rsidRPr="00775B70">
        <w:rPr>
          <w:rFonts w:ascii="Tahoma" w:hAnsi="Tahoma" w:cs="Tahoma"/>
          <w:rtl/>
        </w:rPr>
        <w:t xml:space="preserve"> فقط اعتقاد شاه و قزلباشان نبود؛ در ساختمان حکومت جا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م</w:t>
      </w:r>
      <w:r w:rsidRPr="00775B70">
        <w:rPr>
          <w:rFonts w:ascii="Tahoma" w:hAnsi="Tahoma" w:cs="Tahoma" w:hint="cs"/>
          <w:rtl/>
        </w:rPr>
        <w:t>ی‌</w:t>
      </w:r>
      <w:r w:rsidRPr="00775B70">
        <w:rPr>
          <w:rFonts w:ascii="Tahoma" w:hAnsi="Tahoma" w:cs="Tahoma" w:hint="eastAsia"/>
          <w:rtl/>
        </w:rPr>
        <w:t>گرفت</w:t>
      </w:r>
      <w:r w:rsidRPr="00775B70">
        <w:rPr>
          <w:rFonts w:ascii="Tahoma" w:hAnsi="Tahoma" w:cs="Tahoma"/>
          <w:rtl/>
        </w:rPr>
        <w:t>.</w:t>
      </w:r>
    </w:p>
    <w:p w:rsidR="00775B70" w:rsidRPr="00775B70" w:rsidRDefault="00775B70" w:rsidP="00775B7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ک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از مهم‌تر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ن</w:t>
      </w:r>
      <w:r w:rsidRPr="00775B70">
        <w:rPr>
          <w:rFonts w:ascii="Tahoma" w:hAnsi="Tahoma" w:cs="Tahoma"/>
          <w:rtl/>
        </w:rPr>
        <w:t xml:space="preserve"> مقام‌ها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ا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ن</w:t>
      </w:r>
      <w:r w:rsidRPr="00775B70">
        <w:rPr>
          <w:rFonts w:ascii="Tahoma" w:hAnsi="Tahoma" w:cs="Tahoma"/>
          <w:rtl/>
        </w:rPr>
        <w:t xml:space="preserve"> دستگاه، «صدر» بود. عنوان صدر پ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ش</w:t>
      </w:r>
      <w:r w:rsidRPr="00775B70">
        <w:rPr>
          <w:rFonts w:ascii="Tahoma" w:hAnsi="Tahoma" w:cs="Tahoma"/>
          <w:rtl/>
        </w:rPr>
        <w:t xml:space="preserve"> از صفو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ان</w:t>
      </w:r>
      <w:r w:rsidRPr="00775B70">
        <w:rPr>
          <w:rFonts w:ascii="Tahoma" w:hAnsi="Tahoma" w:cs="Tahoma"/>
          <w:rtl/>
        </w:rPr>
        <w:t xml:space="preserve"> ن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ز</w:t>
      </w:r>
      <w:r w:rsidRPr="00775B70">
        <w:rPr>
          <w:rFonts w:ascii="Tahoma" w:hAnsi="Tahoma" w:cs="Tahoma"/>
          <w:rtl/>
        </w:rPr>
        <w:t xml:space="preserve"> وجود داشت و حکومت صفو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آن را از ه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چ</w:t>
      </w:r>
      <w:r w:rsidRPr="00775B70">
        <w:rPr>
          <w:rFonts w:ascii="Tahoma" w:hAnsi="Tahoma" w:cs="Tahoma"/>
          <w:rtl/>
        </w:rPr>
        <w:t xml:space="preserve"> ن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افر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د</w:t>
      </w:r>
      <w:r w:rsidRPr="00775B70">
        <w:rPr>
          <w:rFonts w:ascii="Tahoma" w:hAnsi="Tahoma" w:cs="Tahoma"/>
          <w:rtl/>
        </w:rPr>
        <w:t>. حکومت‌ها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ت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مور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و ترکمان برا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نظارت بر امور د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ن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،</w:t>
      </w:r>
      <w:r w:rsidRPr="00775B70">
        <w:rPr>
          <w:rFonts w:ascii="Tahoma" w:hAnsi="Tahoma" w:cs="Tahoma"/>
          <w:rtl/>
        </w:rPr>
        <w:t xml:space="preserve"> سادات، موقوفات و برخ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انتصاب‌ها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مذهب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از صاحب‌منصبان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با ا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ن</w:t>
      </w:r>
      <w:r w:rsidRPr="00775B70">
        <w:rPr>
          <w:rFonts w:ascii="Tahoma" w:hAnsi="Tahoma" w:cs="Tahoma"/>
          <w:rtl/>
        </w:rPr>
        <w:t xml:space="preserve"> عنوان استفاده کرده بود</w:t>
      </w:r>
      <w:r w:rsidRPr="00775B70">
        <w:rPr>
          <w:rFonts w:ascii="Tahoma" w:hAnsi="Tahoma" w:cs="Tahoma" w:hint="eastAsia"/>
          <w:rtl/>
        </w:rPr>
        <w:t>ند</w:t>
      </w:r>
      <w:r w:rsidRPr="00775B70">
        <w:rPr>
          <w:rFonts w:ascii="Tahoma" w:hAnsi="Tahoma" w:cs="Tahoma"/>
          <w:rtl/>
        </w:rPr>
        <w:t>. صفو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ان</w:t>
      </w:r>
      <w:r w:rsidRPr="00775B70">
        <w:rPr>
          <w:rFonts w:ascii="Tahoma" w:hAnsi="Tahoma" w:cs="Tahoma"/>
          <w:rtl/>
        </w:rPr>
        <w:t xml:space="preserve"> مقام موجود را در خدمت مذهب رسم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تازه قرار دادند و حوزهٔ وظا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ف</w:t>
      </w:r>
      <w:r w:rsidRPr="00775B70">
        <w:rPr>
          <w:rFonts w:ascii="Tahoma" w:hAnsi="Tahoma" w:cs="Tahoma"/>
          <w:rtl/>
        </w:rPr>
        <w:t xml:space="preserve"> آن را با ن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ازها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حکومت ش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ع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سازگار کردند.</w:t>
      </w:r>
    </w:p>
    <w:p w:rsidR="00775B70" w:rsidRPr="00775B70" w:rsidRDefault="00775B70" w:rsidP="00775B7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75B70">
        <w:rPr>
          <w:rFonts w:ascii="Tahoma" w:hAnsi="Tahoma" w:cs="Tahoma" w:hint="eastAsia"/>
          <w:rtl/>
        </w:rPr>
        <w:t>صدر</w:t>
      </w:r>
      <w:r w:rsidRPr="00775B70">
        <w:rPr>
          <w:rFonts w:ascii="Tahoma" w:hAnsi="Tahoma" w:cs="Tahoma"/>
          <w:rtl/>
        </w:rPr>
        <w:t xml:space="preserve"> در آغاز ب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ش</w:t>
      </w:r>
      <w:r w:rsidRPr="00775B70">
        <w:rPr>
          <w:rFonts w:ascii="Tahoma" w:hAnsi="Tahoma" w:cs="Tahoma"/>
          <w:rtl/>
        </w:rPr>
        <w:t xml:space="preserve"> از آنکه فق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ه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مستقل باشد، صاحب‌منصب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حکومت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بود. قدرت او از فرمان شاه م</w:t>
      </w:r>
      <w:r w:rsidRPr="00775B70">
        <w:rPr>
          <w:rFonts w:ascii="Tahoma" w:hAnsi="Tahoma" w:cs="Tahoma" w:hint="cs"/>
          <w:rtl/>
        </w:rPr>
        <w:t>ی‌</w:t>
      </w:r>
      <w:r w:rsidRPr="00775B70">
        <w:rPr>
          <w:rFonts w:ascii="Tahoma" w:hAnsi="Tahoma" w:cs="Tahoma" w:hint="eastAsia"/>
          <w:rtl/>
        </w:rPr>
        <w:t>آمد</w:t>
      </w:r>
      <w:r w:rsidRPr="00775B70">
        <w:rPr>
          <w:rFonts w:ascii="Tahoma" w:hAnsi="Tahoma" w:cs="Tahoma"/>
          <w:rtl/>
        </w:rPr>
        <w:t xml:space="preserve"> و درون دستگاه سلطنت عمل م</w:t>
      </w:r>
      <w:r w:rsidRPr="00775B70">
        <w:rPr>
          <w:rFonts w:ascii="Tahoma" w:hAnsi="Tahoma" w:cs="Tahoma" w:hint="cs"/>
          <w:rtl/>
        </w:rPr>
        <w:t>ی‌</w:t>
      </w:r>
      <w:r w:rsidRPr="00775B70">
        <w:rPr>
          <w:rFonts w:ascii="Tahoma" w:hAnsi="Tahoma" w:cs="Tahoma" w:hint="eastAsia"/>
          <w:rtl/>
        </w:rPr>
        <w:t>کرد</w:t>
      </w:r>
      <w:r w:rsidRPr="00775B70">
        <w:rPr>
          <w:rFonts w:ascii="Tahoma" w:hAnsi="Tahoma" w:cs="Tahoma"/>
          <w:rtl/>
        </w:rPr>
        <w:t>. وظ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فه‌اش</w:t>
      </w:r>
      <w:r w:rsidRPr="00775B70">
        <w:rPr>
          <w:rFonts w:ascii="Tahoma" w:hAnsi="Tahoma" w:cs="Tahoma"/>
          <w:rtl/>
        </w:rPr>
        <w:t xml:space="preserve"> م</w:t>
      </w:r>
      <w:r w:rsidRPr="00775B70">
        <w:rPr>
          <w:rFonts w:ascii="Tahoma" w:hAnsi="Tahoma" w:cs="Tahoma" w:hint="cs"/>
          <w:rtl/>
        </w:rPr>
        <w:t>ی‌</w:t>
      </w:r>
      <w:r w:rsidRPr="00775B70">
        <w:rPr>
          <w:rFonts w:ascii="Tahoma" w:hAnsi="Tahoma" w:cs="Tahoma" w:hint="eastAsia"/>
          <w:rtl/>
        </w:rPr>
        <w:t>توانست</w:t>
      </w:r>
      <w:r w:rsidRPr="00775B70">
        <w:rPr>
          <w:rFonts w:ascii="Tahoma" w:hAnsi="Tahoma" w:cs="Tahoma"/>
          <w:rtl/>
        </w:rPr>
        <w:t xml:space="preserve"> نظارت بر موقوفات، رس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دگ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به امور سادات، پ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شنهاد</w:t>
      </w:r>
      <w:r w:rsidRPr="00775B70">
        <w:rPr>
          <w:rFonts w:ascii="Tahoma" w:hAnsi="Tahoma" w:cs="Tahoma"/>
          <w:rtl/>
        </w:rPr>
        <w:t xml:space="preserve"> 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ا</w:t>
      </w:r>
      <w:r w:rsidRPr="00775B70">
        <w:rPr>
          <w:rFonts w:ascii="Tahoma" w:hAnsi="Tahoma" w:cs="Tahoma"/>
          <w:rtl/>
        </w:rPr>
        <w:t xml:space="preserve"> تأ</w:t>
      </w:r>
      <w:r w:rsidRPr="00775B70">
        <w:rPr>
          <w:rFonts w:ascii="Tahoma" w:hAnsi="Tahoma" w:cs="Tahoma" w:hint="cs"/>
          <w:rtl/>
        </w:rPr>
        <w:t>یی</w:t>
      </w:r>
      <w:r w:rsidRPr="00775B70">
        <w:rPr>
          <w:rFonts w:ascii="Tahoma" w:hAnsi="Tahoma" w:cs="Tahoma" w:hint="eastAsia"/>
          <w:rtl/>
        </w:rPr>
        <w:t>د</w:t>
      </w:r>
      <w:r w:rsidRPr="00775B70">
        <w:rPr>
          <w:rFonts w:ascii="Tahoma" w:hAnsi="Tahoma" w:cs="Tahoma"/>
          <w:rtl/>
        </w:rPr>
        <w:t xml:space="preserve"> انتصاب قاض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ان</w:t>
      </w:r>
      <w:r w:rsidRPr="00775B70">
        <w:rPr>
          <w:rFonts w:ascii="Tahoma" w:hAnsi="Tahoma" w:cs="Tahoma"/>
          <w:rtl/>
        </w:rPr>
        <w:t xml:space="preserve"> و مدرسان و سامان‌دادن مقام‌ها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مذهب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را د</w:t>
      </w:r>
      <w:r w:rsidRPr="00775B70">
        <w:rPr>
          <w:rFonts w:ascii="Tahoma" w:hAnsi="Tahoma" w:cs="Tahoma" w:hint="eastAsia"/>
          <w:rtl/>
        </w:rPr>
        <w:t>ر</w:t>
      </w:r>
      <w:r w:rsidRPr="00775B70">
        <w:rPr>
          <w:rFonts w:ascii="Tahoma" w:hAnsi="Tahoma" w:cs="Tahoma"/>
          <w:rtl/>
        </w:rPr>
        <w:t xml:space="preserve"> بر گ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رد</w:t>
      </w:r>
      <w:r w:rsidRPr="00775B70">
        <w:rPr>
          <w:rFonts w:ascii="Tahoma" w:hAnsi="Tahoma" w:cs="Tahoma"/>
          <w:rtl/>
        </w:rPr>
        <w:t>. از راه هم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ن</w:t>
      </w:r>
      <w:r w:rsidRPr="00775B70">
        <w:rPr>
          <w:rFonts w:ascii="Tahoma" w:hAnsi="Tahoma" w:cs="Tahoma"/>
          <w:rtl/>
        </w:rPr>
        <w:t xml:space="preserve"> وظا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ف،</w:t>
      </w:r>
      <w:r w:rsidRPr="00775B70">
        <w:rPr>
          <w:rFonts w:ascii="Tahoma" w:hAnsi="Tahoma" w:cs="Tahoma"/>
          <w:rtl/>
        </w:rPr>
        <w:t xml:space="preserve"> صدر در نقطه‌ا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قرار م</w:t>
      </w:r>
      <w:r w:rsidRPr="00775B70">
        <w:rPr>
          <w:rFonts w:ascii="Tahoma" w:hAnsi="Tahoma" w:cs="Tahoma" w:hint="cs"/>
          <w:rtl/>
        </w:rPr>
        <w:t>ی‌</w:t>
      </w:r>
      <w:r w:rsidRPr="00775B70">
        <w:rPr>
          <w:rFonts w:ascii="Tahoma" w:hAnsi="Tahoma" w:cs="Tahoma" w:hint="eastAsia"/>
          <w:rtl/>
        </w:rPr>
        <w:t>گرفت</w:t>
      </w:r>
      <w:r w:rsidRPr="00775B70">
        <w:rPr>
          <w:rFonts w:ascii="Tahoma" w:hAnsi="Tahoma" w:cs="Tahoma"/>
          <w:rtl/>
        </w:rPr>
        <w:t xml:space="preserve"> که تاج، د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وان</w:t>
      </w:r>
      <w:r w:rsidRPr="00775B70">
        <w:rPr>
          <w:rFonts w:ascii="Tahoma" w:hAnsi="Tahoma" w:cs="Tahoma"/>
          <w:rtl/>
        </w:rPr>
        <w:t xml:space="preserve"> و عمامه به 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کد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گر</w:t>
      </w:r>
      <w:r w:rsidRPr="00775B70">
        <w:rPr>
          <w:rFonts w:ascii="Tahoma" w:hAnsi="Tahoma" w:cs="Tahoma"/>
          <w:rtl/>
        </w:rPr>
        <w:t xml:space="preserve"> م</w:t>
      </w:r>
      <w:r w:rsidRPr="00775B70">
        <w:rPr>
          <w:rFonts w:ascii="Tahoma" w:hAnsi="Tahoma" w:cs="Tahoma" w:hint="cs"/>
          <w:rtl/>
        </w:rPr>
        <w:t>ی‌</w:t>
      </w:r>
      <w:r w:rsidRPr="00775B70">
        <w:rPr>
          <w:rFonts w:ascii="Tahoma" w:hAnsi="Tahoma" w:cs="Tahoma" w:hint="eastAsia"/>
          <w:rtl/>
        </w:rPr>
        <w:t>رس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دند</w:t>
      </w:r>
      <w:r w:rsidRPr="00775B70">
        <w:rPr>
          <w:rFonts w:ascii="Tahoma" w:hAnsi="Tahoma" w:cs="Tahoma"/>
          <w:rtl/>
        </w:rPr>
        <w:t>.</w:t>
      </w:r>
    </w:p>
    <w:p w:rsidR="00775B70" w:rsidRPr="00775B70" w:rsidRDefault="00775B70" w:rsidP="00775B7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75B70">
        <w:rPr>
          <w:rFonts w:ascii="Tahoma" w:hAnsi="Tahoma" w:cs="Tahoma" w:hint="eastAsia"/>
          <w:rtl/>
        </w:rPr>
        <w:t>شاه</w:t>
      </w:r>
      <w:r w:rsidRPr="00775B70">
        <w:rPr>
          <w:rFonts w:ascii="Tahoma" w:hAnsi="Tahoma" w:cs="Tahoma"/>
          <w:rtl/>
        </w:rPr>
        <w:t xml:space="preserve"> مذهب رسم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را تع</w:t>
      </w:r>
      <w:r w:rsidRPr="00775B70">
        <w:rPr>
          <w:rFonts w:ascii="Tahoma" w:hAnsi="Tahoma" w:cs="Tahoma" w:hint="cs"/>
          <w:rtl/>
        </w:rPr>
        <w:t>یی</w:t>
      </w:r>
      <w:r w:rsidRPr="00775B70">
        <w:rPr>
          <w:rFonts w:ascii="Tahoma" w:hAnsi="Tahoma" w:cs="Tahoma" w:hint="eastAsia"/>
          <w:rtl/>
        </w:rPr>
        <w:t>ن</w:t>
      </w:r>
      <w:r w:rsidRPr="00775B70">
        <w:rPr>
          <w:rFonts w:ascii="Tahoma" w:hAnsi="Tahoma" w:cs="Tahoma"/>
          <w:rtl/>
        </w:rPr>
        <w:t xml:space="preserve"> کرده بود؛ د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نکاران</w:t>
      </w:r>
      <w:r w:rsidRPr="00775B70">
        <w:rPr>
          <w:rFonts w:ascii="Tahoma" w:hAnsi="Tahoma" w:cs="Tahoma"/>
          <w:rtl/>
        </w:rPr>
        <w:t xml:space="preserve"> دانش و محتوا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آن را فراهم م</w:t>
      </w:r>
      <w:r w:rsidRPr="00775B70">
        <w:rPr>
          <w:rFonts w:ascii="Tahoma" w:hAnsi="Tahoma" w:cs="Tahoma" w:hint="cs"/>
          <w:rtl/>
        </w:rPr>
        <w:t>ی‌</w:t>
      </w:r>
      <w:r w:rsidRPr="00775B70">
        <w:rPr>
          <w:rFonts w:ascii="Tahoma" w:hAnsi="Tahoma" w:cs="Tahoma" w:hint="eastAsia"/>
          <w:rtl/>
        </w:rPr>
        <w:t>کردند؛</w:t>
      </w:r>
      <w:r w:rsidRPr="00775B70">
        <w:rPr>
          <w:rFonts w:ascii="Tahoma" w:hAnsi="Tahoma" w:cs="Tahoma"/>
          <w:rtl/>
        </w:rPr>
        <w:t xml:space="preserve"> اما برا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تبد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ل</w:t>
      </w:r>
      <w:r w:rsidRPr="00775B70">
        <w:rPr>
          <w:rFonts w:ascii="Tahoma" w:hAnsi="Tahoma" w:cs="Tahoma"/>
          <w:rtl/>
        </w:rPr>
        <w:t xml:space="preserve"> ا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ن</w:t>
      </w:r>
      <w:r w:rsidRPr="00775B70">
        <w:rPr>
          <w:rFonts w:ascii="Tahoma" w:hAnsi="Tahoma" w:cs="Tahoma"/>
          <w:rtl/>
        </w:rPr>
        <w:t xml:space="preserve"> دانش به منصب و درآمد، به مقام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ادار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ن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از</w:t>
      </w:r>
      <w:r w:rsidRPr="00775B70">
        <w:rPr>
          <w:rFonts w:ascii="Tahoma" w:hAnsi="Tahoma" w:cs="Tahoma"/>
          <w:rtl/>
        </w:rPr>
        <w:t xml:space="preserve"> بود. صدر فرمان‌ها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شاه را به ساختار اجرا</w:t>
      </w:r>
      <w:r w:rsidRPr="00775B70">
        <w:rPr>
          <w:rFonts w:ascii="Tahoma" w:hAnsi="Tahoma" w:cs="Tahoma" w:hint="cs"/>
          <w:rtl/>
        </w:rPr>
        <w:t>یی</w:t>
      </w:r>
      <w:r w:rsidRPr="00775B70">
        <w:rPr>
          <w:rFonts w:ascii="Tahoma" w:hAnsi="Tahoma" w:cs="Tahoma"/>
          <w:rtl/>
        </w:rPr>
        <w:t xml:space="preserve"> منتقل م</w:t>
      </w:r>
      <w:r w:rsidRPr="00775B70">
        <w:rPr>
          <w:rFonts w:ascii="Tahoma" w:hAnsi="Tahoma" w:cs="Tahoma" w:hint="cs"/>
          <w:rtl/>
        </w:rPr>
        <w:t>ی‌</w:t>
      </w:r>
      <w:r w:rsidRPr="00775B70">
        <w:rPr>
          <w:rFonts w:ascii="Tahoma" w:hAnsi="Tahoma" w:cs="Tahoma" w:hint="eastAsia"/>
          <w:rtl/>
        </w:rPr>
        <w:t>کرد</w:t>
      </w:r>
      <w:r w:rsidRPr="00775B70">
        <w:rPr>
          <w:rFonts w:ascii="Tahoma" w:hAnsi="Tahoma" w:cs="Tahoma"/>
          <w:rtl/>
        </w:rPr>
        <w:t>. او م</w:t>
      </w:r>
      <w:r w:rsidRPr="00775B70">
        <w:rPr>
          <w:rFonts w:ascii="Tahoma" w:hAnsi="Tahoma" w:cs="Tahoma" w:hint="cs"/>
          <w:rtl/>
        </w:rPr>
        <w:t>ی‌</w:t>
      </w:r>
      <w:r w:rsidRPr="00775B70">
        <w:rPr>
          <w:rFonts w:ascii="Tahoma" w:hAnsi="Tahoma" w:cs="Tahoma" w:hint="eastAsia"/>
          <w:rtl/>
        </w:rPr>
        <w:t>توانست</w:t>
      </w:r>
      <w:r w:rsidRPr="00775B70">
        <w:rPr>
          <w:rFonts w:ascii="Tahoma" w:hAnsi="Tahoma" w:cs="Tahoma"/>
          <w:rtl/>
        </w:rPr>
        <w:t xml:space="preserve"> تع</w:t>
      </w:r>
      <w:r w:rsidRPr="00775B70">
        <w:rPr>
          <w:rFonts w:ascii="Tahoma" w:hAnsi="Tahoma" w:cs="Tahoma" w:hint="cs"/>
          <w:rtl/>
        </w:rPr>
        <w:t>یی</w:t>
      </w:r>
      <w:r w:rsidRPr="00775B70">
        <w:rPr>
          <w:rFonts w:ascii="Tahoma" w:hAnsi="Tahoma" w:cs="Tahoma" w:hint="eastAsia"/>
          <w:rtl/>
        </w:rPr>
        <w:t>ن</w:t>
      </w:r>
      <w:r w:rsidRPr="00775B70">
        <w:rPr>
          <w:rFonts w:ascii="Tahoma" w:hAnsi="Tahoma" w:cs="Tahoma"/>
          <w:rtl/>
        </w:rPr>
        <w:t xml:space="preserve"> کند چه کس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در شهر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مقام مذهب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بگ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رد،</w:t>
      </w:r>
      <w:r w:rsidRPr="00775B70">
        <w:rPr>
          <w:rFonts w:ascii="Tahoma" w:hAnsi="Tahoma" w:cs="Tahoma"/>
          <w:rtl/>
        </w:rPr>
        <w:t xml:space="preserve"> چه م</w:t>
      </w:r>
      <w:r w:rsidRPr="00775B70">
        <w:rPr>
          <w:rFonts w:ascii="Tahoma" w:hAnsi="Tahoma" w:cs="Tahoma" w:hint="eastAsia"/>
          <w:rtl/>
        </w:rPr>
        <w:t>درسه‌ا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از درآمد موقوفه استفاده کند و کدام خاندان 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ا</w:t>
      </w:r>
      <w:r w:rsidRPr="00775B70">
        <w:rPr>
          <w:rFonts w:ascii="Tahoma" w:hAnsi="Tahoma" w:cs="Tahoma"/>
          <w:rtl/>
        </w:rPr>
        <w:t xml:space="preserve"> گروه در شمار سادات و برخوردار از امت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ازها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وابسته به آن شناخته شود.</w:t>
      </w:r>
    </w:p>
    <w:p w:rsidR="00775B70" w:rsidRPr="00775B70" w:rsidRDefault="00775B70" w:rsidP="00775B7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75B70">
        <w:rPr>
          <w:rFonts w:ascii="Tahoma" w:hAnsi="Tahoma" w:cs="Tahoma" w:hint="eastAsia"/>
          <w:rtl/>
        </w:rPr>
        <w:t>هم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ن</w:t>
      </w:r>
      <w:r w:rsidRPr="00775B70">
        <w:rPr>
          <w:rFonts w:ascii="Tahoma" w:hAnsi="Tahoma" w:cs="Tahoma"/>
          <w:rtl/>
        </w:rPr>
        <w:t xml:space="preserve"> جا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گاه</w:t>
      </w:r>
      <w:r w:rsidRPr="00775B70">
        <w:rPr>
          <w:rFonts w:ascii="Tahoma" w:hAnsi="Tahoma" w:cs="Tahoma"/>
          <w:rtl/>
        </w:rPr>
        <w:t xml:space="preserve"> به صدر قدرت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گسترده م</w:t>
      </w:r>
      <w:r w:rsidRPr="00775B70">
        <w:rPr>
          <w:rFonts w:ascii="Tahoma" w:hAnsi="Tahoma" w:cs="Tahoma" w:hint="cs"/>
          <w:rtl/>
        </w:rPr>
        <w:t>ی‌</w:t>
      </w:r>
      <w:r w:rsidRPr="00775B70">
        <w:rPr>
          <w:rFonts w:ascii="Tahoma" w:hAnsi="Tahoma" w:cs="Tahoma" w:hint="eastAsia"/>
          <w:rtl/>
        </w:rPr>
        <w:t>بخش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د</w:t>
      </w:r>
      <w:r w:rsidRPr="00775B70">
        <w:rPr>
          <w:rFonts w:ascii="Tahoma" w:hAnsi="Tahoma" w:cs="Tahoma"/>
          <w:rtl/>
        </w:rPr>
        <w:t>. او فقط بر نماز و وعظ نظارت نم</w:t>
      </w:r>
      <w:r w:rsidRPr="00775B70">
        <w:rPr>
          <w:rFonts w:ascii="Tahoma" w:hAnsi="Tahoma" w:cs="Tahoma" w:hint="cs"/>
          <w:rtl/>
        </w:rPr>
        <w:t>ی‌</w:t>
      </w:r>
      <w:r w:rsidRPr="00775B70">
        <w:rPr>
          <w:rFonts w:ascii="Tahoma" w:hAnsi="Tahoma" w:cs="Tahoma" w:hint="eastAsia"/>
          <w:rtl/>
        </w:rPr>
        <w:t>کرد؛</w:t>
      </w:r>
      <w:r w:rsidRPr="00775B70">
        <w:rPr>
          <w:rFonts w:ascii="Tahoma" w:hAnsi="Tahoma" w:cs="Tahoma"/>
          <w:rtl/>
        </w:rPr>
        <w:t xml:space="preserve"> با زم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ن،</w:t>
      </w:r>
      <w:r w:rsidRPr="00775B70">
        <w:rPr>
          <w:rFonts w:ascii="Tahoma" w:hAnsi="Tahoma" w:cs="Tahoma"/>
          <w:rtl/>
        </w:rPr>
        <w:t xml:space="preserve"> درآمد، منصب و روابط اجتماع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سروکار داشت. موقوفه ممکن بود شامل روستا، باغ، کاروان‌سرا، دکان، زم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ن</w:t>
      </w:r>
      <w:r w:rsidRPr="00775B70">
        <w:rPr>
          <w:rFonts w:ascii="Tahoma" w:hAnsi="Tahoma" w:cs="Tahoma"/>
          <w:rtl/>
        </w:rPr>
        <w:t xml:space="preserve"> کشاورز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ا</w:t>
      </w:r>
      <w:r w:rsidRPr="00775B70">
        <w:rPr>
          <w:rFonts w:ascii="Tahoma" w:hAnsi="Tahoma" w:cs="Tahoma"/>
          <w:rtl/>
        </w:rPr>
        <w:t xml:space="preserve"> سهم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از درآمد باشد. هر تصم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م</w:t>
      </w:r>
      <w:r w:rsidRPr="00775B70">
        <w:rPr>
          <w:rFonts w:ascii="Tahoma" w:hAnsi="Tahoma" w:cs="Tahoma"/>
          <w:rtl/>
        </w:rPr>
        <w:t xml:space="preserve"> دربارهٔ ادارهٔ آن، زندگ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گروه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ا</w:t>
      </w:r>
      <w:r w:rsidRPr="00775B70">
        <w:rPr>
          <w:rFonts w:ascii="Tahoma" w:hAnsi="Tahoma" w:cs="Tahoma" w:hint="eastAsia"/>
          <w:rtl/>
        </w:rPr>
        <w:t>ز</w:t>
      </w:r>
      <w:r w:rsidRPr="00775B70">
        <w:rPr>
          <w:rFonts w:ascii="Tahoma" w:hAnsi="Tahoma" w:cs="Tahoma"/>
          <w:rtl/>
        </w:rPr>
        <w:t xml:space="preserve"> کشاورزان، مستأجران، بازرگانان، مدرسان و طلاب را تحت تأث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ر</w:t>
      </w:r>
      <w:r w:rsidRPr="00775B70">
        <w:rPr>
          <w:rFonts w:ascii="Tahoma" w:hAnsi="Tahoma" w:cs="Tahoma"/>
          <w:rtl/>
        </w:rPr>
        <w:t xml:space="preserve"> قرار م</w:t>
      </w:r>
      <w:r w:rsidRPr="00775B70">
        <w:rPr>
          <w:rFonts w:ascii="Tahoma" w:hAnsi="Tahoma" w:cs="Tahoma" w:hint="cs"/>
          <w:rtl/>
        </w:rPr>
        <w:t>ی‌</w:t>
      </w:r>
      <w:r w:rsidRPr="00775B70">
        <w:rPr>
          <w:rFonts w:ascii="Tahoma" w:hAnsi="Tahoma" w:cs="Tahoma" w:hint="eastAsia"/>
          <w:rtl/>
        </w:rPr>
        <w:t>داد</w:t>
      </w:r>
      <w:r w:rsidRPr="00775B70">
        <w:rPr>
          <w:rFonts w:ascii="Tahoma" w:hAnsi="Tahoma" w:cs="Tahoma"/>
          <w:rtl/>
        </w:rPr>
        <w:t>.</w:t>
      </w:r>
    </w:p>
    <w:p w:rsidR="00775B70" w:rsidRPr="00775B70" w:rsidRDefault="00775B70" w:rsidP="00775B7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75B70">
        <w:rPr>
          <w:rFonts w:ascii="Tahoma" w:hAnsi="Tahoma" w:cs="Tahoma" w:hint="eastAsia"/>
          <w:rtl/>
        </w:rPr>
        <w:t>در</w:t>
      </w:r>
      <w:r w:rsidRPr="00775B70">
        <w:rPr>
          <w:rFonts w:ascii="Tahoma" w:hAnsi="Tahoma" w:cs="Tahoma"/>
          <w:rtl/>
        </w:rPr>
        <w:t xml:space="preserve"> نت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جه،</w:t>
      </w:r>
      <w:r w:rsidRPr="00775B70">
        <w:rPr>
          <w:rFonts w:ascii="Tahoma" w:hAnsi="Tahoma" w:cs="Tahoma"/>
          <w:rtl/>
        </w:rPr>
        <w:t xml:space="preserve"> دستگاه د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ن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از همان آغاز فقط با باور مردم سر و کار نداشت. بخش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از اقتصاد کشور را ن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ز</w:t>
      </w:r>
      <w:r w:rsidRPr="00775B70">
        <w:rPr>
          <w:rFonts w:ascii="Tahoma" w:hAnsi="Tahoma" w:cs="Tahoma"/>
          <w:rtl/>
        </w:rPr>
        <w:t xml:space="preserve"> در اخت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ار</w:t>
      </w:r>
      <w:r w:rsidRPr="00775B70">
        <w:rPr>
          <w:rFonts w:ascii="Tahoma" w:hAnsi="Tahoma" w:cs="Tahoma"/>
          <w:rtl/>
        </w:rPr>
        <w:t xml:space="preserve"> م</w:t>
      </w:r>
      <w:r w:rsidRPr="00775B70">
        <w:rPr>
          <w:rFonts w:ascii="Tahoma" w:hAnsi="Tahoma" w:cs="Tahoma" w:hint="cs"/>
          <w:rtl/>
        </w:rPr>
        <w:t>ی‌</w:t>
      </w:r>
      <w:r w:rsidRPr="00775B70">
        <w:rPr>
          <w:rFonts w:ascii="Tahoma" w:hAnsi="Tahoma" w:cs="Tahoma" w:hint="eastAsia"/>
          <w:rtl/>
        </w:rPr>
        <w:t>گرفت</w:t>
      </w:r>
      <w:r w:rsidRPr="00775B70">
        <w:rPr>
          <w:rFonts w:ascii="Tahoma" w:hAnsi="Tahoma" w:cs="Tahoma"/>
          <w:rtl/>
        </w:rPr>
        <w:t>. مدرسه و مسجد بدون درآمد پا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دار</w:t>
      </w:r>
      <w:r w:rsidRPr="00775B70">
        <w:rPr>
          <w:rFonts w:ascii="Tahoma" w:hAnsi="Tahoma" w:cs="Tahoma"/>
          <w:rtl/>
        </w:rPr>
        <w:t xml:space="preserve"> نم</w:t>
      </w:r>
      <w:r w:rsidRPr="00775B70">
        <w:rPr>
          <w:rFonts w:ascii="Tahoma" w:hAnsi="Tahoma" w:cs="Tahoma" w:hint="cs"/>
          <w:rtl/>
        </w:rPr>
        <w:t>ی‌</w:t>
      </w:r>
      <w:r w:rsidRPr="00775B70">
        <w:rPr>
          <w:rFonts w:ascii="Tahoma" w:hAnsi="Tahoma" w:cs="Tahoma" w:hint="eastAsia"/>
          <w:rtl/>
        </w:rPr>
        <w:t>توانستند</w:t>
      </w:r>
      <w:r w:rsidRPr="00775B70">
        <w:rPr>
          <w:rFonts w:ascii="Tahoma" w:hAnsi="Tahoma" w:cs="Tahoma"/>
          <w:rtl/>
        </w:rPr>
        <w:t xml:space="preserve"> به کار خود ادامه دهند. د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نکاران</w:t>
      </w:r>
      <w:r w:rsidRPr="00775B70">
        <w:rPr>
          <w:rFonts w:ascii="Tahoma" w:hAnsi="Tahoma" w:cs="Tahoma"/>
          <w:rtl/>
        </w:rPr>
        <w:t xml:space="preserve"> برا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آموزش و قضاوت به مع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شت</w:t>
      </w:r>
      <w:r w:rsidRPr="00775B70">
        <w:rPr>
          <w:rFonts w:ascii="Tahoma" w:hAnsi="Tahoma" w:cs="Tahoma"/>
          <w:rtl/>
        </w:rPr>
        <w:t xml:space="preserve"> ن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از</w:t>
      </w:r>
      <w:r w:rsidRPr="00775B70">
        <w:rPr>
          <w:rFonts w:ascii="Tahoma" w:hAnsi="Tahoma" w:cs="Tahoma"/>
          <w:rtl/>
        </w:rPr>
        <w:t xml:space="preserve"> داشتند و حکومت برا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تأم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ن</w:t>
      </w:r>
      <w:r w:rsidRPr="00775B70">
        <w:rPr>
          <w:rFonts w:ascii="Tahoma" w:hAnsi="Tahoma" w:cs="Tahoma"/>
          <w:rtl/>
        </w:rPr>
        <w:t xml:space="preserve"> آن، زم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>ن، مستمر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ا</w:t>
      </w:r>
      <w:r w:rsidRPr="00775B70">
        <w:rPr>
          <w:rFonts w:ascii="Tahoma" w:hAnsi="Tahoma" w:cs="Tahoma"/>
          <w:rtl/>
        </w:rPr>
        <w:t xml:space="preserve"> موقوفه در اخت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ارشان</w:t>
      </w:r>
      <w:r w:rsidRPr="00775B70">
        <w:rPr>
          <w:rFonts w:ascii="Tahoma" w:hAnsi="Tahoma" w:cs="Tahoma"/>
          <w:rtl/>
        </w:rPr>
        <w:t xml:space="preserve"> م</w:t>
      </w:r>
      <w:r w:rsidRPr="00775B70">
        <w:rPr>
          <w:rFonts w:ascii="Tahoma" w:hAnsi="Tahoma" w:cs="Tahoma" w:hint="cs"/>
          <w:rtl/>
        </w:rPr>
        <w:t>ی‌</w:t>
      </w:r>
      <w:r w:rsidRPr="00775B70">
        <w:rPr>
          <w:rFonts w:ascii="Tahoma" w:hAnsi="Tahoma" w:cs="Tahoma" w:hint="eastAsia"/>
          <w:rtl/>
        </w:rPr>
        <w:t>گذاشت</w:t>
      </w:r>
      <w:r w:rsidRPr="00775B70">
        <w:rPr>
          <w:rFonts w:ascii="Tahoma" w:hAnsi="Tahoma" w:cs="Tahoma"/>
          <w:rtl/>
        </w:rPr>
        <w:t>. هرچه ا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ن</w:t>
      </w:r>
      <w:r w:rsidRPr="00775B70">
        <w:rPr>
          <w:rFonts w:ascii="Tahoma" w:hAnsi="Tahoma" w:cs="Tahoma"/>
          <w:rtl/>
        </w:rPr>
        <w:t xml:space="preserve"> منابع ب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شتر</w:t>
      </w:r>
      <w:r w:rsidRPr="00775B70">
        <w:rPr>
          <w:rFonts w:ascii="Tahoma" w:hAnsi="Tahoma" w:cs="Tahoma"/>
          <w:rtl/>
        </w:rPr>
        <w:t xml:space="preserve"> م</w:t>
      </w:r>
      <w:r w:rsidRPr="00775B70">
        <w:rPr>
          <w:rFonts w:ascii="Tahoma" w:hAnsi="Tahoma" w:cs="Tahoma" w:hint="cs"/>
          <w:rtl/>
        </w:rPr>
        <w:t>ی‌</w:t>
      </w:r>
      <w:r w:rsidRPr="00775B70">
        <w:rPr>
          <w:rFonts w:ascii="Tahoma" w:hAnsi="Tahoma" w:cs="Tahoma" w:hint="eastAsia"/>
          <w:rtl/>
        </w:rPr>
        <w:t>شدند،</w:t>
      </w:r>
      <w:r w:rsidRPr="00775B70">
        <w:rPr>
          <w:rFonts w:ascii="Tahoma" w:hAnsi="Tahoma" w:cs="Tahoma"/>
          <w:rtl/>
        </w:rPr>
        <w:t xml:space="preserve"> دستگاه د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ن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از نظر مال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ن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رومندتر</w:t>
      </w:r>
      <w:r w:rsidRPr="00775B70">
        <w:rPr>
          <w:rFonts w:ascii="Tahoma" w:hAnsi="Tahoma" w:cs="Tahoma"/>
          <w:rtl/>
        </w:rPr>
        <w:t xml:space="preserve"> م</w:t>
      </w:r>
      <w:r w:rsidRPr="00775B70">
        <w:rPr>
          <w:rFonts w:ascii="Tahoma" w:hAnsi="Tahoma" w:cs="Tahoma" w:hint="cs"/>
          <w:rtl/>
        </w:rPr>
        <w:t>ی‌</w:t>
      </w:r>
      <w:r w:rsidRPr="00775B70">
        <w:rPr>
          <w:rFonts w:ascii="Tahoma" w:hAnsi="Tahoma" w:cs="Tahoma" w:hint="eastAsia"/>
          <w:rtl/>
        </w:rPr>
        <w:t>گرد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د</w:t>
      </w:r>
      <w:r w:rsidRPr="00775B70">
        <w:rPr>
          <w:rFonts w:ascii="Tahoma" w:hAnsi="Tahoma" w:cs="Tahoma"/>
          <w:rtl/>
        </w:rPr>
        <w:t>.</w:t>
      </w:r>
    </w:p>
    <w:p w:rsidR="00775B70" w:rsidRPr="00775B70" w:rsidRDefault="00775B70" w:rsidP="00775B7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75B70">
        <w:rPr>
          <w:rFonts w:ascii="Tahoma" w:hAnsi="Tahoma" w:cs="Tahoma" w:hint="eastAsia"/>
          <w:rtl/>
        </w:rPr>
        <w:t>اما</w:t>
      </w:r>
      <w:r w:rsidRPr="00775B70">
        <w:rPr>
          <w:rFonts w:ascii="Tahoma" w:hAnsi="Tahoma" w:cs="Tahoma"/>
          <w:rtl/>
        </w:rPr>
        <w:t xml:space="preserve"> موقوفه دارا</w:t>
      </w:r>
      <w:r w:rsidRPr="00775B70">
        <w:rPr>
          <w:rFonts w:ascii="Tahoma" w:hAnsi="Tahoma" w:cs="Tahoma" w:hint="cs"/>
          <w:rtl/>
        </w:rPr>
        <w:t>یی</w:t>
      </w:r>
      <w:r w:rsidRPr="00775B70">
        <w:rPr>
          <w:rFonts w:ascii="Tahoma" w:hAnsi="Tahoma" w:cs="Tahoma"/>
          <w:rtl/>
        </w:rPr>
        <w:t xml:space="preserve"> شخص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شاه 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ا</w:t>
      </w:r>
      <w:r w:rsidRPr="00775B70">
        <w:rPr>
          <w:rFonts w:ascii="Tahoma" w:hAnsi="Tahoma" w:cs="Tahoma"/>
          <w:rtl/>
        </w:rPr>
        <w:t xml:space="preserve"> د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نکار</w:t>
      </w:r>
      <w:r w:rsidRPr="00775B70">
        <w:rPr>
          <w:rFonts w:ascii="Tahoma" w:hAnsi="Tahoma" w:cs="Tahoma"/>
          <w:rtl/>
        </w:rPr>
        <w:t xml:space="preserve"> نبود. واقف مال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را برا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مصرف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مع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ن</w:t>
      </w:r>
      <w:r w:rsidRPr="00775B70">
        <w:rPr>
          <w:rFonts w:ascii="Tahoma" w:hAnsi="Tahoma" w:cs="Tahoma"/>
          <w:rtl/>
        </w:rPr>
        <w:t xml:space="preserve"> کنار م</w:t>
      </w:r>
      <w:r w:rsidRPr="00775B70">
        <w:rPr>
          <w:rFonts w:ascii="Tahoma" w:hAnsi="Tahoma" w:cs="Tahoma" w:hint="cs"/>
          <w:rtl/>
        </w:rPr>
        <w:t>ی‌</w:t>
      </w:r>
      <w:r w:rsidRPr="00775B70">
        <w:rPr>
          <w:rFonts w:ascii="Tahoma" w:hAnsi="Tahoma" w:cs="Tahoma" w:hint="eastAsia"/>
          <w:rtl/>
        </w:rPr>
        <w:t>گذاشت</w:t>
      </w:r>
      <w:r w:rsidRPr="00775B70">
        <w:rPr>
          <w:rFonts w:ascii="Tahoma" w:hAnsi="Tahoma" w:cs="Tahoma"/>
          <w:rtl/>
        </w:rPr>
        <w:t xml:space="preserve"> و قرار بود اصل آن باق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بماند و درآمدش بر پا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هٔ</w:t>
      </w:r>
      <w:r w:rsidRPr="00775B70">
        <w:rPr>
          <w:rFonts w:ascii="Tahoma" w:hAnsi="Tahoma" w:cs="Tahoma"/>
          <w:rtl/>
        </w:rPr>
        <w:t xml:space="preserve"> وقف‌نامه مصرف شود. ا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ن</w:t>
      </w:r>
      <w:r w:rsidRPr="00775B70">
        <w:rPr>
          <w:rFonts w:ascii="Tahoma" w:hAnsi="Tahoma" w:cs="Tahoma"/>
          <w:rtl/>
        </w:rPr>
        <w:t xml:space="preserve"> و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ژگ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به موقوفه نوع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دوام م</w:t>
      </w:r>
      <w:r w:rsidRPr="00775B70">
        <w:rPr>
          <w:rFonts w:ascii="Tahoma" w:hAnsi="Tahoma" w:cs="Tahoma" w:hint="cs"/>
          <w:rtl/>
        </w:rPr>
        <w:t>ی‌</w:t>
      </w:r>
      <w:r w:rsidRPr="00775B70">
        <w:rPr>
          <w:rFonts w:ascii="Tahoma" w:hAnsi="Tahoma" w:cs="Tahoma" w:hint="eastAsia"/>
          <w:rtl/>
        </w:rPr>
        <w:t>بخش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د</w:t>
      </w:r>
      <w:r w:rsidRPr="00775B70">
        <w:rPr>
          <w:rFonts w:ascii="Tahoma" w:hAnsi="Tahoma" w:cs="Tahoma"/>
          <w:rtl/>
        </w:rPr>
        <w:t>. شاه م</w:t>
      </w:r>
      <w:r w:rsidRPr="00775B70">
        <w:rPr>
          <w:rFonts w:ascii="Tahoma" w:hAnsi="Tahoma" w:cs="Tahoma" w:hint="cs"/>
          <w:rtl/>
        </w:rPr>
        <w:t>ی‌</w:t>
      </w:r>
      <w:r w:rsidRPr="00775B70">
        <w:rPr>
          <w:rFonts w:ascii="Tahoma" w:hAnsi="Tahoma" w:cs="Tahoma" w:hint="eastAsia"/>
          <w:rtl/>
        </w:rPr>
        <w:t>توانست</w:t>
      </w:r>
      <w:r w:rsidRPr="00775B70">
        <w:rPr>
          <w:rFonts w:ascii="Tahoma" w:hAnsi="Tahoma" w:cs="Tahoma"/>
          <w:rtl/>
        </w:rPr>
        <w:t xml:space="preserve"> صاحب‌منصب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را برکنار کند، اما تغ</w:t>
      </w:r>
      <w:r w:rsidRPr="00775B70">
        <w:rPr>
          <w:rFonts w:ascii="Tahoma" w:hAnsi="Tahoma" w:cs="Tahoma" w:hint="cs"/>
          <w:rtl/>
        </w:rPr>
        <w:t>یی</w:t>
      </w:r>
      <w:r w:rsidRPr="00775B70">
        <w:rPr>
          <w:rFonts w:ascii="Tahoma" w:hAnsi="Tahoma" w:cs="Tahoma" w:hint="eastAsia"/>
          <w:rtl/>
        </w:rPr>
        <w:t>ر</w:t>
      </w:r>
      <w:r w:rsidRPr="00775B70">
        <w:rPr>
          <w:rFonts w:ascii="Tahoma" w:hAnsi="Tahoma" w:cs="Tahoma"/>
          <w:rtl/>
        </w:rPr>
        <w:t xml:space="preserve"> مصرف موقوفه 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ا</w:t>
      </w:r>
      <w:r w:rsidRPr="00775B70">
        <w:rPr>
          <w:rFonts w:ascii="Tahoma" w:hAnsi="Tahoma" w:cs="Tahoma"/>
          <w:rtl/>
        </w:rPr>
        <w:t xml:space="preserve"> بازگرداندن آن به خزانه هم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شه</w:t>
      </w:r>
      <w:r w:rsidRPr="00775B70">
        <w:rPr>
          <w:rFonts w:ascii="Tahoma" w:hAnsi="Tahoma" w:cs="Tahoma"/>
          <w:rtl/>
        </w:rPr>
        <w:t xml:space="preserve"> آسان نبود. بد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ن‌سان،</w:t>
      </w:r>
      <w:r w:rsidRPr="00775B70">
        <w:rPr>
          <w:rFonts w:ascii="Tahoma" w:hAnsi="Tahoma" w:cs="Tahoma"/>
          <w:rtl/>
        </w:rPr>
        <w:t xml:space="preserve"> مال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که در آغاز با حما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ت</w:t>
      </w:r>
      <w:r w:rsidRPr="00775B70">
        <w:rPr>
          <w:rFonts w:ascii="Tahoma" w:hAnsi="Tahoma" w:cs="Tahoma"/>
          <w:rtl/>
        </w:rPr>
        <w:t xml:space="preserve"> حکومت در اخت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ار</w:t>
      </w:r>
      <w:r w:rsidRPr="00775B70">
        <w:rPr>
          <w:rFonts w:ascii="Tahoma" w:hAnsi="Tahoma" w:cs="Tahoma"/>
          <w:rtl/>
        </w:rPr>
        <w:t xml:space="preserve"> دستگاه د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ن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قرار م</w:t>
      </w:r>
      <w:r w:rsidRPr="00775B70">
        <w:rPr>
          <w:rFonts w:ascii="Tahoma" w:hAnsi="Tahoma" w:cs="Tahoma" w:hint="cs"/>
          <w:rtl/>
        </w:rPr>
        <w:t>ی‌</w:t>
      </w:r>
      <w:r w:rsidRPr="00775B70">
        <w:rPr>
          <w:rFonts w:ascii="Tahoma" w:hAnsi="Tahoma" w:cs="Tahoma" w:hint="eastAsia"/>
          <w:rtl/>
        </w:rPr>
        <w:t>گرفت،</w:t>
      </w:r>
      <w:r w:rsidRPr="00775B70">
        <w:rPr>
          <w:rFonts w:ascii="Tahoma" w:hAnsi="Tahoma" w:cs="Tahoma"/>
          <w:rtl/>
        </w:rPr>
        <w:t xml:space="preserve"> م</w:t>
      </w:r>
      <w:r w:rsidRPr="00775B70">
        <w:rPr>
          <w:rFonts w:ascii="Tahoma" w:hAnsi="Tahoma" w:cs="Tahoma" w:hint="cs"/>
          <w:rtl/>
        </w:rPr>
        <w:t>ی‌</w:t>
      </w:r>
      <w:r w:rsidRPr="00775B70">
        <w:rPr>
          <w:rFonts w:ascii="Tahoma" w:hAnsi="Tahoma" w:cs="Tahoma" w:hint="eastAsia"/>
          <w:rtl/>
        </w:rPr>
        <w:t>توانست</w:t>
      </w:r>
      <w:r w:rsidRPr="00775B70">
        <w:rPr>
          <w:rFonts w:ascii="Tahoma" w:hAnsi="Tahoma" w:cs="Tahoma"/>
          <w:rtl/>
        </w:rPr>
        <w:t xml:space="preserve"> به منبع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نسبتاً پا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دار</w:t>
      </w:r>
      <w:r w:rsidRPr="00775B70">
        <w:rPr>
          <w:rFonts w:ascii="Tahoma" w:hAnsi="Tahoma" w:cs="Tahoma"/>
          <w:rtl/>
        </w:rPr>
        <w:t xml:space="preserve"> برا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ادامهٔ زندگ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آن تبد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ل</w:t>
      </w:r>
      <w:r w:rsidRPr="00775B70">
        <w:rPr>
          <w:rFonts w:ascii="Tahoma" w:hAnsi="Tahoma" w:cs="Tahoma"/>
          <w:rtl/>
        </w:rPr>
        <w:t xml:space="preserve"> شود.</w:t>
      </w:r>
    </w:p>
    <w:p w:rsidR="00775B70" w:rsidRPr="00775B70" w:rsidRDefault="00775B70" w:rsidP="00775B7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75B70">
        <w:rPr>
          <w:rFonts w:ascii="Tahoma" w:hAnsi="Tahoma" w:cs="Tahoma" w:hint="eastAsia"/>
          <w:rtl/>
        </w:rPr>
        <w:t>نظارت</w:t>
      </w:r>
      <w:r w:rsidRPr="00775B70">
        <w:rPr>
          <w:rFonts w:ascii="Tahoma" w:hAnsi="Tahoma" w:cs="Tahoma"/>
          <w:rtl/>
        </w:rPr>
        <w:t xml:space="preserve"> بر موقوفات، صدر را به د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وان</w:t>
      </w:r>
      <w:r w:rsidRPr="00775B70">
        <w:rPr>
          <w:rFonts w:ascii="Tahoma" w:hAnsi="Tahoma" w:cs="Tahoma"/>
          <w:rtl/>
        </w:rPr>
        <w:t xml:space="preserve"> نزد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ک</w:t>
      </w:r>
      <w:r w:rsidRPr="00775B70">
        <w:rPr>
          <w:rFonts w:ascii="Tahoma" w:hAnsi="Tahoma" w:cs="Tahoma"/>
          <w:rtl/>
        </w:rPr>
        <w:t xml:space="preserve"> و در همان حال با آن رق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ب</w:t>
      </w:r>
      <w:r w:rsidRPr="00775B70">
        <w:rPr>
          <w:rFonts w:ascii="Tahoma" w:hAnsi="Tahoma" w:cs="Tahoma"/>
          <w:rtl/>
        </w:rPr>
        <w:t xml:space="preserve"> م</w:t>
      </w:r>
      <w:r w:rsidRPr="00775B70">
        <w:rPr>
          <w:rFonts w:ascii="Tahoma" w:hAnsi="Tahoma" w:cs="Tahoma" w:hint="cs"/>
          <w:rtl/>
        </w:rPr>
        <w:t>ی‌</w:t>
      </w:r>
      <w:r w:rsidRPr="00775B70">
        <w:rPr>
          <w:rFonts w:ascii="Tahoma" w:hAnsi="Tahoma" w:cs="Tahoma" w:hint="eastAsia"/>
          <w:rtl/>
        </w:rPr>
        <w:t>کرد</w:t>
      </w:r>
      <w:r w:rsidRPr="00775B70">
        <w:rPr>
          <w:rFonts w:ascii="Tahoma" w:hAnsi="Tahoma" w:cs="Tahoma"/>
          <w:rtl/>
        </w:rPr>
        <w:t>. د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وان</w:t>
      </w:r>
      <w:r w:rsidRPr="00775B70">
        <w:rPr>
          <w:rFonts w:ascii="Tahoma" w:hAnsi="Tahoma" w:cs="Tahoma"/>
          <w:rtl/>
        </w:rPr>
        <w:t xml:space="preserve"> م</w:t>
      </w:r>
      <w:r w:rsidRPr="00775B70">
        <w:rPr>
          <w:rFonts w:ascii="Tahoma" w:hAnsi="Tahoma" w:cs="Tahoma" w:hint="cs"/>
          <w:rtl/>
        </w:rPr>
        <w:t>ی‌</w:t>
      </w:r>
      <w:r w:rsidRPr="00775B70">
        <w:rPr>
          <w:rFonts w:ascii="Tahoma" w:hAnsi="Tahoma" w:cs="Tahoma" w:hint="eastAsia"/>
          <w:rtl/>
        </w:rPr>
        <w:t>خواست</w:t>
      </w:r>
      <w:r w:rsidRPr="00775B70">
        <w:rPr>
          <w:rFonts w:ascii="Tahoma" w:hAnsi="Tahoma" w:cs="Tahoma"/>
          <w:rtl/>
        </w:rPr>
        <w:t xml:space="preserve"> زم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ن‌ها،</w:t>
      </w:r>
      <w:r w:rsidRPr="00775B70">
        <w:rPr>
          <w:rFonts w:ascii="Tahoma" w:hAnsi="Tahoma" w:cs="Tahoma"/>
          <w:rtl/>
        </w:rPr>
        <w:t xml:space="preserve"> درآمدها و مال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ات‌ها</w:t>
      </w:r>
      <w:r w:rsidRPr="00775B70">
        <w:rPr>
          <w:rFonts w:ascii="Tahoma" w:hAnsi="Tahoma" w:cs="Tahoma"/>
          <w:rtl/>
        </w:rPr>
        <w:t xml:space="preserve"> را ثبت و کنترل کند. هر زم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ن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که وقف م</w:t>
      </w:r>
      <w:r w:rsidRPr="00775B70">
        <w:rPr>
          <w:rFonts w:ascii="Tahoma" w:hAnsi="Tahoma" w:cs="Tahoma" w:hint="cs"/>
          <w:rtl/>
        </w:rPr>
        <w:t>ی‌</w:t>
      </w:r>
      <w:r w:rsidRPr="00775B70">
        <w:rPr>
          <w:rFonts w:ascii="Tahoma" w:hAnsi="Tahoma" w:cs="Tahoma" w:hint="eastAsia"/>
          <w:rtl/>
        </w:rPr>
        <w:t>شد</w:t>
      </w:r>
      <w:r w:rsidRPr="00775B70">
        <w:rPr>
          <w:rFonts w:ascii="Tahoma" w:hAnsi="Tahoma" w:cs="Tahoma"/>
          <w:rtl/>
        </w:rPr>
        <w:t xml:space="preserve"> ممکن بود از دسترس مستق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م</w:t>
      </w:r>
      <w:r w:rsidRPr="00775B70">
        <w:rPr>
          <w:rFonts w:ascii="Tahoma" w:hAnsi="Tahoma" w:cs="Tahoma"/>
          <w:rtl/>
        </w:rPr>
        <w:t xml:space="preserve"> مال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ات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حکومت ب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رون</w:t>
      </w:r>
      <w:r w:rsidRPr="00775B70">
        <w:rPr>
          <w:rFonts w:ascii="Tahoma" w:hAnsi="Tahoma" w:cs="Tahoma"/>
          <w:rtl/>
        </w:rPr>
        <w:t xml:space="preserve"> رود 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ا</w:t>
      </w:r>
      <w:r w:rsidRPr="00775B70">
        <w:rPr>
          <w:rFonts w:ascii="Tahoma" w:hAnsi="Tahoma" w:cs="Tahoma"/>
          <w:rtl/>
        </w:rPr>
        <w:t xml:space="preserve"> ش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وهٔ</w:t>
      </w:r>
      <w:r w:rsidRPr="00775B70">
        <w:rPr>
          <w:rFonts w:ascii="Tahoma" w:hAnsi="Tahoma" w:cs="Tahoma"/>
          <w:rtl/>
        </w:rPr>
        <w:t xml:space="preserve"> در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افت</w:t>
      </w:r>
      <w:r w:rsidRPr="00775B70">
        <w:rPr>
          <w:rFonts w:ascii="Tahoma" w:hAnsi="Tahoma" w:cs="Tahoma"/>
          <w:rtl/>
        </w:rPr>
        <w:t xml:space="preserve"> و مصرف درآمدش تغ</w:t>
      </w:r>
      <w:r w:rsidRPr="00775B70">
        <w:rPr>
          <w:rFonts w:ascii="Tahoma" w:hAnsi="Tahoma" w:cs="Tahoma" w:hint="cs"/>
          <w:rtl/>
        </w:rPr>
        <w:t>یی</w:t>
      </w:r>
      <w:r w:rsidRPr="00775B70">
        <w:rPr>
          <w:rFonts w:ascii="Tahoma" w:hAnsi="Tahoma" w:cs="Tahoma" w:hint="eastAsia"/>
          <w:rtl/>
        </w:rPr>
        <w:t>ر</w:t>
      </w:r>
      <w:r w:rsidRPr="00775B70">
        <w:rPr>
          <w:rFonts w:ascii="Tahoma" w:hAnsi="Tahoma" w:cs="Tahoma"/>
          <w:rtl/>
        </w:rPr>
        <w:t xml:space="preserve"> کند. صدر وظ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>فه داشت از حقوق موقوفه و مصرف مذهب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آن دفاع کند؛ د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وان</w:t>
      </w:r>
      <w:r w:rsidRPr="00775B70">
        <w:rPr>
          <w:rFonts w:ascii="Tahoma" w:hAnsi="Tahoma" w:cs="Tahoma"/>
          <w:rtl/>
        </w:rPr>
        <w:t xml:space="preserve"> ن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ز</w:t>
      </w:r>
      <w:r w:rsidRPr="00775B70">
        <w:rPr>
          <w:rFonts w:ascii="Tahoma" w:hAnsi="Tahoma" w:cs="Tahoma"/>
          <w:rtl/>
        </w:rPr>
        <w:t xml:space="preserve"> با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د</w:t>
      </w:r>
      <w:r w:rsidRPr="00775B70">
        <w:rPr>
          <w:rFonts w:ascii="Tahoma" w:hAnsi="Tahoma" w:cs="Tahoma"/>
          <w:rtl/>
        </w:rPr>
        <w:t xml:space="preserve"> مراقب م</w:t>
      </w:r>
      <w:r w:rsidRPr="00775B70">
        <w:rPr>
          <w:rFonts w:ascii="Tahoma" w:hAnsi="Tahoma" w:cs="Tahoma" w:hint="cs"/>
          <w:rtl/>
        </w:rPr>
        <w:t>ی‌</w:t>
      </w:r>
      <w:r w:rsidRPr="00775B70">
        <w:rPr>
          <w:rFonts w:ascii="Tahoma" w:hAnsi="Tahoma" w:cs="Tahoma" w:hint="eastAsia"/>
          <w:rtl/>
        </w:rPr>
        <w:t>بود</w:t>
      </w:r>
      <w:r w:rsidRPr="00775B70">
        <w:rPr>
          <w:rFonts w:ascii="Tahoma" w:hAnsi="Tahoma" w:cs="Tahoma"/>
          <w:rtl/>
        </w:rPr>
        <w:t xml:space="preserve"> که وقف به وس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له‌ا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برا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فرار از مال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ات</w:t>
      </w:r>
      <w:r w:rsidRPr="00775B70">
        <w:rPr>
          <w:rFonts w:ascii="Tahoma" w:hAnsi="Tahoma" w:cs="Tahoma"/>
          <w:rtl/>
        </w:rPr>
        <w:t xml:space="preserve"> 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ا</w:t>
      </w:r>
      <w:r w:rsidRPr="00775B70">
        <w:rPr>
          <w:rFonts w:ascii="Tahoma" w:hAnsi="Tahoma" w:cs="Tahoma"/>
          <w:rtl/>
        </w:rPr>
        <w:t xml:space="preserve"> تصرف غ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رقانون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املاک تبد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ل</w:t>
      </w:r>
      <w:r w:rsidRPr="00775B70">
        <w:rPr>
          <w:rFonts w:ascii="Tahoma" w:hAnsi="Tahoma" w:cs="Tahoma"/>
          <w:rtl/>
        </w:rPr>
        <w:t xml:space="preserve"> نشود.</w:t>
      </w:r>
    </w:p>
    <w:p w:rsidR="00775B70" w:rsidRPr="00775B70" w:rsidRDefault="00775B70" w:rsidP="00775B7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75B70">
        <w:rPr>
          <w:rFonts w:ascii="Tahoma" w:hAnsi="Tahoma" w:cs="Tahoma" w:hint="eastAsia"/>
          <w:rtl/>
        </w:rPr>
        <w:t>ا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ن</w:t>
      </w:r>
      <w:r w:rsidRPr="00775B70">
        <w:rPr>
          <w:rFonts w:ascii="Tahoma" w:hAnsi="Tahoma" w:cs="Tahoma"/>
          <w:rtl/>
        </w:rPr>
        <w:t xml:space="preserve"> تعارض هم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شه</w:t>
      </w:r>
      <w:r w:rsidRPr="00775B70">
        <w:rPr>
          <w:rFonts w:ascii="Tahoma" w:hAnsi="Tahoma" w:cs="Tahoma"/>
          <w:rtl/>
        </w:rPr>
        <w:t xml:space="preserve"> م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ان</w:t>
      </w:r>
      <w:r w:rsidRPr="00775B70">
        <w:rPr>
          <w:rFonts w:ascii="Tahoma" w:hAnsi="Tahoma" w:cs="Tahoma"/>
          <w:rtl/>
        </w:rPr>
        <w:t xml:space="preserve"> د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ن</w:t>
      </w:r>
      <w:r w:rsidRPr="00775B70">
        <w:rPr>
          <w:rFonts w:ascii="Tahoma" w:hAnsi="Tahoma" w:cs="Tahoma"/>
          <w:rtl/>
        </w:rPr>
        <w:t xml:space="preserve"> و ب</w:t>
      </w:r>
      <w:r w:rsidRPr="00775B70">
        <w:rPr>
          <w:rFonts w:ascii="Tahoma" w:hAnsi="Tahoma" w:cs="Tahoma" w:hint="cs"/>
          <w:rtl/>
        </w:rPr>
        <w:t>ی‌</w:t>
      </w:r>
      <w:r w:rsidRPr="00775B70">
        <w:rPr>
          <w:rFonts w:ascii="Tahoma" w:hAnsi="Tahoma" w:cs="Tahoma" w:hint="eastAsia"/>
          <w:rtl/>
        </w:rPr>
        <w:t>د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ن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نبود. د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وانسالار</w:t>
      </w:r>
      <w:r w:rsidRPr="00775B70">
        <w:rPr>
          <w:rFonts w:ascii="Tahoma" w:hAnsi="Tahoma" w:cs="Tahoma"/>
          <w:rtl/>
        </w:rPr>
        <w:t xml:space="preserve"> ممکن بود خود ش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عه</w:t>
      </w:r>
      <w:r w:rsidRPr="00775B70">
        <w:rPr>
          <w:rFonts w:ascii="Tahoma" w:hAnsi="Tahoma" w:cs="Tahoma"/>
          <w:rtl/>
        </w:rPr>
        <w:t xml:space="preserve"> و به مذهب رسم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وفادار باشد، اما وظ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فه‌اش</w:t>
      </w:r>
      <w:r w:rsidRPr="00775B70">
        <w:rPr>
          <w:rFonts w:ascii="Tahoma" w:hAnsi="Tahoma" w:cs="Tahoma"/>
          <w:rtl/>
        </w:rPr>
        <w:t xml:space="preserve"> حفظ درآمد حکومت بود. صدر ن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ز</w:t>
      </w:r>
      <w:r w:rsidRPr="00775B70">
        <w:rPr>
          <w:rFonts w:ascii="Tahoma" w:hAnsi="Tahoma" w:cs="Tahoma"/>
          <w:rtl/>
        </w:rPr>
        <w:t xml:space="preserve"> ممکن بود صاحب‌منصب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منصوب شاه باشد، اما با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د</w:t>
      </w:r>
      <w:r w:rsidRPr="00775B70">
        <w:rPr>
          <w:rFonts w:ascii="Tahoma" w:hAnsi="Tahoma" w:cs="Tahoma"/>
          <w:rtl/>
        </w:rPr>
        <w:t xml:space="preserve"> از مال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دفاع م</w:t>
      </w:r>
      <w:r w:rsidRPr="00775B70">
        <w:rPr>
          <w:rFonts w:ascii="Tahoma" w:hAnsi="Tahoma" w:cs="Tahoma" w:hint="cs"/>
          <w:rtl/>
        </w:rPr>
        <w:t>ی‌</w:t>
      </w:r>
      <w:r w:rsidRPr="00775B70">
        <w:rPr>
          <w:rFonts w:ascii="Tahoma" w:hAnsi="Tahoma" w:cs="Tahoma" w:hint="eastAsia"/>
          <w:rtl/>
        </w:rPr>
        <w:t>کرد</w:t>
      </w:r>
      <w:r w:rsidRPr="00775B70">
        <w:rPr>
          <w:rFonts w:ascii="Tahoma" w:hAnsi="Tahoma" w:cs="Tahoma"/>
          <w:rtl/>
        </w:rPr>
        <w:t xml:space="preserve"> که برا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مدرسه، مسجد 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ا</w:t>
      </w:r>
      <w:r w:rsidRPr="00775B70">
        <w:rPr>
          <w:rFonts w:ascii="Tahoma" w:hAnsi="Tahoma" w:cs="Tahoma"/>
          <w:rtl/>
        </w:rPr>
        <w:t xml:space="preserve"> سادات کنار گذاشته شده بود. ا</w:t>
      </w:r>
      <w:r w:rsidRPr="00775B70">
        <w:rPr>
          <w:rFonts w:ascii="Tahoma" w:hAnsi="Tahoma" w:cs="Tahoma" w:hint="eastAsia"/>
          <w:rtl/>
        </w:rPr>
        <w:t>ختلاف</w:t>
      </w:r>
      <w:r w:rsidRPr="00775B70">
        <w:rPr>
          <w:rFonts w:ascii="Tahoma" w:hAnsi="Tahoma" w:cs="Tahoma"/>
          <w:rtl/>
        </w:rPr>
        <w:t xml:space="preserve"> از تفاوت وظ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فه‌ها</w:t>
      </w:r>
      <w:r w:rsidRPr="00775B70">
        <w:rPr>
          <w:rFonts w:ascii="Tahoma" w:hAnsi="Tahoma" w:cs="Tahoma"/>
          <w:rtl/>
        </w:rPr>
        <w:t xml:space="preserve"> سرچشمه م</w:t>
      </w:r>
      <w:r w:rsidRPr="00775B70">
        <w:rPr>
          <w:rFonts w:ascii="Tahoma" w:hAnsi="Tahoma" w:cs="Tahoma" w:hint="cs"/>
          <w:rtl/>
        </w:rPr>
        <w:t>ی‌</w:t>
      </w:r>
      <w:r w:rsidRPr="00775B70">
        <w:rPr>
          <w:rFonts w:ascii="Tahoma" w:hAnsi="Tahoma" w:cs="Tahoma" w:hint="eastAsia"/>
          <w:rtl/>
        </w:rPr>
        <w:t>گرفت</w:t>
      </w:r>
      <w:r w:rsidRPr="00775B70">
        <w:rPr>
          <w:rFonts w:ascii="Tahoma" w:hAnsi="Tahoma" w:cs="Tahoma"/>
          <w:rtl/>
        </w:rPr>
        <w:t xml:space="preserve">: 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ک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درآمد کشور را برا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قشون، دربار و ادارهٔ حکومت م</w:t>
      </w:r>
      <w:r w:rsidRPr="00775B70">
        <w:rPr>
          <w:rFonts w:ascii="Tahoma" w:hAnsi="Tahoma" w:cs="Tahoma" w:hint="cs"/>
          <w:rtl/>
        </w:rPr>
        <w:t>ی‌</w:t>
      </w:r>
      <w:r w:rsidRPr="00775B70">
        <w:rPr>
          <w:rFonts w:ascii="Tahoma" w:hAnsi="Tahoma" w:cs="Tahoma" w:hint="eastAsia"/>
          <w:rtl/>
        </w:rPr>
        <w:t>خواست</w:t>
      </w:r>
      <w:r w:rsidRPr="00775B70">
        <w:rPr>
          <w:rFonts w:ascii="Tahoma" w:hAnsi="Tahoma" w:cs="Tahoma"/>
          <w:rtl/>
        </w:rPr>
        <w:t xml:space="preserve"> و د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گر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بخش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از همان منابع را به دستگاه د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ن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اختصاص م</w:t>
      </w:r>
      <w:r w:rsidRPr="00775B70">
        <w:rPr>
          <w:rFonts w:ascii="Tahoma" w:hAnsi="Tahoma" w:cs="Tahoma" w:hint="cs"/>
          <w:rtl/>
        </w:rPr>
        <w:t>ی‌</w:t>
      </w:r>
      <w:r w:rsidRPr="00775B70">
        <w:rPr>
          <w:rFonts w:ascii="Tahoma" w:hAnsi="Tahoma" w:cs="Tahoma" w:hint="eastAsia"/>
          <w:rtl/>
        </w:rPr>
        <w:t>داد</w:t>
      </w:r>
      <w:r w:rsidRPr="00775B70">
        <w:rPr>
          <w:rFonts w:ascii="Tahoma" w:hAnsi="Tahoma" w:cs="Tahoma"/>
          <w:rtl/>
        </w:rPr>
        <w:t>.</w:t>
      </w:r>
    </w:p>
    <w:p w:rsidR="00775B70" w:rsidRPr="00775B70" w:rsidRDefault="00775B70" w:rsidP="00775B7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75B70">
        <w:rPr>
          <w:rFonts w:ascii="Tahoma" w:hAnsi="Tahoma" w:cs="Tahoma" w:hint="eastAsia"/>
          <w:rtl/>
        </w:rPr>
        <w:t>مقام</w:t>
      </w:r>
      <w:r w:rsidRPr="00775B70">
        <w:rPr>
          <w:rFonts w:ascii="Tahoma" w:hAnsi="Tahoma" w:cs="Tahoma"/>
          <w:rtl/>
        </w:rPr>
        <w:t xml:space="preserve"> صدر در دوره‌ها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مختلف تغ</w:t>
      </w:r>
      <w:r w:rsidRPr="00775B70">
        <w:rPr>
          <w:rFonts w:ascii="Tahoma" w:hAnsi="Tahoma" w:cs="Tahoma" w:hint="cs"/>
          <w:rtl/>
        </w:rPr>
        <w:t>یی</w:t>
      </w:r>
      <w:r w:rsidRPr="00775B70">
        <w:rPr>
          <w:rFonts w:ascii="Tahoma" w:hAnsi="Tahoma" w:cs="Tahoma" w:hint="eastAsia"/>
          <w:rtl/>
        </w:rPr>
        <w:t>ر</w:t>
      </w:r>
      <w:r w:rsidRPr="00775B70">
        <w:rPr>
          <w:rFonts w:ascii="Tahoma" w:hAnsi="Tahoma" w:cs="Tahoma"/>
          <w:rtl/>
        </w:rPr>
        <w:t xml:space="preserve"> 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افت</w:t>
      </w:r>
      <w:r w:rsidRPr="00775B70">
        <w:rPr>
          <w:rFonts w:ascii="Tahoma" w:hAnsi="Tahoma" w:cs="Tahoma"/>
          <w:rtl/>
        </w:rPr>
        <w:t xml:space="preserve">. گاه 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ک</w:t>
      </w:r>
      <w:r w:rsidRPr="00775B70">
        <w:rPr>
          <w:rFonts w:ascii="Tahoma" w:hAnsi="Tahoma" w:cs="Tahoma"/>
          <w:rtl/>
        </w:rPr>
        <w:t xml:space="preserve"> صدر بر بخش بزرگ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از امور مذهب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نظارت داشت و گاه وظا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ف</w:t>
      </w:r>
      <w:r w:rsidRPr="00775B70">
        <w:rPr>
          <w:rFonts w:ascii="Tahoma" w:hAnsi="Tahoma" w:cs="Tahoma"/>
          <w:rtl/>
        </w:rPr>
        <w:t xml:space="preserve"> م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ان</w:t>
      </w:r>
      <w:r w:rsidRPr="00775B70">
        <w:rPr>
          <w:rFonts w:ascii="Tahoma" w:hAnsi="Tahoma" w:cs="Tahoma"/>
          <w:rtl/>
        </w:rPr>
        <w:t xml:space="preserve"> دو صدر 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ا</w:t>
      </w:r>
      <w:r w:rsidRPr="00775B70">
        <w:rPr>
          <w:rFonts w:ascii="Tahoma" w:hAnsi="Tahoma" w:cs="Tahoma"/>
          <w:rtl/>
        </w:rPr>
        <w:t xml:space="preserve"> چند صاحب‌منصب تقس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م</w:t>
      </w:r>
      <w:r w:rsidRPr="00775B70">
        <w:rPr>
          <w:rFonts w:ascii="Tahoma" w:hAnsi="Tahoma" w:cs="Tahoma"/>
          <w:rtl/>
        </w:rPr>
        <w:t xml:space="preserve"> شد. ممکن بود م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ان</w:t>
      </w:r>
      <w:r w:rsidRPr="00775B70">
        <w:rPr>
          <w:rFonts w:ascii="Tahoma" w:hAnsi="Tahoma" w:cs="Tahoma"/>
          <w:rtl/>
        </w:rPr>
        <w:t xml:space="preserve"> امور مربوط به دارا</w:t>
      </w:r>
      <w:r w:rsidRPr="00775B70">
        <w:rPr>
          <w:rFonts w:ascii="Tahoma" w:hAnsi="Tahoma" w:cs="Tahoma" w:hint="cs"/>
          <w:rtl/>
        </w:rPr>
        <w:t>یی‌</w:t>
      </w:r>
      <w:r w:rsidRPr="00775B70">
        <w:rPr>
          <w:rFonts w:ascii="Tahoma" w:hAnsi="Tahoma" w:cs="Tahoma" w:hint="eastAsia"/>
          <w:rtl/>
        </w:rPr>
        <w:t>ها</w:t>
      </w:r>
      <w:r w:rsidRPr="00775B70">
        <w:rPr>
          <w:rFonts w:ascii="Tahoma" w:hAnsi="Tahoma" w:cs="Tahoma"/>
          <w:rtl/>
        </w:rPr>
        <w:t xml:space="preserve"> و موقوفات و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ژهٔ</w:t>
      </w:r>
      <w:r w:rsidRPr="00775B70">
        <w:rPr>
          <w:rFonts w:ascii="Tahoma" w:hAnsi="Tahoma" w:cs="Tahoma"/>
          <w:rtl/>
        </w:rPr>
        <w:t xml:space="preserve"> شاه و امور عموم</w:t>
      </w:r>
      <w:r w:rsidRPr="00775B70">
        <w:rPr>
          <w:rFonts w:ascii="Tahoma" w:hAnsi="Tahoma" w:cs="Tahoma" w:hint="cs"/>
          <w:rtl/>
        </w:rPr>
        <w:t>ی‌</w:t>
      </w:r>
      <w:r w:rsidRPr="00775B70">
        <w:rPr>
          <w:rFonts w:ascii="Tahoma" w:hAnsi="Tahoma" w:cs="Tahoma" w:hint="eastAsia"/>
          <w:rtl/>
        </w:rPr>
        <w:t>تر</w:t>
      </w:r>
      <w:r w:rsidRPr="00775B70">
        <w:rPr>
          <w:rFonts w:ascii="Tahoma" w:hAnsi="Tahoma" w:cs="Tahoma"/>
          <w:rtl/>
        </w:rPr>
        <w:t xml:space="preserve"> مذهب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تفاوت گذاشته شود. ا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ن</w:t>
      </w:r>
      <w:r w:rsidRPr="00775B70">
        <w:rPr>
          <w:rFonts w:ascii="Tahoma" w:hAnsi="Tahoma" w:cs="Tahoma"/>
          <w:rtl/>
        </w:rPr>
        <w:t xml:space="preserve"> تغ</w:t>
      </w:r>
      <w:r w:rsidRPr="00775B70">
        <w:rPr>
          <w:rFonts w:ascii="Tahoma" w:hAnsi="Tahoma" w:cs="Tahoma" w:hint="cs"/>
          <w:rtl/>
        </w:rPr>
        <w:t>یی</w:t>
      </w:r>
      <w:r w:rsidRPr="00775B70">
        <w:rPr>
          <w:rFonts w:ascii="Tahoma" w:hAnsi="Tahoma" w:cs="Tahoma" w:hint="eastAsia"/>
          <w:rtl/>
        </w:rPr>
        <w:t>رها</w:t>
      </w:r>
      <w:r w:rsidRPr="00775B70">
        <w:rPr>
          <w:rFonts w:ascii="Tahoma" w:hAnsi="Tahoma" w:cs="Tahoma"/>
          <w:rtl/>
        </w:rPr>
        <w:t xml:space="preserve"> نشان م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‌داد که حکومت هنوز در حال 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افتن</w:t>
      </w:r>
      <w:r w:rsidRPr="00775B70">
        <w:rPr>
          <w:rFonts w:ascii="Tahoma" w:hAnsi="Tahoma" w:cs="Tahoma"/>
          <w:rtl/>
        </w:rPr>
        <w:t xml:space="preserve"> راه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برا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تنظ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م</w:t>
      </w:r>
      <w:r w:rsidRPr="00775B70">
        <w:rPr>
          <w:rFonts w:ascii="Tahoma" w:hAnsi="Tahoma" w:cs="Tahoma"/>
          <w:rtl/>
        </w:rPr>
        <w:t xml:space="preserve"> رابطهٔ دستگاه د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ن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با د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وان</w:t>
      </w:r>
      <w:r w:rsidRPr="00775B70">
        <w:rPr>
          <w:rFonts w:ascii="Tahoma" w:hAnsi="Tahoma" w:cs="Tahoma"/>
          <w:rtl/>
        </w:rPr>
        <w:t xml:space="preserve"> و دربار است.</w:t>
      </w:r>
    </w:p>
    <w:p w:rsidR="00775B70" w:rsidRPr="00775B70" w:rsidRDefault="00775B70" w:rsidP="00775B7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75B70">
        <w:rPr>
          <w:rFonts w:ascii="Tahoma" w:hAnsi="Tahoma" w:cs="Tahoma" w:hint="eastAsia"/>
          <w:rtl/>
        </w:rPr>
        <w:t>صدر</w:t>
      </w:r>
      <w:r w:rsidRPr="00775B70">
        <w:rPr>
          <w:rFonts w:ascii="Tahoma" w:hAnsi="Tahoma" w:cs="Tahoma"/>
          <w:rtl/>
        </w:rPr>
        <w:t xml:space="preserve"> هر اندازه ن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ز</w:t>
      </w:r>
      <w:r w:rsidRPr="00775B70">
        <w:rPr>
          <w:rFonts w:ascii="Tahoma" w:hAnsi="Tahoma" w:cs="Tahoma"/>
          <w:rtl/>
        </w:rPr>
        <w:t xml:space="preserve"> ن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رومند</w:t>
      </w:r>
      <w:r w:rsidRPr="00775B70">
        <w:rPr>
          <w:rFonts w:ascii="Tahoma" w:hAnsi="Tahoma" w:cs="Tahoma"/>
          <w:rtl/>
        </w:rPr>
        <w:t xml:space="preserve"> م</w:t>
      </w:r>
      <w:r w:rsidRPr="00775B70">
        <w:rPr>
          <w:rFonts w:ascii="Tahoma" w:hAnsi="Tahoma" w:cs="Tahoma" w:hint="cs"/>
          <w:rtl/>
        </w:rPr>
        <w:t>ی‌</w:t>
      </w:r>
      <w:r w:rsidRPr="00775B70">
        <w:rPr>
          <w:rFonts w:ascii="Tahoma" w:hAnsi="Tahoma" w:cs="Tahoma" w:hint="eastAsia"/>
          <w:rtl/>
        </w:rPr>
        <w:t>شد،</w:t>
      </w:r>
      <w:r w:rsidRPr="00775B70">
        <w:rPr>
          <w:rFonts w:ascii="Tahoma" w:hAnsi="Tahoma" w:cs="Tahoma"/>
          <w:rtl/>
        </w:rPr>
        <w:t xml:space="preserve"> همچنان صاحب‌منصب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حکومت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بود. شاه او را منصوب م</w:t>
      </w:r>
      <w:r w:rsidRPr="00775B70">
        <w:rPr>
          <w:rFonts w:ascii="Tahoma" w:hAnsi="Tahoma" w:cs="Tahoma" w:hint="cs"/>
          <w:rtl/>
        </w:rPr>
        <w:t>ی‌</w:t>
      </w:r>
      <w:r w:rsidRPr="00775B70">
        <w:rPr>
          <w:rFonts w:ascii="Tahoma" w:hAnsi="Tahoma" w:cs="Tahoma" w:hint="eastAsia"/>
          <w:rtl/>
        </w:rPr>
        <w:t>کرد</w:t>
      </w:r>
      <w:r w:rsidRPr="00775B70">
        <w:rPr>
          <w:rFonts w:ascii="Tahoma" w:hAnsi="Tahoma" w:cs="Tahoma"/>
          <w:rtl/>
        </w:rPr>
        <w:t xml:space="preserve"> و م</w:t>
      </w:r>
      <w:r w:rsidRPr="00775B70">
        <w:rPr>
          <w:rFonts w:ascii="Tahoma" w:hAnsi="Tahoma" w:cs="Tahoma" w:hint="cs"/>
          <w:rtl/>
        </w:rPr>
        <w:t>ی‌</w:t>
      </w:r>
      <w:r w:rsidRPr="00775B70">
        <w:rPr>
          <w:rFonts w:ascii="Tahoma" w:hAnsi="Tahoma" w:cs="Tahoma" w:hint="eastAsia"/>
          <w:rtl/>
        </w:rPr>
        <w:t>توانست</w:t>
      </w:r>
      <w:r w:rsidRPr="00775B70">
        <w:rPr>
          <w:rFonts w:ascii="Tahoma" w:hAnsi="Tahoma" w:cs="Tahoma"/>
          <w:rtl/>
        </w:rPr>
        <w:t xml:space="preserve"> برکنارش سازد. هم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ن</w:t>
      </w:r>
      <w:r w:rsidRPr="00775B70">
        <w:rPr>
          <w:rFonts w:ascii="Tahoma" w:hAnsi="Tahoma" w:cs="Tahoma"/>
          <w:rtl/>
        </w:rPr>
        <w:t xml:space="preserve"> وابستگ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،</w:t>
      </w:r>
      <w:r w:rsidRPr="00775B70">
        <w:rPr>
          <w:rFonts w:ascii="Tahoma" w:hAnsi="Tahoma" w:cs="Tahoma"/>
          <w:rtl/>
        </w:rPr>
        <w:t xml:space="preserve"> او را از فق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ه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که اعتبارش فقط از شاگردان و جامعهٔ مذهب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م</w:t>
      </w:r>
      <w:r w:rsidRPr="00775B70">
        <w:rPr>
          <w:rFonts w:ascii="Tahoma" w:hAnsi="Tahoma" w:cs="Tahoma" w:hint="cs"/>
          <w:rtl/>
        </w:rPr>
        <w:t>ی‌</w:t>
      </w:r>
      <w:r w:rsidRPr="00775B70">
        <w:rPr>
          <w:rFonts w:ascii="Tahoma" w:hAnsi="Tahoma" w:cs="Tahoma" w:hint="eastAsia"/>
          <w:rtl/>
        </w:rPr>
        <w:t>آمد</w:t>
      </w:r>
      <w:r w:rsidRPr="00775B70">
        <w:rPr>
          <w:rFonts w:ascii="Tahoma" w:hAnsi="Tahoma" w:cs="Tahoma"/>
          <w:rtl/>
        </w:rPr>
        <w:t xml:space="preserve"> جدا م</w:t>
      </w:r>
      <w:r w:rsidRPr="00775B70">
        <w:rPr>
          <w:rFonts w:ascii="Tahoma" w:hAnsi="Tahoma" w:cs="Tahoma" w:hint="cs"/>
          <w:rtl/>
        </w:rPr>
        <w:t>ی‌</w:t>
      </w:r>
      <w:r w:rsidRPr="00775B70">
        <w:rPr>
          <w:rFonts w:ascii="Tahoma" w:hAnsi="Tahoma" w:cs="Tahoma" w:hint="eastAsia"/>
          <w:rtl/>
        </w:rPr>
        <w:t>کرد</w:t>
      </w:r>
      <w:r w:rsidRPr="00775B70">
        <w:rPr>
          <w:rFonts w:ascii="Tahoma" w:hAnsi="Tahoma" w:cs="Tahoma"/>
          <w:rtl/>
        </w:rPr>
        <w:t>. صدر با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د</w:t>
      </w:r>
      <w:r w:rsidRPr="00775B70">
        <w:rPr>
          <w:rFonts w:ascii="Tahoma" w:hAnsi="Tahoma" w:cs="Tahoma"/>
          <w:rtl/>
        </w:rPr>
        <w:t xml:space="preserve"> هم اعتماد شاه را حفظ م</w:t>
      </w:r>
      <w:r w:rsidRPr="00775B70">
        <w:rPr>
          <w:rFonts w:ascii="Tahoma" w:hAnsi="Tahoma" w:cs="Tahoma" w:hint="cs"/>
          <w:rtl/>
        </w:rPr>
        <w:t>ی‌</w:t>
      </w:r>
      <w:r w:rsidRPr="00775B70">
        <w:rPr>
          <w:rFonts w:ascii="Tahoma" w:hAnsi="Tahoma" w:cs="Tahoma" w:hint="eastAsia"/>
          <w:rtl/>
        </w:rPr>
        <w:t>کرد</w:t>
      </w:r>
      <w:r w:rsidRPr="00775B70">
        <w:rPr>
          <w:rFonts w:ascii="Tahoma" w:hAnsi="Tahoma" w:cs="Tahoma"/>
          <w:rtl/>
        </w:rPr>
        <w:t xml:space="preserve"> و هم در چشم د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نکاران</w:t>
      </w:r>
      <w:r w:rsidRPr="00775B70">
        <w:rPr>
          <w:rFonts w:ascii="Tahoma" w:hAnsi="Tahoma" w:cs="Tahoma"/>
          <w:rtl/>
        </w:rPr>
        <w:t xml:space="preserve"> از اعتبار کاف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برخوردار م</w:t>
      </w:r>
      <w:r w:rsidRPr="00775B70">
        <w:rPr>
          <w:rFonts w:ascii="Tahoma" w:hAnsi="Tahoma" w:cs="Tahoma" w:hint="cs"/>
          <w:rtl/>
        </w:rPr>
        <w:t>ی‌</w:t>
      </w:r>
      <w:r w:rsidRPr="00775B70">
        <w:rPr>
          <w:rFonts w:ascii="Tahoma" w:hAnsi="Tahoma" w:cs="Tahoma" w:hint="eastAsia"/>
          <w:rtl/>
        </w:rPr>
        <w:t>بود</w:t>
      </w:r>
      <w:r w:rsidRPr="00775B70">
        <w:rPr>
          <w:rFonts w:ascii="Tahoma" w:hAnsi="Tahoma" w:cs="Tahoma"/>
          <w:rtl/>
        </w:rPr>
        <w:t>. اگر فقط کارگزار دربار شناخته م</w:t>
      </w:r>
      <w:r w:rsidRPr="00775B70">
        <w:rPr>
          <w:rFonts w:ascii="Tahoma" w:hAnsi="Tahoma" w:cs="Tahoma" w:hint="cs"/>
          <w:rtl/>
        </w:rPr>
        <w:t>ی‌</w:t>
      </w:r>
      <w:r w:rsidRPr="00775B70">
        <w:rPr>
          <w:rFonts w:ascii="Tahoma" w:hAnsi="Tahoma" w:cs="Tahoma" w:hint="eastAsia"/>
          <w:rtl/>
        </w:rPr>
        <w:t>شد،</w:t>
      </w:r>
      <w:r w:rsidRPr="00775B70">
        <w:rPr>
          <w:rFonts w:ascii="Tahoma" w:hAnsi="Tahoma" w:cs="Tahoma"/>
          <w:rtl/>
        </w:rPr>
        <w:t xml:space="preserve"> فرمانش در م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ان</w:t>
      </w:r>
      <w:r w:rsidRPr="00775B70">
        <w:rPr>
          <w:rFonts w:ascii="Tahoma" w:hAnsi="Tahoma" w:cs="Tahoma"/>
          <w:rtl/>
        </w:rPr>
        <w:t xml:space="preserve"> عالمان وزن لازم را پ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دا</w:t>
      </w:r>
      <w:r w:rsidRPr="00775B70">
        <w:rPr>
          <w:rFonts w:ascii="Tahoma" w:hAnsi="Tahoma" w:cs="Tahoma"/>
          <w:rtl/>
        </w:rPr>
        <w:t xml:space="preserve"> نم</w:t>
      </w:r>
      <w:r w:rsidRPr="00775B70">
        <w:rPr>
          <w:rFonts w:ascii="Tahoma" w:hAnsi="Tahoma" w:cs="Tahoma" w:hint="cs"/>
          <w:rtl/>
        </w:rPr>
        <w:t>ی‌</w:t>
      </w:r>
      <w:r w:rsidRPr="00775B70">
        <w:rPr>
          <w:rFonts w:ascii="Tahoma" w:hAnsi="Tahoma" w:cs="Tahoma" w:hint="eastAsia"/>
          <w:rtl/>
        </w:rPr>
        <w:t>کرد؛</w:t>
      </w:r>
      <w:r w:rsidRPr="00775B70">
        <w:rPr>
          <w:rFonts w:ascii="Tahoma" w:hAnsi="Tahoma" w:cs="Tahoma"/>
          <w:rtl/>
        </w:rPr>
        <w:t xml:space="preserve"> و اگر ب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ش</w:t>
      </w:r>
      <w:r w:rsidRPr="00775B70">
        <w:rPr>
          <w:rFonts w:ascii="Tahoma" w:hAnsi="Tahoma" w:cs="Tahoma"/>
          <w:rtl/>
        </w:rPr>
        <w:t xml:space="preserve"> از اندازه مستقل م</w:t>
      </w:r>
      <w:r w:rsidRPr="00775B70">
        <w:rPr>
          <w:rFonts w:ascii="Tahoma" w:hAnsi="Tahoma" w:cs="Tahoma" w:hint="cs"/>
          <w:rtl/>
        </w:rPr>
        <w:t>ی‌</w:t>
      </w:r>
      <w:r w:rsidRPr="00775B70">
        <w:rPr>
          <w:rFonts w:ascii="Tahoma" w:hAnsi="Tahoma" w:cs="Tahoma" w:hint="eastAsia"/>
          <w:rtl/>
        </w:rPr>
        <w:t>شد،</w:t>
      </w:r>
      <w:r w:rsidRPr="00775B70">
        <w:rPr>
          <w:rFonts w:ascii="Tahoma" w:hAnsi="Tahoma" w:cs="Tahoma"/>
          <w:rtl/>
        </w:rPr>
        <w:t xml:space="preserve"> ممکن بود تاج او را خطر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برا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اخت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ار</w:t>
      </w:r>
      <w:r w:rsidRPr="00775B70">
        <w:rPr>
          <w:rFonts w:ascii="Tahoma" w:hAnsi="Tahoma" w:cs="Tahoma"/>
          <w:rtl/>
        </w:rPr>
        <w:t xml:space="preserve"> خود بب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ند</w:t>
      </w:r>
      <w:r w:rsidRPr="00775B70">
        <w:rPr>
          <w:rFonts w:ascii="Tahoma" w:hAnsi="Tahoma" w:cs="Tahoma"/>
          <w:rtl/>
        </w:rPr>
        <w:t>.</w:t>
      </w:r>
    </w:p>
    <w:p w:rsidR="00775B70" w:rsidRPr="00775B70" w:rsidRDefault="00775B70" w:rsidP="00775B7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75B70">
        <w:rPr>
          <w:rFonts w:ascii="Tahoma" w:hAnsi="Tahoma" w:cs="Tahoma" w:hint="eastAsia"/>
          <w:rtl/>
        </w:rPr>
        <w:t>در</w:t>
      </w:r>
      <w:r w:rsidRPr="00775B70">
        <w:rPr>
          <w:rFonts w:ascii="Tahoma" w:hAnsi="Tahoma" w:cs="Tahoma"/>
          <w:rtl/>
        </w:rPr>
        <w:t xml:space="preserve"> کنار صدر، مقام «ش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خ‌الاسلام»</w:t>
      </w:r>
      <w:r w:rsidRPr="00775B70">
        <w:rPr>
          <w:rFonts w:ascii="Tahoma" w:hAnsi="Tahoma" w:cs="Tahoma"/>
          <w:rtl/>
        </w:rPr>
        <w:t xml:space="preserve"> ن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ز</w:t>
      </w:r>
      <w:r w:rsidRPr="00775B70">
        <w:rPr>
          <w:rFonts w:ascii="Tahoma" w:hAnsi="Tahoma" w:cs="Tahoma"/>
          <w:rtl/>
        </w:rPr>
        <w:t xml:space="preserve"> اهم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ت</w:t>
      </w:r>
      <w:r w:rsidRPr="00775B70">
        <w:rPr>
          <w:rFonts w:ascii="Tahoma" w:hAnsi="Tahoma" w:cs="Tahoma"/>
          <w:rtl/>
        </w:rPr>
        <w:t xml:space="preserve"> 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افت</w:t>
      </w:r>
      <w:r w:rsidRPr="00775B70">
        <w:rPr>
          <w:rFonts w:ascii="Tahoma" w:hAnsi="Tahoma" w:cs="Tahoma"/>
          <w:rtl/>
        </w:rPr>
        <w:t>. عنوان ش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خ‌الاسلام</w:t>
      </w:r>
      <w:r w:rsidRPr="00775B70">
        <w:rPr>
          <w:rFonts w:ascii="Tahoma" w:hAnsi="Tahoma" w:cs="Tahoma"/>
          <w:rtl/>
        </w:rPr>
        <w:t xml:space="preserve"> پ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ش</w:t>
      </w:r>
      <w:r w:rsidRPr="00775B70">
        <w:rPr>
          <w:rFonts w:ascii="Tahoma" w:hAnsi="Tahoma" w:cs="Tahoma"/>
          <w:rtl/>
        </w:rPr>
        <w:t xml:space="preserve"> از صفو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ان</w:t>
      </w:r>
      <w:r w:rsidRPr="00775B70">
        <w:rPr>
          <w:rFonts w:ascii="Tahoma" w:hAnsi="Tahoma" w:cs="Tahoma"/>
          <w:rtl/>
        </w:rPr>
        <w:t xml:space="preserve"> در جهان اسلام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شناخته شده بود، اما در حکومت صفو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با ساختار ش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ع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تازه سازگار شد. ش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خ‌الاسلام</w:t>
      </w:r>
      <w:r w:rsidRPr="00775B70">
        <w:rPr>
          <w:rFonts w:ascii="Tahoma" w:hAnsi="Tahoma" w:cs="Tahoma"/>
          <w:rtl/>
        </w:rPr>
        <w:t xml:space="preserve"> معمولاً در شهر 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ا</w:t>
      </w:r>
      <w:r w:rsidRPr="00775B70">
        <w:rPr>
          <w:rFonts w:ascii="Tahoma" w:hAnsi="Tahoma" w:cs="Tahoma"/>
          <w:rtl/>
        </w:rPr>
        <w:t xml:space="preserve"> مرکز مهم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به مسائل د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ن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،</w:t>
      </w:r>
      <w:r w:rsidRPr="00775B70">
        <w:rPr>
          <w:rFonts w:ascii="Tahoma" w:hAnsi="Tahoma" w:cs="Tahoma"/>
          <w:rtl/>
        </w:rPr>
        <w:t xml:space="preserve"> فتوا، آموزش و گاه قضاوت م</w:t>
      </w:r>
      <w:r w:rsidRPr="00775B70">
        <w:rPr>
          <w:rFonts w:ascii="Tahoma" w:hAnsi="Tahoma" w:cs="Tahoma" w:hint="cs"/>
          <w:rtl/>
        </w:rPr>
        <w:t>ی‌</w:t>
      </w:r>
      <w:r w:rsidRPr="00775B70">
        <w:rPr>
          <w:rFonts w:ascii="Tahoma" w:hAnsi="Tahoma" w:cs="Tahoma" w:hint="eastAsia"/>
          <w:rtl/>
        </w:rPr>
        <w:t>پرداخت</w:t>
      </w:r>
      <w:r w:rsidRPr="00775B70">
        <w:rPr>
          <w:rFonts w:ascii="Tahoma" w:hAnsi="Tahoma" w:cs="Tahoma"/>
          <w:rtl/>
        </w:rPr>
        <w:t>. مقام ا</w:t>
      </w:r>
      <w:r w:rsidRPr="00775B70">
        <w:rPr>
          <w:rFonts w:ascii="Tahoma" w:hAnsi="Tahoma" w:cs="Tahoma" w:hint="eastAsia"/>
          <w:rtl/>
        </w:rPr>
        <w:t>و</w:t>
      </w:r>
      <w:r w:rsidRPr="00775B70">
        <w:rPr>
          <w:rFonts w:ascii="Tahoma" w:hAnsi="Tahoma" w:cs="Tahoma"/>
          <w:rtl/>
        </w:rPr>
        <w:t xml:space="preserve"> در همهٔ دوره‌ها و همهٔ شهرها 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کسان</w:t>
      </w:r>
      <w:r w:rsidRPr="00775B70">
        <w:rPr>
          <w:rFonts w:ascii="Tahoma" w:hAnsi="Tahoma" w:cs="Tahoma"/>
          <w:rtl/>
        </w:rPr>
        <w:t xml:space="preserve"> نبود. در جا</w:t>
      </w:r>
      <w:r w:rsidRPr="00775B70">
        <w:rPr>
          <w:rFonts w:ascii="Tahoma" w:hAnsi="Tahoma" w:cs="Tahoma" w:hint="cs"/>
          <w:rtl/>
        </w:rPr>
        <w:t>یی</w:t>
      </w:r>
      <w:r w:rsidRPr="00775B70">
        <w:rPr>
          <w:rFonts w:ascii="Tahoma" w:hAnsi="Tahoma" w:cs="Tahoma"/>
          <w:rtl/>
        </w:rPr>
        <w:t xml:space="preserve"> ممکن بود نفوذش ب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شتر</w:t>
      </w:r>
      <w:r w:rsidRPr="00775B70">
        <w:rPr>
          <w:rFonts w:ascii="Tahoma" w:hAnsi="Tahoma" w:cs="Tahoma"/>
          <w:rtl/>
        </w:rPr>
        <w:t xml:space="preserve"> به دانش و اعتبار شخص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وابسته باشد و در جا</w:t>
      </w:r>
      <w:r w:rsidRPr="00775B70">
        <w:rPr>
          <w:rFonts w:ascii="Tahoma" w:hAnsi="Tahoma" w:cs="Tahoma" w:hint="cs"/>
          <w:rtl/>
        </w:rPr>
        <w:t>یی</w:t>
      </w:r>
      <w:r w:rsidRPr="00775B70">
        <w:rPr>
          <w:rFonts w:ascii="Tahoma" w:hAnsi="Tahoma" w:cs="Tahoma"/>
          <w:rtl/>
        </w:rPr>
        <w:t xml:space="preserve"> د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گر</w:t>
      </w:r>
      <w:r w:rsidRPr="00775B70">
        <w:rPr>
          <w:rFonts w:ascii="Tahoma" w:hAnsi="Tahoma" w:cs="Tahoma"/>
          <w:rtl/>
        </w:rPr>
        <w:t xml:space="preserve"> حدود اخت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ارش</w:t>
      </w:r>
      <w:r w:rsidRPr="00775B70">
        <w:rPr>
          <w:rFonts w:ascii="Tahoma" w:hAnsi="Tahoma" w:cs="Tahoma"/>
          <w:rtl/>
        </w:rPr>
        <w:t xml:space="preserve"> با فرمان حکومت تع</w:t>
      </w:r>
      <w:r w:rsidRPr="00775B70">
        <w:rPr>
          <w:rFonts w:ascii="Tahoma" w:hAnsi="Tahoma" w:cs="Tahoma" w:hint="cs"/>
          <w:rtl/>
        </w:rPr>
        <w:t>یی</w:t>
      </w:r>
      <w:r w:rsidRPr="00775B70">
        <w:rPr>
          <w:rFonts w:ascii="Tahoma" w:hAnsi="Tahoma" w:cs="Tahoma" w:hint="eastAsia"/>
          <w:rtl/>
        </w:rPr>
        <w:t>ن</w:t>
      </w:r>
      <w:r w:rsidRPr="00775B70">
        <w:rPr>
          <w:rFonts w:ascii="Tahoma" w:hAnsi="Tahoma" w:cs="Tahoma"/>
          <w:rtl/>
        </w:rPr>
        <w:t xml:space="preserve"> شود.</w:t>
      </w:r>
    </w:p>
    <w:p w:rsidR="00775B70" w:rsidRPr="00775B70" w:rsidRDefault="00775B70" w:rsidP="00775B7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75B70">
        <w:rPr>
          <w:rFonts w:ascii="Tahoma" w:hAnsi="Tahoma" w:cs="Tahoma" w:hint="eastAsia"/>
          <w:rtl/>
        </w:rPr>
        <w:t>اگر</w:t>
      </w:r>
      <w:r w:rsidRPr="00775B70">
        <w:rPr>
          <w:rFonts w:ascii="Tahoma" w:hAnsi="Tahoma" w:cs="Tahoma"/>
          <w:rtl/>
        </w:rPr>
        <w:t xml:space="preserve"> صدر ب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شتر</w:t>
      </w:r>
      <w:r w:rsidRPr="00775B70">
        <w:rPr>
          <w:rFonts w:ascii="Tahoma" w:hAnsi="Tahoma" w:cs="Tahoma"/>
          <w:rtl/>
        </w:rPr>
        <w:t xml:space="preserve"> در سطح دستگاه مرکز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،</w:t>
      </w:r>
      <w:r w:rsidRPr="00775B70">
        <w:rPr>
          <w:rFonts w:ascii="Tahoma" w:hAnsi="Tahoma" w:cs="Tahoma"/>
          <w:rtl/>
        </w:rPr>
        <w:t xml:space="preserve"> انتصاب‌ها و موقوفات عمل م</w:t>
      </w:r>
      <w:r w:rsidRPr="00775B70">
        <w:rPr>
          <w:rFonts w:ascii="Tahoma" w:hAnsi="Tahoma" w:cs="Tahoma" w:hint="cs"/>
          <w:rtl/>
        </w:rPr>
        <w:t>ی‌</w:t>
      </w:r>
      <w:r w:rsidRPr="00775B70">
        <w:rPr>
          <w:rFonts w:ascii="Tahoma" w:hAnsi="Tahoma" w:cs="Tahoma" w:hint="eastAsia"/>
          <w:rtl/>
        </w:rPr>
        <w:t>کرد،</w:t>
      </w:r>
      <w:r w:rsidRPr="00775B70">
        <w:rPr>
          <w:rFonts w:ascii="Tahoma" w:hAnsi="Tahoma" w:cs="Tahoma"/>
          <w:rtl/>
        </w:rPr>
        <w:t xml:space="preserve"> ش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خ‌الاسلام</w:t>
      </w:r>
      <w:r w:rsidRPr="00775B70">
        <w:rPr>
          <w:rFonts w:ascii="Tahoma" w:hAnsi="Tahoma" w:cs="Tahoma"/>
          <w:rtl/>
        </w:rPr>
        <w:t xml:space="preserve"> م</w:t>
      </w:r>
      <w:r w:rsidRPr="00775B70">
        <w:rPr>
          <w:rFonts w:ascii="Tahoma" w:hAnsi="Tahoma" w:cs="Tahoma" w:hint="cs"/>
          <w:rtl/>
        </w:rPr>
        <w:t>ی‌</w:t>
      </w:r>
      <w:r w:rsidRPr="00775B70">
        <w:rPr>
          <w:rFonts w:ascii="Tahoma" w:hAnsi="Tahoma" w:cs="Tahoma" w:hint="eastAsia"/>
          <w:rtl/>
        </w:rPr>
        <w:t>توانست</w:t>
      </w:r>
      <w:r w:rsidRPr="00775B70">
        <w:rPr>
          <w:rFonts w:ascii="Tahoma" w:hAnsi="Tahoma" w:cs="Tahoma"/>
          <w:rtl/>
        </w:rPr>
        <w:t xml:space="preserve"> حضور مستق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م‌تر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در زندگ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مذهب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شهر داشته باشد. مردم برا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پرسش‌ها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شرع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،</w:t>
      </w:r>
      <w:r w:rsidRPr="00775B70">
        <w:rPr>
          <w:rFonts w:ascii="Tahoma" w:hAnsi="Tahoma" w:cs="Tahoma"/>
          <w:rtl/>
        </w:rPr>
        <w:t xml:space="preserve"> اختلافات و مسائل د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ن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به او مراجعه م</w:t>
      </w:r>
      <w:r w:rsidRPr="00775B70">
        <w:rPr>
          <w:rFonts w:ascii="Tahoma" w:hAnsi="Tahoma" w:cs="Tahoma" w:hint="cs"/>
          <w:rtl/>
        </w:rPr>
        <w:t>ی‌</w:t>
      </w:r>
      <w:r w:rsidRPr="00775B70">
        <w:rPr>
          <w:rFonts w:ascii="Tahoma" w:hAnsi="Tahoma" w:cs="Tahoma" w:hint="eastAsia"/>
          <w:rtl/>
        </w:rPr>
        <w:t>کردند</w:t>
      </w:r>
      <w:r w:rsidRPr="00775B70">
        <w:rPr>
          <w:rFonts w:ascii="Tahoma" w:hAnsi="Tahoma" w:cs="Tahoma"/>
          <w:rtl/>
        </w:rPr>
        <w:t>. مدرسان و طلاب با او رابطه داشتند و حاکم شهر ن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ز</w:t>
      </w:r>
      <w:r w:rsidRPr="00775B70">
        <w:rPr>
          <w:rFonts w:ascii="Tahoma" w:hAnsi="Tahoma" w:cs="Tahoma"/>
          <w:rtl/>
        </w:rPr>
        <w:t xml:space="preserve"> نا</w:t>
      </w:r>
      <w:r w:rsidRPr="00775B70">
        <w:rPr>
          <w:rFonts w:ascii="Tahoma" w:hAnsi="Tahoma" w:cs="Tahoma" w:hint="eastAsia"/>
          <w:rtl/>
        </w:rPr>
        <w:t>چار</w:t>
      </w:r>
      <w:r w:rsidRPr="00775B70">
        <w:rPr>
          <w:rFonts w:ascii="Tahoma" w:hAnsi="Tahoma" w:cs="Tahoma"/>
          <w:rtl/>
        </w:rPr>
        <w:t xml:space="preserve"> بود در امور مذهب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جا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گاهش</w:t>
      </w:r>
      <w:r w:rsidRPr="00775B70">
        <w:rPr>
          <w:rFonts w:ascii="Tahoma" w:hAnsi="Tahoma" w:cs="Tahoma"/>
          <w:rtl/>
        </w:rPr>
        <w:t xml:space="preserve"> را در نظر بگ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رد</w:t>
      </w:r>
      <w:r w:rsidRPr="00775B70">
        <w:rPr>
          <w:rFonts w:ascii="Tahoma" w:hAnsi="Tahoma" w:cs="Tahoma"/>
          <w:rtl/>
        </w:rPr>
        <w:t>.</w:t>
      </w:r>
    </w:p>
    <w:p w:rsidR="00775B70" w:rsidRPr="00775B70" w:rsidRDefault="00775B70" w:rsidP="00775B7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75B70">
        <w:rPr>
          <w:rFonts w:ascii="Tahoma" w:hAnsi="Tahoma" w:cs="Tahoma" w:hint="eastAsia"/>
          <w:rtl/>
        </w:rPr>
        <w:t>ا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ن</w:t>
      </w:r>
      <w:r w:rsidRPr="00775B70">
        <w:rPr>
          <w:rFonts w:ascii="Tahoma" w:hAnsi="Tahoma" w:cs="Tahoma"/>
          <w:rtl/>
        </w:rPr>
        <w:t xml:space="preserve"> موقع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ت،</w:t>
      </w:r>
      <w:r w:rsidRPr="00775B70">
        <w:rPr>
          <w:rFonts w:ascii="Tahoma" w:hAnsi="Tahoma" w:cs="Tahoma"/>
          <w:rtl/>
        </w:rPr>
        <w:t xml:space="preserve"> ش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خ‌الاسلام</w:t>
      </w:r>
      <w:r w:rsidRPr="00775B70">
        <w:rPr>
          <w:rFonts w:ascii="Tahoma" w:hAnsi="Tahoma" w:cs="Tahoma"/>
          <w:rtl/>
        </w:rPr>
        <w:t xml:space="preserve"> را در مرز م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ان</w:t>
      </w:r>
      <w:r w:rsidRPr="00775B70">
        <w:rPr>
          <w:rFonts w:ascii="Tahoma" w:hAnsi="Tahoma" w:cs="Tahoma"/>
          <w:rtl/>
        </w:rPr>
        <w:t xml:space="preserve"> حکومت و جامعه قرار م</w:t>
      </w:r>
      <w:r w:rsidRPr="00775B70">
        <w:rPr>
          <w:rFonts w:ascii="Tahoma" w:hAnsi="Tahoma" w:cs="Tahoma" w:hint="cs"/>
          <w:rtl/>
        </w:rPr>
        <w:t>ی‌</w:t>
      </w:r>
      <w:r w:rsidRPr="00775B70">
        <w:rPr>
          <w:rFonts w:ascii="Tahoma" w:hAnsi="Tahoma" w:cs="Tahoma" w:hint="eastAsia"/>
          <w:rtl/>
        </w:rPr>
        <w:t>داد</w:t>
      </w:r>
      <w:r w:rsidRPr="00775B70">
        <w:rPr>
          <w:rFonts w:ascii="Tahoma" w:hAnsi="Tahoma" w:cs="Tahoma"/>
          <w:rtl/>
        </w:rPr>
        <w:t xml:space="preserve">. او ممکن بود منصب خود را از شاه 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ا</w:t>
      </w:r>
      <w:r w:rsidRPr="00775B70">
        <w:rPr>
          <w:rFonts w:ascii="Tahoma" w:hAnsi="Tahoma" w:cs="Tahoma"/>
          <w:rtl/>
        </w:rPr>
        <w:t xml:space="preserve"> دستگاه مرکز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گرفته باشد، اما اعتبار روزانه‌اش به پذ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رش</w:t>
      </w:r>
      <w:r w:rsidRPr="00775B70">
        <w:rPr>
          <w:rFonts w:ascii="Tahoma" w:hAnsi="Tahoma" w:cs="Tahoma"/>
          <w:rtl/>
        </w:rPr>
        <w:t xml:space="preserve"> مردم و د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نکاران</w:t>
      </w:r>
      <w:r w:rsidRPr="00775B70">
        <w:rPr>
          <w:rFonts w:ascii="Tahoma" w:hAnsi="Tahoma" w:cs="Tahoma"/>
          <w:rtl/>
        </w:rPr>
        <w:t xml:space="preserve"> شهر ن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ز</w:t>
      </w:r>
      <w:r w:rsidRPr="00775B70">
        <w:rPr>
          <w:rFonts w:ascii="Tahoma" w:hAnsi="Tahoma" w:cs="Tahoma"/>
          <w:rtl/>
        </w:rPr>
        <w:t xml:space="preserve"> وابسته بود. اگر ه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چ‌کس</w:t>
      </w:r>
      <w:r w:rsidRPr="00775B70">
        <w:rPr>
          <w:rFonts w:ascii="Tahoma" w:hAnsi="Tahoma" w:cs="Tahoma"/>
          <w:rtl/>
        </w:rPr>
        <w:t xml:space="preserve"> دانش او را قبول نداشت، عنوان حکومت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به‌تنها</w:t>
      </w:r>
      <w:r w:rsidRPr="00775B70">
        <w:rPr>
          <w:rFonts w:ascii="Tahoma" w:hAnsi="Tahoma" w:cs="Tahoma" w:hint="cs"/>
          <w:rtl/>
        </w:rPr>
        <w:t>یی</w:t>
      </w:r>
      <w:r w:rsidRPr="00775B70">
        <w:rPr>
          <w:rFonts w:ascii="Tahoma" w:hAnsi="Tahoma" w:cs="Tahoma"/>
          <w:rtl/>
        </w:rPr>
        <w:t xml:space="preserve"> نم</w:t>
      </w:r>
      <w:r w:rsidRPr="00775B70">
        <w:rPr>
          <w:rFonts w:ascii="Tahoma" w:hAnsi="Tahoma" w:cs="Tahoma" w:hint="cs"/>
          <w:rtl/>
        </w:rPr>
        <w:t>ی‌</w:t>
      </w:r>
      <w:r w:rsidRPr="00775B70">
        <w:rPr>
          <w:rFonts w:ascii="Tahoma" w:hAnsi="Tahoma" w:cs="Tahoma" w:hint="eastAsia"/>
          <w:rtl/>
        </w:rPr>
        <w:t>توانست</w:t>
      </w:r>
      <w:r w:rsidRPr="00775B70">
        <w:rPr>
          <w:rFonts w:ascii="Tahoma" w:hAnsi="Tahoma" w:cs="Tahoma"/>
          <w:rtl/>
        </w:rPr>
        <w:t xml:space="preserve"> اقتدار د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ن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پد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د</w:t>
      </w:r>
      <w:r w:rsidRPr="00775B70">
        <w:rPr>
          <w:rFonts w:ascii="Tahoma" w:hAnsi="Tahoma" w:cs="Tahoma"/>
          <w:rtl/>
        </w:rPr>
        <w:t xml:space="preserve"> آورد. در مقابل، اگر از اعتبار اجتماع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گسترده‌ا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برخوردار بود، حکومت ن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ز</w:t>
      </w:r>
      <w:r w:rsidRPr="00775B70">
        <w:rPr>
          <w:rFonts w:ascii="Tahoma" w:hAnsi="Tahoma" w:cs="Tahoma"/>
          <w:rtl/>
        </w:rPr>
        <w:t xml:space="preserve"> نم</w:t>
      </w:r>
      <w:r w:rsidRPr="00775B70">
        <w:rPr>
          <w:rFonts w:ascii="Tahoma" w:hAnsi="Tahoma" w:cs="Tahoma" w:hint="cs"/>
          <w:rtl/>
        </w:rPr>
        <w:t>ی‌</w:t>
      </w:r>
      <w:r w:rsidRPr="00775B70">
        <w:rPr>
          <w:rFonts w:ascii="Tahoma" w:hAnsi="Tahoma" w:cs="Tahoma" w:hint="eastAsia"/>
          <w:rtl/>
        </w:rPr>
        <w:t>توانست</w:t>
      </w:r>
      <w:r w:rsidRPr="00775B70">
        <w:rPr>
          <w:rFonts w:ascii="Tahoma" w:hAnsi="Tahoma" w:cs="Tahoma"/>
          <w:rtl/>
        </w:rPr>
        <w:t xml:space="preserve"> او را فقط مانند مأمور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عاد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جابه‌جا کند.</w:t>
      </w:r>
    </w:p>
    <w:p w:rsidR="00775B70" w:rsidRPr="00775B70" w:rsidRDefault="00775B70" w:rsidP="00775B7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75B70">
        <w:rPr>
          <w:rFonts w:ascii="Tahoma" w:hAnsi="Tahoma" w:cs="Tahoma" w:hint="eastAsia"/>
          <w:rtl/>
        </w:rPr>
        <w:t>قاض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ک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د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گر</w:t>
      </w:r>
      <w:r w:rsidRPr="00775B70">
        <w:rPr>
          <w:rFonts w:ascii="Tahoma" w:hAnsi="Tahoma" w:cs="Tahoma"/>
          <w:rtl/>
        </w:rPr>
        <w:t xml:space="preserve"> از پا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ه‌ها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دستگاه د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ن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بود. رسم</w:t>
      </w:r>
      <w:r w:rsidRPr="00775B70">
        <w:rPr>
          <w:rFonts w:ascii="Tahoma" w:hAnsi="Tahoma" w:cs="Tahoma" w:hint="cs"/>
          <w:rtl/>
        </w:rPr>
        <w:t>ی‌</w:t>
      </w:r>
      <w:r w:rsidRPr="00775B70">
        <w:rPr>
          <w:rFonts w:ascii="Tahoma" w:hAnsi="Tahoma" w:cs="Tahoma" w:hint="eastAsia"/>
          <w:rtl/>
        </w:rPr>
        <w:t>شدن</w:t>
      </w:r>
      <w:r w:rsidRPr="00775B70">
        <w:rPr>
          <w:rFonts w:ascii="Tahoma" w:hAnsi="Tahoma" w:cs="Tahoma"/>
          <w:rtl/>
        </w:rPr>
        <w:t xml:space="preserve"> تش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ع</w:t>
      </w:r>
      <w:r w:rsidRPr="00775B70">
        <w:rPr>
          <w:rFonts w:ascii="Tahoma" w:hAnsi="Tahoma" w:cs="Tahoma"/>
          <w:rtl/>
        </w:rPr>
        <w:t xml:space="preserve"> هنگام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در زندگ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مردم معنا پ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دا</w:t>
      </w:r>
      <w:r w:rsidRPr="00775B70">
        <w:rPr>
          <w:rFonts w:ascii="Tahoma" w:hAnsi="Tahoma" w:cs="Tahoma"/>
          <w:rtl/>
        </w:rPr>
        <w:t xml:space="preserve"> م</w:t>
      </w:r>
      <w:r w:rsidRPr="00775B70">
        <w:rPr>
          <w:rFonts w:ascii="Tahoma" w:hAnsi="Tahoma" w:cs="Tahoma" w:hint="cs"/>
          <w:rtl/>
        </w:rPr>
        <w:t>ی‌</w:t>
      </w:r>
      <w:r w:rsidRPr="00775B70">
        <w:rPr>
          <w:rFonts w:ascii="Tahoma" w:hAnsi="Tahoma" w:cs="Tahoma" w:hint="eastAsia"/>
          <w:rtl/>
        </w:rPr>
        <w:t>کرد</w:t>
      </w:r>
      <w:r w:rsidRPr="00775B70">
        <w:rPr>
          <w:rFonts w:ascii="Tahoma" w:hAnsi="Tahoma" w:cs="Tahoma"/>
          <w:rtl/>
        </w:rPr>
        <w:t xml:space="preserve"> که محکمه بر پا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هٔ</w:t>
      </w:r>
      <w:r w:rsidRPr="00775B70">
        <w:rPr>
          <w:rFonts w:ascii="Tahoma" w:hAnsi="Tahoma" w:cs="Tahoma"/>
          <w:rtl/>
        </w:rPr>
        <w:t xml:space="preserve"> فقه دوازده‌امام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حکم دهد. مردم برا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ازدواج، طلاق، ارث، وص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ت،</w:t>
      </w:r>
      <w:r w:rsidRPr="00775B70">
        <w:rPr>
          <w:rFonts w:ascii="Tahoma" w:hAnsi="Tahoma" w:cs="Tahoma"/>
          <w:rtl/>
        </w:rPr>
        <w:t xml:space="preserve"> مالک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ت،</w:t>
      </w:r>
      <w:r w:rsidRPr="00775B70">
        <w:rPr>
          <w:rFonts w:ascii="Tahoma" w:hAnsi="Tahoma" w:cs="Tahoma"/>
          <w:rtl/>
        </w:rPr>
        <w:t xml:space="preserve"> بده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،</w:t>
      </w:r>
      <w:r w:rsidRPr="00775B70">
        <w:rPr>
          <w:rFonts w:ascii="Tahoma" w:hAnsi="Tahoma" w:cs="Tahoma"/>
          <w:rtl/>
        </w:rPr>
        <w:t xml:space="preserve"> معامله، وقف و حل اختلاف به قاض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ن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از</w:t>
      </w:r>
      <w:r w:rsidRPr="00775B70">
        <w:rPr>
          <w:rFonts w:ascii="Tahoma" w:hAnsi="Tahoma" w:cs="Tahoma"/>
          <w:rtl/>
        </w:rPr>
        <w:t xml:space="preserve"> داشتند. مذهب رسم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از راه محکمه </w:t>
      </w:r>
      <w:r w:rsidRPr="00775B70">
        <w:rPr>
          <w:rFonts w:ascii="Tahoma" w:hAnsi="Tahoma" w:cs="Tahoma" w:hint="eastAsia"/>
          <w:rtl/>
        </w:rPr>
        <w:t>وارد</w:t>
      </w:r>
      <w:r w:rsidRPr="00775B70">
        <w:rPr>
          <w:rFonts w:ascii="Tahoma" w:hAnsi="Tahoma" w:cs="Tahoma"/>
          <w:rtl/>
        </w:rPr>
        <w:t xml:space="preserve"> خصوص</w:t>
      </w:r>
      <w:r w:rsidRPr="00775B70">
        <w:rPr>
          <w:rFonts w:ascii="Tahoma" w:hAnsi="Tahoma" w:cs="Tahoma" w:hint="cs"/>
          <w:rtl/>
        </w:rPr>
        <w:t>ی‌</w:t>
      </w:r>
      <w:r w:rsidRPr="00775B70">
        <w:rPr>
          <w:rFonts w:ascii="Tahoma" w:hAnsi="Tahoma" w:cs="Tahoma" w:hint="eastAsia"/>
          <w:rtl/>
        </w:rPr>
        <w:t>تر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ن</w:t>
      </w:r>
      <w:r w:rsidRPr="00775B70">
        <w:rPr>
          <w:rFonts w:ascii="Tahoma" w:hAnsi="Tahoma" w:cs="Tahoma"/>
          <w:rtl/>
        </w:rPr>
        <w:t xml:space="preserve"> و روزانه‌تر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ن</w:t>
      </w:r>
      <w:r w:rsidRPr="00775B70">
        <w:rPr>
          <w:rFonts w:ascii="Tahoma" w:hAnsi="Tahoma" w:cs="Tahoma"/>
          <w:rtl/>
        </w:rPr>
        <w:t xml:space="preserve"> بخش‌ها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زندگ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م</w:t>
      </w:r>
      <w:r w:rsidRPr="00775B70">
        <w:rPr>
          <w:rFonts w:ascii="Tahoma" w:hAnsi="Tahoma" w:cs="Tahoma" w:hint="cs"/>
          <w:rtl/>
        </w:rPr>
        <w:t>ی‌</w:t>
      </w:r>
      <w:r w:rsidRPr="00775B70">
        <w:rPr>
          <w:rFonts w:ascii="Tahoma" w:hAnsi="Tahoma" w:cs="Tahoma" w:hint="eastAsia"/>
          <w:rtl/>
        </w:rPr>
        <w:t>شد</w:t>
      </w:r>
      <w:r w:rsidRPr="00775B70">
        <w:rPr>
          <w:rFonts w:ascii="Tahoma" w:hAnsi="Tahoma" w:cs="Tahoma"/>
          <w:rtl/>
        </w:rPr>
        <w:t>.</w:t>
      </w:r>
    </w:p>
    <w:p w:rsidR="00775B70" w:rsidRPr="00775B70" w:rsidRDefault="00775B70" w:rsidP="00775B7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75B70">
        <w:rPr>
          <w:rFonts w:ascii="Tahoma" w:hAnsi="Tahoma" w:cs="Tahoma" w:hint="eastAsia"/>
          <w:rtl/>
        </w:rPr>
        <w:t>حکومت</w:t>
      </w:r>
      <w:r w:rsidRPr="00775B70">
        <w:rPr>
          <w:rFonts w:ascii="Tahoma" w:hAnsi="Tahoma" w:cs="Tahoma"/>
          <w:rtl/>
        </w:rPr>
        <w:t xml:space="preserve"> صفو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با جا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گز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ن‌کردن</w:t>
      </w:r>
      <w:r w:rsidRPr="00775B70">
        <w:rPr>
          <w:rFonts w:ascii="Tahoma" w:hAnsi="Tahoma" w:cs="Tahoma"/>
          <w:rtl/>
        </w:rPr>
        <w:t xml:space="preserve"> قاض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ان</w:t>
      </w:r>
      <w:r w:rsidRPr="00775B70">
        <w:rPr>
          <w:rFonts w:ascii="Tahoma" w:hAnsi="Tahoma" w:cs="Tahoma"/>
          <w:rtl/>
        </w:rPr>
        <w:t xml:space="preserve"> 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ا</w:t>
      </w:r>
      <w:r w:rsidRPr="00775B70">
        <w:rPr>
          <w:rFonts w:ascii="Tahoma" w:hAnsi="Tahoma" w:cs="Tahoma"/>
          <w:rtl/>
        </w:rPr>
        <w:t xml:space="preserve"> تغ</w:t>
      </w:r>
      <w:r w:rsidRPr="00775B70">
        <w:rPr>
          <w:rFonts w:ascii="Tahoma" w:hAnsi="Tahoma" w:cs="Tahoma" w:hint="cs"/>
          <w:rtl/>
        </w:rPr>
        <w:t>یی</w:t>
      </w:r>
      <w:r w:rsidRPr="00775B70">
        <w:rPr>
          <w:rFonts w:ascii="Tahoma" w:hAnsi="Tahoma" w:cs="Tahoma" w:hint="eastAsia"/>
          <w:rtl/>
        </w:rPr>
        <w:t>ر</w:t>
      </w:r>
      <w:r w:rsidRPr="00775B70">
        <w:rPr>
          <w:rFonts w:ascii="Tahoma" w:hAnsi="Tahoma" w:cs="Tahoma"/>
          <w:rtl/>
        </w:rPr>
        <w:t xml:space="preserve"> قواعد قضاوت، فقط صاحب‌منصبان مذهب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را عوض نم</w:t>
      </w:r>
      <w:r w:rsidRPr="00775B70">
        <w:rPr>
          <w:rFonts w:ascii="Tahoma" w:hAnsi="Tahoma" w:cs="Tahoma" w:hint="cs"/>
          <w:rtl/>
        </w:rPr>
        <w:t>ی‌</w:t>
      </w:r>
      <w:r w:rsidRPr="00775B70">
        <w:rPr>
          <w:rFonts w:ascii="Tahoma" w:hAnsi="Tahoma" w:cs="Tahoma" w:hint="eastAsia"/>
          <w:rtl/>
        </w:rPr>
        <w:t>کرد</w:t>
      </w:r>
      <w:r w:rsidRPr="00775B70">
        <w:rPr>
          <w:rFonts w:ascii="Tahoma" w:hAnsi="Tahoma" w:cs="Tahoma"/>
          <w:rtl/>
        </w:rPr>
        <w:t>. تعر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ف</w:t>
      </w:r>
      <w:r w:rsidRPr="00775B70">
        <w:rPr>
          <w:rFonts w:ascii="Tahoma" w:hAnsi="Tahoma" w:cs="Tahoma"/>
          <w:rtl/>
        </w:rPr>
        <w:t xml:space="preserve"> حق، مالک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ت</w:t>
      </w:r>
      <w:r w:rsidRPr="00775B70">
        <w:rPr>
          <w:rFonts w:ascii="Tahoma" w:hAnsi="Tahoma" w:cs="Tahoma"/>
          <w:rtl/>
        </w:rPr>
        <w:t xml:space="preserve"> و رابطهٔ خانوادگ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را ن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ز</w:t>
      </w:r>
      <w:r w:rsidRPr="00775B70">
        <w:rPr>
          <w:rFonts w:ascii="Tahoma" w:hAnsi="Tahoma" w:cs="Tahoma"/>
          <w:rtl/>
        </w:rPr>
        <w:t xml:space="preserve"> بر پا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هٔ</w:t>
      </w:r>
      <w:r w:rsidRPr="00775B70">
        <w:rPr>
          <w:rFonts w:ascii="Tahoma" w:hAnsi="Tahoma" w:cs="Tahoma"/>
          <w:rtl/>
        </w:rPr>
        <w:t xml:space="preserve"> فقه تازه‌ا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قرار م</w:t>
      </w:r>
      <w:r w:rsidRPr="00775B70">
        <w:rPr>
          <w:rFonts w:ascii="Tahoma" w:hAnsi="Tahoma" w:cs="Tahoma" w:hint="cs"/>
          <w:rtl/>
        </w:rPr>
        <w:t>ی‌</w:t>
      </w:r>
      <w:r w:rsidRPr="00775B70">
        <w:rPr>
          <w:rFonts w:ascii="Tahoma" w:hAnsi="Tahoma" w:cs="Tahoma" w:hint="eastAsia"/>
          <w:rtl/>
        </w:rPr>
        <w:t>داد</w:t>
      </w:r>
      <w:r w:rsidRPr="00775B70">
        <w:rPr>
          <w:rFonts w:ascii="Tahoma" w:hAnsi="Tahoma" w:cs="Tahoma"/>
          <w:rtl/>
        </w:rPr>
        <w:t>. حکم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که تا پ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ش</w:t>
      </w:r>
      <w:r w:rsidRPr="00775B70">
        <w:rPr>
          <w:rFonts w:ascii="Tahoma" w:hAnsi="Tahoma" w:cs="Tahoma"/>
          <w:rtl/>
        </w:rPr>
        <w:t xml:space="preserve"> از آن بر اساس 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ک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از مذاهب اهل سنت صادر م</w:t>
      </w:r>
      <w:r w:rsidRPr="00775B70">
        <w:rPr>
          <w:rFonts w:ascii="Tahoma" w:hAnsi="Tahoma" w:cs="Tahoma" w:hint="cs"/>
          <w:rtl/>
        </w:rPr>
        <w:t>ی‌</w:t>
      </w:r>
      <w:r w:rsidRPr="00775B70">
        <w:rPr>
          <w:rFonts w:ascii="Tahoma" w:hAnsi="Tahoma" w:cs="Tahoma" w:hint="eastAsia"/>
          <w:rtl/>
        </w:rPr>
        <w:t>شد،</w:t>
      </w:r>
      <w:r w:rsidRPr="00775B70">
        <w:rPr>
          <w:rFonts w:ascii="Tahoma" w:hAnsi="Tahoma" w:cs="Tahoma"/>
          <w:rtl/>
        </w:rPr>
        <w:t xml:space="preserve"> اکنون با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د</w:t>
      </w:r>
      <w:r w:rsidRPr="00775B70">
        <w:rPr>
          <w:rFonts w:ascii="Tahoma" w:hAnsi="Tahoma" w:cs="Tahoma"/>
          <w:rtl/>
        </w:rPr>
        <w:t xml:space="preserve"> با منابع و اس</w:t>
      </w:r>
      <w:r w:rsidRPr="00775B70">
        <w:rPr>
          <w:rFonts w:ascii="Tahoma" w:hAnsi="Tahoma" w:cs="Tahoma" w:hint="eastAsia"/>
          <w:rtl/>
        </w:rPr>
        <w:t>تدلال‌ها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دوازده‌امام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هماهنگ م</w:t>
      </w:r>
      <w:r w:rsidRPr="00775B70">
        <w:rPr>
          <w:rFonts w:ascii="Tahoma" w:hAnsi="Tahoma" w:cs="Tahoma" w:hint="cs"/>
          <w:rtl/>
        </w:rPr>
        <w:t>ی‌</w:t>
      </w:r>
      <w:r w:rsidRPr="00775B70">
        <w:rPr>
          <w:rFonts w:ascii="Tahoma" w:hAnsi="Tahoma" w:cs="Tahoma" w:hint="eastAsia"/>
          <w:rtl/>
        </w:rPr>
        <w:t>گرد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د</w:t>
      </w:r>
      <w:r w:rsidRPr="00775B70">
        <w:rPr>
          <w:rFonts w:ascii="Tahoma" w:hAnsi="Tahoma" w:cs="Tahoma"/>
          <w:rtl/>
        </w:rPr>
        <w:t>.</w:t>
      </w:r>
    </w:p>
    <w:p w:rsidR="00775B70" w:rsidRPr="00775B70" w:rsidRDefault="00775B70" w:rsidP="00775B7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75B70">
        <w:rPr>
          <w:rFonts w:ascii="Tahoma" w:hAnsi="Tahoma" w:cs="Tahoma" w:hint="eastAsia"/>
          <w:rtl/>
        </w:rPr>
        <w:t>ا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ن</w:t>
      </w:r>
      <w:r w:rsidRPr="00775B70">
        <w:rPr>
          <w:rFonts w:ascii="Tahoma" w:hAnsi="Tahoma" w:cs="Tahoma"/>
          <w:rtl/>
        </w:rPr>
        <w:t xml:space="preserve"> تغ</w:t>
      </w:r>
      <w:r w:rsidRPr="00775B70">
        <w:rPr>
          <w:rFonts w:ascii="Tahoma" w:hAnsi="Tahoma" w:cs="Tahoma" w:hint="cs"/>
          <w:rtl/>
        </w:rPr>
        <w:t>یی</w:t>
      </w:r>
      <w:r w:rsidRPr="00775B70">
        <w:rPr>
          <w:rFonts w:ascii="Tahoma" w:hAnsi="Tahoma" w:cs="Tahoma" w:hint="eastAsia"/>
          <w:rtl/>
        </w:rPr>
        <w:t>ر</w:t>
      </w:r>
      <w:r w:rsidRPr="00775B70">
        <w:rPr>
          <w:rFonts w:ascii="Tahoma" w:hAnsi="Tahoma" w:cs="Tahoma"/>
          <w:rtl/>
        </w:rPr>
        <w:t xml:space="preserve"> در همه‌جا 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کباره</w:t>
      </w:r>
      <w:r w:rsidRPr="00775B70">
        <w:rPr>
          <w:rFonts w:ascii="Tahoma" w:hAnsi="Tahoma" w:cs="Tahoma"/>
          <w:rtl/>
        </w:rPr>
        <w:t xml:space="preserve"> و به صورت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کسان</w:t>
      </w:r>
      <w:r w:rsidRPr="00775B70">
        <w:rPr>
          <w:rFonts w:ascii="Tahoma" w:hAnsi="Tahoma" w:cs="Tahoma"/>
          <w:rtl/>
        </w:rPr>
        <w:t xml:space="preserve"> صورت نگرفت. در بس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ار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از مناطق، مردم همچنان به عادت‌ها، روابط و د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نکاران</w:t>
      </w:r>
      <w:r w:rsidRPr="00775B70">
        <w:rPr>
          <w:rFonts w:ascii="Tahoma" w:hAnsi="Tahoma" w:cs="Tahoma"/>
          <w:rtl/>
        </w:rPr>
        <w:t xml:space="preserve"> گذشتهٔ خود وابسته بودند. حکومت ممکن بود قاض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ش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عه‌ا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منصوب کند، اما اجرا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حکم او به قدرت حاکم شهر، پذ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رش</w:t>
      </w:r>
      <w:r w:rsidRPr="00775B70">
        <w:rPr>
          <w:rFonts w:ascii="Tahoma" w:hAnsi="Tahoma" w:cs="Tahoma"/>
          <w:rtl/>
        </w:rPr>
        <w:t xml:space="preserve"> مردم و توان دستگاه مرکز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وابسته بو</w:t>
      </w:r>
      <w:r w:rsidRPr="00775B70">
        <w:rPr>
          <w:rFonts w:ascii="Tahoma" w:hAnsi="Tahoma" w:cs="Tahoma" w:hint="eastAsia"/>
          <w:rtl/>
        </w:rPr>
        <w:t>د</w:t>
      </w:r>
      <w:r w:rsidRPr="00775B70">
        <w:rPr>
          <w:rFonts w:ascii="Tahoma" w:hAnsi="Tahoma" w:cs="Tahoma"/>
          <w:rtl/>
        </w:rPr>
        <w:t>. در برخ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نواح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دوردست 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ا</w:t>
      </w:r>
      <w:r w:rsidRPr="00775B70">
        <w:rPr>
          <w:rFonts w:ascii="Tahoma" w:hAnsi="Tahoma" w:cs="Tahoma"/>
          <w:rtl/>
        </w:rPr>
        <w:t xml:space="preserve"> تازه‌فتح‌شده، فاصله م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ان</w:t>
      </w:r>
      <w:r w:rsidRPr="00775B70">
        <w:rPr>
          <w:rFonts w:ascii="Tahoma" w:hAnsi="Tahoma" w:cs="Tahoma"/>
          <w:rtl/>
        </w:rPr>
        <w:t xml:space="preserve"> مذهب رسم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در فرمان‌ها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شاه و عمل روزانهٔ مردم برا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مدت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طولان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باق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ماند.</w:t>
      </w:r>
    </w:p>
    <w:p w:rsidR="00775B70" w:rsidRPr="00775B70" w:rsidRDefault="00775B70" w:rsidP="00775B7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75B70">
        <w:rPr>
          <w:rFonts w:ascii="Tahoma" w:hAnsi="Tahoma" w:cs="Tahoma" w:hint="eastAsia"/>
          <w:rtl/>
        </w:rPr>
        <w:t>قاض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ن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ز</w:t>
      </w:r>
      <w:r w:rsidRPr="00775B70">
        <w:rPr>
          <w:rFonts w:ascii="Tahoma" w:hAnsi="Tahoma" w:cs="Tahoma"/>
          <w:rtl/>
        </w:rPr>
        <w:t xml:space="preserve"> بدون ن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رو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اجرا</w:t>
      </w:r>
      <w:r w:rsidRPr="00775B70">
        <w:rPr>
          <w:rFonts w:ascii="Tahoma" w:hAnsi="Tahoma" w:cs="Tahoma" w:hint="cs"/>
          <w:rtl/>
        </w:rPr>
        <w:t>یی</w:t>
      </w:r>
      <w:r w:rsidRPr="00775B70">
        <w:rPr>
          <w:rFonts w:ascii="Tahoma" w:hAnsi="Tahoma" w:cs="Tahoma"/>
          <w:rtl/>
        </w:rPr>
        <w:t xml:space="preserve"> نم</w:t>
      </w:r>
      <w:r w:rsidRPr="00775B70">
        <w:rPr>
          <w:rFonts w:ascii="Tahoma" w:hAnsi="Tahoma" w:cs="Tahoma" w:hint="cs"/>
          <w:rtl/>
        </w:rPr>
        <w:t>ی‌</w:t>
      </w:r>
      <w:r w:rsidRPr="00775B70">
        <w:rPr>
          <w:rFonts w:ascii="Tahoma" w:hAnsi="Tahoma" w:cs="Tahoma" w:hint="eastAsia"/>
          <w:rtl/>
        </w:rPr>
        <w:t>توانست</w:t>
      </w:r>
      <w:r w:rsidRPr="00775B70">
        <w:rPr>
          <w:rFonts w:ascii="Tahoma" w:hAnsi="Tahoma" w:cs="Tahoma"/>
          <w:rtl/>
        </w:rPr>
        <w:t xml:space="preserve"> حکم خود را عمل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سازد. او م</w:t>
      </w:r>
      <w:r w:rsidRPr="00775B70">
        <w:rPr>
          <w:rFonts w:ascii="Tahoma" w:hAnsi="Tahoma" w:cs="Tahoma" w:hint="cs"/>
          <w:rtl/>
        </w:rPr>
        <w:t>ی‌</w:t>
      </w:r>
      <w:r w:rsidRPr="00775B70">
        <w:rPr>
          <w:rFonts w:ascii="Tahoma" w:hAnsi="Tahoma" w:cs="Tahoma" w:hint="eastAsia"/>
          <w:rtl/>
        </w:rPr>
        <w:t>توانست</w:t>
      </w:r>
      <w:r w:rsidRPr="00775B70">
        <w:rPr>
          <w:rFonts w:ascii="Tahoma" w:hAnsi="Tahoma" w:cs="Tahoma"/>
          <w:rtl/>
        </w:rPr>
        <w:t xml:space="preserve"> دربارهٔ مالک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ت</w:t>
      </w:r>
      <w:r w:rsidRPr="00775B70">
        <w:rPr>
          <w:rFonts w:ascii="Tahoma" w:hAnsi="Tahoma" w:cs="Tahoma"/>
          <w:rtl/>
        </w:rPr>
        <w:t xml:space="preserve"> 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ا</w:t>
      </w:r>
      <w:r w:rsidRPr="00775B70">
        <w:rPr>
          <w:rFonts w:ascii="Tahoma" w:hAnsi="Tahoma" w:cs="Tahoma"/>
          <w:rtl/>
        </w:rPr>
        <w:t xml:space="preserve"> بده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رأ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دهد، اما اجرا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رأ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به مأموران حکومت ن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از</w:t>
      </w:r>
      <w:r w:rsidRPr="00775B70">
        <w:rPr>
          <w:rFonts w:ascii="Tahoma" w:hAnsi="Tahoma" w:cs="Tahoma"/>
          <w:rtl/>
        </w:rPr>
        <w:t xml:space="preserve"> داشت. اگر 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ک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از طرف‌ها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دعوا از سران قزلباش، وابستگان دربار 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ا</w:t>
      </w:r>
      <w:r w:rsidRPr="00775B70">
        <w:rPr>
          <w:rFonts w:ascii="Tahoma" w:hAnsi="Tahoma" w:cs="Tahoma"/>
          <w:rtl/>
        </w:rPr>
        <w:t xml:space="preserve"> صاحب قدرت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محل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بود، دانش فقه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قاض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برا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وادار کردن او به اطاعت کاف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نبود. در ا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نجا</w:t>
      </w:r>
      <w:r w:rsidRPr="00775B70">
        <w:rPr>
          <w:rFonts w:ascii="Tahoma" w:hAnsi="Tahoma" w:cs="Tahoma"/>
          <w:rtl/>
        </w:rPr>
        <w:t xml:space="preserve"> بار د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گر</w:t>
      </w:r>
      <w:r w:rsidRPr="00775B70">
        <w:rPr>
          <w:rFonts w:ascii="Tahoma" w:hAnsi="Tahoma" w:cs="Tahoma"/>
          <w:rtl/>
        </w:rPr>
        <w:t xml:space="preserve"> وابستگ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عمامه به تاج و قشون آشکار م</w:t>
      </w:r>
      <w:r w:rsidRPr="00775B70">
        <w:rPr>
          <w:rFonts w:ascii="Tahoma" w:hAnsi="Tahoma" w:cs="Tahoma" w:hint="cs"/>
          <w:rtl/>
        </w:rPr>
        <w:t>ی‌</w:t>
      </w:r>
      <w:r w:rsidRPr="00775B70">
        <w:rPr>
          <w:rFonts w:ascii="Tahoma" w:hAnsi="Tahoma" w:cs="Tahoma" w:hint="eastAsia"/>
          <w:rtl/>
        </w:rPr>
        <w:t>شد</w:t>
      </w:r>
      <w:r w:rsidRPr="00775B70">
        <w:rPr>
          <w:rFonts w:ascii="Tahoma" w:hAnsi="Tahoma" w:cs="Tahoma"/>
          <w:rtl/>
        </w:rPr>
        <w:t>.</w:t>
      </w:r>
    </w:p>
    <w:p w:rsidR="00775B70" w:rsidRPr="00775B70" w:rsidRDefault="00775B70" w:rsidP="00775B7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75B70">
        <w:rPr>
          <w:rFonts w:ascii="Tahoma" w:hAnsi="Tahoma" w:cs="Tahoma" w:hint="eastAsia"/>
          <w:rtl/>
        </w:rPr>
        <w:t>در</w:t>
      </w:r>
      <w:r w:rsidRPr="00775B70">
        <w:rPr>
          <w:rFonts w:ascii="Tahoma" w:hAnsi="Tahoma" w:cs="Tahoma"/>
          <w:rtl/>
        </w:rPr>
        <w:t xml:space="preserve"> مقابل، حکومت ن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ز</w:t>
      </w:r>
      <w:r w:rsidRPr="00775B70">
        <w:rPr>
          <w:rFonts w:ascii="Tahoma" w:hAnsi="Tahoma" w:cs="Tahoma"/>
          <w:rtl/>
        </w:rPr>
        <w:t xml:space="preserve"> به قاض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ن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از</w:t>
      </w:r>
      <w:r w:rsidRPr="00775B70">
        <w:rPr>
          <w:rFonts w:ascii="Tahoma" w:hAnsi="Tahoma" w:cs="Tahoma"/>
          <w:rtl/>
        </w:rPr>
        <w:t xml:space="preserve"> داشت؛ ز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را</w:t>
      </w:r>
      <w:r w:rsidRPr="00775B70">
        <w:rPr>
          <w:rFonts w:ascii="Tahoma" w:hAnsi="Tahoma" w:cs="Tahoma"/>
          <w:rtl/>
        </w:rPr>
        <w:t xml:space="preserve"> استفادهٔ دائم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از زور نم</w:t>
      </w:r>
      <w:r w:rsidRPr="00775B70">
        <w:rPr>
          <w:rFonts w:ascii="Tahoma" w:hAnsi="Tahoma" w:cs="Tahoma" w:hint="cs"/>
          <w:rtl/>
        </w:rPr>
        <w:t>ی‌</w:t>
      </w:r>
      <w:r w:rsidRPr="00775B70">
        <w:rPr>
          <w:rFonts w:ascii="Tahoma" w:hAnsi="Tahoma" w:cs="Tahoma" w:hint="eastAsia"/>
          <w:rtl/>
        </w:rPr>
        <w:t>توانست</w:t>
      </w:r>
      <w:r w:rsidRPr="00775B70">
        <w:rPr>
          <w:rFonts w:ascii="Tahoma" w:hAnsi="Tahoma" w:cs="Tahoma"/>
          <w:rtl/>
        </w:rPr>
        <w:t xml:space="preserve"> رابطهٔ مردم را تنظ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م</w:t>
      </w:r>
      <w:r w:rsidRPr="00775B70">
        <w:rPr>
          <w:rFonts w:ascii="Tahoma" w:hAnsi="Tahoma" w:cs="Tahoma"/>
          <w:rtl/>
        </w:rPr>
        <w:t xml:space="preserve"> کند. قشون م</w:t>
      </w:r>
      <w:r w:rsidRPr="00775B70">
        <w:rPr>
          <w:rFonts w:ascii="Tahoma" w:hAnsi="Tahoma" w:cs="Tahoma" w:hint="cs"/>
          <w:rtl/>
        </w:rPr>
        <w:t>ی‌</w:t>
      </w:r>
      <w:r w:rsidRPr="00775B70">
        <w:rPr>
          <w:rFonts w:ascii="Tahoma" w:hAnsi="Tahoma" w:cs="Tahoma" w:hint="eastAsia"/>
          <w:rtl/>
        </w:rPr>
        <w:t>توانست</w:t>
      </w:r>
      <w:r w:rsidRPr="00775B70">
        <w:rPr>
          <w:rFonts w:ascii="Tahoma" w:hAnsi="Tahoma" w:cs="Tahoma"/>
          <w:rtl/>
        </w:rPr>
        <w:t xml:space="preserve"> شورش را سرکوب کند، ول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نم</w:t>
      </w:r>
      <w:r w:rsidRPr="00775B70">
        <w:rPr>
          <w:rFonts w:ascii="Tahoma" w:hAnsi="Tahoma" w:cs="Tahoma" w:hint="cs"/>
          <w:rtl/>
        </w:rPr>
        <w:t>ی‌</w:t>
      </w:r>
      <w:r w:rsidRPr="00775B70">
        <w:rPr>
          <w:rFonts w:ascii="Tahoma" w:hAnsi="Tahoma" w:cs="Tahoma" w:hint="eastAsia"/>
          <w:rtl/>
        </w:rPr>
        <w:t>توانست</w:t>
      </w:r>
      <w:r w:rsidRPr="00775B70">
        <w:rPr>
          <w:rFonts w:ascii="Tahoma" w:hAnsi="Tahoma" w:cs="Tahoma"/>
          <w:rtl/>
        </w:rPr>
        <w:t xml:space="preserve"> دربارهٔ ارث 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ک</w:t>
      </w:r>
      <w:r w:rsidRPr="00775B70">
        <w:rPr>
          <w:rFonts w:ascii="Tahoma" w:hAnsi="Tahoma" w:cs="Tahoma"/>
          <w:rtl/>
        </w:rPr>
        <w:t xml:space="preserve"> خانواده، مالک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ت</w:t>
      </w:r>
      <w:r w:rsidRPr="00775B70">
        <w:rPr>
          <w:rFonts w:ascii="Tahoma" w:hAnsi="Tahoma" w:cs="Tahoma"/>
          <w:rtl/>
        </w:rPr>
        <w:t xml:space="preserve"> 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ک</w:t>
      </w:r>
      <w:r w:rsidRPr="00775B70">
        <w:rPr>
          <w:rFonts w:ascii="Tahoma" w:hAnsi="Tahoma" w:cs="Tahoma"/>
          <w:rtl/>
        </w:rPr>
        <w:t xml:space="preserve"> باغ 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ا</w:t>
      </w:r>
      <w:r w:rsidRPr="00775B70">
        <w:rPr>
          <w:rFonts w:ascii="Tahoma" w:hAnsi="Tahoma" w:cs="Tahoma"/>
          <w:rtl/>
        </w:rPr>
        <w:t xml:space="preserve"> اعتبار 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ک</w:t>
      </w:r>
      <w:r w:rsidRPr="00775B70">
        <w:rPr>
          <w:rFonts w:ascii="Tahoma" w:hAnsi="Tahoma" w:cs="Tahoma"/>
          <w:rtl/>
        </w:rPr>
        <w:t xml:space="preserve"> قرارداد داور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کند. حکم قاض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اختلاف را از نزاع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شخص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ب</w:t>
      </w:r>
      <w:r w:rsidRPr="00775B70">
        <w:rPr>
          <w:rFonts w:ascii="Tahoma" w:hAnsi="Tahoma" w:cs="Tahoma" w:hint="eastAsia"/>
          <w:rtl/>
        </w:rPr>
        <w:t>ه</w:t>
      </w:r>
      <w:r w:rsidRPr="00775B70">
        <w:rPr>
          <w:rFonts w:ascii="Tahoma" w:hAnsi="Tahoma" w:cs="Tahoma"/>
          <w:rtl/>
        </w:rPr>
        <w:t xml:space="preserve"> مسئله‌ا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قابل حل در چارچوب شناخته‌شده تبد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ل</w:t>
      </w:r>
      <w:r w:rsidRPr="00775B70">
        <w:rPr>
          <w:rFonts w:ascii="Tahoma" w:hAnsi="Tahoma" w:cs="Tahoma"/>
          <w:rtl/>
        </w:rPr>
        <w:t xml:space="preserve"> م</w:t>
      </w:r>
      <w:r w:rsidRPr="00775B70">
        <w:rPr>
          <w:rFonts w:ascii="Tahoma" w:hAnsi="Tahoma" w:cs="Tahoma" w:hint="cs"/>
          <w:rtl/>
        </w:rPr>
        <w:t>ی‌</w:t>
      </w:r>
      <w:r w:rsidRPr="00775B70">
        <w:rPr>
          <w:rFonts w:ascii="Tahoma" w:hAnsi="Tahoma" w:cs="Tahoma" w:hint="eastAsia"/>
          <w:rtl/>
        </w:rPr>
        <w:t>کرد</w:t>
      </w:r>
      <w:r w:rsidRPr="00775B70">
        <w:rPr>
          <w:rFonts w:ascii="Tahoma" w:hAnsi="Tahoma" w:cs="Tahoma"/>
          <w:rtl/>
        </w:rPr>
        <w:t>. بد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ن‌سان،</w:t>
      </w:r>
      <w:r w:rsidRPr="00775B70">
        <w:rPr>
          <w:rFonts w:ascii="Tahoma" w:hAnsi="Tahoma" w:cs="Tahoma"/>
          <w:rtl/>
        </w:rPr>
        <w:t xml:space="preserve"> فقه 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ک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از ابزارها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برقرار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نظم اجتماع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م</w:t>
      </w:r>
      <w:r w:rsidRPr="00775B70">
        <w:rPr>
          <w:rFonts w:ascii="Tahoma" w:hAnsi="Tahoma" w:cs="Tahoma" w:hint="cs"/>
          <w:rtl/>
        </w:rPr>
        <w:t>ی‌</w:t>
      </w:r>
      <w:r w:rsidRPr="00775B70">
        <w:rPr>
          <w:rFonts w:ascii="Tahoma" w:hAnsi="Tahoma" w:cs="Tahoma" w:hint="eastAsia"/>
          <w:rtl/>
        </w:rPr>
        <w:t>شد</w:t>
      </w:r>
      <w:r w:rsidRPr="00775B70">
        <w:rPr>
          <w:rFonts w:ascii="Tahoma" w:hAnsi="Tahoma" w:cs="Tahoma"/>
          <w:rtl/>
        </w:rPr>
        <w:t>.</w:t>
      </w:r>
    </w:p>
    <w:p w:rsidR="00775B70" w:rsidRPr="00775B70" w:rsidRDefault="00775B70" w:rsidP="00775B7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75B70">
        <w:rPr>
          <w:rFonts w:ascii="Tahoma" w:hAnsi="Tahoma" w:cs="Tahoma" w:hint="eastAsia"/>
          <w:rtl/>
        </w:rPr>
        <w:t>در</w:t>
      </w:r>
      <w:r w:rsidRPr="00775B70">
        <w:rPr>
          <w:rFonts w:ascii="Tahoma" w:hAnsi="Tahoma" w:cs="Tahoma"/>
          <w:rtl/>
        </w:rPr>
        <w:t xml:space="preserve"> کنار قاض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شرع، د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وان</w:t>
      </w:r>
      <w:r w:rsidRPr="00775B70">
        <w:rPr>
          <w:rFonts w:ascii="Tahoma" w:hAnsi="Tahoma" w:cs="Tahoma"/>
          <w:rtl/>
        </w:rPr>
        <w:t xml:space="preserve"> و برخ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مقام‌ها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حکومت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ن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ز</w:t>
      </w:r>
      <w:r w:rsidRPr="00775B70">
        <w:rPr>
          <w:rFonts w:ascii="Tahoma" w:hAnsi="Tahoma" w:cs="Tahoma"/>
          <w:rtl/>
        </w:rPr>
        <w:t xml:space="preserve"> وظا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ف</w:t>
      </w:r>
      <w:r w:rsidRPr="00775B70">
        <w:rPr>
          <w:rFonts w:ascii="Tahoma" w:hAnsi="Tahoma" w:cs="Tahoma"/>
          <w:rtl/>
        </w:rPr>
        <w:t xml:space="preserve"> قضا</w:t>
      </w:r>
      <w:r w:rsidRPr="00775B70">
        <w:rPr>
          <w:rFonts w:ascii="Tahoma" w:hAnsi="Tahoma" w:cs="Tahoma" w:hint="cs"/>
          <w:rtl/>
        </w:rPr>
        <w:t>یی</w:t>
      </w:r>
      <w:r w:rsidRPr="00775B70">
        <w:rPr>
          <w:rFonts w:ascii="Tahoma" w:hAnsi="Tahoma" w:cs="Tahoma"/>
          <w:rtl/>
        </w:rPr>
        <w:t xml:space="preserve"> و ادار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داشتند. همهٔ اختلاف‌ها در محکمهٔ شرع حل نم</w:t>
      </w:r>
      <w:r w:rsidRPr="00775B70">
        <w:rPr>
          <w:rFonts w:ascii="Tahoma" w:hAnsi="Tahoma" w:cs="Tahoma" w:hint="cs"/>
          <w:rtl/>
        </w:rPr>
        <w:t>ی‌</w:t>
      </w:r>
      <w:r w:rsidRPr="00775B70">
        <w:rPr>
          <w:rFonts w:ascii="Tahoma" w:hAnsi="Tahoma" w:cs="Tahoma" w:hint="eastAsia"/>
          <w:rtl/>
        </w:rPr>
        <w:t>شدند</w:t>
      </w:r>
      <w:r w:rsidRPr="00775B70">
        <w:rPr>
          <w:rFonts w:ascii="Tahoma" w:hAnsi="Tahoma" w:cs="Tahoma"/>
          <w:rtl/>
        </w:rPr>
        <w:t>. جرا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م</w:t>
      </w:r>
      <w:r w:rsidRPr="00775B70">
        <w:rPr>
          <w:rFonts w:ascii="Tahoma" w:hAnsi="Tahoma" w:cs="Tahoma"/>
          <w:rtl/>
        </w:rPr>
        <w:t xml:space="preserve"> س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اس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،</w:t>
      </w:r>
      <w:r w:rsidRPr="00775B70">
        <w:rPr>
          <w:rFonts w:ascii="Tahoma" w:hAnsi="Tahoma" w:cs="Tahoma"/>
          <w:rtl/>
        </w:rPr>
        <w:t xml:space="preserve"> تخلفات مأموران، مسائل مال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ات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،</w:t>
      </w:r>
      <w:r w:rsidRPr="00775B70">
        <w:rPr>
          <w:rFonts w:ascii="Tahoma" w:hAnsi="Tahoma" w:cs="Tahoma"/>
          <w:rtl/>
        </w:rPr>
        <w:t xml:space="preserve"> امن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ت</w:t>
      </w:r>
      <w:r w:rsidRPr="00775B70">
        <w:rPr>
          <w:rFonts w:ascii="Tahoma" w:hAnsi="Tahoma" w:cs="Tahoma"/>
          <w:rtl/>
        </w:rPr>
        <w:t xml:space="preserve"> راه‌ها و منازعات مربوط به وظا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ف</w:t>
      </w:r>
      <w:r w:rsidRPr="00775B70">
        <w:rPr>
          <w:rFonts w:ascii="Tahoma" w:hAnsi="Tahoma" w:cs="Tahoma"/>
          <w:rtl/>
        </w:rPr>
        <w:t xml:space="preserve"> حکومت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ممکن بود ز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ر</w:t>
      </w:r>
      <w:r w:rsidRPr="00775B70">
        <w:rPr>
          <w:rFonts w:ascii="Tahoma" w:hAnsi="Tahoma" w:cs="Tahoma"/>
          <w:rtl/>
        </w:rPr>
        <w:t xml:space="preserve"> نظر د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وان،</w:t>
      </w:r>
      <w:r w:rsidRPr="00775B70">
        <w:rPr>
          <w:rFonts w:ascii="Tahoma" w:hAnsi="Tahoma" w:cs="Tahoma"/>
          <w:rtl/>
        </w:rPr>
        <w:t xml:space="preserve"> حاکم 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ا</w:t>
      </w:r>
      <w:r w:rsidRPr="00775B70">
        <w:rPr>
          <w:rFonts w:ascii="Tahoma" w:hAnsi="Tahoma" w:cs="Tahoma"/>
          <w:rtl/>
        </w:rPr>
        <w:t xml:space="preserve"> مقام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د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گر</w:t>
      </w:r>
      <w:r w:rsidRPr="00775B70">
        <w:rPr>
          <w:rFonts w:ascii="Tahoma" w:hAnsi="Tahoma" w:cs="Tahoma"/>
          <w:rtl/>
        </w:rPr>
        <w:t xml:space="preserve"> قرا</w:t>
      </w:r>
      <w:r w:rsidRPr="00775B70">
        <w:rPr>
          <w:rFonts w:ascii="Tahoma" w:hAnsi="Tahoma" w:cs="Tahoma" w:hint="eastAsia"/>
          <w:rtl/>
        </w:rPr>
        <w:t>ر</w:t>
      </w:r>
      <w:r w:rsidRPr="00775B70">
        <w:rPr>
          <w:rFonts w:ascii="Tahoma" w:hAnsi="Tahoma" w:cs="Tahoma"/>
          <w:rtl/>
        </w:rPr>
        <w:t xml:space="preserve"> گ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رند</w:t>
      </w:r>
      <w:r w:rsidRPr="00775B70">
        <w:rPr>
          <w:rFonts w:ascii="Tahoma" w:hAnsi="Tahoma" w:cs="Tahoma"/>
          <w:rtl/>
        </w:rPr>
        <w:t>. از هم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ن</w:t>
      </w:r>
      <w:r w:rsidRPr="00775B70">
        <w:rPr>
          <w:rFonts w:ascii="Tahoma" w:hAnsi="Tahoma" w:cs="Tahoma"/>
          <w:rtl/>
        </w:rPr>
        <w:t xml:space="preserve"> رو، مرز م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ان</w:t>
      </w:r>
      <w:r w:rsidRPr="00775B70">
        <w:rPr>
          <w:rFonts w:ascii="Tahoma" w:hAnsi="Tahoma" w:cs="Tahoma"/>
          <w:rtl/>
        </w:rPr>
        <w:t xml:space="preserve"> حکم شرع و فرمان حکومت هم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شه</w:t>
      </w:r>
      <w:r w:rsidRPr="00775B70">
        <w:rPr>
          <w:rFonts w:ascii="Tahoma" w:hAnsi="Tahoma" w:cs="Tahoma"/>
          <w:rtl/>
        </w:rPr>
        <w:t xml:space="preserve"> روشن و ثابت نبود.</w:t>
      </w:r>
    </w:p>
    <w:p w:rsidR="00775B70" w:rsidRPr="00775B70" w:rsidRDefault="00775B70" w:rsidP="00775B7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75B70">
        <w:rPr>
          <w:rFonts w:ascii="Tahoma" w:hAnsi="Tahoma" w:cs="Tahoma" w:hint="eastAsia"/>
          <w:rtl/>
        </w:rPr>
        <w:t>ا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ن</w:t>
      </w:r>
      <w:r w:rsidRPr="00775B70">
        <w:rPr>
          <w:rFonts w:ascii="Tahoma" w:hAnsi="Tahoma" w:cs="Tahoma"/>
          <w:rtl/>
        </w:rPr>
        <w:t xml:space="preserve"> دوگانگ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م</w:t>
      </w:r>
      <w:r w:rsidRPr="00775B70">
        <w:rPr>
          <w:rFonts w:ascii="Tahoma" w:hAnsi="Tahoma" w:cs="Tahoma" w:hint="cs"/>
          <w:rtl/>
        </w:rPr>
        <w:t>ی‌</w:t>
      </w:r>
      <w:r w:rsidRPr="00775B70">
        <w:rPr>
          <w:rFonts w:ascii="Tahoma" w:hAnsi="Tahoma" w:cs="Tahoma" w:hint="eastAsia"/>
          <w:rtl/>
        </w:rPr>
        <w:t>توانست</w:t>
      </w:r>
      <w:r w:rsidRPr="00775B70">
        <w:rPr>
          <w:rFonts w:ascii="Tahoma" w:hAnsi="Tahoma" w:cs="Tahoma"/>
          <w:rtl/>
        </w:rPr>
        <w:t xml:space="preserve"> به اختلاف در صلاح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ت</w:t>
      </w:r>
      <w:r w:rsidRPr="00775B70">
        <w:rPr>
          <w:rFonts w:ascii="Tahoma" w:hAnsi="Tahoma" w:cs="Tahoma"/>
          <w:rtl/>
        </w:rPr>
        <w:t xml:space="preserve"> ب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نجامد</w:t>
      </w:r>
      <w:r w:rsidRPr="00775B70">
        <w:rPr>
          <w:rFonts w:ascii="Tahoma" w:hAnsi="Tahoma" w:cs="Tahoma"/>
          <w:rtl/>
        </w:rPr>
        <w:t>. قاض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ممکن بود مسئله‌ا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را در حوزهٔ شرع بداند و د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وان</w:t>
      </w:r>
      <w:r w:rsidRPr="00775B70">
        <w:rPr>
          <w:rFonts w:ascii="Tahoma" w:hAnsi="Tahoma" w:cs="Tahoma"/>
          <w:rtl/>
        </w:rPr>
        <w:t xml:space="preserve"> آن را امر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حکومت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ا</w:t>
      </w:r>
      <w:r w:rsidRPr="00775B70">
        <w:rPr>
          <w:rFonts w:ascii="Tahoma" w:hAnsi="Tahoma" w:cs="Tahoma"/>
          <w:rtl/>
        </w:rPr>
        <w:t xml:space="preserve"> مال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تلق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کند. مردم ن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ز</w:t>
      </w:r>
      <w:r w:rsidRPr="00775B70">
        <w:rPr>
          <w:rFonts w:ascii="Tahoma" w:hAnsi="Tahoma" w:cs="Tahoma"/>
          <w:rtl/>
        </w:rPr>
        <w:t xml:space="preserve"> گاه م</w:t>
      </w:r>
      <w:r w:rsidRPr="00775B70">
        <w:rPr>
          <w:rFonts w:ascii="Tahoma" w:hAnsi="Tahoma" w:cs="Tahoma" w:hint="cs"/>
          <w:rtl/>
        </w:rPr>
        <w:t>ی‌</w:t>
      </w:r>
      <w:r w:rsidRPr="00775B70">
        <w:rPr>
          <w:rFonts w:ascii="Tahoma" w:hAnsi="Tahoma" w:cs="Tahoma" w:hint="eastAsia"/>
          <w:rtl/>
        </w:rPr>
        <w:t>کوش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دند</w:t>
      </w:r>
      <w:r w:rsidRPr="00775B70">
        <w:rPr>
          <w:rFonts w:ascii="Tahoma" w:hAnsi="Tahoma" w:cs="Tahoma"/>
          <w:rtl/>
        </w:rPr>
        <w:t xml:space="preserve"> اختلاف خود را به مرجع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ببرند که احتمال م</w:t>
      </w:r>
      <w:r w:rsidRPr="00775B70">
        <w:rPr>
          <w:rFonts w:ascii="Tahoma" w:hAnsi="Tahoma" w:cs="Tahoma" w:hint="cs"/>
          <w:rtl/>
        </w:rPr>
        <w:t>ی‌</w:t>
      </w:r>
      <w:r w:rsidRPr="00775B70">
        <w:rPr>
          <w:rFonts w:ascii="Tahoma" w:hAnsi="Tahoma" w:cs="Tahoma" w:hint="eastAsia"/>
          <w:rtl/>
        </w:rPr>
        <w:t>دادند</w:t>
      </w:r>
      <w:r w:rsidRPr="00775B70">
        <w:rPr>
          <w:rFonts w:ascii="Tahoma" w:hAnsi="Tahoma" w:cs="Tahoma"/>
          <w:rtl/>
        </w:rPr>
        <w:t xml:space="preserve"> حکم مطلوب‌تر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صادر کند. حکومت برا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جلوگ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ر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ا</w:t>
      </w:r>
      <w:r w:rsidRPr="00775B70">
        <w:rPr>
          <w:rFonts w:ascii="Tahoma" w:hAnsi="Tahoma" w:cs="Tahoma" w:hint="eastAsia"/>
          <w:rtl/>
        </w:rPr>
        <w:t>ز</w:t>
      </w:r>
      <w:r w:rsidRPr="00775B70">
        <w:rPr>
          <w:rFonts w:ascii="Tahoma" w:hAnsi="Tahoma" w:cs="Tahoma"/>
          <w:rtl/>
        </w:rPr>
        <w:t xml:space="preserve"> آشفتگ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با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د</w:t>
      </w:r>
      <w:r w:rsidRPr="00775B70">
        <w:rPr>
          <w:rFonts w:ascii="Tahoma" w:hAnsi="Tahoma" w:cs="Tahoma"/>
          <w:rtl/>
        </w:rPr>
        <w:t xml:space="preserve"> حدود وظا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ف</w:t>
      </w:r>
      <w:r w:rsidRPr="00775B70">
        <w:rPr>
          <w:rFonts w:ascii="Tahoma" w:hAnsi="Tahoma" w:cs="Tahoma"/>
          <w:rtl/>
        </w:rPr>
        <w:t xml:space="preserve"> را تع</w:t>
      </w:r>
      <w:r w:rsidRPr="00775B70">
        <w:rPr>
          <w:rFonts w:ascii="Tahoma" w:hAnsi="Tahoma" w:cs="Tahoma" w:hint="cs"/>
          <w:rtl/>
        </w:rPr>
        <w:t>یی</w:t>
      </w:r>
      <w:r w:rsidRPr="00775B70">
        <w:rPr>
          <w:rFonts w:ascii="Tahoma" w:hAnsi="Tahoma" w:cs="Tahoma" w:hint="eastAsia"/>
          <w:rtl/>
        </w:rPr>
        <w:t>ن</w:t>
      </w:r>
      <w:r w:rsidRPr="00775B70">
        <w:rPr>
          <w:rFonts w:ascii="Tahoma" w:hAnsi="Tahoma" w:cs="Tahoma"/>
          <w:rtl/>
        </w:rPr>
        <w:t xml:space="preserve"> م</w:t>
      </w:r>
      <w:r w:rsidRPr="00775B70">
        <w:rPr>
          <w:rFonts w:ascii="Tahoma" w:hAnsi="Tahoma" w:cs="Tahoma" w:hint="cs"/>
          <w:rtl/>
        </w:rPr>
        <w:t>ی‌</w:t>
      </w:r>
      <w:r w:rsidRPr="00775B70">
        <w:rPr>
          <w:rFonts w:ascii="Tahoma" w:hAnsi="Tahoma" w:cs="Tahoma" w:hint="eastAsia"/>
          <w:rtl/>
        </w:rPr>
        <w:t>کرد،</w:t>
      </w:r>
      <w:r w:rsidRPr="00775B70">
        <w:rPr>
          <w:rFonts w:ascii="Tahoma" w:hAnsi="Tahoma" w:cs="Tahoma"/>
          <w:rtl/>
        </w:rPr>
        <w:t xml:space="preserve"> اما در عمل قدرت اشخاص و شرا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ط</w:t>
      </w:r>
      <w:r w:rsidRPr="00775B70">
        <w:rPr>
          <w:rFonts w:ascii="Tahoma" w:hAnsi="Tahoma" w:cs="Tahoma"/>
          <w:rtl/>
        </w:rPr>
        <w:t xml:space="preserve"> هر دوره ن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ز</w:t>
      </w:r>
      <w:r w:rsidRPr="00775B70">
        <w:rPr>
          <w:rFonts w:ascii="Tahoma" w:hAnsi="Tahoma" w:cs="Tahoma"/>
          <w:rtl/>
        </w:rPr>
        <w:t xml:space="preserve"> در نت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جه</w:t>
      </w:r>
      <w:r w:rsidRPr="00775B70">
        <w:rPr>
          <w:rFonts w:ascii="Tahoma" w:hAnsi="Tahoma" w:cs="Tahoma"/>
          <w:rtl/>
        </w:rPr>
        <w:t xml:space="preserve"> اثر م</w:t>
      </w:r>
      <w:r w:rsidRPr="00775B70">
        <w:rPr>
          <w:rFonts w:ascii="Tahoma" w:hAnsi="Tahoma" w:cs="Tahoma" w:hint="cs"/>
          <w:rtl/>
        </w:rPr>
        <w:t>ی‌</w:t>
      </w:r>
      <w:r w:rsidRPr="00775B70">
        <w:rPr>
          <w:rFonts w:ascii="Tahoma" w:hAnsi="Tahoma" w:cs="Tahoma" w:hint="eastAsia"/>
          <w:rtl/>
        </w:rPr>
        <w:t>گذاشت</w:t>
      </w:r>
      <w:r w:rsidRPr="00775B70">
        <w:rPr>
          <w:rFonts w:ascii="Tahoma" w:hAnsi="Tahoma" w:cs="Tahoma"/>
          <w:rtl/>
        </w:rPr>
        <w:t>.</w:t>
      </w:r>
    </w:p>
    <w:p w:rsidR="00775B70" w:rsidRPr="00775B70" w:rsidRDefault="00775B70" w:rsidP="00775B7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75B70">
        <w:rPr>
          <w:rFonts w:ascii="Tahoma" w:hAnsi="Tahoma" w:cs="Tahoma" w:hint="eastAsia"/>
          <w:rtl/>
        </w:rPr>
        <w:t>محتسب</w:t>
      </w:r>
      <w:r w:rsidRPr="00775B70">
        <w:rPr>
          <w:rFonts w:ascii="Tahoma" w:hAnsi="Tahoma" w:cs="Tahoma"/>
          <w:rtl/>
        </w:rPr>
        <w:t xml:space="preserve"> ن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ز</w:t>
      </w:r>
      <w:r w:rsidRPr="00775B70">
        <w:rPr>
          <w:rFonts w:ascii="Tahoma" w:hAnsi="Tahoma" w:cs="Tahoma"/>
          <w:rtl/>
        </w:rPr>
        <w:t xml:space="preserve"> در پ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وند</w:t>
      </w:r>
      <w:r w:rsidRPr="00775B70">
        <w:rPr>
          <w:rFonts w:ascii="Tahoma" w:hAnsi="Tahoma" w:cs="Tahoma"/>
          <w:rtl/>
        </w:rPr>
        <w:t xml:space="preserve"> م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ان</w:t>
      </w:r>
      <w:r w:rsidRPr="00775B70">
        <w:rPr>
          <w:rFonts w:ascii="Tahoma" w:hAnsi="Tahoma" w:cs="Tahoma"/>
          <w:rtl/>
        </w:rPr>
        <w:t xml:space="preserve"> مذهب، بازار و حکومت نقش داشت. وظ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فهٔ</w:t>
      </w:r>
      <w:r w:rsidRPr="00775B70">
        <w:rPr>
          <w:rFonts w:ascii="Tahoma" w:hAnsi="Tahoma" w:cs="Tahoma"/>
          <w:rtl/>
        </w:rPr>
        <w:t xml:space="preserve"> او فقط مراقبت از باورها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د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ن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نبود. نظارت بر وزن و پ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مانه،</w:t>
      </w:r>
      <w:r w:rsidRPr="00775B70">
        <w:rPr>
          <w:rFonts w:ascii="Tahoma" w:hAnsi="Tahoma" w:cs="Tahoma"/>
          <w:rtl/>
        </w:rPr>
        <w:t xml:space="preserve"> رفتار بازار، برخ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قواعد عموم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،</w:t>
      </w:r>
      <w:r w:rsidRPr="00775B70">
        <w:rPr>
          <w:rFonts w:ascii="Tahoma" w:hAnsi="Tahoma" w:cs="Tahoma"/>
          <w:rtl/>
        </w:rPr>
        <w:t xml:space="preserve"> جلوگ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ر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از تقلب و پاسدار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از آنچه حکومت و شر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عت</w:t>
      </w:r>
      <w:r w:rsidRPr="00775B70">
        <w:rPr>
          <w:rFonts w:ascii="Tahoma" w:hAnsi="Tahoma" w:cs="Tahoma"/>
          <w:rtl/>
        </w:rPr>
        <w:t xml:space="preserve"> رفتار درست م</w:t>
      </w:r>
      <w:r w:rsidRPr="00775B70">
        <w:rPr>
          <w:rFonts w:ascii="Tahoma" w:hAnsi="Tahoma" w:cs="Tahoma" w:hint="cs"/>
          <w:rtl/>
        </w:rPr>
        <w:t>ی‌</w:t>
      </w:r>
      <w:r w:rsidRPr="00775B70">
        <w:rPr>
          <w:rFonts w:ascii="Tahoma" w:hAnsi="Tahoma" w:cs="Tahoma" w:hint="eastAsia"/>
          <w:rtl/>
        </w:rPr>
        <w:t>شناختند،</w:t>
      </w:r>
      <w:r w:rsidRPr="00775B70">
        <w:rPr>
          <w:rFonts w:ascii="Tahoma" w:hAnsi="Tahoma" w:cs="Tahoma"/>
          <w:rtl/>
        </w:rPr>
        <w:t xml:space="preserve"> م</w:t>
      </w:r>
      <w:r w:rsidRPr="00775B70">
        <w:rPr>
          <w:rFonts w:ascii="Tahoma" w:hAnsi="Tahoma" w:cs="Tahoma" w:hint="cs"/>
          <w:rtl/>
        </w:rPr>
        <w:t>ی‌</w:t>
      </w:r>
      <w:r w:rsidRPr="00775B70">
        <w:rPr>
          <w:rFonts w:ascii="Tahoma" w:hAnsi="Tahoma" w:cs="Tahoma" w:hint="eastAsia"/>
          <w:rtl/>
        </w:rPr>
        <w:t>توانست</w:t>
      </w:r>
      <w:r w:rsidRPr="00775B70">
        <w:rPr>
          <w:rFonts w:ascii="Tahoma" w:hAnsi="Tahoma" w:cs="Tahoma"/>
          <w:rtl/>
        </w:rPr>
        <w:t xml:space="preserve"> در حوزهٔ کار او قرار گ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رد</w:t>
      </w:r>
      <w:r w:rsidRPr="00775B70">
        <w:rPr>
          <w:rFonts w:ascii="Tahoma" w:hAnsi="Tahoma" w:cs="Tahoma"/>
          <w:rtl/>
        </w:rPr>
        <w:t>. بد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ن‌سان،</w:t>
      </w:r>
      <w:r w:rsidRPr="00775B70">
        <w:rPr>
          <w:rFonts w:ascii="Tahoma" w:hAnsi="Tahoma" w:cs="Tahoma"/>
          <w:rtl/>
        </w:rPr>
        <w:t xml:space="preserve"> مذهب رسم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در بازار، کوچه و رفتار عموم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ن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ز</w:t>
      </w:r>
      <w:r w:rsidRPr="00775B70">
        <w:rPr>
          <w:rFonts w:ascii="Tahoma" w:hAnsi="Tahoma" w:cs="Tahoma"/>
          <w:rtl/>
        </w:rPr>
        <w:t xml:space="preserve"> حضور پ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دا</w:t>
      </w:r>
      <w:r w:rsidRPr="00775B70">
        <w:rPr>
          <w:rFonts w:ascii="Tahoma" w:hAnsi="Tahoma" w:cs="Tahoma"/>
          <w:rtl/>
        </w:rPr>
        <w:t xml:space="preserve"> م</w:t>
      </w:r>
      <w:r w:rsidRPr="00775B70">
        <w:rPr>
          <w:rFonts w:ascii="Tahoma" w:hAnsi="Tahoma" w:cs="Tahoma" w:hint="cs"/>
          <w:rtl/>
        </w:rPr>
        <w:t>ی‌</w:t>
      </w:r>
      <w:r w:rsidRPr="00775B70">
        <w:rPr>
          <w:rFonts w:ascii="Tahoma" w:hAnsi="Tahoma" w:cs="Tahoma" w:hint="eastAsia"/>
          <w:rtl/>
        </w:rPr>
        <w:t>کرد</w:t>
      </w:r>
      <w:r w:rsidRPr="00775B70">
        <w:rPr>
          <w:rFonts w:ascii="Tahoma" w:hAnsi="Tahoma" w:cs="Tahoma"/>
          <w:rtl/>
        </w:rPr>
        <w:t>.</w:t>
      </w:r>
    </w:p>
    <w:p w:rsidR="00775B70" w:rsidRPr="00775B70" w:rsidRDefault="00775B70" w:rsidP="00775B7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75B70">
        <w:rPr>
          <w:rFonts w:ascii="Tahoma" w:hAnsi="Tahoma" w:cs="Tahoma" w:hint="eastAsia"/>
          <w:rtl/>
        </w:rPr>
        <w:t>محتسب</w:t>
      </w:r>
      <w:r w:rsidRPr="00775B70">
        <w:rPr>
          <w:rFonts w:ascii="Tahoma" w:hAnsi="Tahoma" w:cs="Tahoma"/>
          <w:rtl/>
        </w:rPr>
        <w:t xml:space="preserve"> در نقطه‌ا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قرار داشت که اخلاق، اقتصاد و قدرت اجرا</w:t>
      </w:r>
      <w:r w:rsidRPr="00775B70">
        <w:rPr>
          <w:rFonts w:ascii="Tahoma" w:hAnsi="Tahoma" w:cs="Tahoma" w:hint="cs"/>
          <w:rtl/>
        </w:rPr>
        <w:t>یی</w:t>
      </w:r>
      <w:r w:rsidRPr="00775B70">
        <w:rPr>
          <w:rFonts w:ascii="Tahoma" w:hAnsi="Tahoma" w:cs="Tahoma"/>
          <w:rtl/>
        </w:rPr>
        <w:t xml:space="preserve"> به هم م</w:t>
      </w:r>
      <w:r w:rsidRPr="00775B70">
        <w:rPr>
          <w:rFonts w:ascii="Tahoma" w:hAnsi="Tahoma" w:cs="Tahoma" w:hint="cs"/>
          <w:rtl/>
        </w:rPr>
        <w:t>ی‌</w:t>
      </w:r>
      <w:r w:rsidRPr="00775B70">
        <w:rPr>
          <w:rFonts w:ascii="Tahoma" w:hAnsi="Tahoma" w:cs="Tahoma" w:hint="eastAsia"/>
          <w:rtl/>
        </w:rPr>
        <w:t>رس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دند</w:t>
      </w:r>
      <w:r w:rsidRPr="00775B70">
        <w:rPr>
          <w:rFonts w:ascii="Tahoma" w:hAnsi="Tahoma" w:cs="Tahoma"/>
          <w:rtl/>
        </w:rPr>
        <w:t>. کم‌فروش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م</w:t>
      </w:r>
      <w:r w:rsidRPr="00775B70">
        <w:rPr>
          <w:rFonts w:ascii="Tahoma" w:hAnsi="Tahoma" w:cs="Tahoma" w:hint="cs"/>
          <w:rtl/>
        </w:rPr>
        <w:t>ی‌</w:t>
      </w:r>
      <w:r w:rsidRPr="00775B70">
        <w:rPr>
          <w:rFonts w:ascii="Tahoma" w:hAnsi="Tahoma" w:cs="Tahoma" w:hint="eastAsia"/>
          <w:rtl/>
        </w:rPr>
        <w:t>توانست</w:t>
      </w:r>
      <w:r w:rsidRPr="00775B70">
        <w:rPr>
          <w:rFonts w:ascii="Tahoma" w:hAnsi="Tahoma" w:cs="Tahoma"/>
          <w:rtl/>
        </w:rPr>
        <w:t xml:space="preserve"> هم تخلف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اقتصاد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و هم گناه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د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ن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شناخته شود. آشکارا شکستن قواعد مذهب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فقط مسئلهٔ وجدان شخص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نبود؛ ممکن بود نقض نظم عموم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حکومت تلق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گردد. دستگاه د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ن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به ا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ن</w:t>
      </w:r>
      <w:r w:rsidRPr="00775B70">
        <w:rPr>
          <w:rFonts w:ascii="Tahoma" w:hAnsi="Tahoma" w:cs="Tahoma"/>
          <w:rtl/>
        </w:rPr>
        <w:t xml:space="preserve"> ترت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ب</w:t>
      </w:r>
      <w:r w:rsidRPr="00775B70">
        <w:rPr>
          <w:rFonts w:ascii="Tahoma" w:hAnsi="Tahoma" w:cs="Tahoma"/>
          <w:rtl/>
        </w:rPr>
        <w:t xml:space="preserve"> از مسجد و مدرسه ب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رون</w:t>
      </w:r>
      <w:r w:rsidRPr="00775B70">
        <w:rPr>
          <w:rFonts w:ascii="Tahoma" w:hAnsi="Tahoma" w:cs="Tahoma"/>
          <w:rtl/>
        </w:rPr>
        <w:t xml:space="preserve"> م</w:t>
      </w:r>
      <w:r w:rsidRPr="00775B70">
        <w:rPr>
          <w:rFonts w:ascii="Tahoma" w:hAnsi="Tahoma" w:cs="Tahoma" w:hint="cs"/>
          <w:rtl/>
        </w:rPr>
        <w:t>ی‌</w:t>
      </w:r>
      <w:r w:rsidRPr="00775B70">
        <w:rPr>
          <w:rFonts w:ascii="Tahoma" w:hAnsi="Tahoma" w:cs="Tahoma" w:hint="eastAsia"/>
          <w:rtl/>
        </w:rPr>
        <w:t>آمد</w:t>
      </w:r>
      <w:r w:rsidRPr="00775B70">
        <w:rPr>
          <w:rFonts w:ascii="Tahoma" w:hAnsi="Tahoma" w:cs="Tahoma"/>
          <w:rtl/>
        </w:rPr>
        <w:t xml:space="preserve"> و بر ش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وهٔ</w:t>
      </w:r>
      <w:r w:rsidRPr="00775B70">
        <w:rPr>
          <w:rFonts w:ascii="Tahoma" w:hAnsi="Tahoma" w:cs="Tahoma"/>
          <w:rtl/>
        </w:rPr>
        <w:t xml:space="preserve"> ز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ستن</w:t>
      </w:r>
      <w:r w:rsidRPr="00775B70">
        <w:rPr>
          <w:rFonts w:ascii="Tahoma" w:hAnsi="Tahoma" w:cs="Tahoma"/>
          <w:rtl/>
        </w:rPr>
        <w:t xml:space="preserve"> مردم نظارت م</w:t>
      </w:r>
      <w:r w:rsidRPr="00775B70">
        <w:rPr>
          <w:rFonts w:ascii="Tahoma" w:hAnsi="Tahoma" w:cs="Tahoma" w:hint="cs"/>
          <w:rtl/>
        </w:rPr>
        <w:t>ی‌</w:t>
      </w:r>
      <w:r w:rsidRPr="00775B70">
        <w:rPr>
          <w:rFonts w:ascii="Tahoma" w:hAnsi="Tahoma" w:cs="Tahoma" w:hint="eastAsia"/>
          <w:rtl/>
        </w:rPr>
        <w:t>کرد</w:t>
      </w:r>
      <w:r w:rsidRPr="00775B70">
        <w:rPr>
          <w:rFonts w:ascii="Tahoma" w:hAnsi="Tahoma" w:cs="Tahoma"/>
          <w:rtl/>
        </w:rPr>
        <w:t>.</w:t>
      </w:r>
    </w:p>
    <w:p w:rsidR="00775B70" w:rsidRPr="00775B70" w:rsidRDefault="00775B70" w:rsidP="00775B7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75B70">
        <w:rPr>
          <w:rFonts w:ascii="Tahoma" w:hAnsi="Tahoma" w:cs="Tahoma" w:hint="eastAsia"/>
          <w:rtl/>
        </w:rPr>
        <w:t>با</w:t>
      </w:r>
      <w:r w:rsidRPr="00775B70">
        <w:rPr>
          <w:rFonts w:ascii="Tahoma" w:hAnsi="Tahoma" w:cs="Tahoma"/>
          <w:rtl/>
        </w:rPr>
        <w:t xml:space="preserve"> پد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د</w:t>
      </w:r>
      <w:r w:rsidRPr="00775B70">
        <w:rPr>
          <w:rFonts w:ascii="Tahoma" w:hAnsi="Tahoma" w:cs="Tahoma"/>
          <w:rtl/>
        </w:rPr>
        <w:t xml:space="preserve"> آمدن ا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ن</w:t>
      </w:r>
      <w:r w:rsidRPr="00775B70">
        <w:rPr>
          <w:rFonts w:ascii="Tahoma" w:hAnsi="Tahoma" w:cs="Tahoma"/>
          <w:rtl/>
        </w:rPr>
        <w:t xml:space="preserve"> مقام‌ها، د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نکاران</w:t>
      </w:r>
      <w:r w:rsidRPr="00775B70">
        <w:rPr>
          <w:rFonts w:ascii="Tahoma" w:hAnsi="Tahoma" w:cs="Tahoma"/>
          <w:rtl/>
        </w:rPr>
        <w:t xml:space="preserve"> د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گر</w:t>
      </w:r>
      <w:r w:rsidRPr="00775B70">
        <w:rPr>
          <w:rFonts w:ascii="Tahoma" w:hAnsi="Tahoma" w:cs="Tahoma"/>
          <w:rtl/>
        </w:rPr>
        <w:t xml:space="preserve"> فقط کسان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نبودند که شاه برا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تأ</w:t>
      </w:r>
      <w:r w:rsidRPr="00775B70">
        <w:rPr>
          <w:rFonts w:ascii="Tahoma" w:hAnsi="Tahoma" w:cs="Tahoma" w:hint="cs"/>
          <w:rtl/>
        </w:rPr>
        <w:t>یی</w:t>
      </w:r>
      <w:r w:rsidRPr="00775B70">
        <w:rPr>
          <w:rFonts w:ascii="Tahoma" w:hAnsi="Tahoma" w:cs="Tahoma" w:hint="eastAsia"/>
          <w:rtl/>
        </w:rPr>
        <w:t>د</w:t>
      </w:r>
      <w:r w:rsidRPr="00775B70">
        <w:rPr>
          <w:rFonts w:ascii="Tahoma" w:hAnsi="Tahoma" w:cs="Tahoma"/>
          <w:rtl/>
        </w:rPr>
        <w:t xml:space="preserve"> مذهب رسم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به آنان احترام م</w:t>
      </w:r>
      <w:r w:rsidRPr="00775B70">
        <w:rPr>
          <w:rFonts w:ascii="Tahoma" w:hAnsi="Tahoma" w:cs="Tahoma" w:hint="cs"/>
          <w:rtl/>
        </w:rPr>
        <w:t>ی‌</w:t>
      </w:r>
      <w:r w:rsidRPr="00775B70">
        <w:rPr>
          <w:rFonts w:ascii="Tahoma" w:hAnsi="Tahoma" w:cs="Tahoma" w:hint="eastAsia"/>
          <w:rtl/>
        </w:rPr>
        <w:t>گذاشت</w:t>
      </w:r>
      <w:r w:rsidRPr="00775B70">
        <w:rPr>
          <w:rFonts w:ascii="Tahoma" w:hAnsi="Tahoma" w:cs="Tahoma"/>
          <w:rtl/>
        </w:rPr>
        <w:t>. آنان صاحب وظ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فه،</w:t>
      </w:r>
      <w:r w:rsidRPr="00775B70">
        <w:rPr>
          <w:rFonts w:ascii="Tahoma" w:hAnsi="Tahoma" w:cs="Tahoma"/>
          <w:rtl/>
        </w:rPr>
        <w:t xml:space="preserve"> درآمد و حوزهٔ اخت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ار</w:t>
      </w:r>
      <w:r w:rsidRPr="00775B70">
        <w:rPr>
          <w:rFonts w:ascii="Tahoma" w:hAnsi="Tahoma" w:cs="Tahoma"/>
          <w:rtl/>
        </w:rPr>
        <w:t xml:space="preserve"> شدند. صدر، ش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خ‌الاسلام،</w:t>
      </w:r>
      <w:r w:rsidRPr="00775B70">
        <w:rPr>
          <w:rFonts w:ascii="Tahoma" w:hAnsi="Tahoma" w:cs="Tahoma"/>
          <w:rtl/>
        </w:rPr>
        <w:t xml:space="preserve"> قاض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،</w:t>
      </w:r>
      <w:r w:rsidRPr="00775B70">
        <w:rPr>
          <w:rFonts w:ascii="Tahoma" w:hAnsi="Tahoma" w:cs="Tahoma"/>
          <w:rtl/>
        </w:rPr>
        <w:t xml:space="preserve"> مدرس و محتسب هر 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ک</w:t>
      </w:r>
      <w:r w:rsidRPr="00775B70">
        <w:rPr>
          <w:rFonts w:ascii="Tahoma" w:hAnsi="Tahoma" w:cs="Tahoma"/>
          <w:rtl/>
        </w:rPr>
        <w:t xml:space="preserve"> بخش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از رابطهٔ حکومت با جامعه را در اخت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ار</w:t>
      </w:r>
      <w:r w:rsidRPr="00775B70">
        <w:rPr>
          <w:rFonts w:ascii="Tahoma" w:hAnsi="Tahoma" w:cs="Tahoma"/>
          <w:rtl/>
        </w:rPr>
        <w:t xml:space="preserve"> م</w:t>
      </w:r>
      <w:r w:rsidRPr="00775B70">
        <w:rPr>
          <w:rFonts w:ascii="Tahoma" w:hAnsi="Tahoma" w:cs="Tahoma" w:hint="cs"/>
          <w:rtl/>
        </w:rPr>
        <w:t>ی‌</w:t>
      </w:r>
      <w:r w:rsidRPr="00775B70">
        <w:rPr>
          <w:rFonts w:ascii="Tahoma" w:hAnsi="Tahoma" w:cs="Tahoma" w:hint="eastAsia"/>
          <w:rtl/>
        </w:rPr>
        <w:t>گرفتند</w:t>
      </w:r>
      <w:r w:rsidRPr="00775B70">
        <w:rPr>
          <w:rFonts w:ascii="Tahoma" w:hAnsi="Tahoma" w:cs="Tahoma"/>
          <w:rtl/>
        </w:rPr>
        <w:t>.</w:t>
      </w:r>
    </w:p>
    <w:p w:rsidR="00775B70" w:rsidRPr="00775B70" w:rsidRDefault="00775B70" w:rsidP="00775B7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75B70">
        <w:rPr>
          <w:rFonts w:ascii="Tahoma" w:hAnsi="Tahoma" w:cs="Tahoma" w:hint="eastAsia"/>
          <w:rtl/>
        </w:rPr>
        <w:t>اما</w:t>
      </w:r>
      <w:r w:rsidRPr="00775B70">
        <w:rPr>
          <w:rFonts w:ascii="Tahoma" w:hAnsi="Tahoma" w:cs="Tahoma"/>
          <w:rtl/>
        </w:rPr>
        <w:t xml:space="preserve"> هنوز پرسش اصل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باق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بود: ا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ن</w:t>
      </w:r>
      <w:r w:rsidRPr="00775B70">
        <w:rPr>
          <w:rFonts w:ascii="Tahoma" w:hAnsi="Tahoma" w:cs="Tahoma"/>
          <w:rtl/>
        </w:rPr>
        <w:t xml:space="preserve"> دستگاه در نها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ت</w:t>
      </w:r>
      <w:r w:rsidRPr="00775B70">
        <w:rPr>
          <w:rFonts w:ascii="Tahoma" w:hAnsi="Tahoma" w:cs="Tahoma"/>
          <w:rtl/>
        </w:rPr>
        <w:t xml:space="preserve"> ز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ر</w:t>
      </w:r>
      <w:r w:rsidRPr="00775B70">
        <w:rPr>
          <w:rFonts w:ascii="Tahoma" w:hAnsi="Tahoma" w:cs="Tahoma"/>
          <w:rtl/>
        </w:rPr>
        <w:t xml:space="preserve"> فرمان چه کس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قرار داشت؟ آ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ا</w:t>
      </w:r>
      <w:r w:rsidRPr="00775B70">
        <w:rPr>
          <w:rFonts w:ascii="Tahoma" w:hAnsi="Tahoma" w:cs="Tahoma"/>
          <w:rtl/>
        </w:rPr>
        <w:t xml:space="preserve"> د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نکاران</w:t>
      </w:r>
      <w:r w:rsidRPr="00775B70">
        <w:rPr>
          <w:rFonts w:ascii="Tahoma" w:hAnsi="Tahoma" w:cs="Tahoma"/>
          <w:rtl/>
        </w:rPr>
        <w:t xml:space="preserve"> مأموران شاه بودند و اقتدارشان با فرمان او آغاز و پا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ان</w:t>
      </w:r>
      <w:r w:rsidRPr="00775B70">
        <w:rPr>
          <w:rFonts w:ascii="Tahoma" w:hAnsi="Tahoma" w:cs="Tahoma"/>
          <w:rtl/>
        </w:rPr>
        <w:t xml:space="preserve"> م</w:t>
      </w:r>
      <w:r w:rsidRPr="00775B70">
        <w:rPr>
          <w:rFonts w:ascii="Tahoma" w:hAnsi="Tahoma" w:cs="Tahoma" w:hint="cs"/>
          <w:rtl/>
        </w:rPr>
        <w:t>ی‌ی</w:t>
      </w:r>
      <w:r w:rsidRPr="00775B70">
        <w:rPr>
          <w:rFonts w:ascii="Tahoma" w:hAnsi="Tahoma" w:cs="Tahoma" w:hint="eastAsia"/>
          <w:rtl/>
        </w:rPr>
        <w:t>افت؟</w:t>
      </w:r>
      <w:r w:rsidRPr="00775B70">
        <w:rPr>
          <w:rFonts w:ascii="Tahoma" w:hAnsi="Tahoma" w:cs="Tahoma"/>
          <w:rtl/>
        </w:rPr>
        <w:t xml:space="preserve"> 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ا</w:t>
      </w:r>
      <w:r w:rsidRPr="00775B70">
        <w:rPr>
          <w:rFonts w:ascii="Tahoma" w:hAnsi="Tahoma" w:cs="Tahoma"/>
          <w:rtl/>
        </w:rPr>
        <w:t xml:space="preserve"> چون مدع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شناخت شر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عت</w:t>
      </w:r>
      <w:r w:rsidRPr="00775B70">
        <w:rPr>
          <w:rFonts w:ascii="Tahoma" w:hAnsi="Tahoma" w:cs="Tahoma"/>
          <w:rtl/>
        </w:rPr>
        <w:t xml:space="preserve"> و ن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ابت</w:t>
      </w:r>
      <w:r w:rsidRPr="00775B70">
        <w:rPr>
          <w:rFonts w:ascii="Tahoma" w:hAnsi="Tahoma" w:cs="Tahoma"/>
          <w:rtl/>
        </w:rPr>
        <w:t xml:space="preserve"> از امام غا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ب</w:t>
      </w:r>
      <w:r w:rsidRPr="00775B70">
        <w:rPr>
          <w:rFonts w:ascii="Tahoma" w:hAnsi="Tahoma" w:cs="Tahoma"/>
          <w:rtl/>
        </w:rPr>
        <w:t xml:space="preserve"> بودند، م</w:t>
      </w:r>
      <w:r w:rsidRPr="00775B70">
        <w:rPr>
          <w:rFonts w:ascii="Tahoma" w:hAnsi="Tahoma" w:cs="Tahoma" w:hint="cs"/>
          <w:rtl/>
        </w:rPr>
        <w:t>ی‌</w:t>
      </w:r>
      <w:r w:rsidRPr="00775B70">
        <w:rPr>
          <w:rFonts w:ascii="Tahoma" w:hAnsi="Tahoma" w:cs="Tahoma" w:hint="eastAsia"/>
          <w:rtl/>
        </w:rPr>
        <w:t>توانستند</w:t>
      </w:r>
      <w:r w:rsidRPr="00775B70">
        <w:rPr>
          <w:rFonts w:ascii="Tahoma" w:hAnsi="Tahoma" w:cs="Tahoma"/>
          <w:rtl/>
        </w:rPr>
        <w:t xml:space="preserve"> برا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خود جا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گاه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برتر از ارادهٔ پادشاه قائل شوند؟</w:t>
      </w:r>
    </w:p>
    <w:p w:rsidR="00775B70" w:rsidRPr="00775B70" w:rsidRDefault="00775B70" w:rsidP="00775B7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75B70">
        <w:rPr>
          <w:rFonts w:ascii="Tahoma" w:hAnsi="Tahoma" w:cs="Tahoma" w:hint="eastAsia"/>
          <w:rtl/>
        </w:rPr>
        <w:t>پاسخ</w:t>
      </w:r>
      <w:r w:rsidRPr="00775B70">
        <w:rPr>
          <w:rFonts w:ascii="Tahoma" w:hAnsi="Tahoma" w:cs="Tahoma"/>
          <w:rtl/>
        </w:rPr>
        <w:t xml:space="preserve"> حکومت صفو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در آغاز آن بود که هر دو ادعا را کنار 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کد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گر</w:t>
      </w:r>
      <w:r w:rsidRPr="00775B70">
        <w:rPr>
          <w:rFonts w:ascii="Tahoma" w:hAnsi="Tahoma" w:cs="Tahoma"/>
          <w:rtl/>
        </w:rPr>
        <w:t xml:space="preserve"> نگاه دارد. شاه مقام م</w:t>
      </w:r>
      <w:r w:rsidRPr="00775B70">
        <w:rPr>
          <w:rFonts w:ascii="Tahoma" w:hAnsi="Tahoma" w:cs="Tahoma" w:hint="cs"/>
          <w:rtl/>
        </w:rPr>
        <w:t>ی‌</w:t>
      </w:r>
      <w:r w:rsidRPr="00775B70">
        <w:rPr>
          <w:rFonts w:ascii="Tahoma" w:hAnsi="Tahoma" w:cs="Tahoma" w:hint="eastAsia"/>
          <w:rtl/>
        </w:rPr>
        <w:t>داد</w:t>
      </w:r>
      <w:r w:rsidRPr="00775B70">
        <w:rPr>
          <w:rFonts w:ascii="Tahoma" w:hAnsi="Tahoma" w:cs="Tahoma"/>
          <w:rtl/>
        </w:rPr>
        <w:t xml:space="preserve"> و فق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ه</w:t>
      </w:r>
      <w:r w:rsidRPr="00775B70">
        <w:rPr>
          <w:rFonts w:ascii="Tahoma" w:hAnsi="Tahoma" w:cs="Tahoma"/>
          <w:rtl/>
        </w:rPr>
        <w:t xml:space="preserve"> حکم شرع را ب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ان</w:t>
      </w:r>
      <w:r w:rsidRPr="00775B70">
        <w:rPr>
          <w:rFonts w:ascii="Tahoma" w:hAnsi="Tahoma" w:cs="Tahoma"/>
          <w:rtl/>
        </w:rPr>
        <w:t xml:space="preserve"> م</w:t>
      </w:r>
      <w:r w:rsidRPr="00775B70">
        <w:rPr>
          <w:rFonts w:ascii="Tahoma" w:hAnsi="Tahoma" w:cs="Tahoma" w:hint="cs"/>
          <w:rtl/>
        </w:rPr>
        <w:t>ی‌</w:t>
      </w:r>
      <w:r w:rsidRPr="00775B70">
        <w:rPr>
          <w:rFonts w:ascii="Tahoma" w:hAnsi="Tahoma" w:cs="Tahoma" w:hint="eastAsia"/>
          <w:rtl/>
        </w:rPr>
        <w:t>کرد</w:t>
      </w:r>
      <w:r w:rsidRPr="00775B70">
        <w:rPr>
          <w:rFonts w:ascii="Tahoma" w:hAnsi="Tahoma" w:cs="Tahoma"/>
          <w:rtl/>
        </w:rPr>
        <w:t>. تاج قدرت اجرا داشت و عمامه زبان د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ن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آن را فراهم م</w:t>
      </w:r>
      <w:r w:rsidRPr="00775B70">
        <w:rPr>
          <w:rFonts w:ascii="Tahoma" w:hAnsi="Tahoma" w:cs="Tahoma" w:hint="cs"/>
          <w:rtl/>
        </w:rPr>
        <w:t>ی‌</w:t>
      </w:r>
      <w:r w:rsidRPr="00775B70">
        <w:rPr>
          <w:rFonts w:ascii="Tahoma" w:hAnsi="Tahoma" w:cs="Tahoma" w:hint="eastAsia"/>
          <w:rtl/>
        </w:rPr>
        <w:t>آورد</w:t>
      </w:r>
      <w:r w:rsidRPr="00775B70">
        <w:rPr>
          <w:rFonts w:ascii="Tahoma" w:hAnsi="Tahoma" w:cs="Tahoma"/>
          <w:rtl/>
        </w:rPr>
        <w:t>. اما هر منصب، مدرسه، موقوفه و محکمه‌ا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که ساخته م</w:t>
      </w:r>
      <w:r w:rsidRPr="00775B70">
        <w:rPr>
          <w:rFonts w:ascii="Tahoma" w:hAnsi="Tahoma" w:cs="Tahoma" w:hint="cs"/>
          <w:rtl/>
        </w:rPr>
        <w:t>ی‌</w:t>
      </w:r>
      <w:r w:rsidRPr="00775B70">
        <w:rPr>
          <w:rFonts w:ascii="Tahoma" w:hAnsi="Tahoma" w:cs="Tahoma" w:hint="eastAsia"/>
          <w:rtl/>
        </w:rPr>
        <w:t>شد،</w:t>
      </w:r>
      <w:r w:rsidRPr="00775B70">
        <w:rPr>
          <w:rFonts w:ascii="Tahoma" w:hAnsi="Tahoma" w:cs="Tahoma"/>
          <w:rtl/>
        </w:rPr>
        <w:t xml:space="preserve"> عمامه را از وابستگ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کامل ب</w:t>
      </w:r>
      <w:r w:rsidRPr="00775B70">
        <w:rPr>
          <w:rFonts w:ascii="Tahoma" w:hAnsi="Tahoma" w:cs="Tahoma" w:hint="eastAsia"/>
          <w:rtl/>
        </w:rPr>
        <w:t>ه</w:t>
      </w:r>
      <w:r w:rsidRPr="00775B70">
        <w:rPr>
          <w:rFonts w:ascii="Tahoma" w:hAnsi="Tahoma" w:cs="Tahoma"/>
          <w:rtl/>
        </w:rPr>
        <w:t xml:space="preserve"> شخص شاه 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ک</w:t>
      </w:r>
      <w:r w:rsidRPr="00775B70">
        <w:rPr>
          <w:rFonts w:ascii="Tahoma" w:hAnsi="Tahoma" w:cs="Tahoma"/>
          <w:rtl/>
        </w:rPr>
        <w:t xml:space="preserve"> گام دورتر م</w:t>
      </w:r>
      <w:r w:rsidRPr="00775B70">
        <w:rPr>
          <w:rFonts w:ascii="Tahoma" w:hAnsi="Tahoma" w:cs="Tahoma" w:hint="cs"/>
          <w:rtl/>
        </w:rPr>
        <w:t>ی‌</w:t>
      </w:r>
      <w:r w:rsidRPr="00775B70">
        <w:rPr>
          <w:rFonts w:ascii="Tahoma" w:hAnsi="Tahoma" w:cs="Tahoma" w:hint="eastAsia"/>
          <w:rtl/>
        </w:rPr>
        <w:t>کرد</w:t>
      </w:r>
      <w:r w:rsidRPr="00775B70">
        <w:rPr>
          <w:rFonts w:ascii="Tahoma" w:hAnsi="Tahoma" w:cs="Tahoma"/>
          <w:rtl/>
        </w:rPr>
        <w:t>.</w:t>
      </w:r>
    </w:p>
    <w:p w:rsidR="00841F4D" w:rsidRDefault="00775B70" w:rsidP="00775B70">
      <w:pPr>
        <w:bidi/>
        <w:spacing w:after="0" w:line="360" w:lineRule="auto"/>
        <w:ind w:firstLine="720"/>
        <w:jc w:val="both"/>
        <w:rPr>
          <w:rFonts w:ascii="Tahoma" w:hAnsi="Tahoma" w:cs="Tahoma"/>
          <w:rtl/>
        </w:rPr>
      </w:pPr>
      <w:r w:rsidRPr="00775B70">
        <w:rPr>
          <w:rFonts w:ascii="Tahoma" w:hAnsi="Tahoma" w:cs="Tahoma" w:hint="eastAsia"/>
          <w:rtl/>
        </w:rPr>
        <w:t>ادامهٔ</w:t>
      </w:r>
      <w:r w:rsidRPr="00775B70">
        <w:rPr>
          <w:rFonts w:ascii="Tahoma" w:hAnsi="Tahoma" w:cs="Tahoma"/>
          <w:rtl/>
        </w:rPr>
        <w:t xml:space="preserve"> ا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ن</w:t>
      </w:r>
      <w:r w:rsidRPr="00775B70">
        <w:rPr>
          <w:rFonts w:ascii="Tahoma" w:hAnsi="Tahoma" w:cs="Tahoma"/>
          <w:rtl/>
        </w:rPr>
        <w:t xml:space="preserve"> فصل به هم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ن</w:t>
      </w:r>
      <w:r w:rsidRPr="00775B70">
        <w:rPr>
          <w:rFonts w:ascii="Tahoma" w:hAnsi="Tahoma" w:cs="Tahoma"/>
          <w:rtl/>
        </w:rPr>
        <w:t xml:space="preserve"> فرا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ند</w:t>
      </w:r>
      <w:r w:rsidRPr="00775B70">
        <w:rPr>
          <w:rFonts w:ascii="Tahoma" w:hAnsi="Tahoma" w:cs="Tahoma"/>
          <w:rtl/>
        </w:rPr>
        <w:t xml:space="preserve"> م</w:t>
      </w:r>
      <w:r w:rsidRPr="00775B70">
        <w:rPr>
          <w:rFonts w:ascii="Tahoma" w:hAnsi="Tahoma" w:cs="Tahoma" w:hint="cs"/>
          <w:rtl/>
        </w:rPr>
        <w:t>ی‌</w:t>
      </w:r>
      <w:r w:rsidRPr="00775B70">
        <w:rPr>
          <w:rFonts w:ascii="Tahoma" w:hAnsi="Tahoma" w:cs="Tahoma" w:hint="eastAsia"/>
          <w:rtl/>
        </w:rPr>
        <w:t>پردازد</w:t>
      </w:r>
      <w:r w:rsidRPr="00775B70">
        <w:rPr>
          <w:rFonts w:ascii="Tahoma" w:hAnsi="Tahoma" w:cs="Tahoma"/>
          <w:rtl/>
        </w:rPr>
        <w:t>: مدرسه، وقف و شبکه‌ها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اجتماع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چگونه دستگاه د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ن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را پا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دار</w:t>
      </w:r>
      <w:r w:rsidRPr="00775B70">
        <w:rPr>
          <w:rFonts w:ascii="Tahoma" w:hAnsi="Tahoma" w:cs="Tahoma"/>
          <w:rtl/>
        </w:rPr>
        <w:t xml:space="preserve"> کردند؛ اختلاف د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نکاران</w:t>
      </w:r>
      <w:r w:rsidRPr="00775B70">
        <w:rPr>
          <w:rFonts w:ascii="Tahoma" w:hAnsi="Tahoma" w:cs="Tahoma"/>
          <w:rtl/>
        </w:rPr>
        <w:t xml:space="preserve"> و قزلباشان از کجا برخاست؛ و چگونه ن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رو</w:t>
      </w:r>
      <w:r w:rsidRPr="00775B70">
        <w:rPr>
          <w:rFonts w:ascii="Tahoma" w:hAnsi="Tahoma" w:cs="Tahoma" w:hint="cs"/>
          <w:rtl/>
        </w:rPr>
        <w:t>یی</w:t>
      </w:r>
      <w:r w:rsidRPr="00775B70">
        <w:rPr>
          <w:rFonts w:ascii="Tahoma" w:hAnsi="Tahoma" w:cs="Tahoma"/>
          <w:rtl/>
        </w:rPr>
        <w:t xml:space="preserve"> که تاج برا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خدمت به حکومت ساخته بود، به‌تدر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ج</w:t>
      </w:r>
      <w:r w:rsidRPr="00775B70">
        <w:rPr>
          <w:rFonts w:ascii="Tahoma" w:hAnsi="Tahoma" w:cs="Tahoma"/>
          <w:rtl/>
        </w:rPr>
        <w:t xml:space="preserve"> امکان 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افت</w:t>
      </w:r>
      <w:r w:rsidRPr="00775B70">
        <w:rPr>
          <w:rFonts w:ascii="Tahoma" w:hAnsi="Tahoma" w:cs="Tahoma"/>
          <w:rtl/>
        </w:rPr>
        <w:t xml:space="preserve"> سرچشمه‌ا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مستقل برا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/>
          <w:rtl/>
        </w:rPr>
        <w:t xml:space="preserve"> قدرت خود پ</w:t>
      </w:r>
      <w:r w:rsidRPr="00775B70">
        <w:rPr>
          <w:rFonts w:ascii="Tahoma" w:hAnsi="Tahoma" w:cs="Tahoma" w:hint="cs"/>
          <w:rtl/>
        </w:rPr>
        <w:t>ی</w:t>
      </w:r>
      <w:r w:rsidRPr="00775B70">
        <w:rPr>
          <w:rFonts w:ascii="Tahoma" w:hAnsi="Tahoma" w:cs="Tahoma" w:hint="eastAsia"/>
          <w:rtl/>
        </w:rPr>
        <w:t>دا</w:t>
      </w:r>
      <w:r w:rsidRPr="00775B70">
        <w:rPr>
          <w:rFonts w:ascii="Tahoma" w:hAnsi="Tahoma" w:cs="Tahoma"/>
          <w:rtl/>
        </w:rPr>
        <w:t xml:space="preserve"> ک</w:t>
      </w:r>
      <w:r w:rsidRPr="00775B70">
        <w:rPr>
          <w:rFonts w:ascii="Tahoma" w:hAnsi="Tahoma" w:cs="Tahoma" w:hint="eastAsia"/>
          <w:rtl/>
        </w:rPr>
        <w:t>ند</w:t>
      </w:r>
      <w:r w:rsidRPr="00775B70">
        <w:rPr>
          <w:rFonts w:ascii="Tahoma" w:hAnsi="Tahoma" w:cs="Tahoma"/>
          <w:rtl/>
        </w:rPr>
        <w:t>.</w:t>
      </w:r>
    </w:p>
    <w:p w:rsidR="003D1BAB" w:rsidRPr="003D1BAB" w:rsidRDefault="003D1BAB" w:rsidP="003D1BAB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D1BAB">
        <w:rPr>
          <w:rFonts w:ascii="Tahoma" w:hAnsi="Tahoma" w:cs="Tahoma"/>
          <w:rtl/>
        </w:rPr>
        <w:t xml:space="preserve">مدرسه 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ک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از مهم‌تر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ن</w:t>
      </w:r>
      <w:r w:rsidRPr="003D1BAB">
        <w:rPr>
          <w:rFonts w:ascii="Tahoma" w:hAnsi="Tahoma" w:cs="Tahoma"/>
          <w:rtl/>
        </w:rPr>
        <w:t xml:space="preserve"> ابزارها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ماندگار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دستگاه د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ن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بود. حضور 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ک</w:t>
      </w:r>
      <w:r w:rsidRPr="003D1BAB">
        <w:rPr>
          <w:rFonts w:ascii="Tahoma" w:hAnsi="Tahoma" w:cs="Tahoma"/>
          <w:rtl/>
        </w:rPr>
        <w:t xml:space="preserve"> فق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ه</w:t>
      </w:r>
      <w:r w:rsidRPr="003D1BAB">
        <w:rPr>
          <w:rFonts w:ascii="Tahoma" w:hAnsi="Tahoma" w:cs="Tahoma"/>
          <w:rtl/>
        </w:rPr>
        <w:t xml:space="preserve"> در دربار 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ا</w:t>
      </w:r>
      <w:r w:rsidRPr="003D1BAB">
        <w:rPr>
          <w:rFonts w:ascii="Tahoma" w:hAnsi="Tahoma" w:cs="Tahoma"/>
          <w:rtl/>
        </w:rPr>
        <w:t xml:space="preserve"> شهر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مع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ن</w:t>
      </w:r>
      <w:r w:rsidRPr="003D1BAB">
        <w:rPr>
          <w:rFonts w:ascii="Tahoma" w:hAnsi="Tahoma" w:cs="Tahoma"/>
          <w:rtl/>
        </w:rPr>
        <w:t xml:space="preserve"> تا پا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ان</w:t>
      </w:r>
      <w:r w:rsidRPr="003D1BAB">
        <w:rPr>
          <w:rFonts w:ascii="Tahoma" w:hAnsi="Tahoma" w:cs="Tahoma"/>
          <w:rtl/>
        </w:rPr>
        <w:t xml:space="preserve"> زندگ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او دوام داشت، اما مدرسه م</w:t>
      </w:r>
      <w:r w:rsidRPr="003D1BAB">
        <w:rPr>
          <w:rFonts w:ascii="Tahoma" w:hAnsi="Tahoma" w:cs="Tahoma" w:hint="cs"/>
          <w:rtl/>
        </w:rPr>
        <w:t>ی‌</w:t>
      </w:r>
      <w:r w:rsidRPr="003D1BAB">
        <w:rPr>
          <w:rFonts w:ascii="Tahoma" w:hAnsi="Tahoma" w:cs="Tahoma" w:hint="eastAsia"/>
          <w:rtl/>
        </w:rPr>
        <w:t>توانست</w:t>
      </w:r>
      <w:r w:rsidRPr="003D1BAB">
        <w:rPr>
          <w:rFonts w:ascii="Tahoma" w:hAnsi="Tahoma" w:cs="Tahoma"/>
          <w:rtl/>
        </w:rPr>
        <w:t xml:space="preserve"> دانش و جا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گاه</w:t>
      </w:r>
      <w:r w:rsidRPr="003D1BAB">
        <w:rPr>
          <w:rFonts w:ascii="Tahoma" w:hAnsi="Tahoma" w:cs="Tahoma"/>
          <w:rtl/>
        </w:rPr>
        <w:t xml:space="preserve"> او را به نسل بعد منتقل کند. شاگردان 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ک</w:t>
      </w:r>
      <w:r w:rsidRPr="003D1BAB">
        <w:rPr>
          <w:rFonts w:ascii="Tahoma" w:hAnsi="Tahoma" w:cs="Tahoma"/>
          <w:rtl/>
        </w:rPr>
        <w:t xml:space="preserve"> فق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ه،</w:t>
      </w:r>
      <w:r w:rsidRPr="003D1BAB">
        <w:rPr>
          <w:rFonts w:ascii="Tahoma" w:hAnsi="Tahoma" w:cs="Tahoma"/>
          <w:rtl/>
        </w:rPr>
        <w:t xml:space="preserve"> پس از پا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ان</w:t>
      </w:r>
      <w:r w:rsidRPr="003D1BAB">
        <w:rPr>
          <w:rFonts w:ascii="Tahoma" w:hAnsi="Tahoma" w:cs="Tahoma"/>
          <w:rtl/>
        </w:rPr>
        <w:t xml:space="preserve"> آموزش، به شهرها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د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گر</w:t>
      </w:r>
      <w:r w:rsidRPr="003D1BAB">
        <w:rPr>
          <w:rFonts w:ascii="Tahoma" w:hAnsi="Tahoma" w:cs="Tahoma"/>
          <w:rtl/>
        </w:rPr>
        <w:t xml:space="preserve"> م</w:t>
      </w:r>
      <w:r w:rsidRPr="003D1BAB">
        <w:rPr>
          <w:rFonts w:ascii="Tahoma" w:hAnsi="Tahoma" w:cs="Tahoma" w:hint="cs"/>
          <w:rtl/>
        </w:rPr>
        <w:t>ی‌</w:t>
      </w:r>
      <w:r w:rsidRPr="003D1BAB">
        <w:rPr>
          <w:rFonts w:ascii="Tahoma" w:hAnsi="Tahoma" w:cs="Tahoma" w:hint="eastAsia"/>
          <w:rtl/>
        </w:rPr>
        <w:t>رفتند،</w:t>
      </w:r>
      <w:r w:rsidRPr="003D1BAB">
        <w:rPr>
          <w:rFonts w:ascii="Tahoma" w:hAnsi="Tahoma" w:cs="Tahoma"/>
          <w:rtl/>
        </w:rPr>
        <w:t xml:space="preserve"> مقام قضا</w:t>
      </w:r>
      <w:r w:rsidRPr="003D1BAB">
        <w:rPr>
          <w:rFonts w:ascii="Tahoma" w:hAnsi="Tahoma" w:cs="Tahoma" w:hint="cs"/>
          <w:rtl/>
        </w:rPr>
        <w:t>یی</w:t>
      </w:r>
      <w:r w:rsidRPr="003D1BAB">
        <w:rPr>
          <w:rFonts w:ascii="Tahoma" w:hAnsi="Tahoma" w:cs="Tahoma"/>
          <w:rtl/>
        </w:rPr>
        <w:t xml:space="preserve"> 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>ا آموزش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م</w:t>
      </w:r>
      <w:r w:rsidRPr="003D1BAB">
        <w:rPr>
          <w:rFonts w:ascii="Tahoma" w:hAnsi="Tahoma" w:cs="Tahoma" w:hint="cs"/>
          <w:rtl/>
        </w:rPr>
        <w:t>ی‌</w:t>
      </w:r>
      <w:r w:rsidRPr="003D1BAB">
        <w:rPr>
          <w:rFonts w:ascii="Tahoma" w:hAnsi="Tahoma" w:cs="Tahoma" w:hint="eastAsia"/>
          <w:rtl/>
        </w:rPr>
        <w:t>گرفتند</w:t>
      </w:r>
      <w:r w:rsidRPr="003D1BAB">
        <w:rPr>
          <w:rFonts w:ascii="Tahoma" w:hAnsi="Tahoma" w:cs="Tahoma"/>
          <w:rtl/>
        </w:rPr>
        <w:t xml:space="preserve"> و شاگردان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تازه ترب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ت</w:t>
      </w:r>
      <w:r w:rsidRPr="003D1BAB">
        <w:rPr>
          <w:rFonts w:ascii="Tahoma" w:hAnsi="Tahoma" w:cs="Tahoma"/>
          <w:rtl/>
        </w:rPr>
        <w:t xml:space="preserve"> م</w:t>
      </w:r>
      <w:r w:rsidRPr="003D1BAB">
        <w:rPr>
          <w:rFonts w:ascii="Tahoma" w:hAnsi="Tahoma" w:cs="Tahoma" w:hint="cs"/>
          <w:rtl/>
        </w:rPr>
        <w:t>ی‌</w:t>
      </w:r>
      <w:r w:rsidRPr="003D1BAB">
        <w:rPr>
          <w:rFonts w:ascii="Tahoma" w:hAnsi="Tahoma" w:cs="Tahoma" w:hint="eastAsia"/>
          <w:rtl/>
        </w:rPr>
        <w:t>کردند</w:t>
      </w:r>
      <w:r w:rsidRPr="003D1BAB">
        <w:rPr>
          <w:rFonts w:ascii="Tahoma" w:hAnsi="Tahoma" w:cs="Tahoma"/>
          <w:rtl/>
        </w:rPr>
        <w:t>. از 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ن</w:t>
      </w:r>
      <w:r w:rsidRPr="003D1BAB">
        <w:rPr>
          <w:rFonts w:ascii="Tahoma" w:hAnsi="Tahoma" w:cs="Tahoma"/>
          <w:rtl/>
        </w:rPr>
        <w:t xml:space="preserve"> راه، دانش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که نخست همراه چند د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نکار</w:t>
      </w:r>
      <w:r w:rsidRPr="003D1BAB">
        <w:rPr>
          <w:rFonts w:ascii="Tahoma" w:hAnsi="Tahoma" w:cs="Tahoma"/>
          <w:rtl/>
        </w:rPr>
        <w:t xml:space="preserve"> مهاجر وارد 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ران</w:t>
      </w:r>
      <w:r w:rsidRPr="003D1BAB">
        <w:rPr>
          <w:rFonts w:ascii="Tahoma" w:hAnsi="Tahoma" w:cs="Tahoma"/>
          <w:rtl/>
        </w:rPr>
        <w:t xml:space="preserve"> شده بود، به شبکه‌ا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گسترده تبد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ل</w:t>
      </w:r>
      <w:r w:rsidRPr="003D1BAB">
        <w:rPr>
          <w:rFonts w:ascii="Tahoma" w:hAnsi="Tahoma" w:cs="Tahoma"/>
          <w:rtl/>
        </w:rPr>
        <w:t xml:space="preserve"> م</w:t>
      </w:r>
      <w:r w:rsidRPr="003D1BAB">
        <w:rPr>
          <w:rFonts w:ascii="Tahoma" w:hAnsi="Tahoma" w:cs="Tahoma" w:hint="cs"/>
          <w:rtl/>
        </w:rPr>
        <w:t>ی‌</w:t>
      </w:r>
      <w:r w:rsidRPr="003D1BAB">
        <w:rPr>
          <w:rFonts w:ascii="Tahoma" w:hAnsi="Tahoma" w:cs="Tahoma" w:hint="eastAsia"/>
          <w:rtl/>
        </w:rPr>
        <w:t>شد</w:t>
      </w:r>
      <w:r w:rsidRPr="003D1BAB">
        <w:rPr>
          <w:rFonts w:ascii="Tahoma" w:hAnsi="Tahoma" w:cs="Tahoma"/>
          <w:rtl/>
        </w:rPr>
        <w:t>.</w:t>
      </w:r>
    </w:p>
    <w:p w:rsidR="003D1BAB" w:rsidRPr="003D1BAB" w:rsidRDefault="003D1BAB" w:rsidP="003D1BAB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D1BAB">
        <w:rPr>
          <w:rFonts w:ascii="Tahoma" w:hAnsi="Tahoma" w:cs="Tahoma" w:hint="eastAsia"/>
          <w:rtl/>
        </w:rPr>
        <w:t>حکومت</w:t>
      </w:r>
      <w:r w:rsidRPr="003D1BAB">
        <w:rPr>
          <w:rFonts w:ascii="Tahoma" w:hAnsi="Tahoma" w:cs="Tahoma"/>
          <w:rtl/>
        </w:rPr>
        <w:t xml:space="preserve"> برا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گسترش تش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ع</w:t>
      </w:r>
      <w:r w:rsidRPr="003D1BAB">
        <w:rPr>
          <w:rFonts w:ascii="Tahoma" w:hAnsi="Tahoma" w:cs="Tahoma"/>
          <w:rtl/>
        </w:rPr>
        <w:t xml:space="preserve"> دوازده‌امام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نم</w:t>
      </w:r>
      <w:r w:rsidRPr="003D1BAB">
        <w:rPr>
          <w:rFonts w:ascii="Tahoma" w:hAnsi="Tahoma" w:cs="Tahoma" w:hint="cs"/>
          <w:rtl/>
        </w:rPr>
        <w:t>ی‌</w:t>
      </w:r>
      <w:r w:rsidRPr="003D1BAB">
        <w:rPr>
          <w:rFonts w:ascii="Tahoma" w:hAnsi="Tahoma" w:cs="Tahoma" w:hint="eastAsia"/>
          <w:rtl/>
        </w:rPr>
        <w:t>توانست</w:t>
      </w:r>
      <w:r w:rsidRPr="003D1BAB">
        <w:rPr>
          <w:rFonts w:ascii="Tahoma" w:hAnsi="Tahoma" w:cs="Tahoma"/>
          <w:rtl/>
        </w:rPr>
        <w:t xml:space="preserve"> هم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شه</w:t>
      </w:r>
      <w:r w:rsidRPr="003D1BAB">
        <w:rPr>
          <w:rFonts w:ascii="Tahoma" w:hAnsi="Tahoma" w:cs="Tahoma"/>
          <w:rtl/>
        </w:rPr>
        <w:t xml:space="preserve"> به آوردن فق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ه</w:t>
      </w:r>
      <w:r w:rsidRPr="003D1BAB">
        <w:rPr>
          <w:rFonts w:ascii="Tahoma" w:hAnsi="Tahoma" w:cs="Tahoma"/>
          <w:rtl/>
        </w:rPr>
        <w:t xml:space="preserve"> از جبل عامل، بحر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ن</w:t>
      </w:r>
      <w:r w:rsidRPr="003D1BAB">
        <w:rPr>
          <w:rFonts w:ascii="Tahoma" w:hAnsi="Tahoma" w:cs="Tahoma"/>
          <w:rtl/>
        </w:rPr>
        <w:t xml:space="preserve"> 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ا</w:t>
      </w:r>
      <w:r w:rsidRPr="003D1BAB">
        <w:rPr>
          <w:rFonts w:ascii="Tahoma" w:hAnsi="Tahoma" w:cs="Tahoma"/>
          <w:rtl/>
        </w:rPr>
        <w:t xml:space="preserve"> عراق وابسته بماند. با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د</w:t>
      </w:r>
      <w:r w:rsidRPr="003D1BAB">
        <w:rPr>
          <w:rFonts w:ascii="Tahoma" w:hAnsi="Tahoma" w:cs="Tahoma"/>
          <w:rtl/>
        </w:rPr>
        <w:t xml:space="preserve"> درون 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ران</w:t>
      </w:r>
      <w:r w:rsidRPr="003D1BAB">
        <w:rPr>
          <w:rFonts w:ascii="Tahoma" w:hAnsi="Tahoma" w:cs="Tahoma"/>
          <w:rtl/>
        </w:rPr>
        <w:t xml:space="preserve"> کسان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را پرورش م</w:t>
      </w:r>
      <w:r w:rsidRPr="003D1BAB">
        <w:rPr>
          <w:rFonts w:ascii="Tahoma" w:hAnsi="Tahoma" w:cs="Tahoma" w:hint="cs"/>
          <w:rtl/>
        </w:rPr>
        <w:t>ی‌</w:t>
      </w:r>
      <w:r w:rsidRPr="003D1BAB">
        <w:rPr>
          <w:rFonts w:ascii="Tahoma" w:hAnsi="Tahoma" w:cs="Tahoma" w:hint="eastAsia"/>
          <w:rtl/>
        </w:rPr>
        <w:t>داد</w:t>
      </w:r>
      <w:r w:rsidRPr="003D1BAB">
        <w:rPr>
          <w:rFonts w:ascii="Tahoma" w:hAnsi="Tahoma" w:cs="Tahoma"/>
          <w:rtl/>
        </w:rPr>
        <w:t xml:space="preserve"> که منابع فقه ش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عه</w:t>
      </w:r>
      <w:r w:rsidRPr="003D1BAB">
        <w:rPr>
          <w:rFonts w:ascii="Tahoma" w:hAnsi="Tahoma" w:cs="Tahoma"/>
          <w:rtl/>
        </w:rPr>
        <w:t xml:space="preserve"> را بشناسند، بتوانند تدر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س</w:t>
      </w:r>
      <w:r w:rsidRPr="003D1BAB">
        <w:rPr>
          <w:rFonts w:ascii="Tahoma" w:hAnsi="Tahoma" w:cs="Tahoma"/>
          <w:rtl/>
        </w:rPr>
        <w:t xml:space="preserve"> کنند و مقام‌ها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مذهب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را در شهرها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مختلف بر عهده بگ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رند</w:t>
      </w:r>
      <w:r w:rsidRPr="003D1BAB">
        <w:rPr>
          <w:rFonts w:ascii="Tahoma" w:hAnsi="Tahoma" w:cs="Tahoma"/>
          <w:rtl/>
        </w:rPr>
        <w:t>. مدرسه 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ن</w:t>
      </w:r>
      <w:r w:rsidRPr="003D1BAB">
        <w:rPr>
          <w:rFonts w:ascii="Tahoma" w:hAnsi="Tahoma" w:cs="Tahoma"/>
          <w:rtl/>
        </w:rPr>
        <w:t xml:space="preserve"> </w:t>
      </w:r>
      <w:r w:rsidRPr="003D1BAB">
        <w:rPr>
          <w:rFonts w:ascii="Tahoma" w:hAnsi="Tahoma" w:cs="Tahoma" w:hint="eastAsia"/>
          <w:rtl/>
        </w:rPr>
        <w:t>ن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از</w:t>
      </w:r>
      <w:r w:rsidRPr="003D1BAB">
        <w:rPr>
          <w:rFonts w:ascii="Tahoma" w:hAnsi="Tahoma" w:cs="Tahoma"/>
          <w:rtl/>
        </w:rPr>
        <w:t xml:space="preserve"> را برطرف م</w:t>
      </w:r>
      <w:r w:rsidRPr="003D1BAB">
        <w:rPr>
          <w:rFonts w:ascii="Tahoma" w:hAnsi="Tahoma" w:cs="Tahoma" w:hint="cs"/>
          <w:rtl/>
        </w:rPr>
        <w:t>ی‌</w:t>
      </w:r>
      <w:r w:rsidRPr="003D1BAB">
        <w:rPr>
          <w:rFonts w:ascii="Tahoma" w:hAnsi="Tahoma" w:cs="Tahoma" w:hint="eastAsia"/>
          <w:rtl/>
        </w:rPr>
        <w:t>کرد</w:t>
      </w:r>
      <w:r w:rsidRPr="003D1BAB">
        <w:rPr>
          <w:rFonts w:ascii="Tahoma" w:hAnsi="Tahoma" w:cs="Tahoma"/>
          <w:rtl/>
        </w:rPr>
        <w:t>. هر مدرسه فقط محل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برا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آموزش نبود؛ حلقه‌ا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در زنج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رهٔ</w:t>
      </w:r>
      <w:r w:rsidRPr="003D1BAB">
        <w:rPr>
          <w:rFonts w:ascii="Tahoma" w:hAnsi="Tahoma" w:cs="Tahoma"/>
          <w:rtl/>
        </w:rPr>
        <w:t xml:space="preserve"> ساختن دستگاه مذهب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حکومت به شمار م</w:t>
      </w:r>
      <w:r w:rsidRPr="003D1BAB">
        <w:rPr>
          <w:rFonts w:ascii="Tahoma" w:hAnsi="Tahoma" w:cs="Tahoma" w:hint="cs"/>
          <w:rtl/>
        </w:rPr>
        <w:t>ی‌</w:t>
      </w:r>
      <w:r w:rsidRPr="003D1BAB">
        <w:rPr>
          <w:rFonts w:ascii="Tahoma" w:hAnsi="Tahoma" w:cs="Tahoma" w:hint="eastAsia"/>
          <w:rtl/>
        </w:rPr>
        <w:t>رفت</w:t>
      </w:r>
      <w:r w:rsidRPr="003D1BAB">
        <w:rPr>
          <w:rFonts w:ascii="Tahoma" w:hAnsi="Tahoma" w:cs="Tahoma"/>
          <w:rtl/>
        </w:rPr>
        <w:t>.</w:t>
      </w:r>
    </w:p>
    <w:p w:rsidR="003D1BAB" w:rsidRPr="003D1BAB" w:rsidRDefault="003D1BAB" w:rsidP="003D1BAB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D1BAB">
        <w:rPr>
          <w:rFonts w:ascii="Tahoma" w:hAnsi="Tahoma" w:cs="Tahoma" w:hint="eastAsia"/>
          <w:rtl/>
        </w:rPr>
        <w:t>طلاب</w:t>
      </w:r>
      <w:r w:rsidRPr="003D1BAB">
        <w:rPr>
          <w:rFonts w:ascii="Tahoma" w:hAnsi="Tahoma" w:cs="Tahoma"/>
          <w:rtl/>
        </w:rPr>
        <w:t xml:space="preserve"> در مدرسه خواندن متون عرب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،</w:t>
      </w:r>
      <w:r w:rsidRPr="003D1BAB">
        <w:rPr>
          <w:rFonts w:ascii="Tahoma" w:hAnsi="Tahoma" w:cs="Tahoma"/>
          <w:rtl/>
        </w:rPr>
        <w:t xml:space="preserve"> فقه، حد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ث،</w:t>
      </w:r>
      <w:r w:rsidRPr="003D1BAB">
        <w:rPr>
          <w:rFonts w:ascii="Tahoma" w:hAnsi="Tahoma" w:cs="Tahoma"/>
          <w:rtl/>
        </w:rPr>
        <w:t xml:space="preserve"> تفس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ر،</w:t>
      </w:r>
      <w:r w:rsidRPr="003D1BAB">
        <w:rPr>
          <w:rFonts w:ascii="Tahoma" w:hAnsi="Tahoma" w:cs="Tahoma"/>
          <w:rtl/>
        </w:rPr>
        <w:t xml:space="preserve"> اصول و د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گر</w:t>
      </w:r>
      <w:r w:rsidRPr="003D1BAB">
        <w:rPr>
          <w:rFonts w:ascii="Tahoma" w:hAnsi="Tahoma" w:cs="Tahoma"/>
          <w:rtl/>
        </w:rPr>
        <w:t xml:space="preserve"> دانش‌ها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لازم را م</w:t>
      </w:r>
      <w:r w:rsidRPr="003D1BAB">
        <w:rPr>
          <w:rFonts w:ascii="Tahoma" w:hAnsi="Tahoma" w:cs="Tahoma" w:hint="cs"/>
          <w:rtl/>
        </w:rPr>
        <w:t>ی‌</w:t>
      </w:r>
      <w:r w:rsidRPr="003D1BAB">
        <w:rPr>
          <w:rFonts w:ascii="Tahoma" w:hAnsi="Tahoma" w:cs="Tahoma" w:hint="eastAsia"/>
          <w:rtl/>
        </w:rPr>
        <w:t>آموختند</w:t>
      </w:r>
      <w:r w:rsidRPr="003D1BAB">
        <w:rPr>
          <w:rFonts w:ascii="Tahoma" w:hAnsi="Tahoma" w:cs="Tahoma"/>
          <w:rtl/>
        </w:rPr>
        <w:t>. آنان پس از پا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ان</w:t>
      </w:r>
      <w:r w:rsidRPr="003D1BAB">
        <w:rPr>
          <w:rFonts w:ascii="Tahoma" w:hAnsi="Tahoma" w:cs="Tahoma"/>
          <w:rtl/>
        </w:rPr>
        <w:t xml:space="preserve"> تحص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ل</w:t>
      </w:r>
      <w:r w:rsidRPr="003D1BAB">
        <w:rPr>
          <w:rFonts w:ascii="Tahoma" w:hAnsi="Tahoma" w:cs="Tahoma"/>
          <w:rtl/>
        </w:rPr>
        <w:t xml:space="preserve"> م</w:t>
      </w:r>
      <w:r w:rsidRPr="003D1BAB">
        <w:rPr>
          <w:rFonts w:ascii="Tahoma" w:hAnsi="Tahoma" w:cs="Tahoma" w:hint="cs"/>
          <w:rtl/>
        </w:rPr>
        <w:t>ی‌</w:t>
      </w:r>
      <w:r w:rsidRPr="003D1BAB">
        <w:rPr>
          <w:rFonts w:ascii="Tahoma" w:hAnsi="Tahoma" w:cs="Tahoma" w:hint="eastAsia"/>
          <w:rtl/>
        </w:rPr>
        <w:t>توانستند</w:t>
      </w:r>
      <w:r w:rsidRPr="003D1BAB">
        <w:rPr>
          <w:rFonts w:ascii="Tahoma" w:hAnsi="Tahoma" w:cs="Tahoma"/>
          <w:rtl/>
        </w:rPr>
        <w:t xml:space="preserve"> مدرس، قاض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،</w:t>
      </w:r>
      <w:r w:rsidRPr="003D1BAB">
        <w:rPr>
          <w:rFonts w:ascii="Tahoma" w:hAnsi="Tahoma" w:cs="Tahoma"/>
          <w:rtl/>
        </w:rPr>
        <w:t xml:space="preserve"> امام جماعت 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ا</w:t>
      </w:r>
      <w:r w:rsidRPr="003D1BAB">
        <w:rPr>
          <w:rFonts w:ascii="Tahoma" w:hAnsi="Tahoma" w:cs="Tahoma"/>
          <w:rtl/>
        </w:rPr>
        <w:t xml:space="preserve"> کارگزار مذهب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شوند. بد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ن‌سان،</w:t>
      </w:r>
      <w:r w:rsidRPr="003D1BAB">
        <w:rPr>
          <w:rFonts w:ascii="Tahoma" w:hAnsi="Tahoma" w:cs="Tahoma"/>
          <w:rtl/>
        </w:rPr>
        <w:t xml:space="preserve"> حکومت به‌تدر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ج</w:t>
      </w:r>
      <w:r w:rsidRPr="003D1BAB">
        <w:rPr>
          <w:rFonts w:ascii="Tahoma" w:hAnsi="Tahoma" w:cs="Tahoma"/>
          <w:rtl/>
        </w:rPr>
        <w:t xml:space="preserve"> گروه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از د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نکاران</w:t>
      </w:r>
      <w:r w:rsidRPr="003D1BAB">
        <w:rPr>
          <w:rFonts w:ascii="Tahoma" w:hAnsi="Tahoma" w:cs="Tahoma"/>
          <w:rtl/>
        </w:rPr>
        <w:t xml:space="preserve"> 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ران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پرورش م</w:t>
      </w:r>
      <w:r w:rsidRPr="003D1BAB">
        <w:rPr>
          <w:rFonts w:ascii="Tahoma" w:hAnsi="Tahoma" w:cs="Tahoma" w:hint="cs"/>
          <w:rtl/>
        </w:rPr>
        <w:t>ی‌</w:t>
      </w:r>
      <w:r w:rsidRPr="003D1BAB">
        <w:rPr>
          <w:rFonts w:ascii="Tahoma" w:hAnsi="Tahoma" w:cs="Tahoma" w:hint="eastAsia"/>
          <w:rtl/>
        </w:rPr>
        <w:t>داد</w:t>
      </w:r>
      <w:r w:rsidRPr="003D1BAB">
        <w:rPr>
          <w:rFonts w:ascii="Tahoma" w:hAnsi="Tahoma" w:cs="Tahoma"/>
          <w:rtl/>
        </w:rPr>
        <w:t xml:space="preserve"> که د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گر</w:t>
      </w:r>
      <w:r w:rsidRPr="003D1BAB">
        <w:rPr>
          <w:rFonts w:ascii="Tahoma" w:hAnsi="Tahoma" w:cs="Tahoma"/>
          <w:rtl/>
        </w:rPr>
        <w:t xml:space="preserve"> مهاجر نبودند، اما دانش و ش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وهٔ</w:t>
      </w:r>
      <w:r w:rsidRPr="003D1BAB">
        <w:rPr>
          <w:rFonts w:ascii="Tahoma" w:hAnsi="Tahoma" w:cs="Tahoma"/>
          <w:rtl/>
        </w:rPr>
        <w:t xml:space="preserve"> آموزششان از سنت‌ها</w:t>
      </w:r>
      <w:r w:rsidRPr="003D1BAB">
        <w:rPr>
          <w:rFonts w:ascii="Tahoma" w:hAnsi="Tahoma" w:cs="Tahoma" w:hint="cs"/>
          <w:rtl/>
        </w:rPr>
        <w:t>یی</w:t>
      </w:r>
      <w:r w:rsidRPr="003D1BAB">
        <w:rPr>
          <w:rFonts w:ascii="Tahoma" w:hAnsi="Tahoma" w:cs="Tahoma"/>
          <w:rtl/>
        </w:rPr>
        <w:t xml:space="preserve"> م</w:t>
      </w:r>
      <w:r w:rsidRPr="003D1BAB">
        <w:rPr>
          <w:rFonts w:ascii="Tahoma" w:hAnsi="Tahoma" w:cs="Tahoma" w:hint="cs"/>
          <w:rtl/>
        </w:rPr>
        <w:t>ی‌</w:t>
      </w:r>
      <w:r w:rsidRPr="003D1BAB">
        <w:rPr>
          <w:rFonts w:ascii="Tahoma" w:hAnsi="Tahoma" w:cs="Tahoma" w:hint="eastAsia"/>
          <w:rtl/>
        </w:rPr>
        <w:t>آمد</w:t>
      </w:r>
      <w:r w:rsidRPr="003D1BAB">
        <w:rPr>
          <w:rFonts w:ascii="Tahoma" w:hAnsi="Tahoma" w:cs="Tahoma"/>
          <w:rtl/>
        </w:rPr>
        <w:t xml:space="preserve"> که د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نکاران</w:t>
      </w:r>
      <w:r w:rsidRPr="003D1BAB">
        <w:rPr>
          <w:rFonts w:ascii="Tahoma" w:hAnsi="Tahoma" w:cs="Tahoma"/>
          <w:rtl/>
        </w:rPr>
        <w:t xml:space="preserve"> مهاجر به 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ران</w:t>
      </w:r>
      <w:r w:rsidRPr="003D1BAB">
        <w:rPr>
          <w:rFonts w:ascii="Tahoma" w:hAnsi="Tahoma" w:cs="Tahoma"/>
          <w:rtl/>
        </w:rPr>
        <w:t xml:space="preserve"> آورده بودند.</w:t>
      </w:r>
    </w:p>
    <w:p w:rsidR="003D1BAB" w:rsidRPr="003D1BAB" w:rsidRDefault="003D1BAB" w:rsidP="003D1BAB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D1BAB">
        <w:rPr>
          <w:rFonts w:ascii="Tahoma" w:hAnsi="Tahoma" w:cs="Tahoma" w:hint="eastAsia"/>
          <w:rtl/>
        </w:rPr>
        <w:t>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ن</w:t>
      </w:r>
      <w:r w:rsidRPr="003D1BAB">
        <w:rPr>
          <w:rFonts w:ascii="Tahoma" w:hAnsi="Tahoma" w:cs="Tahoma"/>
          <w:rtl/>
        </w:rPr>
        <w:t xml:space="preserve"> فرا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ند،</w:t>
      </w:r>
      <w:r w:rsidRPr="003D1BAB">
        <w:rPr>
          <w:rFonts w:ascii="Tahoma" w:hAnsi="Tahoma" w:cs="Tahoma"/>
          <w:rtl/>
        </w:rPr>
        <w:t xml:space="preserve"> تش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ع</w:t>
      </w:r>
      <w:r w:rsidRPr="003D1BAB">
        <w:rPr>
          <w:rFonts w:ascii="Tahoma" w:hAnsi="Tahoma" w:cs="Tahoma"/>
          <w:rtl/>
        </w:rPr>
        <w:t xml:space="preserve"> دوازده‌امام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را از اعتقاد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رسم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به حرفه‌ا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سازمان‌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افته</w:t>
      </w:r>
      <w:r w:rsidRPr="003D1BAB">
        <w:rPr>
          <w:rFonts w:ascii="Tahoma" w:hAnsi="Tahoma" w:cs="Tahoma"/>
          <w:rtl/>
        </w:rPr>
        <w:t xml:space="preserve"> تبد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ل</w:t>
      </w:r>
      <w:r w:rsidRPr="003D1BAB">
        <w:rPr>
          <w:rFonts w:ascii="Tahoma" w:hAnsi="Tahoma" w:cs="Tahoma"/>
          <w:rtl/>
        </w:rPr>
        <w:t xml:space="preserve"> کرد. پ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ش</w:t>
      </w:r>
      <w:r w:rsidRPr="003D1BAB">
        <w:rPr>
          <w:rFonts w:ascii="Tahoma" w:hAnsi="Tahoma" w:cs="Tahoma"/>
          <w:rtl/>
        </w:rPr>
        <w:t xml:space="preserve"> از آن ممکن بود کس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به خاندان پ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امبر</w:t>
      </w:r>
      <w:r w:rsidRPr="003D1BAB">
        <w:rPr>
          <w:rFonts w:ascii="Tahoma" w:hAnsi="Tahoma" w:cs="Tahoma"/>
          <w:rtl/>
        </w:rPr>
        <w:t xml:space="preserve"> دلبستگ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داشته باشد، در مراسم مذهب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شرکت کند و خود را ش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عه</w:t>
      </w:r>
      <w:r w:rsidRPr="003D1BAB">
        <w:rPr>
          <w:rFonts w:ascii="Tahoma" w:hAnsi="Tahoma" w:cs="Tahoma"/>
          <w:rtl/>
        </w:rPr>
        <w:t xml:space="preserve"> بداند، ب</w:t>
      </w:r>
      <w:r w:rsidRPr="003D1BAB">
        <w:rPr>
          <w:rFonts w:ascii="Tahoma" w:hAnsi="Tahoma" w:cs="Tahoma" w:hint="cs"/>
          <w:rtl/>
        </w:rPr>
        <w:t>ی‌</w:t>
      </w:r>
      <w:r w:rsidRPr="003D1BAB">
        <w:rPr>
          <w:rFonts w:ascii="Tahoma" w:hAnsi="Tahoma" w:cs="Tahoma" w:hint="eastAsia"/>
          <w:rtl/>
        </w:rPr>
        <w:t>آنکه</w:t>
      </w:r>
      <w:r w:rsidRPr="003D1BAB">
        <w:rPr>
          <w:rFonts w:ascii="Tahoma" w:hAnsi="Tahoma" w:cs="Tahoma"/>
          <w:rtl/>
        </w:rPr>
        <w:t xml:space="preserve"> زندگ</w:t>
      </w:r>
      <w:r w:rsidRPr="003D1BAB">
        <w:rPr>
          <w:rFonts w:ascii="Tahoma" w:hAnsi="Tahoma" w:cs="Tahoma" w:hint="cs"/>
          <w:rtl/>
        </w:rPr>
        <w:t>ی‌</w:t>
      </w:r>
      <w:r w:rsidRPr="003D1BAB">
        <w:rPr>
          <w:rFonts w:ascii="Tahoma" w:hAnsi="Tahoma" w:cs="Tahoma" w:hint="eastAsia"/>
          <w:rtl/>
        </w:rPr>
        <w:t>اش</w:t>
      </w:r>
      <w:r w:rsidRPr="003D1BAB">
        <w:rPr>
          <w:rFonts w:ascii="Tahoma" w:hAnsi="Tahoma" w:cs="Tahoma"/>
          <w:rtl/>
        </w:rPr>
        <w:t xml:space="preserve"> ز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ر</w:t>
      </w:r>
      <w:r w:rsidRPr="003D1BAB">
        <w:rPr>
          <w:rFonts w:ascii="Tahoma" w:hAnsi="Tahoma" w:cs="Tahoma"/>
          <w:rtl/>
        </w:rPr>
        <w:t xml:space="preserve"> نظارت دائم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دستگاه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از فق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هان</w:t>
      </w:r>
      <w:r w:rsidRPr="003D1BAB">
        <w:rPr>
          <w:rFonts w:ascii="Tahoma" w:hAnsi="Tahoma" w:cs="Tahoma"/>
          <w:rtl/>
        </w:rPr>
        <w:t xml:space="preserve"> قرار گ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رد</w:t>
      </w:r>
      <w:r w:rsidRPr="003D1BAB">
        <w:rPr>
          <w:rFonts w:ascii="Tahoma" w:hAnsi="Tahoma" w:cs="Tahoma"/>
          <w:rtl/>
        </w:rPr>
        <w:t>. اما گ</w:t>
      </w:r>
      <w:r w:rsidRPr="003D1BAB">
        <w:rPr>
          <w:rFonts w:ascii="Tahoma" w:hAnsi="Tahoma" w:cs="Tahoma" w:hint="eastAsia"/>
          <w:rtl/>
        </w:rPr>
        <w:t>سترش</w:t>
      </w:r>
      <w:r w:rsidRPr="003D1BAB">
        <w:rPr>
          <w:rFonts w:ascii="Tahoma" w:hAnsi="Tahoma" w:cs="Tahoma"/>
          <w:rtl/>
        </w:rPr>
        <w:t xml:space="preserve"> مدارس، قاض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ان</w:t>
      </w:r>
      <w:r w:rsidRPr="003D1BAB">
        <w:rPr>
          <w:rFonts w:ascii="Tahoma" w:hAnsi="Tahoma" w:cs="Tahoma"/>
          <w:rtl/>
        </w:rPr>
        <w:t xml:space="preserve"> و مقام‌ها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مذهب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،</w:t>
      </w:r>
      <w:r w:rsidRPr="003D1BAB">
        <w:rPr>
          <w:rFonts w:ascii="Tahoma" w:hAnsi="Tahoma" w:cs="Tahoma"/>
          <w:rtl/>
        </w:rPr>
        <w:t xml:space="preserve"> م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ان</w:t>
      </w:r>
      <w:r w:rsidRPr="003D1BAB">
        <w:rPr>
          <w:rFonts w:ascii="Tahoma" w:hAnsi="Tahoma" w:cs="Tahoma"/>
          <w:rtl/>
        </w:rPr>
        <w:t xml:space="preserve"> اعتقاد مردم و سازمان د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نکار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پ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وند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پا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دار</w:t>
      </w:r>
      <w:r w:rsidRPr="003D1BAB">
        <w:rPr>
          <w:rFonts w:ascii="Tahoma" w:hAnsi="Tahoma" w:cs="Tahoma"/>
          <w:rtl/>
        </w:rPr>
        <w:t xml:space="preserve"> پد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د</w:t>
      </w:r>
      <w:r w:rsidRPr="003D1BAB">
        <w:rPr>
          <w:rFonts w:ascii="Tahoma" w:hAnsi="Tahoma" w:cs="Tahoma"/>
          <w:rtl/>
        </w:rPr>
        <w:t xml:space="preserve"> آورد.</w:t>
      </w:r>
    </w:p>
    <w:p w:rsidR="003D1BAB" w:rsidRPr="003D1BAB" w:rsidRDefault="003D1BAB" w:rsidP="003D1BAB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D1BAB">
        <w:rPr>
          <w:rFonts w:ascii="Tahoma" w:hAnsi="Tahoma" w:cs="Tahoma" w:hint="eastAsia"/>
          <w:rtl/>
        </w:rPr>
        <w:t>برا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ادامهٔ کار مدارس و تأم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ن</w:t>
      </w:r>
      <w:r w:rsidRPr="003D1BAB">
        <w:rPr>
          <w:rFonts w:ascii="Tahoma" w:hAnsi="Tahoma" w:cs="Tahoma"/>
          <w:rtl/>
        </w:rPr>
        <w:t xml:space="preserve"> زندگ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مدرسان و طلاب، به درآمد ن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از</w:t>
      </w:r>
      <w:r w:rsidRPr="003D1BAB">
        <w:rPr>
          <w:rFonts w:ascii="Tahoma" w:hAnsi="Tahoma" w:cs="Tahoma"/>
          <w:rtl/>
        </w:rPr>
        <w:t xml:space="preserve"> بود. 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ن</w:t>
      </w:r>
      <w:r w:rsidRPr="003D1BAB">
        <w:rPr>
          <w:rFonts w:ascii="Tahoma" w:hAnsi="Tahoma" w:cs="Tahoma"/>
          <w:rtl/>
        </w:rPr>
        <w:t xml:space="preserve"> درآمد گاه از خزانه، مستمر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ا</w:t>
      </w:r>
      <w:r w:rsidRPr="003D1BAB">
        <w:rPr>
          <w:rFonts w:ascii="Tahoma" w:hAnsi="Tahoma" w:cs="Tahoma"/>
          <w:rtl/>
        </w:rPr>
        <w:t xml:space="preserve"> بخشش شاه و صاحب‌منصبان فراهم م</w:t>
      </w:r>
      <w:r w:rsidRPr="003D1BAB">
        <w:rPr>
          <w:rFonts w:ascii="Tahoma" w:hAnsi="Tahoma" w:cs="Tahoma" w:hint="cs"/>
          <w:rtl/>
        </w:rPr>
        <w:t>ی‌</w:t>
      </w:r>
      <w:r w:rsidRPr="003D1BAB">
        <w:rPr>
          <w:rFonts w:ascii="Tahoma" w:hAnsi="Tahoma" w:cs="Tahoma" w:hint="eastAsia"/>
          <w:rtl/>
        </w:rPr>
        <w:t>شد؛</w:t>
      </w:r>
      <w:r w:rsidRPr="003D1BAB">
        <w:rPr>
          <w:rFonts w:ascii="Tahoma" w:hAnsi="Tahoma" w:cs="Tahoma"/>
          <w:rtl/>
        </w:rPr>
        <w:t xml:space="preserve"> اما 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ک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از پا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دارتر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ن</w:t>
      </w:r>
      <w:r w:rsidRPr="003D1BAB">
        <w:rPr>
          <w:rFonts w:ascii="Tahoma" w:hAnsi="Tahoma" w:cs="Tahoma"/>
          <w:rtl/>
        </w:rPr>
        <w:t xml:space="preserve"> منابع آن وقف بود. شاهان، شاهزادگان، زنان دربار، قزلباشان، د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وانسالاران،</w:t>
      </w:r>
      <w:r w:rsidRPr="003D1BAB">
        <w:rPr>
          <w:rFonts w:ascii="Tahoma" w:hAnsi="Tahoma" w:cs="Tahoma"/>
          <w:rtl/>
        </w:rPr>
        <w:t xml:space="preserve"> بازرگانان و مالکان م</w:t>
      </w:r>
      <w:r w:rsidRPr="003D1BAB">
        <w:rPr>
          <w:rFonts w:ascii="Tahoma" w:hAnsi="Tahoma" w:cs="Tahoma" w:hint="cs"/>
          <w:rtl/>
        </w:rPr>
        <w:t>ی‌</w:t>
      </w:r>
      <w:r w:rsidRPr="003D1BAB">
        <w:rPr>
          <w:rFonts w:ascii="Tahoma" w:hAnsi="Tahoma" w:cs="Tahoma"/>
          <w:rtl/>
        </w:rPr>
        <w:t>توانستند زم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ن،</w:t>
      </w:r>
      <w:r w:rsidRPr="003D1BAB">
        <w:rPr>
          <w:rFonts w:ascii="Tahoma" w:hAnsi="Tahoma" w:cs="Tahoma"/>
          <w:rtl/>
        </w:rPr>
        <w:t xml:space="preserve"> روستا، دکان، کاروان‌سرا، حمام، باغ 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ا</w:t>
      </w:r>
      <w:r w:rsidRPr="003D1BAB">
        <w:rPr>
          <w:rFonts w:ascii="Tahoma" w:hAnsi="Tahoma" w:cs="Tahoma"/>
          <w:rtl/>
        </w:rPr>
        <w:t xml:space="preserve"> درآمد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مع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ن</w:t>
      </w:r>
      <w:r w:rsidRPr="003D1BAB">
        <w:rPr>
          <w:rFonts w:ascii="Tahoma" w:hAnsi="Tahoma" w:cs="Tahoma"/>
          <w:rtl/>
        </w:rPr>
        <w:t xml:space="preserve"> را وقف مسجد، مدرسه، ز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ارتگاه</w:t>
      </w:r>
      <w:r w:rsidRPr="003D1BAB">
        <w:rPr>
          <w:rFonts w:ascii="Tahoma" w:hAnsi="Tahoma" w:cs="Tahoma"/>
          <w:rtl/>
        </w:rPr>
        <w:t xml:space="preserve"> 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ا</w:t>
      </w:r>
      <w:r w:rsidRPr="003D1BAB">
        <w:rPr>
          <w:rFonts w:ascii="Tahoma" w:hAnsi="Tahoma" w:cs="Tahoma"/>
          <w:rtl/>
        </w:rPr>
        <w:t xml:space="preserve"> مصرف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مذهب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کنند.</w:t>
      </w:r>
    </w:p>
    <w:p w:rsidR="003D1BAB" w:rsidRPr="003D1BAB" w:rsidRDefault="003D1BAB" w:rsidP="003D1BAB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D1BAB">
        <w:rPr>
          <w:rFonts w:ascii="Tahoma" w:hAnsi="Tahoma" w:cs="Tahoma" w:hint="eastAsia"/>
          <w:rtl/>
        </w:rPr>
        <w:t>وقف</w:t>
      </w:r>
      <w:r w:rsidRPr="003D1BAB">
        <w:rPr>
          <w:rFonts w:ascii="Tahoma" w:hAnsi="Tahoma" w:cs="Tahoma"/>
          <w:rtl/>
        </w:rPr>
        <w:t xml:space="preserve"> برا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واقف ن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ز</w:t>
      </w:r>
      <w:r w:rsidRPr="003D1BAB">
        <w:rPr>
          <w:rFonts w:ascii="Tahoma" w:hAnsi="Tahoma" w:cs="Tahoma"/>
          <w:rtl/>
        </w:rPr>
        <w:t xml:space="preserve"> کارکردها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گوناگون داشت. ممکن بود از اعتقاد مذهب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و ام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د</w:t>
      </w:r>
      <w:r w:rsidRPr="003D1BAB">
        <w:rPr>
          <w:rFonts w:ascii="Tahoma" w:hAnsi="Tahoma" w:cs="Tahoma"/>
          <w:rtl/>
        </w:rPr>
        <w:t xml:space="preserve"> به پاداش اخرو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سرچشمه بگ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رد؛</w:t>
      </w:r>
      <w:r w:rsidRPr="003D1BAB">
        <w:rPr>
          <w:rFonts w:ascii="Tahoma" w:hAnsi="Tahoma" w:cs="Tahoma"/>
          <w:rtl/>
        </w:rPr>
        <w:t xml:space="preserve"> ممکن بود نام او را با مسجد، مدرسه 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ا</w:t>
      </w:r>
      <w:r w:rsidRPr="003D1BAB">
        <w:rPr>
          <w:rFonts w:ascii="Tahoma" w:hAnsi="Tahoma" w:cs="Tahoma"/>
          <w:rtl/>
        </w:rPr>
        <w:t xml:space="preserve"> بنا</w:t>
      </w:r>
      <w:r w:rsidRPr="003D1BAB">
        <w:rPr>
          <w:rFonts w:ascii="Tahoma" w:hAnsi="Tahoma" w:cs="Tahoma" w:hint="cs"/>
          <w:rtl/>
        </w:rPr>
        <w:t>یی</w:t>
      </w:r>
      <w:r w:rsidRPr="003D1BAB">
        <w:rPr>
          <w:rFonts w:ascii="Tahoma" w:hAnsi="Tahoma" w:cs="Tahoma"/>
          <w:rtl/>
        </w:rPr>
        <w:t xml:space="preserve"> عموم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ماندگار سازد؛ و گاه م</w:t>
      </w:r>
      <w:r w:rsidRPr="003D1BAB">
        <w:rPr>
          <w:rFonts w:ascii="Tahoma" w:hAnsi="Tahoma" w:cs="Tahoma" w:hint="cs"/>
          <w:rtl/>
        </w:rPr>
        <w:t>ی‌</w:t>
      </w:r>
      <w:r w:rsidRPr="003D1BAB">
        <w:rPr>
          <w:rFonts w:ascii="Tahoma" w:hAnsi="Tahoma" w:cs="Tahoma" w:hint="eastAsia"/>
          <w:rtl/>
        </w:rPr>
        <w:t>توانست</w:t>
      </w:r>
      <w:r w:rsidRPr="003D1BAB">
        <w:rPr>
          <w:rFonts w:ascii="Tahoma" w:hAnsi="Tahoma" w:cs="Tahoma"/>
          <w:rtl/>
        </w:rPr>
        <w:t xml:space="preserve"> بخش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از دارا</w:t>
      </w:r>
      <w:r w:rsidRPr="003D1BAB">
        <w:rPr>
          <w:rFonts w:ascii="Tahoma" w:hAnsi="Tahoma" w:cs="Tahoma" w:hint="cs"/>
          <w:rtl/>
        </w:rPr>
        <w:t>یی</w:t>
      </w:r>
      <w:r w:rsidRPr="003D1BAB">
        <w:rPr>
          <w:rFonts w:ascii="Tahoma" w:hAnsi="Tahoma" w:cs="Tahoma"/>
          <w:rtl/>
        </w:rPr>
        <w:t xml:space="preserve"> خاندان را از مصادره 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ا</w:t>
      </w:r>
      <w:r w:rsidRPr="003D1BAB">
        <w:rPr>
          <w:rFonts w:ascii="Tahoma" w:hAnsi="Tahoma" w:cs="Tahoma"/>
          <w:rtl/>
        </w:rPr>
        <w:t xml:space="preserve"> تقس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م</w:t>
      </w:r>
      <w:r w:rsidRPr="003D1BAB">
        <w:rPr>
          <w:rFonts w:ascii="Tahoma" w:hAnsi="Tahoma" w:cs="Tahoma"/>
          <w:rtl/>
        </w:rPr>
        <w:t xml:space="preserve"> دور نگه دارد. در عمل، انگ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زه‌ها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د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ن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،</w:t>
      </w:r>
      <w:r w:rsidRPr="003D1BAB">
        <w:rPr>
          <w:rFonts w:ascii="Tahoma" w:hAnsi="Tahoma" w:cs="Tahoma"/>
          <w:rtl/>
        </w:rPr>
        <w:t xml:space="preserve"> خانوادگ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،</w:t>
      </w:r>
      <w:r w:rsidRPr="003D1BAB">
        <w:rPr>
          <w:rFonts w:ascii="Tahoma" w:hAnsi="Tahoma" w:cs="Tahoma"/>
          <w:rtl/>
        </w:rPr>
        <w:t xml:space="preserve"> اقتصاد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و س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اس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م</w:t>
      </w:r>
      <w:r w:rsidRPr="003D1BAB">
        <w:rPr>
          <w:rFonts w:ascii="Tahoma" w:hAnsi="Tahoma" w:cs="Tahoma" w:hint="cs"/>
          <w:rtl/>
        </w:rPr>
        <w:t>ی‌</w:t>
      </w:r>
      <w:r w:rsidRPr="003D1BAB">
        <w:rPr>
          <w:rFonts w:ascii="Tahoma" w:hAnsi="Tahoma" w:cs="Tahoma" w:hint="eastAsia"/>
          <w:rtl/>
        </w:rPr>
        <w:t>توانستند</w:t>
      </w:r>
      <w:r w:rsidRPr="003D1BAB">
        <w:rPr>
          <w:rFonts w:ascii="Tahoma" w:hAnsi="Tahoma" w:cs="Tahoma"/>
          <w:rtl/>
        </w:rPr>
        <w:t xml:space="preserve"> در کنار 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کد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گر</w:t>
      </w:r>
      <w:r w:rsidRPr="003D1BAB">
        <w:rPr>
          <w:rFonts w:ascii="Tahoma" w:hAnsi="Tahoma" w:cs="Tahoma"/>
          <w:rtl/>
        </w:rPr>
        <w:t xml:space="preserve"> قرار گ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رند</w:t>
      </w:r>
      <w:r w:rsidRPr="003D1BAB">
        <w:rPr>
          <w:rFonts w:ascii="Tahoma" w:hAnsi="Tahoma" w:cs="Tahoma"/>
          <w:rtl/>
        </w:rPr>
        <w:t>.</w:t>
      </w:r>
    </w:p>
    <w:p w:rsidR="003D1BAB" w:rsidRPr="003D1BAB" w:rsidRDefault="003D1BAB" w:rsidP="003D1BAB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D1BAB">
        <w:rPr>
          <w:rFonts w:ascii="Tahoma" w:hAnsi="Tahoma" w:cs="Tahoma" w:hint="eastAsia"/>
          <w:rtl/>
        </w:rPr>
        <w:t>هرچه</w:t>
      </w:r>
      <w:r w:rsidRPr="003D1BAB">
        <w:rPr>
          <w:rFonts w:ascii="Tahoma" w:hAnsi="Tahoma" w:cs="Tahoma"/>
          <w:rtl/>
        </w:rPr>
        <w:t xml:space="preserve"> شمار موقوفات افزا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ش</w:t>
      </w:r>
      <w:r w:rsidRPr="003D1BAB">
        <w:rPr>
          <w:rFonts w:ascii="Tahoma" w:hAnsi="Tahoma" w:cs="Tahoma"/>
          <w:rtl/>
        </w:rPr>
        <w:t xml:space="preserve"> م</w:t>
      </w:r>
      <w:r w:rsidRPr="003D1BAB">
        <w:rPr>
          <w:rFonts w:ascii="Tahoma" w:hAnsi="Tahoma" w:cs="Tahoma" w:hint="cs"/>
          <w:rtl/>
        </w:rPr>
        <w:t>ی‌ی</w:t>
      </w:r>
      <w:r w:rsidRPr="003D1BAB">
        <w:rPr>
          <w:rFonts w:ascii="Tahoma" w:hAnsi="Tahoma" w:cs="Tahoma" w:hint="eastAsia"/>
          <w:rtl/>
        </w:rPr>
        <w:t>افت،</w:t>
      </w:r>
      <w:r w:rsidRPr="003D1BAB">
        <w:rPr>
          <w:rFonts w:ascii="Tahoma" w:hAnsi="Tahoma" w:cs="Tahoma"/>
          <w:rtl/>
        </w:rPr>
        <w:t xml:space="preserve"> دستگاه د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ن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از منابع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برخوردار م</w:t>
      </w:r>
      <w:r w:rsidRPr="003D1BAB">
        <w:rPr>
          <w:rFonts w:ascii="Tahoma" w:hAnsi="Tahoma" w:cs="Tahoma" w:hint="cs"/>
          <w:rtl/>
        </w:rPr>
        <w:t>ی‌</w:t>
      </w:r>
      <w:r w:rsidRPr="003D1BAB">
        <w:rPr>
          <w:rFonts w:ascii="Tahoma" w:hAnsi="Tahoma" w:cs="Tahoma" w:hint="eastAsia"/>
          <w:rtl/>
        </w:rPr>
        <w:t>شد</w:t>
      </w:r>
      <w:r w:rsidRPr="003D1BAB">
        <w:rPr>
          <w:rFonts w:ascii="Tahoma" w:hAnsi="Tahoma" w:cs="Tahoma"/>
          <w:rtl/>
        </w:rPr>
        <w:t xml:space="preserve"> که مستق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ماً</w:t>
      </w:r>
      <w:r w:rsidRPr="003D1BAB">
        <w:rPr>
          <w:rFonts w:ascii="Tahoma" w:hAnsi="Tahoma" w:cs="Tahoma"/>
          <w:rtl/>
        </w:rPr>
        <w:t xml:space="preserve"> به پرداخت روزانهٔ خزانه وابسته نبودند. شاه ممکن بود مستمر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ک</w:t>
      </w:r>
      <w:r w:rsidRPr="003D1BAB">
        <w:rPr>
          <w:rFonts w:ascii="Tahoma" w:hAnsi="Tahoma" w:cs="Tahoma"/>
          <w:rtl/>
        </w:rPr>
        <w:t xml:space="preserve"> د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نکار</w:t>
      </w:r>
      <w:r w:rsidRPr="003D1BAB">
        <w:rPr>
          <w:rFonts w:ascii="Tahoma" w:hAnsi="Tahoma" w:cs="Tahoma"/>
          <w:rtl/>
        </w:rPr>
        <w:t xml:space="preserve"> را قطع کند، اما تصرف موقوفه‌ا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که بر پا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هٔ</w:t>
      </w:r>
      <w:r w:rsidRPr="003D1BAB">
        <w:rPr>
          <w:rFonts w:ascii="Tahoma" w:hAnsi="Tahoma" w:cs="Tahoma"/>
          <w:rtl/>
        </w:rPr>
        <w:t xml:space="preserve"> وقف‌نامه برا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مصرف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مذهب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کنار گذاشته شده بود آسان‌تر نبود. ح</w:t>
      </w:r>
      <w:r w:rsidRPr="003D1BAB">
        <w:rPr>
          <w:rFonts w:ascii="Tahoma" w:hAnsi="Tahoma" w:cs="Tahoma" w:hint="eastAsia"/>
          <w:rtl/>
        </w:rPr>
        <w:t>کومت</w:t>
      </w:r>
      <w:r w:rsidRPr="003D1BAB">
        <w:rPr>
          <w:rFonts w:ascii="Tahoma" w:hAnsi="Tahoma" w:cs="Tahoma"/>
          <w:rtl/>
        </w:rPr>
        <w:t xml:space="preserve"> م</w:t>
      </w:r>
      <w:r w:rsidRPr="003D1BAB">
        <w:rPr>
          <w:rFonts w:ascii="Tahoma" w:hAnsi="Tahoma" w:cs="Tahoma" w:hint="cs"/>
          <w:rtl/>
        </w:rPr>
        <w:t>ی‌</w:t>
      </w:r>
      <w:r w:rsidRPr="003D1BAB">
        <w:rPr>
          <w:rFonts w:ascii="Tahoma" w:hAnsi="Tahoma" w:cs="Tahoma" w:hint="eastAsia"/>
          <w:rtl/>
        </w:rPr>
        <w:t>توانست</w:t>
      </w:r>
      <w:r w:rsidRPr="003D1BAB">
        <w:rPr>
          <w:rFonts w:ascii="Tahoma" w:hAnsi="Tahoma" w:cs="Tahoma"/>
          <w:rtl/>
        </w:rPr>
        <w:t xml:space="preserve"> متول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را عوض کند 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ا</w:t>
      </w:r>
      <w:r w:rsidRPr="003D1BAB">
        <w:rPr>
          <w:rFonts w:ascii="Tahoma" w:hAnsi="Tahoma" w:cs="Tahoma"/>
          <w:rtl/>
        </w:rPr>
        <w:t xml:space="preserve"> در ادارهٔ موقوفه دخالت نما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د،</w:t>
      </w:r>
      <w:r w:rsidRPr="003D1BAB">
        <w:rPr>
          <w:rFonts w:ascii="Tahoma" w:hAnsi="Tahoma" w:cs="Tahoma"/>
          <w:rtl/>
        </w:rPr>
        <w:t xml:space="preserve"> اما اصل وقف از پا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دار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حقوق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و مذهب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برخوردار بود.</w:t>
      </w:r>
    </w:p>
    <w:p w:rsidR="003D1BAB" w:rsidRPr="003D1BAB" w:rsidRDefault="003D1BAB" w:rsidP="003D1BAB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D1BAB">
        <w:rPr>
          <w:rFonts w:ascii="Tahoma" w:hAnsi="Tahoma" w:cs="Tahoma" w:hint="eastAsia"/>
          <w:rtl/>
        </w:rPr>
        <w:t>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ن</w:t>
      </w:r>
      <w:r w:rsidRPr="003D1BAB">
        <w:rPr>
          <w:rFonts w:ascii="Tahoma" w:hAnsi="Tahoma" w:cs="Tahoma"/>
          <w:rtl/>
        </w:rPr>
        <w:t xml:space="preserve"> پا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دار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،</w:t>
      </w:r>
      <w:r w:rsidRPr="003D1BAB">
        <w:rPr>
          <w:rFonts w:ascii="Tahoma" w:hAnsi="Tahoma" w:cs="Tahoma"/>
          <w:rtl/>
        </w:rPr>
        <w:t xml:space="preserve"> دستگاه د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ن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را به‌تدر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ج</w:t>
      </w:r>
      <w:r w:rsidRPr="003D1BAB">
        <w:rPr>
          <w:rFonts w:ascii="Tahoma" w:hAnsi="Tahoma" w:cs="Tahoma"/>
          <w:rtl/>
        </w:rPr>
        <w:t xml:space="preserve"> از وابستگ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کامل به شخص شاه دور م</w:t>
      </w:r>
      <w:r w:rsidRPr="003D1BAB">
        <w:rPr>
          <w:rFonts w:ascii="Tahoma" w:hAnsi="Tahoma" w:cs="Tahoma" w:hint="cs"/>
          <w:rtl/>
        </w:rPr>
        <w:t>ی‌</w:t>
      </w:r>
      <w:r w:rsidRPr="003D1BAB">
        <w:rPr>
          <w:rFonts w:ascii="Tahoma" w:hAnsi="Tahoma" w:cs="Tahoma" w:hint="eastAsia"/>
          <w:rtl/>
        </w:rPr>
        <w:t>کرد</w:t>
      </w:r>
      <w:r w:rsidRPr="003D1BAB">
        <w:rPr>
          <w:rFonts w:ascii="Tahoma" w:hAnsi="Tahoma" w:cs="Tahoma"/>
          <w:rtl/>
        </w:rPr>
        <w:t>. تاج زم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نهٔ</w:t>
      </w:r>
      <w:r w:rsidRPr="003D1BAB">
        <w:rPr>
          <w:rFonts w:ascii="Tahoma" w:hAnsi="Tahoma" w:cs="Tahoma"/>
          <w:rtl/>
        </w:rPr>
        <w:t xml:space="preserve"> 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جاد</w:t>
      </w:r>
      <w:r w:rsidRPr="003D1BAB">
        <w:rPr>
          <w:rFonts w:ascii="Tahoma" w:hAnsi="Tahoma" w:cs="Tahoma"/>
          <w:rtl/>
        </w:rPr>
        <w:t xml:space="preserve"> موقوفات و گسترش مدارس را فراهم کرده بود، اما مال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که وقف م</w:t>
      </w:r>
      <w:r w:rsidRPr="003D1BAB">
        <w:rPr>
          <w:rFonts w:ascii="Tahoma" w:hAnsi="Tahoma" w:cs="Tahoma" w:hint="cs"/>
          <w:rtl/>
        </w:rPr>
        <w:t>ی‌</w:t>
      </w:r>
      <w:r w:rsidRPr="003D1BAB">
        <w:rPr>
          <w:rFonts w:ascii="Tahoma" w:hAnsi="Tahoma" w:cs="Tahoma" w:hint="eastAsia"/>
          <w:rtl/>
        </w:rPr>
        <w:t>شد</w:t>
      </w:r>
      <w:r w:rsidRPr="003D1BAB">
        <w:rPr>
          <w:rFonts w:ascii="Tahoma" w:hAnsi="Tahoma" w:cs="Tahoma"/>
          <w:rtl/>
        </w:rPr>
        <w:t xml:space="preserve"> د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گر</w:t>
      </w:r>
      <w:r w:rsidRPr="003D1BAB">
        <w:rPr>
          <w:rFonts w:ascii="Tahoma" w:hAnsi="Tahoma" w:cs="Tahoma"/>
          <w:rtl/>
        </w:rPr>
        <w:t xml:space="preserve"> مانند درآمد عاد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حکومت در اخت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ار</w:t>
      </w:r>
      <w:r w:rsidRPr="003D1BAB">
        <w:rPr>
          <w:rFonts w:ascii="Tahoma" w:hAnsi="Tahoma" w:cs="Tahoma"/>
          <w:rtl/>
        </w:rPr>
        <w:t xml:space="preserve"> آزاد شاه قرار نداشت. د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نکاران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که بر مصرف 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ن</w:t>
      </w:r>
      <w:r w:rsidRPr="003D1BAB">
        <w:rPr>
          <w:rFonts w:ascii="Tahoma" w:hAnsi="Tahoma" w:cs="Tahoma"/>
          <w:rtl/>
        </w:rPr>
        <w:t xml:space="preserve"> اموال نظارت م</w:t>
      </w:r>
      <w:r w:rsidRPr="003D1BAB">
        <w:rPr>
          <w:rFonts w:ascii="Tahoma" w:hAnsi="Tahoma" w:cs="Tahoma" w:hint="cs"/>
          <w:rtl/>
        </w:rPr>
        <w:t>ی‌</w:t>
      </w:r>
      <w:r w:rsidRPr="003D1BAB">
        <w:rPr>
          <w:rFonts w:ascii="Tahoma" w:hAnsi="Tahoma" w:cs="Tahoma" w:hint="eastAsia"/>
          <w:rtl/>
        </w:rPr>
        <w:t>کردند،</w:t>
      </w:r>
      <w:r w:rsidRPr="003D1BAB">
        <w:rPr>
          <w:rFonts w:ascii="Tahoma" w:hAnsi="Tahoma" w:cs="Tahoma"/>
          <w:rtl/>
        </w:rPr>
        <w:t xml:space="preserve"> صاحب شبکه‌ا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مال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م</w:t>
      </w:r>
      <w:r w:rsidRPr="003D1BAB">
        <w:rPr>
          <w:rFonts w:ascii="Tahoma" w:hAnsi="Tahoma" w:cs="Tahoma" w:hint="cs"/>
          <w:rtl/>
        </w:rPr>
        <w:t>ی‌</w:t>
      </w:r>
      <w:r w:rsidRPr="003D1BAB">
        <w:rPr>
          <w:rFonts w:ascii="Tahoma" w:hAnsi="Tahoma" w:cs="Tahoma" w:hint="eastAsia"/>
          <w:rtl/>
        </w:rPr>
        <w:t>شدند</w:t>
      </w:r>
      <w:r w:rsidRPr="003D1BAB">
        <w:rPr>
          <w:rFonts w:ascii="Tahoma" w:hAnsi="Tahoma" w:cs="Tahoma"/>
          <w:rtl/>
        </w:rPr>
        <w:t xml:space="preserve"> که م</w:t>
      </w:r>
      <w:r w:rsidRPr="003D1BAB">
        <w:rPr>
          <w:rFonts w:ascii="Tahoma" w:hAnsi="Tahoma" w:cs="Tahoma" w:hint="cs"/>
          <w:rtl/>
        </w:rPr>
        <w:t>ی‌</w:t>
      </w:r>
      <w:r w:rsidRPr="003D1BAB">
        <w:rPr>
          <w:rFonts w:ascii="Tahoma" w:hAnsi="Tahoma" w:cs="Tahoma" w:hint="eastAsia"/>
          <w:rtl/>
        </w:rPr>
        <w:t>توانست</w:t>
      </w:r>
      <w:r w:rsidRPr="003D1BAB">
        <w:rPr>
          <w:rFonts w:ascii="Tahoma" w:hAnsi="Tahoma" w:cs="Tahoma"/>
          <w:rtl/>
        </w:rPr>
        <w:t xml:space="preserve"> پس از مرگ 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ا</w:t>
      </w:r>
      <w:r w:rsidRPr="003D1BAB">
        <w:rPr>
          <w:rFonts w:ascii="Tahoma" w:hAnsi="Tahoma" w:cs="Tahoma"/>
          <w:rtl/>
        </w:rPr>
        <w:t xml:space="preserve"> برکنار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ک</w:t>
      </w:r>
      <w:r w:rsidRPr="003D1BAB">
        <w:rPr>
          <w:rFonts w:ascii="Tahoma" w:hAnsi="Tahoma" w:cs="Tahoma"/>
          <w:rtl/>
        </w:rPr>
        <w:t xml:space="preserve"> فرمانروا ن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ز</w:t>
      </w:r>
      <w:r w:rsidRPr="003D1BAB">
        <w:rPr>
          <w:rFonts w:ascii="Tahoma" w:hAnsi="Tahoma" w:cs="Tahoma"/>
          <w:rtl/>
        </w:rPr>
        <w:t xml:space="preserve"> ادامه 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ابد</w:t>
      </w:r>
      <w:r w:rsidRPr="003D1BAB">
        <w:rPr>
          <w:rFonts w:ascii="Tahoma" w:hAnsi="Tahoma" w:cs="Tahoma"/>
          <w:rtl/>
        </w:rPr>
        <w:t>.</w:t>
      </w:r>
    </w:p>
    <w:p w:rsidR="003D1BAB" w:rsidRPr="003D1BAB" w:rsidRDefault="003D1BAB" w:rsidP="003D1BAB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D1BAB">
        <w:rPr>
          <w:rFonts w:ascii="Tahoma" w:hAnsi="Tahoma" w:cs="Tahoma" w:hint="eastAsia"/>
          <w:rtl/>
        </w:rPr>
        <w:t>باا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ن‌همه،</w:t>
      </w:r>
      <w:r w:rsidRPr="003D1BAB">
        <w:rPr>
          <w:rFonts w:ascii="Tahoma" w:hAnsi="Tahoma" w:cs="Tahoma"/>
          <w:rtl/>
        </w:rPr>
        <w:t xml:space="preserve"> استقلال مال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دستگاه د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ن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در دورهٔ صفو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کامل نبود. شاه همچنان م</w:t>
      </w:r>
      <w:r w:rsidRPr="003D1BAB">
        <w:rPr>
          <w:rFonts w:ascii="Tahoma" w:hAnsi="Tahoma" w:cs="Tahoma" w:hint="cs"/>
          <w:rtl/>
        </w:rPr>
        <w:t>ی‌</w:t>
      </w:r>
      <w:r w:rsidRPr="003D1BAB">
        <w:rPr>
          <w:rFonts w:ascii="Tahoma" w:hAnsi="Tahoma" w:cs="Tahoma" w:hint="eastAsia"/>
          <w:rtl/>
        </w:rPr>
        <w:t>توانست</w:t>
      </w:r>
      <w:r w:rsidRPr="003D1BAB">
        <w:rPr>
          <w:rFonts w:ascii="Tahoma" w:hAnsi="Tahoma" w:cs="Tahoma"/>
          <w:rtl/>
        </w:rPr>
        <w:t xml:space="preserve"> در انتصاب متول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ان،</w:t>
      </w:r>
      <w:r w:rsidRPr="003D1BAB">
        <w:rPr>
          <w:rFonts w:ascii="Tahoma" w:hAnsi="Tahoma" w:cs="Tahoma"/>
          <w:rtl/>
        </w:rPr>
        <w:t xml:space="preserve"> صاحبان مقام و ناظران موقوفات دخالت کند. د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وان</w:t>
      </w:r>
      <w:r w:rsidRPr="003D1BAB">
        <w:rPr>
          <w:rFonts w:ascii="Tahoma" w:hAnsi="Tahoma" w:cs="Tahoma"/>
          <w:rtl/>
        </w:rPr>
        <w:t xml:space="preserve"> ن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ز</w:t>
      </w:r>
      <w:r w:rsidRPr="003D1BAB">
        <w:rPr>
          <w:rFonts w:ascii="Tahoma" w:hAnsi="Tahoma" w:cs="Tahoma"/>
          <w:rtl/>
        </w:rPr>
        <w:t xml:space="preserve"> حساب املاک و درآمدها را ثبت م</w:t>
      </w:r>
      <w:r w:rsidRPr="003D1BAB">
        <w:rPr>
          <w:rFonts w:ascii="Tahoma" w:hAnsi="Tahoma" w:cs="Tahoma" w:hint="cs"/>
          <w:rtl/>
        </w:rPr>
        <w:t>ی‌</w:t>
      </w:r>
      <w:r w:rsidRPr="003D1BAB">
        <w:rPr>
          <w:rFonts w:ascii="Tahoma" w:hAnsi="Tahoma" w:cs="Tahoma" w:hint="eastAsia"/>
          <w:rtl/>
        </w:rPr>
        <w:t>کرد</w:t>
      </w:r>
      <w:r w:rsidRPr="003D1BAB">
        <w:rPr>
          <w:rFonts w:ascii="Tahoma" w:hAnsi="Tahoma" w:cs="Tahoma"/>
          <w:rtl/>
        </w:rPr>
        <w:t xml:space="preserve"> و حکومت در دوران ن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از</w:t>
      </w:r>
      <w:r w:rsidRPr="003D1BAB">
        <w:rPr>
          <w:rFonts w:ascii="Tahoma" w:hAnsi="Tahoma" w:cs="Tahoma"/>
          <w:rtl/>
        </w:rPr>
        <w:t xml:space="preserve"> مال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ممکن بود به موقوفات چشم بدوزد. آنچه شکل م</w:t>
      </w:r>
      <w:r w:rsidRPr="003D1BAB">
        <w:rPr>
          <w:rFonts w:ascii="Tahoma" w:hAnsi="Tahoma" w:cs="Tahoma" w:hint="cs"/>
          <w:rtl/>
        </w:rPr>
        <w:t>ی‌</w:t>
      </w:r>
      <w:r w:rsidRPr="003D1BAB">
        <w:rPr>
          <w:rFonts w:ascii="Tahoma" w:hAnsi="Tahoma" w:cs="Tahoma"/>
          <w:rtl/>
        </w:rPr>
        <w:t>گرفت نه جدا</w:t>
      </w:r>
      <w:r w:rsidRPr="003D1BAB">
        <w:rPr>
          <w:rFonts w:ascii="Tahoma" w:hAnsi="Tahoma" w:cs="Tahoma" w:hint="cs"/>
          <w:rtl/>
        </w:rPr>
        <w:t>یی</w:t>
      </w:r>
      <w:r w:rsidRPr="003D1BAB">
        <w:rPr>
          <w:rFonts w:ascii="Tahoma" w:hAnsi="Tahoma" w:cs="Tahoma"/>
          <w:rtl/>
        </w:rPr>
        <w:t xml:space="preserve"> کامل دستگاه د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ن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از حکومت، بلکه امکان محدود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برا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ماندگار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آن ب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رون</w:t>
      </w:r>
      <w:r w:rsidRPr="003D1BAB">
        <w:rPr>
          <w:rFonts w:ascii="Tahoma" w:hAnsi="Tahoma" w:cs="Tahoma"/>
          <w:rtl/>
        </w:rPr>
        <w:t xml:space="preserve"> از ارادهٔ روزانهٔ شاه بود.</w:t>
      </w:r>
    </w:p>
    <w:p w:rsidR="003D1BAB" w:rsidRPr="003D1BAB" w:rsidRDefault="003D1BAB" w:rsidP="003D1BAB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D1BAB">
        <w:rPr>
          <w:rFonts w:ascii="Tahoma" w:hAnsi="Tahoma" w:cs="Tahoma" w:hint="eastAsia"/>
          <w:rtl/>
        </w:rPr>
        <w:t>ز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ارتگاه‌ها</w:t>
      </w:r>
      <w:r w:rsidRPr="003D1BAB">
        <w:rPr>
          <w:rFonts w:ascii="Tahoma" w:hAnsi="Tahoma" w:cs="Tahoma"/>
          <w:rtl/>
        </w:rPr>
        <w:t xml:space="preserve"> ن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ز</w:t>
      </w:r>
      <w:r w:rsidRPr="003D1BAB">
        <w:rPr>
          <w:rFonts w:ascii="Tahoma" w:hAnsi="Tahoma" w:cs="Tahoma"/>
          <w:rtl/>
        </w:rPr>
        <w:t xml:space="preserve"> در گسترش 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ن</w:t>
      </w:r>
      <w:r w:rsidRPr="003D1BAB">
        <w:rPr>
          <w:rFonts w:ascii="Tahoma" w:hAnsi="Tahoma" w:cs="Tahoma"/>
          <w:rtl/>
        </w:rPr>
        <w:t xml:space="preserve"> شبکه نقش داشتند. مرقد امام رضا در مشهد و ز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ارتگاه‌ها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منسوب به امامان و فرزندان آنان، مراکز عبادت، رفت‌وآمد و گرد آمدن ثروت و نفوذ شدند. حکومت صفو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با آبادکردن 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ن</w:t>
      </w:r>
      <w:r w:rsidRPr="003D1BAB">
        <w:rPr>
          <w:rFonts w:ascii="Tahoma" w:hAnsi="Tahoma" w:cs="Tahoma"/>
          <w:rtl/>
        </w:rPr>
        <w:t xml:space="preserve"> مکان‌ها و گسترش آ</w:t>
      </w:r>
      <w:r w:rsidRPr="003D1BAB">
        <w:rPr>
          <w:rFonts w:ascii="Tahoma" w:hAnsi="Tahoma" w:cs="Tahoma" w:hint="cs"/>
          <w:rtl/>
        </w:rPr>
        <w:t>یی</w:t>
      </w:r>
      <w:r w:rsidRPr="003D1BAB">
        <w:rPr>
          <w:rFonts w:ascii="Tahoma" w:hAnsi="Tahoma" w:cs="Tahoma" w:hint="eastAsia"/>
          <w:rtl/>
        </w:rPr>
        <w:t>ن</w:t>
      </w:r>
      <w:r w:rsidRPr="003D1BAB">
        <w:rPr>
          <w:rFonts w:ascii="Tahoma" w:hAnsi="Tahoma" w:cs="Tahoma"/>
          <w:rtl/>
        </w:rPr>
        <w:t xml:space="preserve"> ز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ارت،</w:t>
      </w:r>
      <w:r w:rsidRPr="003D1BAB">
        <w:rPr>
          <w:rFonts w:ascii="Tahoma" w:hAnsi="Tahoma" w:cs="Tahoma"/>
          <w:rtl/>
        </w:rPr>
        <w:t xml:space="preserve"> جغراف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کشور را به حافظهٔ تش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ع</w:t>
      </w:r>
      <w:r w:rsidRPr="003D1BAB">
        <w:rPr>
          <w:rFonts w:ascii="Tahoma" w:hAnsi="Tahoma" w:cs="Tahoma"/>
          <w:rtl/>
        </w:rPr>
        <w:t xml:space="preserve"> پ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وند</w:t>
      </w:r>
      <w:r w:rsidRPr="003D1BAB">
        <w:rPr>
          <w:rFonts w:ascii="Tahoma" w:hAnsi="Tahoma" w:cs="Tahoma"/>
          <w:rtl/>
        </w:rPr>
        <w:t xml:space="preserve"> م</w:t>
      </w:r>
      <w:r w:rsidRPr="003D1BAB">
        <w:rPr>
          <w:rFonts w:ascii="Tahoma" w:hAnsi="Tahoma" w:cs="Tahoma" w:hint="cs"/>
          <w:rtl/>
        </w:rPr>
        <w:t>ی‌</w:t>
      </w:r>
      <w:r w:rsidRPr="003D1BAB">
        <w:rPr>
          <w:rFonts w:ascii="Tahoma" w:hAnsi="Tahoma" w:cs="Tahoma" w:hint="eastAsia"/>
          <w:rtl/>
        </w:rPr>
        <w:t>زد</w:t>
      </w:r>
      <w:r w:rsidRPr="003D1BAB">
        <w:rPr>
          <w:rFonts w:ascii="Tahoma" w:hAnsi="Tahoma" w:cs="Tahoma"/>
          <w:rtl/>
        </w:rPr>
        <w:t>. هر ز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ارتگاه</w:t>
      </w:r>
      <w:r w:rsidRPr="003D1BAB">
        <w:rPr>
          <w:rFonts w:ascii="Tahoma" w:hAnsi="Tahoma" w:cs="Tahoma"/>
          <w:rtl/>
        </w:rPr>
        <w:t xml:space="preserve"> م</w:t>
      </w:r>
      <w:r w:rsidRPr="003D1BAB">
        <w:rPr>
          <w:rFonts w:ascii="Tahoma" w:hAnsi="Tahoma" w:cs="Tahoma" w:hint="cs"/>
          <w:rtl/>
        </w:rPr>
        <w:t>ی‌</w:t>
      </w:r>
      <w:r w:rsidRPr="003D1BAB">
        <w:rPr>
          <w:rFonts w:ascii="Tahoma" w:hAnsi="Tahoma" w:cs="Tahoma" w:hint="eastAsia"/>
          <w:rtl/>
        </w:rPr>
        <w:t>توانست</w:t>
      </w:r>
      <w:r w:rsidRPr="003D1BAB">
        <w:rPr>
          <w:rFonts w:ascii="Tahoma" w:hAnsi="Tahoma" w:cs="Tahoma"/>
          <w:rtl/>
        </w:rPr>
        <w:t xml:space="preserve"> دارا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موقوفات، خادمان، مد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ران</w:t>
      </w:r>
      <w:r w:rsidRPr="003D1BAB">
        <w:rPr>
          <w:rFonts w:ascii="Tahoma" w:hAnsi="Tahoma" w:cs="Tahoma"/>
          <w:rtl/>
        </w:rPr>
        <w:t xml:space="preserve"> و شبکه‌ا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از منافع اقتصاد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باشد.</w:t>
      </w:r>
    </w:p>
    <w:p w:rsidR="003D1BAB" w:rsidRPr="003D1BAB" w:rsidRDefault="003D1BAB" w:rsidP="003D1BAB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D1BAB">
        <w:rPr>
          <w:rFonts w:ascii="Tahoma" w:hAnsi="Tahoma" w:cs="Tahoma" w:hint="eastAsia"/>
          <w:rtl/>
        </w:rPr>
        <w:t>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ن</w:t>
      </w:r>
      <w:r w:rsidRPr="003D1BAB">
        <w:rPr>
          <w:rFonts w:ascii="Tahoma" w:hAnsi="Tahoma" w:cs="Tahoma"/>
          <w:rtl/>
        </w:rPr>
        <w:t xml:space="preserve"> س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است</w:t>
      </w:r>
      <w:r w:rsidRPr="003D1BAB">
        <w:rPr>
          <w:rFonts w:ascii="Tahoma" w:hAnsi="Tahoma" w:cs="Tahoma"/>
          <w:rtl/>
        </w:rPr>
        <w:t xml:space="preserve"> فقط برا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افزا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ش</w:t>
      </w:r>
      <w:r w:rsidRPr="003D1BAB">
        <w:rPr>
          <w:rFonts w:ascii="Tahoma" w:hAnsi="Tahoma" w:cs="Tahoma"/>
          <w:rtl/>
        </w:rPr>
        <w:t xml:space="preserve"> 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مان</w:t>
      </w:r>
      <w:r w:rsidRPr="003D1BAB">
        <w:rPr>
          <w:rFonts w:ascii="Tahoma" w:hAnsi="Tahoma" w:cs="Tahoma"/>
          <w:rtl/>
        </w:rPr>
        <w:t xml:space="preserve"> مردم نبود. ز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ارتگاه</w:t>
      </w:r>
      <w:r w:rsidRPr="003D1BAB">
        <w:rPr>
          <w:rFonts w:ascii="Tahoma" w:hAnsi="Tahoma" w:cs="Tahoma"/>
          <w:rtl/>
        </w:rPr>
        <w:t xml:space="preserve"> مکان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بود که حکومت، مذهب و جامعه در آن به 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کد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گر</w:t>
      </w:r>
      <w:r w:rsidRPr="003D1BAB">
        <w:rPr>
          <w:rFonts w:ascii="Tahoma" w:hAnsi="Tahoma" w:cs="Tahoma"/>
          <w:rtl/>
        </w:rPr>
        <w:t xml:space="preserve"> م</w:t>
      </w:r>
      <w:r w:rsidRPr="003D1BAB">
        <w:rPr>
          <w:rFonts w:ascii="Tahoma" w:hAnsi="Tahoma" w:cs="Tahoma" w:hint="cs"/>
          <w:rtl/>
        </w:rPr>
        <w:t>ی‌</w:t>
      </w:r>
      <w:r w:rsidRPr="003D1BAB">
        <w:rPr>
          <w:rFonts w:ascii="Tahoma" w:hAnsi="Tahoma" w:cs="Tahoma" w:hint="eastAsia"/>
          <w:rtl/>
        </w:rPr>
        <w:t>رس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دند</w:t>
      </w:r>
      <w:r w:rsidRPr="003D1BAB">
        <w:rPr>
          <w:rFonts w:ascii="Tahoma" w:hAnsi="Tahoma" w:cs="Tahoma"/>
          <w:rtl/>
        </w:rPr>
        <w:t>. شاه با حما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ت</w:t>
      </w:r>
      <w:r w:rsidRPr="003D1BAB">
        <w:rPr>
          <w:rFonts w:ascii="Tahoma" w:hAnsi="Tahoma" w:cs="Tahoma"/>
          <w:rtl/>
        </w:rPr>
        <w:t xml:space="preserve"> از مرقد امام 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ا</w:t>
      </w:r>
      <w:r w:rsidRPr="003D1BAB">
        <w:rPr>
          <w:rFonts w:ascii="Tahoma" w:hAnsi="Tahoma" w:cs="Tahoma"/>
          <w:rtl/>
        </w:rPr>
        <w:t xml:space="preserve"> امامزاده خود را خدمتگزار مذهب معرف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م</w:t>
      </w:r>
      <w:r w:rsidRPr="003D1BAB">
        <w:rPr>
          <w:rFonts w:ascii="Tahoma" w:hAnsi="Tahoma" w:cs="Tahoma" w:hint="cs"/>
          <w:rtl/>
        </w:rPr>
        <w:t>ی‌</w:t>
      </w:r>
      <w:r w:rsidRPr="003D1BAB">
        <w:rPr>
          <w:rFonts w:ascii="Tahoma" w:hAnsi="Tahoma" w:cs="Tahoma" w:hint="eastAsia"/>
          <w:rtl/>
        </w:rPr>
        <w:t>کرد</w:t>
      </w:r>
      <w:r w:rsidRPr="003D1BAB">
        <w:rPr>
          <w:rFonts w:ascii="Tahoma" w:hAnsi="Tahoma" w:cs="Tahoma"/>
          <w:rtl/>
        </w:rPr>
        <w:t>. د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نکاران</w:t>
      </w:r>
      <w:r w:rsidRPr="003D1BAB">
        <w:rPr>
          <w:rFonts w:ascii="Tahoma" w:hAnsi="Tahoma" w:cs="Tahoma"/>
          <w:rtl/>
        </w:rPr>
        <w:t xml:space="preserve"> در آنجا آموزش و مراسم را اداره م</w:t>
      </w:r>
      <w:r w:rsidRPr="003D1BAB">
        <w:rPr>
          <w:rFonts w:ascii="Tahoma" w:hAnsi="Tahoma" w:cs="Tahoma" w:hint="cs"/>
          <w:rtl/>
        </w:rPr>
        <w:t>ی‌</w:t>
      </w:r>
      <w:r w:rsidRPr="003D1BAB">
        <w:rPr>
          <w:rFonts w:ascii="Tahoma" w:hAnsi="Tahoma" w:cs="Tahoma" w:hint="eastAsia"/>
          <w:rtl/>
        </w:rPr>
        <w:t>کردند</w:t>
      </w:r>
      <w:r w:rsidRPr="003D1BAB">
        <w:rPr>
          <w:rFonts w:ascii="Tahoma" w:hAnsi="Tahoma" w:cs="Tahoma"/>
          <w:rtl/>
        </w:rPr>
        <w:t>. بازرگانان و مردم هد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ه</w:t>
      </w:r>
      <w:r w:rsidRPr="003D1BAB">
        <w:rPr>
          <w:rFonts w:ascii="Tahoma" w:hAnsi="Tahoma" w:cs="Tahoma"/>
          <w:rtl/>
        </w:rPr>
        <w:t xml:space="preserve"> و نذر م</w:t>
      </w:r>
      <w:r w:rsidRPr="003D1BAB">
        <w:rPr>
          <w:rFonts w:ascii="Tahoma" w:hAnsi="Tahoma" w:cs="Tahoma" w:hint="cs"/>
          <w:rtl/>
        </w:rPr>
        <w:t>ی‌</w:t>
      </w:r>
      <w:r w:rsidRPr="003D1BAB">
        <w:rPr>
          <w:rFonts w:ascii="Tahoma" w:hAnsi="Tahoma" w:cs="Tahoma" w:hint="eastAsia"/>
          <w:rtl/>
        </w:rPr>
        <w:t>آوردند</w:t>
      </w:r>
      <w:r w:rsidRPr="003D1BAB">
        <w:rPr>
          <w:rFonts w:ascii="Tahoma" w:hAnsi="Tahoma" w:cs="Tahoma"/>
          <w:rtl/>
        </w:rPr>
        <w:t xml:space="preserve"> و شهر 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ا</w:t>
      </w:r>
      <w:r w:rsidRPr="003D1BAB">
        <w:rPr>
          <w:rFonts w:ascii="Tahoma" w:hAnsi="Tahoma" w:cs="Tahoma"/>
          <w:rtl/>
        </w:rPr>
        <w:t xml:space="preserve"> منطقهٔ پ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رامون</w:t>
      </w:r>
      <w:r w:rsidRPr="003D1BAB">
        <w:rPr>
          <w:rFonts w:ascii="Tahoma" w:hAnsi="Tahoma" w:cs="Tahoma"/>
          <w:rtl/>
        </w:rPr>
        <w:t xml:space="preserve"> ز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ارتگاه</w:t>
      </w:r>
      <w:r w:rsidRPr="003D1BAB">
        <w:rPr>
          <w:rFonts w:ascii="Tahoma" w:hAnsi="Tahoma" w:cs="Tahoma"/>
          <w:rtl/>
        </w:rPr>
        <w:t xml:space="preserve"> از رفت‌وآمد زائران بهره م</w:t>
      </w:r>
      <w:r w:rsidRPr="003D1BAB">
        <w:rPr>
          <w:rFonts w:ascii="Tahoma" w:hAnsi="Tahoma" w:cs="Tahoma" w:hint="cs"/>
          <w:rtl/>
        </w:rPr>
        <w:t>ی‌</w:t>
      </w:r>
      <w:r w:rsidRPr="003D1BAB">
        <w:rPr>
          <w:rFonts w:ascii="Tahoma" w:hAnsi="Tahoma" w:cs="Tahoma" w:hint="eastAsia"/>
          <w:rtl/>
        </w:rPr>
        <w:t>برد</w:t>
      </w:r>
      <w:r w:rsidRPr="003D1BAB">
        <w:rPr>
          <w:rFonts w:ascii="Tahoma" w:hAnsi="Tahoma" w:cs="Tahoma"/>
          <w:rtl/>
        </w:rPr>
        <w:t>.</w:t>
      </w:r>
    </w:p>
    <w:p w:rsidR="003D1BAB" w:rsidRPr="003D1BAB" w:rsidRDefault="003D1BAB" w:rsidP="003D1BAB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D1BAB">
        <w:rPr>
          <w:rFonts w:ascii="Tahoma" w:hAnsi="Tahoma" w:cs="Tahoma" w:hint="eastAsia"/>
          <w:rtl/>
        </w:rPr>
        <w:t>آ</w:t>
      </w:r>
      <w:r w:rsidRPr="003D1BAB">
        <w:rPr>
          <w:rFonts w:ascii="Tahoma" w:hAnsi="Tahoma" w:cs="Tahoma" w:hint="cs"/>
          <w:rtl/>
        </w:rPr>
        <w:t>یی</w:t>
      </w:r>
      <w:r w:rsidRPr="003D1BAB">
        <w:rPr>
          <w:rFonts w:ascii="Tahoma" w:hAnsi="Tahoma" w:cs="Tahoma" w:hint="eastAsia"/>
          <w:rtl/>
        </w:rPr>
        <w:t>ن‌ها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عموم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،</w:t>
      </w:r>
      <w:r w:rsidRPr="003D1BAB">
        <w:rPr>
          <w:rFonts w:ascii="Tahoma" w:hAnsi="Tahoma" w:cs="Tahoma"/>
          <w:rtl/>
        </w:rPr>
        <w:t xml:space="preserve"> به‌و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ژه</w:t>
      </w:r>
      <w:r w:rsidRPr="003D1BAB">
        <w:rPr>
          <w:rFonts w:ascii="Tahoma" w:hAnsi="Tahoma" w:cs="Tahoma"/>
          <w:rtl/>
        </w:rPr>
        <w:t xml:space="preserve"> سوگوار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برا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امام حس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ن</w:t>
      </w:r>
      <w:r w:rsidRPr="003D1BAB">
        <w:rPr>
          <w:rFonts w:ascii="Tahoma" w:hAnsi="Tahoma" w:cs="Tahoma"/>
          <w:rtl/>
        </w:rPr>
        <w:t xml:space="preserve"> و بزرگداشت امامان، ابزار د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گر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برا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گسترش مذهب رسم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بودند. فقه در مدرسه و محکمه عمل م</w:t>
      </w:r>
      <w:r w:rsidRPr="003D1BAB">
        <w:rPr>
          <w:rFonts w:ascii="Tahoma" w:hAnsi="Tahoma" w:cs="Tahoma" w:hint="cs"/>
          <w:rtl/>
        </w:rPr>
        <w:t>ی‌</w:t>
      </w:r>
      <w:r w:rsidRPr="003D1BAB">
        <w:rPr>
          <w:rFonts w:ascii="Tahoma" w:hAnsi="Tahoma" w:cs="Tahoma" w:hint="eastAsia"/>
          <w:rtl/>
        </w:rPr>
        <w:t>کرد،</w:t>
      </w:r>
      <w:r w:rsidRPr="003D1BAB">
        <w:rPr>
          <w:rFonts w:ascii="Tahoma" w:hAnsi="Tahoma" w:cs="Tahoma"/>
          <w:rtl/>
        </w:rPr>
        <w:t xml:space="preserve"> اما آ</w:t>
      </w:r>
      <w:r w:rsidRPr="003D1BAB">
        <w:rPr>
          <w:rFonts w:ascii="Tahoma" w:hAnsi="Tahoma" w:cs="Tahoma" w:hint="cs"/>
          <w:rtl/>
        </w:rPr>
        <w:t>یی</w:t>
      </w:r>
      <w:r w:rsidRPr="003D1BAB">
        <w:rPr>
          <w:rFonts w:ascii="Tahoma" w:hAnsi="Tahoma" w:cs="Tahoma" w:hint="eastAsia"/>
          <w:rtl/>
        </w:rPr>
        <w:t>ن</w:t>
      </w:r>
      <w:r w:rsidRPr="003D1BAB">
        <w:rPr>
          <w:rFonts w:ascii="Tahoma" w:hAnsi="Tahoma" w:cs="Tahoma"/>
          <w:rtl/>
        </w:rPr>
        <w:t xml:space="preserve"> م</w:t>
      </w:r>
      <w:r w:rsidRPr="003D1BAB">
        <w:rPr>
          <w:rFonts w:ascii="Tahoma" w:hAnsi="Tahoma" w:cs="Tahoma" w:hint="cs"/>
          <w:rtl/>
        </w:rPr>
        <w:t>ی‌</w:t>
      </w:r>
      <w:r w:rsidRPr="003D1BAB">
        <w:rPr>
          <w:rFonts w:ascii="Tahoma" w:hAnsi="Tahoma" w:cs="Tahoma" w:hint="eastAsia"/>
          <w:rtl/>
        </w:rPr>
        <w:t>توانست</w:t>
      </w:r>
      <w:r w:rsidRPr="003D1BAB">
        <w:rPr>
          <w:rFonts w:ascii="Tahoma" w:hAnsi="Tahoma" w:cs="Tahoma"/>
          <w:rtl/>
        </w:rPr>
        <w:t xml:space="preserve"> مردم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را که به متون و استدلال‌ها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فقه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دسترس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نداشتند با داستان، احساس، تصو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ر</w:t>
      </w:r>
      <w:r w:rsidRPr="003D1BAB">
        <w:rPr>
          <w:rFonts w:ascii="Tahoma" w:hAnsi="Tahoma" w:cs="Tahoma"/>
          <w:rtl/>
        </w:rPr>
        <w:t xml:space="preserve"> و تکرار به مذهب پ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وند</w:t>
      </w:r>
      <w:r w:rsidRPr="003D1BAB">
        <w:rPr>
          <w:rFonts w:ascii="Tahoma" w:hAnsi="Tahoma" w:cs="Tahoma"/>
          <w:rtl/>
        </w:rPr>
        <w:t xml:space="preserve"> دهد. حکومت با حما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ت</w:t>
      </w:r>
      <w:r w:rsidRPr="003D1BAB">
        <w:rPr>
          <w:rFonts w:ascii="Tahoma" w:hAnsi="Tahoma" w:cs="Tahoma"/>
          <w:rtl/>
        </w:rPr>
        <w:t xml:space="preserve"> از مراسم مذهب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،</w:t>
      </w:r>
      <w:r w:rsidRPr="003D1BAB">
        <w:rPr>
          <w:rFonts w:ascii="Tahoma" w:hAnsi="Tahoma" w:cs="Tahoma"/>
          <w:rtl/>
        </w:rPr>
        <w:t xml:space="preserve"> تار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خ</w:t>
      </w:r>
      <w:r w:rsidRPr="003D1BAB">
        <w:rPr>
          <w:rFonts w:ascii="Tahoma" w:hAnsi="Tahoma" w:cs="Tahoma"/>
          <w:rtl/>
        </w:rPr>
        <w:t xml:space="preserve"> مقدس تش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ع</w:t>
      </w:r>
      <w:r w:rsidRPr="003D1BAB">
        <w:rPr>
          <w:rFonts w:ascii="Tahoma" w:hAnsi="Tahoma" w:cs="Tahoma"/>
          <w:rtl/>
        </w:rPr>
        <w:t xml:space="preserve"> را به بخش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از حافظهٔ عموم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کشور تبد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ل</w:t>
      </w:r>
      <w:r w:rsidRPr="003D1BAB">
        <w:rPr>
          <w:rFonts w:ascii="Tahoma" w:hAnsi="Tahoma" w:cs="Tahoma"/>
          <w:rtl/>
        </w:rPr>
        <w:t xml:space="preserve"> م</w:t>
      </w:r>
      <w:r w:rsidRPr="003D1BAB">
        <w:rPr>
          <w:rFonts w:ascii="Tahoma" w:hAnsi="Tahoma" w:cs="Tahoma" w:hint="cs"/>
          <w:rtl/>
        </w:rPr>
        <w:t>ی‌</w:t>
      </w:r>
      <w:r w:rsidRPr="003D1BAB">
        <w:rPr>
          <w:rFonts w:ascii="Tahoma" w:hAnsi="Tahoma" w:cs="Tahoma" w:hint="eastAsia"/>
          <w:rtl/>
        </w:rPr>
        <w:t>کرد</w:t>
      </w:r>
      <w:r w:rsidRPr="003D1BAB">
        <w:rPr>
          <w:rFonts w:ascii="Tahoma" w:hAnsi="Tahoma" w:cs="Tahoma"/>
          <w:rtl/>
        </w:rPr>
        <w:t>.</w:t>
      </w:r>
    </w:p>
    <w:p w:rsidR="003D1BAB" w:rsidRPr="003D1BAB" w:rsidRDefault="003D1BAB" w:rsidP="003D1BAB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D1BAB">
        <w:rPr>
          <w:rFonts w:ascii="Tahoma" w:hAnsi="Tahoma" w:cs="Tahoma" w:hint="eastAsia"/>
          <w:rtl/>
        </w:rPr>
        <w:t>سوگوار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محرم فقط 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ادآور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حادثه‌ا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در گذشته نبود. داستان کربلا زبان و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ژه‌ا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برا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فهم قدرت، ستم، وفادار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و شهادت فراهم م</w:t>
      </w:r>
      <w:r w:rsidRPr="003D1BAB">
        <w:rPr>
          <w:rFonts w:ascii="Tahoma" w:hAnsi="Tahoma" w:cs="Tahoma" w:hint="cs"/>
          <w:rtl/>
        </w:rPr>
        <w:t>ی‌</w:t>
      </w:r>
      <w:r w:rsidRPr="003D1BAB">
        <w:rPr>
          <w:rFonts w:ascii="Tahoma" w:hAnsi="Tahoma" w:cs="Tahoma" w:hint="eastAsia"/>
          <w:rtl/>
        </w:rPr>
        <w:t>کرد</w:t>
      </w:r>
      <w:r w:rsidRPr="003D1BAB">
        <w:rPr>
          <w:rFonts w:ascii="Tahoma" w:hAnsi="Tahoma" w:cs="Tahoma"/>
          <w:rtl/>
        </w:rPr>
        <w:t>. شاه صفو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م</w:t>
      </w:r>
      <w:r w:rsidRPr="003D1BAB">
        <w:rPr>
          <w:rFonts w:ascii="Tahoma" w:hAnsi="Tahoma" w:cs="Tahoma" w:hint="cs"/>
          <w:rtl/>
        </w:rPr>
        <w:t>ی‌</w:t>
      </w:r>
      <w:r w:rsidRPr="003D1BAB">
        <w:rPr>
          <w:rFonts w:ascii="Tahoma" w:hAnsi="Tahoma" w:cs="Tahoma" w:hint="eastAsia"/>
          <w:rtl/>
        </w:rPr>
        <w:t>توانست</w:t>
      </w:r>
      <w:r w:rsidRPr="003D1BAB">
        <w:rPr>
          <w:rFonts w:ascii="Tahoma" w:hAnsi="Tahoma" w:cs="Tahoma"/>
          <w:rtl/>
        </w:rPr>
        <w:t xml:space="preserve"> خود را در سو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مدافعان خاندان پ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امبر</w:t>
      </w:r>
      <w:r w:rsidRPr="003D1BAB">
        <w:rPr>
          <w:rFonts w:ascii="Tahoma" w:hAnsi="Tahoma" w:cs="Tahoma"/>
          <w:rtl/>
        </w:rPr>
        <w:t xml:space="preserve"> قرار دهد و دشمنان س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اس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و مذهب</w:t>
      </w:r>
      <w:r w:rsidRPr="003D1BAB">
        <w:rPr>
          <w:rFonts w:ascii="Tahoma" w:hAnsi="Tahoma" w:cs="Tahoma" w:hint="cs"/>
          <w:rtl/>
        </w:rPr>
        <w:t>ی‌</w:t>
      </w:r>
      <w:r w:rsidRPr="003D1BAB">
        <w:rPr>
          <w:rFonts w:ascii="Tahoma" w:hAnsi="Tahoma" w:cs="Tahoma" w:hint="eastAsia"/>
          <w:rtl/>
        </w:rPr>
        <w:t>اش</w:t>
      </w:r>
      <w:r w:rsidRPr="003D1BAB">
        <w:rPr>
          <w:rFonts w:ascii="Tahoma" w:hAnsi="Tahoma" w:cs="Tahoma"/>
          <w:rtl/>
        </w:rPr>
        <w:t xml:space="preserve"> را در سو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مخالفان آنان بنشاند. بد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ن‌سان،</w:t>
      </w:r>
      <w:r w:rsidRPr="003D1BAB">
        <w:rPr>
          <w:rFonts w:ascii="Tahoma" w:hAnsi="Tahoma" w:cs="Tahoma"/>
          <w:rtl/>
        </w:rPr>
        <w:t xml:space="preserve"> </w:t>
      </w:r>
      <w:r w:rsidRPr="003D1BAB">
        <w:rPr>
          <w:rFonts w:ascii="Tahoma" w:hAnsi="Tahoma" w:cs="Tahoma" w:hint="eastAsia"/>
          <w:rtl/>
        </w:rPr>
        <w:t>اختلاف</w:t>
      </w:r>
      <w:r w:rsidRPr="003D1BAB">
        <w:rPr>
          <w:rFonts w:ascii="Tahoma" w:hAnsi="Tahoma" w:cs="Tahoma"/>
          <w:rtl/>
        </w:rPr>
        <w:t xml:space="preserve"> س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اس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در قالب روا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ت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مقدس بازگو م</w:t>
      </w:r>
      <w:r w:rsidRPr="003D1BAB">
        <w:rPr>
          <w:rFonts w:ascii="Tahoma" w:hAnsi="Tahoma" w:cs="Tahoma" w:hint="cs"/>
          <w:rtl/>
        </w:rPr>
        <w:t>ی‌</w:t>
      </w:r>
      <w:r w:rsidRPr="003D1BAB">
        <w:rPr>
          <w:rFonts w:ascii="Tahoma" w:hAnsi="Tahoma" w:cs="Tahoma" w:hint="eastAsia"/>
          <w:rtl/>
        </w:rPr>
        <w:t>شد</w:t>
      </w:r>
      <w:r w:rsidRPr="003D1BAB">
        <w:rPr>
          <w:rFonts w:ascii="Tahoma" w:hAnsi="Tahoma" w:cs="Tahoma"/>
          <w:rtl/>
        </w:rPr>
        <w:t>.</w:t>
      </w:r>
    </w:p>
    <w:p w:rsidR="003D1BAB" w:rsidRPr="003D1BAB" w:rsidRDefault="003D1BAB" w:rsidP="003D1BAB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D1BAB">
        <w:rPr>
          <w:rFonts w:ascii="Tahoma" w:hAnsi="Tahoma" w:cs="Tahoma" w:hint="eastAsia"/>
          <w:rtl/>
        </w:rPr>
        <w:t>در</w:t>
      </w:r>
      <w:r w:rsidRPr="003D1BAB">
        <w:rPr>
          <w:rFonts w:ascii="Tahoma" w:hAnsi="Tahoma" w:cs="Tahoma"/>
          <w:rtl/>
        </w:rPr>
        <w:t xml:space="preserve"> هم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ن</w:t>
      </w:r>
      <w:r w:rsidRPr="003D1BAB">
        <w:rPr>
          <w:rFonts w:ascii="Tahoma" w:hAnsi="Tahoma" w:cs="Tahoma"/>
          <w:rtl/>
        </w:rPr>
        <w:t xml:space="preserve"> حال، 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ن</w:t>
      </w:r>
      <w:r w:rsidRPr="003D1BAB">
        <w:rPr>
          <w:rFonts w:ascii="Tahoma" w:hAnsi="Tahoma" w:cs="Tahoma"/>
          <w:rtl/>
        </w:rPr>
        <w:t xml:space="preserve"> روا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ت</w:t>
      </w:r>
      <w:r w:rsidRPr="003D1BAB">
        <w:rPr>
          <w:rFonts w:ascii="Tahoma" w:hAnsi="Tahoma" w:cs="Tahoma"/>
          <w:rtl/>
        </w:rPr>
        <w:t xml:space="preserve"> امکان د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گر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ن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ز</w:t>
      </w:r>
      <w:r w:rsidRPr="003D1BAB">
        <w:rPr>
          <w:rFonts w:ascii="Tahoma" w:hAnsi="Tahoma" w:cs="Tahoma"/>
          <w:rtl/>
        </w:rPr>
        <w:t xml:space="preserve"> داشت که حکومت هم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شه</w:t>
      </w:r>
      <w:r w:rsidRPr="003D1BAB">
        <w:rPr>
          <w:rFonts w:ascii="Tahoma" w:hAnsi="Tahoma" w:cs="Tahoma"/>
          <w:rtl/>
        </w:rPr>
        <w:t xml:space="preserve"> نم</w:t>
      </w:r>
      <w:r w:rsidRPr="003D1BAB">
        <w:rPr>
          <w:rFonts w:ascii="Tahoma" w:hAnsi="Tahoma" w:cs="Tahoma" w:hint="cs"/>
          <w:rtl/>
        </w:rPr>
        <w:t>ی‌</w:t>
      </w:r>
      <w:r w:rsidRPr="003D1BAB">
        <w:rPr>
          <w:rFonts w:ascii="Tahoma" w:hAnsi="Tahoma" w:cs="Tahoma" w:hint="eastAsia"/>
          <w:rtl/>
        </w:rPr>
        <w:t>توانست</w:t>
      </w:r>
      <w:r w:rsidRPr="003D1BAB">
        <w:rPr>
          <w:rFonts w:ascii="Tahoma" w:hAnsi="Tahoma" w:cs="Tahoma"/>
          <w:rtl/>
        </w:rPr>
        <w:t xml:space="preserve"> آن را کنترل کند. اگر داستان کربلا 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ستادگ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در برابر حاکم ستمگر بود، مردم و د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نکاران</w:t>
      </w:r>
      <w:r w:rsidRPr="003D1BAB">
        <w:rPr>
          <w:rFonts w:ascii="Tahoma" w:hAnsi="Tahoma" w:cs="Tahoma"/>
          <w:rtl/>
        </w:rPr>
        <w:t xml:space="preserve"> م</w:t>
      </w:r>
      <w:r w:rsidRPr="003D1BAB">
        <w:rPr>
          <w:rFonts w:ascii="Tahoma" w:hAnsi="Tahoma" w:cs="Tahoma" w:hint="cs"/>
          <w:rtl/>
        </w:rPr>
        <w:t>ی‌</w:t>
      </w:r>
      <w:r w:rsidRPr="003D1BAB">
        <w:rPr>
          <w:rFonts w:ascii="Tahoma" w:hAnsi="Tahoma" w:cs="Tahoma" w:hint="eastAsia"/>
          <w:rtl/>
        </w:rPr>
        <w:t>توانستند</w:t>
      </w:r>
      <w:r w:rsidRPr="003D1BAB">
        <w:rPr>
          <w:rFonts w:ascii="Tahoma" w:hAnsi="Tahoma" w:cs="Tahoma"/>
          <w:rtl/>
        </w:rPr>
        <w:t xml:space="preserve"> روز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رفتار خود شاه را ن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ز</w:t>
      </w:r>
      <w:r w:rsidRPr="003D1BAB">
        <w:rPr>
          <w:rFonts w:ascii="Tahoma" w:hAnsi="Tahoma" w:cs="Tahoma"/>
          <w:rtl/>
        </w:rPr>
        <w:t xml:space="preserve"> با همان مع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ار</w:t>
      </w:r>
      <w:r w:rsidRPr="003D1BAB">
        <w:rPr>
          <w:rFonts w:ascii="Tahoma" w:hAnsi="Tahoma" w:cs="Tahoma"/>
          <w:rtl/>
        </w:rPr>
        <w:t xml:space="preserve"> بسنجند. حکومت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که برا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حقان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ت‌بخش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دن</w:t>
      </w:r>
      <w:r w:rsidRPr="003D1BAB">
        <w:rPr>
          <w:rFonts w:ascii="Tahoma" w:hAnsi="Tahoma" w:cs="Tahoma"/>
          <w:rtl/>
        </w:rPr>
        <w:t xml:space="preserve"> به خود از زبا</w:t>
      </w:r>
      <w:r w:rsidRPr="003D1BAB">
        <w:rPr>
          <w:rFonts w:ascii="Tahoma" w:hAnsi="Tahoma" w:cs="Tahoma" w:hint="eastAsia"/>
          <w:rtl/>
        </w:rPr>
        <w:t>ن</w:t>
      </w:r>
      <w:r w:rsidRPr="003D1BAB">
        <w:rPr>
          <w:rFonts w:ascii="Tahoma" w:hAnsi="Tahoma" w:cs="Tahoma"/>
          <w:rtl/>
        </w:rPr>
        <w:t xml:space="preserve"> عدالت و ستم استفاده م</w:t>
      </w:r>
      <w:r w:rsidRPr="003D1BAB">
        <w:rPr>
          <w:rFonts w:ascii="Tahoma" w:hAnsi="Tahoma" w:cs="Tahoma" w:hint="cs"/>
          <w:rtl/>
        </w:rPr>
        <w:t>ی‌</w:t>
      </w:r>
      <w:r w:rsidRPr="003D1BAB">
        <w:rPr>
          <w:rFonts w:ascii="Tahoma" w:hAnsi="Tahoma" w:cs="Tahoma" w:hint="eastAsia"/>
          <w:rtl/>
        </w:rPr>
        <w:t>کرد،</w:t>
      </w:r>
      <w:r w:rsidRPr="003D1BAB">
        <w:rPr>
          <w:rFonts w:ascii="Tahoma" w:hAnsi="Tahoma" w:cs="Tahoma"/>
          <w:rtl/>
        </w:rPr>
        <w:t xml:space="preserve"> ناخواسته زبان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در اخت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ار</w:t>
      </w:r>
      <w:r w:rsidRPr="003D1BAB">
        <w:rPr>
          <w:rFonts w:ascii="Tahoma" w:hAnsi="Tahoma" w:cs="Tahoma"/>
          <w:rtl/>
        </w:rPr>
        <w:t xml:space="preserve"> جامعه قرار م</w:t>
      </w:r>
      <w:r w:rsidRPr="003D1BAB">
        <w:rPr>
          <w:rFonts w:ascii="Tahoma" w:hAnsi="Tahoma" w:cs="Tahoma" w:hint="cs"/>
          <w:rtl/>
        </w:rPr>
        <w:t>ی‌</w:t>
      </w:r>
      <w:r w:rsidRPr="003D1BAB">
        <w:rPr>
          <w:rFonts w:ascii="Tahoma" w:hAnsi="Tahoma" w:cs="Tahoma" w:hint="eastAsia"/>
          <w:rtl/>
        </w:rPr>
        <w:t>داد</w:t>
      </w:r>
      <w:r w:rsidRPr="003D1BAB">
        <w:rPr>
          <w:rFonts w:ascii="Tahoma" w:hAnsi="Tahoma" w:cs="Tahoma"/>
          <w:rtl/>
        </w:rPr>
        <w:t xml:space="preserve"> که م</w:t>
      </w:r>
      <w:r w:rsidRPr="003D1BAB">
        <w:rPr>
          <w:rFonts w:ascii="Tahoma" w:hAnsi="Tahoma" w:cs="Tahoma" w:hint="cs"/>
          <w:rtl/>
        </w:rPr>
        <w:t>ی‌</w:t>
      </w:r>
      <w:r w:rsidRPr="003D1BAB">
        <w:rPr>
          <w:rFonts w:ascii="Tahoma" w:hAnsi="Tahoma" w:cs="Tahoma" w:hint="eastAsia"/>
          <w:rtl/>
        </w:rPr>
        <w:t>شد</w:t>
      </w:r>
      <w:r w:rsidRPr="003D1BAB">
        <w:rPr>
          <w:rFonts w:ascii="Tahoma" w:hAnsi="Tahoma" w:cs="Tahoma"/>
          <w:rtl/>
        </w:rPr>
        <w:t xml:space="preserve"> آن را عل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ه</w:t>
      </w:r>
      <w:r w:rsidRPr="003D1BAB">
        <w:rPr>
          <w:rFonts w:ascii="Tahoma" w:hAnsi="Tahoma" w:cs="Tahoma"/>
          <w:rtl/>
        </w:rPr>
        <w:t xml:space="preserve"> حکومت ن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ز</w:t>
      </w:r>
      <w:r w:rsidRPr="003D1BAB">
        <w:rPr>
          <w:rFonts w:ascii="Tahoma" w:hAnsi="Tahoma" w:cs="Tahoma"/>
          <w:rtl/>
        </w:rPr>
        <w:t xml:space="preserve"> به کار برد.</w:t>
      </w:r>
    </w:p>
    <w:p w:rsidR="003D1BAB" w:rsidRPr="003D1BAB" w:rsidRDefault="003D1BAB" w:rsidP="003D1BAB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D1BAB">
        <w:rPr>
          <w:rFonts w:ascii="Tahoma" w:hAnsi="Tahoma" w:cs="Tahoma" w:hint="eastAsia"/>
          <w:rtl/>
        </w:rPr>
        <w:t>دستگاه</w:t>
      </w:r>
      <w:r w:rsidRPr="003D1BAB">
        <w:rPr>
          <w:rFonts w:ascii="Tahoma" w:hAnsi="Tahoma" w:cs="Tahoma"/>
          <w:rtl/>
        </w:rPr>
        <w:t xml:space="preserve"> د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ن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برا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رساندن آموزش‌ها و احکام به مردم به زبان فارس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ن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ز</w:t>
      </w:r>
      <w:r w:rsidRPr="003D1BAB">
        <w:rPr>
          <w:rFonts w:ascii="Tahoma" w:hAnsi="Tahoma" w:cs="Tahoma"/>
          <w:rtl/>
        </w:rPr>
        <w:t xml:space="preserve"> ن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از</w:t>
      </w:r>
      <w:r w:rsidRPr="003D1BAB">
        <w:rPr>
          <w:rFonts w:ascii="Tahoma" w:hAnsi="Tahoma" w:cs="Tahoma"/>
          <w:rtl/>
        </w:rPr>
        <w:t xml:space="preserve"> داشت. بخش مهم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از منابع اصل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فقه و حد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ث</w:t>
      </w:r>
      <w:r w:rsidRPr="003D1BAB">
        <w:rPr>
          <w:rFonts w:ascii="Tahoma" w:hAnsi="Tahoma" w:cs="Tahoma"/>
          <w:rtl/>
        </w:rPr>
        <w:t xml:space="preserve"> به عرب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بود و آموزش عال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د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نکاران</w:t>
      </w:r>
      <w:r w:rsidRPr="003D1BAB">
        <w:rPr>
          <w:rFonts w:ascii="Tahoma" w:hAnsi="Tahoma" w:cs="Tahoma"/>
          <w:rtl/>
        </w:rPr>
        <w:t xml:space="preserve"> همچنان به دانستن 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ن</w:t>
      </w:r>
      <w:r w:rsidRPr="003D1BAB">
        <w:rPr>
          <w:rFonts w:ascii="Tahoma" w:hAnsi="Tahoma" w:cs="Tahoma"/>
          <w:rtl/>
        </w:rPr>
        <w:t xml:space="preserve"> زبان وابسته ماند. اما مردم عاد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نم</w:t>
      </w:r>
      <w:r w:rsidRPr="003D1BAB">
        <w:rPr>
          <w:rFonts w:ascii="Tahoma" w:hAnsi="Tahoma" w:cs="Tahoma" w:hint="cs"/>
          <w:rtl/>
        </w:rPr>
        <w:t>ی‌</w:t>
      </w:r>
      <w:r w:rsidRPr="003D1BAB">
        <w:rPr>
          <w:rFonts w:ascii="Tahoma" w:hAnsi="Tahoma" w:cs="Tahoma" w:hint="eastAsia"/>
          <w:rtl/>
        </w:rPr>
        <w:t>توانستند</w:t>
      </w:r>
      <w:r w:rsidRPr="003D1BAB">
        <w:rPr>
          <w:rFonts w:ascii="Tahoma" w:hAnsi="Tahoma" w:cs="Tahoma"/>
          <w:rtl/>
        </w:rPr>
        <w:t xml:space="preserve"> از متون تخصص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عرب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استفاده کنند. وعظ، رساله‌</w:t>
      </w:r>
      <w:r w:rsidRPr="003D1BAB">
        <w:rPr>
          <w:rFonts w:ascii="Tahoma" w:hAnsi="Tahoma" w:cs="Tahoma" w:hint="eastAsia"/>
          <w:rtl/>
        </w:rPr>
        <w:t>ها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ساده‌تر، داستان‌ها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مذهب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و نوشته‌ها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فارس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فاصلهٔ م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ان</w:t>
      </w:r>
      <w:r w:rsidRPr="003D1BAB">
        <w:rPr>
          <w:rFonts w:ascii="Tahoma" w:hAnsi="Tahoma" w:cs="Tahoma"/>
          <w:rtl/>
        </w:rPr>
        <w:t xml:space="preserve"> مدرسه و جامعه را کاهش دادند.</w:t>
      </w:r>
    </w:p>
    <w:p w:rsidR="003D1BAB" w:rsidRPr="003D1BAB" w:rsidRDefault="003D1BAB" w:rsidP="003D1BAB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D1BAB">
        <w:rPr>
          <w:rFonts w:ascii="Tahoma" w:hAnsi="Tahoma" w:cs="Tahoma" w:hint="eastAsia"/>
          <w:rtl/>
        </w:rPr>
        <w:t>از</w:t>
      </w:r>
      <w:r w:rsidRPr="003D1BAB">
        <w:rPr>
          <w:rFonts w:ascii="Tahoma" w:hAnsi="Tahoma" w:cs="Tahoma"/>
          <w:rtl/>
        </w:rPr>
        <w:t xml:space="preserve"> 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ن</w:t>
      </w:r>
      <w:r w:rsidRPr="003D1BAB">
        <w:rPr>
          <w:rFonts w:ascii="Tahoma" w:hAnsi="Tahoma" w:cs="Tahoma"/>
          <w:rtl/>
        </w:rPr>
        <w:t xml:space="preserve"> راه، تش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ع</w:t>
      </w:r>
      <w:r w:rsidRPr="003D1BAB">
        <w:rPr>
          <w:rFonts w:ascii="Tahoma" w:hAnsi="Tahoma" w:cs="Tahoma"/>
          <w:rtl/>
        </w:rPr>
        <w:t xml:space="preserve"> دوازده‌امام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به‌تدر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ج</w:t>
      </w:r>
      <w:r w:rsidRPr="003D1BAB">
        <w:rPr>
          <w:rFonts w:ascii="Tahoma" w:hAnsi="Tahoma" w:cs="Tahoma"/>
          <w:rtl/>
        </w:rPr>
        <w:t xml:space="preserve"> در زبان روزانهٔ مردم جا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گرفت. نام امامان، داستان زندگ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و مرگ آنان، ز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ارت‌نامه‌ها،</w:t>
      </w:r>
      <w:r w:rsidRPr="003D1BAB">
        <w:rPr>
          <w:rFonts w:ascii="Tahoma" w:hAnsi="Tahoma" w:cs="Tahoma"/>
          <w:rtl/>
        </w:rPr>
        <w:t xml:space="preserve"> دعاها، مناسبت‌ها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مذهب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و احکام مربوط به رفتار فرد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و خانوادگ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وارد زندگ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نسل‌ها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بعد شدند. رسم</w:t>
      </w:r>
      <w:r w:rsidRPr="003D1BAB">
        <w:rPr>
          <w:rFonts w:ascii="Tahoma" w:hAnsi="Tahoma" w:cs="Tahoma" w:hint="cs"/>
          <w:rtl/>
        </w:rPr>
        <w:t>ی‌</w:t>
      </w:r>
      <w:r w:rsidRPr="003D1BAB">
        <w:rPr>
          <w:rFonts w:ascii="Tahoma" w:hAnsi="Tahoma" w:cs="Tahoma" w:hint="eastAsia"/>
          <w:rtl/>
        </w:rPr>
        <w:t>شدن</w:t>
      </w:r>
      <w:r w:rsidRPr="003D1BAB">
        <w:rPr>
          <w:rFonts w:ascii="Tahoma" w:hAnsi="Tahoma" w:cs="Tahoma"/>
          <w:rtl/>
        </w:rPr>
        <w:t xml:space="preserve"> مذهب، که با فرمان شاه آغاز شده بو</w:t>
      </w:r>
      <w:r w:rsidRPr="003D1BAB">
        <w:rPr>
          <w:rFonts w:ascii="Tahoma" w:hAnsi="Tahoma" w:cs="Tahoma" w:hint="eastAsia"/>
          <w:rtl/>
        </w:rPr>
        <w:t>د،</w:t>
      </w:r>
      <w:r w:rsidRPr="003D1BAB">
        <w:rPr>
          <w:rFonts w:ascii="Tahoma" w:hAnsi="Tahoma" w:cs="Tahoma"/>
          <w:rtl/>
        </w:rPr>
        <w:t xml:space="preserve"> از راه مدرسه، مسجد، محکمه و آ</w:t>
      </w:r>
      <w:r w:rsidRPr="003D1BAB">
        <w:rPr>
          <w:rFonts w:ascii="Tahoma" w:hAnsi="Tahoma" w:cs="Tahoma" w:hint="cs"/>
          <w:rtl/>
        </w:rPr>
        <w:t>یی</w:t>
      </w:r>
      <w:r w:rsidRPr="003D1BAB">
        <w:rPr>
          <w:rFonts w:ascii="Tahoma" w:hAnsi="Tahoma" w:cs="Tahoma" w:hint="eastAsia"/>
          <w:rtl/>
        </w:rPr>
        <w:t>ن</w:t>
      </w:r>
      <w:r w:rsidRPr="003D1BAB">
        <w:rPr>
          <w:rFonts w:ascii="Tahoma" w:hAnsi="Tahoma" w:cs="Tahoma"/>
          <w:rtl/>
        </w:rPr>
        <w:t xml:space="preserve"> به حافظهٔ جامعه منتقل گرد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د</w:t>
      </w:r>
      <w:r w:rsidRPr="003D1BAB">
        <w:rPr>
          <w:rFonts w:ascii="Tahoma" w:hAnsi="Tahoma" w:cs="Tahoma"/>
          <w:rtl/>
        </w:rPr>
        <w:t>.</w:t>
      </w:r>
    </w:p>
    <w:p w:rsidR="003D1BAB" w:rsidRPr="003D1BAB" w:rsidRDefault="003D1BAB" w:rsidP="003D1BAB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D1BAB">
        <w:rPr>
          <w:rFonts w:ascii="Tahoma" w:hAnsi="Tahoma" w:cs="Tahoma" w:hint="eastAsia"/>
          <w:rtl/>
        </w:rPr>
        <w:t>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ن</w:t>
      </w:r>
      <w:r w:rsidRPr="003D1BAB">
        <w:rPr>
          <w:rFonts w:ascii="Tahoma" w:hAnsi="Tahoma" w:cs="Tahoma"/>
          <w:rtl/>
        </w:rPr>
        <w:t xml:space="preserve"> دگرگون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را نبا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د</w:t>
      </w:r>
      <w:r w:rsidRPr="003D1BAB">
        <w:rPr>
          <w:rFonts w:ascii="Tahoma" w:hAnsi="Tahoma" w:cs="Tahoma"/>
          <w:rtl/>
        </w:rPr>
        <w:t xml:space="preserve"> فقط نت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جهٔ</w:t>
      </w:r>
      <w:r w:rsidRPr="003D1BAB">
        <w:rPr>
          <w:rFonts w:ascii="Tahoma" w:hAnsi="Tahoma" w:cs="Tahoma"/>
          <w:rtl/>
        </w:rPr>
        <w:t xml:space="preserve"> اجبار دانست، هرچند حکومت در آغاز و در برخ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دوره‌ها از فشار و خشونت استفاده کرد. اجبار م</w:t>
      </w:r>
      <w:r w:rsidRPr="003D1BAB">
        <w:rPr>
          <w:rFonts w:ascii="Tahoma" w:hAnsi="Tahoma" w:cs="Tahoma" w:hint="cs"/>
          <w:rtl/>
        </w:rPr>
        <w:t>ی‌</w:t>
      </w:r>
      <w:r w:rsidRPr="003D1BAB">
        <w:rPr>
          <w:rFonts w:ascii="Tahoma" w:hAnsi="Tahoma" w:cs="Tahoma" w:hint="eastAsia"/>
          <w:rtl/>
        </w:rPr>
        <w:t>توانست</w:t>
      </w:r>
      <w:r w:rsidRPr="003D1BAB">
        <w:rPr>
          <w:rFonts w:ascii="Tahoma" w:hAnsi="Tahoma" w:cs="Tahoma"/>
          <w:rtl/>
        </w:rPr>
        <w:t xml:space="preserve"> خط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ب</w:t>
      </w:r>
      <w:r w:rsidRPr="003D1BAB">
        <w:rPr>
          <w:rFonts w:ascii="Tahoma" w:hAnsi="Tahoma" w:cs="Tahoma"/>
          <w:rtl/>
        </w:rPr>
        <w:t xml:space="preserve"> را وادار به تغ</w:t>
      </w:r>
      <w:r w:rsidRPr="003D1BAB">
        <w:rPr>
          <w:rFonts w:ascii="Tahoma" w:hAnsi="Tahoma" w:cs="Tahoma" w:hint="cs"/>
          <w:rtl/>
        </w:rPr>
        <w:t>یی</w:t>
      </w:r>
      <w:r w:rsidRPr="003D1BAB">
        <w:rPr>
          <w:rFonts w:ascii="Tahoma" w:hAnsi="Tahoma" w:cs="Tahoma" w:hint="eastAsia"/>
          <w:rtl/>
        </w:rPr>
        <w:t>ر</w:t>
      </w:r>
      <w:r w:rsidRPr="003D1BAB">
        <w:rPr>
          <w:rFonts w:ascii="Tahoma" w:hAnsi="Tahoma" w:cs="Tahoma"/>
          <w:rtl/>
        </w:rPr>
        <w:t xml:space="preserve"> خطبه کند 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ا</w:t>
      </w:r>
      <w:r w:rsidRPr="003D1BAB">
        <w:rPr>
          <w:rFonts w:ascii="Tahoma" w:hAnsi="Tahoma" w:cs="Tahoma"/>
          <w:rtl/>
        </w:rPr>
        <w:t xml:space="preserve"> د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نکار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را از مقامش کنار بزند، اما برا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آنکه مذهب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در طول نسل‌ها باق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بماند با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د</w:t>
      </w:r>
      <w:r w:rsidRPr="003D1BAB">
        <w:rPr>
          <w:rFonts w:ascii="Tahoma" w:hAnsi="Tahoma" w:cs="Tahoma"/>
          <w:rtl/>
        </w:rPr>
        <w:t xml:space="preserve"> در خانواده، </w:t>
      </w:r>
      <w:r w:rsidRPr="003D1BAB">
        <w:rPr>
          <w:rFonts w:ascii="Tahoma" w:hAnsi="Tahoma" w:cs="Tahoma" w:hint="eastAsia"/>
          <w:rtl/>
        </w:rPr>
        <w:t>آموزش،</w:t>
      </w:r>
      <w:r w:rsidRPr="003D1BAB">
        <w:rPr>
          <w:rFonts w:ascii="Tahoma" w:hAnsi="Tahoma" w:cs="Tahoma"/>
          <w:rtl/>
        </w:rPr>
        <w:t xml:space="preserve"> مراسم، زبان و روابط اجتماع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جا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بگ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رد</w:t>
      </w:r>
      <w:r w:rsidRPr="003D1BAB">
        <w:rPr>
          <w:rFonts w:ascii="Tahoma" w:hAnsi="Tahoma" w:cs="Tahoma"/>
          <w:rtl/>
        </w:rPr>
        <w:t>. دستگاه د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ن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هم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ن</w:t>
      </w:r>
      <w:r w:rsidRPr="003D1BAB">
        <w:rPr>
          <w:rFonts w:ascii="Tahoma" w:hAnsi="Tahoma" w:cs="Tahoma"/>
          <w:rtl/>
        </w:rPr>
        <w:t xml:space="preserve"> کار را انجام داد.</w:t>
      </w:r>
    </w:p>
    <w:p w:rsidR="003D1BAB" w:rsidRPr="003D1BAB" w:rsidRDefault="003D1BAB" w:rsidP="003D1BAB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D1BAB">
        <w:rPr>
          <w:rFonts w:ascii="Tahoma" w:hAnsi="Tahoma" w:cs="Tahoma" w:hint="eastAsia"/>
          <w:rtl/>
        </w:rPr>
        <w:t>با</w:t>
      </w:r>
      <w:r w:rsidRPr="003D1BAB">
        <w:rPr>
          <w:rFonts w:ascii="Tahoma" w:hAnsi="Tahoma" w:cs="Tahoma"/>
          <w:rtl/>
        </w:rPr>
        <w:t xml:space="preserve"> گسترش دستگاه، د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نکاران</w:t>
      </w:r>
      <w:r w:rsidRPr="003D1BAB">
        <w:rPr>
          <w:rFonts w:ascii="Tahoma" w:hAnsi="Tahoma" w:cs="Tahoma"/>
          <w:rtl/>
        </w:rPr>
        <w:t xml:space="preserve"> به گروه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کدست</w:t>
      </w:r>
      <w:r w:rsidRPr="003D1BAB">
        <w:rPr>
          <w:rFonts w:ascii="Tahoma" w:hAnsi="Tahoma" w:cs="Tahoma"/>
          <w:rtl/>
        </w:rPr>
        <w:t xml:space="preserve"> تبد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ل</w:t>
      </w:r>
      <w:r w:rsidRPr="003D1BAB">
        <w:rPr>
          <w:rFonts w:ascii="Tahoma" w:hAnsi="Tahoma" w:cs="Tahoma"/>
          <w:rtl/>
        </w:rPr>
        <w:t xml:space="preserve"> نشدند. م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ان</w:t>
      </w:r>
      <w:r w:rsidRPr="003D1BAB">
        <w:rPr>
          <w:rFonts w:ascii="Tahoma" w:hAnsi="Tahoma" w:cs="Tahoma"/>
          <w:rtl/>
        </w:rPr>
        <w:t xml:space="preserve"> فق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هان،</w:t>
      </w:r>
      <w:r w:rsidRPr="003D1BAB">
        <w:rPr>
          <w:rFonts w:ascii="Tahoma" w:hAnsi="Tahoma" w:cs="Tahoma"/>
          <w:rtl/>
        </w:rPr>
        <w:t xml:space="preserve"> محدثان، صوف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ان،</w:t>
      </w:r>
      <w:r w:rsidRPr="003D1BAB">
        <w:rPr>
          <w:rFonts w:ascii="Tahoma" w:hAnsi="Tahoma" w:cs="Tahoma"/>
          <w:rtl/>
        </w:rPr>
        <w:t xml:space="preserve"> واعظان، سادات، مدرسان و صاحبان مقام اختلاف وجود داشت. همهٔ آنان رابطه‌ا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کسان</w:t>
      </w:r>
      <w:r w:rsidRPr="003D1BAB">
        <w:rPr>
          <w:rFonts w:ascii="Tahoma" w:hAnsi="Tahoma" w:cs="Tahoma"/>
          <w:rtl/>
        </w:rPr>
        <w:t xml:space="preserve"> با حکومت نداشتند و از 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ک</w:t>
      </w:r>
      <w:r w:rsidRPr="003D1BAB">
        <w:rPr>
          <w:rFonts w:ascii="Tahoma" w:hAnsi="Tahoma" w:cs="Tahoma"/>
          <w:rtl/>
        </w:rPr>
        <w:t xml:space="preserve"> برداشت مذهب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دفاع نم</w:t>
      </w:r>
      <w:r w:rsidRPr="003D1BAB">
        <w:rPr>
          <w:rFonts w:ascii="Tahoma" w:hAnsi="Tahoma" w:cs="Tahoma" w:hint="cs"/>
          <w:rtl/>
        </w:rPr>
        <w:t>ی‌</w:t>
      </w:r>
      <w:r w:rsidRPr="003D1BAB">
        <w:rPr>
          <w:rFonts w:ascii="Tahoma" w:hAnsi="Tahoma" w:cs="Tahoma" w:hint="eastAsia"/>
          <w:rtl/>
        </w:rPr>
        <w:t>کردند</w:t>
      </w:r>
      <w:r w:rsidRPr="003D1BAB">
        <w:rPr>
          <w:rFonts w:ascii="Tahoma" w:hAnsi="Tahoma" w:cs="Tahoma"/>
          <w:rtl/>
        </w:rPr>
        <w:t>. برخ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به دربار نزد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ک</w:t>
      </w:r>
      <w:r w:rsidRPr="003D1BAB">
        <w:rPr>
          <w:rFonts w:ascii="Tahoma" w:hAnsi="Tahoma" w:cs="Tahoma"/>
          <w:rtl/>
        </w:rPr>
        <w:t xml:space="preserve"> بودند، برخ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اعتبار خ</w:t>
      </w:r>
      <w:r w:rsidRPr="003D1BAB">
        <w:rPr>
          <w:rFonts w:ascii="Tahoma" w:hAnsi="Tahoma" w:cs="Tahoma" w:hint="eastAsia"/>
          <w:rtl/>
        </w:rPr>
        <w:t>ود</w:t>
      </w:r>
      <w:r w:rsidRPr="003D1BAB">
        <w:rPr>
          <w:rFonts w:ascii="Tahoma" w:hAnsi="Tahoma" w:cs="Tahoma"/>
          <w:rtl/>
        </w:rPr>
        <w:t xml:space="preserve"> را ب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شتر</w:t>
      </w:r>
      <w:r w:rsidRPr="003D1BAB">
        <w:rPr>
          <w:rFonts w:ascii="Tahoma" w:hAnsi="Tahoma" w:cs="Tahoma"/>
          <w:rtl/>
        </w:rPr>
        <w:t xml:space="preserve"> از تدر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س</w:t>
      </w:r>
      <w:r w:rsidRPr="003D1BAB">
        <w:rPr>
          <w:rFonts w:ascii="Tahoma" w:hAnsi="Tahoma" w:cs="Tahoma"/>
          <w:rtl/>
        </w:rPr>
        <w:t xml:space="preserve"> و شاگردان م</w:t>
      </w:r>
      <w:r w:rsidRPr="003D1BAB">
        <w:rPr>
          <w:rFonts w:ascii="Tahoma" w:hAnsi="Tahoma" w:cs="Tahoma" w:hint="cs"/>
          <w:rtl/>
        </w:rPr>
        <w:t>ی‌</w:t>
      </w:r>
      <w:r w:rsidRPr="003D1BAB">
        <w:rPr>
          <w:rFonts w:ascii="Tahoma" w:hAnsi="Tahoma" w:cs="Tahoma" w:hint="eastAsia"/>
          <w:rtl/>
        </w:rPr>
        <w:t>گرفتند</w:t>
      </w:r>
      <w:r w:rsidRPr="003D1BAB">
        <w:rPr>
          <w:rFonts w:ascii="Tahoma" w:hAnsi="Tahoma" w:cs="Tahoma"/>
          <w:rtl/>
        </w:rPr>
        <w:t xml:space="preserve"> و برخ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در شهرها و م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ان</w:t>
      </w:r>
      <w:r w:rsidRPr="003D1BAB">
        <w:rPr>
          <w:rFonts w:ascii="Tahoma" w:hAnsi="Tahoma" w:cs="Tahoma"/>
          <w:rtl/>
        </w:rPr>
        <w:t xml:space="preserve"> مردم نفوذ داشتند.</w:t>
      </w:r>
    </w:p>
    <w:p w:rsidR="003D1BAB" w:rsidRPr="003D1BAB" w:rsidRDefault="003D1BAB" w:rsidP="003D1BAB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D1BAB">
        <w:rPr>
          <w:rFonts w:ascii="Tahoma" w:hAnsi="Tahoma" w:cs="Tahoma" w:hint="eastAsia"/>
          <w:rtl/>
        </w:rPr>
        <w:t>درون</w:t>
      </w:r>
      <w:r w:rsidRPr="003D1BAB">
        <w:rPr>
          <w:rFonts w:ascii="Tahoma" w:hAnsi="Tahoma" w:cs="Tahoma"/>
          <w:rtl/>
        </w:rPr>
        <w:t xml:space="preserve"> فقه دوازده‌امام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ن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ز</w:t>
      </w:r>
      <w:r w:rsidRPr="003D1BAB">
        <w:rPr>
          <w:rFonts w:ascii="Tahoma" w:hAnsi="Tahoma" w:cs="Tahoma"/>
          <w:rtl/>
        </w:rPr>
        <w:t xml:space="preserve"> بر سر حدود اخت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ار</w:t>
      </w:r>
      <w:r w:rsidRPr="003D1BAB">
        <w:rPr>
          <w:rFonts w:ascii="Tahoma" w:hAnsi="Tahoma" w:cs="Tahoma"/>
          <w:rtl/>
        </w:rPr>
        <w:t xml:space="preserve"> فق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ه،</w:t>
      </w:r>
      <w:r w:rsidRPr="003D1BAB">
        <w:rPr>
          <w:rFonts w:ascii="Tahoma" w:hAnsi="Tahoma" w:cs="Tahoma"/>
          <w:rtl/>
        </w:rPr>
        <w:t xml:space="preserve"> ش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وهٔ</w:t>
      </w:r>
      <w:r w:rsidRPr="003D1BAB">
        <w:rPr>
          <w:rFonts w:ascii="Tahoma" w:hAnsi="Tahoma" w:cs="Tahoma"/>
          <w:rtl/>
        </w:rPr>
        <w:t xml:space="preserve"> استنباط حکم و رابطه با حکومت اختلاف وجود داشت. همهٔ د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نکاران</w:t>
      </w:r>
      <w:r w:rsidRPr="003D1BAB">
        <w:rPr>
          <w:rFonts w:ascii="Tahoma" w:hAnsi="Tahoma" w:cs="Tahoma"/>
          <w:rtl/>
        </w:rPr>
        <w:t xml:space="preserve"> حاضر نبودند هر فرمان شاه را شرع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بدانند و همه ن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ز</w:t>
      </w:r>
      <w:r w:rsidRPr="003D1BAB">
        <w:rPr>
          <w:rFonts w:ascii="Tahoma" w:hAnsi="Tahoma" w:cs="Tahoma"/>
          <w:rtl/>
        </w:rPr>
        <w:t xml:space="preserve"> ادعا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گسترده‌ا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دربارهٔ ن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ابت</w:t>
      </w:r>
      <w:r w:rsidRPr="003D1BAB">
        <w:rPr>
          <w:rFonts w:ascii="Tahoma" w:hAnsi="Tahoma" w:cs="Tahoma"/>
          <w:rtl/>
        </w:rPr>
        <w:t xml:space="preserve"> فق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ه</w:t>
      </w:r>
      <w:r w:rsidRPr="003D1BAB">
        <w:rPr>
          <w:rFonts w:ascii="Tahoma" w:hAnsi="Tahoma" w:cs="Tahoma"/>
          <w:rtl/>
        </w:rPr>
        <w:t xml:space="preserve"> از امام غا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ب</w:t>
      </w:r>
      <w:r w:rsidRPr="003D1BAB">
        <w:rPr>
          <w:rFonts w:ascii="Tahoma" w:hAnsi="Tahoma" w:cs="Tahoma"/>
          <w:rtl/>
        </w:rPr>
        <w:t xml:space="preserve"> نداشتند. بنابرا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ن،</w:t>
      </w:r>
      <w:r w:rsidRPr="003D1BAB">
        <w:rPr>
          <w:rFonts w:ascii="Tahoma" w:hAnsi="Tahoma" w:cs="Tahoma"/>
          <w:rtl/>
        </w:rPr>
        <w:t xml:space="preserve"> اصطلاح «د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نکاران»</w:t>
      </w:r>
      <w:r w:rsidRPr="003D1BAB">
        <w:rPr>
          <w:rFonts w:ascii="Tahoma" w:hAnsi="Tahoma" w:cs="Tahoma"/>
          <w:rtl/>
        </w:rPr>
        <w:t xml:space="preserve"> نبا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>د ما را به 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ن</w:t>
      </w:r>
      <w:r w:rsidRPr="003D1BAB">
        <w:rPr>
          <w:rFonts w:ascii="Tahoma" w:hAnsi="Tahoma" w:cs="Tahoma"/>
          <w:rtl/>
        </w:rPr>
        <w:t xml:space="preserve"> تصور برساند که با ن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رو</w:t>
      </w:r>
      <w:r w:rsidRPr="003D1BAB">
        <w:rPr>
          <w:rFonts w:ascii="Tahoma" w:hAnsi="Tahoma" w:cs="Tahoma" w:hint="cs"/>
          <w:rtl/>
        </w:rPr>
        <w:t>یی</w:t>
      </w:r>
      <w:r w:rsidRPr="003D1BAB">
        <w:rPr>
          <w:rFonts w:ascii="Tahoma" w:hAnsi="Tahoma" w:cs="Tahoma"/>
          <w:rtl/>
        </w:rPr>
        <w:t xml:space="preserve"> کاملاً هماهنگ و دارا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فرمانده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واحد روبه‌رو هست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م</w:t>
      </w:r>
      <w:r w:rsidRPr="003D1BAB">
        <w:rPr>
          <w:rFonts w:ascii="Tahoma" w:hAnsi="Tahoma" w:cs="Tahoma"/>
          <w:rtl/>
        </w:rPr>
        <w:t>.</w:t>
      </w:r>
    </w:p>
    <w:p w:rsidR="003D1BAB" w:rsidRPr="003D1BAB" w:rsidRDefault="003D1BAB" w:rsidP="003D1BAB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D1BAB">
        <w:rPr>
          <w:rFonts w:ascii="Tahoma" w:hAnsi="Tahoma" w:cs="Tahoma" w:hint="eastAsia"/>
          <w:rtl/>
        </w:rPr>
        <w:t>اما</w:t>
      </w:r>
      <w:r w:rsidRPr="003D1BAB">
        <w:rPr>
          <w:rFonts w:ascii="Tahoma" w:hAnsi="Tahoma" w:cs="Tahoma"/>
          <w:rtl/>
        </w:rPr>
        <w:t xml:space="preserve"> با وجود 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ن</w:t>
      </w:r>
      <w:r w:rsidRPr="003D1BAB">
        <w:rPr>
          <w:rFonts w:ascii="Tahoma" w:hAnsi="Tahoma" w:cs="Tahoma"/>
          <w:rtl/>
        </w:rPr>
        <w:t xml:space="preserve"> اختلاف‌ها، مجموعهٔ مدارس، مقام‌ها، موقوفات و روابط خانوادگ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،</w:t>
      </w:r>
      <w:r w:rsidRPr="003D1BAB">
        <w:rPr>
          <w:rFonts w:ascii="Tahoma" w:hAnsi="Tahoma" w:cs="Tahoma"/>
          <w:rtl/>
        </w:rPr>
        <w:t xml:space="preserve"> منافع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مشترک پد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د</w:t>
      </w:r>
      <w:r w:rsidRPr="003D1BAB">
        <w:rPr>
          <w:rFonts w:ascii="Tahoma" w:hAnsi="Tahoma" w:cs="Tahoma"/>
          <w:rtl/>
        </w:rPr>
        <w:t xml:space="preserve"> م</w:t>
      </w:r>
      <w:r w:rsidRPr="003D1BAB">
        <w:rPr>
          <w:rFonts w:ascii="Tahoma" w:hAnsi="Tahoma" w:cs="Tahoma" w:hint="cs"/>
          <w:rtl/>
        </w:rPr>
        <w:t>ی‌</w:t>
      </w:r>
      <w:r w:rsidRPr="003D1BAB">
        <w:rPr>
          <w:rFonts w:ascii="Tahoma" w:hAnsi="Tahoma" w:cs="Tahoma" w:hint="eastAsia"/>
          <w:rtl/>
        </w:rPr>
        <w:t>آورد</w:t>
      </w:r>
      <w:r w:rsidRPr="003D1BAB">
        <w:rPr>
          <w:rFonts w:ascii="Tahoma" w:hAnsi="Tahoma" w:cs="Tahoma"/>
          <w:rtl/>
        </w:rPr>
        <w:t>. د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نکاران</w:t>
      </w:r>
      <w:r w:rsidRPr="003D1BAB">
        <w:rPr>
          <w:rFonts w:ascii="Tahoma" w:hAnsi="Tahoma" w:cs="Tahoma"/>
          <w:rtl/>
        </w:rPr>
        <w:t xml:space="preserve"> برا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حفظ مدارس، درآمدها، محاکم و جا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گاه</w:t>
      </w:r>
      <w:r w:rsidRPr="003D1BAB">
        <w:rPr>
          <w:rFonts w:ascii="Tahoma" w:hAnsi="Tahoma" w:cs="Tahoma"/>
          <w:rtl/>
        </w:rPr>
        <w:t xml:space="preserve"> اجتماع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خود به ادامهٔ مذهب رسم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ن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از</w:t>
      </w:r>
      <w:r w:rsidRPr="003D1BAB">
        <w:rPr>
          <w:rFonts w:ascii="Tahoma" w:hAnsi="Tahoma" w:cs="Tahoma"/>
          <w:rtl/>
        </w:rPr>
        <w:t xml:space="preserve"> داشتند. حکومت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که تش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ع</w:t>
      </w:r>
      <w:r w:rsidRPr="003D1BAB">
        <w:rPr>
          <w:rFonts w:ascii="Tahoma" w:hAnsi="Tahoma" w:cs="Tahoma"/>
          <w:rtl/>
        </w:rPr>
        <w:t xml:space="preserve"> را کنار م</w:t>
      </w:r>
      <w:r w:rsidRPr="003D1BAB">
        <w:rPr>
          <w:rFonts w:ascii="Tahoma" w:hAnsi="Tahoma" w:cs="Tahoma" w:hint="cs"/>
          <w:rtl/>
        </w:rPr>
        <w:t>ی‌</w:t>
      </w:r>
      <w:r w:rsidRPr="003D1BAB">
        <w:rPr>
          <w:rFonts w:ascii="Tahoma" w:hAnsi="Tahoma" w:cs="Tahoma" w:hint="eastAsia"/>
          <w:rtl/>
        </w:rPr>
        <w:t>گذاشت</w:t>
      </w:r>
      <w:r w:rsidRPr="003D1BAB">
        <w:rPr>
          <w:rFonts w:ascii="Tahoma" w:hAnsi="Tahoma" w:cs="Tahoma"/>
          <w:rtl/>
        </w:rPr>
        <w:t xml:space="preserve"> 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ا</w:t>
      </w:r>
      <w:r w:rsidRPr="003D1BAB">
        <w:rPr>
          <w:rFonts w:ascii="Tahoma" w:hAnsi="Tahoma" w:cs="Tahoma"/>
          <w:rtl/>
        </w:rPr>
        <w:t xml:space="preserve"> مقام‌ها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مذهب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را محدود م</w:t>
      </w:r>
      <w:r w:rsidRPr="003D1BAB">
        <w:rPr>
          <w:rFonts w:ascii="Tahoma" w:hAnsi="Tahoma" w:cs="Tahoma" w:hint="cs"/>
          <w:rtl/>
        </w:rPr>
        <w:t>ی‌</w:t>
      </w:r>
      <w:r w:rsidRPr="003D1BAB">
        <w:rPr>
          <w:rFonts w:ascii="Tahoma" w:hAnsi="Tahoma" w:cs="Tahoma" w:hint="eastAsia"/>
          <w:rtl/>
        </w:rPr>
        <w:t>کرد،</w:t>
      </w:r>
      <w:r w:rsidRPr="003D1BAB">
        <w:rPr>
          <w:rFonts w:ascii="Tahoma" w:hAnsi="Tahoma" w:cs="Tahoma"/>
          <w:rtl/>
        </w:rPr>
        <w:t xml:space="preserve"> فقط با اعتقاد آنان مخالفت نم</w:t>
      </w:r>
      <w:r w:rsidRPr="003D1BAB">
        <w:rPr>
          <w:rFonts w:ascii="Tahoma" w:hAnsi="Tahoma" w:cs="Tahoma" w:hint="cs"/>
          <w:rtl/>
        </w:rPr>
        <w:t>ی‌</w:t>
      </w:r>
      <w:r w:rsidRPr="003D1BAB">
        <w:rPr>
          <w:rFonts w:ascii="Tahoma" w:hAnsi="Tahoma" w:cs="Tahoma" w:hint="eastAsia"/>
          <w:rtl/>
        </w:rPr>
        <w:t>کرد؛</w:t>
      </w:r>
      <w:r w:rsidRPr="003D1BAB">
        <w:rPr>
          <w:rFonts w:ascii="Tahoma" w:hAnsi="Tahoma" w:cs="Tahoma"/>
          <w:rtl/>
        </w:rPr>
        <w:t xml:space="preserve"> منافع ماد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و سازمان</w:t>
      </w:r>
      <w:r w:rsidRPr="003D1BAB">
        <w:rPr>
          <w:rFonts w:ascii="Tahoma" w:hAnsi="Tahoma" w:cs="Tahoma" w:hint="cs"/>
          <w:rtl/>
        </w:rPr>
        <w:t>ی‌</w:t>
      </w:r>
      <w:r w:rsidRPr="003D1BAB">
        <w:rPr>
          <w:rFonts w:ascii="Tahoma" w:hAnsi="Tahoma" w:cs="Tahoma" w:hint="eastAsia"/>
          <w:rtl/>
        </w:rPr>
        <w:t>شان</w:t>
      </w:r>
      <w:r w:rsidRPr="003D1BAB">
        <w:rPr>
          <w:rFonts w:ascii="Tahoma" w:hAnsi="Tahoma" w:cs="Tahoma"/>
          <w:rtl/>
        </w:rPr>
        <w:t xml:space="preserve"> را ن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ز</w:t>
      </w:r>
      <w:r w:rsidRPr="003D1BAB">
        <w:rPr>
          <w:rFonts w:ascii="Tahoma" w:hAnsi="Tahoma" w:cs="Tahoma"/>
          <w:rtl/>
        </w:rPr>
        <w:t xml:space="preserve"> به خطر م</w:t>
      </w:r>
      <w:r w:rsidRPr="003D1BAB">
        <w:rPr>
          <w:rFonts w:ascii="Tahoma" w:hAnsi="Tahoma" w:cs="Tahoma" w:hint="cs"/>
          <w:rtl/>
        </w:rPr>
        <w:t>ی‌</w:t>
      </w:r>
      <w:r w:rsidRPr="003D1BAB">
        <w:rPr>
          <w:rFonts w:ascii="Tahoma" w:hAnsi="Tahoma" w:cs="Tahoma" w:hint="eastAsia"/>
          <w:rtl/>
        </w:rPr>
        <w:t>انداخت</w:t>
      </w:r>
      <w:r w:rsidRPr="003D1BAB">
        <w:rPr>
          <w:rFonts w:ascii="Tahoma" w:hAnsi="Tahoma" w:cs="Tahoma"/>
          <w:rtl/>
        </w:rPr>
        <w:t>.</w:t>
      </w:r>
    </w:p>
    <w:p w:rsidR="003D1BAB" w:rsidRPr="003D1BAB" w:rsidRDefault="003D1BAB" w:rsidP="003D1BAB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D1BAB">
        <w:rPr>
          <w:rFonts w:ascii="Tahoma" w:hAnsi="Tahoma" w:cs="Tahoma" w:hint="eastAsia"/>
          <w:rtl/>
        </w:rPr>
        <w:t>از</w:t>
      </w:r>
      <w:r w:rsidRPr="003D1BAB">
        <w:rPr>
          <w:rFonts w:ascii="Tahoma" w:hAnsi="Tahoma" w:cs="Tahoma"/>
          <w:rtl/>
        </w:rPr>
        <w:t xml:space="preserve"> سو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د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گر،</w:t>
      </w:r>
      <w:r w:rsidRPr="003D1BAB">
        <w:rPr>
          <w:rFonts w:ascii="Tahoma" w:hAnsi="Tahoma" w:cs="Tahoma"/>
          <w:rtl/>
        </w:rPr>
        <w:t xml:space="preserve"> پ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وندها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خانوادگ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جا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گاه</w:t>
      </w:r>
      <w:r w:rsidRPr="003D1BAB">
        <w:rPr>
          <w:rFonts w:ascii="Tahoma" w:hAnsi="Tahoma" w:cs="Tahoma"/>
          <w:rtl/>
        </w:rPr>
        <w:t xml:space="preserve"> د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نکاران</w:t>
      </w:r>
      <w:r w:rsidRPr="003D1BAB">
        <w:rPr>
          <w:rFonts w:ascii="Tahoma" w:hAnsi="Tahoma" w:cs="Tahoma"/>
          <w:rtl/>
        </w:rPr>
        <w:t xml:space="preserve"> را استوارتر ساختند. خاندان‌ها</w:t>
      </w:r>
      <w:r w:rsidRPr="003D1BAB">
        <w:rPr>
          <w:rFonts w:ascii="Tahoma" w:hAnsi="Tahoma" w:cs="Tahoma" w:hint="cs"/>
          <w:rtl/>
        </w:rPr>
        <w:t>یی</w:t>
      </w:r>
      <w:r w:rsidRPr="003D1BAB">
        <w:rPr>
          <w:rFonts w:ascii="Tahoma" w:hAnsi="Tahoma" w:cs="Tahoma"/>
          <w:rtl/>
        </w:rPr>
        <w:t xml:space="preserve"> شکل گرفتند که علم، مقام و شبکهٔ اجتماع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را از نسل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به نسل د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گر</w:t>
      </w:r>
      <w:r w:rsidRPr="003D1BAB">
        <w:rPr>
          <w:rFonts w:ascii="Tahoma" w:hAnsi="Tahoma" w:cs="Tahoma"/>
          <w:rtl/>
        </w:rPr>
        <w:t xml:space="preserve"> منتقل م</w:t>
      </w:r>
      <w:r w:rsidRPr="003D1BAB">
        <w:rPr>
          <w:rFonts w:ascii="Tahoma" w:hAnsi="Tahoma" w:cs="Tahoma" w:hint="cs"/>
          <w:rtl/>
        </w:rPr>
        <w:t>ی‌</w:t>
      </w:r>
      <w:r w:rsidRPr="003D1BAB">
        <w:rPr>
          <w:rFonts w:ascii="Tahoma" w:hAnsi="Tahoma" w:cs="Tahoma" w:hint="eastAsia"/>
          <w:rtl/>
        </w:rPr>
        <w:t>کردند</w:t>
      </w:r>
      <w:r w:rsidRPr="003D1BAB">
        <w:rPr>
          <w:rFonts w:ascii="Tahoma" w:hAnsi="Tahoma" w:cs="Tahoma"/>
          <w:rtl/>
        </w:rPr>
        <w:t xml:space="preserve">. فرزند 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ک</w:t>
      </w:r>
      <w:r w:rsidRPr="003D1BAB">
        <w:rPr>
          <w:rFonts w:ascii="Tahoma" w:hAnsi="Tahoma" w:cs="Tahoma"/>
          <w:rtl/>
        </w:rPr>
        <w:t xml:space="preserve"> د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نکار</w:t>
      </w:r>
      <w:r w:rsidRPr="003D1BAB">
        <w:rPr>
          <w:rFonts w:ascii="Tahoma" w:hAnsi="Tahoma" w:cs="Tahoma"/>
          <w:rtl/>
        </w:rPr>
        <w:t xml:space="preserve"> از کودک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به کتاب، استاد، شاگردان و ارتباطات پدر دسترس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داشت. ازدواج م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ان</w:t>
      </w:r>
      <w:r w:rsidRPr="003D1BAB">
        <w:rPr>
          <w:rFonts w:ascii="Tahoma" w:hAnsi="Tahoma" w:cs="Tahoma"/>
          <w:rtl/>
        </w:rPr>
        <w:t xml:space="preserve"> خاندان‌ها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د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نکار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،</w:t>
      </w:r>
      <w:r w:rsidRPr="003D1BAB">
        <w:rPr>
          <w:rFonts w:ascii="Tahoma" w:hAnsi="Tahoma" w:cs="Tahoma"/>
          <w:rtl/>
        </w:rPr>
        <w:t xml:space="preserve"> د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وان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،</w:t>
      </w:r>
      <w:r w:rsidRPr="003D1BAB">
        <w:rPr>
          <w:rFonts w:ascii="Tahoma" w:hAnsi="Tahoma" w:cs="Tahoma"/>
          <w:rtl/>
        </w:rPr>
        <w:t xml:space="preserve"> بازار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و گاه دربار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،</w:t>
      </w:r>
      <w:r w:rsidRPr="003D1BAB">
        <w:rPr>
          <w:rFonts w:ascii="Tahoma" w:hAnsi="Tahoma" w:cs="Tahoma"/>
          <w:rtl/>
        </w:rPr>
        <w:t xml:space="preserve"> شبکه‌ا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گسترده‌تر از قدرت 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جاد</w:t>
      </w:r>
      <w:r w:rsidRPr="003D1BAB">
        <w:rPr>
          <w:rFonts w:ascii="Tahoma" w:hAnsi="Tahoma" w:cs="Tahoma"/>
          <w:rtl/>
        </w:rPr>
        <w:t xml:space="preserve"> م</w:t>
      </w:r>
      <w:r w:rsidRPr="003D1BAB">
        <w:rPr>
          <w:rFonts w:ascii="Tahoma" w:hAnsi="Tahoma" w:cs="Tahoma" w:hint="cs"/>
          <w:rtl/>
        </w:rPr>
        <w:t>ی‌</w:t>
      </w:r>
      <w:r w:rsidRPr="003D1BAB">
        <w:rPr>
          <w:rFonts w:ascii="Tahoma" w:hAnsi="Tahoma" w:cs="Tahoma" w:hint="eastAsia"/>
          <w:rtl/>
        </w:rPr>
        <w:t>کرد</w:t>
      </w:r>
      <w:r w:rsidRPr="003D1BAB">
        <w:rPr>
          <w:rFonts w:ascii="Tahoma" w:hAnsi="Tahoma" w:cs="Tahoma"/>
          <w:rtl/>
        </w:rPr>
        <w:t>.</w:t>
      </w:r>
    </w:p>
    <w:p w:rsidR="003D1BAB" w:rsidRPr="003D1BAB" w:rsidRDefault="003D1BAB" w:rsidP="003D1BAB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D1BAB">
        <w:rPr>
          <w:rFonts w:ascii="Tahoma" w:hAnsi="Tahoma" w:cs="Tahoma" w:hint="eastAsia"/>
          <w:rtl/>
        </w:rPr>
        <w:t>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ن</w:t>
      </w:r>
      <w:r w:rsidRPr="003D1BAB">
        <w:rPr>
          <w:rFonts w:ascii="Tahoma" w:hAnsi="Tahoma" w:cs="Tahoma"/>
          <w:rtl/>
        </w:rPr>
        <w:t xml:space="preserve"> انتقال خانوادگ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با ادعا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علم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د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نکاران</w:t>
      </w:r>
      <w:r w:rsidRPr="003D1BAB">
        <w:rPr>
          <w:rFonts w:ascii="Tahoma" w:hAnsi="Tahoma" w:cs="Tahoma"/>
          <w:rtl/>
        </w:rPr>
        <w:t xml:space="preserve"> تناقض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ظاهر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داشت. فق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ه</w:t>
      </w:r>
      <w:r w:rsidRPr="003D1BAB">
        <w:rPr>
          <w:rFonts w:ascii="Tahoma" w:hAnsi="Tahoma" w:cs="Tahoma"/>
          <w:rtl/>
        </w:rPr>
        <w:t xml:space="preserve"> با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د</w:t>
      </w:r>
      <w:r w:rsidRPr="003D1BAB">
        <w:rPr>
          <w:rFonts w:ascii="Tahoma" w:hAnsi="Tahoma" w:cs="Tahoma"/>
          <w:rtl/>
        </w:rPr>
        <w:t xml:space="preserve"> به سبب دانشش اعتبار م</w:t>
      </w:r>
      <w:r w:rsidRPr="003D1BAB">
        <w:rPr>
          <w:rFonts w:ascii="Tahoma" w:hAnsi="Tahoma" w:cs="Tahoma" w:hint="cs"/>
          <w:rtl/>
        </w:rPr>
        <w:t>ی‌ی</w:t>
      </w:r>
      <w:r w:rsidRPr="003D1BAB">
        <w:rPr>
          <w:rFonts w:ascii="Tahoma" w:hAnsi="Tahoma" w:cs="Tahoma" w:hint="eastAsia"/>
          <w:rtl/>
        </w:rPr>
        <w:t>افت،</w:t>
      </w:r>
      <w:r w:rsidRPr="003D1BAB">
        <w:rPr>
          <w:rFonts w:ascii="Tahoma" w:hAnsi="Tahoma" w:cs="Tahoma"/>
          <w:rtl/>
        </w:rPr>
        <w:t xml:space="preserve"> نه فقط به سبب پدر و خاندانش. اما در عمل، خانواده مس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ر</w:t>
      </w:r>
      <w:r w:rsidRPr="003D1BAB">
        <w:rPr>
          <w:rFonts w:ascii="Tahoma" w:hAnsi="Tahoma" w:cs="Tahoma"/>
          <w:rtl/>
        </w:rPr>
        <w:t xml:space="preserve"> دست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اب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به آموزش و منصب را آسان م</w:t>
      </w:r>
      <w:r w:rsidRPr="003D1BAB">
        <w:rPr>
          <w:rFonts w:ascii="Tahoma" w:hAnsi="Tahoma" w:cs="Tahoma" w:hint="cs"/>
          <w:rtl/>
        </w:rPr>
        <w:t>ی‌</w:t>
      </w:r>
      <w:r w:rsidRPr="003D1BAB">
        <w:rPr>
          <w:rFonts w:ascii="Tahoma" w:hAnsi="Tahoma" w:cs="Tahoma" w:hint="eastAsia"/>
          <w:rtl/>
        </w:rPr>
        <w:t>کرد</w:t>
      </w:r>
      <w:r w:rsidRPr="003D1BAB">
        <w:rPr>
          <w:rFonts w:ascii="Tahoma" w:hAnsi="Tahoma" w:cs="Tahoma"/>
          <w:rtl/>
        </w:rPr>
        <w:t>. همان‌گونه که خاندان‌ها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د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وان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تجربهٔ ادارهٔ کشور را به فرزند</w:t>
      </w:r>
      <w:r w:rsidRPr="003D1BAB">
        <w:rPr>
          <w:rFonts w:ascii="Tahoma" w:hAnsi="Tahoma" w:cs="Tahoma" w:hint="eastAsia"/>
          <w:rtl/>
        </w:rPr>
        <w:t>ان</w:t>
      </w:r>
      <w:r w:rsidRPr="003D1BAB">
        <w:rPr>
          <w:rFonts w:ascii="Tahoma" w:hAnsi="Tahoma" w:cs="Tahoma"/>
          <w:rtl/>
        </w:rPr>
        <w:t xml:space="preserve"> منتقل م</w:t>
      </w:r>
      <w:r w:rsidRPr="003D1BAB">
        <w:rPr>
          <w:rFonts w:ascii="Tahoma" w:hAnsi="Tahoma" w:cs="Tahoma" w:hint="cs"/>
          <w:rtl/>
        </w:rPr>
        <w:t>ی‌</w:t>
      </w:r>
      <w:r w:rsidRPr="003D1BAB">
        <w:rPr>
          <w:rFonts w:ascii="Tahoma" w:hAnsi="Tahoma" w:cs="Tahoma" w:hint="eastAsia"/>
          <w:rtl/>
        </w:rPr>
        <w:t>کردند،</w:t>
      </w:r>
      <w:r w:rsidRPr="003D1BAB">
        <w:rPr>
          <w:rFonts w:ascii="Tahoma" w:hAnsi="Tahoma" w:cs="Tahoma"/>
          <w:rtl/>
        </w:rPr>
        <w:t xml:space="preserve"> خاندان‌ها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د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نکار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ن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ز</w:t>
      </w:r>
      <w:r w:rsidRPr="003D1BAB">
        <w:rPr>
          <w:rFonts w:ascii="Tahoma" w:hAnsi="Tahoma" w:cs="Tahoma"/>
          <w:rtl/>
        </w:rPr>
        <w:t xml:space="preserve"> دانش، شاگردان و اعتبار مذهب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را به نسل بعد م</w:t>
      </w:r>
      <w:r w:rsidRPr="003D1BAB">
        <w:rPr>
          <w:rFonts w:ascii="Tahoma" w:hAnsi="Tahoma" w:cs="Tahoma" w:hint="cs"/>
          <w:rtl/>
        </w:rPr>
        <w:t>ی‌</w:t>
      </w:r>
      <w:r w:rsidRPr="003D1BAB">
        <w:rPr>
          <w:rFonts w:ascii="Tahoma" w:hAnsi="Tahoma" w:cs="Tahoma" w:hint="eastAsia"/>
          <w:rtl/>
        </w:rPr>
        <w:t>سپردند</w:t>
      </w:r>
      <w:r w:rsidRPr="003D1BAB">
        <w:rPr>
          <w:rFonts w:ascii="Tahoma" w:hAnsi="Tahoma" w:cs="Tahoma"/>
          <w:rtl/>
        </w:rPr>
        <w:t>.</w:t>
      </w:r>
    </w:p>
    <w:p w:rsidR="003D1BAB" w:rsidRPr="003D1BAB" w:rsidRDefault="003D1BAB" w:rsidP="003D1BAB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D1BAB">
        <w:rPr>
          <w:rFonts w:ascii="Tahoma" w:hAnsi="Tahoma" w:cs="Tahoma" w:hint="eastAsia"/>
          <w:rtl/>
        </w:rPr>
        <w:t>از</w:t>
      </w:r>
      <w:r w:rsidRPr="003D1BAB">
        <w:rPr>
          <w:rFonts w:ascii="Tahoma" w:hAnsi="Tahoma" w:cs="Tahoma"/>
          <w:rtl/>
        </w:rPr>
        <w:t xml:space="preserve"> 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ن</w:t>
      </w:r>
      <w:r w:rsidRPr="003D1BAB">
        <w:rPr>
          <w:rFonts w:ascii="Tahoma" w:hAnsi="Tahoma" w:cs="Tahoma"/>
          <w:rtl/>
        </w:rPr>
        <w:t xml:space="preserve"> رو، عمامه به‌تدر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ج</w:t>
      </w:r>
      <w:r w:rsidRPr="003D1BAB">
        <w:rPr>
          <w:rFonts w:ascii="Tahoma" w:hAnsi="Tahoma" w:cs="Tahoma"/>
          <w:rtl/>
        </w:rPr>
        <w:t xml:space="preserve"> همانند د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وان</w:t>
      </w:r>
      <w:r w:rsidRPr="003D1BAB">
        <w:rPr>
          <w:rFonts w:ascii="Tahoma" w:hAnsi="Tahoma" w:cs="Tahoma"/>
          <w:rtl/>
        </w:rPr>
        <w:t xml:space="preserve"> دارا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حافظه‌ا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مستقل شد. شاهان عوض م</w:t>
      </w:r>
      <w:r w:rsidRPr="003D1BAB">
        <w:rPr>
          <w:rFonts w:ascii="Tahoma" w:hAnsi="Tahoma" w:cs="Tahoma" w:hint="cs"/>
          <w:rtl/>
        </w:rPr>
        <w:t>ی‌</w:t>
      </w:r>
      <w:r w:rsidRPr="003D1BAB">
        <w:rPr>
          <w:rFonts w:ascii="Tahoma" w:hAnsi="Tahoma" w:cs="Tahoma" w:hint="eastAsia"/>
          <w:rtl/>
        </w:rPr>
        <w:t>شدند،</w:t>
      </w:r>
      <w:r w:rsidRPr="003D1BAB">
        <w:rPr>
          <w:rFonts w:ascii="Tahoma" w:hAnsi="Tahoma" w:cs="Tahoma"/>
          <w:rtl/>
        </w:rPr>
        <w:t xml:space="preserve"> اما مدرسه، کتاب، سلسلهٔ استادان و خاندان‌ها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د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نکار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باق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م</w:t>
      </w:r>
      <w:r w:rsidRPr="003D1BAB">
        <w:rPr>
          <w:rFonts w:ascii="Tahoma" w:hAnsi="Tahoma" w:cs="Tahoma" w:hint="cs"/>
          <w:rtl/>
        </w:rPr>
        <w:t>ی‌</w:t>
      </w:r>
      <w:r w:rsidRPr="003D1BAB">
        <w:rPr>
          <w:rFonts w:ascii="Tahoma" w:hAnsi="Tahoma" w:cs="Tahoma" w:hint="eastAsia"/>
          <w:rtl/>
        </w:rPr>
        <w:t>ماندند</w:t>
      </w:r>
      <w:r w:rsidRPr="003D1BAB">
        <w:rPr>
          <w:rFonts w:ascii="Tahoma" w:hAnsi="Tahoma" w:cs="Tahoma"/>
          <w:rtl/>
        </w:rPr>
        <w:t>. صاحب‌منصب ممکن بود برکنار شود، ول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دانش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که در شاگردان و نوشته‌ها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ش</w:t>
      </w:r>
      <w:r w:rsidRPr="003D1BAB">
        <w:rPr>
          <w:rFonts w:ascii="Tahoma" w:hAnsi="Tahoma" w:cs="Tahoma"/>
          <w:rtl/>
        </w:rPr>
        <w:t xml:space="preserve"> برجا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گذاشته بود از م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ان</w:t>
      </w:r>
      <w:r w:rsidRPr="003D1BAB">
        <w:rPr>
          <w:rFonts w:ascii="Tahoma" w:hAnsi="Tahoma" w:cs="Tahoma"/>
          <w:rtl/>
        </w:rPr>
        <w:t xml:space="preserve"> نم</w:t>
      </w:r>
      <w:r w:rsidRPr="003D1BAB">
        <w:rPr>
          <w:rFonts w:ascii="Tahoma" w:hAnsi="Tahoma" w:cs="Tahoma" w:hint="cs"/>
          <w:rtl/>
        </w:rPr>
        <w:t>ی‌</w:t>
      </w:r>
      <w:r w:rsidRPr="003D1BAB">
        <w:rPr>
          <w:rFonts w:ascii="Tahoma" w:hAnsi="Tahoma" w:cs="Tahoma" w:hint="eastAsia"/>
          <w:rtl/>
        </w:rPr>
        <w:t>رفت</w:t>
      </w:r>
      <w:r w:rsidRPr="003D1BAB">
        <w:rPr>
          <w:rFonts w:ascii="Tahoma" w:hAnsi="Tahoma" w:cs="Tahoma"/>
          <w:rtl/>
        </w:rPr>
        <w:t>.</w:t>
      </w:r>
    </w:p>
    <w:p w:rsidR="003D1BAB" w:rsidRPr="003D1BAB" w:rsidRDefault="003D1BAB" w:rsidP="003D1BAB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D1BAB">
        <w:rPr>
          <w:rFonts w:ascii="Tahoma" w:hAnsi="Tahoma" w:cs="Tahoma" w:hint="eastAsia"/>
          <w:rtl/>
        </w:rPr>
        <w:t>قزلباشان</w:t>
      </w:r>
      <w:r w:rsidRPr="003D1BAB">
        <w:rPr>
          <w:rFonts w:ascii="Tahoma" w:hAnsi="Tahoma" w:cs="Tahoma"/>
          <w:rtl/>
        </w:rPr>
        <w:t xml:space="preserve"> 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ن</w:t>
      </w:r>
      <w:r w:rsidRPr="003D1BAB">
        <w:rPr>
          <w:rFonts w:ascii="Tahoma" w:hAnsi="Tahoma" w:cs="Tahoma"/>
          <w:rtl/>
        </w:rPr>
        <w:t xml:space="preserve"> گسترش را با آسودگ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کامل نم</w:t>
      </w:r>
      <w:r w:rsidRPr="003D1BAB">
        <w:rPr>
          <w:rFonts w:ascii="Tahoma" w:hAnsi="Tahoma" w:cs="Tahoma" w:hint="cs"/>
          <w:rtl/>
        </w:rPr>
        <w:t>ی‌</w:t>
      </w:r>
      <w:r w:rsidRPr="003D1BAB">
        <w:rPr>
          <w:rFonts w:ascii="Tahoma" w:hAnsi="Tahoma" w:cs="Tahoma" w:hint="eastAsia"/>
          <w:rtl/>
        </w:rPr>
        <w:t>نگر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ستند</w:t>
      </w:r>
      <w:r w:rsidRPr="003D1BAB">
        <w:rPr>
          <w:rFonts w:ascii="Tahoma" w:hAnsi="Tahoma" w:cs="Tahoma"/>
          <w:rtl/>
        </w:rPr>
        <w:t>. آنان خود را ن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رو</w:t>
      </w:r>
      <w:r w:rsidRPr="003D1BAB">
        <w:rPr>
          <w:rFonts w:ascii="Tahoma" w:hAnsi="Tahoma" w:cs="Tahoma" w:hint="cs"/>
          <w:rtl/>
        </w:rPr>
        <w:t>یی</w:t>
      </w:r>
      <w:r w:rsidRPr="003D1BAB">
        <w:rPr>
          <w:rFonts w:ascii="Tahoma" w:hAnsi="Tahoma" w:cs="Tahoma"/>
          <w:rtl/>
        </w:rPr>
        <w:t xml:space="preserve"> م</w:t>
      </w:r>
      <w:r w:rsidRPr="003D1BAB">
        <w:rPr>
          <w:rFonts w:ascii="Tahoma" w:hAnsi="Tahoma" w:cs="Tahoma" w:hint="cs"/>
          <w:rtl/>
        </w:rPr>
        <w:t>ی‌</w:t>
      </w:r>
      <w:r w:rsidRPr="003D1BAB">
        <w:rPr>
          <w:rFonts w:ascii="Tahoma" w:hAnsi="Tahoma" w:cs="Tahoma" w:hint="eastAsia"/>
          <w:rtl/>
        </w:rPr>
        <w:t>دانستند</w:t>
      </w:r>
      <w:r w:rsidRPr="003D1BAB">
        <w:rPr>
          <w:rFonts w:ascii="Tahoma" w:hAnsi="Tahoma" w:cs="Tahoma"/>
          <w:rtl/>
        </w:rPr>
        <w:t xml:space="preserve"> که خاندان صفو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را از خطر نابود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نجات داده، شاه اسماع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ل</w:t>
      </w:r>
      <w:r w:rsidRPr="003D1BAB">
        <w:rPr>
          <w:rFonts w:ascii="Tahoma" w:hAnsi="Tahoma" w:cs="Tahoma"/>
          <w:rtl/>
        </w:rPr>
        <w:t xml:space="preserve"> را به تبر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ز</w:t>
      </w:r>
      <w:r w:rsidRPr="003D1BAB">
        <w:rPr>
          <w:rFonts w:ascii="Tahoma" w:hAnsi="Tahoma" w:cs="Tahoma"/>
          <w:rtl/>
        </w:rPr>
        <w:t xml:space="preserve"> رسانده و کشور را با شمش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ر</w:t>
      </w:r>
      <w:r w:rsidRPr="003D1BAB">
        <w:rPr>
          <w:rFonts w:ascii="Tahoma" w:hAnsi="Tahoma" w:cs="Tahoma"/>
          <w:rtl/>
        </w:rPr>
        <w:t xml:space="preserve"> فتح کرده است. اکنون گروه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از د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نکاران،</w:t>
      </w:r>
      <w:r w:rsidRPr="003D1BAB">
        <w:rPr>
          <w:rFonts w:ascii="Tahoma" w:hAnsi="Tahoma" w:cs="Tahoma"/>
          <w:rtl/>
        </w:rPr>
        <w:t xml:space="preserve"> که بس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ار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از آنان پس از پ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روز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وارد 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ران</w:t>
      </w:r>
      <w:r w:rsidRPr="003D1BAB">
        <w:rPr>
          <w:rFonts w:ascii="Tahoma" w:hAnsi="Tahoma" w:cs="Tahoma"/>
          <w:rtl/>
        </w:rPr>
        <w:t xml:space="preserve"> ش</w:t>
      </w:r>
      <w:r w:rsidRPr="003D1BAB">
        <w:rPr>
          <w:rFonts w:ascii="Tahoma" w:hAnsi="Tahoma" w:cs="Tahoma" w:hint="eastAsia"/>
          <w:rtl/>
        </w:rPr>
        <w:t>ده</w:t>
      </w:r>
      <w:r w:rsidRPr="003D1BAB">
        <w:rPr>
          <w:rFonts w:ascii="Tahoma" w:hAnsi="Tahoma" w:cs="Tahoma"/>
          <w:rtl/>
        </w:rPr>
        <w:t xml:space="preserve"> بودند، مقام، زم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ن،</w:t>
      </w:r>
      <w:r w:rsidRPr="003D1BAB">
        <w:rPr>
          <w:rFonts w:ascii="Tahoma" w:hAnsi="Tahoma" w:cs="Tahoma"/>
          <w:rtl/>
        </w:rPr>
        <w:t xml:space="preserve"> درآمد و نفوذ م</w:t>
      </w:r>
      <w:r w:rsidRPr="003D1BAB">
        <w:rPr>
          <w:rFonts w:ascii="Tahoma" w:hAnsi="Tahoma" w:cs="Tahoma" w:hint="cs"/>
          <w:rtl/>
        </w:rPr>
        <w:t>ی‌</w:t>
      </w:r>
      <w:r w:rsidRPr="003D1BAB">
        <w:rPr>
          <w:rFonts w:ascii="Tahoma" w:hAnsi="Tahoma" w:cs="Tahoma" w:hint="eastAsia"/>
          <w:rtl/>
        </w:rPr>
        <w:t>گرفتند</w:t>
      </w:r>
      <w:r w:rsidRPr="003D1BAB">
        <w:rPr>
          <w:rFonts w:ascii="Tahoma" w:hAnsi="Tahoma" w:cs="Tahoma"/>
          <w:rtl/>
        </w:rPr>
        <w:t xml:space="preserve"> و م</w:t>
      </w:r>
      <w:r w:rsidRPr="003D1BAB">
        <w:rPr>
          <w:rFonts w:ascii="Tahoma" w:hAnsi="Tahoma" w:cs="Tahoma" w:hint="cs"/>
          <w:rtl/>
        </w:rPr>
        <w:t>ی‌</w:t>
      </w:r>
      <w:r w:rsidRPr="003D1BAB">
        <w:rPr>
          <w:rFonts w:ascii="Tahoma" w:hAnsi="Tahoma" w:cs="Tahoma" w:hint="eastAsia"/>
          <w:rtl/>
        </w:rPr>
        <w:t>کوش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دند</w:t>
      </w:r>
      <w:r w:rsidRPr="003D1BAB">
        <w:rPr>
          <w:rFonts w:ascii="Tahoma" w:hAnsi="Tahoma" w:cs="Tahoma"/>
          <w:rtl/>
        </w:rPr>
        <w:t xml:space="preserve"> رفتار مذهب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قزلباشان را ن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ز</w:t>
      </w:r>
      <w:r w:rsidRPr="003D1BAB">
        <w:rPr>
          <w:rFonts w:ascii="Tahoma" w:hAnsi="Tahoma" w:cs="Tahoma"/>
          <w:rtl/>
        </w:rPr>
        <w:t xml:space="preserve"> با مع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ارها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فقه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بسنجند.</w:t>
      </w:r>
    </w:p>
    <w:p w:rsidR="003D1BAB" w:rsidRPr="003D1BAB" w:rsidRDefault="003D1BAB" w:rsidP="003D1BAB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D1BAB">
        <w:rPr>
          <w:rFonts w:ascii="Tahoma" w:hAnsi="Tahoma" w:cs="Tahoma" w:hint="eastAsia"/>
          <w:rtl/>
        </w:rPr>
        <w:t>باور</w:t>
      </w:r>
      <w:r w:rsidRPr="003D1BAB">
        <w:rPr>
          <w:rFonts w:ascii="Tahoma" w:hAnsi="Tahoma" w:cs="Tahoma"/>
          <w:rtl/>
        </w:rPr>
        <w:t xml:space="preserve"> قزلباشان به مقام مرشد گاه با تش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ع</w:t>
      </w:r>
      <w:r w:rsidRPr="003D1BAB">
        <w:rPr>
          <w:rFonts w:ascii="Tahoma" w:hAnsi="Tahoma" w:cs="Tahoma"/>
          <w:rtl/>
        </w:rPr>
        <w:t xml:space="preserve"> فق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هان</w:t>
      </w:r>
      <w:r w:rsidRPr="003D1BAB">
        <w:rPr>
          <w:rFonts w:ascii="Tahoma" w:hAnsi="Tahoma" w:cs="Tahoma"/>
          <w:rtl/>
        </w:rPr>
        <w:t xml:space="preserve"> سازگار نبود. فق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هان</w:t>
      </w:r>
      <w:r w:rsidRPr="003D1BAB">
        <w:rPr>
          <w:rFonts w:ascii="Tahoma" w:hAnsi="Tahoma" w:cs="Tahoma"/>
          <w:rtl/>
        </w:rPr>
        <w:t xml:space="preserve"> نم</w:t>
      </w:r>
      <w:r w:rsidRPr="003D1BAB">
        <w:rPr>
          <w:rFonts w:ascii="Tahoma" w:hAnsi="Tahoma" w:cs="Tahoma" w:hint="cs"/>
          <w:rtl/>
        </w:rPr>
        <w:t>ی‌</w:t>
      </w:r>
      <w:r w:rsidRPr="003D1BAB">
        <w:rPr>
          <w:rFonts w:ascii="Tahoma" w:hAnsi="Tahoma" w:cs="Tahoma" w:hint="eastAsia"/>
          <w:rtl/>
        </w:rPr>
        <w:t>توانستند</w:t>
      </w:r>
      <w:r w:rsidRPr="003D1BAB">
        <w:rPr>
          <w:rFonts w:ascii="Tahoma" w:hAnsi="Tahoma" w:cs="Tahoma"/>
          <w:rtl/>
        </w:rPr>
        <w:t xml:space="preserve"> مقام شاه غ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رمعصوم</w:t>
      </w:r>
      <w:r w:rsidRPr="003D1BAB">
        <w:rPr>
          <w:rFonts w:ascii="Tahoma" w:hAnsi="Tahoma" w:cs="Tahoma"/>
          <w:rtl/>
        </w:rPr>
        <w:t xml:space="preserve"> را با جا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گاه</w:t>
      </w:r>
      <w:r w:rsidRPr="003D1BAB">
        <w:rPr>
          <w:rFonts w:ascii="Tahoma" w:hAnsi="Tahoma" w:cs="Tahoma"/>
          <w:rtl/>
        </w:rPr>
        <w:t xml:space="preserve"> امامان 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کسان</w:t>
      </w:r>
      <w:r w:rsidRPr="003D1BAB">
        <w:rPr>
          <w:rFonts w:ascii="Tahoma" w:hAnsi="Tahoma" w:cs="Tahoma"/>
          <w:rtl/>
        </w:rPr>
        <w:t xml:space="preserve"> بدانند 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ا</w:t>
      </w:r>
      <w:r w:rsidRPr="003D1BAB">
        <w:rPr>
          <w:rFonts w:ascii="Tahoma" w:hAnsi="Tahoma" w:cs="Tahoma"/>
          <w:rtl/>
        </w:rPr>
        <w:t xml:space="preserve"> همهٔ اعمال برخاسته از سنت‌ها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قب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له‌ا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و طر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قت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را بپذ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رند</w:t>
      </w:r>
      <w:r w:rsidRPr="003D1BAB">
        <w:rPr>
          <w:rFonts w:ascii="Tahoma" w:hAnsi="Tahoma" w:cs="Tahoma"/>
          <w:rtl/>
        </w:rPr>
        <w:t>. آنان م</w:t>
      </w:r>
      <w:r w:rsidRPr="003D1BAB">
        <w:rPr>
          <w:rFonts w:ascii="Tahoma" w:hAnsi="Tahoma" w:cs="Tahoma" w:hint="cs"/>
          <w:rtl/>
        </w:rPr>
        <w:t>ی‌</w:t>
      </w:r>
      <w:r w:rsidRPr="003D1BAB">
        <w:rPr>
          <w:rFonts w:ascii="Tahoma" w:hAnsi="Tahoma" w:cs="Tahoma" w:hint="eastAsia"/>
          <w:rtl/>
        </w:rPr>
        <w:t>کوش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دند</w:t>
      </w:r>
      <w:r w:rsidRPr="003D1BAB">
        <w:rPr>
          <w:rFonts w:ascii="Tahoma" w:hAnsi="Tahoma" w:cs="Tahoma"/>
          <w:rtl/>
        </w:rPr>
        <w:t xml:space="preserve"> تش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ع</w:t>
      </w:r>
      <w:r w:rsidRPr="003D1BAB">
        <w:rPr>
          <w:rFonts w:ascii="Tahoma" w:hAnsi="Tahoma" w:cs="Tahoma"/>
          <w:rtl/>
        </w:rPr>
        <w:t xml:space="preserve"> را از شور مر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دان</w:t>
      </w:r>
      <w:r w:rsidRPr="003D1BAB">
        <w:rPr>
          <w:rFonts w:ascii="Tahoma" w:hAnsi="Tahoma" w:cs="Tahoma"/>
          <w:rtl/>
        </w:rPr>
        <w:t xml:space="preserve"> به مجموعه‌ا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از احکام و م</w:t>
      </w:r>
      <w:r w:rsidRPr="003D1BAB">
        <w:rPr>
          <w:rFonts w:ascii="Tahoma" w:hAnsi="Tahoma" w:cs="Tahoma" w:hint="eastAsia"/>
          <w:rtl/>
        </w:rPr>
        <w:t>رزها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اعتقاد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تبد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ل</w:t>
      </w:r>
      <w:r w:rsidRPr="003D1BAB">
        <w:rPr>
          <w:rFonts w:ascii="Tahoma" w:hAnsi="Tahoma" w:cs="Tahoma"/>
          <w:rtl/>
        </w:rPr>
        <w:t xml:space="preserve"> کنند. 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ن</w:t>
      </w:r>
      <w:r w:rsidRPr="003D1BAB">
        <w:rPr>
          <w:rFonts w:ascii="Tahoma" w:hAnsi="Tahoma" w:cs="Tahoma"/>
          <w:rtl/>
        </w:rPr>
        <w:t xml:space="preserve"> کوشش، اقتدار مذهب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شاه در مقام مرشد و جا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گاه</w:t>
      </w:r>
      <w:r w:rsidRPr="003D1BAB">
        <w:rPr>
          <w:rFonts w:ascii="Tahoma" w:hAnsi="Tahoma" w:cs="Tahoma"/>
          <w:rtl/>
        </w:rPr>
        <w:t xml:space="preserve"> قزلباشان را محدود م</w:t>
      </w:r>
      <w:r w:rsidRPr="003D1BAB">
        <w:rPr>
          <w:rFonts w:ascii="Tahoma" w:hAnsi="Tahoma" w:cs="Tahoma" w:hint="cs"/>
          <w:rtl/>
        </w:rPr>
        <w:t>ی‌</w:t>
      </w:r>
      <w:r w:rsidRPr="003D1BAB">
        <w:rPr>
          <w:rFonts w:ascii="Tahoma" w:hAnsi="Tahoma" w:cs="Tahoma" w:hint="eastAsia"/>
          <w:rtl/>
        </w:rPr>
        <w:t>ساخت</w:t>
      </w:r>
      <w:r w:rsidRPr="003D1BAB">
        <w:rPr>
          <w:rFonts w:ascii="Tahoma" w:hAnsi="Tahoma" w:cs="Tahoma"/>
          <w:rtl/>
        </w:rPr>
        <w:t>.</w:t>
      </w:r>
    </w:p>
    <w:p w:rsidR="003D1BAB" w:rsidRPr="003D1BAB" w:rsidRDefault="003D1BAB" w:rsidP="003D1BAB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D1BAB">
        <w:rPr>
          <w:rFonts w:ascii="Tahoma" w:hAnsi="Tahoma" w:cs="Tahoma" w:hint="eastAsia"/>
          <w:rtl/>
        </w:rPr>
        <w:t>شاه</w:t>
      </w:r>
      <w:r w:rsidRPr="003D1BAB">
        <w:rPr>
          <w:rFonts w:ascii="Tahoma" w:hAnsi="Tahoma" w:cs="Tahoma"/>
          <w:rtl/>
        </w:rPr>
        <w:t xml:space="preserve"> از 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ن</w:t>
      </w:r>
      <w:r w:rsidRPr="003D1BAB">
        <w:rPr>
          <w:rFonts w:ascii="Tahoma" w:hAnsi="Tahoma" w:cs="Tahoma"/>
          <w:rtl/>
        </w:rPr>
        <w:t xml:space="preserve"> رقابت سود م</w:t>
      </w:r>
      <w:r w:rsidRPr="003D1BAB">
        <w:rPr>
          <w:rFonts w:ascii="Tahoma" w:hAnsi="Tahoma" w:cs="Tahoma" w:hint="cs"/>
          <w:rtl/>
        </w:rPr>
        <w:t>ی‌</w:t>
      </w:r>
      <w:r w:rsidRPr="003D1BAB">
        <w:rPr>
          <w:rFonts w:ascii="Tahoma" w:hAnsi="Tahoma" w:cs="Tahoma" w:hint="eastAsia"/>
          <w:rtl/>
        </w:rPr>
        <w:t>برد</w:t>
      </w:r>
      <w:r w:rsidRPr="003D1BAB">
        <w:rPr>
          <w:rFonts w:ascii="Tahoma" w:hAnsi="Tahoma" w:cs="Tahoma"/>
          <w:rtl/>
        </w:rPr>
        <w:t>. اگر قزلباشان تنها ن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رو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نظام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و مذهب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حکومت باق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م</w:t>
      </w:r>
      <w:r w:rsidRPr="003D1BAB">
        <w:rPr>
          <w:rFonts w:ascii="Tahoma" w:hAnsi="Tahoma" w:cs="Tahoma" w:hint="cs"/>
          <w:rtl/>
        </w:rPr>
        <w:t>ی‌</w:t>
      </w:r>
      <w:r w:rsidRPr="003D1BAB">
        <w:rPr>
          <w:rFonts w:ascii="Tahoma" w:hAnsi="Tahoma" w:cs="Tahoma" w:hint="eastAsia"/>
          <w:rtl/>
        </w:rPr>
        <w:t>ماندند،</w:t>
      </w:r>
      <w:r w:rsidRPr="003D1BAB">
        <w:rPr>
          <w:rFonts w:ascii="Tahoma" w:hAnsi="Tahoma" w:cs="Tahoma"/>
          <w:rtl/>
        </w:rPr>
        <w:t xml:space="preserve"> تاج به سران قبا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ل</w:t>
      </w:r>
      <w:r w:rsidRPr="003D1BAB">
        <w:rPr>
          <w:rFonts w:ascii="Tahoma" w:hAnsi="Tahoma" w:cs="Tahoma"/>
          <w:rtl/>
        </w:rPr>
        <w:t xml:space="preserve"> وابسته م</w:t>
      </w:r>
      <w:r w:rsidRPr="003D1BAB">
        <w:rPr>
          <w:rFonts w:ascii="Tahoma" w:hAnsi="Tahoma" w:cs="Tahoma" w:hint="cs"/>
          <w:rtl/>
        </w:rPr>
        <w:t>ی‌</w:t>
      </w:r>
      <w:r w:rsidRPr="003D1BAB">
        <w:rPr>
          <w:rFonts w:ascii="Tahoma" w:hAnsi="Tahoma" w:cs="Tahoma" w:hint="eastAsia"/>
          <w:rtl/>
        </w:rPr>
        <w:t>شد</w:t>
      </w:r>
      <w:r w:rsidRPr="003D1BAB">
        <w:rPr>
          <w:rFonts w:ascii="Tahoma" w:hAnsi="Tahoma" w:cs="Tahoma"/>
          <w:rtl/>
        </w:rPr>
        <w:t>. تقو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ت</w:t>
      </w:r>
      <w:r w:rsidRPr="003D1BAB">
        <w:rPr>
          <w:rFonts w:ascii="Tahoma" w:hAnsi="Tahoma" w:cs="Tahoma"/>
          <w:rtl/>
        </w:rPr>
        <w:t xml:space="preserve"> د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نکاران</w:t>
      </w:r>
      <w:r w:rsidRPr="003D1BAB">
        <w:rPr>
          <w:rFonts w:ascii="Tahoma" w:hAnsi="Tahoma" w:cs="Tahoma"/>
          <w:rtl/>
        </w:rPr>
        <w:t xml:space="preserve"> و د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وانسالاران</w:t>
      </w:r>
      <w:r w:rsidRPr="003D1BAB">
        <w:rPr>
          <w:rFonts w:ascii="Tahoma" w:hAnsi="Tahoma" w:cs="Tahoma"/>
          <w:rtl/>
        </w:rPr>
        <w:t xml:space="preserve"> به شاه امکان م</w:t>
      </w:r>
      <w:r w:rsidRPr="003D1BAB">
        <w:rPr>
          <w:rFonts w:ascii="Tahoma" w:hAnsi="Tahoma" w:cs="Tahoma" w:hint="cs"/>
          <w:rtl/>
        </w:rPr>
        <w:t>ی‌</w:t>
      </w:r>
      <w:r w:rsidRPr="003D1BAB">
        <w:rPr>
          <w:rFonts w:ascii="Tahoma" w:hAnsi="Tahoma" w:cs="Tahoma" w:hint="eastAsia"/>
          <w:rtl/>
        </w:rPr>
        <w:t>داد</w:t>
      </w:r>
      <w:r w:rsidRPr="003D1BAB">
        <w:rPr>
          <w:rFonts w:ascii="Tahoma" w:hAnsi="Tahoma" w:cs="Tahoma"/>
          <w:rtl/>
        </w:rPr>
        <w:t xml:space="preserve"> در برابر قشون تک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ه‌گاه‌ها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د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گر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پ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دا</w:t>
      </w:r>
      <w:r w:rsidRPr="003D1BAB">
        <w:rPr>
          <w:rFonts w:ascii="Tahoma" w:hAnsi="Tahoma" w:cs="Tahoma"/>
          <w:rtl/>
        </w:rPr>
        <w:t xml:space="preserve"> کند. هرچه مذهب رسم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ب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شتر</w:t>
      </w:r>
      <w:r w:rsidRPr="003D1BAB">
        <w:rPr>
          <w:rFonts w:ascii="Tahoma" w:hAnsi="Tahoma" w:cs="Tahoma"/>
          <w:rtl/>
        </w:rPr>
        <w:t xml:space="preserve"> از طر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قت</w:t>
      </w:r>
      <w:r w:rsidRPr="003D1BAB">
        <w:rPr>
          <w:rFonts w:ascii="Tahoma" w:hAnsi="Tahoma" w:cs="Tahoma"/>
          <w:rtl/>
        </w:rPr>
        <w:t xml:space="preserve"> قزلباش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فاصل</w:t>
      </w:r>
      <w:r w:rsidRPr="003D1BAB">
        <w:rPr>
          <w:rFonts w:ascii="Tahoma" w:hAnsi="Tahoma" w:cs="Tahoma" w:hint="eastAsia"/>
          <w:rtl/>
        </w:rPr>
        <w:t>ه</w:t>
      </w:r>
      <w:r w:rsidRPr="003D1BAB">
        <w:rPr>
          <w:rFonts w:ascii="Tahoma" w:hAnsi="Tahoma" w:cs="Tahoma"/>
          <w:rtl/>
        </w:rPr>
        <w:t xml:space="preserve"> م</w:t>
      </w:r>
      <w:r w:rsidRPr="003D1BAB">
        <w:rPr>
          <w:rFonts w:ascii="Tahoma" w:hAnsi="Tahoma" w:cs="Tahoma" w:hint="cs"/>
          <w:rtl/>
        </w:rPr>
        <w:t>ی‌</w:t>
      </w:r>
      <w:r w:rsidRPr="003D1BAB">
        <w:rPr>
          <w:rFonts w:ascii="Tahoma" w:hAnsi="Tahoma" w:cs="Tahoma" w:hint="eastAsia"/>
          <w:rtl/>
        </w:rPr>
        <w:t>گرفت</w:t>
      </w:r>
      <w:r w:rsidRPr="003D1BAB">
        <w:rPr>
          <w:rFonts w:ascii="Tahoma" w:hAnsi="Tahoma" w:cs="Tahoma"/>
          <w:rtl/>
        </w:rPr>
        <w:t xml:space="preserve"> و به فقه دوازده‌امام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نزد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ک</w:t>
      </w:r>
      <w:r w:rsidRPr="003D1BAB">
        <w:rPr>
          <w:rFonts w:ascii="Tahoma" w:hAnsi="Tahoma" w:cs="Tahoma"/>
          <w:rtl/>
        </w:rPr>
        <w:t xml:space="preserve"> م</w:t>
      </w:r>
      <w:r w:rsidRPr="003D1BAB">
        <w:rPr>
          <w:rFonts w:ascii="Tahoma" w:hAnsi="Tahoma" w:cs="Tahoma" w:hint="cs"/>
          <w:rtl/>
        </w:rPr>
        <w:t>ی‌</w:t>
      </w:r>
      <w:r w:rsidRPr="003D1BAB">
        <w:rPr>
          <w:rFonts w:ascii="Tahoma" w:hAnsi="Tahoma" w:cs="Tahoma" w:hint="eastAsia"/>
          <w:rtl/>
        </w:rPr>
        <w:t>شد،</w:t>
      </w:r>
      <w:r w:rsidRPr="003D1BAB">
        <w:rPr>
          <w:rFonts w:ascii="Tahoma" w:hAnsi="Tahoma" w:cs="Tahoma"/>
          <w:rtl/>
        </w:rPr>
        <w:t xml:space="preserve"> انحصار قزلباشان بر رابطه با شاه کاهش م</w:t>
      </w:r>
      <w:r w:rsidRPr="003D1BAB">
        <w:rPr>
          <w:rFonts w:ascii="Tahoma" w:hAnsi="Tahoma" w:cs="Tahoma" w:hint="cs"/>
          <w:rtl/>
        </w:rPr>
        <w:t>ی‌ی</w:t>
      </w:r>
      <w:r w:rsidRPr="003D1BAB">
        <w:rPr>
          <w:rFonts w:ascii="Tahoma" w:hAnsi="Tahoma" w:cs="Tahoma" w:hint="eastAsia"/>
          <w:rtl/>
        </w:rPr>
        <w:t>افت</w:t>
      </w:r>
      <w:r w:rsidRPr="003D1BAB">
        <w:rPr>
          <w:rFonts w:ascii="Tahoma" w:hAnsi="Tahoma" w:cs="Tahoma"/>
          <w:rtl/>
        </w:rPr>
        <w:t>.</w:t>
      </w:r>
    </w:p>
    <w:p w:rsidR="003D1BAB" w:rsidRPr="003D1BAB" w:rsidRDefault="003D1BAB" w:rsidP="003D1BAB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D1BAB">
        <w:rPr>
          <w:rFonts w:ascii="Tahoma" w:hAnsi="Tahoma" w:cs="Tahoma" w:hint="eastAsia"/>
          <w:rtl/>
        </w:rPr>
        <w:t>اما</w:t>
      </w:r>
      <w:r w:rsidRPr="003D1BAB">
        <w:rPr>
          <w:rFonts w:ascii="Tahoma" w:hAnsi="Tahoma" w:cs="Tahoma"/>
          <w:rtl/>
        </w:rPr>
        <w:t xml:space="preserve"> تقو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ت</w:t>
      </w:r>
      <w:r w:rsidRPr="003D1BAB">
        <w:rPr>
          <w:rFonts w:ascii="Tahoma" w:hAnsi="Tahoma" w:cs="Tahoma"/>
          <w:rtl/>
        </w:rPr>
        <w:t xml:space="preserve"> د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نکاران</w:t>
      </w:r>
      <w:r w:rsidRPr="003D1BAB">
        <w:rPr>
          <w:rFonts w:ascii="Tahoma" w:hAnsi="Tahoma" w:cs="Tahoma"/>
          <w:rtl/>
        </w:rPr>
        <w:t xml:space="preserve"> ن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ز</w:t>
      </w:r>
      <w:r w:rsidRPr="003D1BAB">
        <w:rPr>
          <w:rFonts w:ascii="Tahoma" w:hAnsi="Tahoma" w:cs="Tahoma"/>
          <w:rtl/>
        </w:rPr>
        <w:t xml:space="preserve"> م</w:t>
      </w:r>
      <w:r w:rsidRPr="003D1BAB">
        <w:rPr>
          <w:rFonts w:ascii="Tahoma" w:hAnsi="Tahoma" w:cs="Tahoma" w:hint="cs"/>
          <w:rtl/>
        </w:rPr>
        <w:t>ی‌</w:t>
      </w:r>
      <w:r w:rsidRPr="003D1BAB">
        <w:rPr>
          <w:rFonts w:ascii="Tahoma" w:hAnsi="Tahoma" w:cs="Tahoma" w:hint="eastAsia"/>
          <w:rtl/>
        </w:rPr>
        <w:t>توانست</w:t>
      </w:r>
      <w:r w:rsidRPr="003D1BAB">
        <w:rPr>
          <w:rFonts w:ascii="Tahoma" w:hAnsi="Tahoma" w:cs="Tahoma"/>
          <w:rtl/>
        </w:rPr>
        <w:t xml:space="preserve"> در آ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نده</w:t>
      </w:r>
      <w:r w:rsidRPr="003D1BAB">
        <w:rPr>
          <w:rFonts w:ascii="Tahoma" w:hAnsi="Tahoma" w:cs="Tahoma"/>
          <w:rtl/>
        </w:rPr>
        <w:t xml:space="preserve"> قدرت تاج را محدود کند. فق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ه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که فقط کارمند شاه بود خطر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نداشت، ول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فق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ه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که مدرسه، موقوفه، شاگردان و اعتماد مردم را در اخت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ار</w:t>
      </w:r>
      <w:r w:rsidRPr="003D1BAB">
        <w:rPr>
          <w:rFonts w:ascii="Tahoma" w:hAnsi="Tahoma" w:cs="Tahoma"/>
          <w:rtl/>
        </w:rPr>
        <w:t xml:space="preserve"> داشت م</w:t>
      </w:r>
      <w:r w:rsidRPr="003D1BAB">
        <w:rPr>
          <w:rFonts w:ascii="Tahoma" w:hAnsi="Tahoma" w:cs="Tahoma" w:hint="cs"/>
          <w:rtl/>
        </w:rPr>
        <w:t>ی‌</w:t>
      </w:r>
      <w:r w:rsidRPr="003D1BAB">
        <w:rPr>
          <w:rFonts w:ascii="Tahoma" w:hAnsi="Tahoma" w:cs="Tahoma" w:hint="eastAsia"/>
          <w:rtl/>
        </w:rPr>
        <w:t>توانست</w:t>
      </w:r>
      <w:r w:rsidRPr="003D1BAB">
        <w:rPr>
          <w:rFonts w:ascii="Tahoma" w:hAnsi="Tahoma" w:cs="Tahoma"/>
          <w:rtl/>
        </w:rPr>
        <w:t xml:space="preserve"> بدون منصب رسم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ن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ز</w:t>
      </w:r>
      <w:r w:rsidRPr="003D1BAB">
        <w:rPr>
          <w:rFonts w:ascii="Tahoma" w:hAnsi="Tahoma" w:cs="Tahoma"/>
          <w:rtl/>
        </w:rPr>
        <w:t xml:space="preserve"> نفوذ خود را حفظ کند. حکومت با ساختن دستگاه د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ن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،</w:t>
      </w:r>
      <w:r w:rsidRPr="003D1BAB">
        <w:rPr>
          <w:rFonts w:ascii="Tahoma" w:hAnsi="Tahoma" w:cs="Tahoma"/>
          <w:rtl/>
        </w:rPr>
        <w:t xml:space="preserve"> هم ن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>رو</w:t>
      </w:r>
      <w:r w:rsidRPr="003D1BAB">
        <w:rPr>
          <w:rFonts w:ascii="Tahoma" w:hAnsi="Tahoma" w:cs="Tahoma" w:hint="cs"/>
          <w:rtl/>
        </w:rPr>
        <w:t>یی</w:t>
      </w:r>
      <w:r w:rsidRPr="003D1BAB">
        <w:rPr>
          <w:rFonts w:ascii="Tahoma" w:hAnsi="Tahoma" w:cs="Tahoma"/>
          <w:rtl/>
        </w:rPr>
        <w:t xml:space="preserve"> برا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مهار قزلباشان 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جاد</w:t>
      </w:r>
      <w:r w:rsidRPr="003D1BAB">
        <w:rPr>
          <w:rFonts w:ascii="Tahoma" w:hAnsi="Tahoma" w:cs="Tahoma"/>
          <w:rtl/>
        </w:rPr>
        <w:t xml:space="preserve"> م</w:t>
      </w:r>
      <w:r w:rsidRPr="003D1BAB">
        <w:rPr>
          <w:rFonts w:ascii="Tahoma" w:hAnsi="Tahoma" w:cs="Tahoma" w:hint="cs"/>
          <w:rtl/>
        </w:rPr>
        <w:t>ی‌</w:t>
      </w:r>
      <w:r w:rsidRPr="003D1BAB">
        <w:rPr>
          <w:rFonts w:ascii="Tahoma" w:hAnsi="Tahoma" w:cs="Tahoma" w:hint="eastAsia"/>
          <w:rtl/>
        </w:rPr>
        <w:t>کرد</w:t>
      </w:r>
      <w:r w:rsidRPr="003D1BAB">
        <w:rPr>
          <w:rFonts w:ascii="Tahoma" w:hAnsi="Tahoma" w:cs="Tahoma"/>
          <w:rtl/>
        </w:rPr>
        <w:t xml:space="preserve"> و هم پا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ه‌ها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ن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رو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مستقل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را م</w:t>
      </w:r>
      <w:r w:rsidRPr="003D1BAB">
        <w:rPr>
          <w:rFonts w:ascii="Tahoma" w:hAnsi="Tahoma" w:cs="Tahoma" w:hint="cs"/>
          <w:rtl/>
        </w:rPr>
        <w:t>ی‌</w:t>
      </w:r>
      <w:r w:rsidRPr="003D1BAB">
        <w:rPr>
          <w:rFonts w:ascii="Tahoma" w:hAnsi="Tahoma" w:cs="Tahoma" w:hint="eastAsia"/>
          <w:rtl/>
        </w:rPr>
        <w:t>گذاشت</w:t>
      </w:r>
      <w:r w:rsidRPr="003D1BAB">
        <w:rPr>
          <w:rFonts w:ascii="Tahoma" w:hAnsi="Tahoma" w:cs="Tahoma"/>
          <w:rtl/>
        </w:rPr>
        <w:t xml:space="preserve"> که شا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د</w:t>
      </w:r>
      <w:r w:rsidRPr="003D1BAB">
        <w:rPr>
          <w:rFonts w:ascii="Tahoma" w:hAnsi="Tahoma" w:cs="Tahoma"/>
          <w:rtl/>
        </w:rPr>
        <w:t xml:space="preserve"> روز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در برابر خود تاج قرار گ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رد</w:t>
      </w:r>
      <w:r w:rsidRPr="003D1BAB">
        <w:rPr>
          <w:rFonts w:ascii="Tahoma" w:hAnsi="Tahoma" w:cs="Tahoma"/>
          <w:rtl/>
        </w:rPr>
        <w:t>.</w:t>
      </w:r>
    </w:p>
    <w:p w:rsidR="003D1BAB" w:rsidRPr="003D1BAB" w:rsidRDefault="003D1BAB" w:rsidP="003D1BAB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D1BAB">
        <w:rPr>
          <w:rFonts w:ascii="Tahoma" w:hAnsi="Tahoma" w:cs="Tahoma" w:hint="eastAsia"/>
          <w:rtl/>
        </w:rPr>
        <w:t>د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وان</w:t>
      </w:r>
      <w:r w:rsidRPr="003D1BAB">
        <w:rPr>
          <w:rFonts w:ascii="Tahoma" w:hAnsi="Tahoma" w:cs="Tahoma"/>
          <w:rtl/>
        </w:rPr>
        <w:t xml:space="preserve"> در 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ن</w:t>
      </w:r>
      <w:r w:rsidRPr="003D1BAB">
        <w:rPr>
          <w:rFonts w:ascii="Tahoma" w:hAnsi="Tahoma" w:cs="Tahoma"/>
          <w:rtl/>
        </w:rPr>
        <w:t xml:space="preserve"> م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ان</w:t>
      </w:r>
      <w:r w:rsidRPr="003D1BAB">
        <w:rPr>
          <w:rFonts w:ascii="Tahoma" w:hAnsi="Tahoma" w:cs="Tahoma"/>
          <w:rtl/>
        </w:rPr>
        <w:t xml:space="preserve"> وظ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فه‌ا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دوگانه داشت. از 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ک</w:t>
      </w:r>
      <w:r w:rsidRPr="003D1BAB">
        <w:rPr>
          <w:rFonts w:ascii="Tahoma" w:hAnsi="Tahoma" w:cs="Tahoma"/>
          <w:rtl/>
        </w:rPr>
        <w:t xml:space="preserve"> سو، با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د</w:t>
      </w:r>
      <w:r w:rsidRPr="003D1BAB">
        <w:rPr>
          <w:rFonts w:ascii="Tahoma" w:hAnsi="Tahoma" w:cs="Tahoma"/>
          <w:rtl/>
        </w:rPr>
        <w:t xml:space="preserve"> فرمان شاه دربارهٔ مقام‌ها، موقوفات و مدارس را ثبت و اجرا م</w:t>
      </w:r>
      <w:r w:rsidRPr="003D1BAB">
        <w:rPr>
          <w:rFonts w:ascii="Tahoma" w:hAnsi="Tahoma" w:cs="Tahoma" w:hint="cs"/>
          <w:rtl/>
        </w:rPr>
        <w:t>ی‌</w:t>
      </w:r>
      <w:r w:rsidRPr="003D1BAB">
        <w:rPr>
          <w:rFonts w:ascii="Tahoma" w:hAnsi="Tahoma" w:cs="Tahoma" w:hint="eastAsia"/>
          <w:rtl/>
        </w:rPr>
        <w:t>کرد</w:t>
      </w:r>
      <w:r w:rsidRPr="003D1BAB">
        <w:rPr>
          <w:rFonts w:ascii="Tahoma" w:hAnsi="Tahoma" w:cs="Tahoma"/>
          <w:rtl/>
        </w:rPr>
        <w:t>. از سو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د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گر،</w:t>
      </w:r>
      <w:r w:rsidRPr="003D1BAB">
        <w:rPr>
          <w:rFonts w:ascii="Tahoma" w:hAnsi="Tahoma" w:cs="Tahoma"/>
          <w:rtl/>
        </w:rPr>
        <w:t xml:space="preserve"> با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د</w:t>
      </w:r>
      <w:r w:rsidRPr="003D1BAB">
        <w:rPr>
          <w:rFonts w:ascii="Tahoma" w:hAnsi="Tahoma" w:cs="Tahoma"/>
          <w:rtl/>
        </w:rPr>
        <w:t xml:space="preserve"> مراقب م</w:t>
      </w:r>
      <w:r w:rsidRPr="003D1BAB">
        <w:rPr>
          <w:rFonts w:ascii="Tahoma" w:hAnsi="Tahoma" w:cs="Tahoma" w:hint="cs"/>
          <w:rtl/>
        </w:rPr>
        <w:t>ی‌</w:t>
      </w:r>
      <w:r w:rsidRPr="003D1BAB">
        <w:rPr>
          <w:rFonts w:ascii="Tahoma" w:hAnsi="Tahoma" w:cs="Tahoma" w:hint="eastAsia"/>
          <w:rtl/>
        </w:rPr>
        <w:t>بود</w:t>
      </w:r>
      <w:r w:rsidRPr="003D1BAB">
        <w:rPr>
          <w:rFonts w:ascii="Tahoma" w:hAnsi="Tahoma" w:cs="Tahoma"/>
          <w:rtl/>
        </w:rPr>
        <w:t xml:space="preserve"> که گسترش معاف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ت‌ها</w:t>
      </w:r>
      <w:r w:rsidRPr="003D1BAB">
        <w:rPr>
          <w:rFonts w:ascii="Tahoma" w:hAnsi="Tahoma" w:cs="Tahoma"/>
          <w:rtl/>
        </w:rPr>
        <w:t xml:space="preserve"> و املاک وقف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درآمد حکومت را از م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ان</w:t>
      </w:r>
      <w:r w:rsidRPr="003D1BAB">
        <w:rPr>
          <w:rFonts w:ascii="Tahoma" w:hAnsi="Tahoma" w:cs="Tahoma"/>
          <w:rtl/>
        </w:rPr>
        <w:t xml:space="preserve"> نبرد. قشون برا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دفاع از کشور و دربار برا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ادارهٔ ح</w:t>
      </w:r>
      <w:r w:rsidRPr="003D1BAB">
        <w:rPr>
          <w:rFonts w:ascii="Tahoma" w:hAnsi="Tahoma" w:cs="Tahoma" w:hint="eastAsia"/>
          <w:rtl/>
        </w:rPr>
        <w:t>کومت</w:t>
      </w:r>
      <w:r w:rsidRPr="003D1BAB">
        <w:rPr>
          <w:rFonts w:ascii="Tahoma" w:hAnsi="Tahoma" w:cs="Tahoma"/>
          <w:rtl/>
        </w:rPr>
        <w:t xml:space="preserve"> به پول ن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از</w:t>
      </w:r>
      <w:r w:rsidRPr="003D1BAB">
        <w:rPr>
          <w:rFonts w:ascii="Tahoma" w:hAnsi="Tahoma" w:cs="Tahoma"/>
          <w:rtl/>
        </w:rPr>
        <w:t xml:space="preserve"> داشتند. اگر بخش بزرگ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از زم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ن</w:t>
      </w:r>
      <w:r w:rsidRPr="003D1BAB">
        <w:rPr>
          <w:rFonts w:ascii="Tahoma" w:hAnsi="Tahoma" w:cs="Tahoma"/>
          <w:rtl/>
        </w:rPr>
        <w:t xml:space="preserve"> و درآمد ز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ر</w:t>
      </w:r>
      <w:r w:rsidRPr="003D1BAB">
        <w:rPr>
          <w:rFonts w:ascii="Tahoma" w:hAnsi="Tahoma" w:cs="Tahoma"/>
          <w:rtl/>
        </w:rPr>
        <w:t xml:space="preserve"> عنوان وقف از دسترس مال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ات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ب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رون</w:t>
      </w:r>
      <w:r w:rsidRPr="003D1BAB">
        <w:rPr>
          <w:rFonts w:ascii="Tahoma" w:hAnsi="Tahoma" w:cs="Tahoma"/>
          <w:rtl/>
        </w:rPr>
        <w:t xml:space="preserve"> م</w:t>
      </w:r>
      <w:r w:rsidRPr="003D1BAB">
        <w:rPr>
          <w:rFonts w:ascii="Tahoma" w:hAnsi="Tahoma" w:cs="Tahoma" w:hint="cs"/>
          <w:rtl/>
        </w:rPr>
        <w:t>ی‌</w:t>
      </w:r>
      <w:r w:rsidRPr="003D1BAB">
        <w:rPr>
          <w:rFonts w:ascii="Tahoma" w:hAnsi="Tahoma" w:cs="Tahoma" w:hint="eastAsia"/>
          <w:rtl/>
        </w:rPr>
        <w:t>رفت،</w:t>
      </w:r>
      <w:r w:rsidRPr="003D1BAB">
        <w:rPr>
          <w:rFonts w:ascii="Tahoma" w:hAnsi="Tahoma" w:cs="Tahoma"/>
          <w:rtl/>
        </w:rPr>
        <w:t xml:space="preserve"> د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وان</w:t>
      </w:r>
      <w:r w:rsidRPr="003D1BAB">
        <w:rPr>
          <w:rFonts w:ascii="Tahoma" w:hAnsi="Tahoma" w:cs="Tahoma"/>
          <w:rtl/>
        </w:rPr>
        <w:t xml:space="preserve"> با کمبود منابع روبه‌رو م</w:t>
      </w:r>
      <w:r w:rsidRPr="003D1BAB">
        <w:rPr>
          <w:rFonts w:ascii="Tahoma" w:hAnsi="Tahoma" w:cs="Tahoma" w:hint="cs"/>
          <w:rtl/>
        </w:rPr>
        <w:t>ی‌</w:t>
      </w:r>
      <w:r w:rsidRPr="003D1BAB">
        <w:rPr>
          <w:rFonts w:ascii="Tahoma" w:hAnsi="Tahoma" w:cs="Tahoma" w:hint="eastAsia"/>
          <w:rtl/>
        </w:rPr>
        <w:t>شد</w:t>
      </w:r>
      <w:r w:rsidRPr="003D1BAB">
        <w:rPr>
          <w:rFonts w:ascii="Tahoma" w:hAnsi="Tahoma" w:cs="Tahoma"/>
          <w:rtl/>
        </w:rPr>
        <w:t>.</w:t>
      </w:r>
    </w:p>
    <w:p w:rsidR="003D1BAB" w:rsidRPr="003D1BAB" w:rsidRDefault="003D1BAB" w:rsidP="003D1BAB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D1BAB">
        <w:rPr>
          <w:rFonts w:ascii="Tahoma" w:hAnsi="Tahoma" w:cs="Tahoma" w:hint="eastAsia"/>
          <w:rtl/>
        </w:rPr>
        <w:t>پس</w:t>
      </w:r>
      <w:r w:rsidRPr="003D1BAB">
        <w:rPr>
          <w:rFonts w:ascii="Tahoma" w:hAnsi="Tahoma" w:cs="Tahoma"/>
          <w:rtl/>
        </w:rPr>
        <w:t xml:space="preserve"> اختلاف د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وان</w:t>
      </w:r>
      <w:r w:rsidRPr="003D1BAB">
        <w:rPr>
          <w:rFonts w:ascii="Tahoma" w:hAnsi="Tahoma" w:cs="Tahoma"/>
          <w:rtl/>
        </w:rPr>
        <w:t xml:space="preserve"> و دستگاه د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ن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فقط نظر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نبود. هر دو بر سر زم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ن،</w:t>
      </w:r>
      <w:r w:rsidRPr="003D1BAB">
        <w:rPr>
          <w:rFonts w:ascii="Tahoma" w:hAnsi="Tahoma" w:cs="Tahoma"/>
          <w:rtl/>
        </w:rPr>
        <w:t xml:space="preserve"> درآمد، ثبت اسناد، حق انتصاب و حوزهٔ قضاوت رقابت م</w:t>
      </w:r>
      <w:r w:rsidRPr="003D1BAB">
        <w:rPr>
          <w:rFonts w:ascii="Tahoma" w:hAnsi="Tahoma" w:cs="Tahoma" w:hint="cs"/>
          <w:rtl/>
        </w:rPr>
        <w:t>ی‌</w:t>
      </w:r>
      <w:r w:rsidRPr="003D1BAB">
        <w:rPr>
          <w:rFonts w:ascii="Tahoma" w:hAnsi="Tahoma" w:cs="Tahoma" w:hint="eastAsia"/>
          <w:rtl/>
        </w:rPr>
        <w:t>کردند</w:t>
      </w:r>
      <w:r w:rsidRPr="003D1BAB">
        <w:rPr>
          <w:rFonts w:ascii="Tahoma" w:hAnsi="Tahoma" w:cs="Tahoma"/>
          <w:rtl/>
        </w:rPr>
        <w:t>. 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ن</w:t>
      </w:r>
      <w:r w:rsidRPr="003D1BAB">
        <w:rPr>
          <w:rFonts w:ascii="Tahoma" w:hAnsi="Tahoma" w:cs="Tahoma"/>
          <w:rtl/>
        </w:rPr>
        <w:t xml:space="preserve"> اختلاف م</w:t>
      </w:r>
      <w:r w:rsidRPr="003D1BAB">
        <w:rPr>
          <w:rFonts w:ascii="Tahoma" w:hAnsi="Tahoma" w:cs="Tahoma" w:hint="cs"/>
          <w:rtl/>
        </w:rPr>
        <w:t>ی‌</w:t>
      </w:r>
      <w:r w:rsidRPr="003D1BAB">
        <w:rPr>
          <w:rFonts w:ascii="Tahoma" w:hAnsi="Tahoma" w:cs="Tahoma" w:hint="eastAsia"/>
          <w:rtl/>
        </w:rPr>
        <w:t>توانست</w:t>
      </w:r>
      <w:r w:rsidRPr="003D1BAB">
        <w:rPr>
          <w:rFonts w:ascii="Tahoma" w:hAnsi="Tahoma" w:cs="Tahoma"/>
          <w:rtl/>
        </w:rPr>
        <w:t xml:space="preserve"> با تغ</w:t>
      </w:r>
      <w:r w:rsidRPr="003D1BAB">
        <w:rPr>
          <w:rFonts w:ascii="Tahoma" w:hAnsi="Tahoma" w:cs="Tahoma" w:hint="cs"/>
          <w:rtl/>
        </w:rPr>
        <w:t>یی</w:t>
      </w:r>
      <w:r w:rsidRPr="003D1BAB">
        <w:rPr>
          <w:rFonts w:ascii="Tahoma" w:hAnsi="Tahoma" w:cs="Tahoma" w:hint="eastAsia"/>
          <w:rtl/>
        </w:rPr>
        <w:t>ر</w:t>
      </w:r>
      <w:r w:rsidRPr="003D1BAB">
        <w:rPr>
          <w:rFonts w:ascii="Tahoma" w:hAnsi="Tahoma" w:cs="Tahoma"/>
          <w:rtl/>
        </w:rPr>
        <w:t xml:space="preserve"> شاه 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ا</w:t>
      </w:r>
      <w:r w:rsidRPr="003D1BAB">
        <w:rPr>
          <w:rFonts w:ascii="Tahoma" w:hAnsi="Tahoma" w:cs="Tahoma"/>
          <w:rtl/>
        </w:rPr>
        <w:t xml:space="preserve"> وز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ر</w:t>
      </w:r>
      <w:r w:rsidRPr="003D1BAB">
        <w:rPr>
          <w:rFonts w:ascii="Tahoma" w:hAnsi="Tahoma" w:cs="Tahoma"/>
          <w:rtl/>
        </w:rPr>
        <w:t xml:space="preserve"> شدت بگ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رد</w:t>
      </w:r>
      <w:r w:rsidRPr="003D1BAB">
        <w:rPr>
          <w:rFonts w:ascii="Tahoma" w:hAnsi="Tahoma" w:cs="Tahoma"/>
          <w:rtl/>
        </w:rPr>
        <w:t xml:space="preserve"> 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ا</w:t>
      </w:r>
      <w:r w:rsidRPr="003D1BAB">
        <w:rPr>
          <w:rFonts w:ascii="Tahoma" w:hAnsi="Tahoma" w:cs="Tahoma"/>
          <w:rtl/>
        </w:rPr>
        <w:t xml:space="preserve"> کاهش 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ابد</w:t>
      </w:r>
      <w:r w:rsidRPr="003D1BAB">
        <w:rPr>
          <w:rFonts w:ascii="Tahoma" w:hAnsi="Tahoma" w:cs="Tahoma"/>
          <w:rtl/>
        </w:rPr>
        <w:t>. شاه ن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رومند</w:t>
      </w:r>
      <w:r w:rsidRPr="003D1BAB">
        <w:rPr>
          <w:rFonts w:ascii="Tahoma" w:hAnsi="Tahoma" w:cs="Tahoma"/>
          <w:rtl/>
        </w:rPr>
        <w:t xml:space="preserve"> م</w:t>
      </w:r>
      <w:r w:rsidRPr="003D1BAB">
        <w:rPr>
          <w:rFonts w:ascii="Tahoma" w:hAnsi="Tahoma" w:cs="Tahoma" w:hint="cs"/>
          <w:rtl/>
        </w:rPr>
        <w:t>ی‌</w:t>
      </w:r>
      <w:r w:rsidRPr="003D1BAB">
        <w:rPr>
          <w:rFonts w:ascii="Tahoma" w:hAnsi="Tahoma" w:cs="Tahoma" w:hint="eastAsia"/>
          <w:rtl/>
        </w:rPr>
        <w:t>توانست</w:t>
      </w:r>
      <w:r w:rsidRPr="003D1BAB">
        <w:rPr>
          <w:rFonts w:ascii="Tahoma" w:hAnsi="Tahoma" w:cs="Tahoma"/>
          <w:rtl/>
        </w:rPr>
        <w:t xml:space="preserve"> حدود هر دو را تع</w:t>
      </w:r>
      <w:r w:rsidRPr="003D1BAB">
        <w:rPr>
          <w:rFonts w:ascii="Tahoma" w:hAnsi="Tahoma" w:cs="Tahoma" w:hint="cs"/>
          <w:rtl/>
        </w:rPr>
        <w:t>یی</w:t>
      </w:r>
      <w:r w:rsidRPr="003D1BAB">
        <w:rPr>
          <w:rFonts w:ascii="Tahoma" w:hAnsi="Tahoma" w:cs="Tahoma" w:hint="eastAsia"/>
          <w:rtl/>
        </w:rPr>
        <w:t>ن</w:t>
      </w:r>
      <w:r w:rsidRPr="003D1BAB">
        <w:rPr>
          <w:rFonts w:ascii="Tahoma" w:hAnsi="Tahoma" w:cs="Tahoma"/>
          <w:rtl/>
        </w:rPr>
        <w:t xml:space="preserve"> کند، اما در دوران ضعف مرکز، صاحبان موقوفات، د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نکاران</w:t>
      </w:r>
      <w:r w:rsidRPr="003D1BAB">
        <w:rPr>
          <w:rFonts w:ascii="Tahoma" w:hAnsi="Tahoma" w:cs="Tahoma"/>
          <w:rtl/>
        </w:rPr>
        <w:t xml:space="preserve"> محل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و حاکمان 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الات</w:t>
      </w:r>
      <w:r w:rsidRPr="003D1BAB">
        <w:rPr>
          <w:rFonts w:ascii="Tahoma" w:hAnsi="Tahoma" w:cs="Tahoma"/>
          <w:rtl/>
        </w:rPr>
        <w:t xml:space="preserve"> ممکن بود اخت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ار</w:t>
      </w:r>
      <w:r w:rsidRPr="003D1BAB">
        <w:rPr>
          <w:rFonts w:ascii="Tahoma" w:hAnsi="Tahoma" w:cs="Tahoma"/>
          <w:rtl/>
        </w:rPr>
        <w:t xml:space="preserve"> ب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شتر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پ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دا</w:t>
      </w:r>
      <w:r w:rsidRPr="003D1BAB">
        <w:rPr>
          <w:rFonts w:ascii="Tahoma" w:hAnsi="Tahoma" w:cs="Tahoma"/>
          <w:rtl/>
        </w:rPr>
        <w:t xml:space="preserve"> کنند.</w:t>
      </w:r>
    </w:p>
    <w:p w:rsidR="003D1BAB" w:rsidRPr="003D1BAB" w:rsidRDefault="003D1BAB" w:rsidP="003D1BAB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D1BAB">
        <w:rPr>
          <w:rFonts w:ascii="Tahoma" w:hAnsi="Tahoma" w:cs="Tahoma" w:hint="eastAsia"/>
          <w:rtl/>
        </w:rPr>
        <w:t>در</w:t>
      </w:r>
      <w:r w:rsidRPr="003D1BAB">
        <w:rPr>
          <w:rFonts w:ascii="Tahoma" w:hAnsi="Tahoma" w:cs="Tahoma"/>
          <w:rtl/>
        </w:rPr>
        <w:t xml:space="preserve"> بالا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ن</w:t>
      </w:r>
      <w:r w:rsidRPr="003D1BAB">
        <w:rPr>
          <w:rFonts w:ascii="Tahoma" w:hAnsi="Tahoma" w:cs="Tahoma"/>
          <w:rtl/>
        </w:rPr>
        <w:t xml:space="preserve"> ساختمان، شاه قرار داشت. او صدر، ش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خ‌الاسلام،</w:t>
      </w:r>
      <w:r w:rsidRPr="003D1BAB">
        <w:rPr>
          <w:rFonts w:ascii="Tahoma" w:hAnsi="Tahoma" w:cs="Tahoma"/>
          <w:rtl/>
        </w:rPr>
        <w:t xml:space="preserve"> قاض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ان</w:t>
      </w:r>
      <w:r w:rsidRPr="003D1BAB">
        <w:rPr>
          <w:rFonts w:ascii="Tahoma" w:hAnsi="Tahoma" w:cs="Tahoma"/>
          <w:rtl/>
        </w:rPr>
        <w:t xml:space="preserve"> بزرگ و د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گر</w:t>
      </w:r>
      <w:r w:rsidRPr="003D1BAB">
        <w:rPr>
          <w:rFonts w:ascii="Tahoma" w:hAnsi="Tahoma" w:cs="Tahoma"/>
          <w:rtl/>
        </w:rPr>
        <w:t xml:space="preserve"> صاحبان مقام را منصوب 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ا</w:t>
      </w:r>
      <w:r w:rsidRPr="003D1BAB">
        <w:rPr>
          <w:rFonts w:ascii="Tahoma" w:hAnsi="Tahoma" w:cs="Tahoma"/>
          <w:rtl/>
        </w:rPr>
        <w:t xml:space="preserve"> تأ</w:t>
      </w:r>
      <w:r w:rsidRPr="003D1BAB">
        <w:rPr>
          <w:rFonts w:ascii="Tahoma" w:hAnsi="Tahoma" w:cs="Tahoma" w:hint="cs"/>
          <w:rtl/>
        </w:rPr>
        <w:t>یی</w:t>
      </w:r>
      <w:r w:rsidRPr="003D1BAB">
        <w:rPr>
          <w:rFonts w:ascii="Tahoma" w:hAnsi="Tahoma" w:cs="Tahoma" w:hint="eastAsia"/>
          <w:rtl/>
        </w:rPr>
        <w:t>د</w:t>
      </w:r>
      <w:r w:rsidRPr="003D1BAB">
        <w:rPr>
          <w:rFonts w:ascii="Tahoma" w:hAnsi="Tahoma" w:cs="Tahoma"/>
          <w:rtl/>
        </w:rPr>
        <w:t xml:space="preserve"> م</w:t>
      </w:r>
      <w:r w:rsidRPr="003D1BAB">
        <w:rPr>
          <w:rFonts w:ascii="Tahoma" w:hAnsi="Tahoma" w:cs="Tahoma" w:hint="cs"/>
          <w:rtl/>
        </w:rPr>
        <w:t>ی‌</w:t>
      </w:r>
      <w:r w:rsidRPr="003D1BAB">
        <w:rPr>
          <w:rFonts w:ascii="Tahoma" w:hAnsi="Tahoma" w:cs="Tahoma" w:hint="eastAsia"/>
          <w:rtl/>
        </w:rPr>
        <w:t>کرد</w:t>
      </w:r>
      <w:r w:rsidRPr="003D1BAB">
        <w:rPr>
          <w:rFonts w:ascii="Tahoma" w:hAnsi="Tahoma" w:cs="Tahoma"/>
          <w:rtl/>
        </w:rPr>
        <w:t>. فرمان او پشتوانهٔ اجرا</w:t>
      </w:r>
      <w:r w:rsidRPr="003D1BAB">
        <w:rPr>
          <w:rFonts w:ascii="Tahoma" w:hAnsi="Tahoma" w:cs="Tahoma" w:hint="cs"/>
          <w:rtl/>
        </w:rPr>
        <w:t>یی</w:t>
      </w:r>
      <w:r w:rsidRPr="003D1BAB">
        <w:rPr>
          <w:rFonts w:ascii="Tahoma" w:hAnsi="Tahoma" w:cs="Tahoma"/>
          <w:rtl/>
        </w:rPr>
        <w:t xml:space="preserve"> دستگاه د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ن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بود. اما شاه برا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اثبات ش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ع</w:t>
      </w:r>
      <w:r w:rsidRPr="003D1BAB">
        <w:rPr>
          <w:rFonts w:ascii="Tahoma" w:hAnsi="Tahoma" w:cs="Tahoma" w:hint="cs"/>
          <w:rtl/>
        </w:rPr>
        <w:t>ی‌</w:t>
      </w:r>
      <w:r w:rsidRPr="003D1BAB">
        <w:rPr>
          <w:rFonts w:ascii="Tahoma" w:hAnsi="Tahoma" w:cs="Tahoma" w:hint="eastAsia"/>
          <w:rtl/>
        </w:rPr>
        <w:t>بودن</w:t>
      </w:r>
      <w:r w:rsidRPr="003D1BAB">
        <w:rPr>
          <w:rFonts w:ascii="Tahoma" w:hAnsi="Tahoma" w:cs="Tahoma"/>
          <w:rtl/>
        </w:rPr>
        <w:t xml:space="preserve"> حکومت و مطابقت رفتار آن با شر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عت</w:t>
      </w:r>
      <w:r w:rsidRPr="003D1BAB">
        <w:rPr>
          <w:rFonts w:ascii="Tahoma" w:hAnsi="Tahoma" w:cs="Tahoma"/>
          <w:rtl/>
        </w:rPr>
        <w:t xml:space="preserve"> به همان د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نکاران</w:t>
      </w:r>
      <w:r w:rsidRPr="003D1BAB">
        <w:rPr>
          <w:rFonts w:ascii="Tahoma" w:hAnsi="Tahoma" w:cs="Tahoma"/>
          <w:rtl/>
        </w:rPr>
        <w:t xml:space="preserve"> ن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از</w:t>
      </w:r>
      <w:r w:rsidRPr="003D1BAB">
        <w:rPr>
          <w:rFonts w:ascii="Tahoma" w:hAnsi="Tahoma" w:cs="Tahoma"/>
          <w:rtl/>
        </w:rPr>
        <w:t xml:space="preserve"> داشت. در نت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جه،</w:t>
      </w:r>
      <w:r w:rsidRPr="003D1BAB">
        <w:rPr>
          <w:rFonts w:ascii="Tahoma" w:hAnsi="Tahoma" w:cs="Tahoma"/>
          <w:rtl/>
        </w:rPr>
        <w:t xml:space="preserve"> رابطهٔ تاج و عمامه از اطاعت 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ک‌طرفه</w:t>
      </w:r>
      <w:r w:rsidRPr="003D1BAB">
        <w:rPr>
          <w:rFonts w:ascii="Tahoma" w:hAnsi="Tahoma" w:cs="Tahoma"/>
          <w:rtl/>
        </w:rPr>
        <w:t xml:space="preserve"> فراتر رفت و به وابستگ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متقابل تبد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ل</w:t>
      </w:r>
      <w:r w:rsidRPr="003D1BAB">
        <w:rPr>
          <w:rFonts w:ascii="Tahoma" w:hAnsi="Tahoma" w:cs="Tahoma"/>
          <w:rtl/>
        </w:rPr>
        <w:t xml:space="preserve"> شد.</w:t>
      </w:r>
    </w:p>
    <w:p w:rsidR="003D1BAB" w:rsidRPr="003D1BAB" w:rsidRDefault="003D1BAB" w:rsidP="003D1BAB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D1BAB">
        <w:rPr>
          <w:rFonts w:ascii="Tahoma" w:hAnsi="Tahoma" w:cs="Tahoma" w:hint="eastAsia"/>
          <w:rtl/>
        </w:rPr>
        <w:t>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ن</w:t>
      </w:r>
      <w:r w:rsidRPr="003D1BAB">
        <w:rPr>
          <w:rFonts w:ascii="Tahoma" w:hAnsi="Tahoma" w:cs="Tahoma"/>
          <w:rtl/>
        </w:rPr>
        <w:t xml:space="preserve"> وابستگ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برابر نبود. شاه قشون، خزانه و اخت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ار</w:t>
      </w:r>
      <w:r w:rsidRPr="003D1BAB">
        <w:rPr>
          <w:rFonts w:ascii="Tahoma" w:hAnsi="Tahoma" w:cs="Tahoma"/>
          <w:rtl/>
        </w:rPr>
        <w:t xml:space="preserve"> انتصاب داشت و م</w:t>
      </w:r>
      <w:r w:rsidRPr="003D1BAB">
        <w:rPr>
          <w:rFonts w:ascii="Tahoma" w:hAnsi="Tahoma" w:cs="Tahoma" w:hint="cs"/>
          <w:rtl/>
        </w:rPr>
        <w:t>ی‌</w:t>
      </w:r>
      <w:r w:rsidRPr="003D1BAB">
        <w:rPr>
          <w:rFonts w:ascii="Tahoma" w:hAnsi="Tahoma" w:cs="Tahoma" w:hint="eastAsia"/>
          <w:rtl/>
        </w:rPr>
        <w:t>توانست</w:t>
      </w:r>
      <w:r w:rsidRPr="003D1BAB">
        <w:rPr>
          <w:rFonts w:ascii="Tahoma" w:hAnsi="Tahoma" w:cs="Tahoma"/>
          <w:rtl/>
        </w:rPr>
        <w:t xml:space="preserve"> د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نکار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را از دربار دور کند. اما د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نکار</w:t>
      </w:r>
      <w:r w:rsidRPr="003D1BAB">
        <w:rPr>
          <w:rFonts w:ascii="Tahoma" w:hAnsi="Tahoma" w:cs="Tahoma"/>
          <w:rtl/>
        </w:rPr>
        <w:t xml:space="preserve"> ن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ز</w:t>
      </w:r>
      <w:r w:rsidRPr="003D1BAB">
        <w:rPr>
          <w:rFonts w:ascii="Tahoma" w:hAnsi="Tahoma" w:cs="Tahoma"/>
          <w:rtl/>
        </w:rPr>
        <w:t xml:space="preserve"> دانش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در اخت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ار</w:t>
      </w:r>
      <w:r w:rsidRPr="003D1BAB">
        <w:rPr>
          <w:rFonts w:ascii="Tahoma" w:hAnsi="Tahoma" w:cs="Tahoma"/>
          <w:rtl/>
        </w:rPr>
        <w:t xml:space="preserve"> داشت که شاه نم</w:t>
      </w:r>
      <w:r w:rsidRPr="003D1BAB">
        <w:rPr>
          <w:rFonts w:ascii="Tahoma" w:hAnsi="Tahoma" w:cs="Tahoma" w:hint="cs"/>
          <w:rtl/>
        </w:rPr>
        <w:t>ی‌</w:t>
      </w:r>
      <w:r w:rsidRPr="003D1BAB">
        <w:rPr>
          <w:rFonts w:ascii="Tahoma" w:hAnsi="Tahoma" w:cs="Tahoma" w:hint="eastAsia"/>
          <w:rtl/>
        </w:rPr>
        <w:t>توانست</w:t>
      </w:r>
      <w:r w:rsidRPr="003D1BAB">
        <w:rPr>
          <w:rFonts w:ascii="Tahoma" w:hAnsi="Tahoma" w:cs="Tahoma"/>
          <w:rtl/>
        </w:rPr>
        <w:t xml:space="preserve"> با فرمان تول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د</w:t>
      </w:r>
      <w:r w:rsidRPr="003D1BAB">
        <w:rPr>
          <w:rFonts w:ascii="Tahoma" w:hAnsi="Tahoma" w:cs="Tahoma"/>
          <w:rtl/>
        </w:rPr>
        <w:t xml:space="preserve"> کند. ارزش تأ</w:t>
      </w:r>
      <w:r w:rsidRPr="003D1BAB">
        <w:rPr>
          <w:rFonts w:ascii="Tahoma" w:hAnsi="Tahoma" w:cs="Tahoma" w:hint="cs"/>
          <w:rtl/>
        </w:rPr>
        <w:t>یی</w:t>
      </w:r>
      <w:r w:rsidRPr="003D1BAB">
        <w:rPr>
          <w:rFonts w:ascii="Tahoma" w:hAnsi="Tahoma" w:cs="Tahoma" w:hint="eastAsia"/>
          <w:rtl/>
        </w:rPr>
        <w:t>د</w:t>
      </w:r>
      <w:r w:rsidRPr="003D1BAB">
        <w:rPr>
          <w:rFonts w:ascii="Tahoma" w:hAnsi="Tahoma" w:cs="Tahoma"/>
          <w:rtl/>
        </w:rPr>
        <w:t xml:space="preserve"> فق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ه</w:t>
      </w:r>
      <w:r w:rsidRPr="003D1BAB">
        <w:rPr>
          <w:rFonts w:ascii="Tahoma" w:hAnsi="Tahoma" w:cs="Tahoma"/>
          <w:rtl/>
        </w:rPr>
        <w:t xml:space="preserve"> از آنجا م</w:t>
      </w:r>
      <w:r w:rsidRPr="003D1BAB">
        <w:rPr>
          <w:rFonts w:ascii="Tahoma" w:hAnsi="Tahoma" w:cs="Tahoma" w:hint="cs"/>
          <w:rtl/>
        </w:rPr>
        <w:t>ی‌</w:t>
      </w:r>
      <w:r w:rsidRPr="003D1BAB">
        <w:rPr>
          <w:rFonts w:ascii="Tahoma" w:hAnsi="Tahoma" w:cs="Tahoma" w:hint="eastAsia"/>
          <w:rtl/>
        </w:rPr>
        <w:t>آمد</w:t>
      </w:r>
      <w:r w:rsidRPr="003D1BAB">
        <w:rPr>
          <w:rFonts w:ascii="Tahoma" w:hAnsi="Tahoma" w:cs="Tahoma"/>
          <w:rtl/>
        </w:rPr>
        <w:t xml:space="preserve"> که حکم او ظاهراً از شر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عت</w:t>
      </w:r>
      <w:r w:rsidRPr="003D1BAB">
        <w:rPr>
          <w:rFonts w:ascii="Tahoma" w:hAnsi="Tahoma" w:cs="Tahoma"/>
          <w:rtl/>
        </w:rPr>
        <w:t xml:space="preserve"> و امامان سرچشمه م</w:t>
      </w:r>
      <w:r w:rsidRPr="003D1BAB">
        <w:rPr>
          <w:rFonts w:ascii="Tahoma" w:hAnsi="Tahoma" w:cs="Tahoma" w:hint="cs"/>
          <w:rtl/>
        </w:rPr>
        <w:t>ی‌</w:t>
      </w:r>
      <w:r w:rsidRPr="003D1BAB">
        <w:rPr>
          <w:rFonts w:ascii="Tahoma" w:hAnsi="Tahoma" w:cs="Tahoma" w:hint="eastAsia"/>
          <w:rtl/>
        </w:rPr>
        <w:t>گرفت،</w:t>
      </w:r>
      <w:r w:rsidRPr="003D1BAB">
        <w:rPr>
          <w:rFonts w:ascii="Tahoma" w:hAnsi="Tahoma" w:cs="Tahoma"/>
          <w:rtl/>
        </w:rPr>
        <w:t xml:space="preserve"> نه از خواست پادشاه. اگر فق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ه</w:t>
      </w:r>
      <w:r w:rsidRPr="003D1BAB">
        <w:rPr>
          <w:rFonts w:ascii="Tahoma" w:hAnsi="Tahoma" w:cs="Tahoma"/>
          <w:rtl/>
        </w:rPr>
        <w:t xml:space="preserve"> فقط سخنگو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شاه شناخته م</w:t>
      </w:r>
      <w:r w:rsidRPr="003D1BAB">
        <w:rPr>
          <w:rFonts w:ascii="Tahoma" w:hAnsi="Tahoma" w:cs="Tahoma" w:hint="cs"/>
          <w:rtl/>
        </w:rPr>
        <w:t>ی‌</w:t>
      </w:r>
      <w:r w:rsidRPr="003D1BAB">
        <w:rPr>
          <w:rFonts w:ascii="Tahoma" w:hAnsi="Tahoma" w:cs="Tahoma" w:hint="eastAsia"/>
          <w:rtl/>
        </w:rPr>
        <w:t>شد،</w:t>
      </w:r>
      <w:r w:rsidRPr="003D1BAB">
        <w:rPr>
          <w:rFonts w:ascii="Tahoma" w:hAnsi="Tahoma" w:cs="Tahoma"/>
          <w:rtl/>
        </w:rPr>
        <w:t xml:space="preserve"> توان حقان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ت‌بخش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او کاهش م</w:t>
      </w:r>
      <w:r w:rsidRPr="003D1BAB">
        <w:rPr>
          <w:rFonts w:ascii="Tahoma" w:hAnsi="Tahoma" w:cs="Tahoma" w:hint="cs"/>
          <w:rtl/>
        </w:rPr>
        <w:t>ی‌ی</w:t>
      </w:r>
      <w:r w:rsidRPr="003D1BAB">
        <w:rPr>
          <w:rFonts w:ascii="Tahoma" w:hAnsi="Tahoma" w:cs="Tahoma" w:hint="eastAsia"/>
          <w:rtl/>
        </w:rPr>
        <w:t>افت</w:t>
      </w:r>
      <w:r w:rsidRPr="003D1BAB">
        <w:rPr>
          <w:rFonts w:ascii="Tahoma" w:hAnsi="Tahoma" w:cs="Tahoma"/>
          <w:rtl/>
        </w:rPr>
        <w:t>.</w:t>
      </w:r>
    </w:p>
    <w:p w:rsidR="003D1BAB" w:rsidRPr="003D1BAB" w:rsidRDefault="003D1BAB" w:rsidP="003D1BAB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D1BAB">
        <w:rPr>
          <w:rFonts w:ascii="Tahoma" w:hAnsi="Tahoma" w:cs="Tahoma" w:hint="eastAsia"/>
          <w:rtl/>
        </w:rPr>
        <w:t>به</w:t>
      </w:r>
      <w:r w:rsidRPr="003D1BAB">
        <w:rPr>
          <w:rFonts w:ascii="Tahoma" w:hAnsi="Tahoma" w:cs="Tahoma"/>
          <w:rtl/>
        </w:rPr>
        <w:t xml:space="preserve"> هم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ن</w:t>
      </w:r>
      <w:r w:rsidRPr="003D1BAB">
        <w:rPr>
          <w:rFonts w:ascii="Tahoma" w:hAnsi="Tahoma" w:cs="Tahoma"/>
          <w:rtl/>
        </w:rPr>
        <w:t xml:space="preserve"> دل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ل،</w:t>
      </w:r>
      <w:r w:rsidRPr="003D1BAB">
        <w:rPr>
          <w:rFonts w:ascii="Tahoma" w:hAnsi="Tahoma" w:cs="Tahoma"/>
          <w:rtl/>
        </w:rPr>
        <w:t xml:space="preserve"> تاج ناچار بود برا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عمامه اندازه‌ا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از استقلال را بپذ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رد</w:t>
      </w:r>
      <w:r w:rsidRPr="003D1BAB">
        <w:rPr>
          <w:rFonts w:ascii="Tahoma" w:hAnsi="Tahoma" w:cs="Tahoma"/>
          <w:rtl/>
        </w:rPr>
        <w:t>. 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ن</w:t>
      </w:r>
      <w:r w:rsidRPr="003D1BAB">
        <w:rPr>
          <w:rFonts w:ascii="Tahoma" w:hAnsi="Tahoma" w:cs="Tahoma"/>
          <w:rtl/>
        </w:rPr>
        <w:t xml:space="preserve"> استقلال در دورهٔ صفو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نه کامل بود و نه هم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شه</w:t>
      </w:r>
      <w:r w:rsidRPr="003D1BAB">
        <w:rPr>
          <w:rFonts w:ascii="Tahoma" w:hAnsi="Tahoma" w:cs="Tahoma"/>
          <w:rtl/>
        </w:rPr>
        <w:t xml:space="preserve"> محفوظ م</w:t>
      </w:r>
      <w:r w:rsidRPr="003D1BAB">
        <w:rPr>
          <w:rFonts w:ascii="Tahoma" w:hAnsi="Tahoma" w:cs="Tahoma" w:hint="cs"/>
          <w:rtl/>
        </w:rPr>
        <w:t>ی‌</w:t>
      </w:r>
      <w:r w:rsidRPr="003D1BAB">
        <w:rPr>
          <w:rFonts w:ascii="Tahoma" w:hAnsi="Tahoma" w:cs="Tahoma" w:hint="eastAsia"/>
          <w:rtl/>
        </w:rPr>
        <w:t>ماند،</w:t>
      </w:r>
      <w:r w:rsidRPr="003D1BAB">
        <w:rPr>
          <w:rFonts w:ascii="Tahoma" w:hAnsi="Tahoma" w:cs="Tahoma"/>
          <w:rtl/>
        </w:rPr>
        <w:t xml:space="preserve"> اما برا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اعتبار دستگاه د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ن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ضرورت داشت. فق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ه</w:t>
      </w:r>
      <w:r w:rsidRPr="003D1BAB">
        <w:rPr>
          <w:rFonts w:ascii="Tahoma" w:hAnsi="Tahoma" w:cs="Tahoma"/>
          <w:rtl/>
        </w:rPr>
        <w:t xml:space="preserve"> با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د</w:t>
      </w:r>
      <w:r w:rsidRPr="003D1BAB">
        <w:rPr>
          <w:rFonts w:ascii="Tahoma" w:hAnsi="Tahoma" w:cs="Tahoma"/>
          <w:rtl/>
        </w:rPr>
        <w:t xml:space="preserve"> م</w:t>
      </w:r>
      <w:r w:rsidRPr="003D1BAB">
        <w:rPr>
          <w:rFonts w:ascii="Tahoma" w:hAnsi="Tahoma" w:cs="Tahoma" w:hint="cs"/>
          <w:rtl/>
        </w:rPr>
        <w:t>ی‌</w:t>
      </w:r>
      <w:r w:rsidRPr="003D1BAB">
        <w:rPr>
          <w:rFonts w:ascii="Tahoma" w:hAnsi="Tahoma" w:cs="Tahoma" w:hint="eastAsia"/>
          <w:rtl/>
        </w:rPr>
        <w:t>توانست</w:t>
      </w:r>
      <w:r w:rsidRPr="003D1BAB">
        <w:rPr>
          <w:rFonts w:ascii="Tahoma" w:hAnsi="Tahoma" w:cs="Tahoma"/>
          <w:rtl/>
        </w:rPr>
        <w:t xml:space="preserve"> دست‌کم در ظاهر بگو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د</w:t>
      </w:r>
      <w:r w:rsidRPr="003D1BAB">
        <w:rPr>
          <w:rFonts w:ascii="Tahoma" w:hAnsi="Tahoma" w:cs="Tahoma"/>
          <w:rtl/>
        </w:rPr>
        <w:t xml:space="preserve"> که حکم شرع را حت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در برابر خواست صاحبان </w:t>
      </w:r>
      <w:r w:rsidRPr="003D1BAB">
        <w:rPr>
          <w:rFonts w:ascii="Tahoma" w:hAnsi="Tahoma" w:cs="Tahoma" w:hint="eastAsia"/>
          <w:rtl/>
        </w:rPr>
        <w:t>قدرت</w:t>
      </w:r>
      <w:r w:rsidRPr="003D1BAB">
        <w:rPr>
          <w:rFonts w:ascii="Tahoma" w:hAnsi="Tahoma" w:cs="Tahoma"/>
          <w:rtl/>
        </w:rPr>
        <w:t xml:space="preserve"> ب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ان</w:t>
      </w:r>
      <w:r w:rsidRPr="003D1BAB">
        <w:rPr>
          <w:rFonts w:ascii="Tahoma" w:hAnsi="Tahoma" w:cs="Tahoma"/>
          <w:rtl/>
        </w:rPr>
        <w:t xml:space="preserve"> م</w:t>
      </w:r>
      <w:r w:rsidRPr="003D1BAB">
        <w:rPr>
          <w:rFonts w:ascii="Tahoma" w:hAnsi="Tahoma" w:cs="Tahoma" w:hint="cs"/>
          <w:rtl/>
        </w:rPr>
        <w:t>ی‌</w:t>
      </w:r>
      <w:r w:rsidRPr="003D1BAB">
        <w:rPr>
          <w:rFonts w:ascii="Tahoma" w:hAnsi="Tahoma" w:cs="Tahoma" w:hint="eastAsia"/>
          <w:rtl/>
        </w:rPr>
        <w:t>کند</w:t>
      </w:r>
      <w:r w:rsidRPr="003D1BAB">
        <w:rPr>
          <w:rFonts w:ascii="Tahoma" w:hAnsi="Tahoma" w:cs="Tahoma"/>
          <w:rtl/>
        </w:rPr>
        <w:t>.</w:t>
      </w:r>
    </w:p>
    <w:p w:rsidR="003D1BAB" w:rsidRPr="003D1BAB" w:rsidRDefault="003D1BAB" w:rsidP="003D1BAB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D1BAB">
        <w:rPr>
          <w:rFonts w:ascii="Tahoma" w:hAnsi="Tahoma" w:cs="Tahoma" w:hint="eastAsia"/>
          <w:rtl/>
        </w:rPr>
        <w:t>ساختن</w:t>
      </w:r>
      <w:r w:rsidRPr="003D1BAB">
        <w:rPr>
          <w:rFonts w:ascii="Tahoma" w:hAnsi="Tahoma" w:cs="Tahoma"/>
          <w:rtl/>
        </w:rPr>
        <w:t xml:space="preserve"> دستگاه د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ن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حکومت، بزرگ‌تر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ن</w:t>
      </w:r>
      <w:r w:rsidRPr="003D1BAB">
        <w:rPr>
          <w:rFonts w:ascii="Tahoma" w:hAnsi="Tahoma" w:cs="Tahoma"/>
          <w:rtl/>
        </w:rPr>
        <w:t xml:space="preserve"> دگرگون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صفو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ان</w:t>
      </w:r>
      <w:r w:rsidRPr="003D1BAB">
        <w:rPr>
          <w:rFonts w:ascii="Tahoma" w:hAnsi="Tahoma" w:cs="Tahoma"/>
          <w:rtl/>
        </w:rPr>
        <w:t xml:space="preserve"> در ساختمان کشوردار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ران</w:t>
      </w:r>
      <w:r w:rsidRPr="003D1BAB">
        <w:rPr>
          <w:rFonts w:ascii="Tahoma" w:hAnsi="Tahoma" w:cs="Tahoma"/>
          <w:rtl/>
        </w:rPr>
        <w:t xml:space="preserve"> بود. حکومت‌ها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پ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ش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ن</w:t>
      </w:r>
      <w:r w:rsidRPr="003D1BAB">
        <w:rPr>
          <w:rFonts w:ascii="Tahoma" w:hAnsi="Tahoma" w:cs="Tahoma"/>
          <w:rtl/>
        </w:rPr>
        <w:t xml:space="preserve"> ن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ز</w:t>
      </w:r>
      <w:r w:rsidRPr="003D1BAB">
        <w:rPr>
          <w:rFonts w:ascii="Tahoma" w:hAnsi="Tahoma" w:cs="Tahoma"/>
          <w:rtl/>
        </w:rPr>
        <w:t xml:space="preserve"> از د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نکاران</w:t>
      </w:r>
      <w:r w:rsidRPr="003D1BAB">
        <w:rPr>
          <w:rFonts w:ascii="Tahoma" w:hAnsi="Tahoma" w:cs="Tahoma"/>
          <w:rtl/>
        </w:rPr>
        <w:t xml:space="preserve"> استفاده کرده بودند و مذهب در حقان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ت</w:t>
      </w:r>
      <w:r w:rsidRPr="003D1BAB">
        <w:rPr>
          <w:rFonts w:ascii="Tahoma" w:hAnsi="Tahoma" w:cs="Tahoma"/>
          <w:rtl/>
        </w:rPr>
        <w:t xml:space="preserve"> حکمران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نقش داشت؛ اما صفو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ان</w:t>
      </w:r>
      <w:r w:rsidRPr="003D1BAB">
        <w:rPr>
          <w:rFonts w:ascii="Tahoma" w:hAnsi="Tahoma" w:cs="Tahoma"/>
          <w:rtl/>
        </w:rPr>
        <w:t xml:space="preserve"> مذهب واحد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را به نشانهٔ هو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ت</w:t>
      </w:r>
      <w:r w:rsidRPr="003D1BAB">
        <w:rPr>
          <w:rFonts w:ascii="Tahoma" w:hAnsi="Tahoma" w:cs="Tahoma"/>
          <w:rtl/>
        </w:rPr>
        <w:t xml:space="preserve"> کشور تبد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ل</w:t>
      </w:r>
      <w:r w:rsidRPr="003D1BAB">
        <w:rPr>
          <w:rFonts w:ascii="Tahoma" w:hAnsi="Tahoma" w:cs="Tahoma"/>
          <w:rtl/>
        </w:rPr>
        <w:t xml:space="preserve"> کردند و برا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گسترش آن شبکه‌ا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از مقام‌</w:t>
      </w:r>
      <w:r w:rsidRPr="003D1BAB">
        <w:rPr>
          <w:rFonts w:ascii="Tahoma" w:hAnsi="Tahoma" w:cs="Tahoma" w:hint="eastAsia"/>
          <w:rtl/>
        </w:rPr>
        <w:t>ها،</w:t>
      </w:r>
      <w:r w:rsidRPr="003D1BAB">
        <w:rPr>
          <w:rFonts w:ascii="Tahoma" w:hAnsi="Tahoma" w:cs="Tahoma"/>
          <w:rtl/>
        </w:rPr>
        <w:t xml:space="preserve"> مدارس، محاکم و موقوفات به وجود آوردند.</w:t>
      </w:r>
    </w:p>
    <w:p w:rsidR="003D1BAB" w:rsidRPr="003D1BAB" w:rsidRDefault="003D1BAB" w:rsidP="003D1BAB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D1BAB">
        <w:rPr>
          <w:rFonts w:ascii="Tahoma" w:hAnsi="Tahoma" w:cs="Tahoma" w:hint="eastAsia"/>
          <w:rtl/>
        </w:rPr>
        <w:t>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ن</w:t>
      </w:r>
      <w:r w:rsidRPr="003D1BAB">
        <w:rPr>
          <w:rFonts w:ascii="Tahoma" w:hAnsi="Tahoma" w:cs="Tahoma"/>
          <w:rtl/>
        </w:rPr>
        <w:t xml:space="preserve"> دستگاه در آغاز ساختهٔ تاج بود. شاه مذهب را رسم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کرد، د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نکاران</w:t>
      </w:r>
      <w:r w:rsidRPr="003D1BAB">
        <w:rPr>
          <w:rFonts w:ascii="Tahoma" w:hAnsi="Tahoma" w:cs="Tahoma"/>
          <w:rtl/>
        </w:rPr>
        <w:t xml:space="preserve"> را فراخواند، مقام‌ها را گسترش داد و منابع لازم را فراهم ساخت. اما ساختهٔ حکومت به‌تدر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ج</w:t>
      </w:r>
      <w:r w:rsidRPr="003D1BAB">
        <w:rPr>
          <w:rFonts w:ascii="Tahoma" w:hAnsi="Tahoma" w:cs="Tahoma"/>
          <w:rtl/>
        </w:rPr>
        <w:t xml:space="preserve"> حافظه، درآمد و ن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رو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بازتول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د</w:t>
      </w:r>
      <w:r w:rsidRPr="003D1BAB">
        <w:rPr>
          <w:rFonts w:ascii="Tahoma" w:hAnsi="Tahoma" w:cs="Tahoma"/>
          <w:rtl/>
        </w:rPr>
        <w:t xml:space="preserve"> خود را پ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دا</w:t>
      </w:r>
      <w:r w:rsidRPr="003D1BAB">
        <w:rPr>
          <w:rFonts w:ascii="Tahoma" w:hAnsi="Tahoma" w:cs="Tahoma"/>
          <w:rtl/>
        </w:rPr>
        <w:t xml:space="preserve"> کرد. عمامه هنوز درون حکومت قرار داشت، ول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همهٔ توانش از حکوم</w:t>
      </w:r>
      <w:r w:rsidRPr="003D1BAB">
        <w:rPr>
          <w:rFonts w:ascii="Tahoma" w:hAnsi="Tahoma" w:cs="Tahoma" w:hint="eastAsia"/>
          <w:rtl/>
        </w:rPr>
        <w:t>ت</w:t>
      </w:r>
      <w:r w:rsidRPr="003D1BAB">
        <w:rPr>
          <w:rFonts w:ascii="Tahoma" w:hAnsi="Tahoma" w:cs="Tahoma"/>
          <w:rtl/>
        </w:rPr>
        <w:t xml:space="preserve"> سرچشمه نم</w:t>
      </w:r>
      <w:r w:rsidRPr="003D1BAB">
        <w:rPr>
          <w:rFonts w:ascii="Tahoma" w:hAnsi="Tahoma" w:cs="Tahoma" w:hint="cs"/>
          <w:rtl/>
        </w:rPr>
        <w:t>ی‌</w:t>
      </w:r>
      <w:r w:rsidRPr="003D1BAB">
        <w:rPr>
          <w:rFonts w:ascii="Tahoma" w:hAnsi="Tahoma" w:cs="Tahoma" w:hint="eastAsia"/>
          <w:rtl/>
        </w:rPr>
        <w:t>گرفت</w:t>
      </w:r>
      <w:r w:rsidRPr="003D1BAB">
        <w:rPr>
          <w:rFonts w:ascii="Tahoma" w:hAnsi="Tahoma" w:cs="Tahoma"/>
          <w:rtl/>
        </w:rPr>
        <w:t>.</w:t>
      </w:r>
    </w:p>
    <w:p w:rsidR="003D1BAB" w:rsidRPr="003D1BAB" w:rsidRDefault="003D1BAB" w:rsidP="003D1BAB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D1BAB">
        <w:rPr>
          <w:rFonts w:ascii="Tahoma" w:hAnsi="Tahoma" w:cs="Tahoma" w:hint="eastAsia"/>
          <w:rtl/>
        </w:rPr>
        <w:t>اکنون</w:t>
      </w:r>
      <w:r w:rsidRPr="003D1BAB">
        <w:rPr>
          <w:rFonts w:ascii="Tahoma" w:hAnsi="Tahoma" w:cs="Tahoma"/>
          <w:rtl/>
        </w:rPr>
        <w:t xml:space="preserve"> حکومت صفو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دارا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چهار ن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رو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متما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ز</w:t>
      </w:r>
      <w:r w:rsidRPr="003D1BAB">
        <w:rPr>
          <w:rFonts w:ascii="Tahoma" w:hAnsi="Tahoma" w:cs="Tahoma"/>
          <w:rtl/>
        </w:rPr>
        <w:t xml:space="preserve"> بود: تاج، که م</w:t>
      </w:r>
      <w:r w:rsidRPr="003D1BAB">
        <w:rPr>
          <w:rFonts w:ascii="Tahoma" w:hAnsi="Tahoma" w:cs="Tahoma" w:hint="cs"/>
          <w:rtl/>
        </w:rPr>
        <w:t>ی‌</w:t>
      </w:r>
      <w:r w:rsidRPr="003D1BAB">
        <w:rPr>
          <w:rFonts w:ascii="Tahoma" w:hAnsi="Tahoma" w:cs="Tahoma" w:hint="eastAsia"/>
          <w:rtl/>
        </w:rPr>
        <w:t>خواست</w:t>
      </w:r>
      <w:r w:rsidRPr="003D1BAB">
        <w:rPr>
          <w:rFonts w:ascii="Tahoma" w:hAnsi="Tahoma" w:cs="Tahoma"/>
          <w:rtl/>
        </w:rPr>
        <w:t xml:space="preserve"> فرمان نها</w:t>
      </w:r>
      <w:r w:rsidRPr="003D1BAB">
        <w:rPr>
          <w:rFonts w:ascii="Tahoma" w:hAnsi="Tahoma" w:cs="Tahoma" w:hint="cs"/>
          <w:rtl/>
        </w:rPr>
        <w:t>یی</w:t>
      </w:r>
      <w:r w:rsidRPr="003D1BAB">
        <w:rPr>
          <w:rFonts w:ascii="Tahoma" w:hAnsi="Tahoma" w:cs="Tahoma"/>
          <w:rtl/>
        </w:rPr>
        <w:t xml:space="preserve"> را در اخت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ار</w:t>
      </w:r>
      <w:r w:rsidRPr="003D1BAB">
        <w:rPr>
          <w:rFonts w:ascii="Tahoma" w:hAnsi="Tahoma" w:cs="Tahoma"/>
          <w:rtl/>
        </w:rPr>
        <w:t xml:space="preserve"> داشته باشد؛ قشون قزلباش، که خود را سازندهٔ پادشاه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م</w:t>
      </w:r>
      <w:r w:rsidRPr="003D1BAB">
        <w:rPr>
          <w:rFonts w:ascii="Tahoma" w:hAnsi="Tahoma" w:cs="Tahoma" w:hint="cs"/>
          <w:rtl/>
        </w:rPr>
        <w:t>ی‌</w:t>
      </w:r>
      <w:r w:rsidRPr="003D1BAB">
        <w:rPr>
          <w:rFonts w:ascii="Tahoma" w:hAnsi="Tahoma" w:cs="Tahoma" w:hint="eastAsia"/>
          <w:rtl/>
        </w:rPr>
        <w:t>دانست؛</w:t>
      </w:r>
      <w:r w:rsidRPr="003D1BAB">
        <w:rPr>
          <w:rFonts w:ascii="Tahoma" w:hAnsi="Tahoma" w:cs="Tahoma"/>
          <w:rtl/>
        </w:rPr>
        <w:t xml:space="preserve"> د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وان،</w:t>
      </w:r>
      <w:r w:rsidRPr="003D1BAB">
        <w:rPr>
          <w:rFonts w:ascii="Tahoma" w:hAnsi="Tahoma" w:cs="Tahoma"/>
          <w:rtl/>
        </w:rPr>
        <w:t xml:space="preserve"> که دانش ادارهٔ کشور را حمل م</w:t>
      </w:r>
      <w:r w:rsidRPr="003D1BAB">
        <w:rPr>
          <w:rFonts w:ascii="Tahoma" w:hAnsi="Tahoma" w:cs="Tahoma" w:hint="cs"/>
          <w:rtl/>
        </w:rPr>
        <w:t>ی‌</w:t>
      </w:r>
      <w:r w:rsidRPr="003D1BAB">
        <w:rPr>
          <w:rFonts w:ascii="Tahoma" w:hAnsi="Tahoma" w:cs="Tahoma" w:hint="eastAsia"/>
          <w:rtl/>
        </w:rPr>
        <w:t>کرد؛</w:t>
      </w:r>
      <w:r w:rsidRPr="003D1BAB">
        <w:rPr>
          <w:rFonts w:ascii="Tahoma" w:hAnsi="Tahoma" w:cs="Tahoma"/>
          <w:rtl/>
        </w:rPr>
        <w:t xml:space="preserve"> و دستگاه د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نکار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،</w:t>
      </w:r>
      <w:r w:rsidRPr="003D1BAB">
        <w:rPr>
          <w:rFonts w:ascii="Tahoma" w:hAnsi="Tahoma" w:cs="Tahoma"/>
          <w:rtl/>
        </w:rPr>
        <w:t xml:space="preserve"> که مذهب رسم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و حکم شرع را تعر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ف</w:t>
      </w:r>
      <w:r w:rsidRPr="003D1BAB">
        <w:rPr>
          <w:rFonts w:ascii="Tahoma" w:hAnsi="Tahoma" w:cs="Tahoma"/>
          <w:rtl/>
        </w:rPr>
        <w:t xml:space="preserve"> م</w:t>
      </w:r>
      <w:r w:rsidRPr="003D1BAB">
        <w:rPr>
          <w:rFonts w:ascii="Tahoma" w:hAnsi="Tahoma" w:cs="Tahoma" w:hint="cs"/>
          <w:rtl/>
        </w:rPr>
        <w:t>ی‌</w:t>
      </w:r>
      <w:r w:rsidRPr="003D1BAB">
        <w:rPr>
          <w:rFonts w:ascii="Tahoma" w:hAnsi="Tahoma" w:cs="Tahoma" w:hint="eastAsia"/>
          <w:rtl/>
        </w:rPr>
        <w:t>کرد</w:t>
      </w:r>
      <w:r w:rsidRPr="003D1BAB">
        <w:rPr>
          <w:rFonts w:ascii="Tahoma" w:hAnsi="Tahoma" w:cs="Tahoma"/>
          <w:rtl/>
        </w:rPr>
        <w:t xml:space="preserve">. مسئلهٔ </w:t>
      </w:r>
      <w:r w:rsidRPr="003D1BAB">
        <w:rPr>
          <w:rFonts w:ascii="Tahoma" w:hAnsi="Tahoma" w:cs="Tahoma" w:hint="eastAsia"/>
          <w:rtl/>
        </w:rPr>
        <w:t>کشوردار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از 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ن</w:t>
      </w:r>
      <w:r w:rsidRPr="003D1BAB">
        <w:rPr>
          <w:rFonts w:ascii="Tahoma" w:hAnsi="Tahoma" w:cs="Tahoma"/>
          <w:rtl/>
        </w:rPr>
        <w:t xml:space="preserve"> پس تنظ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م</w:t>
      </w:r>
      <w:r w:rsidRPr="003D1BAB">
        <w:rPr>
          <w:rFonts w:ascii="Tahoma" w:hAnsi="Tahoma" w:cs="Tahoma"/>
          <w:rtl/>
        </w:rPr>
        <w:t xml:space="preserve"> رابطهٔ 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ن</w:t>
      </w:r>
      <w:r w:rsidRPr="003D1BAB">
        <w:rPr>
          <w:rFonts w:ascii="Tahoma" w:hAnsi="Tahoma" w:cs="Tahoma"/>
          <w:rtl/>
        </w:rPr>
        <w:t xml:space="preserve"> چهار ن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رو</w:t>
      </w:r>
      <w:r w:rsidRPr="003D1BAB">
        <w:rPr>
          <w:rFonts w:ascii="Tahoma" w:hAnsi="Tahoma" w:cs="Tahoma"/>
          <w:rtl/>
        </w:rPr>
        <w:t xml:space="preserve"> بود.</w:t>
      </w:r>
    </w:p>
    <w:p w:rsidR="003D1BAB" w:rsidRDefault="003D1BAB" w:rsidP="003D1BAB">
      <w:pPr>
        <w:bidi/>
        <w:spacing w:after="0" w:line="360" w:lineRule="auto"/>
        <w:ind w:firstLine="720"/>
        <w:jc w:val="both"/>
        <w:rPr>
          <w:rFonts w:ascii="Tahoma" w:hAnsi="Tahoma" w:cs="Tahoma"/>
          <w:rtl/>
        </w:rPr>
      </w:pPr>
      <w:r w:rsidRPr="003D1BAB">
        <w:rPr>
          <w:rFonts w:ascii="Tahoma" w:hAnsi="Tahoma" w:cs="Tahoma" w:hint="eastAsia"/>
          <w:rtl/>
        </w:rPr>
        <w:t>شاه</w:t>
      </w:r>
      <w:r w:rsidRPr="003D1BAB">
        <w:rPr>
          <w:rFonts w:ascii="Tahoma" w:hAnsi="Tahoma" w:cs="Tahoma"/>
          <w:rtl/>
        </w:rPr>
        <w:t xml:space="preserve"> اسماع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ل</w:t>
      </w:r>
      <w:r w:rsidRPr="003D1BAB">
        <w:rPr>
          <w:rFonts w:ascii="Tahoma" w:hAnsi="Tahoma" w:cs="Tahoma"/>
          <w:rtl/>
        </w:rPr>
        <w:t xml:space="preserve"> توانسته بود آنان را با ن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رو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شخص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و جذبهٔ مرشدانهٔ خود در کنار هم نگاه دارد. اما پس از مرگ او، تاج به پسر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خردسال رس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د</w:t>
      </w:r>
      <w:r w:rsidRPr="003D1BAB">
        <w:rPr>
          <w:rFonts w:ascii="Tahoma" w:hAnsi="Tahoma" w:cs="Tahoma"/>
          <w:rtl/>
        </w:rPr>
        <w:t xml:space="preserve"> و قزلباشان برا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تصاحب قدرت به رقابت برخاستند. نخست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ن</w:t>
      </w:r>
      <w:r w:rsidRPr="003D1BAB">
        <w:rPr>
          <w:rFonts w:ascii="Tahoma" w:hAnsi="Tahoma" w:cs="Tahoma"/>
          <w:rtl/>
        </w:rPr>
        <w:t xml:space="preserve"> آزمون واقع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ساختمان تازه در دوران شاه تهماسب آغاز شد: آ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ا</w:t>
      </w:r>
      <w:r w:rsidRPr="003D1BAB">
        <w:rPr>
          <w:rFonts w:ascii="Tahoma" w:hAnsi="Tahoma" w:cs="Tahoma"/>
          <w:rtl/>
        </w:rPr>
        <w:t xml:space="preserve"> حکومت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/>
          <w:rtl/>
        </w:rPr>
        <w:t xml:space="preserve"> که با 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مان</w:t>
      </w:r>
      <w:r w:rsidRPr="003D1BAB">
        <w:rPr>
          <w:rFonts w:ascii="Tahoma" w:hAnsi="Tahoma" w:cs="Tahoma"/>
          <w:rtl/>
        </w:rPr>
        <w:t xml:space="preserve"> به 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ک</w:t>
      </w:r>
      <w:r w:rsidRPr="003D1BAB">
        <w:rPr>
          <w:rFonts w:ascii="Tahoma" w:hAnsi="Tahoma" w:cs="Tahoma"/>
          <w:rtl/>
        </w:rPr>
        <w:t xml:space="preserve"> مرشد و شمش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ر</w:t>
      </w:r>
      <w:r w:rsidRPr="003D1BAB">
        <w:rPr>
          <w:rFonts w:ascii="Tahoma" w:hAnsi="Tahoma" w:cs="Tahoma"/>
          <w:rtl/>
        </w:rPr>
        <w:t xml:space="preserve"> قبا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ل</w:t>
      </w:r>
      <w:r w:rsidRPr="003D1BAB">
        <w:rPr>
          <w:rFonts w:ascii="Tahoma" w:hAnsi="Tahoma" w:cs="Tahoma"/>
          <w:rtl/>
        </w:rPr>
        <w:t xml:space="preserve"> ساخته شده بود، م</w:t>
      </w:r>
      <w:r w:rsidRPr="003D1BAB">
        <w:rPr>
          <w:rFonts w:ascii="Tahoma" w:hAnsi="Tahoma" w:cs="Tahoma" w:hint="cs"/>
          <w:rtl/>
        </w:rPr>
        <w:t>ی‌</w:t>
      </w:r>
      <w:r w:rsidRPr="003D1BAB">
        <w:rPr>
          <w:rFonts w:ascii="Tahoma" w:hAnsi="Tahoma" w:cs="Tahoma" w:hint="eastAsia"/>
          <w:rtl/>
        </w:rPr>
        <w:t>توانست</w:t>
      </w:r>
      <w:r w:rsidRPr="003D1BAB">
        <w:rPr>
          <w:rFonts w:ascii="Tahoma" w:hAnsi="Tahoma" w:cs="Tahoma"/>
          <w:rtl/>
        </w:rPr>
        <w:t xml:space="preserve"> بدون حضور بن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ان‌گذار</w:t>
      </w:r>
      <w:r w:rsidRPr="003D1BAB">
        <w:rPr>
          <w:rFonts w:ascii="Tahoma" w:hAnsi="Tahoma" w:cs="Tahoma"/>
          <w:rtl/>
        </w:rPr>
        <w:t xml:space="preserve"> خود ادامه </w:t>
      </w:r>
      <w:r w:rsidRPr="003D1BAB">
        <w:rPr>
          <w:rFonts w:ascii="Tahoma" w:hAnsi="Tahoma" w:cs="Tahoma" w:hint="cs"/>
          <w:rtl/>
        </w:rPr>
        <w:t>ی</w:t>
      </w:r>
      <w:r w:rsidRPr="003D1BAB">
        <w:rPr>
          <w:rFonts w:ascii="Tahoma" w:hAnsi="Tahoma" w:cs="Tahoma" w:hint="eastAsia"/>
          <w:rtl/>
        </w:rPr>
        <w:t>ابد؟</w:t>
      </w:r>
    </w:p>
    <w:p w:rsidR="003D1BAB" w:rsidRPr="00BC1373" w:rsidRDefault="003D1BAB" w:rsidP="00BC1373">
      <w:pPr>
        <w:keepNext/>
        <w:pageBreakBefore/>
        <w:bidi/>
        <w:spacing w:after="0" w:line="360" w:lineRule="auto"/>
        <w:jc w:val="center"/>
        <w:rPr>
          <w:rFonts w:asciiTheme="majorBidi" w:hAnsiTheme="majorBidi" w:cstheme="majorBidi"/>
          <w:b/>
          <w:bCs/>
          <w:sz w:val="36"/>
          <w:szCs w:val="36"/>
          <w:rtl/>
        </w:rPr>
      </w:pPr>
      <w:bookmarkStart w:id="8" w:name="Vol1Chapter06"/>
      <w:bookmarkEnd w:id="8"/>
      <w:r w:rsidRPr="00BC1373">
        <w:rPr>
          <w:rFonts w:asciiTheme="majorBidi" w:hAnsiTheme="majorBidi" w:cstheme="majorBidi"/>
          <w:b/>
          <w:bCs/>
          <w:sz w:val="36"/>
          <w:szCs w:val="36"/>
          <w:rtl/>
        </w:rPr>
        <w:t>فصل ششم</w:t>
      </w:r>
    </w:p>
    <w:p w:rsidR="00BC1373" w:rsidRPr="00BC1373" w:rsidRDefault="00BC1373" w:rsidP="00BC1373">
      <w:pPr>
        <w:keepNext/>
        <w:bidi/>
        <w:spacing w:after="240" w:line="360" w:lineRule="auto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BC1373">
        <w:rPr>
          <w:rFonts w:asciiTheme="majorBidi" w:hAnsiTheme="majorBidi" w:cstheme="majorBidi"/>
          <w:b/>
          <w:bCs/>
          <w:sz w:val="36"/>
          <w:szCs w:val="36"/>
          <w:rtl/>
        </w:rPr>
        <w:t>شاه تهماسب؛ بقای تاج پس از مرگ مرشد</w:t>
      </w:r>
    </w:p>
    <w:p w:rsidR="00BC1373" w:rsidRPr="00BC1373" w:rsidRDefault="00BC1373" w:rsidP="00BC137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C1373">
        <w:rPr>
          <w:rFonts w:ascii="Tahoma" w:hAnsi="Tahoma" w:cs="Tahoma" w:hint="eastAsia"/>
          <w:rtl/>
        </w:rPr>
        <w:t>مرگ</w:t>
      </w:r>
      <w:r w:rsidRPr="00BC1373">
        <w:rPr>
          <w:rFonts w:ascii="Tahoma" w:hAnsi="Tahoma" w:cs="Tahoma"/>
          <w:rtl/>
        </w:rPr>
        <w:t xml:space="preserve"> شاه اسماع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ل</w:t>
      </w:r>
      <w:r w:rsidRPr="00BC1373">
        <w:rPr>
          <w:rFonts w:ascii="Tahoma" w:hAnsi="Tahoma" w:cs="Tahoma"/>
          <w:rtl/>
        </w:rPr>
        <w:t xml:space="preserve"> در سال </w:t>
      </w:r>
      <w:r w:rsidRPr="00BC1373">
        <w:rPr>
          <w:rFonts w:ascii="Tahoma" w:hAnsi="Tahoma" w:cs="Tahoma"/>
          <w:rtl/>
          <w:lang w:bidi="fa-IR"/>
        </w:rPr>
        <w:t>۱۵۲۴</w:t>
      </w:r>
      <w:r w:rsidRPr="00BC1373">
        <w:rPr>
          <w:rFonts w:ascii="Tahoma" w:hAnsi="Tahoma" w:cs="Tahoma"/>
          <w:rtl/>
        </w:rPr>
        <w:t xml:space="preserve"> م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لاد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نخست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ن</w:t>
      </w:r>
      <w:r w:rsidRPr="00BC1373">
        <w:rPr>
          <w:rFonts w:ascii="Tahoma" w:hAnsi="Tahoma" w:cs="Tahoma"/>
          <w:rtl/>
        </w:rPr>
        <w:t xml:space="preserve"> آزمون بزرگ حکومت صفو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بود. تا آن هنگام، تاج، طر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قت</w:t>
      </w:r>
      <w:r w:rsidRPr="00BC1373">
        <w:rPr>
          <w:rFonts w:ascii="Tahoma" w:hAnsi="Tahoma" w:cs="Tahoma"/>
          <w:rtl/>
        </w:rPr>
        <w:t xml:space="preserve"> و فرمانده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قشون در شخص بن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ان‌گذار</w:t>
      </w:r>
      <w:r w:rsidRPr="00BC1373">
        <w:rPr>
          <w:rFonts w:ascii="Tahoma" w:hAnsi="Tahoma" w:cs="Tahoma"/>
          <w:rtl/>
        </w:rPr>
        <w:t xml:space="preserve"> حکومت گرد آمده بودند. قزلباشان نه فقط از شاه، بلکه از مرشد خود اطاعت م</w:t>
      </w:r>
      <w:r w:rsidRPr="00BC1373">
        <w:rPr>
          <w:rFonts w:ascii="Tahoma" w:hAnsi="Tahoma" w:cs="Tahoma" w:hint="cs"/>
          <w:rtl/>
        </w:rPr>
        <w:t>ی‌</w:t>
      </w:r>
      <w:r w:rsidRPr="00BC1373">
        <w:rPr>
          <w:rFonts w:ascii="Tahoma" w:hAnsi="Tahoma" w:cs="Tahoma" w:hint="eastAsia"/>
          <w:rtl/>
        </w:rPr>
        <w:t>کردند</w:t>
      </w:r>
      <w:r w:rsidRPr="00BC1373">
        <w:rPr>
          <w:rFonts w:ascii="Tahoma" w:hAnsi="Tahoma" w:cs="Tahoma"/>
          <w:rtl/>
        </w:rPr>
        <w:t>. د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وانسالاران،</w:t>
      </w:r>
      <w:r w:rsidRPr="00BC1373">
        <w:rPr>
          <w:rFonts w:ascii="Tahoma" w:hAnsi="Tahoma" w:cs="Tahoma"/>
          <w:rtl/>
        </w:rPr>
        <w:t xml:space="preserve"> د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نکاران</w:t>
      </w:r>
      <w:r w:rsidRPr="00BC1373">
        <w:rPr>
          <w:rFonts w:ascii="Tahoma" w:hAnsi="Tahoma" w:cs="Tahoma"/>
          <w:rtl/>
        </w:rPr>
        <w:t xml:space="preserve"> و حاکمان ا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الات</w:t>
      </w:r>
      <w:r w:rsidRPr="00BC1373">
        <w:rPr>
          <w:rFonts w:ascii="Tahoma" w:hAnsi="Tahoma" w:cs="Tahoma"/>
          <w:rtl/>
        </w:rPr>
        <w:t xml:space="preserve"> ن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ز</w:t>
      </w:r>
      <w:r w:rsidRPr="00BC1373">
        <w:rPr>
          <w:rFonts w:ascii="Tahoma" w:hAnsi="Tahoma" w:cs="Tahoma"/>
          <w:rtl/>
        </w:rPr>
        <w:t xml:space="preserve"> با فرما</w:t>
      </w:r>
      <w:r w:rsidRPr="00BC1373">
        <w:rPr>
          <w:rFonts w:ascii="Tahoma" w:hAnsi="Tahoma" w:cs="Tahoma" w:hint="eastAsia"/>
          <w:rtl/>
        </w:rPr>
        <w:t>نروا</w:t>
      </w:r>
      <w:r w:rsidRPr="00BC1373">
        <w:rPr>
          <w:rFonts w:ascii="Tahoma" w:hAnsi="Tahoma" w:cs="Tahoma" w:hint="cs"/>
          <w:rtl/>
        </w:rPr>
        <w:t>یی</w:t>
      </w:r>
      <w:r w:rsidRPr="00BC1373">
        <w:rPr>
          <w:rFonts w:ascii="Tahoma" w:hAnsi="Tahoma" w:cs="Tahoma"/>
          <w:rtl/>
        </w:rPr>
        <w:t xml:space="preserve"> روبه‌رو بودند که پ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روز</w:t>
      </w:r>
      <w:r w:rsidRPr="00BC1373">
        <w:rPr>
          <w:rFonts w:ascii="Tahoma" w:hAnsi="Tahoma" w:cs="Tahoma" w:hint="cs"/>
          <w:rtl/>
        </w:rPr>
        <w:t>ی‌</w:t>
      </w:r>
      <w:r w:rsidRPr="00BC1373">
        <w:rPr>
          <w:rFonts w:ascii="Tahoma" w:hAnsi="Tahoma" w:cs="Tahoma" w:hint="eastAsia"/>
          <w:rtl/>
        </w:rPr>
        <w:t>ها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ش</w:t>
      </w:r>
      <w:r w:rsidRPr="00BC1373">
        <w:rPr>
          <w:rFonts w:ascii="Tahoma" w:hAnsi="Tahoma" w:cs="Tahoma"/>
          <w:rtl/>
        </w:rPr>
        <w:t xml:space="preserve"> ساختمان تازهٔ حکومت را پد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د</w:t>
      </w:r>
      <w:r w:rsidRPr="00BC1373">
        <w:rPr>
          <w:rFonts w:ascii="Tahoma" w:hAnsi="Tahoma" w:cs="Tahoma"/>
          <w:rtl/>
        </w:rPr>
        <w:t xml:space="preserve"> آورده بود.</w:t>
      </w:r>
    </w:p>
    <w:p w:rsidR="00BC1373" w:rsidRPr="00BC1373" w:rsidRDefault="00BC1373" w:rsidP="00BC137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C1373">
        <w:rPr>
          <w:rFonts w:ascii="Tahoma" w:hAnsi="Tahoma" w:cs="Tahoma" w:hint="eastAsia"/>
          <w:rtl/>
        </w:rPr>
        <w:t>با</w:t>
      </w:r>
      <w:r w:rsidRPr="00BC1373">
        <w:rPr>
          <w:rFonts w:ascii="Tahoma" w:hAnsi="Tahoma" w:cs="Tahoma"/>
          <w:rtl/>
        </w:rPr>
        <w:t xml:space="preserve"> مرگ او، ا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ن</w:t>
      </w:r>
      <w:r w:rsidRPr="00BC1373">
        <w:rPr>
          <w:rFonts w:ascii="Tahoma" w:hAnsi="Tahoma" w:cs="Tahoma"/>
          <w:rtl/>
        </w:rPr>
        <w:t xml:space="preserve"> پرسش پ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ش</w:t>
      </w:r>
      <w:r w:rsidRPr="00BC1373">
        <w:rPr>
          <w:rFonts w:ascii="Tahoma" w:hAnsi="Tahoma" w:cs="Tahoma"/>
          <w:rtl/>
        </w:rPr>
        <w:t xml:space="preserve"> آمد که آ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ا</w:t>
      </w:r>
      <w:r w:rsidRPr="00BC1373">
        <w:rPr>
          <w:rFonts w:ascii="Tahoma" w:hAnsi="Tahoma" w:cs="Tahoma"/>
          <w:rtl/>
        </w:rPr>
        <w:t xml:space="preserve"> نهادها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ساخته‌شده م</w:t>
      </w:r>
      <w:r w:rsidRPr="00BC1373">
        <w:rPr>
          <w:rFonts w:ascii="Tahoma" w:hAnsi="Tahoma" w:cs="Tahoma" w:hint="cs"/>
          <w:rtl/>
        </w:rPr>
        <w:t>ی‌</w:t>
      </w:r>
      <w:r w:rsidRPr="00BC1373">
        <w:rPr>
          <w:rFonts w:ascii="Tahoma" w:hAnsi="Tahoma" w:cs="Tahoma" w:hint="eastAsia"/>
          <w:rtl/>
        </w:rPr>
        <w:t>توانند</w:t>
      </w:r>
      <w:r w:rsidRPr="00BC1373">
        <w:rPr>
          <w:rFonts w:ascii="Tahoma" w:hAnsi="Tahoma" w:cs="Tahoma"/>
          <w:rtl/>
        </w:rPr>
        <w:t xml:space="preserve"> بدون حضور بن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ان‌گذار</w:t>
      </w:r>
      <w:r w:rsidRPr="00BC1373">
        <w:rPr>
          <w:rFonts w:ascii="Tahoma" w:hAnsi="Tahoma" w:cs="Tahoma"/>
          <w:rtl/>
        </w:rPr>
        <w:t xml:space="preserve"> به کار خود ادامه دهند 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ا</w:t>
      </w:r>
      <w:r w:rsidRPr="00BC1373">
        <w:rPr>
          <w:rFonts w:ascii="Tahoma" w:hAnsi="Tahoma" w:cs="Tahoma"/>
          <w:rtl/>
        </w:rPr>
        <w:t xml:space="preserve"> نه. اگر حکومت فقط بر جذبهٔ اسماع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ل</w:t>
      </w:r>
      <w:r w:rsidRPr="00BC1373">
        <w:rPr>
          <w:rFonts w:ascii="Tahoma" w:hAnsi="Tahoma" w:cs="Tahoma"/>
          <w:rtl/>
        </w:rPr>
        <w:t xml:space="preserve"> استوار بود، مرگ او با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د</w:t>
      </w:r>
      <w:r w:rsidRPr="00BC1373">
        <w:rPr>
          <w:rFonts w:ascii="Tahoma" w:hAnsi="Tahoma" w:cs="Tahoma"/>
          <w:rtl/>
        </w:rPr>
        <w:t xml:space="preserve"> قزلباشان را پراکنده و کشور را بار د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گر</w:t>
      </w:r>
      <w:r w:rsidRPr="00BC1373">
        <w:rPr>
          <w:rFonts w:ascii="Tahoma" w:hAnsi="Tahoma" w:cs="Tahoma"/>
          <w:rtl/>
        </w:rPr>
        <w:t xml:space="preserve"> م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ان</w:t>
      </w:r>
      <w:r w:rsidRPr="00BC1373">
        <w:rPr>
          <w:rFonts w:ascii="Tahoma" w:hAnsi="Tahoma" w:cs="Tahoma"/>
          <w:rtl/>
        </w:rPr>
        <w:t xml:space="preserve"> مدع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ان</w:t>
      </w:r>
      <w:r w:rsidRPr="00BC1373">
        <w:rPr>
          <w:rFonts w:ascii="Tahoma" w:hAnsi="Tahoma" w:cs="Tahoma"/>
          <w:rtl/>
        </w:rPr>
        <w:t xml:space="preserve"> تقس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م</w:t>
      </w:r>
      <w:r w:rsidRPr="00BC1373">
        <w:rPr>
          <w:rFonts w:ascii="Tahoma" w:hAnsi="Tahoma" w:cs="Tahoma"/>
          <w:rtl/>
        </w:rPr>
        <w:t xml:space="preserve"> م</w:t>
      </w:r>
      <w:r w:rsidRPr="00BC1373">
        <w:rPr>
          <w:rFonts w:ascii="Tahoma" w:hAnsi="Tahoma" w:cs="Tahoma" w:hint="cs"/>
          <w:rtl/>
        </w:rPr>
        <w:t>ی‌</w:t>
      </w:r>
      <w:r w:rsidRPr="00BC1373">
        <w:rPr>
          <w:rFonts w:ascii="Tahoma" w:hAnsi="Tahoma" w:cs="Tahoma" w:hint="eastAsia"/>
          <w:rtl/>
        </w:rPr>
        <w:t>کرد</w:t>
      </w:r>
      <w:r w:rsidRPr="00BC1373">
        <w:rPr>
          <w:rFonts w:ascii="Tahoma" w:hAnsi="Tahoma" w:cs="Tahoma"/>
          <w:rtl/>
        </w:rPr>
        <w:t>. اگر تاج، د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وان</w:t>
      </w:r>
      <w:r w:rsidRPr="00BC1373">
        <w:rPr>
          <w:rFonts w:ascii="Tahoma" w:hAnsi="Tahoma" w:cs="Tahoma"/>
          <w:rtl/>
        </w:rPr>
        <w:t xml:space="preserve"> و مذهب ر</w:t>
      </w:r>
      <w:r w:rsidRPr="00BC1373">
        <w:rPr>
          <w:rFonts w:ascii="Tahoma" w:hAnsi="Tahoma" w:cs="Tahoma" w:hint="eastAsia"/>
          <w:rtl/>
        </w:rPr>
        <w:t>سم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تا اندازه‌ا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از شخص شاه استقلال 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افته</w:t>
      </w:r>
      <w:r w:rsidRPr="00BC1373">
        <w:rPr>
          <w:rFonts w:ascii="Tahoma" w:hAnsi="Tahoma" w:cs="Tahoma"/>
          <w:rtl/>
        </w:rPr>
        <w:t xml:space="preserve"> بودند، م</w:t>
      </w:r>
      <w:r w:rsidRPr="00BC1373">
        <w:rPr>
          <w:rFonts w:ascii="Tahoma" w:hAnsi="Tahoma" w:cs="Tahoma" w:hint="cs"/>
          <w:rtl/>
        </w:rPr>
        <w:t>ی‌</w:t>
      </w:r>
      <w:r w:rsidRPr="00BC1373">
        <w:rPr>
          <w:rFonts w:ascii="Tahoma" w:hAnsi="Tahoma" w:cs="Tahoma" w:hint="eastAsia"/>
          <w:rtl/>
        </w:rPr>
        <w:t>توانستند</w:t>
      </w:r>
      <w:r w:rsidRPr="00BC1373">
        <w:rPr>
          <w:rFonts w:ascii="Tahoma" w:hAnsi="Tahoma" w:cs="Tahoma"/>
          <w:rtl/>
        </w:rPr>
        <w:t xml:space="preserve"> پسرش را بر تخت بنشانند و انتقال قدرت را ممکن سازند.</w:t>
      </w:r>
    </w:p>
    <w:p w:rsidR="00BC1373" w:rsidRPr="00BC1373" w:rsidRDefault="00BC1373" w:rsidP="00BC137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C1373">
        <w:rPr>
          <w:rFonts w:ascii="Tahoma" w:hAnsi="Tahoma" w:cs="Tahoma" w:hint="eastAsia"/>
          <w:rtl/>
        </w:rPr>
        <w:t>تهماسب</w:t>
      </w:r>
      <w:r w:rsidRPr="00BC1373">
        <w:rPr>
          <w:rFonts w:ascii="Tahoma" w:hAnsi="Tahoma" w:cs="Tahoma"/>
          <w:rtl/>
        </w:rPr>
        <w:t xml:space="preserve"> هنگام مرگ پدر نزد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ک</w:t>
      </w:r>
      <w:r w:rsidRPr="00BC1373">
        <w:rPr>
          <w:rFonts w:ascii="Tahoma" w:hAnsi="Tahoma" w:cs="Tahoma"/>
          <w:rtl/>
        </w:rPr>
        <w:t xml:space="preserve"> به ده سال داشت. خون صفو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و انتخاب او به جانش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ن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برا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انتقال تاج کاف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بود، اما برا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فرمان‌راندن کاف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نبود. پادشاه کودک نم</w:t>
      </w:r>
      <w:r w:rsidRPr="00BC1373">
        <w:rPr>
          <w:rFonts w:ascii="Tahoma" w:hAnsi="Tahoma" w:cs="Tahoma" w:hint="cs"/>
          <w:rtl/>
        </w:rPr>
        <w:t>ی‌</w:t>
      </w:r>
      <w:r w:rsidRPr="00BC1373">
        <w:rPr>
          <w:rFonts w:ascii="Tahoma" w:hAnsi="Tahoma" w:cs="Tahoma" w:hint="eastAsia"/>
          <w:rtl/>
        </w:rPr>
        <w:t>توانست</w:t>
      </w:r>
      <w:r w:rsidRPr="00BC1373">
        <w:rPr>
          <w:rFonts w:ascii="Tahoma" w:hAnsi="Tahoma" w:cs="Tahoma"/>
          <w:rtl/>
        </w:rPr>
        <w:t xml:space="preserve"> قشون را در م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دان</w:t>
      </w:r>
      <w:r w:rsidRPr="00BC1373">
        <w:rPr>
          <w:rFonts w:ascii="Tahoma" w:hAnsi="Tahoma" w:cs="Tahoma"/>
          <w:rtl/>
        </w:rPr>
        <w:t xml:space="preserve"> جنگ رهبر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کند، ام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ران</w:t>
      </w:r>
      <w:r w:rsidRPr="00BC1373">
        <w:rPr>
          <w:rFonts w:ascii="Tahoma" w:hAnsi="Tahoma" w:cs="Tahoma"/>
          <w:rtl/>
        </w:rPr>
        <w:t xml:space="preserve"> قزلباش را مهار سازد، دربارهٔ مال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ات</w:t>
      </w:r>
      <w:r w:rsidRPr="00BC1373">
        <w:rPr>
          <w:rFonts w:ascii="Tahoma" w:hAnsi="Tahoma" w:cs="Tahoma"/>
          <w:rtl/>
        </w:rPr>
        <w:t xml:space="preserve"> و ولا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ت‌ها</w:t>
      </w:r>
      <w:r w:rsidRPr="00BC1373">
        <w:rPr>
          <w:rFonts w:ascii="Tahoma" w:hAnsi="Tahoma" w:cs="Tahoma"/>
          <w:rtl/>
        </w:rPr>
        <w:t xml:space="preserve"> تصم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م</w:t>
      </w:r>
      <w:r w:rsidRPr="00BC1373">
        <w:rPr>
          <w:rFonts w:ascii="Tahoma" w:hAnsi="Tahoma" w:cs="Tahoma"/>
          <w:rtl/>
        </w:rPr>
        <w:t xml:space="preserve"> بگ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رد</w:t>
      </w:r>
      <w:r w:rsidRPr="00BC1373">
        <w:rPr>
          <w:rFonts w:ascii="Tahoma" w:hAnsi="Tahoma" w:cs="Tahoma"/>
          <w:rtl/>
        </w:rPr>
        <w:t xml:space="preserve"> 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ا</w:t>
      </w:r>
      <w:r w:rsidRPr="00BC1373">
        <w:rPr>
          <w:rFonts w:ascii="Tahoma" w:hAnsi="Tahoma" w:cs="Tahoma"/>
          <w:rtl/>
        </w:rPr>
        <w:t xml:space="preserve"> م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ان</w:t>
      </w:r>
      <w:r w:rsidRPr="00BC1373">
        <w:rPr>
          <w:rFonts w:ascii="Tahoma" w:hAnsi="Tahoma" w:cs="Tahoma"/>
          <w:rtl/>
        </w:rPr>
        <w:t xml:space="preserve"> مدع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ان</w:t>
      </w:r>
      <w:r w:rsidRPr="00BC1373">
        <w:rPr>
          <w:rFonts w:ascii="Tahoma" w:hAnsi="Tahoma" w:cs="Tahoma"/>
          <w:rtl/>
        </w:rPr>
        <w:t xml:space="preserve"> مقام داور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کند. در نت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جه،</w:t>
      </w:r>
      <w:r w:rsidRPr="00BC1373">
        <w:rPr>
          <w:rFonts w:ascii="Tahoma" w:hAnsi="Tahoma" w:cs="Tahoma"/>
          <w:rtl/>
        </w:rPr>
        <w:t xml:space="preserve"> کسان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که با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د</w:t>
      </w:r>
      <w:r w:rsidRPr="00BC1373">
        <w:rPr>
          <w:rFonts w:ascii="Tahoma" w:hAnsi="Tahoma" w:cs="Tahoma"/>
          <w:rtl/>
        </w:rPr>
        <w:t xml:space="preserve"> از تاج پاسدار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م</w:t>
      </w:r>
      <w:r w:rsidRPr="00BC1373">
        <w:rPr>
          <w:rFonts w:ascii="Tahoma" w:hAnsi="Tahoma" w:cs="Tahoma" w:hint="cs"/>
          <w:rtl/>
        </w:rPr>
        <w:t>ی‌</w:t>
      </w:r>
      <w:r w:rsidRPr="00BC1373">
        <w:rPr>
          <w:rFonts w:ascii="Tahoma" w:hAnsi="Tahoma" w:cs="Tahoma" w:hint="eastAsia"/>
          <w:rtl/>
        </w:rPr>
        <w:t>کردند</w:t>
      </w:r>
      <w:r w:rsidRPr="00BC1373">
        <w:rPr>
          <w:rFonts w:ascii="Tahoma" w:hAnsi="Tahoma" w:cs="Tahoma"/>
          <w:rtl/>
        </w:rPr>
        <w:t xml:space="preserve"> فرصت 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افتند</w:t>
      </w:r>
      <w:r w:rsidRPr="00BC1373">
        <w:rPr>
          <w:rFonts w:ascii="Tahoma" w:hAnsi="Tahoma" w:cs="Tahoma"/>
          <w:rtl/>
        </w:rPr>
        <w:t xml:space="preserve"> خود به جا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شاه فرمان برانند.</w:t>
      </w:r>
    </w:p>
    <w:p w:rsidR="00BC1373" w:rsidRPr="00BC1373" w:rsidRDefault="00BC1373" w:rsidP="00BC137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C1373">
        <w:rPr>
          <w:rFonts w:ascii="Tahoma" w:hAnsi="Tahoma" w:cs="Tahoma" w:hint="eastAsia"/>
          <w:rtl/>
        </w:rPr>
        <w:t>ا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ن</w:t>
      </w:r>
      <w:r w:rsidRPr="00BC1373">
        <w:rPr>
          <w:rFonts w:ascii="Tahoma" w:hAnsi="Tahoma" w:cs="Tahoma"/>
          <w:rtl/>
        </w:rPr>
        <w:t xml:space="preserve"> وضع، تناقض بن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اد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ن</w:t>
      </w:r>
      <w:r w:rsidRPr="00BC1373">
        <w:rPr>
          <w:rFonts w:ascii="Tahoma" w:hAnsi="Tahoma" w:cs="Tahoma"/>
          <w:rtl/>
        </w:rPr>
        <w:t xml:space="preserve"> حکومت صفو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را آشکار کرد. قزلباشان بدون شاه نم</w:t>
      </w:r>
      <w:r w:rsidRPr="00BC1373">
        <w:rPr>
          <w:rFonts w:ascii="Tahoma" w:hAnsi="Tahoma" w:cs="Tahoma" w:hint="cs"/>
          <w:rtl/>
        </w:rPr>
        <w:t>ی‌</w:t>
      </w:r>
      <w:r w:rsidRPr="00BC1373">
        <w:rPr>
          <w:rFonts w:ascii="Tahoma" w:hAnsi="Tahoma" w:cs="Tahoma" w:hint="eastAsia"/>
          <w:rtl/>
        </w:rPr>
        <w:t>توانستند</w:t>
      </w:r>
      <w:r w:rsidRPr="00BC1373">
        <w:rPr>
          <w:rFonts w:ascii="Tahoma" w:hAnsi="Tahoma" w:cs="Tahoma"/>
          <w:rtl/>
        </w:rPr>
        <w:t xml:space="preserve"> وحدت خود را حفظ کنند؛ ز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را</w:t>
      </w:r>
      <w:r w:rsidRPr="00BC1373">
        <w:rPr>
          <w:rFonts w:ascii="Tahoma" w:hAnsi="Tahoma" w:cs="Tahoma"/>
          <w:rtl/>
        </w:rPr>
        <w:t xml:space="preserve"> وفادار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مشترکشان به خاندان صفو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آنان را بر فراز رقابت‌ها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قب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له‌ا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به هم پ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وند</w:t>
      </w:r>
      <w:r w:rsidRPr="00BC1373">
        <w:rPr>
          <w:rFonts w:ascii="Tahoma" w:hAnsi="Tahoma" w:cs="Tahoma"/>
          <w:rtl/>
        </w:rPr>
        <w:t xml:space="preserve"> م</w:t>
      </w:r>
      <w:r w:rsidRPr="00BC1373">
        <w:rPr>
          <w:rFonts w:ascii="Tahoma" w:hAnsi="Tahoma" w:cs="Tahoma" w:hint="cs"/>
          <w:rtl/>
        </w:rPr>
        <w:t>ی‌</w:t>
      </w:r>
      <w:r w:rsidRPr="00BC1373">
        <w:rPr>
          <w:rFonts w:ascii="Tahoma" w:hAnsi="Tahoma" w:cs="Tahoma" w:hint="eastAsia"/>
          <w:rtl/>
        </w:rPr>
        <w:t>داد</w:t>
      </w:r>
      <w:r w:rsidRPr="00BC1373">
        <w:rPr>
          <w:rFonts w:ascii="Tahoma" w:hAnsi="Tahoma" w:cs="Tahoma"/>
          <w:rtl/>
        </w:rPr>
        <w:t>. اما شاه کودک ن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ز</w:t>
      </w:r>
      <w:r w:rsidRPr="00BC1373">
        <w:rPr>
          <w:rFonts w:ascii="Tahoma" w:hAnsi="Tahoma" w:cs="Tahoma"/>
          <w:rtl/>
        </w:rPr>
        <w:t xml:space="preserve"> بدون قزلباشان نم</w:t>
      </w:r>
      <w:r w:rsidRPr="00BC1373">
        <w:rPr>
          <w:rFonts w:ascii="Tahoma" w:hAnsi="Tahoma" w:cs="Tahoma" w:hint="cs"/>
          <w:rtl/>
        </w:rPr>
        <w:t>ی‌</w:t>
      </w:r>
      <w:r w:rsidRPr="00BC1373">
        <w:rPr>
          <w:rFonts w:ascii="Tahoma" w:hAnsi="Tahoma" w:cs="Tahoma" w:hint="eastAsia"/>
          <w:rtl/>
        </w:rPr>
        <w:t>توانست</w:t>
      </w:r>
      <w:r w:rsidRPr="00BC1373">
        <w:rPr>
          <w:rFonts w:ascii="Tahoma" w:hAnsi="Tahoma" w:cs="Tahoma"/>
          <w:rtl/>
        </w:rPr>
        <w:t xml:space="preserve"> تاج خود را نگاه دارد. هر دو به 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کد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گر</w:t>
      </w:r>
      <w:r w:rsidRPr="00BC1373">
        <w:rPr>
          <w:rFonts w:ascii="Tahoma" w:hAnsi="Tahoma" w:cs="Tahoma"/>
          <w:rtl/>
        </w:rPr>
        <w:t xml:space="preserve"> ن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از</w:t>
      </w:r>
      <w:r w:rsidRPr="00BC1373">
        <w:rPr>
          <w:rFonts w:ascii="Tahoma" w:hAnsi="Tahoma" w:cs="Tahoma"/>
          <w:rtl/>
        </w:rPr>
        <w:t xml:space="preserve"> داشتند، ول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ضعف شاه سبب م</w:t>
      </w:r>
      <w:r w:rsidRPr="00BC1373">
        <w:rPr>
          <w:rFonts w:ascii="Tahoma" w:hAnsi="Tahoma" w:cs="Tahoma" w:hint="cs"/>
          <w:rtl/>
        </w:rPr>
        <w:t>ی‌</w:t>
      </w:r>
      <w:r w:rsidRPr="00BC1373">
        <w:rPr>
          <w:rFonts w:ascii="Tahoma" w:hAnsi="Tahoma" w:cs="Tahoma" w:hint="eastAsia"/>
          <w:rtl/>
        </w:rPr>
        <w:t>شد</w:t>
      </w:r>
      <w:r w:rsidRPr="00BC1373">
        <w:rPr>
          <w:rFonts w:ascii="Tahoma" w:hAnsi="Tahoma" w:cs="Tahoma"/>
          <w:rtl/>
        </w:rPr>
        <w:t xml:space="preserve"> سران قزلباش بکوشند ا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ن</w:t>
      </w:r>
      <w:r w:rsidRPr="00BC1373">
        <w:rPr>
          <w:rFonts w:ascii="Tahoma" w:hAnsi="Tahoma" w:cs="Tahoma"/>
          <w:rtl/>
        </w:rPr>
        <w:t xml:space="preserve"> ن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از</w:t>
      </w:r>
      <w:r w:rsidRPr="00BC1373">
        <w:rPr>
          <w:rFonts w:ascii="Tahoma" w:hAnsi="Tahoma" w:cs="Tahoma"/>
          <w:rtl/>
        </w:rPr>
        <w:t xml:space="preserve"> متقابل را به فرمان‌بردار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تاج از قشون تبد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ل</w:t>
      </w:r>
      <w:r w:rsidRPr="00BC1373">
        <w:rPr>
          <w:rFonts w:ascii="Tahoma" w:hAnsi="Tahoma" w:cs="Tahoma"/>
          <w:rtl/>
        </w:rPr>
        <w:t xml:space="preserve"> کنند.</w:t>
      </w:r>
    </w:p>
    <w:p w:rsidR="00BC1373" w:rsidRPr="00BC1373" w:rsidRDefault="00BC1373" w:rsidP="00BC137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C1373">
        <w:rPr>
          <w:rFonts w:ascii="Tahoma" w:hAnsi="Tahoma" w:cs="Tahoma" w:hint="eastAsia"/>
          <w:rtl/>
        </w:rPr>
        <w:t>ام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ران</w:t>
      </w:r>
      <w:r w:rsidRPr="00BC1373">
        <w:rPr>
          <w:rFonts w:ascii="Tahoma" w:hAnsi="Tahoma" w:cs="Tahoma"/>
          <w:rtl/>
        </w:rPr>
        <w:t xml:space="preserve"> قزلباش خود را مأموران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عاد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نم</w:t>
      </w:r>
      <w:r w:rsidRPr="00BC1373">
        <w:rPr>
          <w:rFonts w:ascii="Tahoma" w:hAnsi="Tahoma" w:cs="Tahoma" w:hint="cs"/>
          <w:rtl/>
        </w:rPr>
        <w:t>ی‌</w:t>
      </w:r>
      <w:r w:rsidRPr="00BC1373">
        <w:rPr>
          <w:rFonts w:ascii="Tahoma" w:hAnsi="Tahoma" w:cs="Tahoma" w:hint="eastAsia"/>
          <w:rtl/>
        </w:rPr>
        <w:t>دانستند</w:t>
      </w:r>
      <w:r w:rsidRPr="00BC1373">
        <w:rPr>
          <w:rFonts w:ascii="Tahoma" w:hAnsi="Tahoma" w:cs="Tahoma"/>
          <w:rtl/>
        </w:rPr>
        <w:t xml:space="preserve"> که شاه بتواند هر زمان بخواهد آنان را عزل و نصب کند. پدران و افراد قبا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لشان</w:t>
      </w:r>
      <w:r w:rsidRPr="00BC1373">
        <w:rPr>
          <w:rFonts w:ascii="Tahoma" w:hAnsi="Tahoma" w:cs="Tahoma"/>
          <w:rtl/>
        </w:rPr>
        <w:t xml:space="preserve"> در کنار ش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خ</w:t>
      </w:r>
      <w:r w:rsidRPr="00BC1373">
        <w:rPr>
          <w:rFonts w:ascii="Tahoma" w:hAnsi="Tahoma" w:cs="Tahoma"/>
          <w:rtl/>
        </w:rPr>
        <w:t xml:space="preserve"> ح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در</w:t>
      </w:r>
      <w:r w:rsidRPr="00BC1373">
        <w:rPr>
          <w:rFonts w:ascii="Tahoma" w:hAnsi="Tahoma" w:cs="Tahoma"/>
          <w:rtl/>
        </w:rPr>
        <w:t xml:space="preserve"> و شاه اسماع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ل</w:t>
      </w:r>
      <w:r w:rsidRPr="00BC1373">
        <w:rPr>
          <w:rFonts w:ascii="Tahoma" w:hAnsi="Tahoma" w:cs="Tahoma"/>
          <w:rtl/>
        </w:rPr>
        <w:t xml:space="preserve"> جنگ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ده</w:t>
      </w:r>
      <w:r w:rsidRPr="00BC1373">
        <w:rPr>
          <w:rFonts w:ascii="Tahoma" w:hAnsi="Tahoma" w:cs="Tahoma"/>
          <w:rtl/>
        </w:rPr>
        <w:t xml:space="preserve"> و با خون خود حکومت را ساخته بودند. آنان در برابر ا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ن</w:t>
      </w:r>
      <w:r w:rsidRPr="00BC1373">
        <w:rPr>
          <w:rFonts w:ascii="Tahoma" w:hAnsi="Tahoma" w:cs="Tahoma"/>
          <w:rtl/>
        </w:rPr>
        <w:t xml:space="preserve"> خدمت انتظار زم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ن،</w:t>
      </w:r>
      <w:r w:rsidRPr="00BC1373">
        <w:rPr>
          <w:rFonts w:ascii="Tahoma" w:hAnsi="Tahoma" w:cs="Tahoma"/>
          <w:rtl/>
        </w:rPr>
        <w:t xml:space="preserve"> ولا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ت،</w:t>
      </w:r>
      <w:r w:rsidRPr="00BC1373">
        <w:rPr>
          <w:rFonts w:ascii="Tahoma" w:hAnsi="Tahoma" w:cs="Tahoma"/>
          <w:rtl/>
        </w:rPr>
        <w:t xml:space="preserve"> مقام، غن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مت</w:t>
      </w:r>
      <w:r w:rsidRPr="00BC1373">
        <w:rPr>
          <w:rFonts w:ascii="Tahoma" w:hAnsi="Tahoma" w:cs="Tahoma"/>
          <w:rtl/>
        </w:rPr>
        <w:t xml:space="preserve"> و سهم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از تصم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م‌گ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ر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داشتند. از نگاه آنان، تاج صفو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بدون شمش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ر</w:t>
      </w:r>
      <w:r w:rsidRPr="00BC1373">
        <w:rPr>
          <w:rFonts w:ascii="Tahoma" w:hAnsi="Tahoma" w:cs="Tahoma"/>
          <w:rtl/>
        </w:rPr>
        <w:t xml:space="preserve"> قزلباش وجود نداشت و بنابرا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ن</w:t>
      </w:r>
      <w:r w:rsidRPr="00BC1373">
        <w:rPr>
          <w:rFonts w:ascii="Tahoma" w:hAnsi="Tahoma" w:cs="Tahoma"/>
          <w:rtl/>
        </w:rPr>
        <w:t xml:space="preserve"> نم</w:t>
      </w:r>
      <w:r w:rsidRPr="00BC1373">
        <w:rPr>
          <w:rFonts w:ascii="Tahoma" w:hAnsi="Tahoma" w:cs="Tahoma" w:hint="cs"/>
          <w:rtl/>
        </w:rPr>
        <w:t>ی‌</w:t>
      </w:r>
      <w:r w:rsidRPr="00BC1373">
        <w:rPr>
          <w:rFonts w:ascii="Tahoma" w:hAnsi="Tahoma" w:cs="Tahoma" w:hint="eastAsia"/>
          <w:rtl/>
        </w:rPr>
        <w:t>توانست</w:t>
      </w:r>
      <w:r w:rsidRPr="00BC1373">
        <w:rPr>
          <w:rFonts w:ascii="Tahoma" w:hAnsi="Tahoma" w:cs="Tahoma"/>
          <w:rtl/>
        </w:rPr>
        <w:t xml:space="preserve"> آنان را فقط کارگزار خود بشمارد.</w:t>
      </w:r>
    </w:p>
    <w:p w:rsidR="00BC1373" w:rsidRPr="00BC1373" w:rsidRDefault="00BC1373" w:rsidP="00BC137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C1373">
        <w:rPr>
          <w:rFonts w:ascii="Tahoma" w:hAnsi="Tahoma" w:cs="Tahoma" w:hint="eastAsia"/>
          <w:rtl/>
        </w:rPr>
        <w:t>در</w:t>
      </w:r>
      <w:r w:rsidRPr="00BC1373">
        <w:rPr>
          <w:rFonts w:ascii="Tahoma" w:hAnsi="Tahoma" w:cs="Tahoma"/>
          <w:rtl/>
        </w:rPr>
        <w:t xml:space="preserve"> سال‌ها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نخست سلطنت تهماسب، هر ام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ر</w:t>
      </w:r>
      <w:r w:rsidRPr="00BC1373">
        <w:rPr>
          <w:rFonts w:ascii="Tahoma" w:hAnsi="Tahoma" w:cs="Tahoma"/>
          <w:rtl/>
        </w:rPr>
        <w:t xml:space="preserve"> ن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رومند</w:t>
      </w:r>
      <w:r w:rsidRPr="00BC1373">
        <w:rPr>
          <w:rFonts w:ascii="Tahoma" w:hAnsi="Tahoma" w:cs="Tahoma"/>
          <w:rtl/>
        </w:rPr>
        <w:t xml:space="preserve"> م</w:t>
      </w:r>
      <w:r w:rsidRPr="00BC1373">
        <w:rPr>
          <w:rFonts w:ascii="Tahoma" w:hAnsi="Tahoma" w:cs="Tahoma" w:hint="cs"/>
          <w:rtl/>
        </w:rPr>
        <w:t>ی‌</w:t>
      </w:r>
      <w:r w:rsidRPr="00BC1373">
        <w:rPr>
          <w:rFonts w:ascii="Tahoma" w:hAnsi="Tahoma" w:cs="Tahoma" w:hint="eastAsia"/>
          <w:rtl/>
        </w:rPr>
        <w:t>کوش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د</w:t>
      </w:r>
      <w:r w:rsidRPr="00BC1373">
        <w:rPr>
          <w:rFonts w:ascii="Tahoma" w:hAnsi="Tahoma" w:cs="Tahoma"/>
          <w:rtl/>
        </w:rPr>
        <w:t xml:space="preserve"> مقام «ام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رالامرا»</w:t>
      </w:r>
      <w:r w:rsidRPr="00BC1373">
        <w:rPr>
          <w:rFonts w:ascii="Tahoma" w:hAnsi="Tahoma" w:cs="Tahoma"/>
          <w:rtl/>
        </w:rPr>
        <w:t xml:space="preserve"> و سرپرست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شاه را در اخت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ار</w:t>
      </w:r>
      <w:r w:rsidRPr="00BC1373">
        <w:rPr>
          <w:rFonts w:ascii="Tahoma" w:hAnsi="Tahoma" w:cs="Tahoma"/>
          <w:rtl/>
        </w:rPr>
        <w:t xml:space="preserve"> گ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رد</w:t>
      </w:r>
      <w:r w:rsidRPr="00BC1373">
        <w:rPr>
          <w:rFonts w:ascii="Tahoma" w:hAnsi="Tahoma" w:cs="Tahoma"/>
          <w:rtl/>
        </w:rPr>
        <w:t>. کس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که به شاه کودک نزد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ک‌تر</w:t>
      </w:r>
      <w:r w:rsidRPr="00BC1373">
        <w:rPr>
          <w:rFonts w:ascii="Tahoma" w:hAnsi="Tahoma" w:cs="Tahoma"/>
          <w:rtl/>
        </w:rPr>
        <w:t xml:space="preserve"> بود، م</w:t>
      </w:r>
      <w:r w:rsidRPr="00BC1373">
        <w:rPr>
          <w:rFonts w:ascii="Tahoma" w:hAnsi="Tahoma" w:cs="Tahoma" w:hint="cs"/>
          <w:rtl/>
        </w:rPr>
        <w:t>ی‌</w:t>
      </w:r>
      <w:r w:rsidRPr="00BC1373">
        <w:rPr>
          <w:rFonts w:ascii="Tahoma" w:hAnsi="Tahoma" w:cs="Tahoma" w:hint="eastAsia"/>
          <w:rtl/>
        </w:rPr>
        <w:t>توانست</w:t>
      </w:r>
      <w:r w:rsidRPr="00BC1373">
        <w:rPr>
          <w:rFonts w:ascii="Tahoma" w:hAnsi="Tahoma" w:cs="Tahoma"/>
          <w:rtl/>
        </w:rPr>
        <w:t xml:space="preserve"> بر انتصاب‌ها، تقس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م</w:t>
      </w:r>
      <w:r w:rsidRPr="00BC1373">
        <w:rPr>
          <w:rFonts w:ascii="Tahoma" w:hAnsi="Tahoma" w:cs="Tahoma"/>
          <w:rtl/>
        </w:rPr>
        <w:t xml:space="preserve"> ولا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ت‌ها</w:t>
      </w:r>
      <w:r w:rsidRPr="00BC1373">
        <w:rPr>
          <w:rFonts w:ascii="Tahoma" w:hAnsi="Tahoma" w:cs="Tahoma"/>
          <w:rtl/>
        </w:rPr>
        <w:t xml:space="preserve"> و درآمدها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حکومت اثر بگذارد. در ظاهر همه از شاه اطاعت م</w:t>
      </w:r>
      <w:r w:rsidRPr="00BC1373">
        <w:rPr>
          <w:rFonts w:ascii="Tahoma" w:hAnsi="Tahoma" w:cs="Tahoma" w:hint="cs"/>
          <w:rtl/>
        </w:rPr>
        <w:t>ی‌</w:t>
      </w:r>
      <w:r w:rsidRPr="00BC1373">
        <w:rPr>
          <w:rFonts w:ascii="Tahoma" w:hAnsi="Tahoma" w:cs="Tahoma" w:hint="eastAsia"/>
          <w:rtl/>
        </w:rPr>
        <w:t>کردند،</w:t>
      </w:r>
      <w:r w:rsidRPr="00BC1373">
        <w:rPr>
          <w:rFonts w:ascii="Tahoma" w:hAnsi="Tahoma" w:cs="Tahoma"/>
          <w:rtl/>
        </w:rPr>
        <w:t xml:space="preserve"> اما در عمل رقا</w:t>
      </w:r>
      <w:r w:rsidRPr="00BC1373">
        <w:rPr>
          <w:rFonts w:ascii="Tahoma" w:hAnsi="Tahoma" w:cs="Tahoma" w:hint="eastAsia"/>
          <w:rtl/>
        </w:rPr>
        <w:t>بت</w:t>
      </w:r>
      <w:r w:rsidRPr="00BC1373">
        <w:rPr>
          <w:rFonts w:ascii="Tahoma" w:hAnsi="Tahoma" w:cs="Tahoma"/>
          <w:rtl/>
        </w:rPr>
        <w:t xml:space="preserve"> بر سر تصاحب شخص شاه و فرمان‌راندن به نام او جر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ان</w:t>
      </w:r>
      <w:r w:rsidRPr="00BC1373">
        <w:rPr>
          <w:rFonts w:ascii="Tahoma" w:hAnsi="Tahoma" w:cs="Tahoma"/>
          <w:rtl/>
        </w:rPr>
        <w:t xml:space="preserve"> داشت.</w:t>
      </w:r>
    </w:p>
    <w:p w:rsidR="00BC1373" w:rsidRPr="00BC1373" w:rsidRDefault="00BC1373" w:rsidP="00BC137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C1373">
        <w:rPr>
          <w:rFonts w:ascii="Tahoma" w:hAnsi="Tahoma" w:cs="Tahoma" w:hint="eastAsia"/>
          <w:rtl/>
        </w:rPr>
        <w:t>د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وسلطان</w:t>
      </w:r>
      <w:r w:rsidRPr="00BC1373">
        <w:rPr>
          <w:rFonts w:ascii="Tahoma" w:hAnsi="Tahoma" w:cs="Tahoma"/>
          <w:rtl/>
        </w:rPr>
        <w:t xml:space="preserve"> روملو 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ک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از نخست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ن</w:t>
      </w:r>
      <w:r w:rsidRPr="00BC1373">
        <w:rPr>
          <w:rFonts w:ascii="Tahoma" w:hAnsi="Tahoma" w:cs="Tahoma"/>
          <w:rtl/>
        </w:rPr>
        <w:t xml:space="preserve"> ام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ران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بود که در آغاز سلطنت تهماسب قدرت فراوان 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افت</w:t>
      </w:r>
      <w:r w:rsidRPr="00BC1373">
        <w:rPr>
          <w:rFonts w:ascii="Tahoma" w:hAnsi="Tahoma" w:cs="Tahoma"/>
          <w:rtl/>
        </w:rPr>
        <w:t>. مقام او فقط فرمانده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بخش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از قشون نبود؛ در جا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گاه</w:t>
      </w:r>
      <w:r w:rsidRPr="00BC1373">
        <w:rPr>
          <w:rFonts w:ascii="Tahoma" w:hAnsi="Tahoma" w:cs="Tahoma"/>
          <w:rtl/>
        </w:rPr>
        <w:t xml:space="preserve"> سرپرست شاه و ام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رالامرا،</w:t>
      </w:r>
      <w:r w:rsidRPr="00BC1373">
        <w:rPr>
          <w:rFonts w:ascii="Tahoma" w:hAnsi="Tahoma" w:cs="Tahoma"/>
          <w:rtl/>
        </w:rPr>
        <w:t xml:space="preserve"> م</w:t>
      </w:r>
      <w:r w:rsidRPr="00BC1373">
        <w:rPr>
          <w:rFonts w:ascii="Tahoma" w:hAnsi="Tahoma" w:cs="Tahoma" w:hint="cs"/>
          <w:rtl/>
        </w:rPr>
        <w:t>ی‌</w:t>
      </w:r>
      <w:r w:rsidRPr="00BC1373">
        <w:rPr>
          <w:rFonts w:ascii="Tahoma" w:hAnsi="Tahoma" w:cs="Tahoma" w:hint="eastAsia"/>
          <w:rtl/>
        </w:rPr>
        <w:t>توانست</w:t>
      </w:r>
      <w:r w:rsidRPr="00BC1373">
        <w:rPr>
          <w:rFonts w:ascii="Tahoma" w:hAnsi="Tahoma" w:cs="Tahoma"/>
          <w:rtl/>
        </w:rPr>
        <w:t xml:space="preserve"> بر بخش بزرگ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از امور حکومت اثر بگذارد. اما برتر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او تعادل قبا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ل</w:t>
      </w:r>
      <w:r w:rsidRPr="00BC1373">
        <w:rPr>
          <w:rFonts w:ascii="Tahoma" w:hAnsi="Tahoma" w:cs="Tahoma"/>
          <w:rtl/>
        </w:rPr>
        <w:t xml:space="preserve"> را برهم م</w:t>
      </w:r>
      <w:r w:rsidRPr="00BC1373">
        <w:rPr>
          <w:rFonts w:ascii="Tahoma" w:hAnsi="Tahoma" w:cs="Tahoma" w:hint="cs"/>
          <w:rtl/>
        </w:rPr>
        <w:t>ی‌</w:t>
      </w:r>
      <w:r w:rsidRPr="00BC1373">
        <w:rPr>
          <w:rFonts w:ascii="Tahoma" w:hAnsi="Tahoma" w:cs="Tahoma" w:hint="eastAsia"/>
          <w:rtl/>
        </w:rPr>
        <w:t>زد</w:t>
      </w:r>
      <w:r w:rsidRPr="00BC1373">
        <w:rPr>
          <w:rFonts w:ascii="Tahoma" w:hAnsi="Tahoma" w:cs="Tahoma"/>
          <w:rtl/>
        </w:rPr>
        <w:t>. اگر ام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ر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از 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ک</w:t>
      </w:r>
      <w:r w:rsidRPr="00BC1373">
        <w:rPr>
          <w:rFonts w:ascii="Tahoma" w:hAnsi="Tahoma" w:cs="Tahoma"/>
          <w:rtl/>
        </w:rPr>
        <w:t xml:space="preserve"> قب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له</w:t>
      </w:r>
      <w:r w:rsidRPr="00BC1373">
        <w:rPr>
          <w:rFonts w:ascii="Tahoma" w:hAnsi="Tahoma" w:cs="Tahoma"/>
          <w:rtl/>
        </w:rPr>
        <w:t xml:space="preserve"> به مقام نخست م</w:t>
      </w:r>
      <w:r w:rsidRPr="00BC1373">
        <w:rPr>
          <w:rFonts w:ascii="Tahoma" w:hAnsi="Tahoma" w:cs="Tahoma" w:hint="cs"/>
          <w:rtl/>
        </w:rPr>
        <w:t>ی‌</w:t>
      </w:r>
      <w:r w:rsidRPr="00BC1373">
        <w:rPr>
          <w:rFonts w:ascii="Tahoma" w:hAnsi="Tahoma" w:cs="Tahoma" w:hint="eastAsia"/>
          <w:rtl/>
        </w:rPr>
        <w:t>رس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د،</w:t>
      </w:r>
      <w:r w:rsidRPr="00BC1373">
        <w:rPr>
          <w:rFonts w:ascii="Tahoma" w:hAnsi="Tahoma" w:cs="Tahoma"/>
          <w:rtl/>
        </w:rPr>
        <w:t xml:space="preserve"> سران قبا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ل</w:t>
      </w:r>
      <w:r w:rsidRPr="00BC1373">
        <w:rPr>
          <w:rFonts w:ascii="Tahoma" w:hAnsi="Tahoma" w:cs="Tahoma"/>
          <w:rtl/>
        </w:rPr>
        <w:t xml:space="preserve"> د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گر</w:t>
      </w:r>
      <w:r w:rsidRPr="00BC1373">
        <w:rPr>
          <w:rFonts w:ascii="Tahoma" w:hAnsi="Tahoma" w:cs="Tahoma"/>
          <w:rtl/>
        </w:rPr>
        <w:t xml:space="preserve"> ب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م</w:t>
      </w:r>
      <w:r w:rsidRPr="00BC1373">
        <w:rPr>
          <w:rFonts w:ascii="Tahoma" w:hAnsi="Tahoma" w:cs="Tahoma"/>
          <w:rtl/>
        </w:rPr>
        <w:t xml:space="preserve"> داشتند که زم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ن‌ها،</w:t>
      </w:r>
      <w:r w:rsidRPr="00BC1373">
        <w:rPr>
          <w:rFonts w:ascii="Tahoma" w:hAnsi="Tahoma" w:cs="Tahoma"/>
          <w:rtl/>
        </w:rPr>
        <w:t xml:space="preserve"> منصب‌ها و درآمدها در اخت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ار</w:t>
      </w:r>
      <w:r w:rsidRPr="00BC1373">
        <w:rPr>
          <w:rFonts w:ascii="Tahoma" w:hAnsi="Tahoma" w:cs="Tahoma"/>
          <w:rtl/>
        </w:rPr>
        <w:t xml:space="preserve"> وابستگان او قرار گ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رند</w:t>
      </w:r>
      <w:r w:rsidRPr="00BC1373">
        <w:rPr>
          <w:rFonts w:ascii="Tahoma" w:hAnsi="Tahoma" w:cs="Tahoma"/>
          <w:rtl/>
        </w:rPr>
        <w:t>.</w:t>
      </w:r>
    </w:p>
    <w:p w:rsidR="00BC1373" w:rsidRPr="00BC1373" w:rsidRDefault="00BC1373" w:rsidP="00BC137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C1373">
        <w:rPr>
          <w:rFonts w:ascii="Tahoma" w:hAnsi="Tahoma" w:cs="Tahoma" w:hint="eastAsia"/>
          <w:rtl/>
        </w:rPr>
        <w:t>چوهه‌سلطان</w:t>
      </w:r>
      <w:r w:rsidRPr="00BC1373">
        <w:rPr>
          <w:rFonts w:ascii="Tahoma" w:hAnsi="Tahoma" w:cs="Tahoma"/>
          <w:rtl/>
        </w:rPr>
        <w:t xml:space="preserve"> تکلو و د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گر</w:t>
      </w:r>
      <w:r w:rsidRPr="00BC1373">
        <w:rPr>
          <w:rFonts w:ascii="Tahoma" w:hAnsi="Tahoma" w:cs="Tahoma"/>
          <w:rtl/>
        </w:rPr>
        <w:t xml:space="preserve"> ام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ران</w:t>
      </w:r>
      <w:r w:rsidRPr="00BC1373">
        <w:rPr>
          <w:rFonts w:ascii="Tahoma" w:hAnsi="Tahoma" w:cs="Tahoma"/>
          <w:rtl/>
        </w:rPr>
        <w:t xml:space="preserve"> قزلباش در برابر د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وسلطان</w:t>
      </w:r>
      <w:r w:rsidRPr="00BC1373">
        <w:rPr>
          <w:rFonts w:ascii="Tahoma" w:hAnsi="Tahoma" w:cs="Tahoma"/>
          <w:rtl/>
        </w:rPr>
        <w:t xml:space="preserve"> قرار گرفتند. رقابت م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ان</w:t>
      </w:r>
      <w:r w:rsidRPr="00BC1373">
        <w:rPr>
          <w:rFonts w:ascii="Tahoma" w:hAnsi="Tahoma" w:cs="Tahoma"/>
          <w:rtl/>
        </w:rPr>
        <w:t xml:space="preserve"> آنان فقط دشمن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شخص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نبود. هر 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ک</w:t>
      </w:r>
      <w:r w:rsidRPr="00BC1373">
        <w:rPr>
          <w:rFonts w:ascii="Tahoma" w:hAnsi="Tahoma" w:cs="Tahoma"/>
          <w:rtl/>
        </w:rPr>
        <w:t xml:space="preserve"> بر شبکه‌ا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قب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له‌ا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تک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ه</w:t>
      </w:r>
      <w:r w:rsidRPr="00BC1373">
        <w:rPr>
          <w:rFonts w:ascii="Tahoma" w:hAnsi="Tahoma" w:cs="Tahoma"/>
          <w:rtl/>
        </w:rPr>
        <w:t xml:space="preserve"> داشت و پ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روز</w:t>
      </w:r>
      <w:r w:rsidRPr="00BC1373">
        <w:rPr>
          <w:rFonts w:ascii="Tahoma" w:hAnsi="Tahoma" w:cs="Tahoma" w:hint="cs"/>
          <w:rtl/>
        </w:rPr>
        <w:t>ی‌</w:t>
      </w:r>
      <w:r w:rsidRPr="00BC1373">
        <w:rPr>
          <w:rFonts w:ascii="Tahoma" w:hAnsi="Tahoma" w:cs="Tahoma" w:hint="eastAsia"/>
          <w:rtl/>
        </w:rPr>
        <w:t>اش</w:t>
      </w:r>
      <w:r w:rsidRPr="00BC1373">
        <w:rPr>
          <w:rFonts w:ascii="Tahoma" w:hAnsi="Tahoma" w:cs="Tahoma"/>
          <w:rtl/>
        </w:rPr>
        <w:t xml:space="preserve"> م</w:t>
      </w:r>
      <w:r w:rsidRPr="00BC1373">
        <w:rPr>
          <w:rFonts w:ascii="Tahoma" w:hAnsi="Tahoma" w:cs="Tahoma" w:hint="cs"/>
          <w:rtl/>
        </w:rPr>
        <w:t>ی‌</w:t>
      </w:r>
      <w:r w:rsidRPr="00BC1373">
        <w:rPr>
          <w:rFonts w:ascii="Tahoma" w:hAnsi="Tahoma" w:cs="Tahoma" w:hint="eastAsia"/>
          <w:rtl/>
        </w:rPr>
        <w:t>توانست</w:t>
      </w:r>
      <w:r w:rsidRPr="00BC1373">
        <w:rPr>
          <w:rFonts w:ascii="Tahoma" w:hAnsi="Tahoma" w:cs="Tahoma"/>
          <w:rtl/>
        </w:rPr>
        <w:t xml:space="preserve"> سهم قب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لهٔ</w:t>
      </w:r>
      <w:r w:rsidRPr="00BC1373">
        <w:rPr>
          <w:rFonts w:ascii="Tahoma" w:hAnsi="Tahoma" w:cs="Tahoma"/>
          <w:rtl/>
        </w:rPr>
        <w:t xml:space="preserve"> او را در حکومت افزا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ش</w:t>
      </w:r>
      <w:r w:rsidRPr="00BC1373">
        <w:rPr>
          <w:rFonts w:ascii="Tahoma" w:hAnsi="Tahoma" w:cs="Tahoma"/>
          <w:rtl/>
        </w:rPr>
        <w:t xml:space="preserve"> دهد. ازا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ن‌رو،</w:t>
      </w:r>
      <w:r w:rsidRPr="00BC1373">
        <w:rPr>
          <w:rFonts w:ascii="Tahoma" w:hAnsi="Tahoma" w:cs="Tahoma"/>
          <w:rtl/>
        </w:rPr>
        <w:t xml:space="preserve"> اختلاف در دربار به کشمکش م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ان</w:t>
      </w:r>
      <w:r w:rsidRPr="00BC1373">
        <w:rPr>
          <w:rFonts w:ascii="Tahoma" w:hAnsi="Tahoma" w:cs="Tahoma"/>
          <w:rtl/>
        </w:rPr>
        <w:t xml:space="preserve"> گروه‌ها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مسلح ت</w:t>
      </w:r>
      <w:r w:rsidRPr="00BC1373">
        <w:rPr>
          <w:rFonts w:ascii="Tahoma" w:hAnsi="Tahoma" w:cs="Tahoma" w:hint="eastAsia"/>
          <w:rtl/>
        </w:rPr>
        <w:t>بد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ل</w:t>
      </w:r>
      <w:r w:rsidRPr="00BC1373">
        <w:rPr>
          <w:rFonts w:ascii="Tahoma" w:hAnsi="Tahoma" w:cs="Tahoma"/>
          <w:rtl/>
        </w:rPr>
        <w:t xml:space="preserve"> م</w:t>
      </w:r>
      <w:r w:rsidRPr="00BC1373">
        <w:rPr>
          <w:rFonts w:ascii="Tahoma" w:hAnsi="Tahoma" w:cs="Tahoma" w:hint="cs"/>
          <w:rtl/>
        </w:rPr>
        <w:t>ی‌</w:t>
      </w:r>
      <w:r w:rsidRPr="00BC1373">
        <w:rPr>
          <w:rFonts w:ascii="Tahoma" w:hAnsi="Tahoma" w:cs="Tahoma" w:hint="eastAsia"/>
          <w:rtl/>
        </w:rPr>
        <w:t>شد</w:t>
      </w:r>
      <w:r w:rsidRPr="00BC1373">
        <w:rPr>
          <w:rFonts w:ascii="Tahoma" w:hAnsi="Tahoma" w:cs="Tahoma"/>
          <w:rtl/>
        </w:rPr>
        <w:t xml:space="preserve"> و هر جابه‌جا</w:t>
      </w:r>
      <w:r w:rsidRPr="00BC1373">
        <w:rPr>
          <w:rFonts w:ascii="Tahoma" w:hAnsi="Tahoma" w:cs="Tahoma" w:hint="cs"/>
          <w:rtl/>
        </w:rPr>
        <w:t>یی</w:t>
      </w:r>
      <w:r w:rsidRPr="00BC1373">
        <w:rPr>
          <w:rFonts w:ascii="Tahoma" w:hAnsi="Tahoma" w:cs="Tahoma"/>
          <w:rtl/>
        </w:rPr>
        <w:t xml:space="preserve"> در مقام‌ها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بالا، تعادل قشون و ا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الات</w:t>
      </w:r>
      <w:r w:rsidRPr="00BC1373">
        <w:rPr>
          <w:rFonts w:ascii="Tahoma" w:hAnsi="Tahoma" w:cs="Tahoma"/>
          <w:rtl/>
        </w:rPr>
        <w:t xml:space="preserve"> را ن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ز</w:t>
      </w:r>
      <w:r w:rsidRPr="00BC1373">
        <w:rPr>
          <w:rFonts w:ascii="Tahoma" w:hAnsi="Tahoma" w:cs="Tahoma"/>
          <w:rtl/>
        </w:rPr>
        <w:t xml:space="preserve"> تغ</w:t>
      </w:r>
      <w:r w:rsidRPr="00BC1373">
        <w:rPr>
          <w:rFonts w:ascii="Tahoma" w:hAnsi="Tahoma" w:cs="Tahoma" w:hint="cs"/>
          <w:rtl/>
        </w:rPr>
        <w:t>یی</w:t>
      </w:r>
      <w:r w:rsidRPr="00BC1373">
        <w:rPr>
          <w:rFonts w:ascii="Tahoma" w:hAnsi="Tahoma" w:cs="Tahoma" w:hint="eastAsia"/>
          <w:rtl/>
        </w:rPr>
        <w:t>ر</w:t>
      </w:r>
      <w:r w:rsidRPr="00BC1373">
        <w:rPr>
          <w:rFonts w:ascii="Tahoma" w:hAnsi="Tahoma" w:cs="Tahoma"/>
          <w:rtl/>
        </w:rPr>
        <w:t xml:space="preserve"> م</w:t>
      </w:r>
      <w:r w:rsidRPr="00BC1373">
        <w:rPr>
          <w:rFonts w:ascii="Tahoma" w:hAnsi="Tahoma" w:cs="Tahoma" w:hint="cs"/>
          <w:rtl/>
        </w:rPr>
        <w:t>ی‌</w:t>
      </w:r>
      <w:r w:rsidRPr="00BC1373">
        <w:rPr>
          <w:rFonts w:ascii="Tahoma" w:hAnsi="Tahoma" w:cs="Tahoma" w:hint="eastAsia"/>
          <w:rtl/>
        </w:rPr>
        <w:t>داد</w:t>
      </w:r>
      <w:r w:rsidRPr="00BC1373">
        <w:rPr>
          <w:rFonts w:ascii="Tahoma" w:hAnsi="Tahoma" w:cs="Tahoma"/>
          <w:rtl/>
        </w:rPr>
        <w:t>.</w:t>
      </w:r>
    </w:p>
    <w:p w:rsidR="00BC1373" w:rsidRPr="00BC1373" w:rsidRDefault="00BC1373" w:rsidP="00BC137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C1373">
        <w:rPr>
          <w:rFonts w:ascii="Tahoma" w:hAnsi="Tahoma" w:cs="Tahoma" w:hint="eastAsia"/>
          <w:rtl/>
        </w:rPr>
        <w:t>د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وسلطان</w:t>
      </w:r>
      <w:r w:rsidRPr="00BC1373">
        <w:rPr>
          <w:rFonts w:ascii="Tahoma" w:hAnsi="Tahoma" w:cs="Tahoma"/>
          <w:rtl/>
        </w:rPr>
        <w:t xml:space="preserve"> سرانجام کنار زده و کشته شد، اما حذف او مشکل را حل نکرد. چوهه‌سلطان که در برکنار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رق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ب</w:t>
      </w:r>
      <w:r w:rsidRPr="00BC1373">
        <w:rPr>
          <w:rFonts w:ascii="Tahoma" w:hAnsi="Tahoma" w:cs="Tahoma"/>
          <w:rtl/>
        </w:rPr>
        <w:t xml:space="preserve"> نقش داشت، خود به قدرت برتر تبد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ل</w:t>
      </w:r>
      <w:r w:rsidRPr="00BC1373">
        <w:rPr>
          <w:rFonts w:ascii="Tahoma" w:hAnsi="Tahoma" w:cs="Tahoma"/>
          <w:rtl/>
        </w:rPr>
        <w:t xml:space="preserve"> شد. ا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ن</w:t>
      </w:r>
      <w:r w:rsidRPr="00BC1373">
        <w:rPr>
          <w:rFonts w:ascii="Tahoma" w:hAnsi="Tahoma" w:cs="Tahoma"/>
          <w:rtl/>
        </w:rPr>
        <w:t xml:space="preserve"> تکرار نشان م</w:t>
      </w:r>
      <w:r w:rsidRPr="00BC1373">
        <w:rPr>
          <w:rFonts w:ascii="Tahoma" w:hAnsi="Tahoma" w:cs="Tahoma" w:hint="cs"/>
          <w:rtl/>
        </w:rPr>
        <w:t>ی‌</w:t>
      </w:r>
      <w:r w:rsidRPr="00BC1373">
        <w:rPr>
          <w:rFonts w:ascii="Tahoma" w:hAnsi="Tahoma" w:cs="Tahoma" w:hint="eastAsia"/>
          <w:rtl/>
        </w:rPr>
        <w:t>داد</w:t>
      </w:r>
      <w:r w:rsidRPr="00BC1373">
        <w:rPr>
          <w:rFonts w:ascii="Tahoma" w:hAnsi="Tahoma" w:cs="Tahoma"/>
          <w:rtl/>
        </w:rPr>
        <w:t xml:space="preserve"> که مشکل از شخص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ت</w:t>
      </w:r>
      <w:r w:rsidRPr="00BC1373">
        <w:rPr>
          <w:rFonts w:ascii="Tahoma" w:hAnsi="Tahoma" w:cs="Tahoma"/>
          <w:rtl/>
        </w:rPr>
        <w:t xml:space="preserve"> 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ک</w:t>
      </w:r>
      <w:r w:rsidRPr="00BC1373">
        <w:rPr>
          <w:rFonts w:ascii="Tahoma" w:hAnsi="Tahoma" w:cs="Tahoma"/>
          <w:rtl/>
        </w:rPr>
        <w:t xml:space="preserve"> ام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ر</w:t>
      </w:r>
      <w:r w:rsidRPr="00BC1373">
        <w:rPr>
          <w:rFonts w:ascii="Tahoma" w:hAnsi="Tahoma" w:cs="Tahoma"/>
          <w:rtl/>
        </w:rPr>
        <w:t xml:space="preserve"> سرچشمه نم</w:t>
      </w:r>
      <w:r w:rsidRPr="00BC1373">
        <w:rPr>
          <w:rFonts w:ascii="Tahoma" w:hAnsi="Tahoma" w:cs="Tahoma" w:hint="cs"/>
          <w:rtl/>
        </w:rPr>
        <w:t>ی‌</w:t>
      </w:r>
      <w:r w:rsidRPr="00BC1373">
        <w:rPr>
          <w:rFonts w:ascii="Tahoma" w:hAnsi="Tahoma" w:cs="Tahoma" w:hint="eastAsia"/>
          <w:rtl/>
        </w:rPr>
        <w:t>گ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رد؛</w:t>
      </w:r>
      <w:r w:rsidRPr="00BC1373">
        <w:rPr>
          <w:rFonts w:ascii="Tahoma" w:hAnsi="Tahoma" w:cs="Tahoma"/>
          <w:rtl/>
        </w:rPr>
        <w:t xml:space="preserve"> ساختمان حکومت به‌گونه‌ا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بود که شاه کودک ناچار م</w:t>
      </w:r>
      <w:r w:rsidRPr="00BC1373">
        <w:rPr>
          <w:rFonts w:ascii="Tahoma" w:hAnsi="Tahoma" w:cs="Tahoma" w:hint="cs"/>
          <w:rtl/>
        </w:rPr>
        <w:t>ی‌</w:t>
      </w:r>
      <w:r w:rsidRPr="00BC1373">
        <w:rPr>
          <w:rFonts w:ascii="Tahoma" w:hAnsi="Tahoma" w:cs="Tahoma" w:hint="eastAsia"/>
          <w:rtl/>
        </w:rPr>
        <w:t>شد</w:t>
      </w:r>
      <w:r w:rsidRPr="00BC1373">
        <w:rPr>
          <w:rFonts w:ascii="Tahoma" w:hAnsi="Tahoma" w:cs="Tahoma"/>
          <w:rtl/>
        </w:rPr>
        <w:t xml:space="preserve"> به 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ک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</w:t>
      </w:r>
      <w:r w:rsidRPr="00BC1373">
        <w:rPr>
          <w:rFonts w:ascii="Tahoma" w:hAnsi="Tahoma" w:cs="Tahoma" w:hint="eastAsia"/>
          <w:rtl/>
        </w:rPr>
        <w:t>از</w:t>
      </w:r>
      <w:r w:rsidRPr="00BC1373">
        <w:rPr>
          <w:rFonts w:ascii="Tahoma" w:hAnsi="Tahoma" w:cs="Tahoma"/>
          <w:rtl/>
        </w:rPr>
        <w:t xml:space="preserve"> سران قزلباش تک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ه</w:t>
      </w:r>
      <w:r w:rsidRPr="00BC1373">
        <w:rPr>
          <w:rFonts w:ascii="Tahoma" w:hAnsi="Tahoma" w:cs="Tahoma"/>
          <w:rtl/>
        </w:rPr>
        <w:t xml:space="preserve"> کند و هم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ن</w:t>
      </w:r>
      <w:r w:rsidRPr="00BC1373">
        <w:rPr>
          <w:rFonts w:ascii="Tahoma" w:hAnsi="Tahoma" w:cs="Tahoma"/>
          <w:rtl/>
        </w:rPr>
        <w:t xml:space="preserve"> تک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ه،</w:t>
      </w:r>
      <w:r w:rsidRPr="00BC1373">
        <w:rPr>
          <w:rFonts w:ascii="Tahoma" w:hAnsi="Tahoma" w:cs="Tahoma"/>
          <w:rtl/>
        </w:rPr>
        <w:t xml:space="preserve"> او را به فرمان‌روا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واقع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دستگاه تبد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ل</w:t>
      </w:r>
      <w:r w:rsidRPr="00BC1373">
        <w:rPr>
          <w:rFonts w:ascii="Tahoma" w:hAnsi="Tahoma" w:cs="Tahoma"/>
          <w:rtl/>
        </w:rPr>
        <w:t xml:space="preserve"> م</w:t>
      </w:r>
      <w:r w:rsidRPr="00BC1373">
        <w:rPr>
          <w:rFonts w:ascii="Tahoma" w:hAnsi="Tahoma" w:cs="Tahoma" w:hint="cs"/>
          <w:rtl/>
        </w:rPr>
        <w:t>ی‌</w:t>
      </w:r>
      <w:r w:rsidRPr="00BC1373">
        <w:rPr>
          <w:rFonts w:ascii="Tahoma" w:hAnsi="Tahoma" w:cs="Tahoma" w:hint="eastAsia"/>
          <w:rtl/>
        </w:rPr>
        <w:t>کرد</w:t>
      </w:r>
      <w:r w:rsidRPr="00BC1373">
        <w:rPr>
          <w:rFonts w:ascii="Tahoma" w:hAnsi="Tahoma" w:cs="Tahoma"/>
          <w:rtl/>
        </w:rPr>
        <w:t>.</w:t>
      </w:r>
    </w:p>
    <w:p w:rsidR="00BC1373" w:rsidRPr="00BC1373" w:rsidRDefault="00BC1373" w:rsidP="00BC137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C1373">
        <w:rPr>
          <w:rFonts w:ascii="Tahoma" w:hAnsi="Tahoma" w:cs="Tahoma" w:hint="eastAsia"/>
          <w:rtl/>
        </w:rPr>
        <w:t>قزلباشان</w:t>
      </w:r>
      <w:r w:rsidRPr="00BC1373">
        <w:rPr>
          <w:rFonts w:ascii="Tahoma" w:hAnsi="Tahoma" w:cs="Tahoma"/>
          <w:rtl/>
        </w:rPr>
        <w:t xml:space="preserve"> هنوز در زبان رسم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مر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د</w:t>
      </w:r>
      <w:r w:rsidRPr="00BC1373">
        <w:rPr>
          <w:rFonts w:ascii="Tahoma" w:hAnsi="Tahoma" w:cs="Tahoma"/>
          <w:rtl/>
        </w:rPr>
        <w:t xml:space="preserve"> و خدمتگزار شاه بودند، اما رابطهٔ مرشد و مر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د</w:t>
      </w:r>
      <w:r w:rsidRPr="00BC1373">
        <w:rPr>
          <w:rFonts w:ascii="Tahoma" w:hAnsi="Tahoma" w:cs="Tahoma"/>
          <w:rtl/>
        </w:rPr>
        <w:t xml:space="preserve"> که در دورهٔ اسماع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ل</w:t>
      </w:r>
      <w:r w:rsidRPr="00BC1373">
        <w:rPr>
          <w:rFonts w:ascii="Tahoma" w:hAnsi="Tahoma" w:cs="Tahoma"/>
          <w:rtl/>
        </w:rPr>
        <w:t xml:space="preserve"> آنان را ز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ر</w:t>
      </w:r>
      <w:r w:rsidRPr="00BC1373">
        <w:rPr>
          <w:rFonts w:ascii="Tahoma" w:hAnsi="Tahoma" w:cs="Tahoma"/>
          <w:rtl/>
        </w:rPr>
        <w:t xml:space="preserve"> فرمان نگه م</w:t>
      </w:r>
      <w:r w:rsidRPr="00BC1373">
        <w:rPr>
          <w:rFonts w:ascii="Tahoma" w:hAnsi="Tahoma" w:cs="Tahoma" w:hint="cs"/>
          <w:rtl/>
        </w:rPr>
        <w:t>ی‌</w:t>
      </w:r>
      <w:r w:rsidRPr="00BC1373">
        <w:rPr>
          <w:rFonts w:ascii="Tahoma" w:hAnsi="Tahoma" w:cs="Tahoma" w:hint="eastAsia"/>
          <w:rtl/>
        </w:rPr>
        <w:t>داشت،</w:t>
      </w:r>
      <w:r w:rsidRPr="00BC1373">
        <w:rPr>
          <w:rFonts w:ascii="Tahoma" w:hAnsi="Tahoma" w:cs="Tahoma"/>
          <w:rtl/>
        </w:rPr>
        <w:t xml:space="preserve"> د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گر</w:t>
      </w:r>
      <w:r w:rsidRPr="00BC1373">
        <w:rPr>
          <w:rFonts w:ascii="Tahoma" w:hAnsi="Tahoma" w:cs="Tahoma"/>
          <w:rtl/>
        </w:rPr>
        <w:t xml:space="preserve"> به همان صورت عمل نم</w:t>
      </w:r>
      <w:r w:rsidRPr="00BC1373">
        <w:rPr>
          <w:rFonts w:ascii="Tahoma" w:hAnsi="Tahoma" w:cs="Tahoma" w:hint="cs"/>
          <w:rtl/>
        </w:rPr>
        <w:t>ی‌</w:t>
      </w:r>
      <w:r w:rsidRPr="00BC1373">
        <w:rPr>
          <w:rFonts w:ascii="Tahoma" w:hAnsi="Tahoma" w:cs="Tahoma" w:hint="eastAsia"/>
          <w:rtl/>
        </w:rPr>
        <w:t>کرد</w:t>
      </w:r>
      <w:r w:rsidRPr="00BC1373">
        <w:rPr>
          <w:rFonts w:ascii="Tahoma" w:hAnsi="Tahoma" w:cs="Tahoma"/>
          <w:rtl/>
        </w:rPr>
        <w:t>. تهماسب وارث مقام پدر بود، ول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هنوز نتوانسته بود جذبه، تجربه و توانا</w:t>
      </w:r>
      <w:r w:rsidRPr="00BC1373">
        <w:rPr>
          <w:rFonts w:ascii="Tahoma" w:hAnsi="Tahoma" w:cs="Tahoma" w:hint="cs"/>
          <w:rtl/>
        </w:rPr>
        <w:t>یی</w:t>
      </w:r>
      <w:r w:rsidRPr="00BC1373">
        <w:rPr>
          <w:rFonts w:ascii="Tahoma" w:hAnsi="Tahoma" w:cs="Tahoma"/>
          <w:rtl/>
        </w:rPr>
        <w:t xml:space="preserve"> او را در خود جمع کند. ام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ران</w:t>
      </w:r>
      <w:r w:rsidRPr="00BC1373">
        <w:rPr>
          <w:rFonts w:ascii="Tahoma" w:hAnsi="Tahoma" w:cs="Tahoma"/>
          <w:rtl/>
        </w:rPr>
        <w:t xml:space="preserve"> م</w:t>
      </w:r>
      <w:r w:rsidRPr="00BC1373">
        <w:rPr>
          <w:rFonts w:ascii="Tahoma" w:hAnsi="Tahoma" w:cs="Tahoma" w:hint="cs"/>
          <w:rtl/>
        </w:rPr>
        <w:t>ی‌</w:t>
      </w:r>
      <w:r w:rsidRPr="00BC1373">
        <w:rPr>
          <w:rFonts w:ascii="Tahoma" w:hAnsi="Tahoma" w:cs="Tahoma" w:hint="eastAsia"/>
          <w:rtl/>
        </w:rPr>
        <w:t>توانستند</w:t>
      </w:r>
      <w:r w:rsidRPr="00BC1373">
        <w:rPr>
          <w:rFonts w:ascii="Tahoma" w:hAnsi="Tahoma" w:cs="Tahoma"/>
          <w:rtl/>
        </w:rPr>
        <w:t xml:space="preserve"> به نام وفادار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به خاندان صفو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با 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کد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گر</w:t>
      </w:r>
      <w:r w:rsidRPr="00BC1373">
        <w:rPr>
          <w:rFonts w:ascii="Tahoma" w:hAnsi="Tahoma" w:cs="Tahoma"/>
          <w:rtl/>
        </w:rPr>
        <w:t xml:space="preserve"> بجنگند و هر 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ک</w:t>
      </w:r>
      <w:r w:rsidRPr="00BC1373">
        <w:rPr>
          <w:rFonts w:ascii="Tahoma" w:hAnsi="Tahoma" w:cs="Tahoma"/>
          <w:rtl/>
        </w:rPr>
        <w:t xml:space="preserve"> ادعا کند که رق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بش</w:t>
      </w:r>
      <w:r w:rsidRPr="00BC1373">
        <w:rPr>
          <w:rFonts w:ascii="Tahoma" w:hAnsi="Tahoma" w:cs="Tahoma"/>
          <w:rtl/>
        </w:rPr>
        <w:t xml:space="preserve"> شاه را از مس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ر</w:t>
      </w:r>
      <w:r w:rsidRPr="00BC1373">
        <w:rPr>
          <w:rFonts w:ascii="Tahoma" w:hAnsi="Tahoma" w:cs="Tahoma"/>
          <w:rtl/>
        </w:rPr>
        <w:t xml:space="preserve"> درست دور کرده است.</w:t>
      </w:r>
    </w:p>
    <w:p w:rsidR="00BC1373" w:rsidRPr="00BC1373" w:rsidRDefault="00BC1373" w:rsidP="00BC137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C1373">
        <w:rPr>
          <w:rFonts w:ascii="Tahoma" w:hAnsi="Tahoma" w:cs="Tahoma" w:hint="eastAsia"/>
          <w:rtl/>
        </w:rPr>
        <w:t>د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وان</w:t>
      </w:r>
      <w:r w:rsidRPr="00BC1373">
        <w:rPr>
          <w:rFonts w:ascii="Tahoma" w:hAnsi="Tahoma" w:cs="Tahoma"/>
          <w:rtl/>
        </w:rPr>
        <w:t xml:space="preserve"> در م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ان</w:t>
      </w:r>
      <w:r w:rsidRPr="00BC1373">
        <w:rPr>
          <w:rFonts w:ascii="Tahoma" w:hAnsi="Tahoma" w:cs="Tahoma"/>
          <w:rtl/>
        </w:rPr>
        <w:t xml:space="preserve"> ا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ن</w:t>
      </w:r>
      <w:r w:rsidRPr="00BC1373">
        <w:rPr>
          <w:rFonts w:ascii="Tahoma" w:hAnsi="Tahoma" w:cs="Tahoma"/>
          <w:rtl/>
        </w:rPr>
        <w:t xml:space="preserve"> کشمکش وضع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دشوار داشت. ادارهٔ مال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ات،</w:t>
      </w:r>
      <w:r w:rsidRPr="00BC1373">
        <w:rPr>
          <w:rFonts w:ascii="Tahoma" w:hAnsi="Tahoma" w:cs="Tahoma"/>
          <w:rtl/>
        </w:rPr>
        <w:t xml:space="preserve"> صدور فرمان، ثبت انتصاب‌ها و نگهدار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ارتباط م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ان</w:t>
      </w:r>
      <w:r w:rsidRPr="00BC1373">
        <w:rPr>
          <w:rFonts w:ascii="Tahoma" w:hAnsi="Tahoma" w:cs="Tahoma"/>
          <w:rtl/>
        </w:rPr>
        <w:t xml:space="preserve"> مرکز و ا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الات</w:t>
      </w:r>
      <w:r w:rsidRPr="00BC1373">
        <w:rPr>
          <w:rFonts w:ascii="Tahoma" w:hAnsi="Tahoma" w:cs="Tahoma"/>
          <w:rtl/>
        </w:rPr>
        <w:t xml:space="preserve"> با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د</w:t>
      </w:r>
      <w:r w:rsidRPr="00BC1373">
        <w:rPr>
          <w:rFonts w:ascii="Tahoma" w:hAnsi="Tahoma" w:cs="Tahoma"/>
          <w:rtl/>
        </w:rPr>
        <w:t xml:space="preserve"> ادامه م</w:t>
      </w:r>
      <w:r w:rsidRPr="00BC1373">
        <w:rPr>
          <w:rFonts w:ascii="Tahoma" w:hAnsi="Tahoma" w:cs="Tahoma" w:hint="cs"/>
          <w:rtl/>
        </w:rPr>
        <w:t>ی‌ی</w:t>
      </w:r>
      <w:r w:rsidRPr="00BC1373">
        <w:rPr>
          <w:rFonts w:ascii="Tahoma" w:hAnsi="Tahoma" w:cs="Tahoma" w:hint="eastAsia"/>
          <w:rtl/>
        </w:rPr>
        <w:t>افت،</w:t>
      </w:r>
      <w:r w:rsidRPr="00BC1373">
        <w:rPr>
          <w:rFonts w:ascii="Tahoma" w:hAnsi="Tahoma" w:cs="Tahoma"/>
          <w:rtl/>
        </w:rPr>
        <w:t xml:space="preserve"> اما د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وان</w:t>
      </w:r>
      <w:r w:rsidRPr="00BC1373">
        <w:rPr>
          <w:rFonts w:ascii="Tahoma" w:hAnsi="Tahoma" w:cs="Tahoma"/>
          <w:rtl/>
        </w:rPr>
        <w:t xml:space="preserve"> نم</w:t>
      </w:r>
      <w:r w:rsidRPr="00BC1373">
        <w:rPr>
          <w:rFonts w:ascii="Tahoma" w:hAnsi="Tahoma" w:cs="Tahoma" w:hint="cs"/>
          <w:rtl/>
        </w:rPr>
        <w:t>ی‌</w:t>
      </w:r>
      <w:r w:rsidRPr="00BC1373">
        <w:rPr>
          <w:rFonts w:ascii="Tahoma" w:hAnsi="Tahoma" w:cs="Tahoma" w:hint="eastAsia"/>
          <w:rtl/>
        </w:rPr>
        <w:t>توانست</w:t>
      </w:r>
      <w:r w:rsidRPr="00BC1373">
        <w:rPr>
          <w:rFonts w:ascii="Tahoma" w:hAnsi="Tahoma" w:cs="Tahoma"/>
          <w:rtl/>
        </w:rPr>
        <w:t xml:space="preserve"> از جنگ ام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ران</w:t>
      </w:r>
      <w:r w:rsidRPr="00BC1373">
        <w:rPr>
          <w:rFonts w:ascii="Tahoma" w:hAnsi="Tahoma" w:cs="Tahoma"/>
          <w:rtl/>
        </w:rPr>
        <w:t xml:space="preserve"> دور بماند. هر ام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ر</w:t>
      </w:r>
      <w:r w:rsidRPr="00BC1373">
        <w:rPr>
          <w:rFonts w:ascii="Tahoma" w:hAnsi="Tahoma" w:cs="Tahoma"/>
          <w:rtl/>
        </w:rPr>
        <w:t xml:space="preserve"> قدرتمند م</w:t>
      </w:r>
      <w:r w:rsidRPr="00BC1373">
        <w:rPr>
          <w:rFonts w:ascii="Tahoma" w:hAnsi="Tahoma" w:cs="Tahoma" w:hint="cs"/>
          <w:rtl/>
        </w:rPr>
        <w:t>ی‌</w:t>
      </w:r>
      <w:r w:rsidRPr="00BC1373">
        <w:rPr>
          <w:rFonts w:ascii="Tahoma" w:hAnsi="Tahoma" w:cs="Tahoma" w:hint="eastAsia"/>
          <w:rtl/>
        </w:rPr>
        <w:t>خواست</w:t>
      </w:r>
      <w:r w:rsidRPr="00BC1373">
        <w:rPr>
          <w:rFonts w:ascii="Tahoma" w:hAnsi="Tahoma" w:cs="Tahoma"/>
          <w:rtl/>
        </w:rPr>
        <w:t xml:space="preserve"> دب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ران،</w:t>
      </w:r>
      <w:r w:rsidRPr="00BC1373">
        <w:rPr>
          <w:rFonts w:ascii="Tahoma" w:hAnsi="Tahoma" w:cs="Tahoma"/>
          <w:rtl/>
        </w:rPr>
        <w:t xml:space="preserve"> وز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ران</w:t>
      </w:r>
      <w:r w:rsidRPr="00BC1373">
        <w:rPr>
          <w:rFonts w:ascii="Tahoma" w:hAnsi="Tahoma" w:cs="Tahoma"/>
          <w:rtl/>
        </w:rPr>
        <w:t xml:space="preserve"> و کارگزاران مورد اعتماد خود را د</w:t>
      </w:r>
      <w:r w:rsidRPr="00BC1373">
        <w:rPr>
          <w:rFonts w:ascii="Tahoma" w:hAnsi="Tahoma" w:cs="Tahoma" w:hint="eastAsia"/>
          <w:rtl/>
        </w:rPr>
        <w:t>ر</w:t>
      </w:r>
      <w:r w:rsidRPr="00BC1373">
        <w:rPr>
          <w:rFonts w:ascii="Tahoma" w:hAnsi="Tahoma" w:cs="Tahoma"/>
          <w:rtl/>
        </w:rPr>
        <w:t xml:space="preserve"> مقام‌ها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مهم قرار دهد. د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وانسالار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که به 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ک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از گروه‌ها نزد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ک</w:t>
      </w:r>
      <w:r w:rsidRPr="00BC1373">
        <w:rPr>
          <w:rFonts w:ascii="Tahoma" w:hAnsi="Tahoma" w:cs="Tahoma"/>
          <w:rtl/>
        </w:rPr>
        <w:t xml:space="preserve"> شناخته م</w:t>
      </w:r>
      <w:r w:rsidRPr="00BC1373">
        <w:rPr>
          <w:rFonts w:ascii="Tahoma" w:hAnsi="Tahoma" w:cs="Tahoma" w:hint="cs"/>
          <w:rtl/>
        </w:rPr>
        <w:t>ی‌</w:t>
      </w:r>
      <w:r w:rsidRPr="00BC1373">
        <w:rPr>
          <w:rFonts w:ascii="Tahoma" w:hAnsi="Tahoma" w:cs="Tahoma" w:hint="eastAsia"/>
          <w:rtl/>
        </w:rPr>
        <w:t>شد،</w:t>
      </w:r>
      <w:r w:rsidRPr="00BC1373">
        <w:rPr>
          <w:rFonts w:ascii="Tahoma" w:hAnsi="Tahoma" w:cs="Tahoma"/>
          <w:rtl/>
        </w:rPr>
        <w:t xml:space="preserve"> با شکست آن گروه ممکن بود مقام، دارا</w:t>
      </w:r>
      <w:r w:rsidRPr="00BC1373">
        <w:rPr>
          <w:rFonts w:ascii="Tahoma" w:hAnsi="Tahoma" w:cs="Tahoma" w:hint="cs"/>
          <w:rtl/>
        </w:rPr>
        <w:t>یی</w:t>
      </w:r>
      <w:r w:rsidRPr="00BC1373">
        <w:rPr>
          <w:rFonts w:ascii="Tahoma" w:hAnsi="Tahoma" w:cs="Tahoma"/>
          <w:rtl/>
        </w:rPr>
        <w:t xml:space="preserve"> 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ا</w:t>
      </w:r>
      <w:r w:rsidRPr="00BC1373">
        <w:rPr>
          <w:rFonts w:ascii="Tahoma" w:hAnsi="Tahoma" w:cs="Tahoma"/>
          <w:rtl/>
        </w:rPr>
        <w:t xml:space="preserve"> جان خود را از دست بدهد.</w:t>
      </w:r>
    </w:p>
    <w:p w:rsidR="00BC1373" w:rsidRPr="00BC1373" w:rsidRDefault="00BC1373" w:rsidP="00BC137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C1373">
        <w:rPr>
          <w:rFonts w:ascii="Tahoma" w:hAnsi="Tahoma" w:cs="Tahoma" w:hint="eastAsia"/>
          <w:rtl/>
        </w:rPr>
        <w:t>باا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ن‌همه،</w:t>
      </w:r>
      <w:r w:rsidRPr="00BC1373">
        <w:rPr>
          <w:rFonts w:ascii="Tahoma" w:hAnsi="Tahoma" w:cs="Tahoma"/>
          <w:rtl/>
        </w:rPr>
        <w:t xml:space="preserve"> ن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از</w:t>
      </w:r>
      <w:r w:rsidRPr="00BC1373">
        <w:rPr>
          <w:rFonts w:ascii="Tahoma" w:hAnsi="Tahoma" w:cs="Tahoma"/>
          <w:rtl/>
        </w:rPr>
        <w:t xml:space="preserve"> حکومت به د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وان</w:t>
      </w:r>
      <w:r w:rsidRPr="00BC1373">
        <w:rPr>
          <w:rFonts w:ascii="Tahoma" w:hAnsi="Tahoma" w:cs="Tahoma"/>
          <w:rtl/>
        </w:rPr>
        <w:t xml:space="preserve"> مانع از فروپاش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کامل آن شد. ام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ر</w:t>
      </w:r>
      <w:r w:rsidRPr="00BC1373">
        <w:rPr>
          <w:rFonts w:ascii="Tahoma" w:hAnsi="Tahoma" w:cs="Tahoma"/>
          <w:rtl/>
        </w:rPr>
        <w:t xml:space="preserve"> قزلباش م</w:t>
      </w:r>
      <w:r w:rsidRPr="00BC1373">
        <w:rPr>
          <w:rFonts w:ascii="Tahoma" w:hAnsi="Tahoma" w:cs="Tahoma" w:hint="cs"/>
          <w:rtl/>
        </w:rPr>
        <w:t>ی‌</w:t>
      </w:r>
      <w:r w:rsidRPr="00BC1373">
        <w:rPr>
          <w:rFonts w:ascii="Tahoma" w:hAnsi="Tahoma" w:cs="Tahoma" w:hint="eastAsia"/>
          <w:rtl/>
        </w:rPr>
        <w:t>توانست</w:t>
      </w:r>
      <w:r w:rsidRPr="00BC1373">
        <w:rPr>
          <w:rFonts w:ascii="Tahoma" w:hAnsi="Tahoma" w:cs="Tahoma"/>
          <w:rtl/>
        </w:rPr>
        <w:t xml:space="preserve"> رق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بش</w:t>
      </w:r>
      <w:r w:rsidRPr="00BC1373">
        <w:rPr>
          <w:rFonts w:ascii="Tahoma" w:hAnsi="Tahoma" w:cs="Tahoma"/>
          <w:rtl/>
        </w:rPr>
        <w:t xml:space="preserve"> را بکشد و ولا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ت</w:t>
      </w:r>
      <w:r w:rsidRPr="00BC1373">
        <w:rPr>
          <w:rFonts w:ascii="Tahoma" w:hAnsi="Tahoma" w:cs="Tahoma"/>
          <w:rtl/>
        </w:rPr>
        <w:t xml:space="preserve"> او را تصرف کند، اما برا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در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افت</w:t>
      </w:r>
      <w:r w:rsidRPr="00BC1373">
        <w:rPr>
          <w:rFonts w:ascii="Tahoma" w:hAnsi="Tahoma" w:cs="Tahoma"/>
          <w:rtl/>
        </w:rPr>
        <w:t xml:space="preserve"> درآمد همان ولا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ت</w:t>
      </w:r>
      <w:r w:rsidRPr="00BC1373">
        <w:rPr>
          <w:rFonts w:ascii="Tahoma" w:hAnsi="Tahoma" w:cs="Tahoma"/>
          <w:rtl/>
        </w:rPr>
        <w:t xml:space="preserve"> به مستوف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،</w:t>
      </w:r>
      <w:r w:rsidRPr="00BC1373">
        <w:rPr>
          <w:rFonts w:ascii="Tahoma" w:hAnsi="Tahoma" w:cs="Tahoma"/>
          <w:rtl/>
        </w:rPr>
        <w:t xml:space="preserve"> دب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ر</w:t>
      </w:r>
      <w:r w:rsidRPr="00BC1373">
        <w:rPr>
          <w:rFonts w:ascii="Tahoma" w:hAnsi="Tahoma" w:cs="Tahoma"/>
          <w:rtl/>
        </w:rPr>
        <w:t xml:space="preserve"> و مأمور مال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ن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از</w:t>
      </w:r>
      <w:r w:rsidRPr="00BC1373">
        <w:rPr>
          <w:rFonts w:ascii="Tahoma" w:hAnsi="Tahoma" w:cs="Tahoma"/>
          <w:rtl/>
        </w:rPr>
        <w:t xml:space="preserve"> داشت. جنگ قدرت د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وان</w:t>
      </w:r>
      <w:r w:rsidRPr="00BC1373">
        <w:rPr>
          <w:rFonts w:ascii="Tahoma" w:hAnsi="Tahoma" w:cs="Tahoma"/>
          <w:rtl/>
        </w:rPr>
        <w:t xml:space="preserve"> را آس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ب‌پذ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ر</w:t>
      </w:r>
      <w:r w:rsidRPr="00BC1373">
        <w:rPr>
          <w:rFonts w:ascii="Tahoma" w:hAnsi="Tahoma" w:cs="Tahoma"/>
          <w:rtl/>
        </w:rPr>
        <w:t xml:space="preserve"> م</w:t>
      </w:r>
      <w:r w:rsidRPr="00BC1373">
        <w:rPr>
          <w:rFonts w:ascii="Tahoma" w:hAnsi="Tahoma" w:cs="Tahoma" w:hint="cs"/>
          <w:rtl/>
        </w:rPr>
        <w:t>ی‌</w:t>
      </w:r>
      <w:r w:rsidRPr="00BC1373">
        <w:rPr>
          <w:rFonts w:ascii="Tahoma" w:hAnsi="Tahoma" w:cs="Tahoma" w:hint="eastAsia"/>
          <w:rtl/>
        </w:rPr>
        <w:t>کرد،</w:t>
      </w:r>
      <w:r w:rsidRPr="00BC1373">
        <w:rPr>
          <w:rFonts w:ascii="Tahoma" w:hAnsi="Tahoma" w:cs="Tahoma"/>
          <w:rtl/>
        </w:rPr>
        <w:t xml:space="preserve"> ول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نم</w:t>
      </w:r>
      <w:r w:rsidRPr="00BC1373">
        <w:rPr>
          <w:rFonts w:ascii="Tahoma" w:hAnsi="Tahoma" w:cs="Tahoma" w:hint="cs"/>
          <w:rtl/>
        </w:rPr>
        <w:t>ی‌</w:t>
      </w:r>
      <w:r w:rsidRPr="00BC1373">
        <w:rPr>
          <w:rFonts w:ascii="Tahoma" w:hAnsi="Tahoma" w:cs="Tahoma" w:hint="eastAsia"/>
          <w:rtl/>
        </w:rPr>
        <w:t>توانست</w:t>
      </w:r>
      <w:r w:rsidRPr="00BC1373">
        <w:rPr>
          <w:rFonts w:ascii="Tahoma" w:hAnsi="Tahoma" w:cs="Tahoma"/>
          <w:rtl/>
        </w:rPr>
        <w:t xml:space="preserve"> ضرورت وجودش ر</w:t>
      </w:r>
      <w:r w:rsidRPr="00BC1373">
        <w:rPr>
          <w:rFonts w:ascii="Tahoma" w:hAnsi="Tahoma" w:cs="Tahoma" w:hint="eastAsia"/>
          <w:rtl/>
        </w:rPr>
        <w:t>ا</w:t>
      </w:r>
      <w:r w:rsidRPr="00BC1373">
        <w:rPr>
          <w:rFonts w:ascii="Tahoma" w:hAnsi="Tahoma" w:cs="Tahoma"/>
          <w:rtl/>
        </w:rPr>
        <w:t xml:space="preserve"> از م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ان</w:t>
      </w:r>
      <w:r w:rsidRPr="00BC1373">
        <w:rPr>
          <w:rFonts w:ascii="Tahoma" w:hAnsi="Tahoma" w:cs="Tahoma"/>
          <w:rtl/>
        </w:rPr>
        <w:t xml:space="preserve"> ببرد. حکومت حت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در م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ان</w:t>
      </w:r>
      <w:r w:rsidRPr="00BC1373">
        <w:rPr>
          <w:rFonts w:ascii="Tahoma" w:hAnsi="Tahoma" w:cs="Tahoma"/>
          <w:rtl/>
        </w:rPr>
        <w:t xml:space="preserve"> آشفتگ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با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د</w:t>
      </w:r>
      <w:r w:rsidRPr="00BC1373">
        <w:rPr>
          <w:rFonts w:ascii="Tahoma" w:hAnsi="Tahoma" w:cs="Tahoma"/>
          <w:rtl/>
        </w:rPr>
        <w:t xml:space="preserve"> مال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ات</w:t>
      </w:r>
      <w:r w:rsidRPr="00BC1373">
        <w:rPr>
          <w:rFonts w:ascii="Tahoma" w:hAnsi="Tahoma" w:cs="Tahoma"/>
          <w:rtl/>
        </w:rPr>
        <w:t xml:space="preserve"> م</w:t>
      </w:r>
      <w:r w:rsidRPr="00BC1373">
        <w:rPr>
          <w:rFonts w:ascii="Tahoma" w:hAnsi="Tahoma" w:cs="Tahoma" w:hint="cs"/>
          <w:rtl/>
        </w:rPr>
        <w:t>ی‌</w:t>
      </w:r>
      <w:r w:rsidRPr="00BC1373">
        <w:rPr>
          <w:rFonts w:ascii="Tahoma" w:hAnsi="Tahoma" w:cs="Tahoma" w:hint="eastAsia"/>
          <w:rtl/>
        </w:rPr>
        <w:t>گرفت،</w:t>
      </w:r>
      <w:r w:rsidRPr="00BC1373">
        <w:rPr>
          <w:rFonts w:ascii="Tahoma" w:hAnsi="Tahoma" w:cs="Tahoma"/>
          <w:rtl/>
        </w:rPr>
        <w:t xml:space="preserve"> قشون را تأم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ن</w:t>
      </w:r>
      <w:r w:rsidRPr="00BC1373">
        <w:rPr>
          <w:rFonts w:ascii="Tahoma" w:hAnsi="Tahoma" w:cs="Tahoma"/>
          <w:rtl/>
        </w:rPr>
        <w:t xml:space="preserve"> م</w:t>
      </w:r>
      <w:r w:rsidRPr="00BC1373">
        <w:rPr>
          <w:rFonts w:ascii="Tahoma" w:hAnsi="Tahoma" w:cs="Tahoma" w:hint="cs"/>
          <w:rtl/>
        </w:rPr>
        <w:t>ی‌</w:t>
      </w:r>
      <w:r w:rsidRPr="00BC1373">
        <w:rPr>
          <w:rFonts w:ascii="Tahoma" w:hAnsi="Tahoma" w:cs="Tahoma" w:hint="eastAsia"/>
          <w:rtl/>
        </w:rPr>
        <w:t>کرد</w:t>
      </w:r>
      <w:r w:rsidRPr="00BC1373">
        <w:rPr>
          <w:rFonts w:ascii="Tahoma" w:hAnsi="Tahoma" w:cs="Tahoma"/>
          <w:rtl/>
        </w:rPr>
        <w:t xml:space="preserve"> و فرمان‌ها را به ا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الات</w:t>
      </w:r>
      <w:r w:rsidRPr="00BC1373">
        <w:rPr>
          <w:rFonts w:ascii="Tahoma" w:hAnsi="Tahoma" w:cs="Tahoma"/>
          <w:rtl/>
        </w:rPr>
        <w:t xml:space="preserve"> م</w:t>
      </w:r>
      <w:r w:rsidRPr="00BC1373">
        <w:rPr>
          <w:rFonts w:ascii="Tahoma" w:hAnsi="Tahoma" w:cs="Tahoma" w:hint="cs"/>
          <w:rtl/>
        </w:rPr>
        <w:t>ی‌</w:t>
      </w:r>
      <w:r w:rsidRPr="00BC1373">
        <w:rPr>
          <w:rFonts w:ascii="Tahoma" w:hAnsi="Tahoma" w:cs="Tahoma" w:hint="eastAsia"/>
          <w:rtl/>
        </w:rPr>
        <w:t>رساند</w:t>
      </w:r>
      <w:r w:rsidRPr="00BC1373">
        <w:rPr>
          <w:rFonts w:ascii="Tahoma" w:hAnsi="Tahoma" w:cs="Tahoma"/>
          <w:rtl/>
        </w:rPr>
        <w:t>.</w:t>
      </w:r>
    </w:p>
    <w:p w:rsidR="00BC1373" w:rsidRPr="00BC1373" w:rsidRDefault="00BC1373" w:rsidP="00BC137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C1373">
        <w:rPr>
          <w:rFonts w:ascii="Tahoma" w:hAnsi="Tahoma" w:cs="Tahoma" w:hint="eastAsia"/>
          <w:rtl/>
        </w:rPr>
        <w:t>د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نکاران</w:t>
      </w:r>
      <w:r w:rsidRPr="00BC1373">
        <w:rPr>
          <w:rFonts w:ascii="Tahoma" w:hAnsi="Tahoma" w:cs="Tahoma"/>
          <w:rtl/>
        </w:rPr>
        <w:t xml:space="preserve"> ن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ز</w:t>
      </w:r>
      <w:r w:rsidRPr="00BC1373">
        <w:rPr>
          <w:rFonts w:ascii="Tahoma" w:hAnsi="Tahoma" w:cs="Tahoma"/>
          <w:rtl/>
        </w:rPr>
        <w:t xml:space="preserve"> از کشمکش قزلباشان دور نبودند، اما نقش آنان با د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وان</w:t>
      </w:r>
      <w:r w:rsidRPr="00BC1373">
        <w:rPr>
          <w:rFonts w:ascii="Tahoma" w:hAnsi="Tahoma" w:cs="Tahoma"/>
          <w:rtl/>
        </w:rPr>
        <w:t xml:space="preserve"> تفاوت داشت. مذهب رسم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و نسبت خاندان صفو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با امامان، 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ک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از پا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ه‌ها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ادامهٔ حقان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ت</w:t>
      </w:r>
      <w:r w:rsidRPr="00BC1373">
        <w:rPr>
          <w:rFonts w:ascii="Tahoma" w:hAnsi="Tahoma" w:cs="Tahoma"/>
          <w:rtl/>
        </w:rPr>
        <w:t xml:space="preserve"> تاج بود. تهماسب کودک م</w:t>
      </w:r>
      <w:r w:rsidRPr="00BC1373">
        <w:rPr>
          <w:rFonts w:ascii="Tahoma" w:hAnsi="Tahoma" w:cs="Tahoma" w:hint="cs"/>
          <w:rtl/>
        </w:rPr>
        <w:t>ی‌</w:t>
      </w:r>
      <w:r w:rsidRPr="00BC1373">
        <w:rPr>
          <w:rFonts w:ascii="Tahoma" w:hAnsi="Tahoma" w:cs="Tahoma" w:hint="eastAsia"/>
          <w:rtl/>
        </w:rPr>
        <w:t>توانست</w:t>
      </w:r>
      <w:r w:rsidRPr="00BC1373">
        <w:rPr>
          <w:rFonts w:ascii="Tahoma" w:hAnsi="Tahoma" w:cs="Tahoma"/>
          <w:rtl/>
        </w:rPr>
        <w:t xml:space="preserve"> به سبب خون صفو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و مقام موروث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خود شاه شناخته شود، ب</w:t>
      </w:r>
      <w:r w:rsidRPr="00BC1373">
        <w:rPr>
          <w:rFonts w:ascii="Tahoma" w:hAnsi="Tahoma" w:cs="Tahoma" w:hint="cs"/>
          <w:rtl/>
        </w:rPr>
        <w:t>ی‌</w:t>
      </w:r>
      <w:r w:rsidRPr="00BC1373">
        <w:rPr>
          <w:rFonts w:ascii="Tahoma" w:hAnsi="Tahoma" w:cs="Tahoma" w:hint="eastAsia"/>
          <w:rtl/>
        </w:rPr>
        <w:t>آنکه</w:t>
      </w:r>
      <w:r w:rsidRPr="00BC1373">
        <w:rPr>
          <w:rFonts w:ascii="Tahoma" w:hAnsi="Tahoma" w:cs="Tahoma"/>
          <w:rtl/>
        </w:rPr>
        <w:t xml:space="preserve"> توانا</w:t>
      </w:r>
      <w:r w:rsidRPr="00BC1373">
        <w:rPr>
          <w:rFonts w:ascii="Tahoma" w:hAnsi="Tahoma" w:cs="Tahoma" w:hint="cs"/>
          <w:rtl/>
        </w:rPr>
        <w:t>یی</w:t>
      </w:r>
      <w:r w:rsidRPr="00BC1373">
        <w:rPr>
          <w:rFonts w:ascii="Tahoma" w:hAnsi="Tahoma" w:cs="Tahoma"/>
          <w:rtl/>
        </w:rPr>
        <w:t xml:space="preserve"> شخص</w:t>
      </w:r>
      <w:r w:rsidRPr="00BC1373">
        <w:rPr>
          <w:rFonts w:ascii="Tahoma" w:hAnsi="Tahoma" w:cs="Tahoma" w:hint="cs"/>
          <w:rtl/>
        </w:rPr>
        <w:t>ی‌</w:t>
      </w:r>
      <w:r w:rsidRPr="00BC1373">
        <w:rPr>
          <w:rFonts w:ascii="Tahoma" w:hAnsi="Tahoma" w:cs="Tahoma" w:hint="eastAsia"/>
          <w:rtl/>
        </w:rPr>
        <w:t>اش</w:t>
      </w:r>
      <w:r w:rsidRPr="00BC1373">
        <w:rPr>
          <w:rFonts w:ascii="Tahoma" w:hAnsi="Tahoma" w:cs="Tahoma"/>
          <w:rtl/>
        </w:rPr>
        <w:t xml:space="preserve"> هنوز آزموده شده باشد. د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نکاران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که حکومت صفو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را پشت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بان</w:t>
      </w:r>
      <w:r w:rsidRPr="00BC1373">
        <w:rPr>
          <w:rFonts w:ascii="Tahoma" w:hAnsi="Tahoma" w:cs="Tahoma"/>
          <w:rtl/>
        </w:rPr>
        <w:t xml:space="preserve"> تش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ع</w:t>
      </w:r>
      <w:r w:rsidRPr="00BC1373">
        <w:rPr>
          <w:rFonts w:ascii="Tahoma" w:hAnsi="Tahoma" w:cs="Tahoma"/>
          <w:rtl/>
        </w:rPr>
        <w:t xml:space="preserve"> م</w:t>
      </w:r>
      <w:r w:rsidRPr="00BC1373">
        <w:rPr>
          <w:rFonts w:ascii="Tahoma" w:hAnsi="Tahoma" w:cs="Tahoma" w:hint="cs"/>
          <w:rtl/>
        </w:rPr>
        <w:t>ی‌</w:t>
      </w:r>
      <w:r w:rsidRPr="00BC1373">
        <w:rPr>
          <w:rFonts w:ascii="Tahoma" w:hAnsi="Tahoma" w:cs="Tahoma" w:hint="eastAsia"/>
          <w:rtl/>
        </w:rPr>
        <w:t>دانستند،</w:t>
      </w:r>
      <w:r w:rsidRPr="00BC1373">
        <w:rPr>
          <w:rFonts w:ascii="Tahoma" w:hAnsi="Tahoma" w:cs="Tahoma"/>
          <w:rtl/>
        </w:rPr>
        <w:t xml:space="preserve"> با تأ</w:t>
      </w:r>
      <w:r w:rsidRPr="00BC1373">
        <w:rPr>
          <w:rFonts w:ascii="Tahoma" w:hAnsi="Tahoma" w:cs="Tahoma" w:hint="cs"/>
          <w:rtl/>
        </w:rPr>
        <w:t>یی</w:t>
      </w:r>
      <w:r w:rsidRPr="00BC1373">
        <w:rPr>
          <w:rFonts w:ascii="Tahoma" w:hAnsi="Tahoma" w:cs="Tahoma" w:hint="eastAsia"/>
          <w:rtl/>
        </w:rPr>
        <w:t>د</w:t>
      </w:r>
      <w:r w:rsidRPr="00BC1373">
        <w:rPr>
          <w:rFonts w:ascii="Tahoma" w:hAnsi="Tahoma" w:cs="Tahoma"/>
          <w:rtl/>
        </w:rPr>
        <w:t xml:space="preserve"> استمرار سلطنت به انتقال قدرت کمک م</w:t>
      </w:r>
      <w:r w:rsidRPr="00BC1373">
        <w:rPr>
          <w:rFonts w:ascii="Tahoma" w:hAnsi="Tahoma" w:cs="Tahoma" w:hint="cs"/>
          <w:rtl/>
        </w:rPr>
        <w:t>ی‌</w:t>
      </w:r>
      <w:r w:rsidRPr="00BC1373">
        <w:rPr>
          <w:rFonts w:ascii="Tahoma" w:hAnsi="Tahoma" w:cs="Tahoma" w:hint="eastAsia"/>
          <w:rtl/>
        </w:rPr>
        <w:t>کردند</w:t>
      </w:r>
      <w:r w:rsidRPr="00BC1373">
        <w:rPr>
          <w:rFonts w:ascii="Tahoma" w:hAnsi="Tahoma" w:cs="Tahoma"/>
          <w:rtl/>
        </w:rPr>
        <w:t>.</w:t>
      </w:r>
    </w:p>
    <w:p w:rsidR="00BC1373" w:rsidRPr="00BC1373" w:rsidRDefault="00BC1373" w:rsidP="00BC137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C1373">
        <w:rPr>
          <w:rFonts w:ascii="Tahoma" w:hAnsi="Tahoma" w:cs="Tahoma" w:hint="eastAsia"/>
          <w:rtl/>
        </w:rPr>
        <w:t>ا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ن</w:t>
      </w:r>
      <w:r w:rsidRPr="00BC1373">
        <w:rPr>
          <w:rFonts w:ascii="Tahoma" w:hAnsi="Tahoma" w:cs="Tahoma"/>
          <w:rtl/>
        </w:rPr>
        <w:t xml:space="preserve"> تأ</w:t>
      </w:r>
      <w:r w:rsidRPr="00BC1373">
        <w:rPr>
          <w:rFonts w:ascii="Tahoma" w:hAnsi="Tahoma" w:cs="Tahoma" w:hint="cs"/>
          <w:rtl/>
        </w:rPr>
        <w:t>یی</w:t>
      </w:r>
      <w:r w:rsidRPr="00BC1373">
        <w:rPr>
          <w:rFonts w:ascii="Tahoma" w:hAnsi="Tahoma" w:cs="Tahoma" w:hint="eastAsia"/>
          <w:rtl/>
        </w:rPr>
        <w:t>د</w:t>
      </w:r>
      <w:r w:rsidRPr="00BC1373">
        <w:rPr>
          <w:rFonts w:ascii="Tahoma" w:hAnsi="Tahoma" w:cs="Tahoma"/>
          <w:rtl/>
        </w:rPr>
        <w:t xml:space="preserve"> به معنا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آن نبود که د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نکاران</w:t>
      </w:r>
      <w:r w:rsidRPr="00BC1373">
        <w:rPr>
          <w:rFonts w:ascii="Tahoma" w:hAnsi="Tahoma" w:cs="Tahoma"/>
          <w:rtl/>
        </w:rPr>
        <w:t xml:space="preserve"> فرمانده قشون 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ا</w:t>
      </w:r>
      <w:r w:rsidRPr="00BC1373">
        <w:rPr>
          <w:rFonts w:ascii="Tahoma" w:hAnsi="Tahoma" w:cs="Tahoma"/>
          <w:rtl/>
        </w:rPr>
        <w:t xml:space="preserve"> تصم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م‌گ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رندگان</w:t>
      </w:r>
      <w:r w:rsidRPr="00BC1373">
        <w:rPr>
          <w:rFonts w:ascii="Tahoma" w:hAnsi="Tahoma" w:cs="Tahoma"/>
          <w:rtl/>
        </w:rPr>
        <w:t xml:space="preserve"> اصل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حکومت شده باشند. در سال‌ها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نخست، سران قزلباش بر قدرت عمل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مسلط بودند. اما مذهب رسم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زبان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فراهم م</w:t>
      </w:r>
      <w:r w:rsidRPr="00BC1373">
        <w:rPr>
          <w:rFonts w:ascii="Tahoma" w:hAnsi="Tahoma" w:cs="Tahoma" w:hint="cs"/>
          <w:rtl/>
        </w:rPr>
        <w:t>ی‌</w:t>
      </w:r>
      <w:r w:rsidRPr="00BC1373">
        <w:rPr>
          <w:rFonts w:ascii="Tahoma" w:hAnsi="Tahoma" w:cs="Tahoma" w:hint="eastAsia"/>
          <w:rtl/>
        </w:rPr>
        <w:t>کرد</w:t>
      </w:r>
      <w:r w:rsidRPr="00BC1373">
        <w:rPr>
          <w:rFonts w:ascii="Tahoma" w:hAnsi="Tahoma" w:cs="Tahoma"/>
          <w:rtl/>
        </w:rPr>
        <w:t xml:space="preserve"> که م</w:t>
      </w:r>
      <w:r w:rsidRPr="00BC1373">
        <w:rPr>
          <w:rFonts w:ascii="Tahoma" w:hAnsi="Tahoma" w:cs="Tahoma" w:hint="cs"/>
          <w:rtl/>
        </w:rPr>
        <w:t>ی‌</w:t>
      </w:r>
      <w:r w:rsidRPr="00BC1373">
        <w:rPr>
          <w:rFonts w:ascii="Tahoma" w:hAnsi="Tahoma" w:cs="Tahoma" w:hint="eastAsia"/>
          <w:rtl/>
        </w:rPr>
        <w:t>شد</w:t>
      </w:r>
      <w:r w:rsidRPr="00BC1373">
        <w:rPr>
          <w:rFonts w:ascii="Tahoma" w:hAnsi="Tahoma" w:cs="Tahoma"/>
          <w:rtl/>
        </w:rPr>
        <w:t xml:space="preserve"> به کمک آن شخص شاه را از ام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ران</w:t>
      </w:r>
      <w:r w:rsidRPr="00BC1373">
        <w:rPr>
          <w:rFonts w:ascii="Tahoma" w:hAnsi="Tahoma" w:cs="Tahoma"/>
          <w:rtl/>
        </w:rPr>
        <w:t xml:space="preserve"> متما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ز</w:t>
      </w:r>
      <w:r w:rsidRPr="00BC1373">
        <w:rPr>
          <w:rFonts w:ascii="Tahoma" w:hAnsi="Tahoma" w:cs="Tahoma"/>
          <w:rtl/>
        </w:rPr>
        <w:t xml:space="preserve"> ساخت. ام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ر</w:t>
      </w:r>
      <w:r w:rsidRPr="00BC1373">
        <w:rPr>
          <w:rFonts w:ascii="Tahoma" w:hAnsi="Tahoma" w:cs="Tahoma"/>
          <w:rtl/>
        </w:rPr>
        <w:t xml:space="preserve"> هر اندازه ن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رومند</w:t>
      </w:r>
      <w:r w:rsidRPr="00BC1373">
        <w:rPr>
          <w:rFonts w:ascii="Tahoma" w:hAnsi="Tahoma" w:cs="Tahoma"/>
          <w:rtl/>
        </w:rPr>
        <w:t xml:space="preserve"> ب</w:t>
      </w:r>
      <w:r w:rsidRPr="00BC1373">
        <w:rPr>
          <w:rFonts w:ascii="Tahoma" w:hAnsi="Tahoma" w:cs="Tahoma" w:hint="eastAsia"/>
          <w:rtl/>
        </w:rPr>
        <w:t>ود،</w:t>
      </w:r>
      <w:r w:rsidRPr="00BC1373">
        <w:rPr>
          <w:rFonts w:ascii="Tahoma" w:hAnsi="Tahoma" w:cs="Tahoma"/>
          <w:rtl/>
        </w:rPr>
        <w:t xml:space="preserve"> خون صفو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نداشت و نم</w:t>
      </w:r>
      <w:r w:rsidRPr="00BC1373">
        <w:rPr>
          <w:rFonts w:ascii="Tahoma" w:hAnsi="Tahoma" w:cs="Tahoma" w:hint="cs"/>
          <w:rtl/>
        </w:rPr>
        <w:t>ی‌</w:t>
      </w:r>
      <w:r w:rsidRPr="00BC1373">
        <w:rPr>
          <w:rFonts w:ascii="Tahoma" w:hAnsi="Tahoma" w:cs="Tahoma" w:hint="eastAsia"/>
          <w:rtl/>
        </w:rPr>
        <w:t>توانست</w:t>
      </w:r>
      <w:r w:rsidRPr="00BC1373">
        <w:rPr>
          <w:rFonts w:ascii="Tahoma" w:hAnsi="Tahoma" w:cs="Tahoma"/>
          <w:rtl/>
        </w:rPr>
        <w:t xml:space="preserve"> به‌آسان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خود را جانش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ن</w:t>
      </w:r>
      <w:r w:rsidRPr="00BC1373">
        <w:rPr>
          <w:rFonts w:ascii="Tahoma" w:hAnsi="Tahoma" w:cs="Tahoma"/>
          <w:rtl/>
        </w:rPr>
        <w:t xml:space="preserve"> مرشد معرف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کند. قزلباشان برا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حفظ هو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ت</w:t>
      </w:r>
      <w:r w:rsidRPr="00BC1373">
        <w:rPr>
          <w:rFonts w:ascii="Tahoma" w:hAnsi="Tahoma" w:cs="Tahoma"/>
          <w:rtl/>
        </w:rPr>
        <w:t xml:space="preserve"> مشترک خود به شاه ن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از</w:t>
      </w:r>
      <w:r w:rsidRPr="00BC1373">
        <w:rPr>
          <w:rFonts w:ascii="Tahoma" w:hAnsi="Tahoma" w:cs="Tahoma"/>
          <w:rtl/>
        </w:rPr>
        <w:t xml:space="preserve"> داشتند و هم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ن</w:t>
      </w:r>
      <w:r w:rsidRPr="00BC1373">
        <w:rPr>
          <w:rFonts w:ascii="Tahoma" w:hAnsi="Tahoma" w:cs="Tahoma"/>
          <w:rtl/>
        </w:rPr>
        <w:t xml:space="preserve"> ن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از</w:t>
      </w:r>
      <w:r w:rsidRPr="00BC1373">
        <w:rPr>
          <w:rFonts w:ascii="Tahoma" w:hAnsi="Tahoma" w:cs="Tahoma"/>
          <w:rtl/>
        </w:rPr>
        <w:t xml:space="preserve"> مانع م</w:t>
      </w:r>
      <w:r w:rsidRPr="00BC1373">
        <w:rPr>
          <w:rFonts w:ascii="Tahoma" w:hAnsi="Tahoma" w:cs="Tahoma" w:hint="cs"/>
          <w:rtl/>
        </w:rPr>
        <w:t>ی‌</w:t>
      </w:r>
      <w:r w:rsidRPr="00BC1373">
        <w:rPr>
          <w:rFonts w:ascii="Tahoma" w:hAnsi="Tahoma" w:cs="Tahoma" w:hint="eastAsia"/>
          <w:rtl/>
        </w:rPr>
        <w:t>شد</w:t>
      </w:r>
      <w:r w:rsidRPr="00BC1373">
        <w:rPr>
          <w:rFonts w:ascii="Tahoma" w:hAnsi="Tahoma" w:cs="Tahoma"/>
          <w:rtl/>
        </w:rPr>
        <w:t xml:space="preserve"> 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ک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از ام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ران</w:t>
      </w:r>
      <w:r w:rsidRPr="00BC1373">
        <w:rPr>
          <w:rFonts w:ascii="Tahoma" w:hAnsi="Tahoma" w:cs="Tahoma"/>
          <w:rtl/>
        </w:rPr>
        <w:t xml:space="preserve"> تاج را به نام خود تصاحب کند.</w:t>
      </w:r>
    </w:p>
    <w:p w:rsidR="00BC1373" w:rsidRPr="00BC1373" w:rsidRDefault="00BC1373" w:rsidP="00BC137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C1373">
        <w:rPr>
          <w:rFonts w:ascii="Tahoma" w:hAnsi="Tahoma" w:cs="Tahoma" w:hint="eastAsia"/>
          <w:rtl/>
        </w:rPr>
        <w:t>بد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ن‌سان،</w:t>
      </w:r>
      <w:r w:rsidRPr="00BC1373">
        <w:rPr>
          <w:rFonts w:ascii="Tahoma" w:hAnsi="Tahoma" w:cs="Tahoma"/>
          <w:rtl/>
        </w:rPr>
        <w:t xml:space="preserve"> تاج در دوران کودک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تهماسب ضع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ف</w:t>
      </w:r>
      <w:r w:rsidRPr="00BC1373">
        <w:rPr>
          <w:rFonts w:ascii="Tahoma" w:hAnsi="Tahoma" w:cs="Tahoma"/>
          <w:rtl/>
        </w:rPr>
        <w:t xml:space="preserve"> بود، اما ب</w:t>
      </w:r>
      <w:r w:rsidRPr="00BC1373">
        <w:rPr>
          <w:rFonts w:ascii="Tahoma" w:hAnsi="Tahoma" w:cs="Tahoma" w:hint="cs"/>
          <w:rtl/>
        </w:rPr>
        <w:t>ی‌</w:t>
      </w:r>
      <w:r w:rsidRPr="00BC1373">
        <w:rPr>
          <w:rFonts w:ascii="Tahoma" w:hAnsi="Tahoma" w:cs="Tahoma" w:hint="eastAsia"/>
          <w:rtl/>
        </w:rPr>
        <w:t>فا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ده</w:t>
      </w:r>
      <w:r w:rsidRPr="00BC1373">
        <w:rPr>
          <w:rFonts w:ascii="Tahoma" w:hAnsi="Tahoma" w:cs="Tahoma"/>
          <w:rtl/>
        </w:rPr>
        <w:t xml:space="preserve"> نبود. شخص شاه هنوز نقطه‌ا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بود که قبا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ل</w:t>
      </w:r>
      <w:r w:rsidRPr="00BC1373">
        <w:rPr>
          <w:rFonts w:ascii="Tahoma" w:hAnsi="Tahoma" w:cs="Tahoma"/>
          <w:rtl/>
        </w:rPr>
        <w:t xml:space="preserve"> رق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ب</w:t>
      </w:r>
      <w:r w:rsidRPr="00BC1373">
        <w:rPr>
          <w:rFonts w:ascii="Tahoma" w:hAnsi="Tahoma" w:cs="Tahoma"/>
          <w:rtl/>
        </w:rPr>
        <w:t xml:space="preserve"> را درون 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ک</w:t>
      </w:r>
      <w:r w:rsidRPr="00BC1373">
        <w:rPr>
          <w:rFonts w:ascii="Tahoma" w:hAnsi="Tahoma" w:cs="Tahoma"/>
          <w:rtl/>
        </w:rPr>
        <w:t xml:space="preserve"> حکومت نگاه م</w:t>
      </w:r>
      <w:r w:rsidRPr="00BC1373">
        <w:rPr>
          <w:rFonts w:ascii="Tahoma" w:hAnsi="Tahoma" w:cs="Tahoma" w:hint="cs"/>
          <w:rtl/>
        </w:rPr>
        <w:t>ی‌</w:t>
      </w:r>
      <w:r w:rsidRPr="00BC1373">
        <w:rPr>
          <w:rFonts w:ascii="Tahoma" w:hAnsi="Tahoma" w:cs="Tahoma" w:hint="eastAsia"/>
          <w:rtl/>
        </w:rPr>
        <w:t>داشت</w:t>
      </w:r>
      <w:r w:rsidRPr="00BC1373">
        <w:rPr>
          <w:rFonts w:ascii="Tahoma" w:hAnsi="Tahoma" w:cs="Tahoma"/>
          <w:rtl/>
        </w:rPr>
        <w:t>. هر ام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ر</w:t>
      </w:r>
      <w:r w:rsidRPr="00BC1373">
        <w:rPr>
          <w:rFonts w:ascii="Tahoma" w:hAnsi="Tahoma" w:cs="Tahoma"/>
          <w:rtl/>
        </w:rPr>
        <w:t xml:space="preserve"> م</w:t>
      </w:r>
      <w:r w:rsidRPr="00BC1373">
        <w:rPr>
          <w:rFonts w:ascii="Tahoma" w:hAnsi="Tahoma" w:cs="Tahoma" w:hint="cs"/>
          <w:rtl/>
        </w:rPr>
        <w:t>ی‌</w:t>
      </w:r>
      <w:r w:rsidRPr="00BC1373">
        <w:rPr>
          <w:rFonts w:ascii="Tahoma" w:hAnsi="Tahoma" w:cs="Tahoma" w:hint="eastAsia"/>
          <w:rtl/>
        </w:rPr>
        <w:t>خواست</w:t>
      </w:r>
      <w:r w:rsidRPr="00BC1373">
        <w:rPr>
          <w:rFonts w:ascii="Tahoma" w:hAnsi="Tahoma" w:cs="Tahoma"/>
          <w:rtl/>
        </w:rPr>
        <w:t xml:space="preserve"> او را در اخت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ار</w:t>
      </w:r>
      <w:r w:rsidRPr="00BC1373">
        <w:rPr>
          <w:rFonts w:ascii="Tahoma" w:hAnsi="Tahoma" w:cs="Tahoma"/>
          <w:rtl/>
        </w:rPr>
        <w:t xml:space="preserve"> بگ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رد،</w:t>
      </w:r>
      <w:r w:rsidRPr="00BC1373">
        <w:rPr>
          <w:rFonts w:ascii="Tahoma" w:hAnsi="Tahoma" w:cs="Tahoma"/>
          <w:rtl/>
        </w:rPr>
        <w:t xml:space="preserve"> نه ا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نکه</w:t>
      </w:r>
      <w:r w:rsidRPr="00BC1373">
        <w:rPr>
          <w:rFonts w:ascii="Tahoma" w:hAnsi="Tahoma" w:cs="Tahoma"/>
          <w:rtl/>
        </w:rPr>
        <w:t xml:space="preserve"> از م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ان</w:t>
      </w:r>
      <w:r w:rsidRPr="00BC1373">
        <w:rPr>
          <w:rFonts w:ascii="Tahoma" w:hAnsi="Tahoma" w:cs="Tahoma"/>
          <w:rtl/>
        </w:rPr>
        <w:t xml:space="preserve"> بردارد. هم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ن</w:t>
      </w:r>
      <w:r w:rsidRPr="00BC1373">
        <w:rPr>
          <w:rFonts w:ascii="Tahoma" w:hAnsi="Tahoma" w:cs="Tahoma"/>
          <w:rtl/>
        </w:rPr>
        <w:t xml:space="preserve"> تفاوت به تهماسب فرصت داد زنده بماند، رشد کند و به‌ت</w:t>
      </w:r>
      <w:r w:rsidRPr="00BC1373">
        <w:rPr>
          <w:rFonts w:ascii="Tahoma" w:hAnsi="Tahoma" w:cs="Tahoma" w:hint="eastAsia"/>
          <w:rtl/>
        </w:rPr>
        <w:t>در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ج</w:t>
      </w:r>
      <w:r w:rsidRPr="00BC1373">
        <w:rPr>
          <w:rFonts w:ascii="Tahoma" w:hAnsi="Tahoma" w:cs="Tahoma"/>
          <w:rtl/>
        </w:rPr>
        <w:t xml:space="preserve"> از موضوع رقابت ام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ران</w:t>
      </w:r>
      <w:r w:rsidRPr="00BC1373">
        <w:rPr>
          <w:rFonts w:ascii="Tahoma" w:hAnsi="Tahoma" w:cs="Tahoma"/>
          <w:rtl/>
        </w:rPr>
        <w:t xml:space="preserve"> به داور و سپس فرمانروا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آنان تبد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ل</w:t>
      </w:r>
      <w:r w:rsidRPr="00BC1373">
        <w:rPr>
          <w:rFonts w:ascii="Tahoma" w:hAnsi="Tahoma" w:cs="Tahoma"/>
          <w:rtl/>
        </w:rPr>
        <w:t xml:space="preserve"> شود.</w:t>
      </w:r>
    </w:p>
    <w:p w:rsidR="00BC1373" w:rsidRPr="00BC1373" w:rsidRDefault="00BC1373" w:rsidP="00BC137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C1373">
        <w:rPr>
          <w:rFonts w:ascii="Tahoma" w:hAnsi="Tahoma" w:cs="Tahoma" w:hint="eastAsia"/>
          <w:rtl/>
        </w:rPr>
        <w:t>اما</w:t>
      </w:r>
      <w:r w:rsidRPr="00BC1373">
        <w:rPr>
          <w:rFonts w:ascii="Tahoma" w:hAnsi="Tahoma" w:cs="Tahoma"/>
          <w:rtl/>
        </w:rPr>
        <w:t xml:space="preserve"> کشمکش داخل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تنها خطر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نبود که حکومت با آن روبه‌رو بود. در شرق، ازبکان بارها به خراسان حمله م</w:t>
      </w:r>
      <w:r w:rsidRPr="00BC1373">
        <w:rPr>
          <w:rFonts w:ascii="Tahoma" w:hAnsi="Tahoma" w:cs="Tahoma" w:hint="cs"/>
          <w:rtl/>
        </w:rPr>
        <w:t>ی‌</w:t>
      </w:r>
      <w:r w:rsidRPr="00BC1373">
        <w:rPr>
          <w:rFonts w:ascii="Tahoma" w:hAnsi="Tahoma" w:cs="Tahoma" w:hint="eastAsia"/>
          <w:rtl/>
        </w:rPr>
        <w:t>کردند</w:t>
      </w:r>
      <w:r w:rsidRPr="00BC1373">
        <w:rPr>
          <w:rFonts w:ascii="Tahoma" w:hAnsi="Tahoma" w:cs="Tahoma"/>
          <w:rtl/>
        </w:rPr>
        <w:t>. خراسان نه فقط سرزم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ن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مرز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،</w:t>
      </w:r>
      <w:r w:rsidRPr="00BC1373">
        <w:rPr>
          <w:rFonts w:ascii="Tahoma" w:hAnsi="Tahoma" w:cs="Tahoma"/>
          <w:rtl/>
        </w:rPr>
        <w:t xml:space="preserve"> بلکه 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ک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از مراکز مهم اقتصاد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،</w:t>
      </w:r>
      <w:r w:rsidRPr="00BC1373">
        <w:rPr>
          <w:rFonts w:ascii="Tahoma" w:hAnsi="Tahoma" w:cs="Tahoma"/>
          <w:rtl/>
        </w:rPr>
        <w:t xml:space="preserve"> فرهنگ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و مذهب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کشور بود. مشهد و مرقد امام رضا ن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ز</w:t>
      </w:r>
      <w:r w:rsidRPr="00BC1373">
        <w:rPr>
          <w:rFonts w:ascii="Tahoma" w:hAnsi="Tahoma" w:cs="Tahoma"/>
          <w:rtl/>
        </w:rPr>
        <w:t xml:space="preserve"> به مذهب رسم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و حقان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ت</w:t>
      </w:r>
      <w:r w:rsidRPr="00BC1373">
        <w:rPr>
          <w:rFonts w:ascii="Tahoma" w:hAnsi="Tahoma" w:cs="Tahoma"/>
          <w:rtl/>
        </w:rPr>
        <w:t xml:space="preserve"> حکومت صفو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اهم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ت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و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>ژه م</w:t>
      </w:r>
      <w:r w:rsidRPr="00BC1373">
        <w:rPr>
          <w:rFonts w:ascii="Tahoma" w:hAnsi="Tahoma" w:cs="Tahoma" w:hint="cs"/>
          <w:rtl/>
        </w:rPr>
        <w:t>ی‌</w:t>
      </w:r>
      <w:r w:rsidRPr="00BC1373">
        <w:rPr>
          <w:rFonts w:ascii="Tahoma" w:hAnsi="Tahoma" w:cs="Tahoma" w:hint="eastAsia"/>
          <w:rtl/>
        </w:rPr>
        <w:t>بخش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دند</w:t>
      </w:r>
      <w:r w:rsidRPr="00BC1373">
        <w:rPr>
          <w:rFonts w:ascii="Tahoma" w:hAnsi="Tahoma" w:cs="Tahoma"/>
          <w:rtl/>
        </w:rPr>
        <w:t>. از دست دادن خراسان فقط شکست ارض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نبود؛ م</w:t>
      </w:r>
      <w:r w:rsidRPr="00BC1373">
        <w:rPr>
          <w:rFonts w:ascii="Tahoma" w:hAnsi="Tahoma" w:cs="Tahoma" w:hint="cs"/>
          <w:rtl/>
        </w:rPr>
        <w:t>ی‌</w:t>
      </w:r>
      <w:r w:rsidRPr="00BC1373">
        <w:rPr>
          <w:rFonts w:ascii="Tahoma" w:hAnsi="Tahoma" w:cs="Tahoma" w:hint="eastAsia"/>
          <w:rtl/>
        </w:rPr>
        <w:t>توانست</w:t>
      </w:r>
      <w:r w:rsidRPr="00BC1373">
        <w:rPr>
          <w:rFonts w:ascii="Tahoma" w:hAnsi="Tahoma" w:cs="Tahoma"/>
          <w:rtl/>
        </w:rPr>
        <w:t xml:space="preserve"> به اعتبار مذهب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و س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اس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تاج آس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ب</w:t>
      </w:r>
      <w:r w:rsidRPr="00BC1373">
        <w:rPr>
          <w:rFonts w:ascii="Tahoma" w:hAnsi="Tahoma" w:cs="Tahoma"/>
          <w:rtl/>
        </w:rPr>
        <w:t xml:space="preserve"> برساند.</w:t>
      </w:r>
    </w:p>
    <w:p w:rsidR="00BC1373" w:rsidRPr="00BC1373" w:rsidRDefault="00BC1373" w:rsidP="00BC137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C1373">
        <w:rPr>
          <w:rFonts w:ascii="Tahoma" w:hAnsi="Tahoma" w:cs="Tahoma" w:hint="eastAsia"/>
          <w:rtl/>
        </w:rPr>
        <w:t>ازبکان</w:t>
      </w:r>
      <w:r w:rsidRPr="00BC1373">
        <w:rPr>
          <w:rFonts w:ascii="Tahoma" w:hAnsi="Tahoma" w:cs="Tahoma"/>
          <w:rtl/>
        </w:rPr>
        <w:t xml:space="preserve"> سن</w:t>
      </w:r>
      <w:r w:rsidRPr="00BC1373">
        <w:rPr>
          <w:rFonts w:ascii="Tahoma" w:hAnsi="Tahoma" w:cs="Tahoma" w:hint="cs"/>
          <w:rtl/>
        </w:rPr>
        <w:t>ی‌</w:t>
      </w:r>
      <w:r w:rsidRPr="00BC1373">
        <w:rPr>
          <w:rFonts w:ascii="Tahoma" w:hAnsi="Tahoma" w:cs="Tahoma" w:hint="eastAsia"/>
          <w:rtl/>
        </w:rPr>
        <w:t>مذهب</w:t>
      </w:r>
      <w:r w:rsidRPr="00BC1373">
        <w:rPr>
          <w:rFonts w:ascii="Tahoma" w:hAnsi="Tahoma" w:cs="Tahoma"/>
          <w:rtl/>
        </w:rPr>
        <w:t xml:space="preserve"> بودند و رقابت آنان با صفو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ان</w:t>
      </w:r>
      <w:r w:rsidRPr="00BC1373">
        <w:rPr>
          <w:rFonts w:ascii="Tahoma" w:hAnsi="Tahoma" w:cs="Tahoma"/>
          <w:rtl/>
        </w:rPr>
        <w:t xml:space="preserve"> از آغاز با اختلاف مذهب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ن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ز</w:t>
      </w:r>
      <w:r w:rsidRPr="00BC1373">
        <w:rPr>
          <w:rFonts w:ascii="Tahoma" w:hAnsi="Tahoma" w:cs="Tahoma"/>
          <w:rtl/>
        </w:rPr>
        <w:t xml:space="preserve"> همراه شد. اما ا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ن</w:t>
      </w:r>
      <w:r w:rsidRPr="00BC1373">
        <w:rPr>
          <w:rFonts w:ascii="Tahoma" w:hAnsi="Tahoma" w:cs="Tahoma"/>
          <w:rtl/>
        </w:rPr>
        <w:t xml:space="preserve"> جنگ را نبا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د</w:t>
      </w:r>
      <w:r w:rsidRPr="00BC1373">
        <w:rPr>
          <w:rFonts w:ascii="Tahoma" w:hAnsi="Tahoma" w:cs="Tahoma"/>
          <w:rtl/>
        </w:rPr>
        <w:t xml:space="preserve"> صرفاً نزاع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اعتقاد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دانست. کنترل خراسان، شهرها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مهم، راه‌ها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تجار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و منابع مال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در م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ان</w:t>
      </w:r>
      <w:r w:rsidRPr="00BC1373">
        <w:rPr>
          <w:rFonts w:ascii="Tahoma" w:hAnsi="Tahoma" w:cs="Tahoma"/>
          <w:rtl/>
        </w:rPr>
        <w:t xml:space="preserve"> بود. زبان مذهب به هر دو طرف امکان م</w:t>
      </w:r>
      <w:r w:rsidRPr="00BC1373">
        <w:rPr>
          <w:rFonts w:ascii="Tahoma" w:hAnsi="Tahoma" w:cs="Tahoma" w:hint="cs"/>
          <w:rtl/>
        </w:rPr>
        <w:t>ی‌</w:t>
      </w:r>
      <w:r w:rsidRPr="00BC1373">
        <w:rPr>
          <w:rFonts w:ascii="Tahoma" w:hAnsi="Tahoma" w:cs="Tahoma" w:hint="eastAsia"/>
          <w:rtl/>
        </w:rPr>
        <w:t>داد</w:t>
      </w:r>
      <w:r w:rsidRPr="00BC1373">
        <w:rPr>
          <w:rFonts w:ascii="Tahoma" w:hAnsi="Tahoma" w:cs="Tahoma"/>
          <w:rtl/>
        </w:rPr>
        <w:t xml:space="preserve"> جنگ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بر سر سرزم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ن</w:t>
      </w:r>
      <w:r w:rsidRPr="00BC1373">
        <w:rPr>
          <w:rFonts w:ascii="Tahoma" w:hAnsi="Tahoma" w:cs="Tahoma"/>
          <w:rtl/>
        </w:rPr>
        <w:t xml:space="preserve"> و قدر</w:t>
      </w:r>
      <w:r w:rsidRPr="00BC1373">
        <w:rPr>
          <w:rFonts w:ascii="Tahoma" w:hAnsi="Tahoma" w:cs="Tahoma" w:hint="eastAsia"/>
          <w:rtl/>
        </w:rPr>
        <w:t>ت</w:t>
      </w:r>
      <w:r w:rsidRPr="00BC1373">
        <w:rPr>
          <w:rFonts w:ascii="Tahoma" w:hAnsi="Tahoma" w:cs="Tahoma"/>
          <w:rtl/>
        </w:rPr>
        <w:t xml:space="preserve"> را دفاع از د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ن</w:t>
      </w:r>
      <w:r w:rsidRPr="00BC1373">
        <w:rPr>
          <w:rFonts w:ascii="Tahoma" w:hAnsi="Tahoma" w:cs="Tahoma"/>
          <w:rtl/>
        </w:rPr>
        <w:t xml:space="preserve"> معرف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کنند.</w:t>
      </w:r>
    </w:p>
    <w:p w:rsidR="00BC1373" w:rsidRPr="00BC1373" w:rsidRDefault="00BC1373" w:rsidP="00BC137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C1373">
        <w:rPr>
          <w:rFonts w:ascii="Tahoma" w:hAnsi="Tahoma" w:cs="Tahoma" w:hint="eastAsia"/>
          <w:rtl/>
        </w:rPr>
        <w:t>تهاجم‌ها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ازبکان حکومت را مجبور م</w:t>
      </w:r>
      <w:r w:rsidRPr="00BC1373">
        <w:rPr>
          <w:rFonts w:ascii="Tahoma" w:hAnsi="Tahoma" w:cs="Tahoma" w:hint="cs"/>
          <w:rtl/>
        </w:rPr>
        <w:t>ی‌</w:t>
      </w:r>
      <w:r w:rsidRPr="00BC1373">
        <w:rPr>
          <w:rFonts w:ascii="Tahoma" w:hAnsi="Tahoma" w:cs="Tahoma" w:hint="eastAsia"/>
          <w:rtl/>
        </w:rPr>
        <w:t>کرد</w:t>
      </w:r>
      <w:r w:rsidRPr="00BC1373">
        <w:rPr>
          <w:rFonts w:ascii="Tahoma" w:hAnsi="Tahoma" w:cs="Tahoma"/>
          <w:rtl/>
        </w:rPr>
        <w:t xml:space="preserve"> قزلباشان رق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ب</w:t>
      </w:r>
      <w:r w:rsidRPr="00BC1373">
        <w:rPr>
          <w:rFonts w:ascii="Tahoma" w:hAnsi="Tahoma" w:cs="Tahoma"/>
          <w:rtl/>
        </w:rPr>
        <w:t xml:space="preserve"> را برا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دفاع از مرزها ز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ر</w:t>
      </w:r>
      <w:r w:rsidRPr="00BC1373">
        <w:rPr>
          <w:rFonts w:ascii="Tahoma" w:hAnsi="Tahoma" w:cs="Tahoma"/>
          <w:rtl/>
        </w:rPr>
        <w:t xml:space="preserve"> فرمان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مشترک گرد آورد. ام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ر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که در دربار با رق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ب</w:t>
      </w:r>
      <w:r w:rsidRPr="00BC1373">
        <w:rPr>
          <w:rFonts w:ascii="Tahoma" w:hAnsi="Tahoma" w:cs="Tahoma"/>
          <w:rtl/>
        </w:rPr>
        <w:t xml:space="preserve"> خود م</w:t>
      </w:r>
      <w:r w:rsidRPr="00BC1373">
        <w:rPr>
          <w:rFonts w:ascii="Tahoma" w:hAnsi="Tahoma" w:cs="Tahoma" w:hint="cs"/>
          <w:rtl/>
        </w:rPr>
        <w:t>ی‌</w:t>
      </w:r>
      <w:r w:rsidRPr="00BC1373">
        <w:rPr>
          <w:rFonts w:ascii="Tahoma" w:hAnsi="Tahoma" w:cs="Tahoma" w:hint="eastAsia"/>
          <w:rtl/>
        </w:rPr>
        <w:t>جنگ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د،</w:t>
      </w:r>
      <w:r w:rsidRPr="00BC1373">
        <w:rPr>
          <w:rFonts w:ascii="Tahoma" w:hAnsi="Tahoma" w:cs="Tahoma"/>
          <w:rtl/>
        </w:rPr>
        <w:t xml:space="preserve"> هنگام حملهٔ دشمن با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د</w:t>
      </w:r>
      <w:r w:rsidRPr="00BC1373">
        <w:rPr>
          <w:rFonts w:ascii="Tahoma" w:hAnsi="Tahoma" w:cs="Tahoma"/>
          <w:rtl/>
        </w:rPr>
        <w:t xml:space="preserve"> ن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رو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قب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له‌اش</w:t>
      </w:r>
      <w:r w:rsidRPr="00BC1373">
        <w:rPr>
          <w:rFonts w:ascii="Tahoma" w:hAnsi="Tahoma" w:cs="Tahoma"/>
          <w:rtl/>
        </w:rPr>
        <w:t xml:space="preserve"> را به م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دان</w:t>
      </w:r>
      <w:r w:rsidRPr="00BC1373">
        <w:rPr>
          <w:rFonts w:ascii="Tahoma" w:hAnsi="Tahoma" w:cs="Tahoma"/>
          <w:rtl/>
        </w:rPr>
        <w:t xml:space="preserve"> م</w:t>
      </w:r>
      <w:r w:rsidRPr="00BC1373">
        <w:rPr>
          <w:rFonts w:ascii="Tahoma" w:hAnsi="Tahoma" w:cs="Tahoma" w:hint="cs"/>
          <w:rtl/>
        </w:rPr>
        <w:t>ی‌</w:t>
      </w:r>
      <w:r w:rsidRPr="00BC1373">
        <w:rPr>
          <w:rFonts w:ascii="Tahoma" w:hAnsi="Tahoma" w:cs="Tahoma" w:hint="eastAsia"/>
          <w:rtl/>
        </w:rPr>
        <w:t>آورد</w:t>
      </w:r>
      <w:r w:rsidRPr="00BC1373">
        <w:rPr>
          <w:rFonts w:ascii="Tahoma" w:hAnsi="Tahoma" w:cs="Tahoma"/>
          <w:rtl/>
        </w:rPr>
        <w:t>. جنگ خارج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م</w:t>
      </w:r>
      <w:r w:rsidRPr="00BC1373">
        <w:rPr>
          <w:rFonts w:ascii="Tahoma" w:hAnsi="Tahoma" w:cs="Tahoma" w:hint="cs"/>
          <w:rtl/>
        </w:rPr>
        <w:t>ی‌</w:t>
      </w:r>
      <w:r w:rsidRPr="00BC1373">
        <w:rPr>
          <w:rFonts w:ascii="Tahoma" w:hAnsi="Tahoma" w:cs="Tahoma" w:hint="eastAsia"/>
          <w:rtl/>
        </w:rPr>
        <w:t>توانست</w:t>
      </w:r>
      <w:r w:rsidRPr="00BC1373">
        <w:rPr>
          <w:rFonts w:ascii="Tahoma" w:hAnsi="Tahoma" w:cs="Tahoma"/>
          <w:rtl/>
        </w:rPr>
        <w:t xml:space="preserve"> برا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مدت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اختلاف‌ها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داخل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را کنار ب</w:t>
      </w:r>
      <w:r w:rsidRPr="00BC1373">
        <w:rPr>
          <w:rFonts w:ascii="Tahoma" w:hAnsi="Tahoma" w:cs="Tahoma" w:hint="eastAsia"/>
          <w:rtl/>
        </w:rPr>
        <w:t>زند،</w:t>
      </w:r>
      <w:r w:rsidRPr="00BC1373">
        <w:rPr>
          <w:rFonts w:ascii="Tahoma" w:hAnsi="Tahoma" w:cs="Tahoma"/>
          <w:rtl/>
        </w:rPr>
        <w:t xml:space="preserve"> اما در همان حال فرصت تازه‌ا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برا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افزا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ش</w:t>
      </w:r>
      <w:r w:rsidRPr="00BC1373">
        <w:rPr>
          <w:rFonts w:ascii="Tahoma" w:hAnsi="Tahoma" w:cs="Tahoma"/>
          <w:rtl/>
        </w:rPr>
        <w:t xml:space="preserve"> قدرت فرماندهان فراهم م</w:t>
      </w:r>
      <w:r w:rsidRPr="00BC1373">
        <w:rPr>
          <w:rFonts w:ascii="Tahoma" w:hAnsi="Tahoma" w:cs="Tahoma" w:hint="cs"/>
          <w:rtl/>
        </w:rPr>
        <w:t>ی‌</w:t>
      </w:r>
      <w:r w:rsidRPr="00BC1373">
        <w:rPr>
          <w:rFonts w:ascii="Tahoma" w:hAnsi="Tahoma" w:cs="Tahoma" w:hint="eastAsia"/>
          <w:rtl/>
        </w:rPr>
        <w:t>کرد</w:t>
      </w:r>
      <w:r w:rsidRPr="00BC1373">
        <w:rPr>
          <w:rFonts w:ascii="Tahoma" w:hAnsi="Tahoma" w:cs="Tahoma"/>
          <w:rtl/>
        </w:rPr>
        <w:t>. ام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ر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که در خراسان پ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روز</w:t>
      </w:r>
      <w:r w:rsidRPr="00BC1373">
        <w:rPr>
          <w:rFonts w:ascii="Tahoma" w:hAnsi="Tahoma" w:cs="Tahoma"/>
          <w:rtl/>
        </w:rPr>
        <w:t xml:space="preserve"> م</w:t>
      </w:r>
      <w:r w:rsidRPr="00BC1373">
        <w:rPr>
          <w:rFonts w:ascii="Tahoma" w:hAnsi="Tahoma" w:cs="Tahoma" w:hint="cs"/>
          <w:rtl/>
        </w:rPr>
        <w:t>ی‌</w:t>
      </w:r>
      <w:r w:rsidRPr="00BC1373">
        <w:rPr>
          <w:rFonts w:ascii="Tahoma" w:hAnsi="Tahoma" w:cs="Tahoma" w:hint="eastAsia"/>
          <w:rtl/>
        </w:rPr>
        <w:t>شد،</w:t>
      </w:r>
      <w:r w:rsidRPr="00BC1373">
        <w:rPr>
          <w:rFonts w:ascii="Tahoma" w:hAnsi="Tahoma" w:cs="Tahoma"/>
          <w:rtl/>
        </w:rPr>
        <w:t xml:space="preserve"> با اعتبار، غن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مت</w:t>
      </w:r>
      <w:r w:rsidRPr="00BC1373">
        <w:rPr>
          <w:rFonts w:ascii="Tahoma" w:hAnsi="Tahoma" w:cs="Tahoma"/>
          <w:rtl/>
        </w:rPr>
        <w:t xml:space="preserve"> و ن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رو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ب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شتر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به دربار بازم</w:t>
      </w:r>
      <w:r w:rsidRPr="00BC1373">
        <w:rPr>
          <w:rFonts w:ascii="Tahoma" w:hAnsi="Tahoma" w:cs="Tahoma" w:hint="cs"/>
          <w:rtl/>
        </w:rPr>
        <w:t>ی‌</w:t>
      </w:r>
      <w:r w:rsidRPr="00BC1373">
        <w:rPr>
          <w:rFonts w:ascii="Tahoma" w:hAnsi="Tahoma" w:cs="Tahoma" w:hint="eastAsia"/>
          <w:rtl/>
        </w:rPr>
        <w:t>گشت</w:t>
      </w:r>
      <w:r w:rsidRPr="00BC1373">
        <w:rPr>
          <w:rFonts w:ascii="Tahoma" w:hAnsi="Tahoma" w:cs="Tahoma"/>
          <w:rtl/>
        </w:rPr>
        <w:t>.</w:t>
      </w:r>
    </w:p>
    <w:p w:rsidR="00BC1373" w:rsidRPr="00BC1373" w:rsidRDefault="00BC1373" w:rsidP="00BC137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C1373">
        <w:rPr>
          <w:rFonts w:ascii="Tahoma" w:hAnsi="Tahoma" w:cs="Tahoma" w:hint="eastAsia"/>
          <w:rtl/>
        </w:rPr>
        <w:t>نبرد</w:t>
      </w:r>
      <w:r w:rsidRPr="00BC1373">
        <w:rPr>
          <w:rFonts w:ascii="Tahoma" w:hAnsi="Tahoma" w:cs="Tahoma"/>
          <w:rtl/>
        </w:rPr>
        <w:t xml:space="preserve"> جام در سال </w:t>
      </w:r>
      <w:r w:rsidRPr="00BC1373">
        <w:rPr>
          <w:rFonts w:ascii="Tahoma" w:hAnsi="Tahoma" w:cs="Tahoma"/>
          <w:rtl/>
          <w:lang w:bidi="fa-IR"/>
        </w:rPr>
        <w:t>۱۵۲۸</w:t>
      </w:r>
      <w:r w:rsidRPr="00BC1373">
        <w:rPr>
          <w:rFonts w:ascii="Tahoma" w:hAnsi="Tahoma" w:cs="Tahoma"/>
          <w:rtl/>
        </w:rPr>
        <w:t xml:space="preserve"> م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لاد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ک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از نخست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ن</w:t>
      </w:r>
      <w:r w:rsidRPr="00BC1373">
        <w:rPr>
          <w:rFonts w:ascii="Tahoma" w:hAnsi="Tahoma" w:cs="Tahoma"/>
          <w:rtl/>
        </w:rPr>
        <w:t xml:space="preserve"> رو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ارو</w:t>
      </w:r>
      <w:r w:rsidRPr="00BC1373">
        <w:rPr>
          <w:rFonts w:ascii="Tahoma" w:hAnsi="Tahoma" w:cs="Tahoma" w:hint="cs"/>
          <w:rtl/>
        </w:rPr>
        <w:t>یی‌</w:t>
      </w:r>
      <w:r w:rsidRPr="00BC1373">
        <w:rPr>
          <w:rFonts w:ascii="Tahoma" w:hAnsi="Tahoma" w:cs="Tahoma" w:hint="eastAsia"/>
          <w:rtl/>
        </w:rPr>
        <w:t>ها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مهم دوران تهماسب با ازبکان بود. شاه نوجوان در ا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ن</w:t>
      </w:r>
      <w:r w:rsidRPr="00BC1373">
        <w:rPr>
          <w:rFonts w:ascii="Tahoma" w:hAnsi="Tahoma" w:cs="Tahoma"/>
          <w:rtl/>
        </w:rPr>
        <w:t xml:space="preserve"> جنگ حضور داشت و قزلباشان توانستند ن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روها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عب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دالله‌خان</w:t>
      </w:r>
      <w:r w:rsidRPr="00BC1373">
        <w:rPr>
          <w:rFonts w:ascii="Tahoma" w:hAnsi="Tahoma" w:cs="Tahoma"/>
          <w:rtl/>
        </w:rPr>
        <w:t xml:space="preserve"> ازبک را شکست دهند. ا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ن</w:t>
      </w:r>
      <w:r w:rsidRPr="00BC1373">
        <w:rPr>
          <w:rFonts w:ascii="Tahoma" w:hAnsi="Tahoma" w:cs="Tahoma"/>
          <w:rtl/>
        </w:rPr>
        <w:t xml:space="preserve"> پ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روز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فقط از خراسان دفاع نکرد؛ به تهماسب امکان داد برا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نخست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ن‌بار</w:t>
      </w:r>
      <w:r w:rsidRPr="00BC1373">
        <w:rPr>
          <w:rFonts w:ascii="Tahoma" w:hAnsi="Tahoma" w:cs="Tahoma"/>
          <w:rtl/>
        </w:rPr>
        <w:t xml:space="preserve"> در مق</w:t>
      </w:r>
      <w:r w:rsidRPr="00BC1373">
        <w:rPr>
          <w:rFonts w:ascii="Tahoma" w:hAnsi="Tahoma" w:cs="Tahoma" w:hint="eastAsia"/>
          <w:rtl/>
        </w:rPr>
        <w:t>ام</w:t>
      </w:r>
      <w:r w:rsidRPr="00BC1373">
        <w:rPr>
          <w:rFonts w:ascii="Tahoma" w:hAnsi="Tahoma" w:cs="Tahoma"/>
          <w:rtl/>
        </w:rPr>
        <w:t xml:space="preserve"> فرمانده‌ا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حاضر در م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دان</w:t>
      </w:r>
      <w:r w:rsidRPr="00BC1373">
        <w:rPr>
          <w:rFonts w:ascii="Tahoma" w:hAnsi="Tahoma" w:cs="Tahoma"/>
          <w:rtl/>
        </w:rPr>
        <w:t xml:space="preserve"> شناخته شود.</w:t>
      </w:r>
    </w:p>
    <w:p w:rsidR="00BC1373" w:rsidRPr="00BC1373" w:rsidRDefault="00BC1373" w:rsidP="00BC137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C1373">
        <w:rPr>
          <w:rFonts w:ascii="Tahoma" w:hAnsi="Tahoma" w:cs="Tahoma" w:hint="eastAsia"/>
          <w:rtl/>
        </w:rPr>
        <w:t>تجربهٔ</w:t>
      </w:r>
      <w:r w:rsidRPr="00BC1373">
        <w:rPr>
          <w:rFonts w:ascii="Tahoma" w:hAnsi="Tahoma" w:cs="Tahoma"/>
          <w:rtl/>
        </w:rPr>
        <w:t xml:space="preserve"> جنگ برا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شاه جوان اهم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ت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ب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ش</w:t>
      </w:r>
      <w:r w:rsidRPr="00BC1373">
        <w:rPr>
          <w:rFonts w:ascii="Tahoma" w:hAnsi="Tahoma" w:cs="Tahoma"/>
          <w:rtl/>
        </w:rPr>
        <w:t xml:space="preserve"> از نت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جهٔ</w:t>
      </w:r>
      <w:r w:rsidRPr="00BC1373">
        <w:rPr>
          <w:rFonts w:ascii="Tahoma" w:hAnsi="Tahoma" w:cs="Tahoma"/>
          <w:rtl/>
        </w:rPr>
        <w:t xml:space="preserve"> نظام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داشت. او م</w:t>
      </w:r>
      <w:r w:rsidRPr="00BC1373">
        <w:rPr>
          <w:rFonts w:ascii="Tahoma" w:hAnsi="Tahoma" w:cs="Tahoma" w:hint="cs"/>
          <w:rtl/>
        </w:rPr>
        <w:t>ی‌</w:t>
      </w:r>
      <w:r w:rsidRPr="00BC1373">
        <w:rPr>
          <w:rFonts w:ascii="Tahoma" w:hAnsi="Tahoma" w:cs="Tahoma" w:hint="eastAsia"/>
          <w:rtl/>
        </w:rPr>
        <w:t>توانست</w:t>
      </w:r>
      <w:r w:rsidRPr="00BC1373">
        <w:rPr>
          <w:rFonts w:ascii="Tahoma" w:hAnsi="Tahoma" w:cs="Tahoma"/>
          <w:rtl/>
        </w:rPr>
        <w:t xml:space="preserve"> ام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ران،</w:t>
      </w:r>
      <w:r w:rsidRPr="00BC1373">
        <w:rPr>
          <w:rFonts w:ascii="Tahoma" w:hAnsi="Tahoma" w:cs="Tahoma"/>
          <w:rtl/>
        </w:rPr>
        <w:t xml:space="preserve"> قبا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ل</w:t>
      </w:r>
      <w:r w:rsidRPr="00BC1373">
        <w:rPr>
          <w:rFonts w:ascii="Tahoma" w:hAnsi="Tahoma" w:cs="Tahoma"/>
          <w:rtl/>
        </w:rPr>
        <w:t xml:space="preserve"> و ش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وهٔ</w:t>
      </w:r>
      <w:r w:rsidRPr="00BC1373">
        <w:rPr>
          <w:rFonts w:ascii="Tahoma" w:hAnsi="Tahoma" w:cs="Tahoma"/>
          <w:rtl/>
        </w:rPr>
        <w:t xml:space="preserve"> فرمانده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آنان را از نزد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ک</w:t>
      </w:r>
      <w:r w:rsidRPr="00BC1373">
        <w:rPr>
          <w:rFonts w:ascii="Tahoma" w:hAnsi="Tahoma" w:cs="Tahoma"/>
          <w:rtl/>
        </w:rPr>
        <w:t xml:space="preserve"> بشناسد. تا آن زمان، بس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ار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از تصم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م‌ها</w:t>
      </w:r>
      <w:r w:rsidRPr="00BC1373">
        <w:rPr>
          <w:rFonts w:ascii="Tahoma" w:hAnsi="Tahoma" w:cs="Tahoma"/>
          <w:rtl/>
        </w:rPr>
        <w:t xml:space="preserve"> به نام او و به دست سرپرستانش گرفته م</w:t>
      </w:r>
      <w:r w:rsidRPr="00BC1373">
        <w:rPr>
          <w:rFonts w:ascii="Tahoma" w:hAnsi="Tahoma" w:cs="Tahoma" w:hint="cs"/>
          <w:rtl/>
        </w:rPr>
        <w:t>ی‌</w:t>
      </w:r>
      <w:r w:rsidRPr="00BC1373">
        <w:rPr>
          <w:rFonts w:ascii="Tahoma" w:hAnsi="Tahoma" w:cs="Tahoma" w:hint="eastAsia"/>
          <w:rtl/>
        </w:rPr>
        <w:t>شد</w:t>
      </w:r>
      <w:r w:rsidRPr="00BC1373">
        <w:rPr>
          <w:rFonts w:ascii="Tahoma" w:hAnsi="Tahoma" w:cs="Tahoma"/>
          <w:rtl/>
        </w:rPr>
        <w:t>. حضور در م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دان</w:t>
      </w:r>
      <w:r w:rsidRPr="00BC1373">
        <w:rPr>
          <w:rFonts w:ascii="Tahoma" w:hAnsi="Tahoma" w:cs="Tahoma"/>
          <w:rtl/>
        </w:rPr>
        <w:t xml:space="preserve"> و مشاهدهٔ رقابت و توانا</w:t>
      </w:r>
      <w:r w:rsidRPr="00BC1373">
        <w:rPr>
          <w:rFonts w:ascii="Tahoma" w:hAnsi="Tahoma" w:cs="Tahoma" w:hint="cs"/>
          <w:rtl/>
        </w:rPr>
        <w:t>یی</w:t>
      </w:r>
      <w:r w:rsidRPr="00BC1373">
        <w:rPr>
          <w:rFonts w:ascii="Tahoma" w:hAnsi="Tahoma" w:cs="Tahoma"/>
          <w:rtl/>
        </w:rPr>
        <w:t xml:space="preserve"> ام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ران</w:t>
      </w:r>
      <w:r w:rsidRPr="00BC1373">
        <w:rPr>
          <w:rFonts w:ascii="Tahoma" w:hAnsi="Tahoma" w:cs="Tahoma"/>
          <w:rtl/>
        </w:rPr>
        <w:t xml:space="preserve"> به او امک</w:t>
      </w:r>
      <w:r w:rsidRPr="00BC1373">
        <w:rPr>
          <w:rFonts w:ascii="Tahoma" w:hAnsi="Tahoma" w:cs="Tahoma" w:hint="eastAsia"/>
          <w:rtl/>
        </w:rPr>
        <w:t>ان</w:t>
      </w:r>
      <w:r w:rsidRPr="00BC1373">
        <w:rPr>
          <w:rFonts w:ascii="Tahoma" w:hAnsi="Tahoma" w:cs="Tahoma"/>
          <w:rtl/>
        </w:rPr>
        <w:t xml:space="preserve"> م</w:t>
      </w:r>
      <w:r w:rsidRPr="00BC1373">
        <w:rPr>
          <w:rFonts w:ascii="Tahoma" w:hAnsi="Tahoma" w:cs="Tahoma" w:hint="cs"/>
          <w:rtl/>
        </w:rPr>
        <w:t>ی‌</w:t>
      </w:r>
      <w:r w:rsidRPr="00BC1373">
        <w:rPr>
          <w:rFonts w:ascii="Tahoma" w:hAnsi="Tahoma" w:cs="Tahoma" w:hint="eastAsia"/>
          <w:rtl/>
        </w:rPr>
        <w:t>داد</w:t>
      </w:r>
      <w:r w:rsidRPr="00BC1373">
        <w:rPr>
          <w:rFonts w:ascii="Tahoma" w:hAnsi="Tahoma" w:cs="Tahoma"/>
          <w:rtl/>
        </w:rPr>
        <w:t xml:space="preserve"> به‌تدر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ج</w:t>
      </w:r>
      <w:r w:rsidRPr="00BC1373">
        <w:rPr>
          <w:rFonts w:ascii="Tahoma" w:hAnsi="Tahoma" w:cs="Tahoma"/>
          <w:rtl/>
        </w:rPr>
        <w:t xml:space="preserve"> دربارهٔ توازن ن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روها</w:t>
      </w:r>
      <w:r w:rsidRPr="00BC1373">
        <w:rPr>
          <w:rFonts w:ascii="Tahoma" w:hAnsi="Tahoma" w:cs="Tahoma"/>
          <w:rtl/>
        </w:rPr>
        <w:t xml:space="preserve"> داور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مستقل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پ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دا</w:t>
      </w:r>
      <w:r w:rsidRPr="00BC1373">
        <w:rPr>
          <w:rFonts w:ascii="Tahoma" w:hAnsi="Tahoma" w:cs="Tahoma"/>
          <w:rtl/>
        </w:rPr>
        <w:t xml:space="preserve"> کند.</w:t>
      </w:r>
    </w:p>
    <w:p w:rsidR="00BC1373" w:rsidRPr="00BC1373" w:rsidRDefault="00BC1373" w:rsidP="00BC137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C1373">
        <w:rPr>
          <w:rFonts w:ascii="Tahoma" w:hAnsi="Tahoma" w:cs="Tahoma" w:hint="eastAsia"/>
          <w:rtl/>
        </w:rPr>
        <w:t>باا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ن‌همه،</w:t>
      </w:r>
      <w:r w:rsidRPr="00BC1373">
        <w:rPr>
          <w:rFonts w:ascii="Tahoma" w:hAnsi="Tahoma" w:cs="Tahoma"/>
          <w:rtl/>
        </w:rPr>
        <w:t xml:space="preserve"> پ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روز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بر ازبکان به آشفتگ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داخل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پا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ان</w:t>
      </w:r>
      <w:r w:rsidRPr="00BC1373">
        <w:rPr>
          <w:rFonts w:ascii="Tahoma" w:hAnsi="Tahoma" w:cs="Tahoma"/>
          <w:rtl/>
        </w:rPr>
        <w:t xml:space="preserve"> نداد. پس از کنار رفتن چوهه‌سلطان، حس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ن‌خان</w:t>
      </w:r>
      <w:r w:rsidRPr="00BC1373">
        <w:rPr>
          <w:rFonts w:ascii="Tahoma" w:hAnsi="Tahoma" w:cs="Tahoma"/>
          <w:rtl/>
        </w:rPr>
        <w:t xml:space="preserve"> شاملو به مقام و نفوذ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برتر دست 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افت</w:t>
      </w:r>
      <w:r w:rsidRPr="00BC1373">
        <w:rPr>
          <w:rFonts w:ascii="Tahoma" w:hAnsi="Tahoma" w:cs="Tahoma"/>
          <w:rtl/>
        </w:rPr>
        <w:t>. بار د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گر</w:t>
      </w:r>
      <w:r w:rsidRPr="00BC1373">
        <w:rPr>
          <w:rFonts w:ascii="Tahoma" w:hAnsi="Tahoma" w:cs="Tahoma"/>
          <w:rtl/>
        </w:rPr>
        <w:t xml:space="preserve"> سرپرست شاه به فرمانروا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عمل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حکومت نزد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ک</w:t>
      </w:r>
      <w:r w:rsidRPr="00BC1373">
        <w:rPr>
          <w:rFonts w:ascii="Tahoma" w:hAnsi="Tahoma" w:cs="Tahoma"/>
          <w:rtl/>
        </w:rPr>
        <w:t xml:space="preserve"> شد و بار د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گر</w:t>
      </w:r>
      <w:r w:rsidRPr="00BC1373">
        <w:rPr>
          <w:rFonts w:ascii="Tahoma" w:hAnsi="Tahoma" w:cs="Tahoma"/>
          <w:rtl/>
        </w:rPr>
        <w:t xml:space="preserve"> قبا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ل</w:t>
      </w:r>
      <w:r w:rsidRPr="00BC1373">
        <w:rPr>
          <w:rFonts w:ascii="Tahoma" w:hAnsi="Tahoma" w:cs="Tahoma"/>
          <w:rtl/>
        </w:rPr>
        <w:t xml:space="preserve"> د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گر</w:t>
      </w:r>
      <w:r w:rsidRPr="00BC1373">
        <w:rPr>
          <w:rFonts w:ascii="Tahoma" w:hAnsi="Tahoma" w:cs="Tahoma"/>
          <w:rtl/>
        </w:rPr>
        <w:t xml:space="preserve"> از افزا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ش</w:t>
      </w:r>
      <w:r w:rsidRPr="00BC1373">
        <w:rPr>
          <w:rFonts w:ascii="Tahoma" w:hAnsi="Tahoma" w:cs="Tahoma"/>
          <w:rtl/>
        </w:rPr>
        <w:t xml:space="preserve"> قدرت او ب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مناک</w:t>
      </w:r>
      <w:r w:rsidRPr="00BC1373">
        <w:rPr>
          <w:rFonts w:ascii="Tahoma" w:hAnsi="Tahoma" w:cs="Tahoma"/>
          <w:rtl/>
        </w:rPr>
        <w:t xml:space="preserve"> شدند. تغ</w:t>
      </w:r>
      <w:r w:rsidRPr="00BC1373">
        <w:rPr>
          <w:rFonts w:ascii="Tahoma" w:hAnsi="Tahoma" w:cs="Tahoma" w:hint="cs"/>
          <w:rtl/>
        </w:rPr>
        <w:t>یی</w:t>
      </w:r>
      <w:r w:rsidRPr="00BC1373">
        <w:rPr>
          <w:rFonts w:ascii="Tahoma" w:hAnsi="Tahoma" w:cs="Tahoma" w:hint="eastAsia"/>
          <w:rtl/>
        </w:rPr>
        <w:t>ر</w:t>
      </w:r>
      <w:r w:rsidRPr="00BC1373">
        <w:rPr>
          <w:rFonts w:ascii="Tahoma" w:hAnsi="Tahoma" w:cs="Tahoma"/>
          <w:rtl/>
        </w:rPr>
        <w:t xml:space="preserve"> نام ام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ر</w:t>
      </w:r>
      <w:r w:rsidRPr="00BC1373">
        <w:rPr>
          <w:rFonts w:ascii="Tahoma" w:hAnsi="Tahoma" w:cs="Tahoma"/>
          <w:rtl/>
        </w:rPr>
        <w:t xml:space="preserve"> مسلط، ساختمان وابستگ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تاج را تغ</w:t>
      </w:r>
      <w:r w:rsidRPr="00BC1373">
        <w:rPr>
          <w:rFonts w:ascii="Tahoma" w:hAnsi="Tahoma" w:cs="Tahoma" w:hint="cs"/>
          <w:rtl/>
        </w:rPr>
        <w:t>یی</w:t>
      </w:r>
      <w:r w:rsidRPr="00BC1373">
        <w:rPr>
          <w:rFonts w:ascii="Tahoma" w:hAnsi="Tahoma" w:cs="Tahoma" w:hint="eastAsia"/>
          <w:rtl/>
        </w:rPr>
        <w:t>ر</w:t>
      </w:r>
      <w:r w:rsidRPr="00BC1373">
        <w:rPr>
          <w:rFonts w:ascii="Tahoma" w:hAnsi="Tahoma" w:cs="Tahoma"/>
          <w:rtl/>
        </w:rPr>
        <w:t xml:space="preserve"> نم</w:t>
      </w:r>
      <w:r w:rsidRPr="00BC1373">
        <w:rPr>
          <w:rFonts w:ascii="Tahoma" w:hAnsi="Tahoma" w:cs="Tahoma" w:hint="cs"/>
          <w:rtl/>
        </w:rPr>
        <w:t>ی‌</w:t>
      </w:r>
      <w:r w:rsidRPr="00BC1373">
        <w:rPr>
          <w:rFonts w:ascii="Tahoma" w:hAnsi="Tahoma" w:cs="Tahoma" w:hint="eastAsia"/>
          <w:rtl/>
        </w:rPr>
        <w:t>داد</w:t>
      </w:r>
      <w:r w:rsidRPr="00BC1373">
        <w:rPr>
          <w:rFonts w:ascii="Tahoma" w:hAnsi="Tahoma" w:cs="Tahoma"/>
          <w:rtl/>
        </w:rPr>
        <w:t>.</w:t>
      </w:r>
    </w:p>
    <w:p w:rsidR="00BC1373" w:rsidRPr="00BC1373" w:rsidRDefault="00BC1373" w:rsidP="00BC137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C1373">
        <w:rPr>
          <w:rFonts w:ascii="Tahoma" w:hAnsi="Tahoma" w:cs="Tahoma" w:hint="eastAsia"/>
          <w:rtl/>
        </w:rPr>
        <w:t>تهماسب</w:t>
      </w:r>
      <w:r w:rsidRPr="00BC1373">
        <w:rPr>
          <w:rFonts w:ascii="Tahoma" w:hAnsi="Tahoma" w:cs="Tahoma"/>
          <w:rtl/>
        </w:rPr>
        <w:t xml:space="preserve"> هرچه بزرگ‌تر م</w:t>
      </w:r>
      <w:r w:rsidRPr="00BC1373">
        <w:rPr>
          <w:rFonts w:ascii="Tahoma" w:hAnsi="Tahoma" w:cs="Tahoma" w:hint="cs"/>
          <w:rtl/>
        </w:rPr>
        <w:t>ی‌</w:t>
      </w:r>
      <w:r w:rsidRPr="00BC1373">
        <w:rPr>
          <w:rFonts w:ascii="Tahoma" w:hAnsi="Tahoma" w:cs="Tahoma" w:hint="eastAsia"/>
          <w:rtl/>
        </w:rPr>
        <w:t>شد،</w:t>
      </w:r>
      <w:r w:rsidRPr="00BC1373">
        <w:rPr>
          <w:rFonts w:ascii="Tahoma" w:hAnsi="Tahoma" w:cs="Tahoma"/>
          <w:rtl/>
        </w:rPr>
        <w:t xml:space="preserve"> بهتر درم</w:t>
      </w:r>
      <w:r w:rsidRPr="00BC1373">
        <w:rPr>
          <w:rFonts w:ascii="Tahoma" w:hAnsi="Tahoma" w:cs="Tahoma" w:hint="cs"/>
          <w:rtl/>
        </w:rPr>
        <w:t>ی‌ی</w:t>
      </w:r>
      <w:r w:rsidRPr="00BC1373">
        <w:rPr>
          <w:rFonts w:ascii="Tahoma" w:hAnsi="Tahoma" w:cs="Tahoma" w:hint="eastAsia"/>
          <w:rtl/>
        </w:rPr>
        <w:t>افت</w:t>
      </w:r>
      <w:r w:rsidRPr="00BC1373">
        <w:rPr>
          <w:rFonts w:ascii="Tahoma" w:hAnsi="Tahoma" w:cs="Tahoma"/>
          <w:rtl/>
        </w:rPr>
        <w:t xml:space="preserve"> که ادامهٔ ا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ن</w:t>
      </w:r>
      <w:r w:rsidRPr="00BC1373">
        <w:rPr>
          <w:rFonts w:ascii="Tahoma" w:hAnsi="Tahoma" w:cs="Tahoma"/>
          <w:rtl/>
        </w:rPr>
        <w:t xml:space="preserve"> وضع، تاج را به نشان ظاهر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حکومت تبد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ل</w:t>
      </w:r>
      <w:r w:rsidRPr="00BC1373">
        <w:rPr>
          <w:rFonts w:ascii="Tahoma" w:hAnsi="Tahoma" w:cs="Tahoma"/>
          <w:rtl/>
        </w:rPr>
        <w:t xml:space="preserve"> م</w:t>
      </w:r>
      <w:r w:rsidRPr="00BC1373">
        <w:rPr>
          <w:rFonts w:ascii="Tahoma" w:hAnsi="Tahoma" w:cs="Tahoma" w:hint="cs"/>
          <w:rtl/>
        </w:rPr>
        <w:t>ی‌</w:t>
      </w:r>
      <w:r w:rsidRPr="00BC1373">
        <w:rPr>
          <w:rFonts w:ascii="Tahoma" w:hAnsi="Tahoma" w:cs="Tahoma" w:hint="eastAsia"/>
          <w:rtl/>
        </w:rPr>
        <w:t>کند</w:t>
      </w:r>
      <w:r w:rsidRPr="00BC1373">
        <w:rPr>
          <w:rFonts w:ascii="Tahoma" w:hAnsi="Tahoma" w:cs="Tahoma"/>
          <w:rtl/>
        </w:rPr>
        <w:t>. اگر هر ام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رالامرا</w:t>
      </w:r>
      <w:r w:rsidRPr="00BC1373">
        <w:rPr>
          <w:rFonts w:ascii="Tahoma" w:hAnsi="Tahoma" w:cs="Tahoma" w:hint="cs"/>
          <w:rtl/>
        </w:rPr>
        <w:t>یی</w:t>
      </w:r>
      <w:r w:rsidRPr="00BC1373">
        <w:rPr>
          <w:rFonts w:ascii="Tahoma" w:hAnsi="Tahoma" w:cs="Tahoma"/>
          <w:rtl/>
        </w:rPr>
        <w:t xml:space="preserve"> بتواند به نام شاه فرمان دهد، مقام‌ها را تقس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م</w:t>
      </w:r>
      <w:r w:rsidRPr="00BC1373">
        <w:rPr>
          <w:rFonts w:ascii="Tahoma" w:hAnsi="Tahoma" w:cs="Tahoma"/>
          <w:rtl/>
        </w:rPr>
        <w:t xml:space="preserve"> کند و رق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بانش</w:t>
      </w:r>
      <w:r w:rsidRPr="00BC1373">
        <w:rPr>
          <w:rFonts w:ascii="Tahoma" w:hAnsi="Tahoma" w:cs="Tahoma"/>
          <w:rtl/>
        </w:rPr>
        <w:t xml:space="preserve"> را از م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ان</w:t>
      </w:r>
      <w:r w:rsidRPr="00BC1373">
        <w:rPr>
          <w:rFonts w:ascii="Tahoma" w:hAnsi="Tahoma" w:cs="Tahoma"/>
          <w:rtl/>
        </w:rPr>
        <w:t xml:space="preserve"> بردارد، شاه فقط وس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له‌ا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برا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حقان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ت‌بخش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دن</w:t>
      </w:r>
      <w:r w:rsidRPr="00BC1373">
        <w:rPr>
          <w:rFonts w:ascii="Tahoma" w:hAnsi="Tahoma" w:cs="Tahoma"/>
          <w:rtl/>
        </w:rPr>
        <w:t xml:space="preserve"> به قدرت قزلباشان خو</w:t>
      </w:r>
      <w:r w:rsidRPr="00BC1373">
        <w:rPr>
          <w:rFonts w:ascii="Tahoma" w:hAnsi="Tahoma" w:cs="Tahoma" w:hint="eastAsia"/>
          <w:rtl/>
        </w:rPr>
        <w:t>اهد</w:t>
      </w:r>
      <w:r w:rsidRPr="00BC1373">
        <w:rPr>
          <w:rFonts w:ascii="Tahoma" w:hAnsi="Tahoma" w:cs="Tahoma"/>
          <w:rtl/>
        </w:rPr>
        <w:t xml:space="preserve"> بود. او برا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تبد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ل‌شدن</w:t>
      </w:r>
      <w:r w:rsidRPr="00BC1373">
        <w:rPr>
          <w:rFonts w:ascii="Tahoma" w:hAnsi="Tahoma" w:cs="Tahoma"/>
          <w:rtl/>
        </w:rPr>
        <w:t xml:space="preserve"> به فرمانروا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واقع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با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د</w:t>
      </w:r>
      <w:r w:rsidRPr="00BC1373">
        <w:rPr>
          <w:rFonts w:ascii="Tahoma" w:hAnsi="Tahoma" w:cs="Tahoma"/>
          <w:rtl/>
        </w:rPr>
        <w:t xml:space="preserve"> نخست خود را از سرپرستانش آزاد م</w:t>
      </w:r>
      <w:r w:rsidRPr="00BC1373">
        <w:rPr>
          <w:rFonts w:ascii="Tahoma" w:hAnsi="Tahoma" w:cs="Tahoma" w:hint="cs"/>
          <w:rtl/>
        </w:rPr>
        <w:t>ی‌</w:t>
      </w:r>
      <w:r w:rsidRPr="00BC1373">
        <w:rPr>
          <w:rFonts w:ascii="Tahoma" w:hAnsi="Tahoma" w:cs="Tahoma" w:hint="eastAsia"/>
          <w:rtl/>
        </w:rPr>
        <w:t>کرد</w:t>
      </w:r>
      <w:r w:rsidRPr="00BC1373">
        <w:rPr>
          <w:rFonts w:ascii="Tahoma" w:hAnsi="Tahoma" w:cs="Tahoma"/>
          <w:rtl/>
        </w:rPr>
        <w:t>.</w:t>
      </w:r>
    </w:p>
    <w:p w:rsidR="00BC1373" w:rsidRPr="00BC1373" w:rsidRDefault="00BC1373" w:rsidP="00BC137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C1373">
        <w:rPr>
          <w:rFonts w:ascii="Tahoma" w:hAnsi="Tahoma" w:cs="Tahoma" w:hint="eastAsia"/>
          <w:rtl/>
        </w:rPr>
        <w:t>ا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ن</w:t>
      </w:r>
      <w:r w:rsidRPr="00BC1373">
        <w:rPr>
          <w:rFonts w:ascii="Tahoma" w:hAnsi="Tahoma" w:cs="Tahoma"/>
          <w:rtl/>
        </w:rPr>
        <w:t xml:space="preserve"> کار با فرمان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ناگهان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ممکن نبود. تهماسب هنوز قشون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مستقل از قبا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ل</w:t>
      </w:r>
      <w:r w:rsidRPr="00BC1373">
        <w:rPr>
          <w:rFonts w:ascii="Tahoma" w:hAnsi="Tahoma" w:cs="Tahoma"/>
          <w:rtl/>
        </w:rPr>
        <w:t xml:space="preserve"> نداشت. اگر همهٔ سران قزلباش را هم‌زمان عل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ه</w:t>
      </w:r>
      <w:r w:rsidRPr="00BC1373">
        <w:rPr>
          <w:rFonts w:ascii="Tahoma" w:hAnsi="Tahoma" w:cs="Tahoma"/>
          <w:rtl/>
        </w:rPr>
        <w:t xml:space="preserve"> خود برم</w:t>
      </w:r>
      <w:r w:rsidRPr="00BC1373">
        <w:rPr>
          <w:rFonts w:ascii="Tahoma" w:hAnsi="Tahoma" w:cs="Tahoma" w:hint="cs"/>
          <w:rtl/>
        </w:rPr>
        <w:t>ی‌</w:t>
      </w:r>
      <w:r w:rsidRPr="00BC1373">
        <w:rPr>
          <w:rFonts w:ascii="Tahoma" w:hAnsi="Tahoma" w:cs="Tahoma" w:hint="eastAsia"/>
          <w:rtl/>
        </w:rPr>
        <w:t>انگ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خت،</w:t>
      </w:r>
      <w:r w:rsidRPr="00BC1373">
        <w:rPr>
          <w:rFonts w:ascii="Tahoma" w:hAnsi="Tahoma" w:cs="Tahoma"/>
          <w:rtl/>
        </w:rPr>
        <w:t xml:space="preserve"> تاج و جانش را به خطر م</w:t>
      </w:r>
      <w:r w:rsidRPr="00BC1373">
        <w:rPr>
          <w:rFonts w:ascii="Tahoma" w:hAnsi="Tahoma" w:cs="Tahoma" w:hint="cs"/>
          <w:rtl/>
        </w:rPr>
        <w:t>ی‌</w:t>
      </w:r>
      <w:r w:rsidRPr="00BC1373">
        <w:rPr>
          <w:rFonts w:ascii="Tahoma" w:hAnsi="Tahoma" w:cs="Tahoma" w:hint="eastAsia"/>
          <w:rtl/>
        </w:rPr>
        <w:t>انداخت</w:t>
      </w:r>
      <w:r w:rsidRPr="00BC1373">
        <w:rPr>
          <w:rFonts w:ascii="Tahoma" w:hAnsi="Tahoma" w:cs="Tahoma"/>
          <w:rtl/>
        </w:rPr>
        <w:t>. او ناچار بود از رقابت م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ان</w:t>
      </w:r>
      <w:r w:rsidRPr="00BC1373">
        <w:rPr>
          <w:rFonts w:ascii="Tahoma" w:hAnsi="Tahoma" w:cs="Tahoma"/>
          <w:rtl/>
        </w:rPr>
        <w:t xml:space="preserve"> قبا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ل</w:t>
      </w:r>
      <w:r w:rsidRPr="00BC1373">
        <w:rPr>
          <w:rFonts w:ascii="Tahoma" w:hAnsi="Tahoma" w:cs="Tahoma"/>
          <w:rtl/>
        </w:rPr>
        <w:t xml:space="preserve"> استفاده کند، 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ک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را با د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گر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مهار سازد، برخ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ام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ران</w:t>
      </w:r>
      <w:r w:rsidRPr="00BC1373">
        <w:rPr>
          <w:rFonts w:ascii="Tahoma" w:hAnsi="Tahoma" w:cs="Tahoma"/>
          <w:rtl/>
        </w:rPr>
        <w:t xml:space="preserve"> را به ول</w:t>
      </w:r>
      <w:r w:rsidRPr="00BC1373">
        <w:rPr>
          <w:rFonts w:ascii="Tahoma" w:hAnsi="Tahoma" w:cs="Tahoma" w:hint="eastAsia"/>
          <w:rtl/>
        </w:rPr>
        <w:t>ا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ت‌ها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دور بفرستد و منتظر فرصت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بماند که بتواند ن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رومندتر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ن</w:t>
      </w:r>
      <w:r w:rsidRPr="00BC1373">
        <w:rPr>
          <w:rFonts w:ascii="Tahoma" w:hAnsi="Tahoma" w:cs="Tahoma"/>
          <w:rtl/>
        </w:rPr>
        <w:t xml:space="preserve"> آنان را کنار بزند.</w:t>
      </w:r>
    </w:p>
    <w:p w:rsidR="00BC1373" w:rsidRPr="00BC1373" w:rsidRDefault="00BC1373" w:rsidP="00BC137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C1373">
        <w:rPr>
          <w:rFonts w:ascii="Tahoma" w:hAnsi="Tahoma" w:cs="Tahoma" w:hint="eastAsia"/>
          <w:rtl/>
        </w:rPr>
        <w:t>در</w:t>
      </w:r>
      <w:r w:rsidRPr="00BC1373">
        <w:rPr>
          <w:rFonts w:ascii="Tahoma" w:hAnsi="Tahoma" w:cs="Tahoma"/>
          <w:rtl/>
        </w:rPr>
        <w:t xml:space="preserve"> ا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نجا</w:t>
      </w:r>
      <w:r w:rsidRPr="00BC1373">
        <w:rPr>
          <w:rFonts w:ascii="Tahoma" w:hAnsi="Tahoma" w:cs="Tahoma"/>
          <w:rtl/>
        </w:rPr>
        <w:t xml:space="preserve"> شاه از همان ضعف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که حکومت را تهد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د</w:t>
      </w:r>
      <w:r w:rsidRPr="00BC1373">
        <w:rPr>
          <w:rFonts w:ascii="Tahoma" w:hAnsi="Tahoma" w:cs="Tahoma"/>
          <w:rtl/>
        </w:rPr>
        <w:t xml:space="preserve"> م</w:t>
      </w:r>
      <w:r w:rsidRPr="00BC1373">
        <w:rPr>
          <w:rFonts w:ascii="Tahoma" w:hAnsi="Tahoma" w:cs="Tahoma" w:hint="cs"/>
          <w:rtl/>
        </w:rPr>
        <w:t>ی‌</w:t>
      </w:r>
      <w:r w:rsidRPr="00BC1373">
        <w:rPr>
          <w:rFonts w:ascii="Tahoma" w:hAnsi="Tahoma" w:cs="Tahoma" w:hint="eastAsia"/>
          <w:rtl/>
        </w:rPr>
        <w:t>کرد</w:t>
      </w:r>
      <w:r w:rsidRPr="00BC1373">
        <w:rPr>
          <w:rFonts w:ascii="Tahoma" w:hAnsi="Tahoma" w:cs="Tahoma"/>
          <w:rtl/>
        </w:rPr>
        <w:t xml:space="preserve"> به سود خود استفاده کرد. قبا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ل</w:t>
      </w:r>
      <w:r w:rsidRPr="00BC1373">
        <w:rPr>
          <w:rFonts w:ascii="Tahoma" w:hAnsi="Tahoma" w:cs="Tahoma"/>
          <w:rtl/>
        </w:rPr>
        <w:t xml:space="preserve"> قزلباش نم</w:t>
      </w:r>
      <w:r w:rsidRPr="00BC1373">
        <w:rPr>
          <w:rFonts w:ascii="Tahoma" w:hAnsi="Tahoma" w:cs="Tahoma" w:hint="cs"/>
          <w:rtl/>
        </w:rPr>
        <w:t>ی‌</w:t>
      </w:r>
      <w:r w:rsidRPr="00BC1373">
        <w:rPr>
          <w:rFonts w:ascii="Tahoma" w:hAnsi="Tahoma" w:cs="Tahoma" w:hint="eastAsia"/>
          <w:rtl/>
        </w:rPr>
        <w:t>توانستند</w:t>
      </w:r>
      <w:r w:rsidRPr="00BC1373">
        <w:rPr>
          <w:rFonts w:ascii="Tahoma" w:hAnsi="Tahoma" w:cs="Tahoma"/>
          <w:rtl/>
        </w:rPr>
        <w:t xml:space="preserve"> برا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مدت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طولان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ز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ر</w:t>
      </w:r>
      <w:r w:rsidRPr="00BC1373">
        <w:rPr>
          <w:rFonts w:ascii="Tahoma" w:hAnsi="Tahoma" w:cs="Tahoma"/>
          <w:rtl/>
        </w:rPr>
        <w:t xml:space="preserve"> فرمان 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ک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از رق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بان</w:t>
      </w:r>
      <w:r w:rsidRPr="00BC1373">
        <w:rPr>
          <w:rFonts w:ascii="Tahoma" w:hAnsi="Tahoma" w:cs="Tahoma"/>
          <w:rtl/>
        </w:rPr>
        <w:t xml:space="preserve"> خود متحد بمانند. هرگاه ام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ر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ب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ش</w:t>
      </w:r>
      <w:r w:rsidRPr="00BC1373">
        <w:rPr>
          <w:rFonts w:ascii="Tahoma" w:hAnsi="Tahoma" w:cs="Tahoma"/>
          <w:rtl/>
        </w:rPr>
        <w:t xml:space="preserve"> از اندازه ن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رومند</w:t>
      </w:r>
      <w:r w:rsidRPr="00BC1373">
        <w:rPr>
          <w:rFonts w:ascii="Tahoma" w:hAnsi="Tahoma" w:cs="Tahoma"/>
          <w:rtl/>
        </w:rPr>
        <w:t xml:space="preserve"> م</w:t>
      </w:r>
      <w:r w:rsidRPr="00BC1373">
        <w:rPr>
          <w:rFonts w:ascii="Tahoma" w:hAnsi="Tahoma" w:cs="Tahoma" w:hint="cs"/>
          <w:rtl/>
        </w:rPr>
        <w:t>ی‌</w:t>
      </w:r>
      <w:r w:rsidRPr="00BC1373">
        <w:rPr>
          <w:rFonts w:ascii="Tahoma" w:hAnsi="Tahoma" w:cs="Tahoma" w:hint="eastAsia"/>
          <w:rtl/>
        </w:rPr>
        <w:t>شد،</w:t>
      </w:r>
      <w:r w:rsidRPr="00BC1373">
        <w:rPr>
          <w:rFonts w:ascii="Tahoma" w:hAnsi="Tahoma" w:cs="Tahoma"/>
          <w:rtl/>
        </w:rPr>
        <w:t xml:space="preserve"> د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گران</w:t>
      </w:r>
      <w:r w:rsidRPr="00BC1373">
        <w:rPr>
          <w:rFonts w:ascii="Tahoma" w:hAnsi="Tahoma" w:cs="Tahoma"/>
          <w:rtl/>
        </w:rPr>
        <w:t xml:space="preserve"> برا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محدودکردنش به شاه نزد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ک</w:t>
      </w:r>
      <w:r w:rsidRPr="00BC1373">
        <w:rPr>
          <w:rFonts w:ascii="Tahoma" w:hAnsi="Tahoma" w:cs="Tahoma"/>
          <w:rtl/>
        </w:rPr>
        <w:t xml:space="preserve"> م</w:t>
      </w:r>
      <w:r w:rsidRPr="00BC1373">
        <w:rPr>
          <w:rFonts w:ascii="Tahoma" w:hAnsi="Tahoma" w:cs="Tahoma" w:hint="cs"/>
          <w:rtl/>
        </w:rPr>
        <w:t>ی‌</w:t>
      </w:r>
      <w:r w:rsidRPr="00BC1373">
        <w:rPr>
          <w:rFonts w:ascii="Tahoma" w:hAnsi="Tahoma" w:cs="Tahoma" w:hint="eastAsia"/>
          <w:rtl/>
        </w:rPr>
        <w:t>شدند</w:t>
      </w:r>
      <w:r w:rsidRPr="00BC1373">
        <w:rPr>
          <w:rFonts w:ascii="Tahoma" w:hAnsi="Tahoma" w:cs="Tahoma"/>
          <w:rtl/>
        </w:rPr>
        <w:t>. تاج هنوز قش</w:t>
      </w:r>
      <w:r w:rsidRPr="00BC1373">
        <w:rPr>
          <w:rFonts w:ascii="Tahoma" w:hAnsi="Tahoma" w:cs="Tahoma" w:hint="eastAsia"/>
          <w:rtl/>
        </w:rPr>
        <w:t>ون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مستقل نداشت، اما م</w:t>
      </w:r>
      <w:r w:rsidRPr="00BC1373">
        <w:rPr>
          <w:rFonts w:ascii="Tahoma" w:hAnsi="Tahoma" w:cs="Tahoma" w:hint="cs"/>
          <w:rtl/>
        </w:rPr>
        <w:t>ی‌</w:t>
      </w:r>
      <w:r w:rsidRPr="00BC1373">
        <w:rPr>
          <w:rFonts w:ascii="Tahoma" w:hAnsi="Tahoma" w:cs="Tahoma" w:hint="eastAsia"/>
          <w:rtl/>
        </w:rPr>
        <w:t>توانست</w:t>
      </w:r>
      <w:r w:rsidRPr="00BC1373">
        <w:rPr>
          <w:rFonts w:ascii="Tahoma" w:hAnsi="Tahoma" w:cs="Tahoma"/>
          <w:rtl/>
        </w:rPr>
        <w:t xml:space="preserve"> مرکز تعادل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باشد که ه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چ</w:t>
      </w:r>
      <w:r w:rsidRPr="00BC1373">
        <w:rPr>
          <w:rFonts w:ascii="Tahoma" w:hAnsi="Tahoma" w:cs="Tahoma"/>
          <w:rtl/>
        </w:rPr>
        <w:t xml:space="preserve"> قب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له‌ا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نم</w:t>
      </w:r>
      <w:r w:rsidRPr="00BC1373">
        <w:rPr>
          <w:rFonts w:ascii="Tahoma" w:hAnsi="Tahoma" w:cs="Tahoma" w:hint="cs"/>
          <w:rtl/>
        </w:rPr>
        <w:t>ی‌</w:t>
      </w:r>
      <w:r w:rsidRPr="00BC1373">
        <w:rPr>
          <w:rFonts w:ascii="Tahoma" w:hAnsi="Tahoma" w:cs="Tahoma" w:hint="eastAsia"/>
          <w:rtl/>
        </w:rPr>
        <w:t>خواست</w:t>
      </w:r>
      <w:r w:rsidRPr="00BC1373">
        <w:rPr>
          <w:rFonts w:ascii="Tahoma" w:hAnsi="Tahoma" w:cs="Tahoma"/>
          <w:rtl/>
        </w:rPr>
        <w:t xml:space="preserve"> آن را به‌طور کامل در اخت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ار</w:t>
      </w:r>
      <w:r w:rsidRPr="00BC1373">
        <w:rPr>
          <w:rFonts w:ascii="Tahoma" w:hAnsi="Tahoma" w:cs="Tahoma"/>
          <w:rtl/>
        </w:rPr>
        <w:t xml:space="preserve"> رق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ب</w:t>
      </w:r>
      <w:r w:rsidRPr="00BC1373">
        <w:rPr>
          <w:rFonts w:ascii="Tahoma" w:hAnsi="Tahoma" w:cs="Tahoma"/>
          <w:rtl/>
        </w:rPr>
        <w:t xml:space="preserve"> بب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ند</w:t>
      </w:r>
      <w:r w:rsidRPr="00BC1373">
        <w:rPr>
          <w:rFonts w:ascii="Tahoma" w:hAnsi="Tahoma" w:cs="Tahoma"/>
          <w:rtl/>
        </w:rPr>
        <w:t>.</w:t>
      </w:r>
    </w:p>
    <w:p w:rsidR="00BC1373" w:rsidRPr="00BC1373" w:rsidRDefault="00BC1373" w:rsidP="00BC137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C1373">
        <w:rPr>
          <w:rFonts w:ascii="Tahoma" w:hAnsi="Tahoma" w:cs="Tahoma" w:hint="eastAsia"/>
          <w:rtl/>
        </w:rPr>
        <w:t>تهماسب</w:t>
      </w:r>
      <w:r w:rsidRPr="00BC1373">
        <w:rPr>
          <w:rFonts w:ascii="Tahoma" w:hAnsi="Tahoma" w:cs="Tahoma"/>
          <w:rtl/>
        </w:rPr>
        <w:t xml:space="preserve"> به‌تدر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ج</w:t>
      </w:r>
      <w:r w:rsidRPr="00BC1373">
        <w:rPr>
          <w:rFonts w:ascii="Tahoma" w:hAnsi="Tahoma" w:cs="Tahoma"/>
          <w:rtl/>
        </w:rPr>
        <w:t xml:space="preserve"> توانست سران مسلط را کنار بزند و اخت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ار</w:t>
      </w:r>
      <w:r w:rsidRPr="00BC1373">
        <w:rPr>
          <w:rFonts w:ascii="Tahoma" w:hAnsi="Tahoma" w:cs="Tahoma"/>
          <w:rtl/>
        </w:rPr>
        <w:t xml:space="preserve"> ب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شتر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به دست آورد. قتل حس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ن‌خان</w:t>
      </w:r>
      <w:r w:rsidRPr="00BC1373">
        <w:rPr>
          <w:rFonts w:ascii="Tahoma" w:hAnsi="Tahoma" w:cs="Tahoma"/>
          <w:rtl/>
        </w:rPr>
        <w:t xml:space="preserve"> شاملو در سال </w:t>
      </w:r>
      <w:r w:rsidRPr="00BC1373">
        <w:rPr>
          <w:rFonts w:ascii="Tahoma" w:hAnsi="Tahoma" w:cs="Tahoma"/>
          <w:rtl/>
          <w:lang w:bidi="fa-IR"/>
        </w:rPr>
        <w:t>۱۵۳۴</w:t>
      </w:r>
      <w:r w:rsidRPr="00BC1373">
        <w:rPr>
          <w:rFonts w:ascii="Tahoma" w:hAnsi="Tahoma" w:cs="Tahoma"/>
          <w:rtl/>
        </w:rPr>
        <w:t xml:space="preserve"> م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لاد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نقطه‌ا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مهم در ا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ن</w:t>
      </w:r>
      <w:r w:rsidRPr="00BC1373">
        <w:rPr>
          <w:rFonts w:ascii="Tahoma" w:hAnsi="Tahoma" w:cs="Tahoma"/>
          <w:rtl/>
        </w:rPr>
        <w:t xml:space="preserve"> روند بود. با حذف او، دوران سرپرست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آشکار ام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ران</w:t>
      </w:r>
      <w:r w:rsidRPr="00BC1373">
        <w:rPr>
          <w:rFonts w:ascii="Tahoma" w:hAnsi="Tahoma" w:cs="Tahoma"/>
          <w:rtl/>
        </w:rPr>
        <w:t xml:space="preserve"> قزلباش بر شاه پا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ان</w:t>
      </w:r>
      <w:r w:rsidRPr="00BC1373">
        <w:rPr>
          <w:rFonts w:ascii="Tahoma" w:hAnsi="Tahoma" w:cs="Tahoma"/>
          <w:rtl/>
        </w:rPr>
        <w:t xml:space="preserve"> 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افت</w:t>
      </w:r>
      <w:r w:rsidRPr="00BC1373">
        <w:rPr>
          <w:rFonts w:ascii="Tahoma" w:hAnsi="Tahoma" w:cs="Tahoma"/>
          <w:rtl/>
        </w:rPr>
        <w:t>. تهماسب اکنون به سن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رس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ده</w:t>
      </w:r>
      <w:r w:rsidRPr="00BC1373">
        <w:rPr>
          <w:rFonts w:ascii="Tahoma" w:hAnsi="Tahoma" w:cs="Tahoma"/>
          <w:rtl/>
        </w:rPr>
        <w:t xml:space="preserve"> بود که م</w:t>
      </w:r>
      <w:r w:rsidRPr="00BC1373">
        <w:rPr>
          <w:rFonts w:ascii="Tahoma" w:hAnsi="Tahoma" w:cs="Tahoma" w:hint="cs"/>
          <w:rtl/>
        </w:rPr>
        <w:t>ی‌</w:t>
      </w:r>
      <w:r w:rsidRPr="00BC1373">
        <w:rPr>
          <w:rFonts w:ascii="Tahoma" w:hAnsi="Tahoma" w:cs="Tahoma" w:hint="eastAsia"/>
          <w:rtl/>
        </w:rPr>
        <w:t>توانست</w:t>
      </w:r>
      <w:r w:rsidRPr="00BC1373">
        <w:rPr>
          <w:rFonts w:ascii="Tahoma" w:hAnsi="Tahoma" w:cs="Tahoma"/>
          <w:rtl/>
        </w:rPr>
        <w:t xml:space="preserve"> شخصاً د</w:t>
      </w:r>
      <w:r w:rsidRPr="00BC1373">
        <w:rPr>
          <w:rFonts w:ascii="Tahoma" w:hAnsi="Tahoma" w:cs="Tahoma" w:hint="eastAsia"/>
          <w:rtl/>
        </w:rPr>
        <w:t>ر</w:t>
      </w:r>
      <w:r w:rsidRPr="00BC1373">
        <w:rPr>
          <w:rFonts w:ascii="Tahoma" w:hAnsi="Tahoma" w:cs="Tahoma"/>
          <w:rtl/>
        </w:rPr>
        <w:t xml:space="preserve"> امور حکومت دخالت کند و ام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ران</w:t>
      </w:r>
      <w:r w:rsidRPr="00BC1373">
        <w:rPr>
          <w:rFonts w:ascii="Tahoma" w:hAnsi="Tahoma" w:cs="Tahoma"/>
          <w:rtl/>
        </w:rPr>
        <w:t xml:space="preserve"> را ز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ر</w:t>
      </w:r>
      <w:r w:rsidRPr="00BC1373">
        <w:rPr>
          <w:rFonts w:ascii="Tahoma" w:hAnsi="Tahoma" w:cs="Tahoma"/>
          <w:rtl/>
        </w:rPr>
        <w:t xml:space="preserve"> نظر خود نگه دارد.</w:t>
      </w:r>
    </w:p>
    <w:p w:rsidR="00BC1373" w:rsidRPr="00BC1373" w:rsidRDefault="00BC1373" w:rsidP="00BC137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C1373">
        <w:rPr>
          <w:rFonts w:ascii="Tahoma" w:hAnsi="Tahoma" w:cs="Tahoma" w:hint="eastAsia"/>
          <w:rtl/>
        </w:rPr>
        <w:t>اما</w:t>
      </w:r>
      <w:r w:rsidRPr="00BC1373">
        <w:rPr>
          <w:rFonts w:ascii="Tahoma" w:hAnsi="Tahoma" w:cs="Tahoma"/>
          <w:rtl/>
        </w:rPr>
        <w:t xml:space="preserve"> درست در هم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ن</w:t>
      </w:r>
      <w:r w:rsidRPr="00BC1373">
        <w:rPr>
          <w:rFonts w:ascii="Tahoma" w:hAnsi="Tahoma" w:cs="Tahoma"/>
          <w:rtl/>
        </w:rPr>
        <w:t xml:space="preserve"> زمان، خطر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بزرگ‌تر از غرب فرا رس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د</w:t>
      </w:r>
      <w:r w:rsidRPr="00BC1373">
        <w:rPr>
          <w:rFonts w:ascii="Tahoma" w:hAnsi="Tahoma" w:cs="Tahoma"/>
          <w:rtl/>
        </w:rPr>
        <w:t>. سلطان سل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مان</w:t>
      </w:r>
      <w:r w:rsidRPr="00BC1373">
        <w:rPr>
          <w:rFonts w:ascii="Tahoma" w:hAnsi="Tahoma" w:cs="Tahoma"/>
          <w:rtl/>
        </w:rPr>
        <w:t xml:space="preserve"> عثمان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،</w:t>
      </w:r>
      <w:r w:rsidRPr="00BC1373">
        <w:rPr>
          <w:rFonts w:ascii="Tahoma" w:hAnsi="Tahoma" w:cs="Tahoma"/>
          <w:rtl/>
        </w:rPr>
        <w:t xml:space="preserve"> فرمانروا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ک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از ن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رومندتر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ن</w:t>
      </w:r>
      <w:r w:rsidRPr="00BC1373">
        <w:rPr>
          <w:rFonts w:ascii="Tahoma" w:hAnsi="Tahoma" w:cs="Tahoma"/>
          <w:rtl/>
        </w:rPr>
        <w:t xml:space="preserve"> امپراتور</w:t>
      </w:r>
      <w:r w:rsidRPr="00BC1373">
        <w:rPr>
          <w:rFonts w:ascii="Tahoma" w:hAnsi="Tahoma" w:cs="Tahoma" w:hint="cs"/>
          <w:rtl/>
        </w:rPr>
        <w:t>ی‌</w:t>
      </w:r>
      <w:r w:rsidRPr="00BC1373">
        <w:rPr>
          <w:rFonts w:ascii="Tahoma" w:hAnsi="Tahoma" w:cs="Tahoma" w:hint="eastAsia"/>
          <w:rtl/>
        </w:rPr>
        <w:t>ها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روزگار، به قلمرو صفو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حمله کرد. عثمان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ان</w:t>
      </w:r>
      <w:r w:rsidRPr="00BC1373">
        <w:rPr>
          <w:rFonts w:ascii="Tahoma" w:hAnsi="Tahoma" w:cs="Tahoma"/>
          <w:rtl/>
        </w:rPr>
        <w:t xml:space="preserve"> از قشون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بزرگ، توپخانه، تفنگداران، د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وان</w:t>
      </w:r>
      <w:r w:rsidRPr="00BC1373">
        <w:rPr>
          <w:rFonts w:ascii="Tahoma" w:hAnsi="Tahoma" w:cs="Tahoma"/>
          <w:rtl/>
        </w:rPr>
        <w:t xml:space="preserve"> منظم‌تر و منابع مال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گسترده‌تر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برخوردار بودند. نبرد چالد</w:t>
      </w:r>
      <w:r w:rsidRPr="00BC1373">
        <w:rPr>
          <w:rFonts w:ascii="Tahoma" w:hAnsi="Tahoma" w:cs="Tahoma" w:hint="eastAsia"/>
          <w:rtl/>
        </w:rPr>
        <w:t>ران</w:t>
      </w:r>
      <w:r w:rsidRPr="00BC1373">
        <w:rPr>
          <w:rFonts w:ascii="Tahoma" w:hAnsi="Tahoma" w:cs="Tahoma"/>
          <w:rtl/>
        </w:rPr>
        <w:t xml:space="preserve"> در دوران شاه اسماع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ل</w:t>
      </w:r>
      <w:r w:rsidRPr="00BC1373">
        <w:rPr>
          <w:rFonts w:ascii="Tahoma" w:hAnsi="Tahoma" w:cs="Tahoma"/>
          <w:rtl/>
        </w:rPr>
        <w:t xml:space="preserve"> پ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ش</w:t>
      </w:r>
      <w:r w:rsidRPr="00BC1373">
        <w:rPr>
          <w:rFonts w:ascii="Tahoma" w:hAnsi="Tahoma" w:cs="Tahoma"/>
          <w:rtl/>
        </w:rPr>
        <w:t xml:space="preserve"> از آن نشان داده بود که شور و شجاعت قزلباشان نم</w:t>
      </w:r>
      <w:r w:rsidRPr="00BC1373">
        <w:rPr>
          <w:rFonts w:ascii="Tahoma" w:hAnsi="Tahoma" w:cs="Tahoma" w:hint="cs"/>
          <w:rtl/>
        </w:rPr>
        <w:t>ی‌</w:t>
      </w:r>
      <w:r w:rsidRPr="00BC1373">
        <w:rPr>
          <w:rFonts w:ascii="Tahoma" w:hAnsi="Tahoma" w:cs="Tahoma" w:hint="eastAsia"/>
          <w:rtl/>
        </w:rPr>
        <w:t>تواند</w:t>
      </w:r>
      <w:r w:rsidRPr="00BC1373">
        <w:rPr>
          <w:rFonts w:ascii="Tahoma" w:hAnsi="Tahoma" w:cs="Tahoma"/>
          <w:rtl/>
        </w:rPr>
        <w:t xml:space="preserve"> هم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شه</w:t>
      </w:r>
      <w:r w:rsidRPr="00BC1373">
        <w:rPr>
          <w:rFonts w:ascii="Tahoma" w:hAnsi="Tahoma" w:cs="Tahoma"/>
          <w:rtl/>
        </w:rPr>
        <w:t xml:space="preserve"> جا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سازمان نظام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و سلاح آتش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ن</w:t>
      </w:r>
      <w:r w:rsidRPr="00BC1373">
        <w:rPr>
          <w:rFonts w:ascii="Tahoma" w:hAnsi="Tahoma" w:cs="Tahoma"/>
          <w:rtl/>
        </w:rPr>
        <w:t xml:space="preserve"> را بگ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رد</w:t>
      </w:r>
      <w:r w:rsidRPr="00BC1373">
        <w:rPr>
          <w:rFonts w:ascii="Tahoma" w:hAnsi="Tahoma" w:cs="Tahoma"/>
          <w:rtl/>
        </w:rPr>
        <w:t>.</w:t>
      </w:r>
    </w:p>
    <w:p w:rsidR="00BC1373" w:rsidRPr="00BC1373" w:rsidRDefault="00BC1373" w:rsidP="00BC137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C1373">
        <w:rPr>
          <w:rFonts w:ascii="Tahoma" w:hAnsi="Tahoma" w:cs="Tahoma" w:hint="eastAsia"/>
          <w:rtl/>
        </w:rPr>
        <w:t>حملهٔ</w:t>
      </w:r>
      <w:r w:rsidRPr="00BC1373">
        <w:rPr>
          <w:rFonts w:ascii="Tahoma" w:hAnsi="Tahoma" w:cs="Tahoma"/>
          <w:rtl/>
        </w:rPr>
        <w:t xml:space="preserve"> عثمان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،</w:t>
      </w:r>
      <w:r w:rsidRPr="00BC1373">
        <w:rPr>
          <w:rFonts w:ascii="Tahoma" w:hAnsi="Tahoma" w:cs="Tahoma"/>
          <w:rtl/>
        </w:rPr>
        <w:t xml:space="preserve"> شاه تهماسب را با مسئله‌ا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روبه‌رو کرد که فقط از راه دلاور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حل نم</w:t>
      </w:r>
      <w:r w:rsidRPr="00BC1373">
        <w:rPr>
          <w:rFonts w:ascii="Tahoma" w:hAnsi="Tahoma" w:cs="Tahoma" w:hint="cs"/>
          <w:rtl/>
        </w:rPr>
        <w:t>ی‌</w:t>
      </w:r>
      <w:r w:rsidRPr="00BC1373">
        <w:rPr>
          <w:rFonts w:ascii="Tahoma" w:hAnsi="Tahoma" w:cs="Tahoma" w:hint="eastAsia"/>
          <w:rtl/>
        </w:rPr>
        <w:t>شد</w:t>
      </w:r>
      <w:r w:rsidRPr="00BC1373">
        <w:rPr>
          <w:rFonts w:ascii="Tahoma" w:hAnsi="Tahoma" w:cs="Tahoma"/>
          <w:rtl/>
        </w:rPr>
        <w:t>. اگر قزلباشان در نبرد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مستق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م</w:t>
      </w:r>
      <w:r w:rsidRPr="00BC1373">
        <w:rPr>
          <w:rFonts w:ascii="Tahoma" w:hAnsi="Tahoma" w:cs="Tahoma"/>
          <w:rtl/>
        </w:rPr>
        <w:t xml:space="preserve"> با سپاه بزرگ‌تر و مجهزتر عثمان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روبه‌رو م</w:t>
      </w:r>
      <w:r w:rsidRPr="00BC1373">
        <w:rPr>
          <w:rFonts w:ascii="Tahoma" w:hAnsi="Tahoma" w:cs="Tahoma" w:hint="cs"/>
          <w:rtl/>
        </w:rPr>
        <w:t>ی‌</w:t>
      </w:r>
      <w:r w:rsidRPr="00BC1373">
        <w:rPr>
          <w:rFonts w:ascii="Tahoma" w:hAnsi="Tahoma" w:cs="Tahoma" w:hint="eastAsia"/>
          <w:rtl/>
        </w:rPr>
        <w:t>شدند،</w:t>
      </w:r>
      <w:r w:rsidRPr="00BC1373">
        <w:rPr>
          <w:rFonts w:ascii="Tahoma" w:hAnsi="Tahoma" w:cs="Tahoma"/>
          <w:rtl/>
        </w:rPr>
        <w:t xml:space="preserve"> احتمال تکرار شکست چالدران وجود داشت. شاه با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د</w:t>
      </w:r>
      <w:r w:rsidRPr="00BC1373">
        <w:rPr>
          <w:rFonts w:ascii="Tahoma" w:hAnsi="Tahoma" w:cs="Tahoma"/>
          <w:rtl/>
        </w:rPr>
        <w:t xml:space="preserve"> م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ان</w:t>
      </w:r>
      <w:r w:rsidRPr="00BC1373">
        <w:rPr>
          <w:rFonts w:ascii="Tahoma" w:hAnsi="Tahoma" w:cs="Tahoma"/>
          <w:rtl/>
        </w:rPr>
        <w:t xml:space="preserve"> دفاع از اعتبار جنگاور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قزلباشان و حفظ کشور 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ک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را برم</w:t>
      </w:r>
      <w:r w:rsidRPr="00BC1373">
        <w:rPr>
          <w:rFonts w:ascii="Tahoma" w:hAnsi="Tahoma" w:cs="Tahoma" w:hint="cs"/>
          <w:rtl/>
        </w:rPr>
        <w:t>ی‌</w:t>
      </w:r>
      <w:r w:rsidRPr="00BC1373">
        <w:rPr>
          <w:rFonts w:ascii="Tahoma" w:hAnsi="Tahoma" w:cs="Tahoma" w:hint="eastAsia"/>
          <w:rtl/>
        </w:rPr>
        <w:t>گز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د</w:t>
      </w:r>
      <w:r w:rsidRPr="00BC1373">
        <w:rPr>
          <w:rFonts w:ascii="Tahoma" w:hAnsi="Tahoma" w:cs="Tahoma"/>
          <w:rtl/>
        </w:rPr>
        <w:t>.</w:t>
      </w:r>
    </w:p>
    <w:p w:rsidR="00BC1373" w:rsidRPr="00BC1373" w:rsidRDefault="00BC1373" w:rsidP="00BC137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C1373">
        <w:rPr>
          <w:rFonts w:ascii="Tahoma" w:hAnsi="Tahoma" w:cs="Tahoma" w:hint="eastAsia"/>
          <w:rtl/>
        </w:rPr>
        <w:t>او</w:t>
      </w:r>
      <w:r w:rsidRPr="00BC1373">
        <w:rPr>
          <w:rFonts w:ascii="Tahoma" w:hAnsi="Tahoma" w:cs="Tahoma"/>
          <w:rtl/>
        </w:rPr>
        <w:t xml:space="preserve"> راه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را انتخاب کرد که ممکن بود از نظر سنت جنگاور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نشانهٔ عقب‌نش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ن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به نظر برسد، اما از نظر کشوردار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حساب‌شده‌تر بود. از نبرد بزرگ و تع</w:t>
      </w:r>
      <w:r w:rsidRPr="00BC1373">
        <w:rPr>
          <w:rFonts w:ascii="Tahoma" w:hAnsi="Tahoma" w:cs="Tahoma" w:hint="cs"/>
          <w:rtl/>
        </w:rPr>
        <w:t>یی</w:t>
      </w:r>
      <w:r w:rsidRPr="00BC1373">
        <w:rPr>
          <w:rFonts w:ascii="Tahoma" w:hAnsi="Tahoma" w:cs="Tahoma" w:hint="eastAsia"/>
          <w:rtl/>
        </w:rPr>
        <w:t>ن‌کننده</w:t>
      </w:r>
      <w:r w:rsidRPr="00BC1373">
        <w:rPr>
          <w:rFonts w:ascii="Tahoma" w:hAnsi="Tahoma" w:cs="Tahoma"/>
          <w:rtl/>
        </w:rPr>
        <w:t xml:space="preserve"> پره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ز</w:t>
      </w:r>
      <w:r w:rsidRPr="00BC1373">
        <w:rPr>
          <w:rFonts w:ascii="Tahoma" w:hAnsi="Tahoma" w:cs="Tahoma"/>
          <w:rtl/>
        </w:rPr>
        <w:t xml:space="preserve"> کرد، ن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رو</w:t>
      </w:r>
      <w:r w:rsidRPr="00BC1373">
        <w:rPr>
          <w:rFonts w:ascii="Tahoma" w:hAnsi="Tahoma" w:cs="Tahoma"/>
          <w:rtl/>
        </w:rPr>
        <w:t xml:space="preserve"> و آذوقه را از مس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ر</w:t>
      </w:r>
      <w:r w:rsidRPr="00BC1373">
        <w:rPr>
          <w:rFonts w:ascii="Tahoma" w:hAnsi="Tahoma" w:cs="Tahoma"/>
          <w:rtl/>
        </w:rPr>
        <w:t xml:space="preserve"> حرکت دشمن دور ساخت و اجازه نداد سپاه عثمان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به‌آسان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از منابع محل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استفاده کند. عقب‌نش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ن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،</w:t>
      </w:r>
      <w:r w:rsidRPr="00BC1373">
        <w:rPr>
          <w:rFonts w:ascii="Tahoma" w:hAnsi="Tahoma" w:cs="Tahoma"/>
          <w:rtl/>
        </w:rPr>
        <w:t xml:space="preserve"> تخل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هٔ</w:t>
      </w:r>
      <w:r w:rsidRPr="00BC1373">
        <w:rPr>
          <w:rFonts w:ascii="Tahoma" w:hAnsi="Tahoma" w:cs="Tahoma"/>
          <w:rtl/>
        </w:rPr>
        <w:t xml:space="preserve"> برخ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مناطق و از م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ان</w:t>
      </w:r>
      <w:r w:rsidRPr="00BC1373">
        <w:rPr>
          <w:rFonts w:ascii="Tahoma" w:hAnsi="Tahoma" w:cs="Tahoma"/>
          <w:rtl/>
        </w:rPr>
        <w:t xml:space="preserve"> بردن آذوقه، هز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نهٔ</w:t>
      </w:r>
      <w:r w:rsidRPr="00BC1373">
        <w:rPr>
          <w:rFonts w:ascii="Tahoma" w:hAnsi="Tahoma" w:cs="Tahoma"/>
          <w:rtl/>
        </w:rPr>
        <w:t xml:space="preserve"> پ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شرو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دشمن را افزا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ش</w:t>
      </w:r>
      <w:r w:rsidRPr="00BC1373">
        <w:rPr>
          <w:rFonts w:ascii="Tahoma" w:hAnsi="Tahoma" w:cs="Tahoma"/>
          <w:rtl/>
        </w:rPr>
        <w:t xml:space="preserve"> م</w:t>
      </w:r>
      <w:r w:rsidRPr="00BC1373">
        <w:rPr>
          <w:rFonts w:ascii="Tahoma" w:hAnsi="Tahoma" w:cs="Tahoma" w:hint="cs"/>
          <w:rtl/>
        </w:rPr>
        <w:t>ی‌</w:t>
      </w:r>
      <w:r w:rsidRPr="00BC1373">
        <w:rPr>
          <w:rFonts w:ascii="Tahoma" w:hAnsi="Tahoma" w:cs="Tahoma" w:hint="eastAsia"/>
          <w:rtl/>
        </w:rPr>
        <w:t>داد</w:t>
      </w:r>
      <w:r w:rsidRPr="00BC1373">
        <w:rPr>
          <w:rFonts w:ascii="Tahoma" w:hAnsi="Tahoma" w:cs="Tahoma"/>
          <w:rtl/>
        </w:rPr>
        <w:t>.</w:t>
      </w:r>
    </w:p>
    <w:p w:rsidR="00BC1373" w:rsidRPr="00BC1373" w:rsidRDefault="00BC1373" w:rsidP="00BC137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C1373">
        <w:rPr>
          <w:rFonts w:ascii="Tahoma" w:hAnsi="Tahoma" w:cs="Tahoma" w:hint="eastAsia"/>
          <w:rtl/>
        </w:rPr>
        <w:t>ا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ن</w:t>
      </w:r>
      <w:r w:rsidRPr="00BC1373">
        <w:rPr>
          <w:rFonts w:ascii="Tahoma" w:hAnsi="Tahoma" w:cs="Tahoma"/>
          <w:rtl/>
        </w:rPr>
        <w:t xml:space="preserve"> س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است</w:t>
      </w:r>
      <w:r w:rsidRPr="00BC1373">
        <w:rPr>
          <w:rFonts w:ascii="Tahoma" w:hAnsi="Tahoma" w:cs="Tahoma"/>
          <w:rtl/>
        </w:rPr>
        <w:t xml:space="preserve"> برا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مردم مناطق جنگ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بس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ار</w:t>
      </w:r>
      <w:r w:rsidRPr="00BC1373">
        <w:rPr>
          <w:rFonts w:ascii="Tahoma" w:hAnsi="Tahoma" w:cs="Tahoma"/>
          <w:rtl/>
        </w:rPr>
        <w:t xml:space="preserve"> سنگ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ن</w:t>
      </w:r>
      <w:r w:rsidRPr="00BC1373">
        <w:rPr>
          <w:rFonts w:ascii="Tahoma" w:hAnsi="Tahoma" w:cs="Tahoma"/>
          <w:rtl/>
        </w:rPr>
        <w:t xml:space="preserve"> بود. زم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ن،</w:t>
      </w:r>
      <w:r w:rsidRPr="00BC1373">
        <w:rPr>
          <w:rFonts w:ascii="Tahoma" w:hAnsi="Tahoma" w:cs="Tahoma"/>
          <w:rtl/>
        </w:rPr>
        <w:t xml:space="preserve"> محصول و آباد</w:t>
      </w:r>
      <w:r w:rsidRPr="00BC1373">
        <w:rPr>
          <w:rFonts w:ascii="Tahoma" w:hAnsi="Tahoma" w:cs="Tahoma" w:hint="cs"/>
          <w:rtl/>
        </w:rPr>
        <w:t>ی‌</w:t>
      </w:r>
      <w:r w:rsidRPr="00BC1373">
        <w:rPr>
          <w:rFonts w:ascii="Tahoma" w:hAnsi="Tahoma" w:cs="Tahoma" w:hint="eastAsia"/>
          <w:rtl/>
        </w:rPr>
        <w:t>ها</w:t>
      </w:r>
      <w:r w:rsidRPr="00BC1373">
        <w:rPr>
          <w:rFonts w:ascii="Tahoma" w:hAnsi="Tahoma" w:cs="Tahoma" w:hint="cs"/>
          <w:rtl/>
        </w:rPr>
        <w:t>یی</w:t>
      </w:r>
      <w:r w:rsidRPr="00BC1373">
        <w:rPr>
          <w:rFonts w:ascii="Tahoma" w:hAnsi="Tahoma" w:cs="Tahoma"/>
          <w:rtl/>
        </w:rPr>
        <w:t xml:space="preserve"> که م</w:t>
      </w:r>
      <w:r w:rsidRPr="00BC1373">
        <w:rPr>
          <w:rFonts w:ascii="Tahoma" w:hAnsi="Tahoma" w:cs="Tahoma" w:hint="cs"/>
          <w:rtl/>
        </w:rPr>
        <w:t>ی‌</w:t>
      </w:r>
      <w:r w:rsidRPr="00BC1373">
        <w:rPr>
          <w:rFonts w:ascii="Tahoma" w:hAnsi="Tahoma" w:cs="Tahoma" w:hint="eastAsia"/>
          <w:rtl/>
        </w:rPr>
        <w:t>توانستند</w:t>
      </w:r>
      <w:r w:rsidRPr="00BC1373">
        <w:rPr>
          <w:rFonts w:ascii="Tahoma" w:hAnsi="Tahoma" w:cs="Tahoma"/>
          <w:rtl/>
        </w:rPr>
        <w:t xml:space="preserve"> به دست دشمن ب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فتند</w:t>
      </w:r>
      <w:r w:rsidRPr="00BC1373">
        <w:rPr>
          <w:rFonts w:ascii="Tahoma" w:hAnsi="Tahoma" w:cs="Tahoma"/>
          <w:rtl/>
        </w:rPr>
        <w:t xml:space="preserve"> آس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ب</w:t>
      </w:r>
      <w:r w:rsidRPr="00BC1373">
        <w:rPr>
          <w:rFonts w:ascii="Tahoma" w:hAnsi="Tahoma" w:cs="Tahoma"/>
          <w:rtl/>
        </w:rPr>
        <w:t xml:space="preserve"> م</w:t>
      </w:r>
      <w:r w:rsidRPr="00BC1373">
        <w:rPr>
          <w:rFonts w:ascii="Tahoma" w:hAnsi="Tahoma" w:cs="Tahoma" w:hint="cs"/>
          <w:rtl/>
        </w:rPr>
        <w:t>ی‌</w:t>
      </w:r>
      <w:r w:rsidRPr="00BC1373">
        <w:rPr>
          <w:rFonts w:ascii="Tahoma" w:hAnsi="Tahoma" w:cs="Tahoma" w:hint="eastAsia"/>
          <w:rtl/>
        </w:rPr>
        <w:t>د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دند</w:t>
      </w:r>
      <w:r w:rsidRPr="00BC1373">
        <w:rPr>
          <w:rFonts w:ascii="Tahoma" w:hAnsi="Tahoma" w:cs="Tahoma"/>
          <w:rtl/>
        </w:rPr>
        <w:t xml:space="preserve"> و مردم ناچار به ترک خانه‌ها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خود م</w:t>
      </w:r>
      <w:r w:rsidRPr="00BC1373">
        <w:rPr>
          <w:rFonts w:ascii="Tahoma" w:hAnsi="Tahoma" w:cs="Tahoma" w:hint="cs"/>
          <w:rtl/>
        </w:rPr>
        <w:t>ی‌</w:t>
      </w:r>
      <w:r w:rsidRPr="00BC1373">
        <w:rPr>
          <w:rFonts w:ascii="Tahoma" w:hAnsi="Tahoma" w:cs="Tahoma" w:hint="eastAsia"/>
          <w:rtl/>
        </w:rPr>
        <w:t>شدند</w:t>
      </w:r>
      <w:r w:rsidRPr="00BC1373">
        <w:rPr>
          <w:rFonts w:ascii="Tahoma" w:hAnsi="Tahoma" w:cs="Tahoma"/>
          <w:rtl/>
        </w:rPr>
        <w:t>. حفظ حکومت و فرسوده‌کردن دشمن بها</w:t>
      </w:r>
      <w:r w:rsidRPr="00BC1373">
        <w:rPr>
          <w:rFonts w:ascii="Tahoma" w:hAnsi="Tahoma" w:cs="Tahoma" w:hint="cs"/>
          <w:rtl/>
        </w:rPr>
        <w:t>یی</w:t>
      </w:r>
      <w:r w:rsidRPr="00BC1373">
        <w:rPr>
          <w:rFonts w:ascii="Tahoma" w:hAnsi="Tahoma" w:cs="Tahoma"/>
          <w:rtl/>
        </w:rPr>
        <w:t xml:space="preserve"> داشت که ب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ش</w:t>
      </w:r>
      <w:r w:rsidRPr="00BC1373">
        <w:rPr>
          <w:rFonts w:ascii="Tahoma" w:hAnsi="Tahoma" w:cs="Tahoma"/>
          <w:rtl/>
        </w:rPr>
        <w:t xml:space="preserve"> از همه مردم عاد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م</w:t>
      </w:r>
      <w:r w:rsidRPr="00BC1373">
        <w:rPr>
          <w:rFonts w:ascii="Tahoma" w:hAnsi="Tahoma" w:cs="Tahoma" w:hint="cs"/>
          <w:rtl/>
        </w:rPr>
        <w:t>ی‌</w:t>
      </w:r>
      <w:r w:rsidRPr="00BC1373">
        <w:rPr>
          <w:rFonts w:ascii="Tahoma" w:hAnsi="Tahoma" w:cs="Tahoma" w:hint="eastAsia"/>
          <w:rtl/>
        </w:rPr>
        <w:t>پرداختند</w:t>
      </w:r>
      <w:r w:rsidRPr="00BC1373">
        <w:rPr>
          <w:rFonts w:ascii="Tahoma" w:hAnsi="Tahoma" w:cs="Tahoma"/>
          <w:rtl/>
        </w:rPr>
        <w:t>. باا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ن‌حال،</w:t>
      </w:r>
      <w:r w:rsidRPr="00BC1373">
        <w:rPr>
          <w:rFonts w:ascii="Tahoma" w:hAnsi="Tahoma" w:cs="Tahoma"/>
          <w:rtl/>
        </w:rPr>
        <w:t xml:space="preserve"> تهماس</w:t>
      </w:r>
      <w:r w:rsidRPr="00BC1373">
        <w:rPr>
          <w:rFonts w:ascii="Tahoma" w:hAnsi="Tahoma" w:cs="Tahoma" w:hint="eastAsia"/>
          <w:rtl/>
        </w:rPr>
        <w:t>ب</w:t>
      </w:r>
      <w:r w:rsidRPr="00BC1373">
        <w:rPr>
          <w:rFonts w:ascii="Tahoma" w:hAnsi="Tahoma" w:cs="Tahoma"/>
          <w:rtl/>
        </w:rPr>
        <w:t xml:space="preserve"> در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افت</w:t>
      </w:r>
      <w:r w:rsidRPr="00BC1373">
        <w:rPr>
          <w:rFonts w:ascii="Tahoma" w:hAnsi="Tahoma" w:cs="Tahoma"/>
          <w:rtl/>
        </w:rPr>
        <w:t xml:space="preserve"> که وظ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فهٔ</w:t>
      </w:r>
      <w:r w:rsidRPr="00BC1373">
        <w:rPr>
          <w:rFonts w:ascii="Tahoma" w:hAnsi="Tahoma" w:cs="Tahoma"/>
          <w:rtl/>
        </w:rPr>
        <w:t xml:space="preserve"> شاه فقط اثبات شجاعت شخص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در م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دان</w:t>
      </w:r>
      <w:r w:rsidRPr="00BC1373">
        <w:rPr>
          <w:rFonts w:ascii="Tahoma" w:hAnsi="Tahoma" w:cs="Tahoma"/>
          <w:rtl/>
        </w:rPr>
        <w:t xml:space="preserve"> ن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ست؛</w:t>
      </w:r>
      <w:r w:rsidRPr="00BC1373">
        <w:rPr>
          <w:rFonts w:ascii="Tahoma" w:hAnsi="Tahoma" w:cs="Tahoma"/>
          <w:rtl/>
        </w:rPr>
        <w:t xml:space="preserve"> با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د</w:t>
      </w:r>
      <w:r w:rsidRPr="00BC1373">
        <w:rPr>
          <w:rFonts w:ascii="Tahoma" w:hAnsi="Tahoma" w:cs="Tahoma"/>
          <w:rtl/>
        </w:rPr>
        <w:t xml:space="preserve"> کشور و ن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رو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حکومت را برا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ادامهٔ جنگ نگاه دارد.</w:t>
      </w:r>
    </w:p>
    <w:p w:rsidR="00BC1373" w:rsidRPr="00BC1373" w:rsidRDefault="00BC1373" w:rsidP="00BC137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C1373">
        <w:rPr>
          <w:rFonts w:ascii="Tahoma" w:hAnsi="Tahoma" w:cs="Tahoma" w:hint="eastAsia"/>
          <w:rtl/>
        </w:rPr>
        <w:t>سپاه</w:t>
      </w:r>
      <w:r w:rsidRPr="00BC1373">
        <w:rPr>
          <w:rFonts w:ascii="Tahoma" w:hAnsi="Tahoma" w:cs="Tahoma"/>
          <w:rtl/>
        </w:rPr>
        <w:t xml:space="preserve"> عثمان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م</w:t>
      </w:r>
      <w:r w:rsidRPr="00BC1373">
        <w:rPr>
          <w:rFonts w:ascii="Tahoma" w:hAnsi="Tahoma" w:cs="Tahoma" w:hint="cs"/>
          <w:rtl/>
        </w:rPr>
        <w:t>ی‌</w:t>
      </w:r>
      <w:r w:rsidRPr="00BC1373">
        <w:rPr>
          <w:rFonts w:ascii="Tahoma" w:hAnsi="Tahoma" w:cs="Tahoma" w:hint="eastAsia"/>
          <w:rtl/>
        </w:rPr>
        <w:t>توانست</w:t>
      </w:r>
      <w:r w:rsidRPr="00BC1373">
        <w:rPr>
          <w:rFonts w:ascii="Tahoma" w:hAnsi="Tahoma" w:cs="Tahoma"/>
          <w:rtl/>
        </w:rPr>
        <w:t xml:space="preserve"> وارد تبر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ز</w:t>
      </w:r>
      <w:r w:rsidRPr="00BC1373">
        <w:rPr>
          <w:rFonts w:ascii="Tahoma" w:hAnsi="Tahoma" w:cs="Tahoma"/>
          <w:rtl/>
        </w:rPr>
        <w:t xml:space="preserve"> شود، اما نگهدار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شهر و ادامهٔ حضور در سرزم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ن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که آذوقه و پشت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بان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کاف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در اخت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ارش</w:t>
      </w:r>
      <w:r w:rsidRPr="00BC1373">
        <w:rPr>
          <w:rFonts w:ascii="Tahoma" w:hAnsi="Tahoma" w:cs="Tahoma"/>
          <w:rtl/>
        </w:rPr>
        <w:t xml:space="preserve"> نبود دشوار بود. فاصله از مرکز عثمان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،</w:t>
      </w:r>
      <w:r w:rsidRPr="00BC1373">
        <w:rPr>
          <w:rFonts w:ascii="Tahoma" w:hAnsi="Tahoma" w:cs="Tahoma"/>
          <w:rtl/>
        </w:rPr>
        <w:t xml:space="preserve"> دشوار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راه‌ها، زمستان و حملات ن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روها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صفو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،</w:t>
      </w:r>
      <w:r w:rsidRPr="00BC1373">
        <w:rPr>
          <w:rFonts w:ascii="Tahoma" w:hAnsi="Tahoma" w:cs="Tahoma"/>
          <w:rtl/>
        </w:rPr>
        <w:t xml:space="preserve"> اشغال پا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دار</w:t>
      </w:r>
      <w:r w:rsidRPr="00BC1373">
        <w:rPr>
          <w:rFonts w:ascii="Tahoma" w:hAnsi="Tahoma" w:cs="Tahoma"/>
          <w:rtl/>
        </w:rPr>
        <w:t xml:space="preserve"> را پرهز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نه</w:t>
      </w:r>
      <w:r w:rsidRPr="00BC1373">
        <w:rPr>
          <w:rFonts w:ascii="Tahoma" w:hAnsi="Tahoma" w:cs="Tahoma"/>
          <w:rtl/>
        </w:rPr>
        <w:t xml:space="preserve"> م</w:t>
      </w:r>
      <w:r w:rsidRPr="00BC1373">
        <w:rPr>
          <w:rFonts w:ascii="Tahoma" w:hAnsi="Tahoma" w:cs="Tahoma" w:hint="cs"/>
          <w:rtl/>
        </w:rPr>
        <w:t>ی‌</w:t>
      </w:r>
      <w:r w:rsidRPr="00BC1373">
        <w:rPr>
          <w:rFonts w:ascii="Tahoma" w:hAnsi="Tahoma" w:cs="Tahoma" w:hint="eastAsia"/>
          <w:rtl/>
        </w:rPr>
        <w:t>کرد</w:t>
      </w:r>
      <w:r w:rsidRPr="00BC1373">
        <w:rPr>
          <w:rFonts w:ascii="Tahoma" w:hAnsi="Tahoma" w:cs="Tahoma"/>
          <w:rtl/>
        </w:rPr>
        <w:t>. تهماسب به جا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آنکه همهٔ قدر</w:t>
      </w:r>
      <w:r w:rsidRPr="00BC1373">
        <w:rPr>
          <w:rFonts w:ascii="Tahoma" w:hAnsi="Tahoma" w:cs="Tahoma" w:hint="eastAsia"/>
          <w:rtl/>
        </w:rPr>
        <w:t>ت</w:t>
      </w:r>
      <w:r w:rsidRPr="00BC1373">
        <w:rPr>
          <w:rFonts w:ascii="Tahoma" w:hAnsi="Tahoma" w:cs="Tahoma"/>
          <w:rtl/>
        </w:rPr>
        <w:t xml:space="preserve"> خود را در 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ک</w:t>
      </w:r>
      <w:r w:rsidRPr="00BC1373">
        <w:rPr>
          <w:rFonts w:ascii="Tahoma" w:hAnsi="Tahoma" w:cs="Tahoma"/>
          <w:rtl/>
        </w:rPr>
        <w:t xml:space="preserve"> نبرد به خطر اندازد، زمان و جغراف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ا</w:t>
      </w:r>
      <w:r w:rsidRPr="00BC1373">
        <w:rPr>
          <w:rFonts w:ascii="Tahoma" w:hAnsi="Tahoma" w:cs="Tahoma"/>
          <w:rtl/>
        </w:rPr>
        <w:t xml:space="preserve"> را به ابزار دفاع تبد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ل</w:t>
      </w:r>
      <w:r w:rsidRPr="00BC1373">
        <w:rPr>
          <w:rFonts w:ascii="Tahoma" w:hAnsi="Tahoma" w:cs="Tahoma"/>
          <w:rtl/>
        </w:rPr>
        <w:t xml:space="preserve"> کرد.</w:t>
      </w:r>
    </w:p>
    <w:p w:rsidR="00BC1373" w:rsidRPr="00BC1373" w:rsidRDefault="00BC1373" w:rsidP="00BC137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C1373">
        <w:rPr>
          <w:rFonts w:ascii="Tahoma" w:hAnsi="Tahoma" w:cs="Tahoma" w:hint="eastAsia"/>
          <w:rtl/>
        </w:rPr>
        <w:t>ا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ن</w:t>
      </w:r>
      <w:r w:rsidRPr="00BC1373">
        <w:rPr>
          <w:rFonts w:ascii="Tahoma" w:hAnsi="Tahoma" w:cs="Tahoma"/>
          <w:rtl/>
        </w:rPr>
        <w:t xml:space="preserve"> س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است</w:t>
      </w:r>
      <w:r w:rsidRPr="00BC1373">
        <w:rPr>
          <w:rFonts w:ascii="Tahoma" w:hAnsi="Tahoma" w:cs="Tahoma"/>
          <w:rtl/>
        </w:rPr>
        <w:t xml:space="preserve"> نشانهٔ دگرگون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تاج صفو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بود. شاه اسماع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ل</w:t>
      </w:r>
      <w:r w:rsidRPr="00BC1373">
        <w:rPr>
          <w:rFonts w:ascii="Tahoma" w:hAnsi="Tahoma" w:cs="Tahoma"/>
          <w:rtl/>
        </w:rPr>
        <w:t xml:space="preserve"> حکومت را با حمله، شور مذهب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و پ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روز</w:t>
      </w:r>
      <w:r w:rsidRPr="00BC1373">
        <w:rPr>
          <w:rFonts w:ascii="Tahoma" w:hAnsi="Tahoma" w:cs="Tahoma" w:hint="cs"/>
          <w:rtl/>
        </w:rPr>
        <w:t>ی‌</w:t>
      </w:r>
      <w:r w:rsidRPr="00BC1373">
        <w:rPr>
          <w:rFonts w:ascii="Tahoma" w:hAnsi="Tahoma" w:cs="Tahoma" w:hint="eastAsia"/>
          <w:rtl/>
        </w:rPr>
        <w:t>ها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سر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ع</w:t>
      </w:r>
      <w:r w:rsidRPr="00BC1373">
        <w:rPr>
          <w:rFonts w:ascii="Tahoma" w:hAnsi="Tahoma" w:cs="Tahoma"/>
          <w:rtl/>
        </w:rPr>
        <w:t xml:space="preserve"> ساخته بود. تهماسب با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د</w:t>
      </w:r>
      <w:r w:rsidRPr="00BC1373">
        <w:rPr>
          <w:rFonts w:ascii="Tahoma" w:hAnsi="Tahoma" w:cs="Tahoma"/>
          <w:rtl/>
        </w:rPr>
        <w:t xml:space="preserve"> همان حکومت را با صبر، عقب‌نش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ن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حساب‌شده و پره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ز</w:t>
      </w:r>
      <w:r w:rsidRPr="00BC1373">
        <w:rPr>
          <w:rFonts w:ascii="Tahoma" w:hAnsi="Tahoma" w:cs="Tahoma"/>
          <w:rtl/>
        </w:rPr>
        <w:t xml:space="preserve"> از نبرد نابودکننده حفظ م</w:t>
      </w:r>
      <w:r w:rsidRPr="00BC1373">
        <w:rPr>
          <w:rFonts w:ascii="Tahoma" w:hAnsi="Tahoma" w:cs="Tahoma" w:hint="cs"/>
          <w:rtl/>
        </w:rPr>
        <w:t>ی‌</w:t>
      </w:r>
      <w:r w:rsidRPr="00BC1373">
        <w:rPr>
          <w:rFonts w:ascii="Tahoma" w:hAnsi="Tahoma" w:cs="Tahoma" w:hint="eastAsia"/>
          <w:rtl/>
        </w:rPr>
        <w:t>کرد</w:t>
      </w:r>
      <w:r w:rsidRPr="00BC1373">
        <w:rPr>
          <w:rFonts w:ascii="Tahoma" w:hAnsi="Tahoma" w:cs="Tahoma"/>
          <w:rtl/>
        </w:rPr>
        <w:t>. بن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ان‌گذار</w:t>
      </w:r>
      <w:r w:rsidRPr="00BC1373">
        <w:rPr>
          <w:rFonts w:ascii="Tahoma" w:hAnsi="Tahoma" w:cs="Tahoma"/>
          <w:rtl/>
        </w:rPr>
        <w:t xml:space="preserve"> برا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تصرف کشور به قشون ن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از</w:t>
      </w:r>
      <w:r w:rsidRPr="00BC1373">
        <w:rPr>
          <w:rFonts w:ascii="Tahoma" w:hAnsi="Tahoma" w:cs="Tahoma"/>
          <w:rtl/>
        </w:rPr>
        <w:t xml:space="preserve"> داشت؛ جانش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ن</w:t>
      </w:r>
      <w:r w:rsidRPr="00BC1373">
        <w:rPr>
          <w:rFonts w:ascii="Tahoma" w:hAnsi="Tahoma" w:cs="Tahoma"/>
          <w:rtl/>
        </w:rPr>
        <w:t xml:space="preserve"> او ب</w:t>
      </w:r>
      <w:r w:rsidRPr="00BC1373">
        <w:rPr>
          <w:rFonts w:ascii="Tahoma" w:hAnsi="Tahoma" w:cs="Tahoma" w:hint="eastAsia"/>
          <w:rtl/>
        </w:rPr>
        <w:t>را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حفظ کشور با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د</w:t>
      </w:r>
      <w:r w:rsidRPr="00BC1373">
        <w:rPr>
          <w:rFonts w:ascii="Tahoma" w:hAnsi="Tahoma" w:cs="Tahoma"/>
          <w:rtl/>
        </w:rPr>
        <w:t xml:space="preserve"> قشون را مهار و از مصرف ب</w:t>
      </w:r>
      <w:r w:rsidRPr="00BC1373">
        <w:rPr>
          <w:rFonts w:ascii="Tahoma" w:hAnsi="Tahoma" w:cs="Tahoma" w:hint="cs"/>
          <w:rtl/>
        </w:rPr>
        <w:t>ی‌</w:t>
      </w:r>
      <w:r w:rsidRPr="00BC1373">
        <w:rPr>
          <w:rFonts w:ascii="Tahoma" w:hAnsi="Tahoma" w:cs="Tahoma" w:hint="eastAsia"/>
          <w:rtl/>
        </w:rPr>
        <w:t>محابا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آن جلوگ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ر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م</w:t>
      </w:r>
      <w:r w:rsidRPr="00BC1373">
        <w:rPr>
          <w:rFonts w:ascii="Tahoma" w:hAnsi="Tahoma" w:cs="Tahoma" w:hint="cs"/>
          <w:rtl/>
        </w:rPr>
        <w:t>ی‌</w:t>
      </w:r>
      <w:r w:rsidRPr="00BC1373">
        <w:rPr>
          <w:rFonts w:ascii="Tahoma" w:hAnsi="Tahoma" w:cs="Tahoma" w:hint="eastAsia"/>
          <w:rtl/>
        </w:rPr>
        <w:t>کرد</w:t>
      </w:r>
      <w:r w:rsidRPr="00BC1373">
        <w:rPr>
          <w:rFonts w:ascii="Tahoma" w:hAnsi="Tahoma" w:cs="Tahoma"/>
          <w:rtl/>
        </w:rPr>
        <w:t>.</w:t>
      </w:r>
    </w:p>
    <w:p w:rsidR="00BC1373" w:rsidRPr="00BC1373" w:rsidRDefault="00BC1373" w:rsidP="00BC137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C1373">
        <w:rPr>
          <w:rFonts w:ascii="Tahoma" w:hAnsi="Tahoma" w:cs="Tahoma" w:hint="eastAsia"/>
          <w:rtl/>
        </w:rPr>
        <w:t>در</w:t>
      </w:r>
      <w:r w:rsidRPr="00BC1373">
        <w:rPr>
          <w:rFonts w:ascii="Tahoma" w:hAnsi="Tahoma" w:cs="Tahoma"/>
          <w:rtl/>
        </w:rPr>
        <w:t xml:space="preserve"> هم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ن</w:t>
      </w:r>
      <w:r w:rsidRPr="00BC1373">
        <w:rPr>
          <w:rFonts w:ascii="Tahoma" w:hAnsi="Tahoma" w:cs="Tahoma"/>
          <w:rtl/>
        </w:rPr>
        <w:t xml:space="preserve"> دوره، تبر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ز</w:t>
      </w:r>
      <w:r w:rsidRPr="00BC1373">
        <w:rPr>
          <w:rFonts w:ascii="Tahoma" w:hAnsi="Tahoma" w:cs="Tahoma"/>
          <w:rtl/>
        </w:rPr>
        <w:t xml:space="preserve"> ن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ز</w:t>
      </w:r>
      <w:r w:rsidRPr="00BC1373">
        <w:rPr>
          <w:rFonts w:ascii="Tahoma" w:hAnsi="Tahoma" w:cs="Tahoma"/>
          <w:rtl/>
        </w:rPr>
        <w:t xml:space="preserve"> آس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ب‌پذ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ر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خود را به‌عنوان پا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تخت</w:t>
      </w:r>
      <w:r w:rsidRPr="00BC1373">
        <w:rPr>
          <w:rFonts w:ascii="Tahoma" w:hAnsi="Tahoma" w:cs="Tahoma"/>
          <w:rtl/>
        </w:rPr>
        <w:t xml:space="preserve"> نشان داد. نزد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ک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به مرز عثمان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سبب م</w:t>
      </w:r>
      <w:r w:rsidRPr="00BC1373">
        <w:rPr>
          <w:rFonts w:ascii="Tahoma" w:hAnsi="Tahoma" w:cs="Tahoma" w:hint="cs"/>
          <w:rtl/>
        </w:rPr>
        <w:t>ی‌</w:t>
      </w:r>
      <w:r w:rsidRPr="00BC1373">
        <w:rPr>
          <w:rFonts w:ascii="Tahoma" w:hAnsi="Tahoma" w:cs="Tahoma" w:hint="eastAsia"/>
          <w:rtl/>
        </w:rPr>
        <w:t>شد</w:t>
      </w:r>
      <w:r w:rsidRPr="00BC1373">
        <w:rPr>
          <w:rFonts w:ascii="Tahoma" w:hAnsi="Tahoma" w:cs="Tahoma"/>
          <w:rtl/>
        </w:rPr>
        <w:t xml:space="preserve"> هر حملهٔ بزرگ، مرکز حکومت را تهد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د</w:t>
      </w:r>
      <w:r w:rsidRPr="00BC1373">
        <w:rPr>
          <w:rFonts w:ascii="Tahoma" w:hAnsi="Tahoma" w:cs="Tahoma"/>
          <w:rtl/>
        </w:rPr>
        <w:t xml:space="preserve"> کند. پا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تخت</w:t>
      </w:r>
      <w:r w:rsidRPr="00BC1373">
        <w:rPr>
          <w:rFonts w:ascii="Tahoma" w:hAnsi="Tahoma" w:cs="Tahoma"/>
          <w:rtl/>
        </w:rPr>
        <w:t xml:space="preserve"> فقط محل اقامت شاه نبود؛ د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وان،</w:t>
      </w:r>
      <w:r w:rsidRPr="00BC1373">
        <w:rPr>
          <w:rFonts w:ascii="Tahoma" w:hAnsi="Tahoma" w:cs="Tahoma"/>
          <w:rtl/>
        </w:rPr>
        <w:t xml:space="preserve"> خزانه، با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گان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،</w:t>
      </w:r>
      <w:r w:rsidRPr="00BC1373">
        <w:rPr>
          <w:rFonts w:ascii="Tahoma" w:hAnsi="Tahoma" w:cs="Tahoma"/>
          <w:rtl/>
        </w:rPr>
        <w:t xml:space="preserve"> دربار و مرکز صدور فرمان‌ها در آن قرار داشتند. اگر دشمن بارها م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‌توانست به آن دست 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ابد،</w:t>
      </w:r>
      <w:r w:rsidRPr="00BC1373">
        <w:rPr>
          <w:rFonts w:ascii="Tahoma" w:hAnsi="Tahoma" w:cs="Tahoma"/>
          <w:rtl/>
        </w:rPr>
        <w:t xml:space="preserve"> ادامهٔ کار حکومت با خطر روبه‌رو م</w:t>
      </w:r>
      <w:r w:rsidRPr="00BC1373">
        <w:rPr>
          <w:rFonts w:ascii="Tahoma" w:hAnsi="Tahoma" w:cs="Tahoma" w:hint="cs"/>
          <w:rtl/>
        </w:rPr>
        <w:t>ی‌</w:t>
      </w:r>
      <w:r w:rsidRPr="00BC1373">
        <w:rPr>
          <w:rFonts w:ascii="Tahoma" w:hAnsi="Tahoma" w:cs="Tahoma" w:hint="eastAsia"/>
          <w:rtl/>
        </w:rPr>
        <w:t>شد</w:t>
      </w:r>
      <w:r w:rsidRPr="00BC1373">
        <w:rPr>
          <w:rFonts w:ascii="Tahoma" w:hAnsi="Tahoma" w:cs="Tahoma"/>
          <w:rtl/>
        </w:rPr>
        <w:t>.</w:t>
      </w:r>
    </w:p>
    <w:p w:rsidR="00BC1373" w:rsidRPr="00BC1373" w:rsidRDefault="00BC1373" w:rsidP="00BC137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C1373">
        <w:rPr>
          <w:rFonts w:ascii="Tahoma" w:hAnsi="Tahoma" w:cs="Tahoma" w:hint="eastAsia"/>
          <w:rtl/>
        </w:rPr>
        <w:t>انتقال</w:t>
      </w:r>
      <w:r w:rsidRPr="00BC1373">
        <w:rPr>
          <w:rFonts w:ascii="Tahoma" w:hAnsi="Tahoma" w:cs="Tahoma"/>
          <w:rtl/>
        </w:rPr>
        <w:t xml:space="preserve"> پا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تخت</w:t>
      </w:r>
      <w:r w:rsidRPr="00BC1373">
        <w:rPr>
          <w:rFonts w:ascii="Tahoma" w:hAnsi="Tahoma" w:cs="Tahoma"/>
          <w:rtl/>
        </w:rPr>
        <w:t xml:space="preserve"> از تبر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ز</w:t>
      </w:r>
      <w:r w:rsidRPr="00BC1373">
        <w:rPr>
          <w:rFonts w:ascii="Tahoma" w:hAnsi="Tahoma" w:cs="Tahoma"/>
          <w:rtl/>
        </w:rPr>
        <w:t xml:space="preserve"> به قزو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ن</w:t>
      </w:r>
      <w:r w:rsidRPr="00BC1373">
        <w:rPr>
          <w:rFonts w:ascii="Tahoma" w:hAnsi="Tahoma" w:cs="Tahoma"/>
          <w:rtl/>
        </w:rPr>
        <w:t xml:space="preserve"> پاسخ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به هم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ن</w:t>
      </w:r>
      <w:r w:rsidRPr="00BC1373">
        <w:rPr>
          <w:rFonts w:ascii="Tahoma" w:hAnsi="Tahoma" w:cs="Tahoma"/>
          <w:rtl/>
        </w:rPr>
        <w:t xml:space="preserve"> ن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از</w:t>
      </w:r>
      <w:r w:rsidRPr="00BC1373">
        <w:rPr>
          <w:rFonts w:ascii="Tahoma" w:hAnsi="Tahoma" w:cs="Tahoma"/>
          <w:rtl/>
        </w:rPr>
        <w:t xml:space="preserve"> بود. ا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ن</w:t>
      </w:r>
      <w:r w:rsidRPr="00BC1373">
        <w:rPr>
          <w:rFonts w:ascii="Tahoma" w:hAnsi="Tahoma" w:cs="Tahoma"/>
          <w:rtl/>
        </w:rPr>
        <w:t xml:space="preserve"> تصم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م</w:t>
      </w:r>
      <w:r w:rsidRPr="00BC1373">
        <w:rPr>
          <w:rFonts w:ascii="Tahoma" w:hAnsi="Tahoma" w:cs="Tahoma"/>
          <w:rtl/>
        </w:rPr>
        <w:t xml:space="preserve"> نشان م</w:t>
      </w:r>
      <w:r w:rsidRPr="00BC1373">
        <w:rPr>
          <w:rFonts w:ascii="Tahoma" w:hAnsi="Tahoma" w:cs="Tahoma" w:hint="cs"/>
          <w:rtl/>
        </w:rPr>
        <w:t>ی‌</w:t>
      </w:r>
      <w:r w:rsidRPr="00BC1373">
        <w:rPr>
          <w:rFonts w:ascii="Tahoma" w:hAnsi="Tahoma" w:cs="Tahoma" w:hint="eastAsia"/>
          <w:rtl/>
        </w:rPr>
        <w:t>داد</w:t>
      </w:r>
      <w:r w:rsidRPr="00BC1373">
        <w:rPr>
          <w:rFonts w:ascii="Tahoma" w:hAnsi="Tahoma" w:cs="Tahoma"/>
          <w:rtl/>
        </w:rPr>
        <w:t xml:space="preserve"> که مرکز کشوردار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را نم</w:t>
      </w:r>
      <w:r w:rsidRPr="00BC1373">
        <w:rPr>
          <w:rFonts w:ascii="Tahoma" w:hAnsi="Tahoma" w:cs="Tahoma" w:hint="cs"/>
          <w:rtl/>
        </w:rPr>
        <w:t>ی‌</w:t>
      </w:r>
      <w:r w:rsidRPr="00BC1373">
        <w:rPr>
          <w:rFonts w:ascii="Tahoma" w:hAnsi="Tahoma" w:cs="Tahoma" w:hint="eastAsia"/>
          <w:rtl/>
        </w:rPr>
        <w:t>توان</w:t>
      </w:r>
      <w:r w:rsidRPr="00BC1373">
        <w:rPr>
          <w:rFonts w:ascii="Tahoma" w:hAnsi="Tahoma" w:cs="Tahoma"/>
          <w:rtl/>
        </w:rPr>
        <w:t xml:space="preserve"> فقط بر پا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هٔ</w:t>
      </w:r>
      <w:r w:rsidRPr="00BC1373">
        <w:rPr>
          <w:rFonts w:ascii="Tahoma" w:hAnsi="Tahoma" w:cs="Tahoma"/>
          <w:rtl/>
        </w:rPr>
        <w:t xml:space="preserve"> شکوه تار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خ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ا</w:t>
      </w:r>
      <w:r w:rsidRPr="00BC1373">
        <w:rPr>
          <w:rFonts w:ascii="Tahoma" w:hAnsi="Tahoma" w:cs="Tahoma"/>
          <w:rtl/>
        </w:rPr>
        <w:t xml:space="preserve"> علاقهٔ خاندان تع</w:t>
      </w:r>
      <w:r w:rsidRPr="00BC1373">
        <w:rPr>
          <w:rFonts w:ascii="Tahoma" w:hAnsi="Tahoma" w:cs="Tahoma" w:hint="cs"/>
          <w:rtl/>
        </w:rPr>
        <w:t>یی</w:t>
      </w:r>
      <w:r w:rsidRPr="00BC1373">
        <w:rPr>
          <w:rFonts w:ascii="Tahoma" w:hAnsi="Tahoma" w:cs="Tahoma" w:hint="eastAsia"/>
          <w:rtl/>
        </w:rPr>
        <w:t>ن</w:t>
      </w:r>
      <w:r w:rsidRPr="00BC1373">
        <w:rPr>
          <w:rFonts w:ascii="Tahoma" w:hAnsi="Tahoma" w:cs="Tahoma"/>
          <w:rtl/>
        </w:rPr>
        <w:t xml:space="preserve"> کرد. پا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تخت</w:t>
      </w:r>
      <w:r w:rsidRPr="00BC1373">
        <w:rPr>
          <w:rFonts w:ascii="Tahoma" w:hAnsi="Tahoma" w:cs="Tahoma"/>
          <w:rtl/>
        </w:rPr>
        <w:t xml:space="preserve"> با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د</w:t>
      </w:r>
      <w:r w:rsidRPr="00BC1373">
        <w:rPr>
          <w:rFonts w:ascii="Tahoma" w:hAnsi="Tahoma" w:cs="Tahoma"/>
          <w:rtl/>
        </w:rPr>
        <w:t xml:space="preserve"> از امن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ت</w:t>
      </w:r>
      <w:r w:rsidRPr="00BC1373">
        <w:rPr>
          <w:rFonts w:ascii="Tahoma" w:hAnsi="Tahoma" w:cs="Tahoma"/>
          <w:rtl/>
        </w:rPr>
        <w:t xml:space="preserve"> نسب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،</w:t>
      </w:r>
      <w:r w:rsidRPr="00BC1373">
        <w:rPr>
          <w:rFonts w:ascii="Tahoma" w:hAnsi="Tahoma" w:cs="Tahoma"/>
          <w:rtl/>
        </w:rPr>
        <w:t xml:space="preserve"> ارتباط با ا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الات</w:t>
      </w:r>
      <w:r w:rsidRPr="00BC1373">
        <w:rPr>
          <w:rFonts w:ascii="Tahoma" w:hAnsi="Tahoma" w:cs="Tahoma"/>
          <w:rtl/>
        </w:rPr>
        <w:t xml:space="preserve"> و امکان ادارهٔ قشون و د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وان</w:t>
      </w:r>
      <w:r w:rsidRPr="00BC1373">
        <w:rPr>
          <w:rFonts w:ascii="Tahoma" w:hAnsi="Tahoma" w:cs="Tahoma"/>
          <w:rtl/>
        </w:rPr>
        <w:t xml:space="preserve"> برخوردار م</w:t>
      </w:r>
      <w:r w:rsidRPr="00BC1373">
        <w:rPr>
          <w:rFonts w:ascii="Tahoma" w:hAnsi="Tahoma" w:cs="Tahoma" w:hint="cs"/>
          <w:rtl/>
        </w:rPr>
        <w:t>ی‌</w:t>
      </w:r>
      <w:r w:rsidRPr="00BC1373">
        <w:rPr>
          <w:rFonts w:ascii="Tahoma" w:hAnsi="Tahoma" w:cs="Tahoma" w:hint="eastAsia"/>
          <w:rtl/>
        </w:rPr>
        <w:t>بود</w:t>
      </w:r>
      <w:r w:rsidRPr="00BC1373">
        <w:rPr>
          <w:rFonts w:ascii="Tahoma" w:hAnsi="Tahoma" w:cs="Tahoma"/>
          <w:rtl/>
        </w:rPr>
        <w:t>. قزو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ن</w:t>
      </w:r>
      <w:r w:rsidRPr="00BC1373">
        <w:rPr>
          <w:rFonts w:ascii="Tahoma" w:hAnsi="Tahoma" w:cs="Tahoma"/>
          <w:rtl/>
        </w:rPr>
        <w:t xml:space="preserve"> ا</w:t>
      </w:r>
      <w:r w:rsidRPr="00BC1373">
        <w:rPr>
          <w:rFonts w:ascii="Tahoma" w:hAnsi="Tahoma" w:cs="Tahoma" w:hint="eastAsia"/>
          <w:rtl/>
        </w:rPr>
        <w:t>ز</w:t>
      </w:r>
      <w:r w:rsidRPr="00BC1373">
        <w:rPr>
          <w:rFonts w:ascii="Tahoma" w:hAnsi="Tahoma" w:cs="Tahoma"/>
          <w:rtl/>
        </w:rPr>
        <w:t xml:space="preserve"> مرز عثمان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دورتر بود و در همان حال امکان ارتباط با آذربا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جان،</w:t>
      </w:r>
      <w:r w:rsidRPr="00BC1373">
        <w:rPr>
          <w:rFonts w:ascii="Tahoma" w:hAnsi="Tahoma" w:cs="Tahoma"/>
          <w:rtl/>
        </w:rPr>
        <w:t xml:space="preserve"> مرکز و شرق ا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ران</w:t>
      </w:r>
      <w:r w:rsidRPr="00BC1373">
        <w:rPr>
          <w:rFonts w:ascii="Tahoma" w:hAnsi="Tahoma" w:cs="Tahoma"/>
          <w:rtl/>
        </w:rPr>
        <w:t xml:space="preserve"> را حفظ م</w:t>
      </w:r>
      <w:r w:rsidRPr="00BC1373">
        <w:rPr>
          <w:rFonts w:ascii="Tahoma" w:hAnsi="Tahoma" w:cs="Tahoma" w:hint="cs"/>
          <w:rtl/>
        </w:rPr>
        <w:t>ی‌</w:t>
      </w:r>
      <w:r w:rsidRPr="00BC1373">
        <w:rPr>
          <w:rFonts w:ascii="Tahoma" w:hAnsi="Tahoma" w:cs="Tahoma" w:hint="eastAsia"/>
          <w:rtl/>
        </w:rPr>
        <w:t>کرد</w:t>
      </w:r>
      <w:r w:rsidRPr="00BC1373">
        <w:rPr>
          <w:rFonts w:ascii="Tahoma" w:hAnsi="Tahoma" w:cs="Tahoma"/>
          <w:rtl/>
        </w:rPr>
        <w:t>.</w:t>
      </w:r>
    </w:p>
    <w:p w:rsidR="00BC1373" w:rsidRPr="00BC1373" w:rsidRDefault="00BC1373" w:rsidP="00BC137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C1373">
        <w:rPr>
          <w:rFonts w:ascii="Tahoma" w:hAnsi="Tahoma" w:cs="Tahoma" w:hint="eastAsia"/>
          <w:rtl/>
        </w:rPr>
        <w:t>با</w:t>
      </w:r>
      <w:r w:rsidRPr="00BC1373">
        <w:rPr>
          <w:rFonts w:ascii="Tahoma" w:hAnsi="Tahoma" w:cs="Tahoma"/>
          <w:rtl/>
        </w:rPr>
        <w:t xml:space="preserve"> انتقال پا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تخت،</w:t>
      </w:r>
      <w:r w:rsidRPr="00BC1373">
        <w:rPr>
          <w:rFonts w:ascii="Tahoma" w:hAnsi="Tahoma" w:cs="Tahoma"/>
          <w:rtl/>
        </w:rPr>
        <w:t xml:space="preserve"> دربار و د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وان</w:t>
      </w:r>
      <w:r w:rsidRPr="00BC1373">
        <w:rPr>
          <w:rFonts w:ascii="Tahoma" w:hAnsi="Tahoma" w:cs="Tahoma"/>
          <w:rtl/>
        </w:rPr>
        <w:t xml:space="preserve"> ن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ز</w:t>
      </w:r>
      <w:r w:rsidRPr="00BC1373">
        <w:rPr>
          <w:rFonts w:ascii="Tahoma" w:hAnsi="Tahoma" w:cs="Tahoma"/>
          <w:rtl/>
        </w:rPr>
        <w:t xml:space="preserve"> جابه‌جا شدند. مقام‌ها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مذهب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،</w:t>
      </w:r>
      <w:r w:rsidRPr="00BC1373">
        <w:rPr>
          <w:rFonts w:ascii="Tahoma" w:hAnsi="Tahoma" w:cs="Tahoma"/>
          <w:rtl/>
        </w:rPr>
        <w:t xml:space="preserve"> دب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ران،</w:t>
      </w:r>
      <w:r w:rsidRPr="00BC1373">
        <w:rPr>
          <w:rFonts w:ascii="Tahoma" w:hAnsi="Tahoma" w:cs="Tahoma"/>
          <w:rtl/>
        </w:rPr>
        <w:t xml:space="preserve"> مستوف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ان،</w:t>
      </w:r>
      <w:r w:rsidRPr="00BC1373">
        <w:rPr>
          <w:rFonts w:ascii="Tahoma" w:hAnsi="Tahoma" w:cs="Tahoma"/>
          <w:rtl/>
        </w:rPr>
        <w:t xml:space="preserve"> هنرمندان، بازرگانان و وابستگان حکومت به مرکز تازه آمدند. بد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ن‌سان،</w:t>
      </w:r>
      <w:r w:rsidRPr="00BC1373">
        <w:rPr>
          <w:rFonts w:ascii="Tahoma" w:hAnsi="Tahoma" w:cs="Tahoma"/>
          <w:rtl/>
        </w:rPr>
        <w:t xml:space="preserve"> تصم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م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نظام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به دگرگون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در جغراف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ا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ادار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،</w:t>
      </w:r>
      <w:r w:rsidRPr="00BC1373">
        <w:rPr>
          <w:rFonts w:ascii="Tahoma" w:hAnsi="Tahoma" w:cs="Tahoma"/>
          <w:rtl/>
        </w:rPr>
        <w:t xml:space="preserve"> اقتصاد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و فرهنگ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کشور انجام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د</w:t>
      </w:r>
      <w:r w:rsidRPr="00BC1373">
        <w:rPr>
          <w:rFonts w:ascii="Tahoma" w:hAnsi="Tahoma" w:cs="Tahoma"/>
          <w:rtl/>
        </w:rPr>
        <w:t>.</w:t>
      </w:r>
    </w:p>
    <w:p w:rsidR="00BC1373" w:rsidRPr="00BC1373" w:rsidRDefault="00BC1373" w:rsidP="00BC137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BC1373">
        <w:rPr>
          <w:rFonts w:ascii="Tahoma" w:hAnsi="Tahoma" w:cs="Tahoma" w:hint="eastAsia"/>
          <w:rtl/>
        </w:rPr>
        <w:t>شاه</w:t>
      </w:r>
      <w:r w:rsidRPr="00BC1373">
        <w:rPr>
          <w:rFonts w:ascii="Tahoma" w:hAnsi="Tahoma" w:cs="Tahoma"/>
          <w:rtl/>
        </w:rPr>
        <w:t xml:space="preserve"> تهماسب تا ا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ن</w:t>
      </w:r>
      <w:r w:rsidRPr="00BC1373">
        <w:rPr>
          <w:rFonts w:ascii="Tahoma" w:hAnsi="Tahoma" w:cs="Tahoma"/>
          <w:rtl/>
        </w:rPr>
        <w:t xml:space="preserve"> مرحله توانسته بود از کودک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ز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ر</w:t>
      </w:r>
      <w:r w:rsidRPr="00BC1373">
        <w:rPr>
          <w:rFonts w:ascii="Tahoma" w:hAnsi="Tahoma" w:cs="Tahoma"/>
          <w:rtl/>
        </w:rPr>
        <w:t xml:space="preserve"> سلطهٔ ام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ران</w:t>
      </w:r>
      <w:r w:rsidRPr="00BC1373">
        <w:rPr>
          <w:rFonts w:ascii="Tahoma" w:hAnsi="Tahoma" w:cs="Tahoma"/>
          <w:rtl/>
        </w:rPr>
        <w:t xml:space="preserve"> قزلباش به فرمانروا</w:t>
      </w:r>
      <w:r w:rsidRPr="00BC1373">
        <w:rPr>
          <w:rFonts w:ascii="Tahoma" w:hAnsi="Tahoma" w:cs="Tahoma" w:hint="cs"/>
          <w:rtl/>
        </w:rPr>
        <w:t>یی</w:t>
      </w:r>
      <w:r w:rsidRPr="00BC1373">
        <w:rPr>
          <w:rFonts w:ascii="Tahoma" w:hAnsi="Tahoma" w:cs="Tahoma"/>
          <w:rtl/>
        </w:rPr>
        <w:t xml:space="preserve"> برسد که شخصاً دربارهٔ جنگ، پا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تخت</w:t>
      </w:r>
      <w:r w:rsidRPr="00BC1373">
        <w:rPr>
          <w:rFonts w:ascii="Tahoma" w:hAnsi="Tahoma" w:cs="Tahoma"/>
          <w:rtl/>
        </w:rPr>
        <w:t xml:space="preserve"> و توازن ن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روها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حکومت تصم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م</w:t>
      </w:r>
      <w:r w:rsidRPr="00BC1373">
        <w:rPr>
          <w:rFonts w:ascii="Tahoma" w:hAnsi="Tahoma" w:cs="Tahoma"/>
          <w:rtl/>
        </w:rPr>
        <w:t xml:space="preserve"> م</w:t>
      </w:r>
      <w:r w:rsidRPr="00BC1373">
        <w:rPr>
          <w:rFonts w:ascii="Tahoma" w:hAnsi="Tahoma" w:cs="Tahoma" w:hint="cs"/>
          <w:rtl/>
        </w:rPr>
        <w:t>ی‌</w:t>
      </w:r>
      <w:r w:rsidRPr="00BC1373">
        <w:rPr>
          <w:rFonts w:ascii="Tahoma" w:hAnsi="Tahoma" w:cs="Tahoma" w:hint="eastAsia"/>
          <w:rtl/>
        </w:rPr>
        <w:t>گرفت</w:t>
      </w:r>
      <w:r w:rsidRPr="00BC1373">
        <w:rPr>
          <w:rFonts w:ascii="Tahoma" w:hAnsi="Tahoma" w:cs="Tahoma"/>
          <w:rtl/>
        </w:rPr>
        <w:t>. اما استوارشدن تاج فقط با کنارزدن سران قزلباش و پره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ز</w:t>
      </w:r>
      <w:r w:rsidRPr="00BC1373">
        <w:rPr>
          <w:rFonts w:ascii="Tahoma" w:hAnsi="Tahoma" w:cs="Tahoma"/>
          <w:rtl/>
        </w:rPr>
        <w:t xml:space="preserve"> از شکست نظام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کامل نم</w:t>
      </w:r>
      <w:r w:rsidRPr="00BC1373">
        <w:rPr>
          <w:rFonts w:ascii="Tahoma" w:hAnsi="Tahoma" w:cs="Tahoma" w:hint="cs"/>
          <w:rtl/>
        </w:rPr>
        <w:t>ی‌</w:t>
      </w:r>
      <w:r w:rsidRPr="00BC1373">
        <w:rPr>
          <w:rFonts w:ascii="Tahoma" w:hAnsi="Tahoma" w:cs="Tahoma" w:hint="eastAsia"/>
          <w:rtl/>
        </w:rPr>
        <w:t>شد</w:t>
      </w:r>
      <w:r w:rsidRPr="00BC1373">
        <w:rPr>
          <w:rFonts w:ascii="Tahoma" w:hAnsi="Tahoma" w:cs="Tahoma"/>
          <w:rtl/>
        </w:rPr>
        <w:t>. او با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د</w:t>
      </w:r>
      <w:r w:rsidRPr="00BC1373">
        <w:rPr>
          <w:rFonts w:ascii="Tahoma" w:hAnsi="Tahoma" w:cs="Tahoma"/>
          <w:rtl/>
        </w:rPr>
        <w:t xml:space="preserve"> برا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مقام شاه </w:t>
      </w:r>
      <w:r w:rsidRPr="00BC1373">
        <w:rPr>
          <w:rFonts w:ascii="Tahoma" w:hAnsi="Tahoma" w:cs="Tahoma" w:hint="eastAsia"/>
          <w:rtl/>
        </w:rPr>
        <w:t>صورت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تازه از حقان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ت</w:t>
      </w:r>
      <w:r w:rsidRPr="00BC1373">
        <w:rPr>
          <w:rFonts w:ascii="Tahoma" w:hAnsi="Tahoma" w:cs="Tahoma"/>
          <w:rtl/>
        </w:rPr>
        <w:t xml:space="preserve"> م</w:t>
      </w:r>
      <w:r w:rsidRPr="00BC1373">
        <w:rPr>
          <w:rFonts w:ascii="Tahoma" w:hAnsi="Tahoma" w:cs="Tahoma" w:hint="cs"/>
          <w:rtl/>
        </w:rPr>
        <w:t>ی‌</w:t>
      </w:r>
      <w:r w:rsidRPr="00BC1373">
        <w:rPr>
          <w:rFonts w:ascii="Tahoma" w:hAnsi="Tahoma" w:cs="Tahoma" w:hint="eastAsia"/>
          <w:rtl/>
        </w:rPr>
        <w:t>ساخت؛</w:t>
      </w:r>
      <w:r w:rsidRPr="00BC1373">
        <w:rPr>
          <w:rFonts w:ascii="Tahoma" w:hAnsi="Tahoma" w:cs="Tahoma"/>
          <w:rtl/>
        </w:rPr>
        <w:t xml:space="preserve"> صورت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که نه کاملاً به جذبهٔ مرشدانهٔ پدر وابسته باشد و نه تاج را در اخت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ار</w:t>
      </w:r>
      <w:r w:rsidRPr="00BC1373">
        <w:rPr>
          <w:rFonts w:ascii="Tahoma" w:hAnsi="Tahoma" w:cs="Tahoma"/>
          <w:rtl/>
        </w:rPr>
        <w:t xml:space="preserve"> قشون قرار دهد.</w:t>
      </w:r>
    </w:p>
    <w:p w:rsidR="003D1BAB" w:rsidRDefault="00BC1373" w:rsidP="00BC1373">
      <w:pPr>
        <w:bidi/>
        <w:spacing w:after="0" w:line="360" w:lineRule="auto"/>
        <w:ind w:firstLine="720"/>
        <w:jc w:val="both"/>
        <w:rPr>
          <w:rFonts w:ascii="Tahoma" w:hAnsi="Tahoma" w:cs="Tahoma"/>
          <w:rtl/>
        </w:rPr>
      </w:pPr>
      <w:r w:rsidRPr="00BC1373">
        <w:rPr>
          <w:rFonts w:ascii="Tahoma" w:hAnsi="Tahoma" w:cs="Tahoma" w:hint="eastAsia"/>
          <w:rtl/>
        </w:rPr>
        <w:t>در</w:t>
      </w:r>
      <w:r w:rsidRPr="00BC1373">
        <w:rPr>
          <w:rFonts w:ascii="Tahoma" w:hAnsi="Tahoma" w:cs="Tahoma"/>
          <w:rtl/>
        </w:rPr>
        <w:t xml:space="preserve"> قسمت دوم خواه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م</w:t>
      </w:r>
      <w:r w:rsidRPr="00BC1373">
        <w:rPr>
          <w:rFonts w:ascii="Tahoma" w:hAnsi="Tahoma" w:cs="Tahoma"/>
          <w:rtl/>
        </w:rPr>
        <w:t xml:space="preserve"> د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د</w:t>
      </w:r>
      <w:r w:rsidRPr="00BC1373">
        <w:rPr>
          <w:rFonts w:ascii="Tahoma" w:hAnsi="Tahoma" w:cs="Tahoma"/>
          <w:rtl/>
        </w:rPr>
        <w:t xml:space="preserve"> که د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ندار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شخص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شاه تهماسب، نزد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ک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او به فق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هان،</w:t>
      </w:r>
      <w:r w:rsidRPr="00BC1373">
        <w:rPr>
          <w:rFonts w:ascii="Tahoma" w:hAnsi="Tahoma" w:cs="Tahoma"/>
          <w:rtl/>
        </w:rPr>
        <w:t xml:space="preserve"> صلح آماس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ه</w:t>
      </w:r>
      <w:r w:rsidRPr="00BC1373">
        <w:rPr>
          <w:rFonts w:ascii="Tahoma" w:hAnsi="Tahoma" w:cs="Tahoma"/>
          <w:rtl/>
        </w:rPr>
        <w:t xml:space="preserve"> و گسترش د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وان</w:t>
      </w:r>
      <w:r w:rsidRPr="00BC1373">
        <w:rPr>
          <w:rFonts w:ascii="Tahoma" w:hAnsi="Tahoma" w:cs="Tahoma"/>
          <w:rtl/>
        </w:rPr>
        <w:t xml:space="preserve"> چگونه تاج صفو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را پا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دارتر</w:t>
      </w:r>
      <w:r w:rsidRPr="00BC1373">
        <w:rPr>
          <w:rFonts w:ascii="Tahoma" w:hAnsi="Tahoma" w:cs="Tahoma"/>
          <w:rtl/>
        </w:rPr>
        <w:t xml:space="preserve"> کرد و در همان حال، عمامه را به جا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 w:hint="eastAsia"/>
          <w:rtl/>
        </w:rPr>
        <w:t>گاه</w:t>
      </w:r>
      <w:r w:rsidRPr="00BC1373">
        <w:rPr>
          <w:rFonts w:ascii="Tahoma" w:hAnsi="Tahoma" w:cs="Tahoma" w:hint="cs"/>
          <w:rtl/>
        </w:rPr>
        <w:t>ی</w:t>
      </w:r>
      <w:r w:rsidRPr="00BC1373">
        <w:rPr>
          <w:rFonts w:ascii="Tahoma" w:hAnsi="Tahoma" w:cs="Tahoma"/>
          <w:rtl/>
        </w:rPr>
        <w:t xml:space="preserve"> بلندتر در ساختمان حکومت رساند.</w:t>
      </w:r>
    </w:p>
    <w:p w:rsidR="00097F3D" w:rsidRPr="00097F3D" w:rsidRDefault="00097F3D" w:rsidP="00097F3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097F3D">
        <w:rPr>
          <w:rFonts w:ascii="Tahoma" w:hAnsi="Tahoma" w:cs="Tahoma"/>
          <w:rtl/>
        </w:rPr>
        <w:t>استقلال شاه تهماسب از سران قزلباش فقط با حذف چند ام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ر</w:t>
      </w:r>
      <w:r w:rsidRPr="00097F3D">
        <w:rPr>
          <w:rFonts w:ascii="Tahoma" w:hAnsi="Tahoma" w:cs="Tahoma"/>
          <w:rtl/>
        </w:rPr>
        <w:t xml:space="preserve"> ن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رومند</w:t>
      </w:r>
      <w:r w:rsidRPr="00097F3D">
        <w:rPr>
          <w:rFonts w:ascii="Tahoma" w:hAnsi="Tahoma" w:cs="Tahoma"/>
          <w:rtl/>
        </w:rPr>
        <w:t xml:space="preserve"> به دست ن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امد</w:t>
      </w:r>
      <w:r w:rsidRPr="00097F3D">
        <w:rPr>
          <w:rFonts w:ascii="Tahoma" w:hAnsi="Tahoma" w:cs="Tahoma"/>
          <w:rtl/>
        </w:rPr>
        <w:t>. او با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د</w:t>
      </w:r>
      <w:r w:rsidRPr="00097F3D">
        <w:rPr>
          <w:rFonts w:ascii="Tahoma" w:hAnsi="Tahoma" w:cs="Tahoma"/>
          <w:rtl/>
        </w:rPr>
        <w:t xml:space="preserve"> برا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مقام شاه معنا</w:t>
      </w:r>
      <w:r w:rsidRPr="00097F3D">
        <w:rPr>
          <w:rFonts w:ascii="Tahoma" w:hAnsi="Tahoma" w:cs="Tahoma" w:hint="cs"/>
          <w:rtl/>
        </w:rPr>
        <w:t>یی</w:t>
      </w:r>
      <w:r w:rsidRPr="00097F3D">
        <w:rPr>
          <w:rFonts w:ascii="Tahoma" w:hAnsi="Tahoma" w:cs="Tahoma"/>
          <w:rtl/>
        </w:rPr>
        <w:t xml:space="preserve"> م</w:t>
      </w:r>
      <w:r w:rsidRPr="00097F3D">
        <w:rPr>
          <w:rFonts w:ascii="Tahoma" w:hAnsi="Tahoma" w:cs="Tahoma" w:hint="cs"/>
          <w:rtl/>
        </w:rPr>
        <w:t>ی‌</w:t>
      </w:r>
      <w:r w:rsidRPr="00097F3D">
        <w:rPr>
          <w:rFonts w:ascii="Tahoma" w:hAnsi="Tahoma" w:cs="Tahoma" w:hint="eastAsia"/>
          <w:rtl/>
        </w:rPr>
        <w:t>ساخت</w:t>
      </w:r>
      <w:r w:rsidRPr="00097F3D">
        <w:rPr>
          <w:rFonts w:ascii="Tahoma" w:hAnsi="Tahoma" w:cs="Tahoma"/>
          <w:rtl/>
        </w:rPr>
        <w:t xml:space="preserve"> که از 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ک</w:t>
      </w:r>
      <w:r w:rsidRPr="00097F3D">
        <w:rPr>
          <w:rFonts w:ascii="Tahoma" w:hAnsi="Tahoma" w:cs="Tahoma"/>
          <w:rtl/>
        </w:rPr>
        <w:t xml:space="preserve"> سو پ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وند</w:t>
      </w:r>
      <w:r w:rsidRPr="00097F3D">
        <w:rPr>
          <w:rFonts w:ascii="Tahoma" w:hAnsi="Tahoma" w:cs="Tahoma"/>
          <w:rtl/>
        </w:rPr>
        <w:t xml:space="preserve"> خاندان صفو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با مذهب رسم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را حفظ کند و از سو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د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گر،</w:t>
      </w:r>
      <w:r w:rsidRPr="00097F3D">
        <w:rPr>
          <w:rFonts w:ascii="Tahoma" w:hAnsi="Tahoma" w:cs="Tahoma"/>
          <w:rtl/>
        </w:rPr>
        <w:t xml:space="preserve"> تاج را از وابستگ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مستق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م</w:t>
      </w:r>
      <w:r w:rsidRPr="00097F3D">
        <w:rPr>
          <w:rFonts w:ascii="Tahoma" w:hAnsi="Tahoma" w:cs="Tahoma"/>
          <w:rtl/>
        </w:rPr>
        <w:t xml:space="preserve"> به رابطهٔ مرشد و مر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د</w:t>
      </w:r>
      <w:r w:rsidRPr="00097F3D">
        <w:rPr>
          <w:rFonts w:ascii="Tahoma" w:hAnsi="Tahoma" w:cs="Tahoma"/>
          <w:rtl/>
        </w:rPr>
        <w:t xml:space="preserve"> ب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رون</w:t>
      </w:r>
      <w:r w:rsidRPr="00097F3D">
        <w:rPr>
          <w:rFonts w:ascii="Tahoma" w:hAnsi="Tahoma" w:cs="Tahoma"/>
          <w:rtl/>
        </w:rPr>
        <w:t xml:space="preserve"> آورد. شاه اسماع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ل</w:t>
      </w:r>
      <w:r w:rsidRPr="00097F3D">
        <w:rPr>
          <w:rFonts w:ascii="Tahoma" w:hAnsi="Tahoma" w:cs="Tahoma"/>
          <w:rtl/>
        </w:rPr>
        <w:t xml:space="preserve"> در </w:t>
      </w:r>
      <w:r w:rsidRPr="00097F3D">
        <w:rPr>
          <w:rFonts w:ascii="Tahoma" w:hAnsi="Tahoma" w:cs="Tahoma" w:hint="eastAsia"/>
          <w:rtl/>
        </w:rPr>
        <w:t>چشم</w:t>
      </w:r>
      <w:r w:rsidRPr="00097F3D">
        <w:rPr>
          <w:rFonts w:ascii="Tahoma" w:hAnsi="Tahoma" w:cs="Tahoma"/>
          <w:rtl/>
        </w:rPr>
        <w:t xml:space="preserve"> قزلباشان از جا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گاه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فوق‌عاد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برخوردار بود و اقتدارش از پ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روز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،</w:t>
      </w:r>
      <w:r w:rsidRPr="00097F3D">
        <w:rPr>
          <w:rFonts w:ascii="Tahoma" w:hAnsi="Tahoma" w:cs="Tahoma"/>
          <w:rtl/>
        </w:rPr>
        <w:t xml:space="preserve"> خون خاندان صفو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و 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مان</w:t>
      </w:r>
      <w:r w:rsidRPr="00097F3D">
        <w:rPr>
          <w:rFonts w:ascii="Tahoma" w:hAnsi="Tahoma" w:cs="Tahoma"/>
          <w:rtl/>
        </w:rPr>
        <w:t xml:space="preserve"> مر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دان</w:t>
      </w:r>
      <w:r w:rsidRPr="00097F3D">
        <w:rPr>
          <w:rFonts w:ascii="Tahoma" w:hAnsi="Tahoma" w:cs="Tahoma"/>
          <w:rtl/>
        </w:rPr>
        <w:t xml:space="preserve"> سرچشمه م</w:t>
      </w:r>
      <w:r w:rsidRPr="00097F3D">
        <w:rPr>
          <w:rFonts w:ascii="Tahoma" w:hAnsi="Tahoma" w:cs="Tahoma" w:hint="cs"/>
          <w:rtl/>
        </w:rPr>
        <w:t>ی‌</w:t>
      </w:r>
      <w:r w:rsidRPr="00097F3D">
        <w:rPr>
          <w:rFonts w:ascii="Tahoma" w:hAnsi="Tahoma" w:cs="Tahoma" w:hint="eastAsia"/>
          <w:rtl/>
        </w:rPr>
        <w:t>گرفت</w:t>
      </w:r>
      <w:r w:rsidRPr="00097F3D">
        <w:rPr>
          <w:rFonts w:ascii="Tahoma" w:hAnsi="Tahoma" w:cs="Tahoma"/>
          <w:rtl/>
        </w:rPr>
        <w:t>. تهماسب نم</w:t>
      </w:r>
      <w:r w:rsidRPr="00097F3D">
        <w:rPr>
          <w:rFonts w:ascii="Tahoma" w:hAnsi="Tahoma" w:cs="Tahoma" w:hint="cs"/>
          <w:rtl/>
        </w:rPr>
        <w:t>ی‌</w:t>
      </w:r>
      <w:r w:rsidRPr="00097F3D">
        <w:rPr>
          <w:rFonts w:ascii="Tahoma" w:hAnsi="Tahoma" w:cs="Tahoma" w:hint="eastAsia"/>
          <w:rtl/>
        </w:rPr>
        <w:t>توانست</w:t>
      </w:r>
      <w:r w:rsidRPr="00097F3D">
        <w:rPr>
          <w:rFonts w:ascii="Tahoma" w:hAnsi="Tahoma" w:cs="Tahoma"/>
          <w:rtl/>
        </w:rPr>
        <w:t xml:space="preserve"> همان تجربه را تکرار کند. او حکومت را فتح نکرده بود، بلکه آن را به ارث برده بود.</w:t>
      </w:r>
    </w:p>
    <w:p w:rsidR="00097F3D" w:rsidRPr="00097F3D" w:rsidRDefault="00097F3D" w:rsidP="00097F3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097F3D">
        <w:rPr>
          <w:rFonts w:ascii="Tahoma" w:hAnsi="Tahoma" w:cs="Tahoma" w:hint="eastAsia"/>
          <w:rtl/>
        </w:rPr>
        <w:t>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ن</w:t>
      </w:r>
      <w:r w:rsidRPr="00097F3D">
        <w:rPr>
          <w:rFonts w:ascii="Tahoma" w:hAnsi="Tahoma" w:cs="Tahoma"/>
          <w:rtl/>
        </w:rPr>
        <w:t xml:space="preserve"> تفاوت، شاه را به د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نکاران</w:t>
      </w:r>
      <w:r w:rsidRPr="00097F3D">
        <w:rPr>
          <w:rFonts w:ascii="Tahoma" w:hAnsi="Tahoma" w:cs="Tahoma"/>
          <w:rtl/>
        </w:rPr>
        <w:t xml:space="preserve"> دوازده‌امام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نزد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ک‌تر</w:t>
      </w:r>
      <w:r w:rsidRPr="00097F3D">
        <w:rPr>
          <w:rFonts w:ascii="Tahoma" w:hAnsi="Tahoma" w:cs="Tahoma"/>
          <w:rtl/>
        </w:rPr>
        <w:t xml:space="preserve"> کرد. فق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هان</w:t>
      </w:r>
      <w:r w:rsidRPr="00097F3D">
        <w:rPr>
          <w:rFonts w:ascii="Tahoma" w:hAnsi="Tahoma" w:cs="Tahoma"/>
          <w:rtl/>
        </w:rPr>
        <w:t xml:space="preserve"> م</w:t>
      </w:r>
      <w:r w:rsidRPr="00097F3D">
        <w:rPr>
          <w:rFonts w:ascii="Tahoma" w:hAnsi="Tahoma" w:cs="Tahoma" w:hint="cs"/>
          <w:rtl/>
        </w:rPr>
        <w:t>ی‌</w:t>
      </w:r>
      <w:r w:rsidRPr="00097F3D">
        <w:rPr>
          <w:rFonts w:ascii="Tahoma" w:hAnsi="Tahoma" w:cs="Tahoma" w:hint="eastAsia"/>
          <w:rtl/>
        </w:rPr>
        <w:t>توانستند</w:t>
      </w:r>
      <w:r w:rsidRPr="00097F3D">
        <w:rPr>
          <w:rFonts w:ascii="Tahoma" w:hAnsi="Tahoma" w:cs="Tahoma"/>
          <w:rtl/>
        </w:rPr>
        <w:t xml:space="preserve"> حقان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ت</w:t>
      </w:r>
      <w:r w:rsidRPr="00097F3D">
        <w:rPr>
          <w:rFonts w:ascii="Tahoma" w:hAnsi="Tahoma" w:cs="Tahoma"/>
          <w:rtl/>
        </w:rPr>
        <w:t xml:space="preserve"> تاج را فقط به جذبهٔ شخص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شاه وابسته نکنند. آنان م</w:t>
      </w:r>
      <w:r w:rsidRPr="00097F3D">
        <w:rPr>
          <w:rFonts w:ascii="Tahoma" w:hAnsi="Tahoma" w:cs="Tahoma" w:hint="cs"/>
          <w:rtl/>
        </w:rPr>
        <w:t>ی‌</w:t>
      </w:r>
      <w:r w:rsidRPr="00097F3D">
        <w:rPr>
          <w:rFonts w:ascii="Tahoma" w:hAnsi="Tahoma" w:cs="Tahoma" w:hint="eastAsia"/>
          <w:rtl/>
        </w:rPr>
        <w:t>توانستند</w:t>
      </w:r>
      <w:r w:rsidRPr="00097F3D">
        <w:rPr>
          <w:rFonts w:ascii="Tahoma" w:hAnsi="Tahoma" w:cs="Tahoma"/>
          <w:rtl/>
        </w:rPr>
        <w:t xml:space="preserve"> حکومت صفو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را پاسدار مذهب رسم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،</w:t>
      </w:r>
      <w:r w:rsidRPr="00097F3D">
        <w:rPr>
          <w:rFonts w:ascii="Tahoma" w:hAnsi="Tahoma" w:cs="Tahoma"/>
          <w:rtl/>
        </w:rPr>
        <w:t xml:space="preserve"> مدافع سرزم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ن</w:t>
      </w:r>
      <w:r w:rsidRPr="00097F3D">
        <w:rPr>
          <w:rFonts w:ascii="Tahoma" w:hAnsi="Tahoma" w:cs="Tahoma"/>
          <w:rtl/>
        </w:rPr>
        <w:t xml:space="preserve"> ش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ع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و فراهم‌کنندهٔ امکان اجرا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شر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عت</w:t>
      </w:r>
      <w:r w:rsidRPr="00097F3D">
        <w:rPr>
          <w:rFonts w:ascii="Tahoma" w:hAnsi="Tahoma" w:cs="Tahoma"/>
          <w:rtl/>
        </w:rPr>
        <w:t xml:space="preserve"> معرف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کنند. در 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ن</w:t>
      </w:r>
      <w:r w:rsidRPr="00097F3D">
        <w:rPr>
          <w:rFonts w:ascii="Tahoma" w:hAnsi="Tahoma" w:cs="Tahoma"/>
          <w:rtl/>
        </w:rPr>
        <w:t xml:space="preserve"> صورت، اطاعت از شاه فقط اطاعت مر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د</w:t>
      </w:r>
      <w:r w:rsidRPr="00097F3D">
        <w:rPr>
          <w:rFonts w:ascii="Tahoma" w:hAnsi="Tahoma" w:cs="Tahoma"/>
          <w:rtl/>
        </w:rPr>
        <w:t xml:space="preserve"> از مرشد نبود؛ م</w:t>
      </w:r>
      <w:r w:rsidRPr="00097F3D">
        <w:rPr>
          <w:rFonts w:ascii="Tahoma" w:hAnsi="Tahoma" w:cs="Tahoma" w:hint="cs"/>
          <w:rtl/>
        </w:rPr>
        <w:t>ی‌</w:t>
      </w:r>
      <w:r w:rsidRPr="00097F3D">
        <w:rPr>
          <w:rFonts w:ascii="Tahoma" w:hAnsi="Tahoma" w:cs="Tahoma" w:hint="eastAsia"/>
          <w:rtl/>
        </w:rPr>
        <w:t>توانست</w:t>
      </w:r>
      <w:r w:rsidRPr="00097F3D">
        <w:rPr>
          <w:rFonts w:ascii="Tahoma" w:hAnsi="Tahoma" w:cs="Tahoma"/>
          <w:rtl/>
        </w:rPr>
        <w:t xml:space="preserve"> به حفظ نظم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پ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وند</w:t>
      </w:r>
      <w:r w:rsidRPr="00097F3D">
        <w:rPr>
          <w:rFonts w:ascii="Tahoma" w:hAnsi="Tahoma" w:cs="Tahoma"/>
          <w:rtl/>
        </w:rPr>
        <w:t xml:space="preserve"> بخورد که مذهب دوازده‌امام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را در برابر دشمنان نگه م</w:t>
      </w:r>
      <w:r w:rsidRPr="00097F3D">
        <w:rPr>
          <w:rFonts w:ascii="Tahoma" w:hAnsi="Tahoma" w:cs="Tahoma" w:hint="cs"/>
          <w:rtl/>
        </w:rPr>
        <w:t>ی‌</w:t>
      </w:r>
      <w:r w:rsidRPr="00097F3D">
        <w:rPr>
          <w:rFonts w:ascii="Tahoma" w:hAnsi="Tahoma" w:cs="Tahoma" w:hint="eastAsia"/>
          <w:rtl/>
        </w:rPr>
        <w:t>داشت</w:t>
      </w:r>
      <w:r w:rsidRPr="00097F3D">
        <w:rPr>
          <w:rFonts w:ascii="Tahoma" w:hAnsi="Tahoma" w:cs="Tahoma"/>
          <w:rtl/>
        </w:rPr>
        <w:t>.</w:t>
      </w:r>
    </w:p>
    <w:p w:rsidR="00097F3D" w:rsidRPr="00097F3D" w:rsidRDefault="00097F3D" w:rsidP="00097F3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097F3D">
        <w:rPr>
          <w:rFonts w:ascii="Tahoma" w:hAnsi="Tahoma" w:cs="Tahoma" w:hint="eastAsia"/>
          <w:rtl/>
        </w:rPr>
        <w:t>تهماسب</w:t>
      </w:r>
      <w:r w:rsidRPr="00097F3D">
        <w:rPr>
          <w:rFonts w:ascii="Tahoma" w:hAnsi="Tahoma" w:cs="Tahoma"/>
          <w:rtl/>
        </w:rPr>
        <w:t xml:space="preserve"> ن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ز</w:t>
      </w:r>
      <w:r w:rsidRPr="00097F3D">
        <w:rPr>
          <w:rFonts w:ascii="Tahoma" w:hAnsi="Tahoma" w:cs="Tahoma"/>
          <w:rtl/>
        </w:rPr>
        <w:t xml:space="preserve"> به‌تدر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ج</w:t>
      </w:r>
      <w:r w:rsidRPr="00097F3D">
        <w:rPr>
          <w:rFonts w:ascii="Tahoma" w:hAnsi="Tahoma" w:cs="Tahoma"/>
          <w:rtl/>
        </w:rPr>
        <w:t xml:space="preserve"> چهره‌ا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متفاوت از پدرش پ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دا</w:t>
      </w:r>
      <w:r w:rsidRPr="00097F3D">
        <w:rPr>
          <w:rFonts w:ascii="Tahoma" w:hAnsi="Tahoma" w:cs="Tahoma"/>
          <w:rtl/>
        </w:rPr>
        <w:t xml:space="preserve"> کرد. دوران جوان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او با دربار، جنگ، رقابت ام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ران</w:t>
      </w:r>
      <w:r w:rsidRPr="00097F3D">
        <w:rPr>
          <w:rFonts w:ascii="Tahoma" w:hAnsi="Tahoma" w:cs="Tahoma"/>
          <w:rtl/>
        </w:rPr>
        <w:t xml:space="preserve"> و برخ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رفتارها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معمول شاهزادگان و فرمانروا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ان</w:t>
      </w:r>
      <w:r w:rsidRPr="00097F3D">
        <w:rPr>
          <w:rFonts w:ascii="Tahoma" w:hAnsi="Tahoma" w:cs="Tahoma"/>
          <w:rtl/>
        </w:rPr>
        <w:t xml:space="preserve"> گذشت؛ اما در مرحله‌ا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از زندگ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توبه‌ا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آشکار اعلام کرد و کوش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د</w:t>
      </w:r>
      <w:r w:rsidRPr="00097F3D">
        <w:rPr>
          <w:rFonts w:ascii="Tahoma" w:hAnsi="Tahoma" w:cs="Tahoma"/>
          <w:rtl/>
        </w:rPr>
        <w:t xml:space="preserve"> خود را پادشاه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پا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بند</w:t>
      </w:r>
      <w:r w:rsidRPr="00097F3D">
        <w:rPr>
          <w:rFonts w:ascii="Tahoma" w:hAnsi="Tahoma" w:cs="Tahoma"/>
          <w:rtl/>
        </w:rPr>
        <w:t xml:space="preserve"> به شر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عت</w:t>
      </w:r>
      <w:r w:rsidRPr="00097F3D">
        <w:rPr>
          <w:rFonts w:ascii="Tahoma" w:hAnsi="Tahoma" w:cs="Tahoma"/>
          <w:rtl/>
        </w:rPr>
        <w:t xml:space="preserve"> نشان دهد. منع شراب، </w:t>
      </w:r>
      <w:r w:rsidRPr="00097F3D">
        <w:rPr>
          <w:rFonts w:ascii="Tahoma" w:hAnsi="Tahoma" w:cs="Tahoma" w:hint="eastAsia"/>
          <w:rtl/>
        </w:rPr>
        <w:t>محدودکردن</w:t>
      </w:r>
      <w:r w:rsidRPr="00097F3D">
        <w:rPr>
          <w:rFonts w:ascii="Tahoma" w:hAnsi="Tahoma" w:cs="Tahoma"/>
          <w:rtl/>
        </w:rPr>
        <w:t xml:space="preserve"> برخ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سرگرم</w:t>
      </w:r>
      <w:r w:rsidRPr="00097F3D">
        <w:rPr>
          <w:rFonts w:ascii="Tahoma" w:hAnsi="Tahoma" w:cs="Tahoma" w:hint="cs"/>
          <w:rtl/>
        </w:rPr>
        <w:t>ی‌</w:t>
      </w:r>
      <w:r w:rsidRPr="00097F3D">
        <w:rPr>
          <w:rFonts w:ascii="Tahoma" w:hAnsi="Tahoma" w:cs="Tahoma" w:hint="eastAsia"/>
          <w:rtl/>
        </w:rPr>
        <w:t>ها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دربار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و تأک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د</w:t>
      </w:r>
      <w:r w:rsidRPr="00097F3D">
        <w:rPr>
          <w:rFonts w:ascii="Tahoma" w:hAnsi="Tahoma" w:cs="Tahoma"/>
          <w:rtl/>
        </w:rPr>
        <w:t xml:space="preserve"> بر اجرا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احکام مذهب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بخش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از 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ن</w:t>
      </w:r>
      <w:r w:rsidRPr="00097F3D">
        <w:rPr>
          <w:rFonts w:ascii="Tahoma" w:hAnsi="Tahoma" w:cs="Tahoma"/>
          <w:rtl/>
        </w:rPr>
        <w:t xml:space="preserve"> دگرگون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بود.</w:t>
      </w:r>
    </w:p>
    <w:p w:rsidR="00097F3D" w:rsidRPr="00097F3D" w:rsidRDefault="00097F3D" w:rsidP="00097F3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097F3D">
        <w:rPr>
          <w:rFonts w:ascii="Tahoma" w:hAnsi="Tahoma" w:cs="Tahoma" w:hint="eastAsia"/>
          <w:rtl/>
        </w:rPr>
        <w:t>نبا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د</w:t>
      </w:r>
      <w:r w:rsidRPr="00097F3D">
        <w:rPr>
          <w:rFonts w:ascii="Tahoma" w:hAnsi="Tahoma" w:cs="Tahoma"/>
          <w:rtl/>
        </w:rPr>
        <w:t xml:space="preserve"> 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ن</w:t>
      </w:r>
      <w:r w:rsidRPr="00097F3D">
        <w:rPr>
          <w:rFonts w:ascii="Tahoma" w:hAnsi="Tahoma" w:cs="Tahoma"/>
          <w:rtl/>
        </w:rPr>
        <w:t xml:space="preserve"> توبه را فقط حادثه‌ا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شخص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و مربوط به وجدان شاه دانست. هنگام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که رفتار خصوص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فرمانروا به فرمان‌ها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عموم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و تغ</w:t>
      </w:r>
      <w:r w:rsidRPr="00097F3D">
        <w:rPr>
          <w:rFonts w:ascii="Tahoma" w:hAnsi="Tahoma" w:cs="Tahoma" w:hint="cs"/>
          <w:rtl/>
        </w:rPr>
        <w:t>یی</w:t>
      </w:r>
      <w:r w:rsidRPr="00097F3D">
        <w:rPr>
          <w:rFonts w:ascii="Tahoma" w:hAnsi="Tahoma" w:cs="Tahoma" w:hint="eastAsia"/>
          <w:rtl/>
        </w:rPr>
        <w:t>ر</w:t>
      </w:r>
      <w:r w:rsidRPr="00097F3D">
        <w:rPr>
          <w:rFonts w:ascii="Tahoma" w:hAnsi="Tahoma" w:cs="Tahoma"/>
          <w:rtl/>
        </w:rPr>
        <w:t xml:space="preserve"> دربار م</w:t>
      </w:r>
      <w:r w:rsidRPr="00097F3D">
        <w:rPr>
          <w:rFonts w:ascii="Tahoma" w:hAnsi="Tahoma" w:cs="Tahoma" w:hint="cs"/>
          <w:rtl/>
        </w:rPr>
        <w:t>ی‌</w:t>
      </w:r>
      <w:r w:rsidRPr="00097F3D">
        <w:rPr>
          <w:rFonts w:ascii="Tahoma" w:hAnsi="Tahoma" w:cs="Tahoma" w:hint="eastAsia"/>
          <w:rtl/>
        </w:rPr>
        <w:t>انجامد،</w:t>
      </w:r>
      <w:r w:rsidRPr="00097F3D">
        <w:rPr>
          <w:rFonts w:ascii="Tahoma" w:hAnsi="Tahoma" w:cs="Tahoma"/>
          <w:rtl/>
        </w:rPr>
        <w:t xml:space="preserve"> به بخش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از کشوردار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تبد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ل</w:t>
      </w:r>
      <w:r w:rsidRPr="00097F3D">
        <w:rPr>
          <w:rFonts w:ascii="Tahoma" w:hAnsi="Tahoma" w:cs="Tahoma"/>
          <w:rtl/>
        </w:rPr>
        <w:t xml:space="preserve"> م</w:t>
      </w:r>
      <w:r w:rsidRPr="00097F3D">
        <w:rPr>
          <w:rFonts w:ascii="Tahoma" w:hAnsi="Tahoma" w:cs="Tahoma" w:hint="cs"/>
          <w:rtl/>
        </w:rPr>
        <w:t>ی‌</w:t>
      </w:r>
      <w:r w:rsidRPr="00097F3D">
        <w:rPr>
          <w:rFonts w:ascii="Tahoma" w:hAnsi="Tahoma" w:cs="Tahoma" w:hint="eastAsia"/>
          <w:rtl/>
        </w:rPr>
        <w:t>شود</w:t>
      </w:r>
      <w:r w:rsidRPr="00097F3D">
        <w:rPr>
          <w:rFonts w:ascii="Tahoma" w:hAnsi="Tahoma" w:cs="Tahoma"/>
          <w:rtl/>
        </w:rPr>
        <w:t>. شاه با نما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ش</w:t>
      </w:r>
      <w:r w:rsidRPr="00097F3D">
        <w:rPr>
          <w:rFonts w:ascii="Tahoma" w:hAnsi="Tahoma" w:cs="Tahoma"/>
          <w:rtl/>
        </w:rPr>
        <w:t xml:space="preserve"> د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ندار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خود، فاصله‌اش را از برخ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سنت‌ها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طر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قت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و رفتارها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قزلباش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افز</w:t>
      </w:r>
      <w:r w:rsidRPr="00097F3D">
        <w:rPr>
          <w:rFonts w:ascii="Tahoma" w:hAnsi="Tahoma" w:cs="Tahoma" w:hint="eastAsia"/>
          <w:rtl/>
        </w:rPr>
        <w:t>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ش</w:t>
      </w:r>
      <w:r w:rsidRPr="00097F3D">
        <w:rPr>
          <w:rFonts w:ascii="Tahoma" w:hAnsi="Tahoma" w:cs="Tahoma"/>
          <w:rtl/>
        </w:rPr>
        <w:t xml:space="preserve"> م</w:t>
      </w:r>
      <w:r w:rsidRPr="00097F3D">
        <w:rPr>
          <w:rFonts w:ascii="Tahoma" w:hAnsi="Tahoma" w:cs="Tahoma" w:hint="cs"/>
          <w:rtl/>
        </w:rPr>
        <w:t>ی‌</w:t>
      </w:r>
      <w:r w:rsidRPr="00097F3D">
        <w:rPr>
          <w:rFonts w:ascii="Tahoma" w:hAnsi="Tahoma" w:cs="Tahoma" w:hint="eastAsia"/>
          <w:rtl/>
        </w:rPr>
        <w:t>داد</w:t>
      </w:r>
      <w:r w:rsidRPr="00097F3D">
        <w:rPr>
          <w:rFonts w:ascii="Tahoma" w:hAnsi="Tahoma" w:cs="Tahoma"/>
          <w:rtl/>
        </w:rPr>
        <w:t xml:space="preserve"> و در همان حال، به د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نکاران</w:t>
      </w:r>
      <w:r w:rsidRPr="00097F3D">
        <w:rPr>
          <w:rFonts w:ascii="Tahoma" w:hAnsi="Tahoma" w:cs="Tahoma"/>
          <w:rtl/>
        </w:rPr>
        <w:t xml:space="preserve"> دوازده‌امام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جا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گاه</w:t>
      </w:r>
      <w:r w:rsidRPr="00097F3D">
        <w:rPr>
          <w:rFonts w:ascii="Tahoma" w:hAnsi="Tahoma" w:cs="Tahoma"/>
          <w:rtl/>
        </w:rPr>
        <w:t xml:space="preserve"> ب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شتر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م</w:t>
      </w:r>
      <w:r w:rsidRPr="00097F3D">
        <w:rPr>
          <w:rFonts w:ascii="Tahoma" w:hAnsi="Tahoma" w:cs="Tahoma" w:hint="cs"/>
          <w:rtl/>
        </w:rPr>
        <w:t>ی‌</w:t>
      </w:r>
      <w:r w:rsidRPr="00097F3D">
        <w:rPr>
          <w:rFonts w:ascii="Tahoma" w:hAnsi="Tahoma" w:cs="Tahoma" w:hint="eastAsia"/>
          <w:rtl/>
        </w:rPr>
        <w:t>بخش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د</w:t>
      </w:r>
      <w:r w:rsidRPr="00097F3D">
        <w:rPr>
          <w:rFonts w:ascii="Tahoma" w:hAnsi="Tahoma" w:cs="Tahoma"/>
          <w:rtl/>
        </w:rPr>
        <w:t>.</w:t>
      </w:r>
    </w:p>
    <w:p w:rsidR="00097F3D" w:rsidRPr="00097F3D" w:rsidRDefault="00097F3D" w:rsidP="00097F3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097F3D">
        <w:rPr>
          <w:rFonts w:ascii="Tahoma" w:hAnsi="Tahoma" w:cs="Tahoma" w:hint="eastAsia"/>
          <w:rtl/>
        </w:rPr>
        <w:t>شاه</w:t>
      </w:r>
      <w:r w:rsidRPr="00097F3D">
        <w:rPr>
          <w:rFonts w:ascii="Tahoma" w:hAnsi="Tahoma" w:cs="Tahoma"/>
          <w:rtl/>
        </w:rPr>
        <w:t xml:space="preserve"> اسماع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ل</w:t>
      </w:r>
      <w:r w:rsidRPr="00097F3D">
        <w:rPr>
          <w:rFonts w:ascii="Tahoma" w:hAnsi="Tahoma" w:cs="Tahoma"/>
          <w:rtl/>
        </w:rPr>
        <w:t xml:space="preserve"> م</w:t>
      </w:r>
      <w:r w:rsidRPr="00097F3D">
        <w:rPr>
          <w:rFonts w:ascii="Tahoma" w:hAnsi="Tahoma" w:cs="Tahoma" w:hint="cs"/>
          <w:rtl/>
        </w:rPr>
        <w:t>ی‌</w:t>
      </w:r>
      <w:r w:rsidRPr="00097F3D">
        <w:rPr>
          <w:rFonts w:ascii="Tahoma" w:hAnsi="Tahoma" w:cs="Tahoma" w:hint="eastAsia"/>
          <w:rtl/>
        </w:rPr>
        <w:t>توانست</w:t>
      </w:r>
      <w:r w:rsidRPr="00097F3D">
        <w:rPr>
          <w:rFonts w:ascii="Tahoma" w:hAnsi="Tahoma" w:cs="Tahoma"/>
          <w:rtl/>
        </w:rPr>
        <w:t xml:space="preserve"> به سبب مقام مرشدانهٔ خود در فراز قواعد عاد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د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ده</w:t>
      </w:r>
      <w:r w:rsidRPr="00097F3D">
        <w:rPr>
          <w:rFonts w:ascii="Tahoma" w:hAnsi="Tahoma" w:cs="Tahoma"/>
          <w:rtl/>
        </w:rPr>
        <w:t xml:space="preserve"> شود. اما شاه تهماسب با پذ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رفتن</w:t>
      </w:r>
      <w:r w:rsidRPr="00097F3D">
        <w:rPr>
          <w:rFonts w:ascii="Tahoma" w:hAnsi="Tahoma" w:cs="Tahoma"/>
          <w:rtl/>
        </w:rPr>
        <w:t xml:space="preserve"> آشکار مع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ارها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شر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عت،</w:t>
      </w:r>
      <w:r w:rsidRPr="00097F3D">
        <w:rPr>
          <w:rFonts w:ascii="Tahoma" w:hAnsi="Tahoma" w:cs="Tahoma"/>
          <w:rtl/>
        </w:rPr>
        <w:t xml:space="preserve"> تاج را ز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ر</w:t>
      </w:r>
      <w:r w:rsidRPr="00097F3D">
        <w:rPr>
          <w:rFonts w:ascii="Tahoma" w:hAnsi="Tahoma" w:cs="Tahoma"/>
          <w:rtl/>
        </w:rPr>
        <w:t xml:space="preserve"> نظم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قرار م</w:t>
      </w:r>
      <w:r w:rsidRPr="00097F3D">
        <w:rPr>
          <w:rFonts w:ascii="Tahoma" w:hAnsi="Tahoma" w:cs="Tahoma" w:hint="cs"/>
          <w:rtl/>
        </w:rPr>
        <w:t>ی‌</w:t>
      </w:r>
      <w:r w:rsidRPr="00097F3D">
        <w:rPr>
          <w:rFonts w:ascii="Tahoma" w:hAnsi="Tahoma" w:cs="Tahoma" w:hint="eastAsia"/>
          <w:rtl/>
        </w:rPr>
        <w:t>داد</w:t>
      </w:r>
      <w:r w:rsidRPr="00097F3D">
        <w:rPr>
          <w:rFonts w:ascii="Tahoma" w:hAnsi="Tahoma" w:cs="Tahoma"/>
          <w:rtl/>
        </w:rPr>
        <w:t xml:space="preserve"> که فق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هان</w:t>
      </w:r>
      <w:r w:rsidRPr="00097F3D">
        <w:rPr>
          <w:rFonts w:ascii="Tahoma" w:hAnsi="Tahoma" w:cs="Tahoma"/>
          <w:rtl/>
        </w:rPr>
        <w:t xml:space="preserve"> مدع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شناخت آن بودند. 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ن</w:t>
      </w:r>
      <w:r w:rsidRPr="00097F3D">
        <w:rPr>
          <w:rFonts w:ascii="Tahoma" w:hAnsi="Tahoma" w:cs="Tahoma"/>
          <w:rtl/>
        </w:rPr>
        <w:t xml:space="preserve"> کار به حکومت او حقان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ت</w:t>
      </w:r>
      <w:r w:rsidRPr="00097F3D">
        <w:rPr>
          <w:rFonts w:ascii="Tahoma" w:hAnsi="Tahoma" w:cs="Tahoma"/>
          <w:rtl/>
        </w:rPr>
        <w:t xml:space="preserve"> مذهب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ب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شتر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م</w:t>
      </w:r>
      <w:r w:rsidRPr="00097F3D">
        <w:rPr>
          <w:rFonts w:ascii="Tahoma" w:hAnsi="Tahoma" w:cs="Tahoma" w:hint="cs"/>
          <w:rtl/>
        </w:rPr>
        <w:t>ی‌</w:t>
      </w:r>
      <w:r w:rsidRPr="00097F3D">
        <w:rPr>
          <w:rFonts w:ascii="Tahoma" w:hAnsi="Tahoma" w:cs="Tahoma" w:hint="eastAsia"/>
          <w:rtl/>
        </w:rPr>
        <w:t>بخش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د،</w:t>
      </w:r>
      <w:r w:rsidRPr="00097F3D">
        <w:rPr>
          <w:rFonts w:ascii="Tahoma" w:hAnsi="Tahoma" w:cs="Tahoma"/>
          <w:rtl/>
        </w:rPr>
        <w:t xml:space="preserve"> ول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هم‌زمان نفوذ کسان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</w:t>
      </w:r>
      <w:r w:rsidRPr="00097F3D">
        <w:rPr>
          <w:rFonts w:ascii="Tahoma" w:hAnsi="Tahoma" w:cs="Tahoma" w:hint="eastAsia"/>
          <w:rtl/>
        </w:rPr>
        <w:t>را</w:t>
      </w:r>
      <w:r w:rsidRPr="00097F3D">
        <w:rPr>
          <w:rFonts w:ascii="Tahoma" w:hAnsi="Tahoma" w:cs="Tahoma"/>
          <w:rtl/>
        </w:rPr>
        <w:t xml:space="preserve"> افزا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ش</w:t>
      </w:r>
      <w:r w:rsidRPr="00097F3D">
        <w:rPr>
          <w:rFonts w:ascii="Tahoma" w:hAnsi="Tahoma" w:cs="Tahoma"/>
          <w:rtl/>
        </w:rPr>
        <w:t xml:space="preserve"> م</w:t>
      </w:r>
      <w:r w:rsidRPr="00097F3D">
        <w:rPr>
          <w:rFonts w:ascii="Tahoma" w:hAnsi="Tahoma" w:cs="Tahoma" w:hint="cs"/>
          <w:rtl/>
        </w:rPr>
        <w:t>ی‌</w:t>
      </w:r>
      <w:r w:rsidRPr="00097F3D">
        <w:rPr>
          <w:rFonts w:ascii="Tahoma" w:hAnsi="Tahoma" w:cs="Tahoma" w:hint="eastAsia"/>
          <w:rtl/>
        </w:rPr>
        <w:t>داد</w:t>
      </w:r>
      <w:r w:rsidRPr="00097F3D">
        <w:rPr>
          <w:rFonts w:ascii="Tahoma" w:hAnsi="Tahoma" w:cs="Tahoma"/>
          <w:rtl/>
        </w:rPr>
        <w:t xml:space="preserve"> که م</w:t>
      </w:r>
      <w:r w:rsidRPr="00097F3D">
        <w:rPr>
          <w:rFonts w:ascii="Tahoma" w:hAnsi="Tahoma" w:cs="Tahoma" w:hint="cs"/>
          <w:rtl/>
        </w:rPr>
        <w:t>ی‌</w:t>
      </w:r>
      <w:r w:rsidRPr="00097F3D">
        <w:rPr>
          <w:rFonts w:ascii="Tahoma" w:hAnsi="Tahoma" w:cs="Tahoma" w:hint="eastAsia"/>
          <w:rtl/>
        </w:rPr>
        <w:t>توانستند</w:t>
      </w:r>
      <w:r w:rsidRPr="00097F3D">
        <w:rPr>
          <w:rFonts w:ascii="Tahoma" w:hAnsi="Tahoma" w:cs="Tahoma"/>
          <w:rtl/>
        </w:rPr>
        <w:t xml:space="preserve"> دربارهٔ مطابقت رفتار شاه و جامعه با شر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عت</w:t>
      </w:r>
      <w:r w:rsidRPr="00097F3D">
        <w:rPr>
          <w:rFonts w:ascii="Tahoma" w:hAnsi="Tahoma" w:cs="Tahoma"/>
          <w:rtl/>
        </w:rPr>
        <w:t xml:space="preserve"> داور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کنند.</w:t>
      </w:r>
    </w:p>
    <w:p w:rsidR="00097F3D" w:rsidRPr="00097F3D" w:rsidRDefault="00097F3D" w:rsidP="00097F3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097F3D">
        <w:rPr>
          <w:rFonts w:ascii="Tahoma" w:hAnsi="Tahoma" w:cs="Tahoma" w:hint="eastAsia"/>
          <w:rtl/>
        </w:rPr>
        <w:t>محقق</w:t>
      </w:r>
      <w:r w:rsidRPr="00097F3D">
        <w:rPr>
          <w:rFonts w:ascii="Tahoma" w:hAnsi="Tahoma" w:cs="Tahoma"/>
          <w:rtl/>
        </w:rPr>
        <w:t xml:space="preserve"> کرک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در هم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ن</w:t>
      </w:r>
      <w:r w:rsidRPr="00097F3D">
        <w:rPr>
          <w:rFonts w:ascii="Tahoma" w:hAnsi="Tahoma" w:cs="Tahoma"/>
          <w:rtl/>
        </w:rPr>
        <w:t xml:space="preserve"> روند اهم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ت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و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ژه</w:t>
      </w:r>
      <w:r w:rsidRPr="00097F3D">
        <w:rPr>
          <w:rFonts w:ascii="Tahoma" w:hAnsi="Tahoma" w:cs="Tahoma"/>
          <w:rtl/>
        </w:rPr>
        <w:t xml:space="preserve"> 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افت</w:t>
      </w:r>
      <w:r w:rsidRPr="00097F3D">
        <w:rPr>
          <w:rFonts w:ascii="Tahoma" w:hAnsi="Tahoma" w:cs="Tahoma"/>
          <w:rtl/>
        </w:rPr>
        <w:t>. او از فق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هان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بود که برا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همکار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با حکومت صفو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و اجرا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برخ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وظا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ف</w:t>
      </w:r>
      <w:r w:rsidRPr="00097F3D">
        <w:rPr>
          <w:rFonts w:ascii="Tahoma" w:hAnsi="Tahoma" w:cs="Tahoma"/>
          <w:rtl/>
        </w:rPr>
        <w:t xml:space="preserve"> مذهب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در روزگار غ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بت</w:t>
      </w:r>
      <w:r w:rsidRPr="00097F3D">
        <w:rPr>
          <w:rFonts w:ascii="Tahoma" w:hAnsi="Tahoma" w:cs="Tahoma"/>
          <w:rtl/>
        </w:rPr>
        <w:t xml:space="preserve"> امام، مبنا</w:t>
      </w:r>
      <w:r w:rsidRPr="00097F3D">
        <w:rPr>
          <w:rFonts w:ascii="Tahoma" w:hAnsi="Tahoma" w:cs="Tahoma" w:hint="cs"/>
          <w:rtl/>
        </w:rPr>
        <w:t>یی</w:t>
      </w:r>
      <w:r w:rsidRPr="00097F3D">
        <w:rPr>
          <w:rFonts w:ascii="Tahoma" w:hAnsi="Tahoma" w:cs="Tahoma"/>
          <w:rtl/>
        </w:rPr>
        <w:t xml:space="preserve"> فقه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فراهم م</w:t>
      </w:r>
      <w:r w:rsidRPr="00097F3D">
        <w:rPr>
          <w:rFonts w:ascii="Tahoma" w:hAnsi="Tahoma" w:cs="Tahoma" w:hint="cs"/>
          <w:rtl/>
        </w:rPr>
        <w:t>ی‌</w:t>
      </w:r>
      <w:r w:rsidRPr="00097F3D">
        <w:rPr>
          <w:rFonts w:ascii="Tahoma" w:hAnsi="Tahoma" w:cs="Tahoma" w:hint="eastAsia"/>
          <w:rtl/>
        </w:rPr>
        <w:t>کرد</w:t>
      </w:r>
      <w:r w:rsidRPr="00097F3D">
        <w:rPr>
          <w:rFonts w:ascii="Tahoma" w:hAnsi="Tahoma" w:cs="Tahoma"/>
          <w:rtl/>
        </w:rPr>
        <w:t>. مقام او فقط نت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جهٔ</w:t>
      </w:r>
      <w:r w:rsidRPr="00097F3D">
        <w:rPr>
          <w:rFonts w:ascii="Tahoma" w:hAnsi="Tahoma" w:cs="Tahoma"/>
          <w:rtl/>
        </w:rPr>
        <w:t xml:space="preserve"> دانش شخص</w:t>
      </w:r>
      <w:r w:rsidRPr="00097F3D">
        <w:rPr>
          <w:rFonts w:ascii="Tahoma" w:hAnsi="Tahoma" w:cs="Tahoma" w:hint="cs"/>
          <w:rtl/>
        </w:rPr>
        <w:t>ی‌</w:t>
      </w:r>
      <w:r w:rsidRPr="00097F3D">
        <w:rPr>
          <w:rFonts w:ascii="Tahoma" w:hAnsi="Tahoma" w:cs="Tahoma" w:hint="eastAsia"/>
          <w:rtl/>
        </w:rPr>
        <w:t>اش</w:t>
      </w:r>
      <w:r w:rsidRPr="00097F3D">
        <w:rPr>
          <w:rFonts w:ascii="Tahoma" w:hAnsi="Tahoma" w:cs="Tahoma"/>
          <w:rtl/>
        </w:rPr>
        <w:t xml:space="preserve"> نبود؛ رابطه‌اش با تاج نشان م</w:t>
      </w:r>
      <w:r w:rsidRPr="00097F3D">
        <w:rPr>
          <w:rFonts w:ascii="Tahoma" w:hAnsi="Tahoma" w:cs="Tahoma" w:hint="cs"/>
          <w:rtl/>
        </w:rPr>
        <w:t>ی‌</w:t>
      </w:r>
      <w:r w:rsidRPr="00097F3D">
        <w:rPr>
          <w:rFonts w:ascii="Tahoma" w:hAnsi="Tahoma" w:cs="Tahoma" w:hint="eastAsia"/>
          <w:rtl/>
        </w:rPr>
        <w:t>داد</w:t>
      </w:r>
      <w:r w:rsidRPr="00097F3D">
        <w:rPr>
          <w:rFonts w:ascii="Tahoma" w:hAnsi="Tahoma" w:cs="Tahoma"/>
          <w:rtl/>
        </w:rPr>
        <w:t xml:space="preserve"> که حکومت م</w:t>
      </w:r>
      <w:r w:rsidRPr="00097F3D">
        <w:rPr>
          <w:rFonts w:ascii="Tahoma" w:hAnsi="Tahoma" w:cs="Tahoma" w:hint="cs"/>
          <w:rtl/>
        </w:rPr>
        <w:t>ی‌</w:t>
      </w:r>
      <w:r w:rsidRPr="00097F3D">
        <w:rPr>
          <w:rFonts w:ascii="Tahoma" w:hAnsi="Tahoma" w:cs="Tahoma" w:hint="eastAsia"/>
          <w:rtl/>
        </w:rPr>
        <w:t>خواهد</w:t>
      </w:r>
      <w:r w:rsidRPr="00097F3D">
        <w:rPr>
          <w:rFonts w:ascii="Tahoma" w:hAnsi="Tahoma" w:cs="Tahoma"/>
          <w:rtl/>
        </w:rPr>
        <w:t xml:space="preserve"> فق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ه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شناخته</w:t>
      </w:r>
      <w:r w:rsidRPr="00097F3D">
        <w:rPr>
          <w:rFonts w:ascii="Tahoma" w:hAnsi="Tahoma" w:cs="Tahoma" w:hint="eastAsia"/>
          <w:rtl/>
        </w:rPr>
        <w:t>‌شده</w:t>
      </w:r>
      <w:r w:rsidRPr="00097F3D">
        <w:rPr>
          <w:rFonts w:ascii="Tahoma" w:hAnsi="Tahoma" w:cs="Tahoma"/>
          <w:rtl/>
        </w:rPr>
        <w:t xml:space="preserve"> در تنظ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م</w:t>
      </w:r>
      <w:r w:rsidRPr="00097F3D">
        <w:rPr>
          <w:rFonts w:ascii="Tahoma" w:hAnsi="Tahoma" w:cs="Tahoma"/>
          <w:rtl/>
        </w:rPr>
        <w:t xml:space="preserve"> امور مذهب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،</w:t>
      </w:r>
      <w:r w:rsidRPr="00097F3D">
        <w:rPr>
          <w:rFonts w:ascii="Tahoma" w:hAnsi="Tahoma" w:cs="Tahoma"/>
          <w:rtl/>
        </w:rPr>
        <w:t xml:space="preserve"> قضا</w:t>
      </w:r>
      <w:r w:rsidRPr="00097F3D">
        <w:rPr>
          <w:rFonts w:ascii="Tahoma" w:hAnsi="Tahoma" w:cs="Tahoma" w:hint="cs"/>
          <w:rtl/>
        </w:rPr>
        <w:t>یی</w:t>
      </w:r>
      <w:r w:rsidRPr="00097F3D">
        <w:rPr>
          <w:rFonts w:ascii="Tahoma" w:hAnsi="Tahoma" w:cs="Tahoma"/>
          <w:rtl/>
        </w:rPr>
        <w:t xml:space="preserve"> و آموزش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نقش داشته باشد.</w:t>
      </w:r>
    </w:p>
    <w:p w:rsidR="00097F3D" w:rsidRPr="00097F3D" w:rsidRDefault="00097F3D" w:rsidP="00097F3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097F3D">
        <w:rPr>
          <w:rFonts w:ascii="Tahoma" w:hAnsi="Tahoma" w:cs="Tahoma" w:hint="eastAsia"/>
          <w:rtl/>
        </w:rPr>
        <w:t>در</w:t>
      </w:r>
      <w:r w:rsidRPr="00097F3D">
        <w:rPr>
          <w:rFonts w:ascii="Tahoma" w:hAnsi="Tahoma" w:cs="Tahoma"/>
          <w:rtl/>
        </w:rPr>
        <w:t xml:space="preserve"> برخ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روا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ت‌ها</w:t>
      </w:r>
      <w:r w:rsidRPr="00097F3D">
        <w:rPr>
          <w:rFonts w:ascii="Tahoma" w:hAnsi="Tahoma" w:cs="Tahoma"/>
          <w:rtl/>
        </w:rPr>
        <w:t xml:space="preserve"> و فرمان‌ها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منسوب به 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ن</w:t>
      </w:r>
      <w:r w:rsidRPr="00097F3D">
        <w:rPr>
          <w:rFonts w:ascii="Tahoma" w:hAnsi="Tahoma" w:cs="Tahoma"/>
          <w:rtl/>
        </w:rPr>
        <w:t xml:space="preserve"> دوره، جا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گاه</w:t>
      </w:r>
      <w:r w:rsidRPr="00097F3D">
        <w:rPr>
          <w:rFonts w:ascii="Tahoma" w:hAnsi="Tahoma" w:cs="Tahoma"/>
          <w:rtl/>
        </w:rPr>
        <w:t xml:space="preserve"> کرک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چنان بالا نشان داده م</w:t>
      </w:r>
      <w:r w:rsidRPr="00097F3D">
        <w:rPr>
          <w:rFonts w:ascii="Tahoma" w:hAnsi="Tahoma" w:cs="Tahoma" w:hint="cs"/>
          <w:rtl/>
        </w:rPr>
        <w:t>ی‌</w:t>
      </w:r>
      <w:r w:rsidRPr="00097F3D">
        <w:rPr>
          <w:rFonts w:ascii="Tahoma" w:hAnsi="Tahoma" w:cs="Tahoma" w:hint="eastAsia"/>
          <w:rtl/>
        </w:rPr>
        <w:t>شود</w:t>
      </w:r>
      <w:r w:rsidRPr="00097F3D">
        <w:rPr>
          <w:rFonts w:ascii="Tahoma" w:hAnsi="Tahoma" w:cs="Tahoma"/>
          <w:rtl/>
        </w:rPr>
        <w:t xml:space="preserve"> که گو</w:t>
      </w:r>
      <w:r w:rsidRPr="00097F3D">
        <w:rPr>
          <w:rFonts w:ascii="Tahoma" w:hAnsi="Tahoma" w:cs="Tahoma" w:hint="cs"/>
          <w:rtl/>
        </w:rPr>
        <w:t>یی</w:t>
      </w:r>
      <w:r w:rsidRPr="00097F3D">
        <w:rPr>
          <w:rFonts w:ascii="Tahoma" w:hAnsi="Tahoma" w:cs="Tahoma"/>
          <w:rtl/>
        </w:rPr>
        <w:t xml:space="preserve"> شاه اخت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ار</w:t>
      </w:r>
      <w:r w:rsidRPr="00097F3D">
        <w:rPr>
          <w:rFonts w:ascii="Tahoma" w:hAnsi="Tahoma" w:cs="Tahoma"/>
          <w:rtl/>
        </w:rPr>
        <w:t xml:space="preserve"> مذهب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خود را از او م</w:t>
      </w:r>
      <w:r w:rsidRPr="00097F3D">
        <w:rPr>
          <w:rFonts w:ascii="Tahoma" w:hAnsi="Tahoma" w:cs="Tahoma" w:hint="cs"/>
          <w:rtl/>
        </w:rPr>
        <w:t>ی‌</w:t>
      </w:r>
      <w:r w:rsidRPr="00097F3D">
        <w:rPr>
          <w:rFonts w:ascii="Tahoma" w:hAnsi="Tahoma" w:cs="Tahoma" w:hint="eastAsia"/>
          <w:rtl/>
        </w:rPr>
        <w:t>پذ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رد</w:t>
      </w:r>
      <w:r w:rsidRPr="00097F3D">
        <w:rPr>
          <w:rFonts w:ascii="Tahoma" w:hAnsi="Tahoma" w:cs="Tahoma"/>
          <w:rtl/>
        </w:rPr>
        <w:t>. در عبارت‌ها و حدود دق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ق</w:t>
      </w:r>
      <w:r w:rsidRPr="00097F3D">
        <w:rPr>
          <w:rFonts w:ascii="Tahoma" w:hAnsi="Tahoma" w:cs="Tahoma"/>
          <w:rtl/>
        </w:rPr>
        <w:t xml:space="preserve"> 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ن</w:t>
      </w:r>
      <w:r w:rsidRPr="00097F3D">
        <w:rPr>
          <w:rFonts w:ascii="Tahoma" w:hAnsi="Tahoma" w:cs="Tahoma"/>
          <w:rtl/>
        </w:rPr>
        <w:t xml:space="preserve"> اخت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ار</w:t>
      </w:r>
      <w:r w:rsidRPr="00097F3D">
        <w:rPr>
          <w:rFonts w:ascii="Tahoma" w:hAnsi="Tahoma" w:cs="Tahoma"/>
          <w:rtl/>
        </w:rPr>
        <w:t xml:space="preserve"> م</w:t>
      </w:r>
      <w:r w:rsidRPr="00097F3D">
        <w:rPr>
          <w:rFonts w:ascii="Tahoma" w:hAnsi="Tahoma" w:cs="Tahoma" w:hint="cs"/>
          <w:rtl/>
        </w:rPr>
        <w:t>ی‌</w:t>
      </w:r>
      <w:r w:rsidRPr="00097F3D">
        <w:rPr>
          <w:rFonts w:ascii="Tahoma" w:hAnsi="Tahoma" w:cs="Tahoma" w:hint="eastAsia"/>
          <w:rtl/>
        </w:rPr>
        <w:t>توان</w:t>
      </w:r>
      <w:r w:rsidRPr="00097F3D">
        <w:rPr>
          <w:rFonts w:ascii="Tahoma" w:hAnsi="Tahoma" w:cs="Tahoma"/>
          <w:rtl/>
        </w:rPr>
        <w:t xml:space="preserve"> ترد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د</w:t>
      </w:r>
      <w:r w:rsidRPr="00097F3D">
        <w:rPr>
          <w:rFonts w:ascii="Tahoma" w:hAnsi="Tahoma" w:cs="Tahoma"/>
          <w:rtl/>
        </w:rPr>
        <w:t xml:space="preserve"> و اختلاف داشت، اما اصل دگرگون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روشن است: تاج صفو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د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گر</w:t>
      </w:r>
      <w:r w:rsidRPr="00097F3D">
        <w:rPr>
          <w:rFonts w:ascii="Tahoma" w:hAnsi="Tahoma" w:cs="Tahoma"/>
          <w:rtl/>
        </w:rPr>
        <w:t xml:space="preserve"> فقط از د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نکار</w:t>
      </w:r>
      <w:r w:rsidRPr="00097F3D">
        <w:rPr>
          <w:rFonts w:ascii="Tahoma" w:hAnsi="Tahoma" w:cs="Tahoma"/>
          <w:rtl/>
        </w:rPr>
        <w:t xml:space="preserve"> م</w:t>
      </w:r>
      <w:r w:rsidRPr="00097F3D">
        <w:rPr>
          <w:rFonts w:ascii="Tahoma" w:hAnsi="Tahoma" w:cs="Tahoma" w:hint="cs"/>
          <w:rtl/>
        </w:rPr>
        <w:t>ی‌</w:t>
      </w:r>
      <w:r w:rsidRPr="00097F3D">
        <w:rPr>
          <w:rFonts w:ascii="Tahoma" w:hAnsi="Tahoma" w:cs="Tahoma"/>
          <w:rtl/>
        </w:rPr>
        <w:t>خواست فرمان مذهب رسم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را اجرا کند؛ م</w:t>
      </w:r>
      <w:r w:rsidRPr="00097F3D">
        <w:rPr>
          <w:rFonts w:ascii="Tahoma" w:hAnsi="Tahoma" w:cs="Tahoma" w:hint="cs"/>
          <w:rtl/>
        </w:rPr>
        <w:t>ی‌</w:t>
      </w:r>
      <w:r w:rsidRPr="00097F3D">
        <w:rPr>
          <w:rFonts w:ascii="Tahoma" w:hAnsi="Tahoma" w:cs="Tahoma" w:hint="eastAsia"/>
          <w:rtl/>
        </w:rPr>
        <w:t>کوش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د</w:t>
      </w:r>
      <w:r w:rsidRPr="00097F3D">
        <w:rPr>
          <w:rFonts w:ascii="Tahoma" w:hAnsi="Tahoma" w:cs="Tahoma"/>
          <w:rtl/>
        </w:rPr>
        <w:t xml:space="preserve"> از دانش و ادعا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ن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ابت</w:t>
      </w:r>
      <w:r w:rsidRPr="00097F3D">
        <w:rPr>
          <w:rFonts w:ascii="Tahoma" w:hAnsi="Tahoma" w:cs="Tahoma"/>
          <w:rtl/>
        </w:rPr>
        <w:t xml:space="preserve"> او برا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استوارکردن نظم س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اس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ن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ز</w:t>
      </w:r>
      <w:r w:rsidRPr="00097F3D">
        <w:rPr>
          <w:rFonts w:ascii="Tahoma" w:hAnsi="Tahoma" w:cs="Tahoma"/>
          <w:rtl/>
        </w:rPr>
        <w:t xml:space="preserve"> استفاده کند.</w:t>
      </w:r>
    </w:p>
    <w:p w:rsidR="00097F3D" w:rsidRPr="00097F3D" w:rsidRDefault="00097F3D" w:rsidP="00097F3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097F3D">
        <w:rPr>
          <w:rFonts w:ascii="Tahoma" w:hAnsi="Tahoma" w:cs="Tahoma" w:hint="eastAsia"/>
          <w:rtl/>
        </w:rPr>
        <w:t>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ن</w:t>
      </w:r>
      <w:r w:rsidRPr="00097F3D">
        <w:rPr>
          <w:rFonts w:ascii="Tahoma" w:hAnsi="Tahoma" w:cs="Tahoma"/>
          <w:rtl/>
        </w:rPr>
        <w:t xml:space="preserve"> رابطه در ظاهر م</w:t>
      </w:r>
      <w:r w:rsidRPr="00097F3D">
        <w:rPr>
          <w:rFonts w:ascii="Tahoma" w:hAnsi="Tahoma" w:cs="Tahoma" w:hint="cs"/>
          <w:rtl/>
        </w:rPr>
        <w:t>ی‌</w:t>
      </w:r>
      <w:r w:rsidRPr="00097F3D">
        <w:rPr>
          <w:rFonts w:ascii="Tahoma" w:hAnsi="Tahoma" w:cs="Tahoma" w:hint="eastAsia"/>
          <w:rtl/>
        </w:rPr>
        <w:t>توانست</w:t>
      </w:r>
      <w:r w:rsidRPr="00097F3D">
        <w:rPr>
          <w:rFonts w:ascii="Tahoma" w:hAnsi="Tahoma" w:cs="Tahoma"/>
          <w:rtl/>
        </w:rPr>
        <w:t xml:space="preserve"> جا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شاه و فق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ه</w:t>
      </w:r>
      <w:r w:rsidRPr="00097F3D">
        <w:rPr>
          <w:rFonts w:ascii="Tahoma" w:hAnsi="Tahoma" w:cs="Tahoma"/>
          <w:rtl/>
        </w:rPr>
        <w:t xml:space="preserve"> را با 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کد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گر</w:t>
      </w:r>
      <w:r w:rsidRPr="00097F3D">
        <w:rPr>
          <w:rFonts w:ascii="Tahoma" w:hAnsi="Tahoma" w:cs="Tahoma"/>
          <w:rtl/>
        </w:rPr>
        <w:t xml:space="preserve"> عوض کند. اگر فق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ه</w:t>
      </w:r>
      <w:r w:rsidRPr="00097F3D">
        <w:rPr>
          <w:rFonts w:ascii="Tahoma" w:hAnsi="Tahoma" w:cs="Tahoma"/>
          <w:rtl/>
        </w:rPr>
        <w:t xml:space="preserve"> نا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ب</w:t>
      </w:r>
      <w:r w:rsidRPr="00097F3D">
        <w:rPr>
          <w:rFonts w:ascii="Tahoma" w:hAnsi="Tahoma" w:cs="Tahoma"/>
          <w:rtl/>
        </w:rPr>
        <w:t xml:space="preserve"> امام غا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ب</w:t>
      </w:r>
      <w:r w:rsidRPr="00097F3D">
        <w:rPr>
          <w:rFonts w:ascii="Tahoma" w:hAnsi="Tahoma" w:cs="Tahoma"/>
          <w:rtl/>
        </w:rPr>
        <w:t xml:space="preserve"> بود و شاه خود را مجر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فرمان او م</w:t>
      </w:r>
      <w:r w:rsidRPr="00097F3D">
        <w:rPr>
          <w:rFonts w:ascii="Tahoma" w:hAnsi="Tahoma" w:cs="Tahoma" w:hint="cs"/>
          <w:rtl/>
        </w:rPr>
        <w:t>ی‌</w:t>
      </w:r>
      <w:r w:rsidRPr="00097F3D">
        <w:rPr>
          <w:rFonts w:ascii="Tahoma" w:hAnsi="Tahoma" w:cs="Tahoma" w:hint="eastAsia"/>
          <w:rtl/>
        </w:rPr>
        <w:t>دانست،</w:t>
      </w:r>
      <w:r w:rsidRPr="00097F3D">
        <w:rPr>
          <w:rFonts w:ascii="Tahoma" w:hAnsi="Tahoma" w:cs="Tahoma"/>
          <w:rtl/>
        </w:rPr>
        <w:t xml:space="preserve"> آ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ا</w:t>
      </w:r>
      <w:r w:rsidRPr="00097F3D">
        <w:rPr>
          <w:rFonts w:ascii="Tahoma" w:hAnsi="Tahoma" w:cs="Tahoma"/>
          <w:rtl/>
        </w:rPr>
        <w:t xml:space="preserve"> سرچشمهٔ حق حکومت در عمامه قرار نم</w:t>
      </w:r>
      <w:r w:rsidRPr="00097F3D">
        <w:rPr>
          <w:rFonts w:ascii="Tahoma" w:hAnsi="Tahoma" w:cs="Tahoma" w:hint="cs"/>
          <w:rtl/>
        </w:rPr>
        <w:t>ی‌</w:t>
      </w:r>
      <w:r w:rsidRPr="00097F3D">
        <w:rPr>
          <w:rFonts w:ascii="Tahoma" w:hAnsi="Tahoma" w:cs="Tahoma" w:hint="eastAsia"/>
          <w:rtl/>
        </w:rPr>
        <w:t>گرفت؟</w:t>
      </w:r>
      <w:r w:rsidRPr="00097F3D">
        <w:rPr>
          <w:rFonts w:ascii="Tahoma" w:hAnsi="Tahoma" w:cs="Tahoma"/>
          <w:rtl/>
        </w:rPr>
        <w:t xml:space="preserve"> اما در عمل، فق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ه</w:t>
      </w:r>
      <w:r w:rsidRPr="00097F3D">
        <w:rPr>
          <w:rFonts w:ascii="Tahoma" w:hAnsi="Tahoma" w:cs="Tahoma"/>
          <w:rtl/>
        </w:rPr>
        <w:t xml:space="preserve"> بدون حما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ت</w:t>
      </w:r>
      <w:r w:rsidRPr="00097F3D">
        <w:rPr>
          <w:rFonts w:ascii="Tahoma" w:hAnsi="Tahoma" w:cs="Tahoma"/>
          <w:rtl/>
        </w:rPr>
        <w:t xml:space="preserve"> شاه، قشون و د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وان</w:t>
      </w:r>
      <w:r w:rsidRPr="00097F3D">
        <w:rPr>
          <w:rFonts w:ascii="Tahoma" w:hAnsi="Tahoma" w:cs="Tahoma"/>
          <w:rtl/>
        </w:rPr>
        <w:t xml:space="preserve"> نم</w:t>
      </w:r>
      <w:r w:rsidRPr="00097F3D">
        <w:rPr>
          <w:rFonts w:ascii="Tahoma" w:hAnsi="Tahoma" w:cs="Tahoma" w:hint="cs"/>
          <w:rtl/>
        </w:rPr>
        <w:t>ی‌</w:t>
      </w:r>
      <w:r w:rsidRPr="00097F3D">
        <w:rPr>
          <w:rFonts w:ascii="Tahoma" w:hAnsi="Tahoma" w:cs="Tahoma" w:hint="eastAsia"/>
          <w:rtl/>
        </w:rPr>
        <w:t>توانست</w:t>
      </w:r>
      <w:r w:rsidRPr="00097F3D">
        <w:rPr>
          <w:rFonts w:ascii="Tahoma" w:hAnsi="Tahoma" w:cs="Tahoma"/>
          <w:rtl/>
        </w:rPr>
        <w:t xml:space="preserve"> اخت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ار</w:t>
      </w:r>
      <w:r w:rsidRPr="00097F3D">
        <w:rPr>
          <w:rFonts w:ascii="Tahoma" w:hAnsi="Tahoma" w:cs="Tahoma"/>
          <w:rtl/>
        </w:rPr>
        <w:t xml:space="preserve"> خود را در کشور اج</w:t>
      </w:r>
      <w:r w:rsidRPr="00097F3D">
        <w:rPr>
          <w:rFonts w:ascii="Tahoma" w:hAnsi="Tahoma" w:cs="Tahoma" w:hint="eastAsia"/>
          <w:rtl/>
        </w:rPr>
        <w:t>را</w:t>
      </w:r>
      <w:r w:rsidRPr="00097F3D">
        <w:rPr>
          <w:rFonts w:ascii="Tahoma" w:hAnsi="Tahoma" w:cs="Tahoma"/>
          <w:rtl/>
        </w:rPr>
        <w:t xml:space="preserve"> کند. شاه او را م</w:t>
      </w:r>
      <w:r w:rsidRPr="00097F3D">
        <w:rPr>
          <w:rFonts w:ascii="Tahoma" w:hAnsi="Tahoma" w:cs="Tahoma" w:hint="cs"/>
          <w:rtl/>
        </w:rPr>
        <w:t>ی‌</w:t>
      </w:r>
      <w:r w:rsidRPr="00097F3D">
        <w:rPr>
          <w:rFonts w:ascii="Tahoma" w:hAnsi="Tahoma" w:cs="Tahoma" w:hint="eastAsia"/>
          <w:rtl/>
        </w:rPr>
        <w:t>پذ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رفت،</w:t>
      </w:r>
      <w:r w:rsidRPr="00097F3D">
        <w:rPr>
          <w:rFonts w:ascii="Tahoma" w:hAnsi="Tahoma" w:cs="Tahoma"/>
          <w:rtl/>
        </w:rPr>
        <w:t xml:space="preserve"> برا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ش</w:t>
      </w:r>
      <w:r w:rsidRPr="00097F3D">
        <w:rPr>
          <w:rFonts w:ascii="Tahoma" w:hAnsi="Tahoma" w:cs="Tahoma"/>
          <w:rtl/>
        </w:rPr>
        <w:t xml:space="preserve"> مقام و امکان عمل فراهم م</w:t>
      </w:r>
      <w:r w:rsidRPr="00097F3D">
        <w:rPr>
          <w:rFonts w:ascii="Tahoma" w:hAnsi="Tahoma" w:cs="Tahoma" w:hint="cs"/>
          <w:rtl/>
        </w:rPr>
        <w:t>ی‌</w:t>
      </w:r>
      <w:r w:rsidRPr="00097F3D">
        <w:rPr>
          <w:rFonts w:ascii="Tahoma" w:hAnsi="Tahoma" w:cs="Tahoma" w:hint="eastAsia"/>
          <w:rtl/>
        </w:rPr>
        <w:t>ساخت</w:t>
      </w:r>
      <w:r w:rsidRPr="00097F3D">
        <w:rPr>
          <w:rFonts w:ascii="Tahoma" w:hAnsi="Tahoma" w:cs="Tahoma"/>
          <w:rtl/>
        </w:rPr>
        <w:t xml:space="preserve"> و فرمانش را به مأموران ابلاغ م</w:t>
      </w:r>
      <w:r w:rsidRPr="00097F3D">
        <w:rPr>
          <w:rFonts w:ascii="Tahoma" w:hAnsi="Tahoma" w:cs="Tahoma" w:hint="cs"/>
          <w:rtl/>
        </w:rPr>
        <w:t>ی‌</w:t>
      </w:r>
      <w:r w:rsidRPr="00097F3D">
        <w:rPr>
          <w:rFonts w:ascii="Tahoma" w:hAnsi="Tahoma" w:cs="Tahoma" w:hint="eastAsia"/>
          <w:rtl/>
        </w:rPr>
        <w:t>کرد</w:t>
      </w:r>
      <w:r w:rsidRPr="00097F3D">
        <w:rPr>
          <w:rFonts w:ascii="Tahoma" w:hAnsi="Tahoma" w:cs="Tahoma"/>
          <w:rtl/>
        </w:rPr>
        <w:t>.</w:t>
      </w:r>
    </w:p>
    <w:p w:rsidR="00097F3D" w:rsidRPr="00097F3D" w:rsidRDefault="00097F3D" w:rsidP="00097F3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097F3D">
        <w:rPr>
          <w:rFonts w:ascii="Tahoma" w:hAnsi="Tahoma" w:cs="Tahoma" w:hint="eastAsia"/>
          <w:rtl/>
        </w:rPr>
        <w:t>پس</w:t>
      </w:r>
      <w:r w:rsidRPr="00097F3D">
        <w:rPr>
          <w:rFonts w:ascii="Tahoma" w:hAnsi="Tahoma" w:cs="Tahoma"/>
          <w:rtl/>
        </w:rPr>
        <w:t xml:space="preserve"> رابطهٔ تاج و عمامه نه فرمان‌بردار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کامل 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ک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از د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گر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،</w:t>
      </w:r>
      <w:r w:rsidRPr="00097F3D">
        <w:rPr>
          <w:rFonts w:ascii="Tahoma" w:hAnsi="Tahoma" w:cs="Tahoma"/>
          <w:rtl/>
        </w:rPr>
        <w:t xml:space="preserve"> بلکه تقس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م</w:t>
      </w:r>
      <w:r w:rsidRPr="00097F3D">
        <w:rPr>
          <w:rFonts w:ascii="Tahoma" w:hAnsi="Tahoma" w:cs="Tahoma"/>
          <w:rtl/>
        </w:rPr>
        <w:t xml:space="preserve"> پ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چ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دهٔ</w:t>
      </w:r>
      <w:r w:rsidRPr="00097F3D">
        <w:rPr>
          <w:rFonts w:ascii="Tahoma" w:hAnsi="Tahoma" w:cs="Tahoma"/>
          <w:rtl/>
        </w:rPr>
        <w:t xml:space="preserve"> حقان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ت</w:t>
      </w:r>
      <w:r w:rsidRPr="00097F3D">
        <w:rPr>
          <w:rFonts w:ascii="Tahoma" w:hAnsi="Tahoma" w:cs="Tahoma"/>
          <w:rtl/>
        </w:rPr>
        <w:t xml:space="preserve"> و قدرت بود. فق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ه</w:t>
      </w:r>
      <w:r w:rsidRPr="00097F3D">
        <w:rPr>
          <w:rFonts w:ascii="Tahoma" w:hAnsi="Tahoma" w:cs="Tahoma"/>
          <w:rtl/>
        </w:rPr>
        <w:t xml:space="preserve"> م</w:t>
      </w:r>
      <w:r w:rsidRPr="00097F3D">
        <w:rPr>
          <w:rFonts w:ascii="Tahoma" w:hAnsi="Tahoma" w:cs="Tahoma" w:hint="cs"/>
          <w:rtl/>
        </w:rPr>
        <w:t>ی‌</w:t>
      </w:r>
      <w:r w:rsidRPr="00097F3D">
        <w:rPr>
          <w:rFonts w:ascii="Tahoma" w:hAnsi="Tahoma" w:cs="Tahoma" w:hint="eastAsia"/>
          <w:rtl/>
        </w:rPr>
        <w:t>توانست</w:t>
      </w:r>
      <w:r w:rsidRPr="00097F3D">
        <w:rPr>
          <w:rFonts w:ascii="Tahoma" w:hAnsi="Tahoma" w:cs="Tahoma"/>
          <w:rtl/>
        </w:rPr>
        <w:t xml:space="preserve"> بگو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د</w:t>
      </w:r>
      <w:r w:rsidRPr="00097F3D">
        <w:rPr>
          <w:rFonts w:ascii="Tahoma" w:hAnsi="Tahoma" w:cs="Tahoma"/>
          <w:rtl/>
        </w:rPr>
        <w:t xml:space="preserve"> حکم از شر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عت</w:t>
      </w:r>
      <w:r w:rsidRPr="00097F3D">
        <w:rPr>
          <w:rFonts w:ascii="Tahoma" w:hAnsi="Tahoma" w:cs="Tahoma"/>
          <w:rtl/>
        </w:rPr>
        <w:t xml:space="preserve"> و امام غا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ب</w:t>
      </w:r>
      <w:r w:rsidRPr="00097F3D">
        <w:rPr>
          <w:rFonts w:ascii="Tahoma" w:hAnsi="Tahoma" w:cs="Tahoma"/>
          <w:rtl/>
        </w:rPr>
        <w:t xml:space="preserve"> سرچشمه م</w:t>
      </w:r>
      <w:r w:rsidRPr="00097F3D">
        <w:rPr>
          <w:rFonts w:ascii="Tahoma" w:hAnsi="Tahoma" w:cs="Tahoma" w:hint="cs"/>
          <w:rtl/>
        </w:rPr>
        <w:t>ی‌</w:t>
      </w:r>
      <w:r w:rsidRPr="00097F3D">
        <w:rPr>
          <w:rFonts w:ascii="Tahoma" w:hAnsi="Tahoma" w:cs="Tahoma" w:hint="eastAsia"/>
          <w:rtl/>
        </w:rPr>
        <w:t>گ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رد؛</w:t>
      </w:r>
      <w:r w:rsidRPr="00097F3D">
        <w:rPr>
          <w:rFonts w:ascii="Tahoma" w:hAnsi="Tahoma" w:cs="Tahoma"/>
          <w:rtl/>
        </w:rPr>
        <w:t xml:space="preserve"> شاه م</w:t>
      </w:r>
      <w:r w:rsidRPr="00097F3D">
        <w:rPr>
          <w:rFonts w:ascii="Tahoma" w:hAnsi="Tahoma" w:cs="Tahoma" w:hint="cs"/>
          <w:rtl/>
        </w:rPr>
        <w:t>ی‌</w:t>
      </w:r>
      <w:r w:rsidRPr="00097F3D">
        <w:rPr>
          <w:rFonts w:ascii="Tahoma" w:hAnsi="Tahoma" w:cs="Tahoma" w:hint="eastAsia"/>
          <w:rtl/>
        </w:rPr>
        <w:t>توانست</w:t>
      </w:r>
      <w:r w:rsidRPr="00097F3D">
        <w:rPr>
          <w:rFonts w:ascii="Tahoma" w:hAnsi="Tahoma" w:cs="Tahoma"/>
          <w:rtl/>
        </w:rPr>
        <w:t xml:space="preserve"> بگو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د</w:t>
      </w:r>
      <w:r w:rsidRPr="00097F3D">
        <w:rPr>
          <w:rFonts w:ascii="Tahoma" w:hAnsi="Tahoma" w:cs="Tahoma"/>
          <w:rtl/>
        </w:rPr>
        <w:t xml:space="preserve"> بدون قدرت حکومت، اجرا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آن حکم ممکن ن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ست</w:t>
      </w:r>
      <w:r w:rsidRPr="00097F3D">
        <w:rPr>
          <w:rFonts w:ascii="Tahoma" w:hAnsi="Tahoma" w:cs="Tahoma"/>
          <w:rtl/>
        </w:rPr>
        <w:t>. عمامه به تاج زبان شرع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م</w:t>
      </w:r>
      <w:r w:rsidRPr="00097F3D">
        <w:rPr>
          <w:rFonts w:ascii="Tahoma" w:hAnsi="Tahoma" w:cs="Tahoma" w:hint="cs"/>
          <w:rtl/>
        </w:rPr>
        <w:t>ی‌</w:t>
      </w:r>
      <w:r w:rsidRPr="00097F3D">
        <w:rPr>
          <w:rFonts w:ascii="Tahoma" w:hAnsi="Tahoma" w:cs="Tahoma" w:hint="eastAsia"/>
          <w:rtl/>
        </w:rPr>
        <w:t>داد</w:t>
      </w:r>
      <w:r w:rsidRPr="00097F3D">
        <w:rPr>
          <w:rFonts w:ascii="Tahoma" w:hAnsi="Tahoma" w:cs="Tahoma"/>
          <w:rtl/>
        </w:rPr>
        <w:t xml:space="preserve"> و تاج به عمامه قدرت اجرا</w:t>
      </w:r>
      <w:r w:rsidRPr="00097F3D">
        <w:rPr>
          <w:rFonts w:ascii="Tahoma" w:hAnsi="Tahoma" w:cs="Tahoma" w:hint="cs"/>
          <w:rtl/>
        </w:rPr>
        <w:t>یی</w:t>
      </w:r>
      <w:r w:rsidRPr="00097F3D">
        <w:rPr>
          <w:rFonts w:ascii="Tahoma" w:hAnsi="Tahoma" w:cs="Tahoma"/>
          <w:rtl/>
        </w:rPr>
        <w:t xml:space="preserve"> م</w:t>
      </w:r>
      <w:r w:rsidRPr="00097F3D">
        <w:rPr>
          <w:rFonts w:ascii="Tahoma" w:hAnsi="Tahoma" w:cs="Tahoma" w:hint="cs"/>
          <w:rtl/>
        </w:rPr>
        <w:t>ی‌</w:t>
      </w:r>
      <w:r w:rsidRPr="00097F3D">
        <w:rPr>
          <w:rFonts w:ascii="Tahoma" w:hAnsi="Tahoma" w:cs="Tahoma" w:hint="eastAsia"/>
          <w:rtl/>
        </w:rPr>
        <w:t>بخش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د</w:t>
      </w:r>
      <w:r w:rsidRPr="00097F3D">
        <w:rPr>
          <w:rFonts w:ascii="Tahoma" w:hAnsi="Tahoma" w:cs="Tahoma"/>
          <w:rtl/>
        </w:rPr>
        <w:t>.</w:t>
      </w:r>
    </w:p>
    <w:p w:rsidR="00097F3D" w:rsidRPr="00097F3D" w:rsidRDefault="00097F3D" w:rsidP="00097F3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097F3D">
        <w:rPr>
          <w:rFonts w:ascii="Tahoma" w:hAnsi="Tahoma" w:cs="Tahoma" w:hint="eastAsia"/>
          <w:rtl/>
        </w:rPr>
        <w:t>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ن</w:t>
      </w:r>
      <w:r w:rsidRPr="00097F3D">
        <w:rPr>
          <w:rFonts w:ascii="Tahoma" w:hAnsi="Tahoma" w:cs="Tahoma"/>
          <w:rtl/>
        </w:rPr>
        <w:t xml:space="preserve"> پ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وند</w:t>
      </w:r>
      <w:r w:rsidRPr="00097F3D">
        <w:rPr>
          <w:rFonts w:ascii="Tahoma" w:hAnsi="Tahoma" w:cs="Tahoma"/>
          <w:rtl/>
        </w:rPr>
        <w:t xml:space="preserve"> به تهماسب در مهار قزلباشان ن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ز</w:t>
      </w:r>
      <w:r w:rsidRPr="00097F3D">
        <w:rPr>
          <w:rFonts w:ascii="Tahoma" w:hAnsi="Tahoma" w:cs="Tahoma"/>
          <w:rtl/>
        </w:rPr>
        <w:t xml:space="preserve"> کمک م</w:t>
      </w:r>
      <w:r w:rsidRPr="00097F3D">
        <w:rPr>
          <w:rFonts w:ascii="Tahoma" w:hAnsi="Tahoma" w:cs="Tahoma" w:hint="cs"/>
          <w:rtl/>
        </w:rPr>
        <w:t>ی‌</w:t>
      </w:r>
      <w:r w:rsidRPr="00097F3D">
        <w:rPr>
          <w:rFonts w:ascii="Tahoma" w:hAnsi="Tahoma" w:cs="Tahoma" w:hint="eastAsia"/>
          <w:rtl/>
        </w:rPr>
        <w:t>کرد</w:t>
      </w:r>
      <w:r w:rsidRPr="00097F3D">
        <w:rPr>
          <w:rFonts w:ascii="Tahoma" w:hAnsi="Tahoma" w:cs="Tahoma"/>
          <w:rtl/>
        </w:rPr>
        <w:t>. قزلباشان قدرت خود را از سابقهٔ جنگ، پ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وند</w:t>
      </w:r>
      <w:r w:rsidRPr="00097F3D">
        <w:rPr>
          <w:rFonts w:ascii="Tahoma" w:hAnsi="Tahoma" w:cs="Tahoma"/>
          <w:rtl/>
        </w:rPr>
        <w:t xml:space="preserve"> قب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له‌ا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و رابطهٔ طر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قت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با خاندان صفو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م</w:t>
      </w:r>
      <w:r w:rsidRPr="00097F3D">
        <w:rPr>
          <w:rFonts w:ascii="Tahoma" w:hAnsi="Tahoma" w:cs="Tahoma" w:hint="cs"/>
          <w:rtl/>
        </w:rPr>
        <w:t>ی‌</w:t>
      </w:r>
      <w:r w:rsidRPr="00097F3D">
        <w:rPr>
          <w:rFonts w:ascii="Tahoma" w:hAnsi="Tahoma" w:cs="Tahoma" w:hint="eastAsia"/>
          <w:rtl/>
        </w:rPr>
        <w:t>گرفتند</w:t>
      </w:r>
      <w:r w:rsidRPr="00097F3D">
        <w:rPr>
          <w:rFonts w:ascii="Tahoma" w:hAnsi="Tahoma" w:cs="Tahoma"/>
          <w:rtl/>
        </w:rPr>
        <w:t>. اگر شاه فقط مرشد آنان باق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م</w:t>
      </w:r>
      <w:r w:rsidRPr="00097F3D">
        <w:rPr>
          <w:rFonts w:ascii="Tahoma" w:hAnsi="Tahoma" w:cs="Tahoma" w:hint="cs"/>
          <w:rtl/>
        </w:rPr>
        <w:t>ی‌</w:t>
      </w:r>
      <w:r w:rsidRPr="00097F3D">
        <w:rPr>
          <w:rFonts w:ascii="Tahoma" w:hAnsi="Tahoma" w:cs="Tahoma" w:hint="eastAsia"/>
          <w:rtl/>
        </w:rPr>
        <w:t>ماند،</w:t>
      </w:r>
      <w:r w:rsidRPr="00097F3D">
        <w:rPr>
          <w:rFonts w:ascii="Tahoma" w:hAnsi="Tahoma" w:cs="Tahoma"/>
          <w:rtl/>
        </w:rPr>
        <w:t xml:space="preserve"> ناچار بود اقتدار خود را در همان زبان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ب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ان</w:t>
      </w:r>
      <w:r w:rsidRPr="00097F3D">
        <w:rPr>
          <w:rFonts w:ascii="Tahoma" w:hAnsi="Tahoma" w:cs="Tahoma"/>
          <w:rtl/>
        </w:rPr>
        <w:t xml:space="preserve"> کند که سران قبا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ل</w:t>
      </w:r>
      <w:r w:rsidRPr="00097F3D">
        <w:rPr>
          <w:rFonts w:ascii="Tahoma" w:hAnsi="Tahoma" w:cs="Tahoma"/>
          <w:rtl/>
        </w:rPr>
        <w:t xml:space="preserve"> ن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ز</w:t>
      </w:r>
      <w:r w:rsidRPr="00097F3D">
        <w:rPr>
          <w:rFonts w:ascii="Tahoma" w:hAnsi="Tahoma" w:cs="Tahoma"/>
          <w:rtl/>
        </w:rPr>
        <w:t xml:space="preserve"> بخش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از آ</w:t>
      </w:r>
      <w:r w:rsidRPr="00097F3D">
        <w:rPr>
          <w:rFonts w:ascii="Tahoma" w:hAnsi="Tahoma" w:cs="Tahoma" w:hint="eastAsia"/>
          <w:rtl/>
        </w:rPr>
        <w:t>ن</w:t>
      </w:r>
      <w:r w:rsidRPr="00097F3D">
        <w:rPr>
          <w:rFonts w:ascii="Tahoma" w:hAnsi="Tahoma" w:cs="Tahoma"/>
          <w:rtl/>
        </w:rPr>
        <w:t xml:space="preserve"> بودند. اما شاه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که پاسدار شر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عت</w:t>
      </w:r>
      <w:r w:rsidRPr="00097F3D">
        <w:rPr>
          <w:rFonts w:ascii="Tahoma" w:hAnsi="Tahoma" w:cs="Tahoma"/>
          <w:rtl/>
        </w:rPr>
        <w:t xml:space="preserve"> و مذهب رسم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شناخته م</w:t>
      </w:r>
      <w:r w:rsidRPr="00097F3D">
        <w:rPr>
          <w:rFonts w:ascii="Tahoma" w:hAnsi="Tahoma" w:cs="Tahoma" w:hint="cs"/>
          <w:rtl/>
        </w:rPr>
        <w:t>ی‌</w:t>
      </w:r>
      <w:r w:rsidRPr="00097F3D">
        <w:rPr>
          <w:rFonts w:ascii="Tahoma" w:hAnsi="Tahoma" w:cs="Tahoma" w:hint="eastAsia"/>
          <w:rtl/>
        </w:rPr>
        <w:t>شد،</w:t>
      </w:r>
      <w:r w:rsidRPr="00097F3D">
        <w:rPr>
          <w:rFonts w:ascii="Tahoma" w:hAnsi="Tahoma" w:cs="Tahoma"/>
          <w:rtl/>
        </w:rPr>
        <w:t xml:space="preserve"> م</w:t>
      </w:r>
      <w:r w:rsidRPr="00097F3D">
        <w:rPr>
          <w:rFonts w:ascii="Tahoma" w:hAnsi="Tahoma" w:cs="Tahoma" w:hint="cs"/>
          <w:rtl/>
        </w:rPr>
        <w:t>ی‌</w:t>
      </w:r>
      <w:r w:rsidRPr="00097F3D">
        <w:rPr>
          <w:rFonts w:ascii="Tahoma" w:hAnsi="Tahoma" w:cs="Tahoma" w:hint="eastAsia"/>
          <w:rtl/>
        </w:rPr>
        <w:t>توانست</w:t>
      </w:r>
      <w:r w:rsidRPr="00097F3D">
        <w:rPr>
          <w:rFonts w:ascii="Tahoma" w:hAnsi="Tahoma" w:cs="Tahoma"/>
          <w:rtl/>
        </w:rPr>
        <w:t xml:space="preserve"> بر پا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ه‌ا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فراتر از سنت قزلباش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فرمان براند.</w:t>
      </w:r>
    </w:p>
    <w:p w:rsidR="00097F3D" w:rsidRPr="00097F3D" w:rsidRDefault="00097F3D" w:rsidP="00097F3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097F3D">
        <w:rPr>
          <w:rFonts w:ascii="Tahoma" w:hAnsi="Tahoma" w:cs="Tahoma" w:hint="eastAsia"/>
          <w:rtl/>
        </w:rPr>
        <w:t>د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نکاران</w:t>
      </w:r>
      <w:r w:rsidRPr="00097F3D">
        <w:rPr>
          <w:rFonts w:ascii="Tahoma" w:hAnsi="Tahoma" w:cs="Tahoma"/>
          <w:rtl/>
        </w:rPr>
        <w:t xml:space="preserve"> ن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ز</w:t>
      </w:r>
      <w:r w:rsidRPr="00097F3D">
        <w:rPr>
          <w:rFonts w:ascii="Tahoma" w:hAnsi="Tahoma" w:cs="Tahoma"/>
          <w:rtl/>
        </w:rPr>
        <w:t xml:space="preserve"> برخ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باورها و رفتارها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قزلباشان را با مع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ارها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فقه دوازده‌امام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ناسازگار م</w:t>
      </w:r>
      <w:r w:rsidRPr="00097F3D">
        <w:rPr>
          <w:rFonts w:ascii="Tahoma" w:hAnsi="Tahoma" w:cs="Tahoma" w:hint="cs"/>
          <w:rtl/>
        </w:rPr>
        <w:t>ی‌</w:t>
      </w:r>
      <w:r w:rsidRPr="00097F3D">
        <w:rPr>
          <w:rFonts w:ascii="Tahoma" w:hAnsi="Tahoma" w:cs="Tahoma" w:hint="eastAsia"/>
          <w:rtl/>
        </w:rPr>
        <w:t>د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دند</w:t>
      </w:r>
      <w:r w:rsidRPr="00097F3D">
        <w:rPr>
          <w:rFonts w:ascii="Tahoma" w:hAnsi="Tahoma" w:cs="Tahoma"/>
          <w:rtl/>
        </w:rPr>
        <w:t>. فاصله‌گرفتن حکومت از ادعاها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غلوآم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ز</w:t>
      </w:r>
      <w:r w:rsidRPr="00097F3D">
        <w:rPr>
          <w:rFonts w:ascii="Tahoma" w:hAnsi="Tahoma" w:cs="Tahoma"/>
          <w:rtl/>
        </w:rPr>
        <w:t xml:space="preserve"> دربارهٔ مقام شاه، جا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گاه</w:t>
      </w:r>
      <w:r w:rsidRPr="00097F3D">
        <w:rPr>
          <w:rFonts w:ascii="Tahoma" w:hAnsi="Tahoma" w:cs="Tahoma"/>
          <w:rtl/>
        </w:rPr>
        <w:t xml:space="preserve"> مرشدانهٔ تاج را محدود م</w:t>
      </w:r>
      <w:r w:rsidRPr="00097F3D">
        <w:rPr>
          <w:rFonts w:ascii="Tahoma" w:hAnsi="Tahoma" w:cs="Tahoma" w:hint="cs"/>
          <w:rtl/>
        </w:rPr>
        <w:t>ی‌</w:t>
      </w:r>
      <w:r w:rsidRPr="00097F3D">
        <w:rPr>
          <w:rFonts w:ascii="Tahoma" w:hAnsi="Tahoma" w:cs="Tahoma" w:hint="eastAsia"/>
          <w:rtl/>
        </w:rPr>
        <w:t>کرد؛</w:t>
      </w:r>
      <w:r w:rsidRPr="00097F3D">
        <w:rPr>
          <w:rFonts w:ascii="Tahoma" w:hAnsi="Tahoma" w:cs="Tahoma"/>
          <w:rtl/>
        </w:rPr>
        <w:t xml:space="preserve"> ول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در عوض، سلطنت را به نهاد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قابل انتقال تبد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ل</w:t>
      </w:r>
      <w:r w:rsidRPr="00097F3D">
        <w:rPr>
          <w:rFonts w:ascii="Tahoma" w:hAnsi="Tahoma" w:cs="Tahoma"/>
          <w:rtl/>
        </w:rPr>
        <w:t xml:space="preserve"> م</w:t>
      </w:r>
      <w:r w:rsidRPr="00097F3D">
        <w:rPr>
          <w:rFonts w:ascii="Tahoma" w:hAnsi="Tahoma" w:cs="Tahoma" w:hint="cs"/>
          <w:rtl/>
        </w:rPr>
        <w:t>ی‌</w:t>
      </w:r>
      <w:r w:rsidRPr="00097F3D">
        <w:rPr>
          <w:rFonts w:ascii="Tahoma" w:hAnsi="Tahoma" w:cs="Tahoma" w:hint="eastAsia"/>
          <w:rtl/>
        </w:rPr>
        <w:t>ساخت</w:t>
      </w:r>
      <w:r w:rsidRPr="00097F3D">
        <w:rPr>
          <w:rFonts w:ascii="Tahoma" w:hAnsi="Tahoma" w:cs="Tahoma"/>
          <w:rtl/>
        </w:rPr>
        <w:t>. د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گر</w:t>
      </w:r>
      <w:r w:rsidRPr="00097F3D">
        <w:rPr>
          <w:rFonts w:ascii="Tahoma" w:hAnsi="Tahoma" w:cs="Tahoma"/>
          <w:rtl/>
        </w:rPr>
        <w:t xml:space="preserve"> لازم ن</w:t>
      </w:r>
      <w:r w:rsidRPr="00097F3D">
        <w:rPr>
          <w:rFonts w:ascii="Tahoma" w:hAnsi="Tahoma" w:cs="Tahoma" w:hint="eastAsia"/>
          <w:rtl/>
        </w:rPr>
        <w:t>بود</w:t>
      </w:r>
      <w:r w:rsidRPr="00097F3D">
        <w:rPr>
          <w:rFonts w:ascii="Tahoma" w:hAnsi="Tahoma" w:cs="Tahoma"/>
          <w:rtl/>
        </w:rPr>
        <w:t xml:space="preserve"> هر شاه صفو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همان جذبهٔ فوق‌عاد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شاه اسماع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ل</w:t>
      </w:r>
      <w:r w:rsidRPr="00097F3D">
        <w:rPr>
          <w:rFonts w:ascii="Tahoma" w:hAnsi="Tahoma" w:cs="Tahoma"/>
          <w:rtl/>
        </w:rPr>
        <w:t xml:space="preserve"> را داشته باشد. کاف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بود از خاندان صفو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باشد، مذهب را پاس دارد و از دستگاه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که آن مذهب ساخته بود حما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ت</w:t>
      </w:r>
      <w:r w:rsidRPr="00097F3D">
        <w:rPr>
          <w:rFonts w:ascii="Tahoma" w:hAnsi="Tahoma" w:cs="Tahoma"/>
          <w:rtl/>
        </w:rPr>
        <w:t xml:space="preserve"> کند.</w:t>
      </w:r>
    </w:p>
    <w:p w:rsidR="00097F3D" w:rsidRPr="00097F3D" w:rsidRDefault="00097F3D" w:rsidP="00097F3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097F3D">
        <w:rPr>
          <w:rFonts w:ascii="Tahoma" w:hAnsi="Tahoma" w:cs="Tahoma" w:hint="eastAsia"/>
          <w:rtl/>
        </w:rPr>
        <w:t>در</w:t>
      </w:r>
      <w:r w:rsidRPr="00097F3D">
        <w:rPr>
          <w:rFonts w:ascii="Tahoma" w:hAnsi="Tahoma" w:cs="Tahoma"/>
          <w:rtl/>
        </w:rPr>
        <w:t xml:space="preserve"> 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نجا</w:t>
      </w:r>
      <w:r w:rsidRPr="00097F3D">
        <w:rPr>
          <w:rFonts w:ascii="Tahoma" w:hAnsi="Tahoma" w:cs="Tahoma"/>
          <w:rtl/>
        </w:rPr>
        <w:t xml:space="preserve"> حکومت صفو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ک</w:t>
      </w:r>
      <w:r w:rsidRPr="00097F3D">
        <w:rPr>
          <w:rFonts w:ascii="Tahoma" w:hAnsi="Tahoma" w:cs="Tahoma"/>
          <w:rtl/>
        </w:rPr>
        <w:t xml:space="preserve"> گام از حکومت شخص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فاصله گرفت. تاج هنوز موروث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و وابسته به خاندان بود، اما بقا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آن کمتر از گذشته به و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ژگ</w:t>
      </w:r>
      <w:r w:rsidRPr="00097F3D">
        <w:rPr>
          <w:rFonts w:ascii="Tahoma" w:hAnsi="Tahoma" w:cs="Tahoma" w:hint="cs"/>
          <w:rtl/>
        </w:rPr>
        <w:t>ی‌</w:t>
      </w:r>
      <w:r w:rsidRPr="00097F3D">
        <w:rPr>
          <w:rFonts w:ascii="Tahoma" w:hAnsi="Tahoma" w:cs="Tahoma" w:hint="eastAsia"/>
          <w:rtl/>
        </w:rPr>
        <w:t>ها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استثنا</w:t>
      </w:r>
      <w:r w:rsidRPr="00097F3D">
        <w:rPr>
          <w:rFonts w:ascii="Tahoma" w:hAnsi="Tahoma" w:cs="Tahoma" w:hint="cs"/>
          <w:rtl/>
        </w:rPr>
        <w:t>یی</w:t>
      </w:r>
      <w:r w:rsidRPr="00097F3D">
        <w:rPr>
          <w:rFonts w:ascii="Tahoma" w:hAnsi="Tahoma" w:cs="Tahoma"/>
          <w:rtl/>
        </w:rPr>
        <w:t xml:space="preserve"> 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ک</w:t>
      </w:r>
      <w:r w:rsidRPr="00097F3D">
        <w:rPr>
          <w:rFonts w:ascii="Tahoma" w:hAnsi="Tahoma" w:cs="Tahoma"/>
          <w:rtl/>
        </w:rPr>
        <w:t xml:space="preserve"> فرد بستگ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داشت. د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وان،</w:t>
      </w:r>
      <w:r w:rsidRPr="00097F3D">
        <w:rPr>
          <w:rFonts w:ascii="Tahoma" w:hAnsi="Tahoma" w:cs="Tahoma"/>
          <w:rtl/>
        </w:rPr>
        <w:t xml:space="preserve"> مذهب رسم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،</w:t>
      </w:r>
      <w:r w:rsidRPr="00097F3D">
        <w:rPr>
          <w:rFonts w:ascii="Tahoma" w:hAnsi="Tahoma" w:cs="Tahoma"/>
          <w:rtl/>
        </w:rPr>
        <w:t xml:space="preserve"> دستگاه د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نکار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و قشون، هر 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ک</w:t>
      </w:r>
      <w:r w:rsidRPr="00097F3D">
        <w:rPr>
          <w:rFonts w:ascii="Tahoma" w:hAnsi="Tahoma" w:cs="Tahoma"/>
          <w:rtl/>
        </w:rPr>
        <w:t xml:space="preserve"> به شکل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در انتقال و ادامهٔ حکومت سهم پ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دا</w:t>
      </w:r>
      <w:r w:rsidRPr="00097F3D">
        <w:rPr>
          <w:rFonts w:ascii="Tahoma" w:hAnsi="Tahoma" w:cs="Tahoma"/>
          <w:rtl/>
        </w:rPr>
        <w:t xml:space="preserve"> کرده بو</w:t>
      </w:r>
      <w:r w:rsidRPr="00097F3D">
        <w:rPr>
          <w:rFonts w:ascii="Tahoma" w:hAnsi="Tahoma" w:cs="Tahoma" w:hint="eastAsia"/>
          <w:rtl/>
        </w:rPr>
        <w:t>دند</w:t>
      </w:r>
      <w:r w:rsidRPr="00097F3D">
        <w:rPr>
          <w:rFonts w:ascii="Tahoma" w:hAnsi="Tahoma" w:cs="Tahoma"/>
          <w:rtl/>
        </w:rPr>
        <w:t>.</w:t>
      </w:r>
    </w:p>
    <w:p w:rsidR="00097F3D" w:rsidRPr="00097F3D" w:rsidRDefault="00097F3D" w:rsidP="00097F3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097F3D">
        <w:rPr>
          <w:rFonts w:ascii="Tahoma" w:hAnsi="Tahoma" w:cs="Tahoma" w:hint="eastAsia"/>
          <w:rtl/>
        </w:rPr>
        <w:t>باا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ن‌همه،</w:t>
      </w:r>
      <w:r w:rsidRPr="00097F3D">
        <w:rPr>
          <w:rFonts w:ascii="Tahoma" w:hAnsi="Tahoma" w:cs="Tahoma"/>
          <w:rtl/>
        </w:rPr>
        <w:t xml:space="preserve"> حکومت برا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ماندگار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به امن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ت</w:t>
      </w:r>
      <w:r w:rsidRPr="00097F3D">
        <w:rPr>
          <w:rFonts w:ascii="Tahoma" w:hAnsi="Tahoma" w:cs="Tahoma"/>
          <w:rtl/>
        </w:rPr>
        <w:t xml:space="preserve"> خارج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ن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ز</w:t>
      </w:r>
      <w:r w:rsidRPr="00097F3D">
        <w:rPr>
          <w:rFonts w:ascii="Tahoma" w:hAnsi="Tahoma" w:cs="Tahoma"/>
          <w:rtl/>
        </w:rPr>
        <w:t xml:space="preserve"> ن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از</w:t>
      </w:r>
      <w:r w:rsidRPr="00097F3D">
        <w:rPr>
          <w:rFonts w:ascii="Tahoma" w:hAnsi="Tahoma" w:cs="Tahoma"/>
          <w:rtl/>
        </w:rPr>
        <w:t xml:space="preserve"> داشت. حملات پ</w:t>
      </w:r>
      <w:r w:rsidRPr="00097F3D">
        <w:rPr>
          <w:rFonts w:ascii="Tahoma" w:hAnsi="Tahoma" w:cs="Tahoma" w:hint="cs"/>
          <w:rtl/>
        </w:rPr>
        <w:t>ی‌</w:t>
      </w:r>
      <w:r w:rsidRPr="00097F3D">
        <w:rPr>
          <w:rFonts w:ascii="Tahoma" w:hAnsi="Tahoma" w:cs="Tahoma" w:hint="eastAsia"/>
          <w:rtl/>
        </w:rPr>
        <w:t>درپ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عثمان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ان</w:t>
      </w:r>
      <w:r w:rsidRPr="00097F3D">
        <w:rPr>
          <w:rFonts w:ascii="Tahoma" w:hAnsi="Tahoma" w:cs="Tahoma"/>
          <w:rtl/>
        </w:rPr>
        <w:t xml:space="preserve"> بخش بزرگ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از ن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رو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کشور را مصرف م</w:t>
      </w:r>
      <w:r w:rsidRPr="00097F3D">
        <w:rPr>
          <w:rFonts w:ascii="Tahoma" w:hAnsi="Tahoma" w:cs="Tahoma" w:hint="cs"/>
          <w:rtl/>
        </w:rPr>
        <w:t>ی‌</w:t>
      </w:r>
      <w:r w:rsidRPr="00097F3D">
        <w:rPr>
          <w:rFonts w:ascii="Tahoma" w:hAnsi="Tahoma" w:cs="Tahoma" w:hint="eastAsia"/>
          <w:rtl/>
        </w:rPr>
        <w:t>کرد</w:t>
      </w:r>
      <w:r w:rsidRPr="00097F3D">
        <w:rPr>
          <w:rFonts w:ascii="Tahoma" w:hAnsi="Tahoma" w:cs="Tahoma"/>
          <w:rtl/>
        </w:rPr>
        <w:t xml:space="preserve"> و آذربا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جان</w:t>
      </w:r>
      <w:r w:rsidRPr="00097F3D">
        <w:rPr>
          <w:rFonts w:ascii="Tahoma" w:hAnsi="Tahoma" w:cs="Tahoma"/>
          <w:rtl/>
        </w:rPr>
        <w:t xml:space="preserve"> و مناطق غرب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را در معرض و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ران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قرار م</w:t>
      </w:r>
      <w:r w:rsidRPr="00097F3D">
        <w:rPr>
          <w:rFonts w:ascii="Tahoma" w:hAnsi="Tahoma" w:cs="Tahoma" w:hint="cs"/>
          <w:rtl/>
        </w:rPr>
        <w:t>ی‌</w:t>
      </w:r>
      <w:r w:rsidRPr="00097F3D">
        <w:rPr>
          <w:rFonts w:ascii="Tahoma" w:hAnsi="Tahoma" w:cs="Tahoma" w:hint="eastAsia"/>
          <w:rtl/>
        </w:rPr>
        <w:t>داد</w:t>
      </w:r>
      <w:r w:rsidRPr="00097F3D">
        <w:rPr>
          <w:rFonts w:ascii="Tahoma" w:hAnsi="Tahoma" w:cs="Tahoma"/>
          <w:rtl/>
        </w:rPr>
        <w:t>. س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است</w:t>
      </w:r>
      <w:r w:rsidRPr="00097F3D">
        <w:rPr>
          <w:rFonts w:ascii="Tahoma" w:hAnsi="Tahoma" w:cs="Tahoma"/>
          <w:rtl/>
        </w:rPr>
        <w:t xml:space="preserve"> عقب‌نش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ن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حساب‌شده و محروم‌کردن سپاه دشمن از آذوقه توانسته بود از نابود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قشون صفو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جلوگ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ر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کند، اما نم</w:t>
      </w:r>
      <w:r w:rsidRPr="00097F3D">
        <w:rPr>
          <w:rFonts w:ascii="Tahoma" w:hAnsi="Tahoma" w:cs="Tahoma" w:hint="cs"/>
          <w:rtl/>
        </w:rPr>
        <w:t>ی‌</w:t>
      </w:r>
      <w:r w:rsidRPr="00097F3D">
        <w:rPr>
          <w:rFonts w:ascii="Tahoma" w:hAnsi="Tahoma" w:cs="Tahoma" w:hint="eastAsia"/>
          <w:rtl/>
        </w:rPr>
        <w:t>توانست</w:t>
      </w:r>
      <w:r w:rsidRPr="00097F3D">
        <w:rPr>
          <w:rFonts w:ascii="Tahoma" w:hAnsi="Tahoma" w:cs="Tahoma"/>
          <w:rtl/>
        </w:rPr>
        <w:t xml:space="preserve"> تا ب</w:t>
      </w:r>
      <w:r w:rsidRPr="00097F3D">
        <w:rPr>
          <w:rFonts w:ascii="Tahoma" w:hAnsi="Tahoma" w:cs="Tahoma" w:hint="cs"/>
          <w:rtl/>
        </w:rPr>
        <w:t>ی‌</w:t>
      </w:r>
      <w:r w:rsidRPr="00097F3D">
        <w:rPr>
          <w:rFonts w:ascii="Tahoma" w:hAnsi="Tahoma" w:cs="Tahoma" w:hint="eastAsia"/>
          <w:rtl/>
        </w:rPr>
        <w:t>نها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ت</w:t>
      </w:r>
      <w:r w:rsidRPr="00097F3D">
        <w:rPr>
          <w:rFonts w:ascii="Tahoma" w:hAnsi="Tahoma" w:cs="Tahoma"/>
          <w:rtl/>
        </w:rPr>
        <w:t xml:space="preserve"> ادامه 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ابد</w:t>
      </w:r>
      <w:r w:rsidRPr="00097F3D">
        <w:rPr>
          <w:rFonts w:ascii="Tahoma" w:hAnsi="Tahoma" w:cs="Tahoma"/>
          <w:rtl/>
        </w:rPr>
        <w:t>. جنگ دائم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،</w:t>
      </w:r>
      <w:r w:rsidRPr="00097F3D">
        <w:rPr>
          <w:rFonts w:ascii="Tahoma" w:hAnsi="Tahoma" w:cs="Tahoma"/>
          <w:rtl/>
        </w:rPr>
        <w:t xml:space="preserve"> مال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ات،</w:t>
      </w:r>
      <w:r w:rsidRPr="00097F3D">
        <w:rPr>
          <w:rFonts w:ascii="Tahoma" w:hAnsi="Tahoma" w:cs="Tahoma"/>
          <w:rtl/>
        </w:rPr>
        <w:t xml:space="preserve"> کشاورز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،</w:t>
      </w:r>
      <w:r w:rsidRPr="00097F3D">
        <w:rPr>
          <w:rFonts w:ascii="Tahoma" w:hAnsi="Tahoma" w:cs="Tahoma"/>
          <w:rtl/>
        </w:rPr>
        <w:t xml:space="preserve"> بازرگان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و ادارهٔ 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الات</w:t>
      </w:r>
      <w:r w:rsidRPr="00097F3D">
        <w:rPr>
          <w:rFonts w:ascii="Tahoma" w:hAnsi="Tahoma" w:cs="Tahoma"/>
          <w:rtl/>
        </w:rPr>
        <w:t xml:space="preserve"> را فرسوده م</w:t>
      </w:r>
      <w:r w:rsidRPr="00097F3D">
        <w:rPr>
          <w:rFonts w:ascii="Tahoma" w:hAnsi="Tahoma" w:cs="Tahoma" w:hint="cs"/>
          <w:rtl/>
        </w:rPr>
        <w:t>ی‌</w:t>
      </w:r>
      <w:r w:rsidRPr="00097F3D">
        <w:rPr>
          <w:rFonts w:ascii="Tahoma" w:hAnsi="Tahoma" w:cs="Tahoma" w:hint="eastAsia"/>
          <w:rtl/>
        </w:rPr>
        <w:t>کرد</w:t>
      </w:r>
      <w:r w:rsidRPr="00097F3D">
        <w:rPr>
          <w:rFonts w:ascii="Tahoma" w:hAnsi="Tahoma" w:cs="Tahoma"/>
          <w:rtl/>
        </w:rPr>
        <w:t>.</w:t>
      </w:r>
    </w:p>
    <w:p w:rsidR="00097F3D" w:rsidRPr="00097F3D" w:rsidRDefault="00097F3D" w:rsidP="00097F3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097F3D">
        <w:rPr>
          <w:rFonts w:ascii="Tahoma" w:hAnsi="Tahoma" w:cs="Tahoma" w:hint="eastAsia"/>
          <w:rtl/>
        </w:rPr>
        <w:t>سلطان</w:t>
      </w:r>
      <w:r w:rsidRPr="00097F3D">
        <w:rPr>
          <w:rFonts w:ascii="Tahoma" w:hAnsi="Tahoma" w:cs="Tahoma"/>
          <w:rtl/>
        </w:rPr>
        <w:t xml:space="preserve"> سل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مان</w:t>
      </w:r>
      <w:r w:rsidRPr="00097F3D">
        <w:rPr>
          <w:rFonts w:ascii="Tahoma" w:hAnsi="Tahoma" w:cs="Tahoma"/>
          <w:rtl/>
        </w:rPr>
        <w:t xml:space="preserve"> عثمان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ن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ز،</w:t>
      </w:r>
      <w:r w:rsidRPr="00097F3D">
        <w:rPr>
          <w:rFonts w:ascii="Tahoma" w:hAnsi="Tahoma" w:cs="Tahoma"/>
          <w:rtl/>
        </w:rPr>
        <w:t xml:space="preserve"> با وجود قدرت گسترده‌اش، نتوانسته بود حکومت صفو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را از م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ان</w:t>
      </w:r>
      <w:r w:rsidRPr="00097F3D">
        <w:rPr>
          <w:rFonts w:ascii="Tahoma" w:hAnsi="Tahoma" w:cs="Tahoma"/>
          <w:rtl/>
        </w:rPr>
        <w:t xml:space="preserve"> ببرد. سپاه عثمان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م</w:t>
      </w:r>
      <w:r w:rsidRPr="00097F3D">
        <w:rPr>
          <w:rFonts w:ascii="Tahoma" w:hAnsi="Tahoma" w:cs="Tahoma" w:hint="cs"/>
          <w:rtl/>
        </w:rPr>
        <w:t>ی‌</w:t>
      </w:r>
      <w:r w:rsidRPr="00097F3D">
        <w:rPr>
          <w:rFonts w:ascii="Tahoma" w:hAnsi="Tahoma" w:cs="Tahoma" w:hint="eastAsia"/>
          <w:rtl/>
        </w:rPr>
        <w:t>توانست</w:t>
      </w:r>
      <w:r w:rsidRPr="00097F3D">
        <w:rPr>
          <w:rFonts w:ascii="Tahoma" w:hAnsi="Tahoma" w:cs="Tahoma"/>
          <w:rtl/>
        </w:rPr>
        <w:t xml:space="preserve"> وارد بخش‌ها</w:t>
      </w:r>
      <w:r w:rsidRPr="00097F3D">
        <w:rPr>
          <w:rFonts w:ascii="Tahoma" w:hAnsi="Tahoma" w:cs="Tahoma" w:hint="cs"/>
          <w:rtl/>
        </w:rPr>
        <w:t>یی</w:t>
      </w:r>
      <w:r w:rsidRPr="00097F3D">
        <w:rPr>
          <w:rFonts w:ascii="Tahoma" w:hAnsi="Tahoma" w:cs="Tahoma"/>
          <w:rtl/>
        </w:rPr>
        <w:t xml:space="preserve"> از 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ران</w:t>
      </w:r>
      <w:r w:rsidRPr="00097F3D">
        <w:rPr>
          <w:rFonts w:ascii="Tahoma" w:hAnsi="Tahoma" w:cs="Tahoma"/>
          <w:rtl/>
        </w:rPr>
        <w:t xml:space="preserve"> شود و حت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تبر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ز</w:t>
      </w:r>
      <w:r w:rsidRPr="00097F3D">
        <w:rPr>
          <w:rFonts w:ascii="Tahoma" w:hAnsi="Tahoma" w:cs="Tahoma"/>
          <w:rtl/>
        </w:rPr>
        <w:t xml:space="preserve"> را تصرف کند، اما نگهدار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پا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دار</w:t>
      </w:r>
      <w:r w:rsidRPr="00097F3D">
        <w:rPr>
          <w:rFonts w:ascii="Tahoma" w:hAnsi="Tahoma" w:cs="Tahoma"/>
          <w:rtl/>
        </w:rPr>
        <w:t xml:space="preserve"> سرزم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ن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دور از مراکز تدارکات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دشوار بود. صفو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ان</w:t>
      </w:r>
      <w:r w:rsidRPr="00097F3D">
        <w:rPr>
          <w:rFonts w:ascii="Tahoma" w:hAnsi="Tahoma" w:cs="Tahoma"/>
          <w:rtl/>
        </w:rPr>
        <w:t xml:space="preserve"> ن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ز</w:t>
      </w:r>
      <w:r w:rsidRPr="00097F3D">
        <w:rPr>
          <w:rFonts w:ascii="Tahoma" w:hAnsi="Tahoma" w:cs="Tahoma"/>
          <w:rtl/>
        </w:rPr>
        <w:t xml:space="preserve"> نم</w:t>
      </w:r>
      <w:r w:rsidRPr="00097F3D">
        <w:rPr>
          <w:rFonts w:ascii="Tahoma" w:hAnsi="Tahoma" w:cs="Tahoma" w:hint="cs"/>
          <w:rtl/>
        </w:rPr>
        <w:t>ی‌</w:t>
      </w:r>
      <w:r w:rsidRPr="00097F3D">
        <w:rPr>
          <w:rFonts w:ascii="Tahoma" w:hAnsi="Tahoma" w:cs="Tahoma" w:hint="eastAsia"/>
          <w:rtl/>
        </w:rPr>
        <w:t>توانستند</w:t>
      </w:r>
      <w:r w:rsidRPr="00097F3D">
        <w:rPr>
          <w:rFonts w:ascii="Tahoma" w:hAnsi="Tahoma" w:cs="Tahoma"/>
          <w:rtl/>
        </w:rPr>
        <w:t xml:space="preserve"> عثمان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ان</w:t>
      </w:r>
      <w:r w:rsidRPr="00097F3D">
        <w:rPr>
          <w:rFonts w:ascii="Tahoma" w:hAnsi="Tahoma" w:cs="Tahoma"/>
          <w:rtl/>
        </w:rPr>
        <w:t xml:space="preserve"> را از عراق و آناتول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ب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رون</w:t>
      </w:r>
      <w:r w:rsidRPr="00097F3D">
        <w:rPr>
          <w:rFonts w:ascii="Tahoma" w:hAnsi="Tahoma" w:cs="Tahoma"/>
          <w:rtl/>
        </w:rPr>
        <w:t xml:space="preserve"> برانند. هر دو حکومت م</w:t>
      </w:r>
      <w:r w:rsidRPr="00097F3D">
        <w:rPr>
          <w:rFonts w:ascii="Tahoma" w:hAnsi="Tahoma" w:cs="Tahoma" w:hint="cs"/>
          <w:rtl/>
        </w:rPr>
        <w:t>ی‌</w:t>
      </w:r>
      <w:r w:rsidRPr="00097F3D">
        <w:rPr>
          <w:rFonts w:ascii="Tahoma" w:hAnsi="Tahoma" w:cs="Tahoma" w:hint="eastAsia"/>
          <w:rtl/>
        </w:rPr>
        <w:t>توانستند</w:t>
      </w:r>
      <w:r w:rsidRPr="00097F3D">
        <w:rPr>
          <w:rFonts w:ascii="Tahoma" w:hAnsi="Tahoma" w:cs="Tahoma"/>
          <w:rtl/>
        </w:rPr>
        <w:t xml:space="preserve"> به د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گر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آس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ب</w:t>
      </w:r>
      <w:r w:rsidRPr="00097F3D">
        <w:rPr>
          <w:rFonts w:ascii="Tahoma" w:hAnsi="Tahoma" w:cs="Tahoma"/>
          <w:rtl/>
        </w:rPr>
        <w:t xml:space="preserve"> بزنند، اما ه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چ‌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ک</w:t>
      </w:r>
      <w:r w:rsidRPr="00097F3D">
        <w:rPr>
          <w:rFonts w:ascii="Tahoma" w:hAnsi="Tahoma" w:cs="Tahoma"/>
          <w:rtl/>
        </w:rPr>
        <w:t xml:space="preserve"> قادر نبود رق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ب</w:t>
      </w:r>
      <w:r w:rsidRPr="00097F3D">
        <w:rPr>
          <w:rFonts w:ascii="Tahoma" w:hAnsi="Tahoma" w:cs="Tahoma"/>
          <w:rtl/>
        </w:rPr>
        <w:t xml:space="preserve"> را به‌طور کامل نابود کند.</w:t>
      </w:r>
    </w:p>
    <w:p w:rsidR="00097F3D" w:rsidRPr="00097F3D" w:rsidRDefault="00097F3D" w:rsidP="00097F3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097F3D">
        <w:rPr>
          <w:rFonts w:ascii="Tahoma" w:hAnsi="Tahoma" w:cs="Tahoma" w:hint="eastAsia"/>
          <w:rtl/>
        </w:rPr>
        <w:t>در</w:t>
      </w:r>
      <w:r w:rsidRPr="00097F3D">
        <w:rPr>
          <w:rFonts w:ascii="Tahoma" w:hAnsi="Tahoma" w:cs="Tahoma"/>
          <w:rtl/>
        </w:rPr>
        <w:t xml:space="preserve"> چن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ن</w:t>
      </w:r>
      <w:r w:rsidRPr="00097F3D">
        <w:rPr>
          <w:rFonts w:ascii="Tahoma" w:hAnsi="Tahoma" w:cs="Tahoma"/>
          <w:rtl/>
        </w:rPr>
        <w:t xml:space="preserve"> وضع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،</w:t>
      </w:r>
      <w:r w:rsidRPr="00097F3D">
        <w:rPr>
          <w:rFonts w:ascii="Tahoma" w:hAnsi="Tahoma" w:cs="Tahoma"/>
          <w:rtl/>
        </w:rPr>
        <w:t xml:space="preserve"> ادامهٔ جنگ ب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ش</w:t>
      </w:r>
      <w:r w:rsidRPr="00097F3D">
        <w:rPr>
          <w:rFonts w:ascii="Tahoma" w:hAnsi="Tahoma" w:cs="Tahoma"/>
          <w:rtl/>
        </w:rPr>
        <w:t xml:space="preserve"> از آنکه مرزها را تغ</w:t>
      </w:r>
      <w:r w:rsidRPr="00097F3D">
        <w:rPr>
          <w:rFonts w:ascii="Tahoma" w:hAnsi="Tahoma" w:cs="Tahoma" w:hint="cs"/>
          <w:rtl/>
        </w:rPr>
        <w:t>یی</w:t>
      </w:r>
      <w:r w:rsidRPr="00097F3D">
        <w:rPr>
          <w:rFonts w:ascii="Tahoma" w:hAnsi="Tahoma" w:cs="Tahoma" w:hint="eastAsia"/>
          <w:rtl/>
        </w:rPr>
        <w:t>ر</w:t>
      </w:r>
      <w:r w:rsidRPr="00097F3D">
        <w:rPr>
          <w:rFonts w:ascii="Tahoma" w:hAnsi="Tahoma" w:cs="Tahoma"/>
          <w:rtl/>
        </w:rPr>
        <w:t xml:space="preserve"> دهد، مردم مناطق مرز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و منابع دو حکومت را از م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ان</w:t>
      </w:r>
      <w:r w:rsidRPr="00097F3D">
        <w:rPr>
          <w:rFonts w:ascii="Tahoma" w:hAnsi="Tahoma" w:cs="Tahoma"/>
          <w:rtl/>
        </w:rPr>
        <w:t xml:space="preserve"> م</w:t>
      </w:r>
      <w:r w:rsidRPr="00097F3D">
        <w:rPr>
          <w:rFonts w:ascii="Tahoma" w:hAnsi="Tahoma" w:cs="Tahoma" w:hint="cs"/>
          <w:rtl/>
        </w:rPr>
        <w:t>ی‌</w:t>
      </w:r>
      <w:r w:rsidRPr="00097F3D">
        <w:rPr>
          <w:rFonts w:ascii="Tahoma" w:hAnsi="Tahoma" w:cs="Tahoma" w:hint="eastAsia"/>
          <w:rtl/>
        </w:rPr>
        <w:t>برد</w:t>
      </w:r>
      <w:r w:rsidRPr="00097F3D">
        <w:rPr>
          <w:rFonts w:ascii="Tahoma" w:hAnsi="Tahoma" w:cs="Tahoma"/>
          <w:rtl/>
        </w:rPr>
        <w:t>. پذ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رش</w:t>
      </w:r>
      <w:r w:rsidRPr="00097F3D">
        <w:rPr>
          <w:rFonts w:ascii="Tahoma" w:hAnsi="Tahoma" w:cs="Tahoma"/>
          <w:rtl/>
        </w:rPr>
        <w:t xml:space="preserve"> صلح به معنا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دوست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ا</w:t>
      </w:r>
      <w:r w:rsidRPr="00097F3D">
        <w:rPr>
          <w:rFonts w:ascii="Tahoma" w:hAnsi="Tahoma" w:cs="Tahoma"/>
          <w:rtl/>
        </w:rPr>
        <w:t xml:space="preserve"> پا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ان</w:t>
      </w:r>
      <w:r w:rsidRPr="00097F3D">
        <w:rPr>
          <w:rFonts w:ascii="Tahoma" w:hAnsi="Tahoma" w:cs="Tahoma"/>
          <w:rtl/>
        </w:rPr>
        <w:t xml:space="preserve"> اختلاف مذهب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نبود؛ به معنا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پذ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رفتن</w:t>
      </w:r>
      <w:r w:rsidRPr="00097F3D">
        <w:rPr>
          <w:rFonts w:ascii="Tahoma" w:hAnsi="Tahoma" w:cs="Tahoma"/>
          <w:rtl/>
        </w:rPr>
        <w:t xml:space="preserve"> محدود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ت</w:t>
      </w:r>
      <w:r w:rsidRPr="00097F3D">
        <w:rPr>
          <w:rFonts w:ascii="Tahoma" w:hAnsi="Tahoma" w:cs="Tahoma"/>
          <w:rtl/>
        </w:rPr>
        <w:t xml:space="preserve"> قدرت بود. هر حکومت ناچار م</w:t>
      </w:r>
      <w:r w:rsidRPr="00097F3D">
        <w:rPr>
          <w:rFonts w:ascii="Tahoma" w:hAnsi="Tahoma" w:cs="Tahoma" w:hint="cs"/>
          <w:rtl/>
        </w:rPr>
        <w:t>ی‌</w:t>
      </w:r>
      <w:r w:rsidRPr="00097F3D">
        <w:rPr>
          <w:rFonts w:ascii="Tahoma" w:hAnsi="Tahoma" w:cs="Tahoma" w:hint="eastAsia"/>
          <w:rtl/>
        </w:rPr>
        <w:t>شد</w:t>
      </w:r>
      <w:r w:rsidRPr="00097F3D">
        <w:rPr>
          <w:rFonts w:ascii="Tahoma" w:hAnsi="Tahoma" w:cs="Tahoma"/>
          <w:rtl/>
        </w:rPr>
        <w:t xml:space="preserve"> قبول کند که رق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ب</w:t>
      </w:r>
      <w:r w:rsidRPr="00097F3D">
        <w:rPr>
          <w:rFonts w:ascii="Tahoma" w:hAnsi="Tahoma" w:cs="Tahoma"/>
          <w:rtl/>
        </w:rPr>
        <w:t xml:space="preserve"> ن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ز</w:t>
      </w:r>
      <w:r w:rsidRPr="00097F3D">
        <w:rPr>
          <w:rFonts w:ascii="Tahoma" w:hAnsi="Tahoma" w:cs="Tahoma"/>
          <w:rtl/>
        </w:rPr>
        <w:t xml:space="preserve"> توان باق</w:t>
      </w:r>
      <w:r w:rsidRPr="00097F3D">
        <w:rPr>
          <w:rFonts w:ascii="Tahoma" w:hAnsi="Tahoma" w:cs="Tahoma" w:hint="cs"/>
          <w:rtl/>
        </w:rPr>
        <w:t>ی‌</w:t>
      </w:r>
      <w:r w:rsidRPr="00097F3D">
        <w:rPr>
          <w:rFonts w:ascii="Tahoma" w:hAnsi="Tahoma" w:cs="Tahoma" w:hint="eastAsia"/>
          <w:rtl/>
        </w:rPr>
        <w:t>ماندن</w:t>
      </w:r>
      <w:r w:rsidRPr="00097F3D">
        <w:rPr>
          <w:rFonts w:ascii="Tahoma" w:hAnsi="Tahoma" w:cs="Tahoma"/>
          <w:rtl/>
        </w:rPr>
        <w:t xml:space="preserve"> د</w:t>
      </w:r>
      <w:r w:rsidRPr="00097F3D">
        <w:rPr>
          <w:rFonts w:ascii="Tahoma" w:hAnsi="Tahoma" w:cs="Tahoma" w:hint="eastAsia"/>
          <w:rtl/>
        </w:rPr>
        <w:t>ارد</w:t>
      </w:r>
      <w:r w:rsidRPr="00097F3D">
        <w:rPr>
          <w:rFonts w:ascii="Tahoma" w:hAnsi="Tahoma" w:cs="Tahoma"/>
          <w:rtl/>
        </w:rPr>
        <w:t>.</w:t>
      </w:r>
    </w:p>
    <w:p w:rsidR="00097F3D" w:rsidRPr="00097F3D" w:rsidRDefault="00097F3D" w:rsidP="00097F3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097F3D">
        <w:rPr>
          <w:rFonts w:ascii="Tahoma" w:hAnsi="Tahoma" w:cs="Tahoma" w:hint="eastAsia"/>
          <w:rtl/>
        </w:rPr>
        <w:t>صلح</w:t>
      </w:r>
      <w:r w:rsidRPr="00097F3D">
        <w:rPr>
          <w:rFonts w:ascii="Tahoma" w:hAnsi="Tahoma" w:cs="Tahoma"/>
          <w:rtl/>
        </w:rPr>
        <w:t xml:space="preserve"> آماس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ه</w:t>
      </w:r>
      <w:r w:rsidRPr="00097F3D">
        <w:rPr>
          <w:rFonts w:ascii="Tahoma" w:hAnsi="Tahoma" w:cs="Tahoma"/>
          <w:rtl/>
        </w:rPr>
        <w:t xml:space="preserve"> در سال </w:t>
      </w:r>
      <w:r w:rsidRPr="00097F3D">
        <w:rPr>
          <w:rFonts w:ascii="Tahoma" w:hAnsi="Tahoma" w:cs="Tahoma"/>
          <w:rtl/>
          <w:lang w:bidi="fa-IR"/>
        </w:rPr>
        <w:t>۱۵۵۵</w:t>
      </w:r>
      <w:r w:rsidRPr="00097F3D">
        <w:rPr>
          <w:rFonts w:ascii="Tahoma" w:hAnsi="Tahoma" w:cs="Tahoma"/>
          <w:rtl/>
        </w:rPr>
        <w:t xml:space="preserve"> م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لاد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به دوره‌ا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طولان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از جنگ‌ها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مکرر پا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ان</w:t>
      </w:r>
      <w:r w:rsidRPr="00097F3D">
        <w:rPr>
          <w:rFonts w:ascii="Tahoma" w:hAnsi="Tahoma" w:cs="Tahoma"/>
          <w:rtl/>
        </w:rPr>
        <w:t xml:space="preserve"> داد. 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ن</w:t>
      </w:r>
      <w:r w:rsidRPr="00097F3D">
        <w:rPr>
          <w:rFonts w:ascii="Tahoma" w:hAnsi="Tahoma" w:cs="Tahoma"/>
          <w:rtl/>
        </w:rPr>
        <w:t xml:space="preserve"> پ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مان</w:t>
      </w:r>
      <w:r w:rsidRPr="00097F3D">
        <w:rPr>
          <w:rFonts w:ascii="Tahoma" w:hAnsi="Tahoma" w:cs="Tahoma"/>
          <w:rtl/>
        </w:rPr>
        <w:t xml:space="preserve"> نخست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ن</w:t>
      </w:r>
      <w:r w:rsidRPr="00097F3D">
        <w:rPr>
          <w:rFonts w:ascii="Tahoma" w:hAnsi="Tahoma" w:cs="Tahoma"/>
          <w:rtl/>
        </w:rPr>
        <w:t xml:space="preserve"> توافق رسم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مهم م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ان</w:t>
      </w:r>
      <w:r w:rsidRPr="00097F3D">
        <w:rPr>
          <w:rFonts w:ascii="Tahoma" w:hAnsi="Tahoma" w:cs="Tahoma"/>
          <w:rtl/>
        </w:rPr>
        <w:t xml:space="preserve"> حکومت صفو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و عثمان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بود که حدود نفوذ و تصرف دو طرف را تا اندازه‌ا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روشن م</w:t>
      </w:r>
      <w:r w:rsidRPr="00097F3D">
        <w:rPr>
          <w:rFonts w:ascii="Tahoma" w:hAnsi="Tahoma" w:cs="Tahoma" w:hint="cs"/>
          <w:rtl/>
        </w:rPr>
        <w:t>ی‌</w:t>
      </w:r>
      <w:r w:rsidRPr="00097F3D">
        <w:rPr>
          <w:rFonts w:ascii="Tahoma" w:hAnsi="Tahoma" w:cs="Tahoma" w:hint="eastAsia"/>
          <w:rtl/>
        </w:rPr>
        <w:t>کرد</w:t>
      </w:r>
      <w:r w:rsidRPr="00097F3D">
        <w:rPr>
          <w:rFonts w:ascii="Tahoma" w:hAnsi="Tahoma" w:cs="Tahoma"/>
          <w:rtl/>
        </w:rPr>
        <w:t>. عثمان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ان</w:t>
      </w:r>
      <w:r w:rsidRPr="00097F3D">
        <w:rPr>
          <w:rFonts w:ascii="Tahoma" w:hAnsi="Tahoma" w:cs="Tahoma"/>
          <w:rtl/>
        </w:rPr>
        <w:t xml:space="preserve"> موقع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ت</w:t>
      </w:r>
      <w:r w:rsidRPr="00097F3D">
        <w:rPr>
          <w:rFonts w:ascii="Tahoma" w:hAnsi="Tahoma" w:cs="Tahoma"/>
          <w:rtl/>
        </w:rPr>
        <w:t xml:space="preserve"> خود را در عراق عرب و بخش‌ها</w:t>
      </w:r>
      <w:r w:rsidRPr="00097F3D">
        <w:rPr>
          <w:rFonts w:ascii="Tahoma" w:hAnsi="Tahoma" w:cs="Tahoma" w:hint="cs"/>
          <w:rtl/>
        </w:rPr>
        <w:t>یی</w:t>
      </w:r>
      <w:r w:rsidRPr="00097F3D">
        <w:rPr>
          <w:rFonts w:ascii="Tahoma" w:hAnsi="Tahoma" w:cs="Tahoma"/>
          <w:rtl/>
        </w:rPr>
        <w:t xml:space="preserve"> از غرب تثب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ت</w:t>
      </w:r>
      <w:r w:rsidRPr="00097F3D">
        <w:rPr>
          <w:rFonts w:ascii="Tahoma" w:hAnsi="Tahoma" w:cs="Tahoma"/>
          <w:rtl/>
        </w:rPr>
        <w:t xml:space="preserve"> کردند و حکومت صفو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بخش‌ها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اصل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ران</w:t>
      </w:r>
      <w:r w:rsidRPr="00097F3D">
        <w:rPr>
          <w:rFonts w:ascii="Tahoma" w:hAnsi="Tahoma" w:cs="Tahoma"/>
          <w:rtl/>
        </w:rPr>
        <w:t xml:space="preserve"> و آذربا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جان</w:t>
      </w:r>
      <w:r w:rsidRPr="00097F3D">
        <w:rPr>
          <w:rFonts w:ascii="Tahoma" w:hAnsi="Tahoma" w:cs="Tahoma"/>
          <w:rtl/>
        </w:rPr>
        <w:t xml:space="preserve"> را نگاه داشت. دربارهٔ سرزم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ن‌ها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قفقاز ن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ز</w:t>
      </w:r>
      <w:r w:rsidRPr="00097F3D">
        <w:rPr>
          <w:rFonts w:ascii="Tahoma" w:hAnsi="Tahoma" w:cs="Tahoma"/>
          <w:rtl/>
        </w:rPr>
        <w:t xml:space="preserve"> نوع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تقس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م</w:t>
      </w:r>
      <w:r w:rsidRPr="00097F3D">
        <w:rPr>
          <w:rFonts w:ascii="Tahoma" w:hAnsi="Tahoma" w:cs="Tahoma"/>
          <w:rtl/>
        </w:rPr>
        <w:t xml:space="preserve"> نفوذ پذ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رفته</w:t>
      </w:r>
      <w:r w:rsidRPr="00097F3D">
        <w:rPr>
          <w:rFonts w:ascii="Tahoma" w:hAnsi="Tahoma" w:cs="Tahoma"/>
          <w:rtl/>
        </w:rPr>
        <w:t xml:space="preserve"> شد.</w:t>
      </w:r>
    </w:p>
    <w:p w:rsidR="00097F3D" w:rsidRPr="00097F3D" w:rsidRDefault="00097F3D" w:rsidP="00097F3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097F3D">
        <w:rPr>
          <w:rFonts w:ascii="Tahoma" w:hAnsi="Tahoma" w:cs="Tahoma" w:hint="eastAsia"/>
          <w:rtl/>
        </w:rPr>
        <w:t>برا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شاه تهماسب، صلح فقط پا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ان</w:t>
      </w:r>
      <w:r w:rsidRPr="00097F3D">
        <w:rPr>
          <w:rFonts w:ascii="Tahoma" w:hAnsi="Tahoma" w:cs="Tahoma"/>
          <w:rtl/>
        </w:rPr>
        <w:t xml:space="preserve"> 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ک</w:t>
      </w:r>
      <w:r w:rsidRPr="00097F3D">
        <w:rPr>
          <w:rFonts w:ascii="Tahoma" w:hAnsi="Tahoma" w:cs="Tahoma"/>
          <w:rtl/>
        </w:rPr>
        <w:t xml:space="preserve"> جنگ نبود؛ به حکومت فرصت م</w:t>
      </w:r>
      <w:r w:rsidRPr="00097F3D">
        <w:rPr>
          <w:rFonts w:ascii="Tahoma" w:hAnsi="Tahoma" w:cs="Tahoma" w:hint="cs"/>
          <w:rtl/>
        </w:rPr>
        <w:t>ی‌</w:t>
      </w:r>
      <w:r w:rsidRPr="00097F3D">
        <w:rPr>
          <w:rFonts w:ascii="Tahoma" w:hAnsi="Tahoma" w:cs="Tahoma" w:hint="eastAsia"/>
          <w:rtl/>
        </w:rPr>
        <w:t>داد</w:t>
      </w:r>
      <w:r w:rsidRPr="00097F3D">
        <w:rPr>
          <w:rFonts w:ascii="Tahoma" w:hAnsi="Tahoma" w:cs="Tahoma"/>
          <w:rtl/>
        </w:rPr>
        <w:t xml:space="preserve"> د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وان،</w:t>
      </w:r>
      <w:r w:rsidRPr="00097F3D">
        <w:rPr>
          <w:rFonts w:ascii="Tahoma" w:hAnsi="Tahoma" w:cs="Tahoma"/>
          <w:rtl/>
        </w:rPr>
        <w:t xml:space="preserve"> قشون و دستگاه مذهب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را درون کشور استوارتر کند. مال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که در لشکرکش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و و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ران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مناطق مرز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مصرف م</w:t>
      </w:r>
      <w:r w:rsidRPr="00097F3D">
        <w:rPr>
          <w:rFonts w:ascii="Tahoma" w:hAnsi="Tahoma" w:cs="Tahoma" w:hint="cs"/>
          <w:rtl/>
        </w:rPr>
        <w:t>ی‌</w:t>
      </w:r>
      <w:r w:rsidRPr="00097F3D">
        <w:rPr>
          <w:rFonts w:ascii="Tahoma" w:hAnsi="Tahoma" w:cs="Tahoma" w:hint="eastAsia"/>
          <w:rtl/>
        </w:rPr>
        <w:t>شد</w:t>
      </w:r>
      <w:r w:rsidRPr="00097F3D">
        <w:rPr>
          <w:rFonts w:ascii="Tahoma" w:hAnsi="Tahoma" w:cs="Tahoma"/>
          <w:rtl/>
        </w:rPr>
        <w:t xml:space="preserve"> م</w:t>
      </w:r>
      <w:r w:rsidRPr="00097F3D">
        <w:rPr>
          <w:rFonts w:ascii="Tahoma" w:hAnsi="Tahoma" w:cs="Tahoma" w:hint="cs"/>
          <w:rtl/>
        </w:rPr>
        <w:t>ی‌</w:t>
      </w:r>
      <w:r w:rsidRPr="00097F3D">
        <w:rPr>
          <w:rFonts w:ascii="Tahoma" w:hAnsi="Tahoma" w:cs="Tahoma" w:hint="eastAsia"/>
          <w:rtl/>
        </w:rPr>
        <w:t>توانست</w:t>
      </w:r>
      <w:r w:rsidRPr="00097F3D">
        <w:rPr>
          <w:rFonts w:ascii="Tahoma" w:hAnsi="Tahoma" w:cs="Tahoma"/>
          <w:rtl/>
        </w:rPr>
        <w:t xml:space="preserve"> در خدمت ادارهٔ حکومت قرار گ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رد</w:t>
      </w:r>
      <w:r w:rsidRPr="00097F3D">
        <w:rPr>
          <w:rFonts w:ascii="Tahoma" w:hAnsi="Tahoma" w:cs="Tahoma"/>
          <w:rtl/>
        </w:rPr>
        <w:t>. راه‌ها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تجار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امن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ت</w:t>
      </w:r>
      <w:r w:rsidRPr="00097F3D">
        <w:rPr>
          <w:rFonts w:ascii="Tahoma" w:hAnsi="Tahoma" w:cs="Tahoma"/>
          <w:rtl/>
        </w:rPr>
        <w:t xml:space="preserve"> ب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شتر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م</w:t>
      </w:r>
      <w:r w:rsidRPr="00097F3D">
        <w:rPr>
          <w:rFonts w:ascii="Tahoma" w:hAnsi="Tahoma" w:cs="Tahoma" w:hint="cs"/>
          <w:rtl/>
        </w:rPr>
        <w:t>ی‌ی</w:t>
      </w:r>
      <w:r w:rsidRPr="00097F3D">
        <w:rPr>
          <w:rFonts w:ascii="Tahoma" w:hAnsi="Tahoma" w:cs="Tahoma" w:hint="eastAsia"/>
          <w:rtl/>
        </w:rPr>
        <w:t>افتند</w:t>
      </w:r>
      <w:r w:rsidRPr="00097F3D">
        <w:rPr>
          <w:rFonts w:ascii="Tahoma" w:hAnsi="Tahoma" w:cs="Tahoma"/>
          <w:rtl/>
        </w:rPr>
        <w:t xml:space="preserve"> و مرکز ف</w:t>
      </w:r>
      <w:r w:rsidRPr="00097F3D">
        <w:rPr>
          <w:rFonts w:ascii="Tahoma" w:hAnsi="Tahoma" w:cs="Tahoma" w:hint="eastAsia"/>
          <w:rtl/>
        </w:rPr>
        <w:t>رصت</w:t>
      </w:r>
      <w:r w:rsidRPr="00097F3D">
        <w:rPr>
          <w:rFonts w:ascii="Tahoma" w:hAnsi="Tahoma" w:cs="Tahoma"/>
          <w:rtl/>
        </w:rPr>
        <w:t xml:space="preserve"> پ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دا</w:t>
      </w:r>
      <w:r w:rsidRPr="00097F3D">
        <w:rPr>
          <w:rFonts w:ascii="Tahoma" w:hAnsi="Tahoma" w:cs="Tahoma"/>
          <w:rtl/>
        </w:rPr>
        <w:t xml:space="preserve"> م</w:t>
      </w:r>
      <w:r w:rsidRPr="00097F3D">
        <w:rPr>
          <w:rFonts w:ascii="Tahoma" w:hAnsi="Tahoma" w:cs="Tahoma" w:hint="cs"/>
          <w:rtl/>
        </w:rPr>
        <w:t>ی‌</w:t>
      </w:r>
      <w:r w:rsidRPr="00097F3D">
        <w:rPr>
          <w:rFonts w:ascii="Tahoma" w:hAnsi="Tahoma" w:cs="Tahoma" w:hint="eastAsia"/>
          <w:rtl/>
        </w:rPr>
        <w:t>کرد</w:t>
      </w:r>
      <w:r w:rsidRPr="00097F3D">
        <w:rPr>
          <w:rFonts w:ascii="Tahoma" w:hAnsi="Tahoma" w:cs="Tahoma"/>
          <w:rtl/>
        </w:rPr>
        <w:t xml:space="preserve"> بر حاکمان 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الات</w:t>
      </w:r>
      <w:r w:rsidRPr="00097F3D">
        <w:rPr>
          <w:rFonts w:ascii="Tahoma" w:hAnsi="Tahoma" w:cs="Tahoma"/>
          <w:rtl/>
        </w:rPr>
        <w:t xml:space="preserve"> نظارت کند.</w:t>
      </w:r>
    </w:p>
    <w:p w:rsidR="00097F3D" w:rsidRPr="00097F3D" w:rsidRDefault="00097F3D" w:rsidP="00097F3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097F3D">
        <w:rPr>
          <w:rFonts w:ascii="Tahoma" w:hAnsi="Tahoma" w:cs="Tahoma" w:hint="eastAsia"/>
          <w:rtl/>
        </w:rPr>
        <w:t>صلح</w:t>
      </w:r>
      <w:r w:rsidRPr="00097F3D">
        <w:rPr>
          <w:rFonts w:ascii="Tahoma" w:hAnsi="Tahoma" w:cs="Tahoma"/>
          <w:rtl/>
        </w:rPr>
        <w:t xml:space="preserve"> همچن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ن</w:t>
      </w:r>
      <w:r w:rsidRPr="00097F3D">
        <w:rPr>
          <w:rFonts w:ascii="Tahoma" w:hAnsi="Tahoma" w:cs="Tahoma"/>
          <w:rtl/>
        </w:rPr>
        <w:t xml:space="preserve"> به معنا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شناسا</w:t>
      </w:r>
      <w:r w:rsidRPr="00097F3D">
        <w:rPr>
          <w:rFonts w:ascii="Tahoma" w:hAnsi="Tahoma" w:cs="Tahoma" w:hint="cs"/>
          <w:rtl/>
        </w:rPr>
        <w:t>یی</w:t>
      </w:r>
      <w:r w:rsidRPr="00097F3D">
        <w:rPr>
          <w:rFonts w:ascii="Tahoma" w:hAnsi="Tahoma" w:cs="Tahoma"/>
          <w:rtl/>
        </w:rPr>
        <w:t xml:space="preserve"> عمل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بقا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دو حکومت با هو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ت‌ها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مذهب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متفاوت بود. عثمان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ان</w:t>
      </w:r>
      <w:r w:rsidRPr="00097F3D">
        <w:rPr>
          <w:rFonts w:ascii="Tahoma" w:hAnsi="Tahoma" w:cs="Tahoma"/>
          <w:rtl/>
        </w:rPr>
        <w:t xml:space="preserve"> نتوانسته بودند صفو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ان</w:t>
      </w:r>
      <w:r w:rsidRPr="00097F3D">
        <w:rPr>
          <w:rFonts w:ascii="Tahoma" w:hAnsi="Tahoma" w:cs="Tahoma"/>
          <w:rtl/>
        </w:rPr>
        <w:t xml:space="preserve"> را فقط شورش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ان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مذهب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و موقت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نشان دهند که با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د</w:t>
      </w:r>
      <w:r w:rsidRPr="00097F3D">
        <w:rPr>
          <w:rFonts w:ascii="Tahoma" w:hAnsi="Tahoma" w:cs="Tahoma"/>
          <w:rtl/>
        </w:rPr>
        <w:t xml:space="preserve"> از م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ان</w:t>
      </w:r>
      <w:r w:rsidRPr="00097F3D">
        <w:rPr>
          <w:rFonts w:ascii="Tahoma" w:hAnsi="Tahoma" w:cs="Tahoma"/>
          <w:rtl/>
        </w:rPr>
        <w:t xml:space="preserve"> بروند. حکومت صفو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ن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ز</w:t>
      </w:r>
      <w:r w:rsidRPr="00097F3D">
        <w:rPr>
          <w:rFonts w:ascii="Tahoma" w:hAnsi="Tahoma" w:cs="Tahoma"/>
          <w:rtl/>
        </w:rPr>
        <w:t xml:space="preserve"> ناچار شد بپذ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رد</w:t>
      </w:r>
      <w:r w:rsidRPr="00097F3D">
        <w:rPr>
          <w:rFonts w:ascii="Tahoma" w:hAnsi="Tahoma" w:cs="Tahoma"/>
          <w:rtl/>
        </w:rPr>
        <w:t xml:space="preserve"> که نم</w:t>
      </w:r>
      <w:r w:rsidRPr="00097F3D">
        <w:rPr>
          <w:rFonts w:ascii="Tahoma" w:hAnsi="Tahoma" w:cs="Tahoma" w:hint="cs"/>
          <w:rtl/>
        </w:rPr>
        <w:t>ی‌</w:t>
      </w:r>
      <w:r w:rsidRPr="00097F3D">
        <w:rPr>
          <w:rFonts w:ascii="Tahoma" w:hAnsi="Tahoma" w:cs="Tahoma" w:hint="eastAsia"/>
          <w:rtl/>
        </w:rPr>
        <w:t>تواند</w:t>
      </w:r>
      <w:r w:rsidRPr="00097F3D">
        <w:rPr>
          <w:rFonts w:ascii="Tahoma" w:hAnsi="Tahoma" w:cs="Tahoma"/>
          <w:rtl/>
        </w:rPr>
        <w:t xml:space="preserve"> با تک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ه</w:t>
      </w:r>
      <w:r w:rsidRPr="00097F3D">
        <w:rPr>
          <w:rFonts w:ascii="Tahoma" w:hAnsi="Tahoma" w:cs="Tahoma"/>
          <w:rtl/>
        </w:rPr>
        <w:t xml:space="preserve"> بر شور قزلباشان امپراتور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عثمان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</w:t>
      </w:r>
      <w:r w:rsidRPr="00097F3D">
        <w:rPr>
          <w:rFonts w:ascii="Tahoma" w:hAnsi="Tahoma" w:cs="Tahoma" w:hint="eastAsia"/>
          <w:rtl/>
        </w:rPr>
        <w:t>را</w:t>
      </w:r>
      <w:r w:rsidRPr="00097F3D">
        <w:rPr>
          <w:rFonts w:ascii="Tahoma" w:hAnsi="Tahoma" w:cs="Tahoma"/>
          <w:rtl/>
        </w:rPr>
        <w:t xml:space="preserve"> شکست دهد. 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ران</w:t>
      </w:r>
      <w:r w:rsidRPr="00097F3D">
        <w:rPr>
          <w:rFonts w:ascii="Tahoma" w:hAnsi="Tahoma" w:cs="Tahoma"/>
          <w:rtl/>
        </w:rPr>
        <w:t xml:space="preserve"> صفو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اکنون به عنوان قدرت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پا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دار</w:t>
      </w:r>
      <w:r w:rsidRPr="00097F3D">
        <w:rPr>
          <w:rFonts w:ascii="Tahoma" w:hAnsi="Tahoma" w:cs="Tahoma"/>
          <w:rtl/>
        </w:rPr>
        <w:t xml:space="preserve"> در کنار عثمان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ان</w:t>
      </w:r>
      <w:r w:rsidRPr="00097F3D">
        <w:rPr>
          <w:rFonts w:ascii="Tahoma" w:hAnsi="Tahoma" w:cs="Tahoma"/>
          <w:rtl/>
        </w:rPr>
        <w:t xml:space="preserve"> قرار گرفته بود.</w:t>
      </w:r>
    </w:p>
    <w:p w:rsidR="00097F3D" w:rsidRPr="00097F3D" w:rsidRDefault="00097F3D" w:rsidP="00097F3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097F3D">
        <w:rPr>
          <w:rFonts w:ascii="Tahoma" w:hAnsi="Tahoma" w:cs="Tahoma" w:hint="eastAsia"/>
          <w:rtl/>
        </w:rPr>
        <w:t>اختلاف</w:t>
      </w:r>
      <w:r w:rsidRPr="00097F3D">
        <w:rPr>
          <w:rFonts w:ascii="Tahoma" w:hAnsi="Tahoma" w:cs="Tahoma"/>
          <w:rtl/>
        </w:rPr>
        <w:t xml:space="preserve"> مذهب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همچنان ادامه داشت. تبل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غات،</w:t>
      </w:r>
      <w:r w:rsidRPr="00097F3D">
        <w:rPr>
          <w:rFonts w:ascii="Tahoma" w:hAnsi="Tahoma" w:cs="Tahoma"/>
          <w:rtl/>
        </w:rPr>
        <w:t xml:space="preserve"> لعن‌ها و ادعاها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متقابل از م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ان</w:t>
      </w:r>
      <w:r w:rsidRPr="00097F3D">
        <w:rPr>
          <w:rFonts w:ascii="Tahoma" w:hAnsi="Tahoma" w:cs="Tahoma"/>
          <w:rtl/>
        </w:rPr>
        <w:t xml:space="preserve"> نرفتند و هر دو حکومت خود را مدافع صورت درست اسلام م</w:t>
      </w:r>
      <w:r w:rsidRPr="00097F3D">
        <w:rPr>
          <w:rFonts w:ascii="Tahoma" w:hAnsi="Tahoma" w:cs="Tahoma" w:hint="cs"/>
          <w:rtl/>
        </w:rPr>
        <w:t>ی‌</w:t>
      </w:r>
      <w:r w:rsidRPr="00097F3D">
        <w:rPr>
          <w:rFonts w:ascii="Tahoma" w:hAnsi="Tahoma" w:cs="Tahoma" w:hint="eastAsia"/>
          <w:rtl/>
        </w:rPr>
        <w:t>دانستند</w:t>
      </w:r>
      <w:r w:rsidRPr="00097F3D">
        <w:rPr>
          <w:rFonts w:ascii="Tahoma" w:hAnsi="Tahoma" w:cs="Tahoma"/>
          <w:rtl/>
        </w:rPr>
        <w:t>. اما پ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مان</w:t>
      </w:r>
      <w:r w:rsidRPr="00097F3D">
        <w:rPr>
          <w:rFonts w:ascii="Tahoma" w:hAnsi="Tahoma" w:cs="Tahoma"/>
          <w:rtl/>
        </w:rPr>
        <w:t xml:space="preserve"> نشان داد که کشوردار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نم</w:t>
      </w:r>
      <w:r w:rsidRPr="00097F3D">
        <w:rPr>
          <w:rFonts w:ascii="Tahoma" w:hAnsi="Tahoma" w:cs="Tahoma" w:hint="cs"/>
          <w:rtl/>
        </w:rPr>
        <w:t>ی‌</w:t>
      </w:r>
      <w:r w:rsidRPr="00097F3D">
        <w:rPr>
          <w:rFonts w:ascii="Tahoma" w:hAnsi="Tahoma" w:cs="Tahoma" w:hint="eastAsia"/>
          <w:rtl/>
        </w:rPr>
        <w:t>تواند</w:t>
      </w:r>
      <w:r w:rsidRPr="00097F3D">
        <w:rPr>
          <w:rFonts w:ascii="Tahoma" w:hAnsi="Tahoma" w:cs="Tahoma"/>
          <w:rtl/>
        </w:rPr>
        <w:t xml:space="preserve"> هم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شه</w:t>
      </w:r>
      <w:r w:rsidRPr="00097F3D">
        <w:rPr>
          <w:rFonts w:ascii="Tahoma" w:hAnsi="Tahoma" w:cs="Tahoma"/>
          <w:rtl/>
        </w:rPr>
        <w:t xml:space="preserve"> تابع تکل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ف‌ها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نامحدود مذهب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باشد. شاه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که حکومت را اداره م</w:t>
      </w:r>
      <w:r w:rsidRPr="00097F3D">
        <w:rPr>
          <w:rFonts w:ascii="Tahoma" w:hAnsi="Tahoma" w:cs="Tahoma" w:hint="cs"/>
          <w:rtl/>
        </w:rPr>
        <w:t>ی‌</w:t>
      </w:r>
      <w:r w:rsidRPr="00097F3D">
        <w:rPr>
          <w:rFonts w:ascii="Tahoma" w:hAnsi="Tahoma" w:cs="Tahoma" w:hint="eastAsia"/>
          <w:rtl/>
        </w:rPr>
        <w:t>کرد</w:t>
      </w:r>
      <w:r w:rsidRPr="00097F3D">
        <w:rPr>
          <w:rFonts w:ascii="Tahoma" w:hAnsi="Tahoma" w:cs="Tahoma"/>
          <w:rtl/>
        </w:rPr>
        <w:t xml:space="preserve"> ناچار بود م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ان</w:t>
      </w:r>
      <w:r w:rsidRPr="00097F3D">
        <w:rPr>
          <w:rFonts w:ascii="Tahoma" w:hAnsi="Tahoma" w:cs="Tahoma"/>
          <w:rtl/>
        </w:rPr>
        <w:t xml:space="preserve"> آرمان مذهب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،</w:t>
      </w:r>
      <w:r w:rsidRPr="00097F3D">
        <w:rPr>
          <w:rFonts w:ascii="Tahoma" w:hAnsi="Tahoma" w:cs="Tahoma"/>
          <w:rtl/>
        </w:rPr>
        <w:t xml:space="preserve"> توان قشون، درآمد خزانه و زندگ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مردم تعادل برقرار کند.</w:t>
      </w:r>
    </w:p>
    <w:p w:rsidR="00097F3D" w:rsidRPr="00097F3D" w:rsidRDefault="00097F3D" w:rsidP="00097F3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097F3D">
        <w:rPr>
          <w:rFonts w:ascii="Tahoma" w:hAnsi="Tahoma" w:cs="Tahoma" w:hint="eastAsia"/>
          <w:rtl/>
        </w:rPr>
        <w:t>تهماسب</w:t>
      </w:r>
      <w:r w:rsidRPr="00097F3D">
        <w:rPr>
          <w:rFonts w:ascii="Tahoma" w:hAnsi="Tahoma" w:cs="Tahoma"/>
          <w:rtl/>
        </w:rPr>
        <w:t xml:space="preserve"> در 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نجا</w:t>
      </w:r>
      <w:r w:rsidRPr="00097F3D">
        <w:rPr>
          <w:rFonts w:ascii="Tahoma" w:hAnsi="Tahoma" w:cs="Tahoma"/>
          <w:rtl/>
        </w:rPr>
        <w:t xml:space="preserve"> از تجربهٔ چالدران و جنگ‌ها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پس از آن درس گرفته بود. شاه اسماع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ل</w:t>
      </w:r>
      <w:r w:rsidRPr="00097F3D">
        <w:rPr>
          <w:rFonts w:ascii="Tahoma" w:hAnsi="Tahoma" w:cs="Tahoma"/>
          <w:rtl/>
        </w:rPr>
        <w:t xml:space="preserve"> شکست چالدران را فقط از نظر نظام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تجربه نکرد؛ شکست، تصو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ر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را که قزلباشان از شکست‌ناپذ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ر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مرشد داشتند ن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ز</w:t>
      </w:r>
      <w:r w:rsidRPr="00097F3D">
        <w:rPr>
          <w:rFonts w:ascii="Tahoma" w:hAnsi="Tahoma" w:cs="Tahoma"/>
          <w:rtl/>
        </w:rPr>
        <w:t xml:space="preserve"> آس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ب</w:t>
      </w:r>
      <w:r w:rsidRPr="00097F3D">
        <w:rPr>
          <w:rFonts w:ascii="Tahoma" w:hAnsi="Tahoma" w:cs="Tahoma"/>
          <w:rtl/>
        </w:rPr>
        <w:t xml:space="preserve"> زد. تهماسب نم</w:t>
      </w:r>
      <w:r w:rsidRPr="00097F3D">
        <w:rPr>
          <w:rFonts w:ascii="Tahoma" w:hAnsi="Tahoma" w:cs="Tahoma" w:hint="cs"/>
          <w:rtl/>
        </w:rPr>
        <w:t>ی‌</w:t>
      </w:r>
      <w:r w:rsidRPr="00097F3D">
        <w:rPr>
          <w:rFonts w:ascii="Tahoma" w:hAnsi="Tahoma" w:cs="Tahoma" w:hint="eastAsia"/>
          <w:rtl/>
        </w:rPr>
        <w:t>خواست</w:t>
      </w:r>
      <w:r w:rsidRPr="00097F3D">
        <w:rPr>
          <w:rFonts w:ascii="Tahoma" w:hAnsi="Tahoma" w:cs="Tahoma"/>
          <w:rtl/>
        </w:rPr>
        <w:t xml:space="preserve"> همهٔ حقان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ت</w:t>
      </w:r>
      <w:r w:rsidRPr="00097F3D">
        <w:rPr>
          <w:rFonts w:ascii="Tahoma" w:hAnsi="Tahoma" w:cs="Tahoma"/>
          <w:rtl/>
        </w:rPr>
        <w:t xml:space="preserve"> خود را در نبرد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قرار دهد که نت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جه‌اش</w:t>
      </w:r>
      <w:r w:rsidRPr="00097F3D">
        <w:rPr>
          <w:rFonts w:ascii="Tahoma" w:hAnsi="Tahoma" w:cs="Tahoma"/>
          <w:rtl/>
        </w:rPr>
        <w:t xml:space="preserve"> ممکن بود با برتر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توپخانه و سازمان نظام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عثمان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تع</w:t>
      </w:r>
      <w:r w:rsidRPr="00097F3D">
        <w:rPr>
          <w:rFonts w:ascii="Tahoma" w:hAnsi="Tahoma" w:cs="Tahoma" w:hint="cs"/>
          <w:rtl/>
        </w:rPr>
        <w:t>یی</w:t>
      </w:r>
      <w:r w:rsidRPr="00097F3D">
        <w:rPr>
          <w:rFonts w:ascii="Tahoma" w:hAnsi="Tahoma" w:cs="Tahoma" w:hint="eastAsia"/>
          <w:rtl/>
        </w:rPr>
        <w:t>ن</w:t>
      </w:r>
      <w:r w:rsidRPr="00097F3D">
        <w:rPr>
          <w:rFonts w:ascii="Tahoma" w:hAnsi="Tahoma" w:cs="Tahoma"/>
          <w:rtl/>
        </w:rPr>
        <w:t xml:space="preserve"> شود. حفظ حکومت برا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او مهم‌تر از نما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ش</w:t>
      </w:r>
      <w:r w:rsidRPr="00097F3D">
        <w:rPr>
          <w:rFonts w:ascii="Tahoma" w:hAnsi="Tahoma" w:cs="Tahoma"/>
          <w:rtl/>
        </w:rPr>
        <w:t xml:space="preserve"> ب</w:t>
      </w:r>
      <w:r w:rsidRPr="00097F3D">
        <w:rPr>
          <w:rFonts w:ascii="Tahoma" w:hAnsi="Tahoma" w:cs="Tahoma" w:hint="cs"/>
          <w:rtl/>
        </w:rPr>
        <w:t>ی‌</w:t>
      </w:r>
      <w:r w:rsidRPr="00097F3D">
        <w:rPr>
          <w:rFonts w:ascii="Tahoma" w:hAnsi="Tahoma" w:cs="Tahoma" w:hint="eastAsia"/>
          <w:rtl/>
        </w:rPr>
        <w:t>وقفهٔ</w:t>
      </w:r>
      <w:r w:rsidRPr="00097F3D">
        <w:rPr>
          <w:rFonts w:ascii="Tahoma" w:hAnsi="Tahoma" w:cs="Tahoma"/>
          <w:rtl/>
        </w:rPr>
        <w:t xml:space="preserve"> شجاعت بود.</w:t>
      </w:r>
    </w:p>
    <w:p w:rsidR="00097F3D" w:rsidRPr="00097F3D" w:rsidRDefault="00097F3D" w:rsidP="00097F3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097F3D">
        <w:rPr>
          <w:rFonts w:ascii="Tahoma" w:hAnsi="Tahoma" w:cs="Tahoma" w:hint="eastAsia"/>
          <w:rtl/>
        </w:rPr>
        <w:t>دورهٔ</w:t>
      </w:r>
      <w:r w:rsidRPr="00097F3D">
        <w:rPr>
          <w:rFonts w:ascii="Tahoma" w:hAnsi="Tahoma" w:cs="Tahoma"/>
          <w:rtl/>
        </w:rPr>
        <w:t xml:space="preserve"> آرامش نسب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پس از صلح آماس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ه،</w:t>
      </w:r>
      <w:r w:rsidRPr="00097F3D">
        <w:rPr>
          <w:rFonts w:ascii="Tahoma" w:hAnsi="Tahoma" w:cs="Tahoma"/>
          <w:rtl/>
        </w:rPr>
        <w:t xml:space="preserve"> امکان گسترش دربار، د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وان</w:t>
      </w:r>
      <w:r w:rsidRPr="00097F3D">
        <w:rPr>
          <w:rFonts w:ascii="Tahoma" w:hAnsi="Tahoma" w:cs="Tahoma"/>
          <w:rtl/>
        </w:rPr>
        <w:t xml:space="preserve"> و هنر را ن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ز</w:t>
      </w:r>
      <w:r w:rsidRPr="00097F3D">
        <w:rPr>
          <w:rFonts w:ascii="Tahoma" w:hAnsi="Tahoma" w:cs="Tahoma"/>
          <w:rtl/>
        </w:rPr>
        <w:t xml:space="preserve"> فراهم آورد. قزو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ن</w:t>
      </w:r>
      <w:r w:rsidRPr="00097F3D">
        <w:rPr>
          <w:rFonts w:ascii="Tahoma" w:hAnsi="Tahoma" w:cs="Tahoma"/>
          <w:rtl/>
        </w:rPr>
        <w:t xml:space="preserve"> به مرکز ادار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و س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اس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حکومت تبد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ل</w:t>
      </w:r>
      <w:r w:rsidRPr="00097F3D">
        <w:rPr>
          <w:rFonts w:ascii="Tahoma" w:hAnsi="Tahoma" w:cs="Tahoma"/>
          <w:rtl/>
        </w:rPr>
        <w:t xml:space="preserve"> شد. ساخت‌وساز، استقرار صاحب‌منصبان و انتقال گروه‌ها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مختلف به پا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تخت</w:t>
      </w:r>
      <w:r w:rsidRPr="00097F3D">
        <w:rPr>
          <w:rFonts w:ascii="Tahoma" w:hAnsi="Tahoma" w:cs="Tahoma"/>
          <w:rtl/>
        </w:rPr>
        <w:t xml:space="preserve"> تازه، جا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گاه</w:t>
      </w:r>
      <w:r w:rsidRPr="00097F3D">
        <w:rPr>
          <w:rFonts w:ascii="Tahoma" w:hAnsi="Tahoma" w:cs="Tahoma"/>
          <w:rtl/>
        </w:rPr>
        <w:t xml:space="preserve"> آن را استوارتر کرد. دربار صفو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نه فقط محل زندگ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ش</w:t>
      </w:r>
      <w:r w:rsidRPr="00097F3D">
        <w:rPr>
          <w:rFonts w:ascii="Tahoma" w:hAnsi="Tahoma" w:cs="Tahoma" w:hint="eastAsia"/>
          <w:rtl/>
        </w:rPr>
        <w:t>اه،</w:t>
      </w:r>
      <w:r w:rsidRPr="00097F3D">
        <w:rPr>
          <w:rFonts w:ascii="Tahoma" w:hAnsi="Tahoma" w:cs="Tahoma"/>
          <w:rtl/>
        </w:rPr>
        <w:t xml:space="preserve"> بلکه مرکز توز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ع</w:t>
      </w:r>
      <w:r w:rsidRPr="00097F3D">
        <w:rPr>
          <w:rFonts w:ascii="Tahoma" w:hAnsi="Tahoma" w:cs="Tahoma"/>
          <w:rtl/>
        </w:rPr>
        <w:t xml:space="preserve"> منصب، درآمد و دسترس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به قدرت بود.</w:t>
      </w:r>
    </w:p>
    <w:p w:rsidR="00097F3D" w:rsidRPr="00097F3D" w:rsidRDefault="00097F3D" w:rsidP="00097F3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097F3D">
        <w:rPr>
          <w:rFonts w:ascii="Tahoma" w:hAnsi="Tahoma" w:cs="Tahoma" w:hint="eastAsia"/>
          <w:rtl/>
        </w:rPr>
        <w:t>هنر</w:t>
      </w:r>
      <w:r w:rsidRPr="00097F3D">
        <w:rPr>
          <w:rFonts w:ascii="Tahoma" w:hAnsi="Tahoma" w:cs="Tahoma"/>
          <w:rtl/>
        </w:rPr>
        <w:t xml:space="preserve"> کتاب‌آرا</w:t>
      </w:r>
      <w:r w:rsidRPr="00097F3D">
        <w:rPr>
          <w:rFonts w:ascii="Tahoma" w:hAnsi="Tahoma" w:cs="Tahoma" w:hint="cs"/>
          <w:rtl/>
        </w:rPr>
        <w:t>یی</w:t>
      </w:r>
      <w:r w:rsidRPr="00097F3D">
        <w:rPr>
          <w:rFonts w:ascii="Tahoma" w:hAnsi="Tahoma" w:cs="Tahoma" w:hint="eastAsia"/>
          <w:rtl/>
        </w:rPr>
        <w:t>،</w:t>
      </w:r>
      <w:r w:rsidRPr="00097F3D">
        <w:rPr>
          <w:rFonts w:ascii="Tahoma" w:hAnsi="Tahoma" w:cs="Tahoma"/>
          <w:rtl/>
        </w:rPr>
        <w:t xml:space="preserve"> نقاش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،</w:t>
      </w:r>
      <w:r w:rsidRPr="00097F3D">
        <w:rPr>
          <w:rFonts w:ascii="Tahoma" w:hAnsi="Tahoma" w:cs="Tahoma"/>
          <w:rtl/>
        </w:rPr>
        <w:t xml:space="preserve"> خوش‌نو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س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و صنا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ع</w:t>
      </w:r>
      <w:r w:rsidRPr="00097F3D">
        <w:rPr>
          <w:rFonts w:ascii="Tahoma" w:hAnsi="Tahoma" w:cs="Tahoma"/>
          <w:rtl/>
        </w:rPr>
        <w:t xml:space="preserve"> وابسته به دربار ن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ز</w:t>
      </w:r>
      <w:r w:rsidRPr="00097F3D">
        <w:rPr>
          <w:rFonts w:ascii="Tahoma" w:hAnsi="Tahoma" w:cs="Tahoma"/>
          <w:rtl/>
        </w:rPr>
        <w:t xml:space="preserve"> در دورهٔ تهماسب جا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گاه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مهم 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افتند</w:t>
      </w:r>
      <w:r w:rsidRPr="00097F3D">
        <w:rPr>
          <w:rFonts w:ascii="Tahoma" w:hAnsi="Tahoma" w:cs="Tahoma"/>
          <w:rtl/>
        </w:rPr>
        <w:t>. حما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ت</w:t>
      </w:r>
      <w:r w:rsidRPr="00097F3D">
        <w:rPr>
          <w:rFonts w:ascii="Tahoma" w:hAnsi="Tahoma" w:cs="Tahoma"/>
          <w:rtl/>
        </w:rPr>
        <w:t xml:space="preserve"> شاه از هنر را نبا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د</w:t>
      </w:r>
      <w:r w:rsidRPr="00097F3D">
        <w:rPr>
          <w:rFonts w:ascii="Tahoma" w:hAnsi="Tahoma" w:cs="Tahoma"/>
          <w:rtl/>
        </w:rPr>
        <w:t xml:space="preserve"> از کشوردار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جدا دانست. دربار از راه نسخه‌ها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باشکوه، تار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خ‌نگار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،</w:t>
      </w:r>
      <w:r w:rsidRPr="00097F3D">
        <w:rPr>
          <w:rFonts w:ascii="Tahoma" w:hAnsi="Tahoma" w:cs="Tahoma"/>
          <w:rtl/>
        </w:rPr>
        <w:t xml:space="preserve"> تصو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ر</w:t>
      </w:r>
      <w:r w:rsidRPr="00097F3D">
        <w:rPr>
          <w:rFonts w:ascii="Tahoma" w:hAnsi="Tahoma" w:cs="Tahoma"/>
          <w:rtl/>
        </w:rPr>
        <w:t xml:space="preserve"> و معمار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،</w:t>
      </w:r>
      <w:r w:rsidRPr="00097F3D">
        <w:rPr>
          <w:rFonts w:ascii="Tahoma" w:hAnsi="Tahoma" w:cs="Tahoma"/>
          <w:rtl/>
        </w:rPr>
        <w:t xml:space="preserve"> شکوه حکومت را نما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ش</w:t>
      </w:r>
      <w:r w:rsidRPr="00097F3D">
        <w:rPr>
          <w:rFonts w:ascii="Tahoma" w:hAnsi="Tahoma" w:cs="Tahoma"/>
          <w:rtl/>
        </w:rPr>
        <w:t xml:space="preserve"> م</w:t>
      </w:r>
      <w:r w:rsidRPr="00097F3D">
        <w:rPr>
          <w:rFonts w:ascii="Tahoma" w:hAnsi="Tahoma" w:cs="Tahoma" w:hint="cs"/>
          <w:rtl/>
        </w:rPr>
        <w:t>ی‌</w:t>
      </w:r>
      <w:r w:rsidRPr="00097F3D">
        <w:rPr>
          <w:rFonts w:ascii="Tahoma" w:hAnsi="Tahoma" w:cs="Tahoma" w:hint="eastAsia"/>
          <w:rtl/>
        </w:rPr>
        <w:t>داد</w:t>
      </w:r>
      <w:r w:rsidRPr="00097F3D">
        <w:rPr>
          <w:rFonts w:ascii="Tahoma" w:hAnsi="Tahoma" w:cs="Tahoma"/>
          <w:rtl/>
        </w:rPr>
        <w:t xml:space="preserve"> و حافظه‌ا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رسم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از خاندا</w:t>
      </w:r>
      <w:r w:rsidRPr="00097F3D">
        <w:rPr>
          <w:rFonts w:ascii="Tahoma" w:hAnsi="Tahoma" w:cs="Tahoma" w:hint="eastAsia"/>
          <w:rtl/>
        </w:rPr>
        <w:t>ن</w:t>
      </w:r>
      <w:r w:rsidRPr="00097F3D">
        <w:rPr>
          <w:rFonts w:ascii="Tahoma" w:hAnsi="Tahoma" w:cs="Tahoma"/>
          <w:rtl/>
        </w:rPr>
        <w:t xml:space="preserve"> صفو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م</w:t>
      </w:r>
      <w:r w:rsidRPr="00097F3D">
        <w:rPr>
          <w:rFonts w:ascii="Tahoma" w:hAnsi="Tahoma" w:cs="Tahoma" w:hint="cs"/>
          <w:rtl/>
        </w:rPr>
        <w:t>ی‌</w:t>
      </w:r>
      <w:r w:rsidRPr="00097F3D">
        <w:rPr>
          <w:rFonts w:ascii="Tahoma" w:hAnsi="Tahoma" w:cs="Tahoma" w:hint="eastAsia"/>
          <w:rtl/>
        </w:rPr>
        <w:t>ساخت</w:t>
      </w:r>
      <w:r w:rsidRPr="00097F3D">
        <w:rPr>
          <w:rFonts w:ascii="Tahoma" w:hAnsi="Tahoma" w:cs="Tahoma"/>
          <w:rtl/>
        </w:rPr>
        <w:t>. قدرت فقط در م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دان</w:t>
      </w:r>
      <w:r w:rsidRPr="00097F3D">
        <w:rPr>
          <w:rFonts w:ascii="Tahoma" w:hAnsi="Tahoma" w:cs="Tahoma"/>
          <w:rtl/>
        </w:rPr>
        <w:t xml:space="preserve"> جنگ د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ده</w:t>
      </w:r>
      <w:r w:rsidRPr="00097F3D">
        <w:rPr>
          <w:rFonts w:ascii="Tahoma" w:hAnsi="Tahoma" w:cs="Tahoma"/>
          <w:rtl/>
        </w:rPr>
        <w:t xml:space="preserve"> نم</w:t>
      </w:r>
      <w:r w:rsidRPr="00097F3D">
        <w:rPr>
          <w:rFonts w:ascii="Tahoma" w:hAnsi="Tahoma" w:cs="Tahoma" w:hint="cs"/>
          <w:rtl/>
        </w:rPr>
        <w:t>ی‌</w:t>
      </w:r>
      <w:r w:rsidRPr="00097F3D">
        <w:rPr>
          <w:rFonts w:ascii="Tahoma" w:hAnsi="Tahoma" w:cs="Tahoma" w:hint="eastAsia"/>
          <w:rtl/>
        </w:rPr>
        <w:t>شد؛</w:t>
      </w:r>
      <w:r w:rsidRPr="00097F3D">
        <w:rPr>
          <w:rFonts w:ascii="Tahoma" w:hAnsi="Tahoma" w:cs="Tahoma"/>
          <w:rtl/>
        </w:rPr>
        <w:t xml:space="preserve"> در کتاب، کاخ، آ</w:t>
      </w:r>
      <w:r w:rsidRPr="00097F3D">
        <w:rPr>
          <w:rFonts w:ascii="Tahoma" w:hAnsi="Tahoma" w:cs="Tahoma" w:hint="cs"/>
          <w:rtl/>
        </w:rPr>
        <w:t>یی</w:t>
      </w:r>
      <w:r w:rsidRPr="00097F3D">
        <w:rPr>
          <w:rFonts w:ascii="Tahoma" w:hAnsi="Tahoma" w:cs="Tahoma" w:hint="eastAsia"/>
          <w:rtl/>
        </w:rPr>
        <w:t>ن</w:t>
      </w:r>
      <w:r w:rsidRPr="00097F3D">
        <w:rPr>
          <w:rFonts w:ascii="Tahoma" w:hAnsi="Tahoma" w:cs="Tahoma"/>
          <w:rtl/>
        </w:rPr>
        <w:t xml:space="preserve"> و نما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ش</w:t>
      </w:r>
      <w:r w:rsidRPr="00097F3D">
        <w:rPr>
          <w:rFonts w:ascii="Tahoma" w:hAnsi="Tahoma" w:cs="Tahoma"/>
          <w:rtl/>
        </w:rPr>
        <w:t xml:space="preserve"> نظم ن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ز</w:t>
      </w:r>
      <w:r w:rsidRPr="00097F3D">
        <w:rPr>
          <w:rFonts w:ascii="Tahoma" w:hAnsi="Tahoma" w:cs="Tahoma"/>
          <w:rtl/>
        </w:rPr>
        <w:t xml:space="preserve"> حضور داشت.</w:t>
      </w:r>
    </w:p>
    <w:p w:rsidR="00097F3D" w:rsidRPr="00097F3D" w:rsidRDefault="00097F3D" w:rsidP="00097F3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097F3D">
        <w:rPr>
          <w:rFonts w:ascii="Tahoma" w:hAnsi="Tahoma" w:cs="Tahoma" w:hint="eastAsia"/>
          <w:rtl/>
        </w:rPr>
        <w:t>اما</w:t>
      </w:r>
      <w:r w:rsidRPr="00097F3D">
        <w:rPr>
          <w:rFonts w:ascii="Tahoma" w:hAnsi="Tahoma" w:cs="Tahoma"/>
          <w:rtl/>
        </w:rPr>
        <w:t xml:space="preserve"> هم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ن</w:t>
      </w:r>
      <w:r w:rsidRPr="00097F3D">
        <w:rPr>
          <w:rFonts w:ascii="Tahoma" w:hAnsi="Tahoma" w:cs="Tahoma"/>
          <w:rtl/>
        </w:rPr>
        <w:t xml:space="preserve"> دربار هز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نه</w:t>
      </w:r>
      <w:r w:rsidRPr="00097F3D">
        <w:rPr>
          <w:rFonts w:ascii="Tahoma" w:hAnsi="Tahoma" w:cs="Tahoma"/>
          <w:rtl/>
        </w:rPr>
        <w:t xml:space="preserve"> داشت. شاهزادگان، زنان خاندان سلطنت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،</w:t>
      </w:r>
      <w:r w:rsidRPr="00097F3D">
        <w:rPr>
          <w:rFonts w:ascii="Tahoma" w:hAnsi="Tahoma" w:cs="Tahoma"/>
          <w:rtl/>
        </w:rPr>
        <w:t xml:space="preserve"> ام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ران،</w:t>
      </w:r>
      <w:r w:rsidRPr="00097F3D">
        <w:rPr>
          <w:rFonts w:ascii="Tahoma" w:hAnsi="Tahoma" w:cs="Tahoma"/>
          <w:rtl/>
        </w:rPr>
        <w:t xml:space="preserve"> نگهبانان، هنرمندان و خادمان، همه بخش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از منابع حکومت را مصرف م</w:t>
      </w:r>
      <w:r w:rsidRPr="00097F3D">
        <w:rPr>
          <w:rFonts w:ascii="Tahoma" w:hAnsi="Tahoma" w:cs="Tahoma" w:hint="cs"/>
          <w:rtl/>
        </w:rPr>
        <w:t>ی‌</w:t>
      </w:r>
      <w:r w:rsidRPr="00097F3D">
        <w:rPr>
          <w:rFonts w:ascii="Tahoma" w:hAnsi="Tahoma" w:cs="Tahoma" w:hint="eastAsia"/>
          <w:rtl/>
        </w:rPr>
        <w:t>کردند</w:t>
      </w:r>
      <w:r w:rsidRPr="00097F3D">
        <w:rPr>
          <w:rFonts w:ascii="Tahoma" w:hAnsi="Tahoma" w:cs="Tahoma"/>
          <w:rtl/>
        </w:rPr>
        <w:t>. د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وان</w:t>
      </w:r>
      <w:r w:rsidRPr="00097F3D">
        <w:rPr>
          <w:rFonts w:ascii="Tahoma" w:hAnsi="Tahoma" w:cs="Tahoma"/>
          <w:rtl/>
        </w:rPr>
        <w:t xml:space="preserve"> با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د</w:t>
      </w:r>
      <w:r w:rsidRPr="00097F3D">
        <w:rPr>
          <w:rFonts w:ascii="Tahoma" w:hAnsi="Tahoma" w:cs="Tahoma"/>
          <w:rtl/>
        </w:rPr>
        <w:t xml:space="preserve"> م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ان</w:t>
      </w:r>
      <w:r w:rsidRPr="00097F3D">
        <w:rPr>
          <w:rFonts w:ascii="Tahoma" w:hAnsi="Tahoma" w:cs="Tahoma"/>
          <w:rtl/>
        </w:rPr>
        <w:t xml:space="preserve"> هز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نهٔ</w:t>
      </w:r>
      <w:r w:rsidRPr="00097F3D">
        <w:rPr>
          <w:rFonts w:ascii="Tahoma" w:hAnsi="Tahoma" w:cs="Tahoma"/>
          <w:rtl/>
        </w:rPr>
        <w:t xml:space="preserve"> دربار، قشون، دستگاه د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ن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و ادارهٔ 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الات</w:t>
      </w:r>
      <w:r w:rsidRPr="00097F3D">
        <w:rPr>
          <w:rFonts w:ascii="Tahoma" w:hAnsi="Tahoma" w:cs="Tahoma"/>
          <w:rtl/>
        </w:rPr>
        <w:t xml:space="preserve"> تعادل برقرار م</w:t>
      </w:r>
      <w:r w:rsidRPr="00097F3D">
        <w:rPr>
          <w:rFonts w:ascii="Tahoma" w:hAnsi="Tahoma" w:cs="Tahoma" w:hint="cs"/>
          <w:rtl/>
        </w:rPr>
        <w:t>ی‌</w:t>
      </w:r>
      <w:r w:rsidRPr="00097F3D">
        <w:rPr>
          <w:rFonts w:ascii="Tahoma" w:hAnsi="Tahoma" w:cs="Tahoma" w:hint="eastAsia"/>
          <w:rtl/>
        </w:rPr>
        <w:t>کرد</w:t>
      </w:r>
      <w:r w:rsidRPr="00097F3D">
        <w:rPr>
          <w:rFonts w:ascii="Tahoma" w:hAnsi="Tahoma" w:cs="Tahoma"/>
          <w:rtl/>
        </w:rPr>
        <w:t>. هر گروه سهم خود را ضرور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م</w:t>
      </w:r>
      <w:r w:rsidRPr="00097F3D">
        <w:rPr>
          <w:rFonts w:ascii="Tahoma" w:hAnsi="Tahoma" w:cs="Tahoma" w:hint="cs"/>
          <w:rtl/>
        </w:rPr>
        <w:t>ی‌</w:t>
      </w:r>
      <w:r w:rsidRPr="00097F3D">
        <w:rPr>
          <w:rFonts w:ascii="Tahoma" w:hAnsi="Tahoma" w:cs="Tahoma" w:hint="eastAsia"/>
          <w:rtl/>
        </w:rPr>
        <w:t>دانست</w:t>
      </w:r>
      <w:r w:rsidRPr="00097F3D">
        <w:rPr>
          <w:rFonts w:ascii="Tahoma" w:hAnsi="Tahoma" w:cs="Tahoma"/>
          <w:rtl/>
        </w:rPr>
        <w:t xml:space="preserve"> </w:t>
      </w:r>
      <w:r w:rsidRPr="00097F3D">
        <w:rPr>
          <w:rFonts w:ascii="Tahoma" w:hAnsi="Tahoma" w:cs="Tahoma" w:hint="eastAsia"/>
          <w:rtl/>
        </w:rPr>
        <w:t>و</w:t>
      </w:r>
      <w:r w:rsidRPr="00097F3D">
        <w:rPr>
          <w:rFonts w:ascii="Tahoma" w:hAnsi="Tahoma" w:cs="Tahoma"/>
          <w:rtl/>
        </w:rPr>
        <w:t xml:space="preserve"> کاهش سهم آن م</w:t>
      </w:r>
      <w:r w:rsidRPr="00097F3D">
        <w:rPr>
          <w:rFonts w:ascii="Tahoma" w:hAnsi="Tahoma" w:cs="Tahoma" w:hint="cs"/>
          <w:rtl/>
        </w:rPr>
        <w:t>ی‌</w:t>
      </w:r>
      <w:r w:rsidRPr="00097F3D">
        <w:rPr>
          <w:rFonts w:ascii="Tahoma" w:hAnsi="Tahoma" w:cs="Tahoma" w:hint="eastAsia"/>
          <w:rtl/>
        </w:rPr>
        <w:t>توانست</w:t>
      </w:r>
      <w:r w:rsidRPr="00097F3D">
        <w:rPr>
          <w:rFonts w:ascii="Tahoma" w:hAnsi="Tahoma" w:cs="Tahoma"/>
          <w:rtl/>
        </w:rPr>
        <w:t xml:space="preserve"> به نارضا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ت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و مقاومت ب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نجامد</w:t>
      </w:r>
      <w:r w:rsidRPr="00097F3D">
        <w:rPr>
          <w:rFonts w:ascii="Tahoma" w:hAnsi="Tahoma" w:cs="Tahoma"/>
          <w:rtl/>
        </w:rPr>
        <w:t>.</w:t>
      </w:r>
    </w:p>
    <w:p w:rsidR="00097F3D" w:rsidRPr="00097F3D" w:rsidRDefault="00097F3D" w:rsidP="00097F3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097F3D">
        <w:rPr>
          <w:rFonts w:ascii="Tahoma" w:hAnsi="Tahoma" w:cs="Tahoma" w:hint="eastAsia"/>
          <w:rtl/>
        </w:rPr>
        <w:t>تهماسب</w:t>
      </w:r>
      <w:r w:rsidRPr="00097F3D">
        <w:rPr>
          <w:rFonts w:ascii="Tahoma" w:hAnsi="Tahoma" w:cs="Tahoma"/>
          <w:rtl/>
        </w:rPr>
        <w:t xml:space="preserve"> در ن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مهٔ</w:t>
      </w:r>
      <w:r w:rsidRPr="00097F3D">
        <w:rPr>
          <w:rFonts w:ascii="Tahoma" w:hAnsi="Tahoma" w:cs="Tahoma"/>
          <w:rtl/>
        </w:rPr>
        <w:t xml:space="preserve"> دوم سلطنت خود کمتر از آغاز به لشکرکش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پرداخت و ب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ش</w:t>
      </w:r>
      <w:r w:rsidRPr="00097F3D">
        <w:rPr>
          <w:rFonts w:ascii="Tahoma" w:hAnsi="Tahoma" w:cs="Tahoma"/>
          <w:rtl/>
        </w:rPr>
        <w:t xml:space="preserve"> از گذشته به حفظ ذخا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ر</w:t>
      </w:r>
      <w:r w:rsidRPr="00097F3D">
        <w:rPr>
          <w:rFonts w:ascii="Tahoma" w:hAnsi="Tahoma" w:cs="Tahoma"/>
          <w:rtl/>
        </w:rPr>
        <w:t xml:space="preserve"> و کنترل هز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نه‌ها</w:t>
      </w:r>
      <w:r w:rsidRPr="00097F3D">
        <w:rPr>
          <w:rFonts w:ascii="Tahoma" w:hAnsi="Tahoma" w:cs="Tahoma"/>
          <w:rtl/>
        </w:rPr>
        <w:t xml:space="preserve"> توجه کرد. 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ن</w:t>
      </w:r>
      <w:r w:rsidRPr="00097F3D">
        <w:rPr>
          <w:rFonts w:ascii="Tahoma" w:hAnsi="Tahoma" w:cs="Tahoma"/>
          <w:rtl/>
        </w:rPr>
        <w:t xml:space="preserve"> احت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اط</w:t>
      </w:r>
      <w:r w:rsidRPr="00097F3D">
        <w:rPr>
          <w:rFonts w:ascii="Tahoma" w:hAnsi="Tahoma" w:cs="Tahoma"/>
          <w:rtl/>
        </w:rPr>
        <w:t xml:space="preserve"> م</w:t>
      </w:r>
      <w:r w:rsidRPr="00097F3D">
        <w:rPr>
          <w:rFonts w:ascii="Tahoma" w:hAnsi="Tahoma" w:cs="Tahoma" w:hint="cs"/>
          <w:rtl/>
        </w:rPr>
        <w:t>ی‌</w:t>
      </w:r>
      <w:r w:rsidRPr="00097F3D">
        <w:rPr>
          <w:rFonts w:ascii="Tahoma" w:hAnsi="Tahoma" w:cs="Tahoma" w:hint="eastAsia"/>
          <w:rtl/>
        </w:rPr>
        <w:t>توانست</w:t>
      </w:r>
      <w:r w:rsidRPr="00097F3D">
        <w:rPr>
          <w:rFonts w:ascii="Tahoma" w:hAnsi="Tahoma" w:cs="Tahoma"/>
          <w:rtl/>
        </w:rPr>
        <w:t xml:space="preserve"> خزانه را تقو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ت</w:t>
      </w:r>
      <w:r w:rsidRPr="00097F3D">
        <w:rPr>
          <w:rFonts w:ascii="Tahoma" w:hAnsi="Tahoma" w:cs="Tahoma"/>
          <w:rtl/>
        </w:rPr>
        <w:t xml:space="preserve"> کند، اما خطر د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گر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داشت: قشون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که مواجب و فرصت جنگ و غن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مت</w:t>
      </w:r>
      <w:r w:rsidRPr="00097F3D">
        <w:rPr>
          <w:rFonts w:ascii="Tahoma" w:hAnsi="Tahoma" w:cs="Tahoma"/>
          <w:rtl/>
        </w:rPr>
        <w:t xml:space="preserve"> نداشته باشد ممکن بود ناراض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شود. نظام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ان</w:t>
      </w:r>
      <w:r w:rsidRPr="00097F3D">
        <w:rPr>
          <w:rFonts w:ascii="Tahoma" w:hAnsi="Tahoma" w:cs="Tahoma"/>
          <w:rtl/>
        </w:rPr>
        <w:t xml:space="preserve"> قزلب</w:t>
      </w:r>
      <w:r w:rsidRPr="00097F3D">
        <w:rPr>
          <w:rFonts w:ascii="Tahoma" w:hAnsi="Tahoma" w:cs="Tahoma" w:hint="eastAsia"/>
          <w:rtl/>
        </w:rPr>
        <w:t>اش</w:t>
      </w:r>
      <w:r w:rsidRPr="00097F3D">
        <w:rPr>
          <w:rFonts w:ascii="Tahoma" w:hAnsi="Tahoma" w:cs="Tahoma"/>
          <w:rtl/>
        </w:rPr>
        <w:t xml:space="preserve"> فقط از حقوق ثابت زندگ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نم</w:t>
      </w:r>
      <w:r w:rsidRPr="00097F3D">
        <w:rPr>
          <w:rFonts w:ascii="Tahoma" w:hAnsi="Tahoma" w:cs="Tahoma" w:hint="cs"/>
          <w:rtl/>
        </w:rPr>
        <w:t>ی‌</w:t>
      </w:r>
      <w:r w:rsidRPr="00097F3D">
        <w:rPr>
          <w:rFonts w:ascii="Tahoma" w:hAnsi="Tahoma" w:cs="Tahoma" w:hint="eastAsia"/>
          <w:rtl/>
        </w:rPr>
        <w:t>کردند؛</w:t>
      </w:r>
      <w:r w:rsidRPr="00097F3D">
        <w:rPr>
          <w:rFonts w:ascii="Tahoma" w:hAnsi="Tahoma" w:cs="Tahoma"/>
          <w:rtl/>
        </w:rPr>
        <w:t xml:space="preserve"> جنگ، ولا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ت</w:t>
      </w:r>
      <w:r w:rsidRPr="00097F3D">
        <w:rPr>
          <w:rFonts w:ascii="Tahoma" w:hAnsi="Tahoma" w:cs="Tahoma"/>
          <w:rtl/>
        </w:rPr>
        <w:t xml:space="preserve"> و زم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ن</w:t>
      </w:r>
      <w:r w:rsidRPr="00097F3D">
        <w:rPr>
          <w:rFonts w:ascii="Tahoma" w:hAnsi="Tahoma" w:cs="Tahoma"/>
          <w:rtl/>
        </w:rPr>
        <w:t xml:space="preserve"> ن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ز</w:t>
      </w:r>
      <w:r w:rsidRPr="00097F3D">
        <w:rPr>
          <w:rFonts w:ascii="Tahoma" w:hAnsi="Tahoma" w:cs="Tahoma"/>
          <w:rtl/>
        </w:rPr>
        <w:t xml:space="preserve"> سرچشمهٔ قدرت و ثروت آنان بود.</w:t>
      </w:r>
    </w:p>
    <w:p w:rsidR="00097F3D" w:rsidRPr="00097F3D" w:rsidRDefault="00097F3D" w:rsidP="00097F3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097F3D">
        <w:rPr>
          <w:rFonts w:ascii="Tahoma" w:hAnsi="Tahoma" w:cs="Tahoma" w:hint="eastAsia"/>
          <w:rtl/>
        </w:rPr>
        <w:t>شاه</w:t>
      </w:r>
      <w:r w:rsidRPr="00097F3D">
        <w:rPr>
          <w:rFonts w:ascii="Tahoma" w:hAnsi="Tahoma" w:cs="Tahoma"/>
          <w:rtl/>
        </w:rPr>
        <w:t xml:space="preserve"> برا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جلوگ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ر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از افزا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ش</w:t>
      </w:r>
      <w:r w:rsidRPr="00097F3D">
        <w:rPr>
          <w:rFonts w:ascii="Tahoma" w:hAnsi="Tahoma" w:cs="Tahoma"/>
          <w:rtl/>
        </w:rPr>
        <w:t xml:space="preserve"> ب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ش</w:t>
      </w:r>
      <w:r w:rsidRPr="00097F3D">
        <w:rPr>
          <w:rFonts w:ascii="Tahoma" w:hAnsi="Tahoma" w:cs="Tahoma"/>
          <w:rtl/>
        </w:rPr>
        <w:t xml:space="preserve"> از اندازهٔ قدرت 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ک</w:t>
      </w:r>
      <w:r w:rsidRPr="00097F3D">
        <w:rPr>
          <w:rFonts w:ascii="Tahoma" w:hAnsi="Tahoma" w:cs="Tahoma"/>
          <w:rtl/>
        </w:rPr>
        <w:t xml:space="preserve"> قب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له،</w:t>
      </w:r>
      <w:r w:rsidRPr="00097F3D">
        <w:rPr>
          <w:rFonts w:ascii="Tahoma" w:hAnsi="Tahoma" w:cs="Tahoma"/>
          <w:rtl/>
        </w:rPr>
        <w:t xml:space="preserve"> مقام‌ها و ولا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ت‌ها</w:t>
      </w:r>
      <w:r w:rsidRPr="00097F3D">
        <w:rPr>
          <w:rFonts w:ascii="Tahoma" w:hAnsi="Tahoma" w:cs="Tahoma"/>
          <w:rtl/>
        </w:rPr>
        <w:t xml:space="preserve"> را م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ان</w:t>
      </w:r>
      <w:r w:rsidRPr="00097F3D">
        <w:rPr>
          <w:rFonts w:ascii="Tahoma" w:hAnsi="Tahoma" w:cs="Tahoma"/>
          <w:rtl/>
        </w:rPr>
        <w:t xml:space="preserve"> گروه‌ها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مختلف تقس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م</w:t>
      </w:r>
      <w:r w:rsidRPr="00097F3D">
        <w:rPr>
          <w:rFonts w:ascii="Tahoma" w:hAnsi="Tahoma" w:cs="Tahoma"/>
          <w:rtl/>
        </w:rPr>
        <w:t xml:space="preserve"> م</w:t>
      </w:r>
      <w:r w:rsidRPr="00097F3D">
        <w:rPr>
          <w:rFonts w:ascii="Tahoma" w:hAnsi="Tahoma" w:cs="Tahoma" w:hint="cs"/>
          <w:rtl/>
        </w:rPr>
        <w:t>ی‌</w:t>
      </w:r>
      <w:r w:rsidRPr="00097F3D">
        <w:rPr>
          <w:rFonts w:ascii="Tahoma" w:hAnsi="Tahoma" w:cs="Tahoma" w:hint="eastAsia"/>
          <w:rtl/>
        </w:rPr>
        <w:t>کرد</w:t>
      </w:r>
      <w:r w:rsidRPr="00097F3D">
        <w:rPr>
          <w:rFonts w:ascii="Tahoma" w:hAnsi="Tahoma" w:cs="Tahoma"/>
          <w:rtl/>
        </w:rPr>
        <w:t>. جابه‌جا</w:t>
      </w:r>
      <w:r w:rsidRPr="00097F3D">
        <w:rPr>
          <w:rFonts w:ascii="Tahoma" w:hAnsi="Tahoma" w:cs="Tahoma" w:hint="cs"/>
          <w:rtl/>
        </w:rPr>
        <w:t>یی</w:t>
      </w:r>
      <w:r w:rsidRPr="00097F3D">
        <w:rPr>
          <w:rFonts w:ascii="Tahoma" w:hAnsi="Tahoma" w:cs="Tahoma"/>
          <w:rtl/>
        </w:rPr>
        <w:t xml:space="preserve"> ام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ران</w:t>
      </w:r>
      <w:r w:rsidRPr="00097F3D">
        <w:rPr>
          <w:rFonts w:ascii="Tahoma" w:hAnsi="Tahoma" w:cs="Tahoma"/>
          <w:rtl/>
        </w:rPr>
        <w:t xml:space="preserve"> م</w:t>
      </w:r>
      <w:r w:rsidRPr="00097F3D">
        <w:rPr>
          <w:rFonts w:ascii="Tahoma" w:hAnsi="Tahoma" w:cs="Tahoma" w:hint="cs"/>
          <w:rtl/>
        </w:rPr>
        <w:t>ی‌</w:t>
      </w:r>
      <w:r w:rsidRPr="00097F3D">
        <w:rPr>
          <w:rFonts w:ascii="Tahoma" w:hAnsi="Tahoma" w:cs="Tahoma" w:hint="eastAsia"/>
          <w:rtl/>
        </w:rPr>
        <w:t>توانست</w:t>
      </w:r>
      <w:r w:rsidRPr="00097F3D">
        <w:rPr>
          <w:rFonts w:ascii="Tahoma" w:hAnsi="Tahoma" w:cs="Tahoma"/>
          <w:rtl/>
        </w:rPr>
        <w:t xml:space="preserve"> مانع شود که 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ک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از آنان در منطقه‌ا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ر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شه</w:t>
      </w:r>
      <w:r w:rsidRPr="00097F3D">
        <w:rPr>
          <w:rFonts w:ascii="Tahoma" w:hAnsi="Tahoma" w:cs="Tahoma"/>
          <w:rtl/>
        </w:rPr>
        <w:t xml:space="preserve"> بدواند و حکومت محل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مستقل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بسازد. اما هر انتصاب تازه ن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ز</w:t>
      </w:r>
      <w:r w:rsidRPr="00097F3D">
        <w:rPr>
          <w:rFonts w:ascii="Tahoma" w:hAnsi="Tahoma" w:cs="Tahoma"/>
          <w:rtl/>
        </w:rPr>
        <w:t xml:space="preserve"> تعادل قبا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ل</w:t>
      </w:r>
      <w:r w:rsidRPr="00097F3D">
        <w:rPr>
          <w:rFonts w:ascii="Tahoma" w:hAnsi="Tahoma" w:cs="Tahoma"/>
          <w:rtl/>
        </w:rPr>
        <w:t xml:space="preserve"> را تغ</w:t>
      </w:r>
      <w:r w:rsidRPr="00097F3D">
        <w:rPr>
          <w:rFonts w:ascii="Tahoma" w:hAnsi="Tahoma" w:cs="Tahoma" w:hint="cs"/>
          <w:rtl/>
        </w:rPr>
        <w:t>یی</w:t>
      </w:r>
      <w:r w:rsidRPr="00097F3D">
        <w:rPr>
          <w:rFonts w:ascii="Tahoma" w:hAnsi="Tahoma" w:cs="Tahoma" w:hint="eastAsia"/>
          <w:rtl/>
        </w:rPr>
        <w:t>ر</w:t>
      </w:r>
      <w:r w:rsidRPr="00097F3D">
        <w:rPr>
          <w:rFonts w:ascii="Tahoma" w:hAnsi="Tahoma" w:cs="Tahoma"/>
          <w:rtl/>
        </w:rPr>
        <w:t xml:space="preserve"> م</w:t>
      </w:r>
      <w:r w:rsidRPr="00097F3D">
        <w:rPr>
          <w:rFonts w:ascii="Tahoma" w:hAnsi="Tahoma" w:cs="Tahoma" w:hint="cs"/>
          <w:rtl/>
        </w:rPr>
        <w:t>ی‌</w:t>
      </w:r>
      <w:r w:rsidRPr="00097F3D">
        <w:rPr>
          <w:rFonts w:ascii="Tahoma" w:hAnsi="Tahoma" w:cs="Tahoma" w:hint="eastAsia"/>
          <w:rtl/>
        </w:rPr>
        <w:t>داد</w:t>
      </w:r>
      <w:r w:rsidRPr="00097F3D">
        <w:rPr>
          <w:rFonts w:ascii="Tahoma" w:hAnsi="Tahoma" w:cs="Tahoma"/>
          <w:rtl/>
        </w:rPr>
        <w:t xml:space="preserve"> و گروه‌ها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محروم را ناراض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م</w:t>
      </w:r>
      <w:r w:rsidRPr="00097F3D">
        <w:rPr>
          <w:rFonts w:ascii="Tahoma" w:hAnsi="Tahoma" w:cs="Tahoma" w:hint="cs"/>
          <w:rtl/>
        </w:rPr>
        <w:t>ی‌</w:t>
      </w:r>
      <w:r w:rsidRPr="00097F3D">
        <w:rPr>
          <w:rFonts w:ascii="Tahoma" w:hAnsi="Tahoma" w:cs="Tahoma" w:hint="eastAsia"/>
          <w:rtl/>
        </w:rPr>
        <w:t>کرد</w:t>
      </w:r>
      <w:r w:rsidRPr="00097F3D">
        <w:rPr>
          <w:rFonts w:ascii="Tahoma" w:hAnsi="Tahoma" w:cs="Tahoma"/>
          <w:rtl/>
        </w:rPr>
        <w:t>.</w:t>
      </w:r>
    </w:p>
    <w:p w:rsidR="00097F3D" w:rsidRPr="00097F3D" w:rsidRDefault="00097F3D" w:rsidP="00097F3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097F3D">
        <w:rPr>
          <w:rFonts w:ascii="Tahoma" w:hAnsi="Tahoma" w:cs="Tahoma" w:hint="eastAsia"/>
          <w:rtl/>
        </w:rPr>
        <w:t>د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وان</w:t>
      </w:r>
      <w:r w:rsidRPr="00097F3D">
        <w:rPr>
          <w:rFonts w:ascii="Tahoma" w:hAnsi="Tahoma" w:cs="Tahoma"/>
          <w:rtl/>
        </w:rPr>
        <w:t xml:space="preserve"> در 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ن</w:t>
      </w:r>
      <w:r w:rsidRPr="00097F3D">
        <w:rPr>
          <w:rFonts w:ascii="Tahoma" w:hAnsi="Tahoma" w:cs="Tahoma"/>
          <w:rtl/>
        </w:rPr>
        <w:t xml:space="preserve"> م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ان</w:t>
      </w:r>
      <w:r w:rsidRPr="00097F3D">
        <w:rPr>
          <w:rFonts w:ascii="Tahoma" w:hAnsi="Tahoma" w:cs="Tahoma"/>
          <w:rtl/>
        </w:rPr>
        <w:t xml:space="preserve"> گسترش 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افت</w:t>
      </w:r>
      <w:r w:rsidRPr="00097F3D">
        <w:rPr>
          <w:rFonts w:ascii="Tahoma" w:hAnsi="Tahoma" w:cs="Tahoma"/>
          <w:rtl/>
        </w:rPr>
        <w:t xml:space="preserve"> و ضرورتش ب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شتر</w:t>
      </w:r>
      <w:r w:rsidRPr="00097F3D">
        <w:rPr>
          <w:rFonts w:ascii="Tahoma" w:hAnsi="Tahoma" w:cs="Tahoma"/>
          <w:rtl/>
        </w:rPr>
        <w:t xml:space="preserve"> شد. حکومت پس از دهه‌ها جنگ و توسعهٔ دستگاه‌ها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مذهب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و دربار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،</w:t>
      </w:r>
      <w:r w:rsidRPr="00097F3D">
        <w:rPr>
          <w:rFonts w:ascii="Tahoma" w:hAnsi="Tahoma" w:cs="Tahoma"/>
          <w:rtl/>
        </w:rPr>
        <w:t xml:space="preserve"> به ثبت دق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ق‌تر</w:t>
      </w:r>
      <w:r w:rsidRPr="00097F3D">
        <w:rPr>
          <w:rFonts w:ascii="Tahoma" w:hAnsi="Tahoma" w:cs="Tahoma"/>
          <w:rtl/>
        </w:rPr>
        <w:t xml:space="preserve"> درآمدها، زم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ن‌ها</w:t>
      </w:r>
      <w:r w:rsidRPr="00097F3D">
        <w:rPr>
          <w:rFonts w:ascii="Tahoma" w:hAnsi="Tahoma" w:cs="Tahoma"/>
          <w:rtl/>
        </w:rPr>
        <w:t xml:space="preserve"> و پرداخت‌ها ن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از</w:t>
      </w:r>
      <w:r w:rsidRPr="00097F3D">
        <w:rPr>
          <w:rFonts w:ascii="Tahoma" w:hAnsi="Tahoma" w:cs="Tahoma"/>
          <w:rtl/>
        </w:rPr>
        <w:t xml:space="preserve"> داشت. شاه نم</w:t>
      </w:r>
      <w:r w:rsidRPr="00097F3D">
        <w:rPr>
          <w:rFonts w:ascii="Tahoma" w:hAnsi="Tahoma" w:cs="Tahoma" w:hint="cs"/>
          <w:rtl/>
        </w:rPr>
        <w:t>ی‌</w:t>
      </w:r>
      <w:r w:rsidRPr="00097F3D">
        <w:rPr>
          <w:rFonts w:ascii="Tahoma" w:hAnsi="Tahoma" w:cs="Tahoma" w:hint="eastAsia"/>
          <w:rtl/>
        </w:rPr>
        <w:t>توانست</w:t>
      </w:r>
      <w:r w:rsidRPr="00097F3D">
        <w:rPr>
          <w:rFonts w:ascii="Tahoma" w:hAnsi="Tahoma" w:cs="Tahoma"/>
          <w:rtl/>
        </w:rPr>
        <w:t xml:space="preserve"> فقط بر گزارش ام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ران</w:t>
      </w:r>
      <w:r w:rsidRPr="00097F3D">
        <w:rPr>
          <w:rFonts w:ascii="Tahoma" w:hAnsi="Tahoma" w:cs="Tahoma"/>
          <w:rtl/>
        </w:rPr>
        <w:t xml:space="preserve"> قزلباش تک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ه</w:t>
      </w:r>
      <w:r w:rsidRPr="00097F3D">
        <w:rPr>
          <w:rFonts w:ascii="Tahoma" w:hAnsi="Tahoma" w:cs="Tahoma"/>
          <w:rtl/>
        </w:rPr>
        <w:t xml:space="preserve"> کند؛ ز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را</w:t>
      </w:r>
      <w:r w:rsidRPr="00097F3D">
        <w:rPr>
          <w:rFonts w:ascii="Tahoma" w:hAnsi="Tahoma" w:cs="Tahoma"/>
          <w:rtl/>
        </w:rPr>
        <w:t xml:space="preserve"> هر ام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ر</w:t>
      </w:r>
      <w:r w:rsidRPr="00097F3D">
        <w:rPr>
          <w:rFonts w:ascii="Tahoma" w:hAnsi="Tahoma" w:cs="Tahoma"/>
          <w:rtl/>
        </w:rPr>
        <w:t xml:space="preserve"> ممکن بود درآمد ولا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ت</w:t>
      </w:r>
      <w:r w:rsidRPr="00097F3D">
        <w:rPr>
          <w:rFonts w:ascii="Tahoma" w:hAnsi="Tahoma" w:cs="Tahoma"/>
          <w:rtl/>
        </w:rPr>
        <w:t xml:space="preserve"> را به سو</w:t>
      </w:r>
      <w:r w:rsidRPr="00097F3D">
        <w:rPr>
          <w:rFonts w:ascii="Tahoma" w:hAnsi="Tahoma" w:cs="Tahoma" w:hint="eastAsia"/>
          <w:rtl/>
        </w:rPr>
        <w:t>د</w:t>
      </w:r>
      <w:r w:rsidRPr="00097F3D">
        <w:rPr>
          <w:rFonts w:ascii="Tahoma" w:hAnsi="Tahoma" w:cs="Tahoma"/>
          <w:rtl/>
        </w:rPr>
        <w:t xml:space="preserve"> قب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له</w:t>
      </w:r>
      <w:r w:rsidRPr="00097F3D">
        <w:rPr>
          <w:rFonts w:ascii="Tahoma" w:hAnsi="Tahoma" w:cs="Tahoma"/>
          <w:rtl/>
        </w:rPr>
        <w:t xml:space="preserve"> و سپاه خود مصرف کند. د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وان</w:t>
      </w:r>
      <w:r w:rsidRPr="00097F3D">
        <w:rPr>
          <w:rFonts w:ascii="Tahoma" w:hAnsi="Tahoma" w:cs="Tahoma"/>
          <w:rtl/>
        </w:rPr>
        <w:t xml:space="preserve"> با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د</w:t>
      </w:r>
      <w:r w:rsidRPr="00097F3D">
        <w:rPr>
          <w:rFonts w:ascii="Tahoma" w:hAnsi="Tahoma" w:cs="Tahoma"/>
          <w:rtl/>
        </w:rPr>
        <w:t xml:space="preserve"> م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ان</w:t>
      </w:r>
      <w:r w:rsidRPr="00097F3D">
        <w:rPr>
          <w:rFonts w:ascii="Tahoma" w:hAnsi="Tahoma" w:cs="Tahoma"/>
          <w:rtl/>
        </w:rPr>
        <w:t xml:space="preserve"> دارا</w:t>
      </w:r>
      <w:r w:rsidRPr="00097F3D">
        <w:rPr>
          <w:rFonts w:ascii="Tahoma" w:hAnsi="Tahoma" w:cs="Tahoma" w:hint="cs"/>
          <w:rtl/>
        </w:rPr>
        <w:t>یی</w:t>
      </w:r>
      <w:r w:rsidRPr="00097F3D">
        <w:rPr>
          <w:rFonts w:ascii="Tahoma" w:hAnsi="Tahoma" w:cs="Tahoma"/>
          <w:rtl/>
        </w:rPr>
        <w:t xml:space="preserve"> کشور و دارا</w:t>
      </w:r>
      <w:r w:rsidRPr="00097F3D">
        <w:rPr>
          <w:rFonts w:ascii="Tahoma" w:hAnsi="Tahoma" w:cs="Tahoma" w:hint="cs"/>
          <w:rtl/>
        </w:rPr>
        <w:t>یی</w:t>
      </w:r>
      <w:r w:rsidRPr="00097F3D">
        <w:rPr>
          <w:rFonts w:ascii="Tahoma" w:hAnsi="Tahoma" w:cs="Tahoma"/>
          <w:rtl/>
        </w:rPr>
        <w:t xml:space="preserve"> صاحبان قدرت تفاوت م</w:t>
      </w:r>
      <w:r w:rsidRPr="00097F3D">
        <w:rPr>
          <w:rFonts w:ascii="Tahoma" w:hAnsi="Tahoma" w:cs="Tahoma" w:hint="cs"/>
          <w:rtl/>
        </w:rPr>
        <w:t>ی‌</w:t>
      </w:r>
      <w:r w:rsidRPr="00097F3D">
        <w:rPr>
          <w:rFonts w:ascii="Tahoma" w:hAnsi="Tahoma" w:cs="Tahoma" w:hint="eastAsia"/>
          <w:rtl/>
        </w:rPr>
        <w:t>گذاشت</w:t>
      </w:r>
      <w:r w:rsidRPr="00097F3D">
        <w:rPr>
          <w:rFonts w:ascii="Tahoma" w:hAnsi="Tahoma" w:cs="Tahoma"/>
          <w:rtl/>
        </w:rPr>
        <w:t>.</w:t>
      </w:r>
    </w:p>
    <w:p w:rsidR="00097F3D" w:rsidRPr="00097F3D" w:rsidRDefault="00097F3D" w:rsidP="00097F3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097F3D">
        <w:rPr>
          <w:rFonts w:ascii="Tahoma" w:hAnsi="Tahoma" w:cs="Tahoma" w:hint="eastAsia"/>
          <w:rtl/>
        </w:rPr>
        <w:t>هم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ن</w:t>
      </w:r>
      <w:r w:rsidRPr="00097F3D">
        <w:rPr>
          <w:rFonts w:ascii="Tahoma" w:hAnsi="Tahoma" w:cs="Tahoma"/>
          <w:rtl/>
        </w:rPr>
        <w:t xml:space="preserve"> وظ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فه</w:t>
      </w:r>
      <w:r w:rsidRPr="00097F3D">
        <w:rPr>
          <w:rFonts w:ascii="Tahoma" w:hAnsi="Tahoma" w:cs="Tahoma"/>
          <w:rtl/>
        </w:rPr>
        <w:t xml:space="preserve"> د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وانسالاران</w:t>
      </w:r>
      <w:r w:rsidRPr="00097F3D">
        <w:rPr>
          <w:rFonts w:ascii="Tahoma" w:hAnsi="Tahoma" w:cs="Tahoma"/>
          <w:rtl/>
        </w:rPr>
        <w:t xml:space="preserve"> را در برابر قزلباشان قرار م</w:t>
      </w:r>
      <w:r w:rsidRPr="00097F3D">
        <w:rPr>
          <w:rFonts w:ascii="Tahoma" w:hAnsi="Tahoma" w:cs="Tahoma" w:hint="cs"/>
          <w:rtl/>
        </w:rPr>
        <w:t>ی‌</w:t>
      </w:r>
      <w:r w:rsidRPr="00097F3D">
        <w:rPr>
          <w:rFonts w:ascii="Tahoma" w:hAnsi="Tahoma" w:cs="Tahoma" w:hint="eastAsia"/>
          <w:rtl/>
        </w:rPr>
        <w:t>داد</w:t>
      </w:r>
      <w:r w:rsidRPr="00097F3D">
        <w:rPr>
          <w:rFonts w:ascii="Tahoma" w:hAnsi="Tahoma" w:cs="Tahoma"/>
          <w:rtl/>
        </w:rPr>
        <w:t>. ام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ر</w:t>
      </w:r>
      <w:r w:rsidRPr="00097F3D">
        <w:rPr>
          <w:rFonts w:ascii="Tahoma" w:hAnsi="Tahoma" w:cs="Tahoma"/>
          <w:rtl/>
        </w:rPr>
        <w:t xml:space="preserve"> قزلباش ولا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ت</w:t>
      </w:r>
      <w:r w:rsidRPr="00097F3D">
        <w:rPr>
          <w:rFonts w:ascii="Tahoma" w:hAnsi="Tahoma" w:cs="Tahoma"/>
          <w:rtl/>
        </w:rPr>
        <w:t xml:space="preserve"> را پاداش خدمت و م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دان</w:t>
      </w:r>
      <w:r w:rsidRPr="00097F3D">
        <w:rPr>
          <w:rFonts w:ascii="Tahoma" w:hAnsi="Tahoma" w:cs="Tahoma"/>
          <w:rtl/>
        </w:rPr>
        <w:t xml:space="preserve"> اخت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ار</w:t>
      </w:r>
      <w:r w:rsidRPr="00097F3D">
        <w:rPr>
          <w:rFonts w:ascii="Tahoma" w:hAnsi="Tahoma" w:cs="Tahoma"/>
          <w:rtl/>
        </w:rPr>
        <w:t xml:space="preserve"> خود م</w:t>
      </w:r>
      <w:r w:rsidRPr="00097F3D">
        <w:rPr>
          <w:rFonts w:ascii="Tahoma" w:hAnsi="Tahoma" w:cs="Tahoma" w:hint="cs"/>
          <w:rtl/>
        </w:rPr>
        <w:t>ی‌</w:t>
      </w:r>
      <w:r w:rsidRPr="00097F3D">
        <w:rPr>
          <w:rFonts w:ascii="Tahoma" w:hAnsi="Tahoma" w:cs="Tahoma" w:hint="eastAsia"/>
          <w:rtl/>
        </w:rPr>
        <w:t>دانست؛</w:t>
      </w:r>
      <w:r w:rsidRPr="00097F3D">
        <w:rPr>
          <w:rFonts w:ascii="Tahoma" w:hAnsi="Tahoma" w:cs="Tahoma"/>
          <w:rtl/>
        </w:rPr>
        <w:t xml:space="preserve"> مستوف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و وز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ر</w:t>
      </w:r>
      <w:r w:rsidRPr="00097F3D">
        <w:rPr>
          <w:rFonts w:ascii="Tahoma" w:hAnsi="Tahoma" w:cs="Tahoma"/>
          <w:rtl/>
        </w:rPr>
        <w:t xml:space="preserve"> آن را بخش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از کشور م</w:t>
      </w:r>
      <w:r w:rsidRPr="00097F3D">
        <w:rPr>
          <w:rFonts w:ascii="Tahoma" w:hAnsi="Tahoma" w:cs="Tahoma" w:hint="cs"/>
          <w:rtl/>
        </w:rPr>
        <w:t>ی‌</w:t>
      </w:r>
      <w:r w:rsidRPr="00097F3D">
        <w:rPr>
          <w:rFonts w:ascii="Tahoma" w:hAnsi="Tahoma" w:cs="Tahoma" w:hint="eastAsia"/>
          <w:rtl/>
        </w:rPr>
        <w:t>د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دند</w:t>
      </w:r>
      <w:r w:rsidRPr="00097F3D">
        <w:rPr>
          <w:rFonts w:ascii="Tahoma" w:hAnsi="Tahoma" w:cs="Tahoma"/>
          <w:rtl/>
        </w:rPr>
        <w:t xml:space="preserve"> که با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د</w:t>
      </w:r>
      <w:r w:rsidRPr="00097F3D">
        <w:rPr>
          <w:rFonts w:ascii="Tahoma" w:hAnsi="Tahoma" w:cs="Tahoma"/>
          <w:rtl/>
        </w:rPr>
        <w:t xml:space="preserve"> درآمدش ثبت و سهم حکومت مرکز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از آن در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افت</w:t>
      </w:r>
      <w:r w:rsidRPr="00097F3D">
        <w:rPr>
          <w:rFonts w:ascii="Tahoma" w:hAnsi="Tahoma" w:cs="Tahoma"/>
          <w:rtl/>
        </w:rPr>
        <w:t xml:space="preserve"> شود. شاه برا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مهار ام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ران</w:t>
      </w:r>
      <w:r w:rsidRPr="00097F3D">
        <w:rPr>
          <w:rFonts w:ascii="Tahoma" w:hAnsi="Tahoma" w:cs="Tahoma"/>
          <w:rtl/>
        </w:rPr>
        <w:t xml:space="preserve"> به د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وان</w:t>
      </w:r>
      <w:r w:rsidRPr="00097F3D">
        <w:rPr>
          <w:rFonts w:ascii="Tahoma" w:hAnsi="Tahoma" w:cs="Tahoma"/>
          <w:rtl/>
        </w:rPr>
        <w:t xml:space="preserve"> ن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از</w:t>
      </w:r>
      <w:r w:rsidRPr="00097F3D">
        <w:rPr>
          <w:rFonts w:ascii="Tahoma" w:hAnsi="Tahoma" w:cs="Tahoma"/>
          <w:rtl/>
        </w:rPr>
        <w:t xml:space="preserve"> داشت، اما د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وان</w:t>
      </w:r>
      <w:r w:rsidRPr="00097F3D">
        <w:rPr>
          <w:rFonts w:ascii="Tahoma" w:hAnsi="Tahoma" w:cs="Tahoma"/>
          <w:rtl/>
        </w:rPr>
        <w:t xml:space="preserve"> ن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ز</w:t>
      </w:r>
      <w:r w:rsidRPr="00097F3D">
        <w:rPr>
          <w:rFonts w:ascii="Tahoma" w:hAnsi="Tahoma" w:cs="Tahoma"/>
          <w:rtl/>
        </w:rPr>
        <w:t xml:space="preserve"> بدون حما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ت</w:t>
      </w:r>
      <w:r w:rsidRPr="00097F3D">
        <w:rPr>
          <w:rFonts w:ascii="Tahoma" w:hAnsi="Tahoma" w:cs="Tahoma"/>
          <w:rtl/>
        </w:rPr>
        <w:t xml:space="preserve"> شاه نم</w:t>
      </w:r>
      <w:r w:rsidRPr="00097F3D">
        <w:rPr>
          <w:rFonts w:ascii="Tahoma" w:hAnsi="Tahoma" w:cs="Tahoma" w:hint="cs"/>
          <w:rtl/>
        </w:rPr>
        <w:t>ی‌</w:t>
      </w:r>
      <w:r w:rsidRPr="00097F3D">
        <w:rPr>
          <w:rFonts w:ascii="Tahoma" w:hAnsi="Tahoma" w:cs="Tahoma" w:hint="eastAsia"/>
          <w:rtl/>
        </w:rPr>
        <w:t>توانست</w:t>
      </w:r>
      <w:r w:rsidRPr="00097F3D">
        <w:rPr>
          <w:rFonts w:ascii="Tahoma" w:hAnsi="Tahoma" w:cs="Tahoma"/>
          <w:rtl/>
        </w:rPr>
        <w:t xml:space="preserve"> در برابر قشون از حساب و قانون دفاع کند.</w:t>
      </w:r>
    </w:p>
    <w:p w:rsidR="00097F3D" w:rsidRPr="00097F3D" w:rsidRDefault="00097F3D" w:rsidP="00097F3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097F3D">
        <w:rPr>
          <w:rFonts w:ascii="Tahoma" w:hAnsi="Tahoma" w:cs="Tahoma" w:hint="eastAsia"/>
          <w:rtl/>
        </w:rPr>
        <w:t>دستگاه</w:t>
      </w:r>
      <w:r w:rsidRPr="00097F3D">
        <w:rPr>
          <w:rFonts w:ascii="Tahoma" w:hAnsi="Tahoma" w:cs="Tahoma"/>
          <w:rtl/>
        </w:rPr>
        <w:t xml:space="preserve"> د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نکار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ن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ز</w:t>
      </w:r>
      <w:r w:rsidRPr="00097F3D">
        <w:rPr>
          <w:rFonts w:ascii="Tahoma" w:hAnsi="Tahoma" w:cs="Tahoma"/>
          <w:rtl/>
        </w:rPr>
        <w:t xml:space="preserve"> در دورهٔ طولان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تهماسب ر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شه‌ها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عم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ق‌تر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افت</w:t>
      </w:r>
      <w:r w:rsidRPr="00097F3D">
        <w:rPr>
          <w:rFonts w:ascii="Tahoma" w:hAnsi="Tahoma" w:cs="Tahoma"/>
          <w:rtl/>
        </w:rPr>
        <w:t>. مدارس و موقوفات گسترش پ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دا</w:t>
      </w:r>
      <w:r w:rsidRPr="00097F3D">
        <w:rPr>
          <w:rFonts w:ascii="Tahoma" w:hAnsi="Tahoma" w:cs="Tahoma"/>
          <w:rtl/>
        </w:rPr>
        <w:t xml:space="preserve"> کردند، خاندان‌ها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د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نکار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جا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گاه</w:t>
      </w:r>
      <w:r w:rsidRPr="00097F3D">
        <w:rPr>
          <w:rFonts w:ascii="Tahoma" w:hAnsi="Tahoma" w:cs="Tahoma"/>
          <w:rtl/>
        </w:rPr>
        <w:t xml:space="preserve"> خود را استوار ساختند و نسل تازه‌ا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از فق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هان</w:t>
      </w:r>
      <w:r w:rsidRPr="00097F3D">
        <w:rPr>
          <w:rFonts w:ascii="Tahoma" w:hAnsi="Tahoma" w:cs="Tahoma"/>
          <w:rtl/>
        </w:rPr>
        <w:t xml:space="preserve"> در 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ران</w:t>
      </w:r>
      <w:r w:rsidRPr="00097F3D">
        <w:rPr>
          <w:rFonts w:ascii="Tahoma" w:hAnsi="Tahoma" w:cs="Tahoma"/>
          <w:rtl/>
        </w:rPr>
        <w:t xml:space="preserve"> پرورش 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افت</w:t>
      </w:r>
      <w:r w:rsidRPr="00097F3D">
        <w:rPr>
          <w:rFonts w:ascii="Tahoma" w:hAnsi="Tahoma" w:cs="Tahoma"/>
          <w:rtl/>
        </w:rPr>
        <w:t>. آنان د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گر</w:t>
      </w:r>
      <w:r w:rsidRPr="00097F3D">
        <w:rPr>
          <w:rFonts w:ascii="Tahoma" w:hAnsi="Tahoma" w:cs="Tahoma"/>
          <w:rtl/>
        </w:rPr>
        <w:t xml:space="preserve"> همگ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مهاجران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وابسته به دعوت نخست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ن</w:t>
      </w:r>
      <w:r w:rsidRPr="00097F3D">
        <w:rPr>
          <w:rFonts w:ascii="Tahoma" w:hAnsi="Tahoma" w:cs="Tahoma"/>
          <w:rtl/>
        </w:rPr>
        <w:t xml:space="preserve"> شاهان نبودند. گروه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در 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ران</w:t>
      </w:r>
      <w:r w:rsidRPr="00097F3D">
        <w:rPr>
          <w:rFonts w:ascii="Tahoma" w:hAnsi="Tahoma" w:cs="Tahoma"/>
          <w:rtl/>
        </w:rPr>
        <w:t xml:space="preserve"> زاده شده، در مدارس آن آموزش د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ده</w:t>
      </w:r>
      <w:r w:rsidRPr="00097F3D">
        <w:rPr>
          <w:rFonts w:ascii="Tahoma" w:hAnsi="Tahoma" w:cs="Tahoma"/>
          <w:rtl/>
        </w:rPr>
        <w:t xml:space="preserve"> و با شهرها، بازار و خاندان‌ها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محل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پ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وند</w:t>
      </w:r>
      <w:r w:rsidRPr="00097F3D">
        <w:rPr>
          <w:rFonts w:ascii="Tahoma" w:hAnsi="Tahoma" w:cs="Tahoma"/>
          <w:rtl/>
        </w:rPr>
        <w:t xml:space="preserve"> 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افته</w:t>
      </w:r>
      <w:r w:rsidRPr="00097F3D">
        <w:rPr>
          <w:rFonts w:ascii="Tahoma" w:hAnsi="Tahoma" w:cs="Tahoma"/>
          <w:rtl/>
        </w:rPr>
        <w:t xml:space="preserve"> بودند.</w:t>
      </w:r>
    </w:p>
    <w:p w:rsidR="00097F3D" w:rsidRPr="00097F3D" w:rsidRDefault="00097F3D" w:rsidP="00097F3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097F3D">
        <w:rPr>
          <w:rFonts w:ascii="Tahoma" w:hAnsi="Tahoma" w:cs="Tahoma" w:hint="eastAsia"/>
          <w:rtl/>
        </w:rPr>
        <w:t>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ن</w:t>
      </w:r>
      <w:r w:rsidRPr="00097F3D">
        <w:rPr>
          <w:rFonts w:ascii="Tahoma" w:hAnsi="Tahoma" w:cs="Tahoma"/>
          <w:rtl/>
        </w:rPr>
        <w:t xml:space="preserve"> دگرگون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پ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امد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مهم داشت. د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نکار</w:t>
      </w:r>
      <w:r w:rsidRPr="00097F3D">
        <w:rPr>
          <w:rFonts w:ascii="Tahoma" w:hAnsi="Tahoma" w:cs="Tahoma"/>
          <w:rtl/>
        </w:rPr>
        <w:t xml:space="preserve"> مهاجر ممکن بود موقع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ت</w:t>
      </w:r>
      <w:r w:rsidRPr="00097F3D">
        <w:rPr>
          <w:rFonts w:ascii="Tahoma" w:hAnsi="Tahoma" w:cs="Tahoma"/>
          <w:rtl/>
        </w:rPr>
        <w:t xml:space="preserve"> خود را ب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ش</w:t>
      </w:r>
      <w:r w:rsidRPr="00097F3D">
        <w:rPr>
          <w:rFonts w:ascii="Tahoma" w:hAnsi="Tahoma" w:cs="Tahoma"/>
          <w:rtl/>
        </w:rPr>
        <w:t xml:space="preserve"> از هر چ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ز</w:t>
      </w:r>
      <w:r w:rsidRPr="00097F3D">
        <w:rPr>
          <w:rFonts w:ascii="Tahoma" w:hAnsi="Tahoma" w:cs="Tahoma"/>
          <w:rtl/>
        </w:rPr>
        <w:t xml:space="preserve"> مد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ون</w:t>
      </w:r>
      <w:r w:rsidRPr="00097F3D">
        <w:rPr>
          <w:rFonts w:ascii="Tahoma" w:hAnsi="Tahoma" w:cs="Tahoma"/>
          <w:rtl/>
        </w:rPr>
        <w:t xml:space="preserve"> حما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ت</w:t>
      </w:r>
      <w:r w:rsidRPr="00097F3D">
        <w:rPr>
          <w:rFonts w:ascii="Tahoma" w:hAnsi="Tahoma" w:cs="Tahoma"/>
          <w:rtl/>
        </w:rPr>
        <w:t xml:space="preserve"> شاه بداند، اما فرزند و شاگرد او م</w:t>
      </w:r>
      <w:r w:rsidRPr="00097F3D">
        <w:rPr>
          <w:rFonts w:ascii="Tahoma" w:hAnsi="Tahoma" w:cs="Tahoma" w:hint="cs"/>
          <w:rtl/>
        </w:rPr>
        <w:t>ی‌</w:t>
      </w:r>
      <w:r w:rsidRPr="00097F3D">
        <w:rPr>
          <w:rFonts w:ascii="Tahoma" w:hAnsi="Tahoma" w:cs="Tahoma" w:hint="eastAsia"/>
          <w:rtl/>
        </w:rPr>
        <w:t>توانست</w:t>
      </w:r>
      <w:r w:rsidRPr="00097F3D">
        <w:rPr>
          <w:rFonts w:ascii="Tahoma" w:hAnsi="Tahoma" w:cs="Tahoma"/>
          <w:rtl/>
        </w:rPr>
        <w:t xml:space="preserve"> مقام و اعتبار خود را م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راث</w:t>
      </w:r>
      <w:r w:rsidRPr="00097F3D">
        <w:rPr>
          <w:rFonts w:ascii="Tahoma" w:hAnsi="Tahoma" w:cs="Tahoma"/>
          <w:rtl/>
        </w:rPr>
        <w:t xml:space="preserve"> دانش، خانواده و جامعهٔ مذهب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تلق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کند. بد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ن‌سان،</w:t>
      </w:r>
      <w:r w:rsidRPr="00097F3D">
        <w:rPr>
          <w:rFonts w:ascii="Tahoma" w:hAnsi="Tahoma" w:cs="Tahoma"/>
          <w:rtl/>
        </w:rPr>
        <w:t xml:space="preserve"> فاصلهٔ دستگاه د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نکار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از وابستگ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کامل به تاج اف</w:t>
      </w:r>
      <w:r w:rsidRPr="00097F3D">
        <w:rPr>
          <w:rFonts w:ascii="Tahoma" w:hAnsi="Tahoma" w:cs="Tahoma" w:hint="eastAsia"/>
          <w:rtl/>
        </w:rPr>
        <w:t>زا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ش</w:t>
      </w:r>
      <w:r w:rsidRPr="00097F3D">
        <w:rPr>
          <w:rFonts w:ascii="Tahoma" w:hAnsi="Tahoma" w:cs="Tahoma"/>
          <w:rtl/>
        </w:rPr>
        <w:t xml:space="preserve"> م</w:t>
      </w:r>
      <w:r w:rsidRPr="00097F3D">
        <w:rPr>
          <w:rFonts w:ascii="Tahoma" w:hAnsi="Tahoma" w:cs="Tahoma" w:hint="cs"/>
          <w:rtl/>
        </w:rPr>
        <w:t>ی‌ی</w:t>
      </w:r>
      <w:r w:rsidRPr="00097F3D">
        <w:rPr>
          <w:rFonts w:ascii="Tahoma" w:hAnsi="Tahoma" w:cs="Tahoma" w:hint="eastAsia"/>
          <w:rtl/>
        </w:rPr>
        <w:t>افت</w:t>
      </w:r>
      <w:r w:rsidRPr="00097F3D">
        <w:rPr>
          <w:rFonts w:ascii="Tahoma" w:hAnsi="Tahoma" w:cs="Tahoma"/>
          <w:rtl/>
        </w:rPr>
        <w:t>.</w:t>
      </w:r>
    </w:p>
    <w:p w:rsidR="00097F3D" w:rsidRPr="00097F3D" w:rsidRDefault="00097F3D" w:rsidP="00097F3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097F3D">
        <w:rPr>
          <w:rFonts w:ascii="Tahoma" w:hAnsi="Tahoma" w:cs="Tahoma" w:hint="eastAsia"/>
          <w:rtl/>
        </w:rPr>
        <w:t>تهماسب</w:t>
      </w:r>
      <w:r w:rsidRPr="00097F3D">
        <w:rPr>
          <w:rFonts w:ascii="Tahoma" w:hAnsi="Tahoma" w:cs="Tahoma"/>
          <w:rtl/>
        </w:rPr>
        <w:t xml:space="preserve"> با د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ندار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و حما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ت</w:t>
      </w:r>
      <w:r w:rsidRPr="00097F3D">
        <w:rPr>
          <w:rFonts w:ascii="Tahoma" w:hAnsi="Tahoma" w:cs="Tahoma"/>
          <w:rtl/>
        </w:rPr>
        <w:t xml:space="preserve"> از فق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هان</w:t>
      </w:r>
      <w:r w:rsidRPr="00097F3D">
        <w:rPr>
          <w:rFonts w:ascii="Tahoma" w:hAnsi="Tahoma" w:cs="Tahoma"/>
          <w:rtl/>
        </w:rPr>
        <w:t xml:space="preserve"> به گسترش هم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ن</w:t>
      </w:r>
      <w:r w:rsidRPr="00097F3D">
        <w:rPr>
          <w:rFonts w:ascii="Tahoma" w:hAnsi="Tahoma" w:cs="Tahoma"/>
          <w:rtl/>
        </w:rPr>
        <w:t xml:space="preserve"> ن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رو</w:t>
      </w:r>
      <w:r w:rsidRPr="00097F3D">
        <w:rPr>
          <w:rFonts w:ascii="Tahoma" w:hAnsi="Tahoma" w:cs="Tahoma"/>
          <w:rtl/>
        </w:rPr>
        <w:t xml:space="preserve"> کمک کرد. در کوتاه‌مدت، د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نکاران</w:t>
      </w:r>
      <w:r w:rsidRPr="00097F3D">
        <w:rPr>
          <w:rFonts w:ascii="Tahoma" w:hAnsi="Tahoma" w:cs="Tahoma"/>
          <w:rtl/>
        </w:rPr>
        <w:t xml:space="preserve"> برا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مهار باورها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غلوآم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ز</w:t>
      </w:r>
      <w:r w:rsidRPr="00097F3D">
        <w:rPr>
          <w:rFonts w:ascii="Tahoma" w:hAnsi="Tahoma" w:cs="Tahoma"/>
          <w:rtl/>
        </w:rPr>
        <w:t xml:space="preserve"> قزلباشان و استوارکردن مذهب رسم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مف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د</w:t>
      </w:r>
      <w:r w:rsidRPr="00097F3D">
        <w:rPr>
          <w:rFonts w:ascii="Tahoma" w:hAnsi="Tahoma" w:cs="Tahoma"/>
          <w:rtl/>
        </w:rPr>
        <w:t xml:space="preserve"> بودند. اما در درازمدت، آنان صاحب شبکه‌ا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م</w:t>
      </w:r>
      <w:r w:rsidRPr="00097F3D">
        <w:rPr>
          <w:rFonts w:ascii="Tahoma" w:hAnsi="Tahoma" w:cs="Tahoma" w:hint="cs"/>
          <w:rtl/>
        </w:rPr>
        <w:t>ی‌</w:t>
      </w:r>
      <w:r w:rsidRPr="00097F3D">
        <w:rPr>
          <w:rFonts w:ascii="Tahoma" w:hAnsi="Tahoma" w:cs="Tahoma" w:hint="eastAsia"/>
          <w:rtl/>
        </w:rPr>
        <w:t>شدند</w:t>
      </w:r>
      <w:r w:rsidRPr="00097F3D">
        <w:rPr>
          <w:rFonts w:ascii="Tahoma" w:hAnsi="Tahoma" w:cs="Tahoma"/>
          <w:rtl/>
        </w:rPr>
        <w:t xml:space="preserve"> که م</w:t>
      </w:r>
      <w:r w:rsidRPr="00097F3D">
        <w:rPr>
          <w:rFonts w:ascii="Tahoma" w:hAnsi="Tahoma" w:cs="Tahoma" w:hint="cs"/>
          <w:rtl/>
        </w:rPr>
        <w:t>ی‌</w:t>
      </w:r>
      <w:r w:rsidRPr="00097F3D">
        <w:rPr>
          <w:rFonts w:ascii="Tahoma" w:hAnsi="Tahoma" w:cs="Tahoma" w:hint="eastAsia"/>
          <w:rtl/>
        </w:rPr>
        <w:t>توانست</w:t>
      </w:r>
      <w:r w:rsidRPr="00097F3D">
        <w:rPr>
          <w:rFonts w:ascii="Tahoma" w:hAnsi="Tahoma" w:cs="Tahoma"/>
          <w:rtl/>
        </w:rPr>
        <w:t xml:space="preserve"> دربارهٔ رفتار تاج ن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ز</w:t>
      </w:r>
      <w:r w:rsidRPr="00097F3D">
        <w:rPr>
          <w:rFonts w:ascii="Tahoma" w:hAnsi="Tahoma" w:cs="Tahoma"/>
          <w:rtl/>
        </w:rPr>
        <w:t xml:space="preserve"> داور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کند. شاه ن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رومند</w:t>
      </w:r>
      <w:r w:rsidRPr="00097F3D">
        <w:rPr>
          <w:rFonts w:ascii="Tahoma" w:hAnsi="Tahoma" w:cs="Tahoma"/>
          <w:rtl/>
        </w:rPr>
        <w:t xml:space="preserve"> م</w:t>
      </w:r>
      <w:r w:rsidRPr="00097F3D">
        <w:rPr>
          <w:rFonts w:ascii="Tahoma" w:hAnsi="Tahoma" w:cs="Tahoma" w:hint="cs"/>
          <w:rtl/>
        </w:rPr>
        <w:t>ی‌</w:t>
      </w:r>
      <w:r w:rsidRPr="00097F3D">
        <w:rPr>
          <w:rFonts w:ascii="Tahoma" w:hAnsi="Tahoma" w:cs="Tahoma" w:hint="eastAsia"/>
          <w:rtl/>
        </w:rPr>
        <w:t>توانست</w:t>
      </w:r>
      <w:r w:rsidRPr="00097F3D">
        <w:rPr>
          <w:rFonts w:ascii="Tahoma" w:hAnsi="Tahoma" w:cs="Tahoma"/>
          <w:rtl/>
        </w:rPr>
        <w:t xml:space="preserve"> 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ن</w:t>
      </w:r>
      <w:r w:rsidRPr="00097F3D">
        <w:rPr>
          <w:rFonts w:ascii="Tahoma" w:hAnsi="Tahoma" w:cs="Tahoma"/>
          <w:rtl/>
        </w:rPr>
        <w:t xml:space="preserve"> داور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را محدود سازد، ول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جانش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ن</w:t>
      </w:r>
      <w:r w:rsidRPr="00097F3D">
        <w:rPr>
          <w:rFonts w:ascii="Tahoma" w:hAnsi="Tahoma" w:cs="Tahoma"/>
          <w:rtl/>
        </w:rPr>
        <w:t xml:space="preserve"> ضع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ف‌تر</w:t>
      </w:r>
      <w:r w:rsidRPr="00097F3D">
        <w:rPr>
          <w:rFonts w:ascii="Tahoma" w:hAnsi="Tahoma" w:cs="Tahoma"/>
          <w:rtl/>
        </w:rPr>
        <w:t xml:space="preserve"> ممکن بود ز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ر</w:t>
      </w:r>
      <w:r w:rsidRPr="00097F3D">
        <w:rPr>
          <w:rFonts w:ascii="Tahoma" w:hAnsi="Tahoma" w:cs="Tahoma"/>
          <w:rtl/>
        </w:rPr>
        <w:t xml:space="preserve"> فشار آن قرار گ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رد</w:t>
      </w:r>
      <w:r w:rsidRPr="00097F3D">
        <w:rPr>
          <w:rFonts w:ascii="Tahoma" w:hAnsi="Tahoma" w:cs="Tahoma"/>
          <w:rtl/>
        </w:rPr>
        <w:t>.</w:t>
      </w:r>
    </w:p>
    <w:p w:rsidR="00097F3D" w:rsidRPr="00097F3D" w:rsidRDefault="00097F3D" w:rsidP="00097F3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097F3D">
        <w:rPr>
          <w:rFonts w:ascii="Tahoma" w:hAnsi="Tahoma" w:cs="Tahoma" w:hint="eastAsia"/>
          <w:rtl/>
        </w:rPr>
        <w:t>سلطنت</w:t>
      </w:r>
      <w:r w:rsidRPr="00097F3D">
        <w:rPr>
          <w:rFonts w:ascii="Tahoma" w:hAnsi="Tahoma" w:cs="Tahoma"/>
          <w:rtl/>
        </w:rPr>
        <w:t xml:space="preserve"> طولان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تهماسب از سال </w:t>
      </w:r>
      <w:r w:rsidRPr="00097F3D">
        <w:rPr>
          <w:rFonts w:ascii="Tahoma" w:hAnsi="Tahoma" w:cs="Tahoma"/>
          <w:rtl/>
          <w:lang w:bidi="fa-IR"/>
        </w:rPr>
        <w:t>۱۵۲۴</w:t>
      </w:r>
      <w:r w:rsidRPr="00097F3D">
        <w:rPr>
          <w:rFonts w:ascii="Tahoma" w:hAnsi="Tahoma" w:cs="Tahoma"/>
          <w:rtl/>
        </w:rPr>
        <w:t xml:space="preserve"> تا </w:t>
      </w:r>
      <w:r w:rsidRPr="00097F3D">
        <w:rPr>
          <w:rFonts w:ascii="Tahoma" w:hAnsi="Tahoma" w:cs="Tahoma"/>
          <w:rtl/>
          <w:lang w:bidi="fa-IR"/>
        </w:rPr>
        <w:t>۱۵۷۶</w:t>
      </w:r>
      <w:r w:rsidRPr="00097F3D">
        <w:rPr>
          <w:rFonts w:ascii="Tahoma" w:hAnsi="Tahoma" w:cs="Tahoma"/>
          <w:rtl/>
        </w:rPr>
        <w:t xml:space="preserve"> م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لاد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به حکومت صفو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فرصت داد که از مرحلهٔ فتح به مرحلهٔ ماندگار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برسد. نسل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از مردم زاده و بزرگ شد که حکومت د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گر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جز صفو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ان</w:t>
      </w:r>
      <w:r w:rsidRPr="00097F3D">
        <w:rPr>
          <w:rFonts w:ascii="Tahoma" w:hAnsi="Tahoma" w:cs="Tahoma"/>
          <w:rtl/>
        </w:rPr>
        <w:t xml:space="preserve"> نم</w:t>
      </w:r>
      <w:r w:rsidRPr="00097F3D">
        <w:rPr>
          <w:rFonts w:ascii="Tahoma" w:hAnsi="Tahoma" w:cs="Tahoma" w:hint="cs"/>
          <w:rtl/>
        </w:rPr>
        <w:t>ی‌</w:t>
      </w:r>
      <w:r w:rsidRPr="00097F3D">
        <w:rPr>
          <w:rFonts w:ascii="Tahoma" w:hAnsi="Tahoma" w:cs="Tahoma" w:hint="eastAsia"/>
          <w:rtl/>
        </w:rPr>
        <w:t>شناخت</w:t>
      </w:r>
      <w:r w:rsidRPr="00097F3D">
        <w:rPr>
          <w:rFonts w:ascii="Tahoma" w:hAnsi="Tahoma" w:cs="Tahoma"/>
          <w:rtl/>
        </w:rPr>
        <w:t>. تش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ع</w:t>
      </w:r>
      <w:r w:rsidRPr="00097F3D">
        <w:rPr>
          <w:rFonts w:ascii="Tahoma" w:hAnsi="Tahoma" w:cs="Tahoma"/>
          <w:rtl/>
        </w:rPr>
        <w:t xml:space="preserve"> رسم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در مدرسه، مسجد، محکمه و آ</w:t>
      </w:r>
      <w:r w:rsidRPr="00097F3D">
        <w:rPr>
          <w:rFonts w:ascii="Tahoma" w:hAnsi="Tahoma" w:cs="Tahoma" w:hint="cs"/>
          <w:rtl/>
        </w:rPr>
        <w:t>یی</w:t>
      </w:r>
      <w:r w:rsidRPr="00097F3D">
        <w:rPr>
          <w:rFonts w:ascii="Tahoma" w:hAnsi="Tahoma" w:cs="Tahoma" w:hint="eastAsia"/>
          <w:rtl/>
        </w:rPr>
        <w:t>ن‌ها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عموم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جا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گرفت. پا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تخت</w:t>
      </w:r>
      <w:r w:rsidRPr="00097F3D">
        <w:rPr>
          <w:rFonts w:ascii="Tahoma" w:hAnsi="Tahoma" w:cs="Tahoma"/>
          <w:rtl/>
        </w:rPr>
        <w:t xml:space="preserve"> تازه شکل گرفت </w:t>
      </w:r>
      <w:r w:rsidRPr="00097F3D">
        <w:rPr>
          <w:rFonts w:ascii="Tahoma" w:hAnsi="Tahoma" w:cs="Tahoma" w:hint="eastAsia"/>
          <w:rtl/>
        </w:rPr>
        <w:t>و</w:t>
      </w:r>
      <w:r w:rsidRPr="00097F3D">
        <w:rPr>
          <w:rFonts w:ascii="Tahoma" w:hAnsi="Tahoma" w:cs="Tahoma"/>
          <w:rtl/>
        </w:rPr>
        <w:t xml:space="preserve"> د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وان</w:t>
      </w:r>
      <w:r w:rsidRPr="00097F3D">
        <w:rPr>
          <w:rFonts w:ascii="Tahoma" w:hAnsi="Tahoma" w:cs="Tahoma"/>
          <w:rtl/>
        </w:rPr>
        <w:t xml:space="preserve"> و دستگاه دربار تجربهٔ ب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شتر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اندوختند.</w:t>
      </w:r>
    </w:p>
    <w:p w:rsidR="00097F3D" w:rsidRPr="00097F3D" w:rsidRDefault="00097F3D" w:rsidP="00097F3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097F3D">
        <w:rPr>
          <w:rFonts w:ascii="Tahoma" w:hAnsi="Tahoma" w:cs="Tahoma" w:hint="eastAsia"/>
          <w:rtl/>
        </w:rPr>
        <w:t>اما</w:t>
      </w:r>
      <w:r w:rsidRPr="00097F3D">
        <w:rPr>
          <w:rFonts w:ascii="Tahoma" w:hAnsi="Tahoma" w:cs="Tahoma"/>
          <w:rtl/>
        </w:rPr>
        <w:t xml:space="preserve"> طولان</w:t>
      </w:r>
      <w:r w:rsidRPr="00097F3D">
        <w:rPr>
          <w:rFonts w:ascii="Tahoma" w:hAnsi="Tahoma" w:cs="Tahoma" w:hint="cs"/>
          <w:rtl/>
        </w:rPr>
        <w:t>ی‌</w:t>
      </w:r>
      <w:r w:rsidRPr="00097F3D">
        <w:rPr>
          <w:rFonts w:ascii="Tahoma" w:hAnsi="Tahoma" w:cs="Tahoma" w:hint="eastAsia"/>
          <w:rtl/>
        </w:rPr>
        <w:t>شدن</w:t>
      </w:r>
      <w:r w:rsidRPr="00097F3D">
        <w:rPr>
          <w:rFonts w:ascii="Tahoma" w:hAnsi="Tahoma" w:cs="Tahoma"/>
          <w:rtl/>
        </w:rPr>
        <w:t xml:space="preserve"> سلطنت مشکل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را ن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ز</w:t>
      </w:r>
      <w:r w:rsidRPr="00097F3D">
        <w:rPr>
          <w:rFonts w:ascii="Tahoma" w:hAnsi="Tahoma" w:cs="Tahoma"/>
          <w:rtl/>
        </w:rPr>
        <w:t xml:space="preserve"> پنهان کرد: جانش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ن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>. تا هنگام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که شاه زنده بود، رقابت شاهزادگان و گروه‌ها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حام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آنان ز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ر</w:t>
      </w:r>
      <w:r w:rsidRPr="00097F3D">
        <w:rPr>
          <w:rFonts w:ascii="Tahoma" w:hAnsi="Tahoma" w:cs="Tahoma"/>
          <w:rtl/>
        </w:rPr>
        <w:t xml:space="preserve"> سا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هٔ</w:t>
      </w:r>
      <w:r w:rsidRPr="00097F3D">
        <w:rPr>
          <w:rFonts w:ascii="Tahoma" w:hAnsi="Tahoma" w:cs="Tahoma"/>
          <w:rtl/>
        </w:rPr>
        <w:t xml:space="preserve"> اقتدار او باق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م</w:t>
      </w:r>
      <w:r w:rsidRPr="00097F3D">
        <w:rPr>
          <w:rFonts w:ascii="Tahoma" w:hAnsi="Tahoma" w:cs="Tahoma" w:hint="cs"/>
          <w:rtl/>
        </w:rPr>
        <w:t>ی‌</w:t>
      </w:r>
      <w:r w:rsidRPr="00097F3D">
        <w:rPr>
          <w:rFonts w:ascii="Tahoma" w:hAnsi="Tahoma" w:cs="Tahoma" w:hint="eastAsia"/>
          <w:rtl/>
        </w:rPr>
        <w:t>ماند</w:t>
      </w:r>
      <w:r w:rsidRPr="00097F3D">
        <w:rPr>
          <w:rFonts w:ascii="Tahoma" w:hAnsi="Tahoma" w:cs="Tahoma"/>
          <w:rtl/>
        </w:rPr>
        <w:t>. ول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ه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چ</w:t>
      </w:r>
      <w:r w:rsidRPr="00097F3D">
        <w:rPr>
          <w:rFonts w:ascii="Tahoma" w:hAnsi="Tahoma" w:cs="Tahoma"/>
          <w:rtl/>
        </w:rPr>
        <w:t xml:space="preserve"> قاعدهٔ روشن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وجود نداشت که تع</w:t>
      </w:r>
      <w:r w:rsidRPr="00097F3D">
        <w:rPr>
          <w:rFonts w:ascii="Tahoma" w:hAnsi="Tahoma" w:cs="Tahoma" w:hint="cs"/>
          <w:rtl/>
        </w:rPr>
        <w:t>یی</w:t>
      </w:r>
      <w:r w:rsidRPr="00097F3D">
        <w:rPr>
          <w:rFonts w:ascii="Tahoma" w:hAnsi="Tahoma" w:cs="Tahoma" w:hint="eastAsia"/>
          <w:rtl/>
        </w:rPr>
        <w:t>ن</w:t>
      </w:r>
      <w:r w:rsidRPr="00097F3D">
        <w:rPr>
          <w:rFonts w:ascii="Tahoma" w:hAnsi="Tahoma" w:cs="Tahoma"/>
          <w:rtl/>
        </w:rPr>
        <w:t xml:space="preserve"> کند کدام پسر شاه با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د</w:t>
      </w:r>
      <w:r w:rsidRPr="00097F3D">
        <w:rPr>
          <w:rFonts w:ascii="Tahoma" w:hAnsi="Tahoma" w:cs="Tahoma"/>
          <w:rtl/>
        </w:rPr>
        <w:t xml:space="preserve"> پس از او بر تخت بنش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ند</w:t>
      </w:r>
      <w:r w:rsidRPr="00097F3D">
        <w:rPr>
          <w:rFonts w:ascii="Tahoma" w:hAnsi="Tahoma" w:cs="Tahoma"/>
          <w:rtl/>
        </w:rPr>
        <w:t>. خون صفو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چند شاهز</w:t>
      </w:r>
      <w:r w:rsidRPr="00097F3D">
        <w:rPr>
          <w:rFonts w:ascii="Tahoma" w:hAnsi="Tahoma" w:cs="Tahoma" w:hint="eastAsia"/>
          <w:rtl/>
        </w:rPr>
        <w:t>اده</w:t>
      </w:r>
      <w:r w:rsidRPr="00097F3D">
        <w:rPr>
          <w:rFonts w:ascii="Tahoma" w:hAnsi="Tahoma" w:cs="Tahoma"/>
          <w:rtl/>
        </w:rPr>
        <w:t xml:space="preserve"> را شا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ستهٔ</w:t>
      </w:r>
      <w:r w:rsidRPr="00097F3D">
        <w:rPr>
          <w:rFonts w:ascii="Tahoma" w:hAnsi="Tahoma" w:cs="Tahoma"/>
          <w:rtl/>
        </w:rPr>
        <w:t xml:space="preserve"> تاج م</w:t>
      </w:r>
      <w:r w:rsidRPr="00097F3D">
        <w:rPr>
          <w:rFonts w:ascii="Tahoma" w:hAnsi="Tahoma" w:cs="Tahoma" w:hint="cs"/>
          <w:rtl/>
        </w:rPr>
        <w:t>ی‌</w:t>
      </w:r>
      <w:r w:rsidRPr="00097F3D">
        <w:rPr>
          <w:rFonts w:ascii="Tahoma" w:hAnsi="Tahoma" w:cs="Tahoma" w:hint="eastAsia"/>
          <w:rtl/>
        </w:rPr>
        <w:t>ساخت،</w:t>
      </w:r>
      <w:r w:rsidRPr="00097F3D">
        <w:rPr>
          <w:rFonts w:ascii="Tahoma" w:hAnsi="Tahoma" w:cs="Tahoma"/>
          <w:rtl/>
        </w:rPr>
        <w:t xml:space="preserve"> اما راه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نهاد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برا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انتخاب 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ک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از آنان وجود نداشت.</w:t>
      </w:r>
    </w:p>
    <w:p w:rsidR="00097F3D" w:rsidRPr="00097F3D" w:rsidRDefault="00097F3D" w:rsidP="00097F3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097F3D">
        <w:rPr>
          <w:rFonts w:ascii="Tahoma" w:hAnsi="Tahoma" w:cs="Tahoma" w:hint="eastAsia"/>
          <w:rtl/>
        </w:rPr>
        <w:t>شاهزادگان</w:t>
      </w:r>
      <w:r w:rsidRPr="00097F3D">
        <w:rPr>
          <w:rFonts w:ascii="Tahoma" w:hAnsi="Tahoma" w:cs="Tahoma"/>
          <w:rtl/>
        </w:rPr>
        <w:t xml:space="preserve"> صفو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هر 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ک</w:t>
      </w:r>
      <w:r w:rsidRPr="00097F3D">
        <w:rPr>
          <w:rFonts w:ascii="Tahoma" w:hAnsi="Tahoma" w:cs="Tahoma"/>
          <w:rtl/>
        </w:rPr>
        <w:t xml:space="preserve"> از مادر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با وابستگ</w:t>
      </w:r>
      <w:r w:rsidRPr="00097F3D">
        <w:rPr>
          <w:rFonts w:ascii="Tahoma" w:hAnsi="Tahoma" w:cs="Tahoma" w:hint="cs"/>
          <w:rtl/>
        </w:rPr>
        <w:t>ی‌</w:t>
      </w:r>
      <w:r w:rsidRPr="00097F3D">
        <w:rPr>
          <w:rFonts w:ascii="Tahoma" w:hAnsi="Tahoma" w:cs="Tahoma" w:hint="eastAsia"/>
          <w:rtl/>
        </w:rPr>
        <w:t>ها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خانوادگ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و س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اس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متفاوت زاده شده بودند. قزلباشان، زنان دربار، خواجه‌سرا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ان،</w:t>
      </w:r>
      <w:r w:rsidRPr="00097F3D">
        <w:rPr>
          <w:rFonts w:ascii="Tahoma" w:hAnsi="Tahoma" w:cs="Tahoma"/>
          <w:rtl/>
        </w:rPr>
        <w:t xml:space="preserve"> د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وانسالاران</w:t>
      </w:r>
      <w:r w:rsidRPr="00097F3D">
        <w:rPr>
          <w:rFonts w:ascii="Tahoma" w:hAnsi="Tahoma" w:cs="Tahoma"/>
          <w:rtl/>
        </w:rPr>
        <w:t xml:space="preserve"> و د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نکاران</w:t>
      </w:r>
      <w:r w:rsidRPr="00097F3D">
        <w:rPr>
          <w:rFonts w:ascii="Tahoma" w:hAnsi="Tahoma" w:cs="Tahoma"/>
          <w:rtl/>
        </w:rPr>
        <w:t xml:space="preserve"> م</w:t>
      </w:r>
      <w:r w:rsidRPr="00097F3D">
        <w:rPr>
          <w:rFonts w:ascii="Tahoma" w:hAnsi="Tahoma" w:cs="Tahoma" w:hint="cs"/>
          <w:rtl/>
        </w:rPr>
        <w:t>ی‌</w:t>
      </w:r>
      <w:r w:rsidRPr="00097F3D">
        <w:rPr>
          <w:rFonts w:ascii="Tahoma" w:hAnsi="Tahoma" w:cs="Tahoma" w:hint="eastAsia"/>
          <w:rtl/>
        </w:rPr>
        <w:t>توانستند</w:t>
      </w:r>
      <w:r w:rsidRPr="00097F3D">
        <w:rPr>
          <w:rFonts w:ascii="Tahoma" w:hAnsi="Tahoma" w:cs="Tahoma"/>
          <w:rtl/>
        </w:rPr>
        <w:t xml:space="preserve"> بر پا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هٔ</w:t>
      </w:r>
      <w:r w:rsidRPr="00097F3D">
        <w:rPr>
          <w:rFonts w:ascii="Tahoma" w:hAnsi="Tahoma" w:cs="Tahoma"/>
          <w:rtl/>
        </w:rPr>
        <w:t xml:space="preserve"> منافع و پ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وندها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خود از شاهزاده‌ا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پشت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بان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کنند. بنابرا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ن،</w:t>
      </w:r>
      <w:r w:rsidRPr="00097F3D">
        <w:rPr>
          <w:rFonts w:ascii="Tahoma" w:hAnsi="Tahoma" w:cs="Tahoma"/>
          <w:rtl/>
        </w:rPr>
        <w:t xml:space="preserve"> مسئلهٔ جانش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ن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فقط اختلاف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خان</w:t>
      </w:r>
      <w:r w:rsidRPr="00097F3D">
        <w:rPr>
          <w:rFonts w:ascii="Tahoma" w:hAnsi="Tahoma" w:cs="Tahoma" w:hint="eastAsia"/>
          <w:rtl/>
        </w:rPr>
        <w:t>وادگ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نبود؛ همهٔ ن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روها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حکومت را به م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دان</w:t>
      </w:r>
      <w:r w:rsidRPr="00097F3D">
        <w:rPr>
          <w:rFonts w:ascii="Tahoma" w:hAnsi="Tahoma" w:cs="Tahoma"/>
          <w:rtl/>
        </w:rPr>
        <w:t xml:space="preserve"> م</w:t>
      </w:r>
      <w:r w:rsidRPr="00097F3D">
        <w:rPr>
          <w:rFonts w:ascii="Tahoma" w:hAnsi="Tahoma" w:cs="Tahoma" w:hint="cs"/>
          <w:rtl/>
        </w:rPr>
        <w:t>ی‌</w:t>
      </w:r>
      <w:r w:rsidRPr="00097F3D">
        <w:rPr>
          <w:rFonts w:ascii="Tahoma" w:hAnsi="Tahoma" w:cs="Tahoma" w:hint="eastAsia"/>
          <w:rtl/>
        </w:rPr>
        <w:t>آورد</w:t>
      </w:r>
      <w:r w:rsidRPr="00097F3D">
        <w:rPr>
          <w:rFonts w:ascii="Tahoma" w:hAnsi="Tahoma" w:cs="Tahoma"/>
          <w:rtl/>
        </w:rPr>
        <w:t>.</w:t>
      </w:r>
    </w:p>
    <w:p w:rsidR="00097F3D" w:rsidRPr="00097F3D" w:rsidRDefault="00097F3D" w:rsidP="00097F3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097F3D">
        <w:rPr>
          <w:rFonts w:ascii="Tahoma" w:hAnsi="Tahoma" w:cs="Tahoma" w:hint="eastAsia"/>
          <w:rtl/>
        </w:rPr>
        <w:t>اسماع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ل</w:t>
      </w:r>
      <w:r w:rsidRPr="00097F3D">
        <w:rPr>
          <w:rFonts w:ascii="Tahoma" w:hAnsi="Tahoma" w:cs="Tahoma"/>
          <w:rtl/>
        </w:rPr>
        <w:t xml:space="preserve"> م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رزا،</w:t>
      </w:r>
      <w:r w:rsidRPr="00097F3D">
        <w:rPr>
          <w:rFonts w:ascii="Tahoma" w:hAnsi="Tahoma" w:cs="Tahoma"/>
          <w:rtl/>
        </w:rPr>
        <w:t xml:space="preserve"> 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ک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از پسران تهماسب، در جنگ‌ها دلاور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و توانا</w:t>
      </w:r>
      <w:r w:rsidRPr="00097F3D">
        <w:rPr>
          <w:rFonts w:ascii="Tahoma" w:hAnsi="Tahoma" w:cs="Tahoma" w:hint="cs"/>
          <w:rtl/>
        </w:rPr>
        <w:t>یی</w:t>
      </w:r>
      <w:r w:rsidRPr="00097F3D">
        <w:rPr>
          <w:rFonts w:ascii="Tahoma" w:hAnsi="Tahoma" w:cs="Tahoma"/>
          <w:rtl/>
        </w:rPr>
        <w:t xml:space="preserve"> نشان داده بود، اما هم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ن</w:t>
      </w:r>
      <w:r w:rsidRPr="00097F3D">
        <w:rPr>
          <w:rFonts w:ascii="Tahoma" w:hAnsi="Tahoma" w:cs="Tahoma"/>
          <w:rtl/>
        </w:rPr>
        <w:t xml:space="preserve"> قدرت م</w:t>
      </w:r>
      <w:r w:rsidRPr="00097F3D">
        <w:rPr>
          <w:rFonts w:ascii="Tahoma" w:hAnsi="Tahoma" w:cs="Tahoma" w:hint="cs"/>
          <w:rtl/>
        </w:rPr>
        <w:t>ی‌</w:t>
      </w:r>
      <w:r w:rsidRPr="00097F3D">
        <w:rPr>
          <w:rFonts w:ascii="Tahoma" w:hAnsi="Tahoma" w:cs="Tahoma" w:hint="eastAsia"/>
          <w:rtl/>
        </w:rPr>
        <w:t>توانست</w:t>
      </w:r>
      <w:r w:rsidRPr="00097F3D">
        <w:rPr>
          <w:rFonts w:ascii="Tahoma" w:hAnsi="Tahoma" w:cs="Tahoma"/>
          <w:rtl/>
        </w:rPr>
        <w:t xml:space="preserve"> برا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پدر خطرناک به نظر برسد. شاهزاده‌ا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که در م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ان</w:t>
      </w:r>
      <w:r w:rsidRPr="00097F3D">
        <w:rPr>
          <w:rFonts w:ascii="Tahoma" w:hAnsi="Tahoma" w:cs="Tahoma"/>
          <w:rtl/>
        </w:rPr>
        <w:t xml:space="preserve"> قزلباشان طرفدار داشت و تجربهٔ نظام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اندوخته بود، ممکن بود پ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ش</w:t>
      </w:r>
      <w:r w:rsidRPr="00097F3D">
        <w:rPr>
          <w:rFonts w:ascii="Tahoma" w:hAnsi="Tahoma" w:cs="Tahoma"/>
          <w:rtl/>
        </w:rPr>
        <w:t xml:space="preserve"> از مرگ پدر به مرکز رقابت‌ها تبد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ل</w:t>
      </w:r>
      <w:r w:rsidRPr="00097F3D">
        <w:rPr>
          <w:rFonts w:ascii="Tahoma" w:hAnsi="Tahoma" w:cs="Tahoma"/>
          <w:rtl/>
        </w:rPr>
        <w:t xml:space="preserve"> شود. ته</w:t>
      </w:r>
      <w:r w:rsidRPr="00097F3D">
        <w:rPr>
          <w:rFonts w:ascii="Tahoma" w:hAnsi="Tahoma" w:cs="Tahoma" w:hint="eastAsia"/>
          <w:rtl/>
        </w:rPr>
        <w:t>ماسب</w:t>
      </w:r>
      <w:r w:rsidRPr="00097F3D">
        <w:rPr>
          <w:rFonts w:ascii="Tahoma" w:hAnsi="Tahoma" w:cs="Tahoma"/>
          <w:rtl/>
        </w:rPr>
        <w:t xml:space="preserve"> او را برا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سال‌ها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طولان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در قلعهٔ قهقهه زندان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کرد.</w:t>
      </w:r>
    </w:p>
    <w:p w:rsidR="00097F3D" w:rsidRPr="00097F3D" w:rsidRDefault="00097F3D" w:rsidP="00097F3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097F3D">
        <w:rPr>
          <w:rFonts w:ascii="Tahoma" w:hAnsi="Tahoma" w:cs="Tahoma" w:hint="eastAsia"/>
          <w:rtl/>
        </w:rPr>
        <w:t>زندان</w:t>
      </w:r>
      <w:r w:rsidRPr="00097F3D">
        <w:rPr>
          <w:rFonts w:ascii="Tahoma" w:hAnsi="Tahoma" w:cs="Tahoma" w:hint="cs"/>
          <w:rtl/>
        </w:rPr>
        <w:t>ی‌</w:t>
      </w:r>
      <w:r w:rsidRPr="00097F3D">
        <w:rPr>
          <w:rFonts w:ascii="Tahoma" w:hAnsi="Tahoma" w:cs="Tahoma" w:hint="eastAsia"/>
          <w:rtl/>
        </w:rPr>
        <w:t>کردن</w:t>
      </w:r>
      <w:r w:rsidRPr="00097F3D">
        <w:rPr>
          <w:rFonts w:ascii="Tahoma" w:hAnsi="Tahoma" w:cs="Tahoma"/>
          <w:rtl/>
        </w:rPr>
        <w:t xml:space="preserve"> شاهزاده م</w:t>
      </w:r>
      <w:r w:rsidRPr="00097F3D">
        <w:rPr>
          <w:rFonts w:ascii="Tahoma" w:hAnsi="Tahoma" w:cs="Tahoma" w:hint="cs"/>
          <w:rtl/>
        </w:rPr>
        <w:t>ی‌</w:t>
      </w:r>
      <w:r w:rsidRPr="00097F3D">
        <w:rPr>
          <w:rFonts w:ascii="Tahoma" w:hAnsi="Tahoma" w:cs="Tahoma" w:hint="eastAsia"/>
          <w:rtl/>
        </w:rPr>
        <w:t>توانست</w:t>
      </w:r>
      <w:r w:rsidRPr="00097F3D">
        <w:rPr>
          <w:rFonts w:ascii="Tahoma" w:hAnsi="Tahoma" w:cs="Tahoma"/>
          <w:rtl/>
        </w:rPr>
        <w:t xml:space="preserve"> خطر فور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را مهار کند، اما مسئلهٔ جانش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ن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را حل نم</w:t>
      </w:r>
      <w:r w:rsidRPr="00097F3D">
        <w:rPr>
          <w:rFonts w:ascii="Tahoma" w:hAnsi="Tahoma" w:cs="Tahoma" w:hint="cs"/>
          <w:rtl/>
        </w:rPr>
        <w:t>ی‌</w:t>
      </w:r>
      <w:r w:rsidRPr="00097F3D">
        <w:rPr>
          <w:rFonts w:ascii="Tahoma" w:hAnsi="Tahoma" w:cs="Tahoma" w:hint="eastAsia"/>
          <w:rtl/>
        </w:rPr>
        <w:t>کرد</w:t>
      </w:r>
      <w:r w:rsidRPr="00097F3D">
        <w:rPr>
          <w:rFonts w:ascii="Tahoma" w:hAnsi="Tahoma" w:cs="Tahoma"/>
          <w:rtl/>
        </w:rPr>
        <w:t>. اسماع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ل</w:t>
      </w:r>
      <w:r w:rsidRPr="00097F3D">
        <w:rPr>
          <w:rFonts w:ascii="Tahoma" w:hAnsi="Tahoma" w:cs="Tahoma"/>
          <w:rtl/>
        </w:rPr>
        <w:t xml:space="preserve"> م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رزا</w:t>
      </w:r>
      <w:r w:rsidRPr="00097F3D">
        <w:rPr>
          <w:rFonts w:ascii="Tahoma" w:hAnsi="Tahoma" w:cs="Tahoma"/>
          <w:rtl/>
        </w:rPr>
        <w:t xml:space="preserve"> زنده ماند و نامش در م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ان</w:t>
      </w:r>
      <w:r w:rsidRPr="00097F3D">
        <w:rPr>
          <w:rFonts w:ascii="Tahoma" w:hAnsi="Tahoma" w:cs="Tahoma"/>
          <w:rtl/>
        </w:rPr>
        <w:t xml:space="preserve"> گروه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از قزلباشان حفظ شد. دربار ن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ز</w:t>
      </w:r>
      <w:r w:rsidRPr="00097F3D">
        <w:rPr>
          <w:rFonts w:ascii="Tahoma" w:hAnsi="Tahoma" w:cs="Tahoma"/>
          <w:rtl/>
        </w:rPr>
        <w:t xml:space="preserve"> از مدع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ان</w:t>
      </w:r>
      <w:r w:rsidRPr="00097F3D">
        <w:rPr>
          <w:rFonts w:ascii="Tahoma" w:hAnsi="Tahoma" w:cs="Tahoma"/>
          <w:rtl/>
        </w:rPr>
        <w:t xml:space="preserve"> د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گر</w:t>
      </w:r>
      <w:r w:rsidRPr="00097F3D">
        <w:rPr>
          <w:rFonts w:ascii="Tahoma" w:hAnsi="Tahoma" w:cs="Tahoma"/>
          <w:rtl/>
        </w:rPr>
        <w:t xml:space="preserve"> خال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نبود. ح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درم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رزا،</w:t>
      </w:r>
      <w:r w:rsidRPr="00097F3D">
        <w:rPr>
          <w:rFonts w:ascii="Tahoma" w:hAnsi="Tahoma" w:cs="Tahoma"/>
          <w:rtl/>
        </w:rPr>
        <w:t xml:space="preserve"> پسر د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گر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از تهماسب، به شاه نزد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ک</w:t>
      </w:r>
      <w:r w:rsidRPr="00097F3D">
        <w:rPr>
          <w:rFonts w:ascii="Tahoma" w:hAnsi="Tahoma" w:cs="Tahoma"/>
          <w:rtl/>
        </w:rPr>
        <w:t xml:space="preserve"> بود و از پشت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بان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گروه‌ه</w:t>
      </w:r>
      <w:r w:rsidRPr="00097F3D">
        <w:rPr>
          <w:rFonts w:ascii="Tahoma" w:hAnsi="Tahoma" w:cs="Tahoma" w:hint="eastAsia"/>
          <w:rtl/>
        </w:rPr>
        <w:t>ا</w:t>
      </w:r>
      <w:r w:rsidRPr="00097F3D">
        <w:rPr>
          <w:rFonts w:ascii="Tahoma" w:hAnsi="Tahoma" w:cs="Tahoma" w:hint="cs"/>
          <w:rtl/>
        </w:rPr>
        <w:t>یی</w:t>
      </w:r>
      <w:r w:rsidRPr="00097F3D">
        <w:rPr>
          <w:rFonts w:ascii="Tahoma" w:hAnsi="Tahoma" w:cs="Tahoma"/>
          <w:rtl/>
        </w:rPr>
        <w:t xml:space="preserve"> در دربار برخوردار شد. پر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خان</w:t>
      </w:r>
      <w:r w:rsidRPr="00097F3D">
        <w:rPr>
          <w:rFonts w:ascii="Tahoma" w:hAnsi="Tahoma" w:cs="Tahoma"/>
          <w:rtl/>
        </w:rPr>
        <w:t xml:space="preserve"> خانم، دختر بانفوذ شاه، ن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ز</w:t>
      </w:r>
      <w:r w:rsidRPr="00097F3D">
        <w:rPr>
          <w:rFonts w:ascii="Tahoma" w:hAnsi="Tahoma" w:cs="Tahoma"/>
          <w:rtl/>
        </w:rPr>
        <w:t xml:space="preserve"> در شبکهٔ پ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چ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دهٔ</w:t>
      </w:r>
      <w:r w:rsidRPr="00097F3D">
        <w:rPr>
          <w:rFonts w:ascii="Tahoma" w:hAnsi="Tahoma" w:cs="Tahoma"/>
          <w:rtl/>
        </w:rPr>
        <w:t xml:space="preserve"> دربار و جانش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ن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نقش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مهم 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افت</w:t>
      </w:r>
      <w:r w:rsidRPr="00097F3D">
        <w:rPr>
          <w:rFonts w:ascii="Tahoma" w:hAnsi="Tahoma" w:cs="Tahoma"/>
          <w:rtl/>
        </w:rPr>
        <w:t>.</w:t>
      </w:r>
    </w:p>
    <w:p w:rsidR="00097F3D" w:rsidRPr="00097F3D" w:rsidRDefault="00097F3D" w:rsidP="00097F3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097F3D">
        <w:rPr>
          <w:rFonts w:ascii="Tahoma" w:hAnsi="Tahoma" w:cs="Tahoma" w:hint="eastAsia"/>
          <w:rtl/>
        </w:rPr>
        <w:t>تهماسب</w:t>
      </w:r>
      <w:r w:rsidRPr="00097F3D">
        <w:rPr>
          <w:rFonts w:ascii="Tahoma" w:hAnsi="Tahoma" w:cs="Tahoma"/>
          <w:rtl/>
        </w:rPr>
        <w:t xml:space="preserve"> پس از ب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ش</w:t>
      </w:r>
      <w:r w:rsidRPr="00097F3D">
        <w:rPr>
          <w:rFonts w:ascii="Tahoma" w:hAnsi="Tahoma" w:cs="Tahoma"/>
          <w:rtl/>
        </w:rPr>
        <w:t xml:space="preserve"> از ن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م</w:t>
      </w:r>
      <w:r w:rsidRPr="00097F3D">
        <w:rPr>
          <w:rFonts w:ascii="Tahoma" w:hAnsi="Tahoma" w:cs="Tahoma"/>
          <w:rtl/>
        </w:rPr>
        <w:t xml:space="preserve"> قرن سلطنت در سال </w:t>
      </w:r>
      <w:r w:rsidRPr="00097F3D">
        <w:rPr>
          <w:rFonts w:ascii="Tahoma" w:hAnsi="Tahoma" w:cs="Tahoma"/>
          <w:rtl/>
          <w:lang w:bidi="fa-IR"/>
        </w:rPr>
        <w:t>۱۵۷۶</w:t>
      </w:r>
      <w:r w:rsidRPr="00097F3D">
        <w:rPr>
          <w:rFonts w:ascii="Tahoma" w:hAnsi="Tahoma" w:cs="Tahoma"/>
          <w:rtl/>
        </w:rPr>
        <w:t xml:space="preserve"> م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لاد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درگذشت، ب</w:t>
      </w:r>
      <w:r w:rsidRPr="00097F3D">
        <w:rPr>
          <w:rFonts w:ascii="Tahoma" w:hAnsi="Tahoma" w:cs="Tahoma" w:hint="cs"/>
          <w:rtl/>
        </w:rPr>
        <w:t>ی‌</w:t>
      </w:r>
      <w:r w:rsidRPr="00097F3D">
        <w:rPr>
          <w:rFonts w:ascii="Tahoma" w:hAnsi="Tahoma" w:cs="Tahoma" w:hint="eastAsia"/>
          <w:rtl/>
        </w:rPr>
        <w:t>آنکه</w:t>
      </w:r>
      <w:r w:rsidRPr="00097F3D">
        <w:rPr>
          <w:rFonts w:ascii="Tahoma" w:hAnsi="Tahoma" w:cs="Tahoma"/>
          <w:rtl/>
        </w:rPr>
        <w:t xml:space="preserve"> انتقال قدرت را به قاعده‌ا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روشن و پذ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رفته‌شده</w:t>
      </w:r>
      <w:r w:rsidRPr="00097F3D">
        <w:rPr>
          <w:rFonts w:ascii="Tahoma" w:hAnsi="Tahoma" w:cs="Tahoma"/>
          <w:rtl/>
        </w:rPr>
        <w:t xml:space="preserve"> بسپارد. همان حکومت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که توانسته بود تاج، د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وان</w:t>
      </w:r>
      <w:r w:rsidRPr="00097F3D">
        <w:rPr>
          <w:rFonts w:ascii="Tahoma" w:hAnsi="Tahoma" w:cs="Tahoma"/>
          <w:rtl/>
        </w:rPr>
        <w:t xml:space="preserve"> و مذهب رسم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را از مرگ بن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ان‌گذار</w:t>
      </w:r>
      <w:r w:rsidRPr="00097F3D">
        <w:rPr>
          <w:rFonts w:ascii="Tahoma" w:hAnsi="Tahoma" w:cs="Tahoma"/>
          <w:rtl/>
        </w:rPr>
        <w:t xml:space="preserve"> عبور دهد، بار د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گر</w:t>
      </w:r>
      <w:r w:rsidRPr="00097F3D">
        <w:rPr>
          <w:rFonts w:ascii="Tahoma" w:hAnsi="Tahoma" w:cs="Tahoma"/>
          <w:rtl/>
        </w:rPr>
        <w:t xml:space="preserve"> در برابر پرسش جانش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ن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قرار گرفت.</w:t>
      </w:r>
    </w:p>
    <w:p w:rsidR="00097F3D" w:rsidRPr="00097F3D" w:rsidRDefault="00097F3D" w:rsidP="00097F3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097F3D">
        <w:rPr>
          <w:rFonts w:ascii="Tahoma" w:hAnsi="Tahoma" w:cs="Tahoma" w:hint="eastAsia"/>
          <w:rtl/>
        </w:rPr>
        <w:t>ح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درم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رزا</w:t>
      </w:r>
      <w:r w:rsidRPr="00097F3D">
        <w:rPr>
          <w:rFonts w:ascii="Tahoma" w:hAnsi="Tahoma" w:cs="Tahoma"/>
          <w:rtl/>
        </w:rPr>
        <w:t xml:space="preserve"> کوش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د</w:t>
      </w:r>
      <w:r w:rsidRPr="00097F3D">
        <w:rPr>
          <w:rFonts w:ascii="Tahoma" w:hAnsi="Tahoma" w:cs="Tahoma"/>
          <w:rtl/>
        </w:rPr>
        <w:t xml:space="preserve"> بلافاصله پس از مرگ پدر تاج را به دست گ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رد،</w:t>
      </w:r>
      <w:r w:rsidRPr="00097F3D">
        <w:rPr>
          <w:rFonts w:ascii="Tahoma" w:hAnsi="Tahoma" w:cs="Tahoma"/>
          <w:rtl/>
        </w:rPr>
        <w:t xml:space="preserve"> اما گروه‌ها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رق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ب</w:t>
      </w:r>
      <w:r w:rsidRPr="00097F3D">
        <w:rPr>
          <w:rFonts w:ascii="Tahoma" w:hAnsi="Tahoma" w:cs="Tahoma"/>
          <w:rtl/>
        </w:rPr>
        <w:t xml:space="preserve"> در دربار و قزلباشان مانع شدند و او در همان آغاز کشمکش کشته شد. اسماع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ل</w:t>
      </w:r>
      <w:r w:rsidRPr="00097F3D">
        <w:rPr>
          <w:rFonts w:ascii="Tahoma" w:hAnsi="Tahoma" w:cs="Tahoma"/>
          <w:rtl/>
        </w:rPr>
        <w:t xml:space="preserve"> م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رزا</w:t>
      </w:r>
      <w:r w:rsidRPr="00097F3D">
        <w:rPr>
          <w:rFonts w:ascii="Tahoma" w:hAnsi="Tahoma" w:cs="Tahoma"/>
          <w:rtl/>
        </w:rPr>
        <w:t xml:space="preserve"> از زندان ب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رون</w:t>
      </w:r>
      <w:r w:rsidRPr="00097F3D">
        <w:rPr>
          <w:rFonts w:ascii="Tahoma" w:hAnsi="Tahoma" w:cs="Tahoma"/>
          <w:rtl/>
        </w:rPr>
        <w:t xml:space="preserve"> آمد و با نام شاه اسماع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ل</w:t>
      </w:r>
      <w:r w:rsidRPr="00097F3D">
        <w:rPr>
          <w:rFonts w:ascii="Tahoma" w:hAnsi="Tahoma" w:cs="Tahoma"/>
          <w:rtl/>
        </w:rPr>
        <w:t xml:space="preserve"> دوم بر تخت نشست. انتقال تاج بار د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گر</w:t>
      </w:r>
      <w:r w:rsidRPr="00097F3D">
        <w:rPr>
          <w:rFonts w:ascii="Tahoma" w:hAnsi="Tahoma" w:cs="Tahoma"/>
          <w:rtl/>
        </w:rPr>
        <w:t xml:space="preserve"> نه بر پا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هٔ</w:t>
      </w:r>
      <w:r w:rsidRPr="00097F3D">
        <w:rPr>
          <w:rFonts w:ascii="Tahoma" w:hAnsi="Tahoma" w:cs="Tahoma"/>
          <w:rtl/>
        </w:rPr>
        <w:t xml:space="preserve"> قانون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روشن، </w:t>
      </w:r>
      <w:r w:rsidRPr="00097F3D">
        <w:rPr>
          <w:rFonts w:ascii="Tahoma" w:hAnsi="Tahoma" w:cs="Tahoma" w:hint="eastAsia"/>
          <w:rtl/>
        </w:rPr>
        <w:t>بلکه</w:t>
      </w:r>
      <w:r w:rsidRPr="00097F3D">
        <w:rPr>
          <w:rFonts w:ascii="Tahoma" w:hAnsi="Tahoma" w:cs="Tahoma"/>
          <w:rtl/>
        </w:rPr>
        <w:t xml:space="preserve"> با توطئه، ن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رو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مسلح، ائتلاف دربار و حذف رق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ب</w:t>
      </w:r>
      <w:r w:rsidRPr="00097F3D">
        <w:rPr>
          <w:rFonts w:ascii="Tahoma" w:hAnsi="Tahoma" w:cs="Tahoma"/>
          <w:rtl/>
        </w:rPr>
        <w:t xml:space="preserve"> انجام شد.</w:t>
      </w:r>
    </w:p>
    <w:p w:rsidR="00097F3D" w:rsidRPr="00097F3D" w:rsidRDefault="00097F3D" w:rsidP="00097F3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097F3D">
        <w:rPr>
          <w:rFonts w:ascii="Tahoma" w:hAnsi="Tahoma" w:cs="Tahoma" w:hint="eastAsia"/>
          <w:rtl/>
        </w:rPr>
        <w:t>پس</w:t>
      </w:r>
      <w:r w:rsidRPr="00097F3D">
        <w:rPr>
          <w:rFonts w:ascii="Tahoma" w:hAnsi="Tahoma" w:cs="Tahoma"/>
          <w:rtl/>
        </w:rPr>
        <w:t xml:space="preserve"> شاه تهماسب توانسته بود حکومت را حفظ، قزلباشان را مهار، مرزها را تثب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ت</w:t>
      </w:r>
      <w:r w:rsidRPr="00097F3D">
        <w:rPr>
          <w:rFonts w:ascii="Tahoma" w:hAnsi="Tahoma" w:cs="Tahoma"/>
          <w:rtl/>
        </w:rPr>
        <w:t xml:space="preserve"> و دستگاه مذهب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و د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وان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را گسترش دهد؛ اما نتوانسته بود مسئله‌ا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را حل کند که بس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ار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از حکومت‌ها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پ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ش</w:t>
      </w:r>
      <w:r w:rsidRPr="00097F3D">
        <w:rPr>
          <w:rFonts w:ascii="Tahoma" w:hAnsi="Tahoma" w:cs="Tahoma"/>
          <w:rtl/>
        </w:rPr>
        <w:t xml:space="preserve"> از صفو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ن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ز</w:t>
      </w:r>
      <w:r w:rsidRPr="00097F3D">
        <w:rPr>
          <w:rFonts w:ascii="Tahoma" w:hAnsi="Tahoma" w:cs="Tahoma"/>
          <w:rtl/>
        </w:rPr>
        <w:t xml:space="preserve"> با آن روبه‌رو بودند: چگونه م</w:t>
      </w:r>
      <w:r w:rsidRPr="00097F3D">
        <w:rPr>
          <w:rFonts w:ascii="Tahoma" w:hAnsi="Tahoma" w:cs="Tahoma" w:hint="cs"/>
          <w:rtl/>
        </w:rPr>
        <w:t>ی‌</w:t>
      </w:r>
      <w:r w:rsidRPr="00097F3D">
        <w:rPr>
          <w:rFonts w:ascii="Tahoma" w:hAnsi="Tahoma" w:cs="Tahoma" w:hint="eastAsia"/>
          <w:rtl/>
        </w:rPr>
        <w:t>توان</w:t>
      </w:r>
      <w:r w:rsidRPr="00097F3D">
        <w:rPr>
          <w:rFonts w:ascii="Tahoma" w:hAnsi="Tahoma" w:cs="Tahoma"/>
          <w:rtl/>
        </w:rPr>
        <w:t xml:space="preserve"> قدرت را بدون جنگ از 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ک</w:t>
      </w:r>
      <w:r w:rsidRPr="00097F3D">
        <w:rPr>
          <w:rFonts w:ascii="Tahoma" w:hAnsi="Tahoma" w:cs="Tahoma"/>
          <w:rtl/>
        </w:rPr>
        <w:t xml:space="preserve"> فرمانروا به </w:t>
      </w:r>
      <w:r w:rsidRPr="00097F3D">
        <w:rPr>
          <w:rFonts w:ascii="Tahoma" w:hAnsi="Tahoma" w:cs="Tahoma" w:hint="eastAsia"/>
          <w:rtl/>
        </w:rPr>
        <w:t>فرمانروا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بعد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منتقل کرد؟</w:t>
      </w:r>
    </w:p>
    <w:p w:rsidR="00097F3D" w:rsidRDefault="00097F3D" w:rsidP="00097F3D">
      <w:pPr>
        <w:bidi/>
        <w:spacing w:after="0" w:line="360" w:lineRule="auto"/>
        <w:ind w:firstLine="720"/>
        <w:jc w:val="both"/>
        <w:rPr>
          <w:rFonts w:ascii="Tahoma" w:hAnsi="Tahoma" w:cs="Tahoma"/>
          <w:rtl/>
        </w:rPr>
      </w:pPr>
      <w:r w:rsidRPr="00097F3D">
        <w:rPr>
          <w:rFonts w:ascii="Tahoma" w:hAnsi="Tahoma" w:cs="Tahoma" w:hint="eastAsia"/>
          <w:rtl/>
        </w:rPr>
        <w:t>آشفتگ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پس از مرگ او نشان داد که استوار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حکومت با استوار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جانش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ن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کسان</w:t>
      </w:r>
      <w:r w:rsidRPr="00097F3D">
        <w:rPr>
          <w:rFonts w:ascii="Tahoma" w:hAnsi="Tahoma" w:cs="Tahoma"/>
          <w:rtl/>
        </w:rPr>
        <w:t xml:space="preserve"> ن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ست</w:t>
      </w:r>
      <w:r w:rsidRPr="00097F3D">
        <w:rPr>
          <w:rFonts w:ascii="Tahoma" w:hAnsi="Tahoma" w:cs="Tahoma"/>
          <w:rtl/>
        </w:rPr>
        <w:t>. تاج صفو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به نهاد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پا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دارتر</w:t>
      </w:r>
      <w:r w:rsidRPr="00097F3D">
        <w:rPr>
          <w:rFonts w:ascii="Tahoma" w:hAnsi="Tahoma" w:cs="Tahoma"/>
          <w:rtl/>
        </w:rPr>
        <w:t xml:space="preserve"> تبد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ل</w:t>
      </w:r>
      <w:r w:rsidRPr="00097F3D">
        <w:rPr>
          <w:rFonts w:ascii="Tahoma" w:hAnsi="Tahoma" w:cs="Tahoma"/>
          <w:rtl/>
        </w:rPr>
        <w:t xml:space="preserve"> شده بود، اما رقابت بر سر تصاحب آن همچنان م</w:t>
      </w:r>
      <w:r w:rsidRPr="00097F3D">
        <w:rPr>
          <w:rFonts w:ascii="Tahoma" w:hAnsi="Tahoma" w:cs="Tahoma" w:hint="cs"/>
          <w:rtl/>
        </w:rPr>
        <w:t>ی‌</w:t>
      </w:r>
      <w:r w:rsidRPr="00097F3D">
        <w:rPr>
          <w:rFonts w:ascii="Tahoma" w:hAnsi="Tahoma" w:cs="Tahoma" w:hint="eastAsia"/>
          <w:rtl/>
        </w:rPr>
        <w:t>توانست</w:t>
      </w:r>
      <w:r w:rsidRPr="00097F3D">
        <w:rPr>
          <w:rFonts w:ascii="Tahoma" w:hAnsi="Tahoma" w:cs="Tahoma"/>
          <w:rtl/>
        </w:rPr>
        <w:t xml:space="preserve"> قشون، دربار و کشور را وارد بحران کند. از دل هم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ن</w:t>
      </w:r>
      <w:r w:rsidRPr="00097F3D">
        <w:rPr>
          <w:rFonts w:ascii="Tahoma" w:hAnsi="Tahoma" w:cs="Tahoma"/>
          <w:rtl/>
        </w:rPr>
        <w:t xml:space="preserve"> بحران، پس از دوره‌ا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از قتل، ضعف و پراکندگ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،</w:t>
      </w:r>
      <w:r w:rsidRPr="00097F3D">
        <w:rPr>
          <w:rFonts w:ascii="Tahoma" w:hAnsi="Tahoma" w:cs="Tahoma"/>
          <w:rtl/>
        </w:rPr>
        <w:t xml:space="preserve"> ش</w:t>
      </w:r>
      <w:r w:rsidRPr="00097F3D">
        <w:rPr>
          <w:rFonts w:ascii="Tahoma" w:hAnsi="Tahoma" w:cs="Tahoma" w:hint="eastAsia"/>
          <w:rtl/>
        </w:rPr>
        <w:t>اه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برخاست که تصم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م</w:t>
      </w:r>
      <w:r w:rsidRPr="00097F3D">
        <w:rPr>
          <w:rFonts w:ascii="Tahoma" w:hAnsi="Tahoma" w:cs="Tahoma"/>
          <w:rtl/>
        </w:rPr>
        <w:t xml:space="preserve"> گرفت فقط م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ان</w:t>
      </w:r>
      <w:r w:rsidRPr="00097F3D">
        <w:rPr>
          <w:rFonts w:ascii="Tahoma" w:hAnsi="Tahoma" w:cs="Tahoma"/>
          <w:rtl/>
        </w:rPr>
        <w:t xml:space="preserve"> قبا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ل</w:t>
      </w:r>
      <w:r w:rsidRPr="00097F3D">
        <w:rPr>
          <w:rFonts w:ascii="Tahoma" w:hAnsi="Tahoma" w:cs="Tahoma"/>
          <w:rtl/>
        </w:rPr>
        <w:t xml:space="preserve"> تعادل برقرار نکند، بلکه قدرت آنان را از بن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اد</w:t>
      </w:r>
      <w:r w:rsidRPr="00097F3D">
        <w:rPr>
          <w:rFonts w:ascii="Tahoma" w:hAnsi="Tahoma" w:cs="Tahoma"/>
          <w:rtl/>
        </w:rPr>
        <w:t xml:space="preserve"> بشکند و قشون و د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 w:hint="eastAsia"/>
          <w:rtl/>
        </w:rPr>
        <w:t>وان</w:t>
      </w:r>
      <w:r w:rsidRPr="00097F3D">
        <w:rPr>
          <w:rFonts w:ascii="Tahoma" w:hAnsi="Tahoma" w:cs="Tahoma" w:hint="cs"/>
          <w:rtl/>
        </w:rPr>
        <w:t>ی</w:t>
      </w:r>
      <w:r w:rsidRPr="00097F3D">
        <w:rPr>
          <w:rFonts w:ascii="Tahoma" w:hAnsi="Tahoma" w:cs="Tahoma"/>
          <w:rtl/>
        </w:rPr>
        <w:t xml:space="preserve"> وابسته‌تر به تاج بسازد. نام او شاه عباس بود.</w:t>
      </w:r>
    </w:p>
    <w:p w:rsidR="00097F3D" w:rsidRPr="000A721C" w:rsidRDefault="00097F3D" w:rsidP="000A721C">
      <w:pPr>
        <w:keepNext/>
        <w:pageBreakBefore/>
        <w:bidi/>
        <w:spacing w:after="0" w:line="360" w:lineRule="auto"/>
        <w:jc w:val="center"/>
        <w:rPr>
          <w:rFonts w:asciiTheme="majorBidi" w:hAnsiTheme="majorBidi" w:cstheme="majorBidi"/>
          <w:b/>
          <w:bCs/>
          <w:sz w:val="36"/>
          <w:szCs w:val="36"/>
          <w:rtl/>
        </w:rPr>
      </w:pPr>
      <w:bookmarkStart w:id="9" w:name="Vol1Chapter07"/>
      <w:bookmarkEnd w:id="9"/>
      <w:r w:rsidRPr="000A721C">
        <w:rPr>
          <w:rFonts w:asciiTheme="majorBidi" w:hAnsiTheme="majorBidi" w:cstheme="majorBidi"/>
          <w:b/>
          <w:bCs/>
          <w:sz w:val="36"/>
          <w:szCs w:val="36"/>
          <w:rtl/>
        </w:rPr>
        <w:t>فصل هفتم</w:t>
      </w:r>
    </w:p>
    <w:p w:rsidR="000A721C" w:rsidRPr="000A721C" w:rsidRDefault="000A721C" w:rsidP="000A721C">
      <w:pPr>
        <w:keepNext/>
        <w:bidi/>
        <w:spacing w:after="240" w:line="360" w:lineRule="auto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0A721C">
        <w:rPr>
          <w:rFonts w:asciiTheme="majorBidi" w:hAnsiTheme="majorBidi" w:cstheme="majorBidi"/>
          <w:b/>
          <w:bCs/>
          <w:sz w:val="36"/>
          <w:szCs w:val="36"/>
          <w:rtl/>
        </w:rPr>
        <w:t>شاه عباس؛ شکستن انحصار قزلباشان</w:t>
      </w:r>
    </w:p>
    <w:p w:rsidR="000A721C" w:rsidRPr="000A721C" w:rsidRDefault="000A721C" w:rsidP="000A721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0A721C">
        <w:rPr>
          <w:rFonts w:ascii="Tahoma" w:hAnsi="Tahoma" w:cs="Tahoma"/>
          <w:rtl/>
        </w:rPr>
        <w:t>مرگ شاه تهماسب نشان داد که طول عمر فرمانروا نم</w:t>
      </w:r>
      <w:r w:rsidRPr="000A721C">
        <w:rPr>
          <w:rFonts w:ascii="Tahoma" w:hAnsi="Tahoma" w:cs="Tahoma" w:hint="cs"/>
          <w:rtl/>
        </w:rPr>
        <w:t>ی‌</w:t>
      </w:r>
      <w:r w:rsidRPr="000A721C">
        <w:rPr>
          <w:rFonts w:ascii="Tahoma" w:hAnsi="Tahoma" w:cs="Tahoma" w:hint="eastAsia"/>
          <w:rtl/>
        </w:rPr>
        <w:t>تواند</w:t>
      </w:r>
      <w:r w:rsidRPr="000A721C">
        <w:rPr>
          <w:rFonts w:ascii="Tahoma" w:hAnsi="Tahoma" w:cs="Tahoma"/>
          <w:rtl/>
        </w:rPr>
        <w:t xml:space="preserve"> جا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قاعدهٔ جانش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ن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را بگ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رد</w:t>
      </w:r>
      <w:r w:rsidRPr="000A721C">
        <w:rPr>
          <w:rFonts w:ascii="Tahoma" w:hAnsi="Tahoma" w:cs="Tahoma"/>
          <w:rtl/>
        </w:rPr>
        <w:t>. او ب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ش</w:t>
      </w:r>
      <w:r w:rsidRPr="000A721C">
        <w:rPr>
          <w:rFonts w:ascii="Tahoma" w:hAnsi="Tahoma" w:cs="Tahoma"/>
          <w:rtl/>
        </w:rPr>
        <w:t xml:space="preserve"> از ن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م</w:t>
      </w:r>
      <w:r w:rsidRPr="000A721C">
        <w:rPr>
          <w:rFonts w:ascii="Tahoma" w:hAnsi="Tahoma" w:cs="Tahoma"/>
          <w:rtl/>
        </w:rPr>
        <w:t xml:space="preserve"> قرن سلطنت کرده، قزلباشان را مهار کرده، د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وان</w:t>
      </w:r>
      <w:r w:rsidRPr="000A721C">
        <w:rPr>
          <w:rFonts w:ascii="Tahoma" w:hAnsi="Tahoma" w:cs="Tahoma"/>
          <w:rtl/>
        </w:rPr>
        <w:t xml:space="preserve"> و دستگاه د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نکار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را گسترش داده و کشور را از جنگ‌ها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پ</w:t>
      </w:r>
      <w:r w:rsidRPr="000A721C">
        <w:rPr>
          <w:rFonts w:ascii="Tahoma" w:hAnsi="Tahoma" w:cs="Tahoma" w:hint="cs"/>
          <w:rtl/>
        </w:rPr>
        <w:t>ی‌</w:t>
      </w:r>
      <w:r w:rsidRPr="000A721C">
        <w:rPr>
          <w:rFonts w:ascii="Tahoma" w:hAnsi="Tahoma" w:cs="Tahoma" w:hint="eastAsia"/>
          <w:rtl/>
        </w:rPr>
        <w:t>درپ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با عثمان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ان</w:t>
      </w:r>
      <w:r w:rsidRPr="000A721C">
        <w:rPr>
          <w:rFonts w:ascii="Tahoma" w:hAnsi="Tahoma" w:cs="Tahoma"/>
          <w:rtl/>
        </w:rPr>
        <w:t xml:space="preserve"> عبور داده بود؛ اما تع</w:t>
      </w:r>
      <w:r w:rsidRPr="000A721C">
        <w:rPr>
          <w:rFonts w:ascii="Tahoma" w:hAnsi="Tahoma" w:cs="Tahoma" w:hint="cs"/>
          <w:rtl/>
        </w:rPr>
        <w:t>یی</w:t>
      </w:r>
      <w:r w:rsidRPr="000A721C">
        <w:rPr>
          <w:rFonts w:ascii="Tahoma" w:hAnsi="Tahoma" w:cs="Tahoma" w:hint="eastAsia"/>
          <w:rtl/>
        </w:rPr>
        <w:t>ن</w:t>
      </w:r>
      <w:r w:rsidRPr="000A721C">
        <w:rPr>
          <w:rFonts w:ascii="Tahoma" w:hAnsi="Tahoma" w:cs="Tahoma"/>
          <w:rtl/>
        </w:rPr>
        <w:t xml:space="preserve"> نکرده بود که پس ا</w:t>
      </w:r>
      <w:r w:rsidRPr="000A721C">
        <w:rPr>
          <w:rFonts w:ascii="Tahoma" w:hAnsi="Tahoma" w:cs="Tahoma" w:hint="eastAsia"/>
          <w:rtl/>
        </w:rPr>
        <w:t>ز</w:t>
      </w:r>
      <w:r w:rsidRPr="000A721C">
        <w:rPr>
          <w:rFonts w:ascii="Tahoma" w:hAnsi="Tahoma" w:cs="Tahoma"/>
          <w:rtl/>
        </w:rPr>
        <w:t xml:space="preserve"> مرگش تاج چگونه و بر سر کدام شاهزاده قرار گ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رد</w:t>
      </w:r>
      <w:r w:rsidRPr="000A721C">
        <w:rPr>
          <w:rFonts w:ascii="Tahoma" w:hAnsi="Tahoma" w:cs="Tahoma"/>
          <w:rtl/>
        </w:rPr>
        <w:t>.</w:t>
      </w:r>
    </w:p>
    <w:p w:rsidR="000A721C" w:rsidRPr="000A721C" w:rsidRDefault="000A721C" w:rsidP="000A721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0A721C">
        <w:rPr>
          <w:rFonts w:ascii="Tahoma" w:hAnsi="Tahoma" w:cs="Tahoma" w:hint="eastAsia"/>
          <w:rtl/>
        </w:rPr>
        <w:t>در</w:t>
      </w:r>
      <w:r w:rsidRPr="000A721C">
        <w:rPr>
          <w:rFonts w:ascii="Tahoma" w:hAnsi="Tahoma" w:cs="Tahoma"/>
          <w:rtl/>
        </w:rPr>
        <w:t xml:space="preserve"> نت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جه،</w:t>
      </w:r>
      <w:r w:rsidRPr="000A721C">
        <w:rPr>
          <w:rFonts w:ascii="Tahoma" w:hAnsi="Tahoma" w:cs="Tahoma"/>
          <w:rtl/>
        </w:rPr>
        <w:t xml:space="preserve"> در همان لحظه‌ا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که شاه از م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ان</w:t>
      </w:r>
      <w:r w:rsidRPr="000A721C">
        <w:rPr>
          <w:rFonts w:ascii="Tahoma" w:hAnsi="Tahoma" w:cs="Tahoma"/>
          <w:rtl/>
        </w:rPr>
        <w:t xml:space="preserve"> رفت، همهٔ ن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روها</w:t>
      </w:r>
      <w:r w:rsidRPr="000A721C">
        <w:rPr>
          <w:rFonts w:ascii="Tahoma" w:hAnsi="Tahoma" w:cs="Tahoma" w:hint="cs"/>
          <w:rtl/>
        </w:rPr>
        <w:t>یی</w:t>
      </w:r>
      <w:r w:rsidRPr="000A721C">
        <w:rPr>
          <w:rFonts w:ascii="Tahoma" w:hAnsi="Tahoma" w:cs="Tahoma"/>
          <w:rtl/>
        </w:rPr>
        <w:t xml:space="preserve"> که در دوران زندگ</w:t>
      </w:r>
      <w:r w:rsidRPr="000A721C">
        <w:rPr>
          <w:rFonts w:ascii="Tahoma" w:hAnsi="Tahoma" w:cs="Tahoma" w:hint="cs"/>
          <w:rtl/>
        </w:rPr>
        <w:t>ی‌</w:t>
      </w:r>
      <w:r w:rsidRPr="000A721C">
        <w:rPr>
          <w:rFonts w:ascii="Tahoma" w:hAnsi="Tahoma" w:cs="Tahoma" w:hint="eastAsia"/>
          <w:rtl/>
        </w:rPr>
        <w:t>اش</w:t>
      </w:r>
      <w:r w:rsidRPr="000A721C">
        <w:rPr>
          <w:rFonts w:ascii="Tahoma" w:hAnsi="Tahoma" w:cs="Tahoma"/>
          <w:rtl/>
        </w:rPr>
        <w:t xml:space="preserve"> ز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ر</w:t>
      </w:r>
      <w:r w:rsidRPr="000A721C">
        <w:rPr>
          <w:rFonts w:ascii="Tahoma" w:hAnsi="Tahoma" w:cs="Tahoma"/>
          <w:rtl/>
        </w:rPr>
        <w:t xml:space="preserve"> اقتدار او باق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مانده بودند به م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دان</w:t>
      </w:r>
      <w:r w:rsidRPr="000A721C">
        <w:rPr>
          <w:rFonts w:ascii="Tahoma" w:hAnsi="Tahoma" w:cs="Tahoma"/>
          <w:rtl/>
        </w:rPr>
        <w:t xml:space="preserve"> آمدند. شاهزادگان، سران قبا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ل</w:t>
      </w:r>
      <w:r w:rsidRPr="000A721C">
        <w:rPr>
          <w:rFonts w:ascii="Tahoma" w:hAnsi="Tahoma" w:cs="Tahoma"/>
          <w:rtl/>
        </w:rPr>
        <w:t xml:space="preserve"> قزلباش، زنان دربار، خواجه‌سرا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ان،</w:t>
      </w:r>
      <w:r w:rsidRPr="000A721C">
        <w:rPr>
          <w:rFonts w:ascii="Tahoma" w:hAnsi="Tahoma" w:cs="Tahoma"/>
          <w:rtl/>
        </w:rPr>
        <w:t xml:space="preserve"> د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وانسالاران</w:t>
      </w:r>
      <w:r w:rsidRPr="000A721C">
        <w:rPr>
          <w:rFonts w:ascii="Tahoma" w:hAnsi="Tahoma" w:cs="Tahoma"/>
          <w:rtl/>
        </w:rPr>
        <w:t xml:space="preserve"> و صاحب‌منصبان مذهب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هر 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ک</w:t>
      </w:r>
      <w:r w:rsidRPr="000A721C">
        <w:rPr>
          <w:rFonts w:ascii="Tahoma" w:hAnsi="Tahoma" w:cs="Tahoma"/>
          <w:rtl/>
        </w:rPr>
        <w:t xml:space="preserve"> م</w:t>
      </w:r>
      <w:r w:rsidRPr="000A721C">
        <w:rPr>
          <w:rFonts w:ascii="Tahoma" w:hAnsi="Tahoma" w:cs="Tahoma" w:hint="cs"/>
          <w:rtl/>
        </w:rPr>
        <w:t>ی‌</w:t>
      </w:r>
      <w:r w:rsidRPr="000A721C">
        <w:rPr>
          <w:rFonts w:ascii="Tahoma" w:hAnsi="Tahoma" w:cs="Tahoma" w:hint="eastAsia"/>
          <w:rtl/>
        </w:rPr>
        <w:t>توانستند</w:t>
      </w:r>
      <w:r w:rsidRPr="000A721C">
        <w:rPr>
          <w:rFonts w:ascii="Tahoma" w:hAnsi="Tahoma" w:cs="Tahoma"/>
          <w:rtl/>
        </w:rPr>
        <w:t xml:space="preserve"> در انتخاب جانش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ن</w:t>
      </w:r>
      <w:r w:rsidRPr="000A721C">
        <w:rPr>
          <w:rFonts w:ascii="Tahoma" w:hAnsi="Tahoma" w:cs="Tahoma"/>
          <w:rtl/>
        </w:rPr>
        <w:t xml:space="preserve"> سهم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داشته باشند. خون صفو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شرط ضرور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پادشاه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بود، اما چند شاهزاده از آن خون برخوردار بودند و ه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چ</w:t>
      </w:r>
      <w:r w:rsidRPr="000A721C">
        <w:rPr>
          <w:rFonts w:ascii="Tahoma" w:hAnsi="Tahoma" w:cs="Tahoma"/>
          <w:rtl/>
        </w:rPr>
        <w:t xml:space="preserve"> نهاد مستقل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وجود نداشت که 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ک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را بر پا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هٔ</w:t>
      </w:r>
      <w:r w:rsidRPr="000A721C">
        <w:rPr>
          <w:rFonts w:ascii="Tahoma" w:hAnsi="Tahoma" w:cs="Tahoma"/>
          <w:rtl/>
        </w:rPr>
        <w:t xml:space="preserve"> قانون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پذ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رفته‌شده</w:t>
      </w:r>
      <w:r w:rsidRPr="000A721C">
        <w:rPr>
          <w:rFonts w:ascii="Tahoma" w:hAnsi="Tahoma" w:cs="Tahoma"/>
          <w:rtl/>
        </w:rPr>
        <w:t xml:space="preserve"> برگز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ند</w:t>
      </w:r>
      <w:r w:rsidRPr="000A721C">
        <w:rPr>
          <w:rFonts w:ascii="Tahoma" w:hAnsi="Tahoma" w:cs="Tahoma"/>
          <w:rtl/>
        </w:rPr>
        <w:t>.</w:t>
      </w:r>
    </w:p>
    <w:p w:rsidR="000A721C" w:rsidRPr="000A721C" w:rsidRDefault="000A721C" w:rsidP="000A721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0A721C">
        <w:rPr>
          <w:rFonts w:ascii="Tahoma" w:hAnsi="Tahoma" w:cs="Tahoma" w:hint="eastAsia"/>
          <w:rtl/>
        </w:rPr>
        <w:t>ح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درم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رزا،</w:t>
      </w:r>
      <w:r w:rsidRPr="000A721C">
        <w:rPr>
          <w:rFonts w:ascii="Tahoma" w:hAnsi="Tahoma" w:cs="Tahoma"/>
          <w:rtl/>
        </w:rPr>
        <w:t xml:space="preserve"> پسر شاه تهماسب، در پا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تخت</w:t>
      </w:r>
      <w:r w:rsidRPr="000A721C">
        <w:rPr>
          <w:rFonts w:ascii="Tahoma" w:hAnsi="Tahoma" w:cs="Tahoma"/>
          <w:rtl/>
        </w:rPr>
        <w:t xml:space="preserve"> حضور داشت و کوش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د</w:t>
      </w:r>
      <w:r w:rsidRPr="000A721C">
        <w:rPr>
          <w:rFonts w:ascii="Tahoma" w:hAnsi="Tahoma" w:cs="Tahoma"/>
          <w:rtl/>
        </w:rPr>
        <w:t xml:space="preserve"> بلافاصله پس از مرگ پدر بر تخت بنش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ند</w:t>
      </w:r>
      <w:r w:rsidRPr="000A721C">
        <w:rPr>
          <w:rFonts w:ascii="Tahoma" w:hAnsi="Tahoma" w:cs="Tahoma"/>
          <w:rtl/>
        </w:rPr>
        <w:t>. نزد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ک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او به شاه و برخوردار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از حما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ت</w:t>
      </w:r>
      <w:r w:rsidRPr="000A721C">
        <w:rPr>
          <w:rFonts w:ascii="Tahoma" w:hAnsi="Tahoma" w:cs="Tahoma"/>
          <w:rtl/>
        </w:rPr>
        <w:t xml:space="preserve"> گروه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در دربار امت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از</w:t>
      </w:r>
      <w:r w:rsidRPr="000A721C">
        <w:rPr>
          <w:rFonts w:ascii="Tahoma" w:hAnsi="Tahoma" w:cs="Tahoma"/>
          <w:rtl/>
        </w:rPr>
        <w:t xml:space="preserve"> مهم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بود، اما برا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تصاحب تاج کاف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نبود. بخش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از قزلباشان و دربار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ان</w:t>
      </w:r>
      <w:r w:rsidRPr="000A721C">
        <w:rPr>
          <w:rFonts w:ascii="Tahoma" w:hAnsi="Tahoma" w:cs="Tahoma"/>
          <w:rtl/>
        </w:rPr>
        <w:t xml:space="preserve"> از اسماع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ل</w:t>
      </w:r>
      <w:r w:rsidRPr="000A721C">
        <w:rPr>
          <w:rFonts w:ascii="Tahoma" w:hAnsi="Tahoma" w:cs="Tahoma"/>
          <w:rtl/>
        </w:rPr>
        <w:t xml:space="preserve"> م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رزا،</w:t>
      </w:r>
      <w:r w:rsidRPr="000A721C">
        <w:rPr>
          <w:rFonts w:ascii="Tahoma" w:hAnsi="Tahoma" w:cs="Tahoma"/>
          <w:rtl/>
        </w:rPr>
        <w:t xml:space="preserve"> شاهزاده‌ا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که سال</w:t>
      </w:r>
      <w:r w:rsidRPr="000A721C">
        <w:rPr>
          <w:rFonts w:ascii="Tahoma" w:hAnsi="Tahoma" w:cs="Tahoma" w:hint="eastAsia"/>
          <w:rtl/>
        </w:rPr>
        <w:t>‌ها</w:t>
      </w:r>
      <w:r w:rsidRPr="000A721C">
        <w:rPr>
          <w:rFonts w:ascii="Tahoma" w:hAnsi="Tahoma" w:cs="Tahoma"/>
          <w:rtl/>
        </w:rPr>
        <w:t xml:space="preserve"> در قلعهٔ قهقهه زندان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بود، پشت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بان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م</w:t>
      </w:r>
      <w:r w:rsidRPr="000A721C">
        <w:rPr>
          <w:rFonts w:ascii="Tahoma" w:hAnsi="Tahoma" w:cs="Tahoma" w:hint="cs"/>
          <w:rtl/>
        </w:rPr>
        <w:t>ی‌</w:t>
      </w:r>
      <w:r w:rsidRPr="000A721C">
        <w:rPr>
          <w:rFonts w:ascii="Tahoma" w:hAnsi="Tahoma" w:cs="Tahoma" w:hint="eastAsia"/>
          <w:rtl/>
        </w:rPr>
        <w:t>کردند</w:t>
      </w:r>
      <w:r w:rsidRPr="000A721C">
        <w:rPr>
          <w:rFonts w:ascii="Tahoma" w:hAnsi="Tahoma" w:cs="Tahoma"/>
          <w:rtl/>
        </w:rPr>
        <w:t>. رقابت دو شاهزاده به سرعت به درگ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ر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مسلحانه تبد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ل</w:t>
      </w:r>
      <w:r w:rsidRPr="000A721C">
        <w:rPr>
          <w:rFonts w:ascii="Tahoma" w:hAnsi="Tahoma" w:cs="Tahoma"/>
          <w:rtl/>
        </w:rPr>
        <w:t xml:space="preserve"> شد و ح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درم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رزا</w:t>
      </w:r>
      <w:r w:rsidRPr="000A721C">
        <w:rPr>
          <w:rFonts w:ascii="Tahoma" w:hAnsi="Tahoma" w:cs="Tahoma"/>
          <w:rtl/>
        </w:rPr>
        <w:t xml:space="preserve"> کشته شد.</w:t>
      </w:r>
    </w:p>
    <w:p w:rsidR="000A721C" w:rsidRPr="000A721C" w:rsidRDefault="000A721C" w:rsidP="000A721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0A721C">
        <w:rPr>
          <w:rFonts w:ascii="Tahoma" w:hAnsi="Tahoma" w:cs="Tahoma" w:hint="eastAsia"/>
          <w:rtl/>
        </w:rPr>
        <w:t>ا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ن</w:t>
      </w:r>
      <w:r w:rsidRPr="000A721C">
        <w:rPr>
          <w:rFonts w:ascii="Tahoma" w:hAnsi="Tahoma" w:cs="Tahoma"/>
          <w:rtl/>
        </w:rPr>
        <w:t xml:space="preserve"> حادثه نشان م</w:t>
      </w:r>
      <w:r w:rsidRPr="000A721C">
        <w:rPr>
          <w:rFonts w:ascii="Tahoma" w:hAnsi="Tahoma" w:cs="Tahoma" w:hint="cs"/>
          <w:rtl/>
        </w:rPr>
        <w:t>ی‌</w:t>
      </w:r>
      <w:r w:rsidRPr="000A721C">
        <w:rPr>
          <w:rFonts w:ascii="Tahoma" w:hAnsi="Tahoma" w:cs="Tahoma" w:hint="eastAsia"/>
          <w:rtl/>
        </w:rPr>
        <w:t>داد</w:t>
      </w:r>
      <w:r w:rsidRPr="000A721C">
        <w:rPr>
          <w:rFonts w:ascii="Tahoma" w:hAnsi="Tahoma" w:cs="Tahoma"/>
          <w:rtl/>
        </w:rPr>
        <w:t xml:space="preserve"> که در حکومت صفو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ن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ز</w:t>
      </w:r>
      <w:r w:rsidRPr="000A721C">
        <w:rPr>
          <w:rFonts w:ascii="Tahoma" w:hAnsi="Tahoma" w:cs="Tahoma"/>
          <w:rtl/>
        </w:rPr>
        <w:t xml:space="preserve"> تخت شاه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هنوز در آخر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ن</w:t>
      </w:r>
      <w:r w:rsidRPr="000A721C">
        <w:rPr>
          <w:rFonts w:ascii="Tahoma" w:hAnsi="Tahoma" w:cs="Tahoma"/>
          <w:rtl/>
        </w:rPr>
        <w:t xml:space="preserve"> مرحله به ن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رو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مسلح ن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از</w:t>
      </w:r>
      <w:r w:rsidRPr="000A721C">
        <w:rPr>
          <w:rFonts w:ascii="Tahoma" w:hAnsi="Tahoma" w:cs="Tahoma"/>
          <w:rtl/>
        </w:rPr>
        <w:t xml:space="preserve"> داشت. نزد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ک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خون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،</w:t>
      </w:r>
      <w:r w:rsidRPr="000A721C">
        <w:rPr>
          <w:rFonts w:ascii="Tahoma" w:hAnsi="Tahoma" w:cs="Tahoma"/>
          <w:rtl/>
        </w:rPr>
        <w:t xml:space="preserve"> حضور در پا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تخت</w:t>
      </w:r>
      <w:r w:rsidRPr="000A721C">
        <w:rPr>
          <w:rFonts w:ascii="Tahoma" w:hAnsi="Tahoma" w:cs="Tahoma"/>
          <w:rtl/>
        </w:rPr>
        <w:t xml:space="preserve"> 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ا</w:t>
      </w:r>
      <w:r w:rsidRPr="000A721C">
        <w:rPr>
          <w:rFonts w:ascii="Tahoma" w:hAnsi="Tahoma" w:cs="Tahoma"/>
          <w:rtl/>
        </w:rPr>
        <w:t xml:space="preserve"> تما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ل</w:t>
      </w:r>
      <w:r w:rsidRPr="000A721C">
        <w:rPr>
          <w:rFonts w:ascii="Tahoma" w:hAnsi="Tahoma" w:cs="Tahoma"/>
          <w:rtl/>
        </w:rPr>
        <w:t xml:space="preserve"> شاه پ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ش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ن</w:t>
      </w:r>
      <w:r w:rsidRPr="000A721C">
        <w:rPr>
          <w:rFonts w:ascii="Tahoma" w:hAnsi="Tahoma" w:cs="Tahoma"/>
          <w:rtl/>
        </w:rPr>
        <w:t xml:space="preserve"> نم</w:t>
      </w:r>
      <w:r w:rsidRPr="000A721C">
        <w:rPr>
          <w:rFonts w:ascii="Tahoma" w:hAnsi="Tahoma" w:cs="Tahoma" w:hint="cs"/>
          <w:rtl/>
        </w:rPr>
        <w:t>ی‌</w:t>
      </w:r>
      <w:r w:rsidRPr="000A721C">
        <w:rPr>
          <w:rFonts w:ascii="Tahoma" w:hAnsi="Tahoma" w:cs="Tahoma" w:hint="eastAsia"/>
          <w:rtl/>
        </w:rPr>
        <w:t>توانست</w:t>
      </w:r>
      <w:r w:rsidRPr="000A721C">
        <w:rPr>
          <w:rFonts w:ascii="Tahoma" w:hAnsi="Tahoma" w:cs="Tahoma"/>
          <w:rtl/>
        </w:rPr>
        <w:t xml:space="preserve"> بدون پشت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بان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قزلباشان انتقال قدرت را تضم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ن</w:t>
      </w:r>
      <w:r w:rsidRPr="000A721C">
        <w:rPr>
          <w:rFonts w:ascii="Tahoma" w:hAnsi="Tahoma" w:cs="Tahoma"/>
          <w:rtl/>
        </w:rPr>
        <w:t xml:space="preserve"> کند. کس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شاه م</w:t>
      </w:r>
      <w:r w:rsidRPr="000A721C">
        <w:rPr>
          <w:rFonts w:ascii="Tahoma" w:hAnsi="Tahoma" w:cs="Tahoma" w:hint="cs"/>
          <w:rtl/>
        </w:rPr>
        <w:t>ی‌</w:t>
      </w:r>
      <w:r w:rsidRPr="000A721C">
        <w:rPr>
          <w:rFonts w:ascii="Tahoma" w:hAnsi="Tahoma" w:cs="Tahoma" w:hint="eastAsia"/>
          <w:rtl/>
        </w:rPr>
        <w:t>شد</w:t>
      </w:r>
      <w:r w:rsidRPr="000A721C">
        <w:rPr>
          <w:rFonts w:ascii="Tahoma" w:hAnsi="Tahoma" w:cs="Tahoma"/>
          <w:rtl/>
        </w:rPr>
        <w:t xml:space="preserve"> که گروه ن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رومندتر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از صاحبان شمش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ر</w:t>
      </w:r>
      <w:r w:rsidRPr="000A721C">
        <w:rPr>
          <w:rFonts w:ascii="Tahoma" w:hAnsi="Tahoma" w:cs="Tahoma"/>
          <w:rtl/>
        </w:rPr>
        <w:t xml:space="preserve"> و د</w:t>
      </w:r>
      <w:r w:rsidRPr="000A721C">
        <w:rPr>
          <w:rFonts w:ascii="Tahoma" w:hAnsi="Tahoma" w:cs="Tahoma" w:hint="eastAsia"/>
          <w:rtl/>
        </w:rPr>
        <w:t>ربار</w:t>
      </w:r>
      <w:r w:rsidRPr="000A721C">
        <w:rPr>
          <w:rFonts w:ascii="Tahoma" w:hAnsi="Tahoma" w:cs="Tahoma"/>
          <w:rtl/>
        </w:rPr>
        <w:t xml:space="preserve"> او را به تخت برسانند.</w:t>
      </w:r>
    </w:p>
    <w:p w:rsidR="000A721C" w:rsidRPr="000A721C" w:rsidRDefault="000A721C" w:rsidP="000A721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0A721C">
        <w:rPr>
          <w:rFonts w:ascii="Tahoma" w:hAnsi="Tahoma" w:cs="Tahoma" w:hint="eastAsia"/>
          <w:rtl/>
        </w:rPr>
        <w:t>اسماع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ل</w:t>
      </w:r>
      <w:r w:rsidRPr="000A721C">
        <w:rPr>
          <w:rFonts w:ascii="Tahoma" w:hAnsi="Tahoma" w:cs="Tahoma"/>
          <w:rtl/>
        </w:rPr>
        <w:t xml:space="preserve"> م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رزا</w:t>
      </w:r>
      <w:r w:rsidRPr="000A721C">
        <w:rPr>
          <w:rFonts w:ascii="Tahoma" w:hAnsi="Tahoma" w:cs="Tahoma"/>
          <w:rtl/>
        </w:rPr>
        <w:t xml:space="preserve"> پس از نزد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ک</w:t>
      </w:r>
      <w:r w:rsidRPr="000A721C">
        <w:rPr>
          <w:rFonts w:ascii="Tahoma" w:hAnsi="Tahoma" w:cs="Tahoma"/>
          <w:rtl/>
        </w:rPr>
        <w:t xml:space="preserve"> به ب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ست</w:t>
      </w:r>
      <w:r w:rsidRPr="000A721C">
        <w:rPr>
          <w:rFonts w:ascii="Tahoma" w:hAnsi="Tahoma" w:cs="Tahoma"/>
          <w:rtl/>
        </w:rPr>
        <w:t xml:space="preserve"> سال زندان آزاد شد و در سال </w:t>
      </w:r>
      <w:r w:rsidRPr="000A721C">
        <w:rPr>
          <w:rFonts w:ascii="Tahoma" w:hAnsi="Tahoma" w:cs="Tahoma"/>
          <w:rtl/>
          <w:lang w:bidi="fa-IR"/>
        </w:rPr>
        <w:t>۱۵۷۶</w:t>
      </w:r>
      <w:r w:rsidRPr="000A721C">
        <w:rPr>
          <w:rFonts w:ascii="Tahoma" w:hAnsi="Tahoma" w:cs="Tahoma"/>
          <w:rtl/>
        </w:rPr>
        <w:t xml:space="preserve"> م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لاد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با نام شاه اسماع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ل</w:t>
      </w:r>
      <w:r w:rsidRPr="000A721C">
        <w:rPr>
          <w:rFonts w:ascii="Tahoma" w:hAnsi="Tahoma" w:cs="Tahoma"/>
          <w:rtl/>
        </w:rPr>
        <w:t xml:space="preserve"> دوم بر تخت نشست. او پ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ش</w:t>
      </w:r>
      <w:r w:rsidRPr="000A721C">
        <w:rPr>
          <w:rFonts w:ascii="Tahoma" w:hAnsi="Tahoma" w:cs="Tahoma"/>
          <w:rtl/>
        </w:rPr>
        <w:t xml:space="preserve"> از زندان</w:t>
      </w:r>
      <w:r w:rsidRPr="000A721C">
        <w:rPr>
          <w:rFonts w:ascii="Tahoma" w:hAnsi="Tahoma" w:cs="Tahoma" w:hint="cs"/>
          <w:rtl/>
        </w:rPr>
        <w:t>ی‌</w:t>
      </w:r>
      <w:r w:rsidRPr="000A721C">
        <w:rPr>
          <w:rFonts w:ascii="Tahoma" w:hAnsi="Tahoma" w:cs="Tahoma" w:hint="eastAsia"/>
          <w:rtl/>
        </w:rPr>
        <w:t>شدن</w:t>
      </w:r>
      <w:r w:rsidRPr="000A721C">
        <w:rPr>
          <w:rFonts w:ascii="Tahoma" w:hAnsi="Tahoma" w:cs="Tahoma"/>
          <w:rtl/>
        </w:rPr>
        <w:t xml:space="preserve"> فرمانده‌ا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جنگ‌آزموده بود و در نبرد با عثمان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ان</w:t>
      </w:r>
      <w:r w:rsidRPr="000A721C">
        <w:rPr>
          <w:rFonts w:ascii="Tahoma" w:hAnsi="Tahoma" w:cs="Tahoma"/>
          <w:rtl/>
        </w:rPr>
        <w:t xml:space="preserve"> شهرت داشت. گروه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از قزلباشان ممکن بود انتظار داشته باشند که پادشاه تازه، پس از سال‌ها اسارت، به حما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ت</w:t>
      </w:r>
      <w:r w:rsidRPr="000A721C">
        <w:rPr>
          <w:rFonts w:ascii="Tahoma" w:hAnsi="Tahoma" w:cs="Tahoma"/>
          <w:rtl/>
        </w:rPr>
        <w:t xml:space="preserve"> آنان وابسته بماند و پاداش آزاد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و سلطنتش را با واگذار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مقام و ولا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ت</w:t>
      </w:r>
      <w:r w:rsidRPr="000A721C">
        <w:rPr>
          <w:rFonts w:ascii="Tahoma" w:hAnsi="Tahoma" w:cs="Tahoma"/>
          <w:rtl/>
        </w:rPr>
        <w:t xml:space="preserve"> بپردازد.</w:t>
      </w:r>
    </w:p>
    <w:p w:rsidR="000A721C" w:rsidRPr="000A721C" w:rsidRDefault="000A721C" w:rsidP="000A721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0A721C">
        <w:rPr>
          <w:rFonts w:ascii="Tahoma" w:hAnsi="Tahoma" w:cs="Tahoma" w:hint="eastAsia"/>
          <w:rtl/>
        </w:rPr>
        <w:t>اما</w:t>
      </w:r>
      <w:r w:rsidRPr="000A721C">
        <w:rPr>
          <w:rFonts w:ascii="Tahoma" w:hAnsi="Tahoma" w:cs="Tahoma"/>
          <w:rtl/>
        </w:rPr>
        <w:t xml:space="preserve"> اسماع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ل</w:t>
      </w:r>
      <w:r w:rsidRPr="000A721C">
        <w:rPr>
          <w:rFonts w:ascii="Tahoma" w:hAnsi="Tahoma" w:cs="Tahoma"/>
          <w:rtl/>
        </w:rPr>
        <w:t xml:space="preserve"> دوم تجربهٔ زندان و رقابت شاهزادگان را با خود به تخت آورد. او م</w:t>
      </w:r>
      <w:r w:rsidRPr="000A721C">
        <w:rPr>
          <w:rFonts w:ascii="Tahoma" w:hAnsi="Tahoma" w:cs="Tahoma" w:hint="cs"/>
          <w:rtl/>
        </w:rPr>
        <w:t>ی‌</w:t>
      </w:r>
      <w:r w:rsidRPr="000A721C">
        <w:rPr>
          <w:rFonts w:ascii="Tahoma" w:hAnsi="Tahoma" w:cs="Tahoma" w:hint="eastAsia"/>
          <w:rtl/>
        </w:rPr>
        <w:t>دانست</w:t>
      </w:r>
      <w:r w:rsidRPr="000A721C">
        <w:rPr>
          <w:rFonts w:ascii="Tahoma" w:hAnsi="Tahoma" w:cs="Tahoma"/>
          <w:rtl/>
        </w:rPr>
        <w:t xml:space="preserve"> تا هنگام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که برادران و خو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شاوندانش</w:t>
      </w:r>
      <w:r w:rsidRPr="000A721C">
        <w:rPr>
          <w:rFonts w:ascii="Tahoma" w:hAnsi="Tahoma" w:cs="Tahoma"/>
          <w:rtl/>
        </w:rPr>
        <w:t xml:space="preserve"> زنده‌اند، هر گروه ناراض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م</w:t>
      </w:r>
      <w:r w:rsidRPr="000A721C">
        <w:rPr>
          <w:rFonts w:ascii="Tahoma" w:hAnsi="Tahoma" w:cs="Tahoma" w:hint="cs"/>
          <w:rtl/>
        </w:rPr>
        <w:t>ی‌</w:t>
      </w:r>
      <w:r w:rsidRPr="000A721C">
        <w:rPr>
          <w:rFonts w:ascii="Tahoma" w:hAnsi="Tahoma" w:cs="Tahoma" w:hint="eastAsia"/>
          <w:rtl/>
        </w:rPr>
        <w:t>تواند</w:t>
      </w:r>
      <w:r w:rsidRPr="000A721C">
        <w:rPr>
          <w:rFonts w:ascii="Tahoma" w:hAnsi="Tahoma" w:cs="Tahoma"/>
          <w:rtl/>
        </w:rPr>
        <w:t xml:space="preserve"> 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ک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از آنان را در برابرش قرار دهد. پاسخش به ا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ن</w:t>
      </w:r>
      <w:r w:rsidRPr="000A721C">
        <w:rPr>
          <w:rFonts w:ascii="Tahoma" w:hAnsi="Tahoma" w:cs="Tahoma"/>
          <w:rtl/>
        </w:rPr>
        <w:t xml:space="preserve"> خطر، ساختن قاعدهٔ جانش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ن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نبود؛ حذف مدع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ان</w:t>
      </w:r>
      <w:r w:rsidRPr="000A721C">
        <w:rPr>
          <w:rFonts w:ascii="Tahoma" w:hAnsi="Tahoma" w:cs="Tahoma"/>
          <w:rtl/>
        </w:rPr>
        <w:t xml:space="preserve"> بود. گروه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از </w:t>
      </w:r>
      <w:r w:rsidRPr="000A721C">
        <w:rPr>
          <w:rFonts w:ascii="Tahoma" w:hAnsi="Tahoma" w:cs="Tahoma" w:hint="eastAsia"/>
          <w:rtl/>
        </w:rPr>
        <w:t>شاهزادگان</w:t>
      </w:r>
      <w:r w:rsidRPr="000A721C">
        <w:rPr>
          <w:rFonts w:ascii="Tahoma" w:hAnsi="Tahoma" w:cs="Tahoma"/>
          <w:rtl/>
        </w:rPr>
        <w:t xml:space="preserve"> صفو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به فرمان 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ا</w:t>
      </w:r>
      <w:r w:rsidRPr="000A721C">
        <w:rPr>
          <w:rFonts w:ascii="Tahoma" w:hAnsi="Tahoma" w:cs="Tahoma"/>
          <w:rtl/>
        </w:rPr>
        <w:t xml:space="preserve"> در جر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ان</w:t>
      </w:r>
      <w:r w:rsidRPr="000A721C">
        <w:rPr>
          <w:rFonts w:ascii="Tahoma" w:hAnsi="Tahoma" w:cs="Tahoma"/>
          <w:rtl/>
        </w:rPr>
        <w:t xml:space="preserve"> س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است</w:t>
      </w:r>
      <w:r w:rsidRPr="000A721C">
        <w:rPr>
          <w:rFonts w:ascii="Tahoma" w:hAnsi="Tahoma" w:cs="Tahoma"/>
          <w:rtl/>
        </w:rPr>
        <w:t xml:space="preserve"> او کشته شدند و شمار کسان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که م</w:t>
      </w:r>
      <w:r w:rsidRPr="000A721C">
        <w:rPr>
          <w:rFonts w:ascii="Tahoma" w:hAnsi="Tahoma" w:cs="Tahoma" w:hint="cs"/>
          <w:rtl/>
        </w:rPr>
        <w:t>ی‌</w:t>
      </w:r>
      <w:r w:rsidRPr="000A721C">
        <w:rPr>
          <w:rFonts w:ascii="Tahoma" w:hAnsi="Tahoma" w:cs="Tahoma" w:hint="eastAsia"/>
          <w:rtl/>
        </w:rPr>
        <w:t>توانستند</w:t>
      </w:r>
      <w:r w:rsidRPr="000A721C">
        <w:rPr>
          <w:rFonts w:ascii="Tahoma" w:hAnsi="Tahoma" w:cs="Tahoma"/>
          <w:rtl/>
        </w:rPr>
        <w:t xml:space="preserve"> به سبب خون خود مدع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تاج شوند کاهش 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افت</w:t>
      </w:r>
      <w:r w:rsidRPr="000A721C">
        <w:rPr>
          <w:rFonts w:ascii="Tahoma" w:hAnsi="Tahoma" w:cs="Tahoma"/>
          <w:rtl/>
        </w:rPr>
        <w:t>.</w:t>
      </w:r>
    </w:p>
    <w:p w:rsidR="000A721C" w:rsidRPr="000A721C" w:rsidRDefault="000A721C" w:rsidP="000A721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0A721C">
        <w:rPr>
          <w:rFonts w:ascii="Tahoma" w:hAnsi="Tahoma" w:cs="Tahoma" w:hint="eastAsia"/>
          <w:rtl/>
        </w:rPr>
        <w:t>ا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ن</w:t>
      </w:r>
      <w:r w:rsidRPr="000A721C">
        <w:rPr>
          <w:rFonts w:ascii="Tahoma" w:hAnsi="Tahoma" w:cs="Tahoma"/>
          <w:rtl/>
        </w:rPr>
        <w:t xml:space="preserve"> ش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وه</w:t>
      </w:r>
      <w:r w:rsidRPr="000A721C">
        <w:rPr>
          <w:rFonts w:ascii="Tahoma" w:hAnsi="Tahoma" w:cs="Tahoma"/>
          <w:rtl/>
        </w:rPr>
        <w:t xml:space="preserve"> خطر فور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را کم م</w:t>
      </w:r>
      <w:r w:rsidRPr="000A721C">
        <w:rPr>
          <w:rFonts w:ascii="Tahoma" w:hAnsi="Tahoma" w:cs="Tahoma" w:hint="cs"/>
          <w:rtl/>
        </w:rPr>
        <w:t>ی‌</w:t>
      </w:r>
      <w:r w:rsidRPr="000A721C">
        <w:rPr>
          <w:rFonts w:ascii="Tahoma" w:hAnsi="Tahoma" w:cs="Tahoma" w:hint="eastAsia"/>
          <w:rtl/>
        </w:rPr>
        <w:t>کرد،</w:t>
      </w:r>
      <w:r w:rsidRPr="000A721C">
        <w:rPr>
          <w:rFonts w:ascii="Tahoma" w:hAnsi="Tahoma" w:cs="Tahoma"/>
          <w:rtl/>
        </w:rPr>
        <w:t xml:space="preserve"> اما بن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اد</w:t>
      </w:r>
      <w:r w:rsidRPr="000A721C">
        <w:rPr>
          <w:rFonts w:ascii="Tahoma" w:hAnsi="Tahoma" w:cs="Tahoma"/>
          <w:rtl/>
        </w:rPr>
        <w:t xml:space="preserve"> خاندان را ن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ز</w:t>
      </w:r>
      <w:r w:rsidRPr="000A721C">
        <w:rPr>
          <w:rFonts w:ascii="Tahoma" w:hAnsi="Tahoma" w:cs="Tahoma"/>
          <w:rtl/>
        </w:rPr>
        <w:t xml:space="preserve"> آس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ب</w:t>
      </w:r>
      <w:r w:rsidRPr="000A721C">
        <w:rPr>
          <w:rFonts w:ascii="Tahoma" w:hAnsi="Tahoma" w:cs="Tahoma"/>
          <w:rtl/>
        </w:rPr>
        <w:t xml:space="preserve"> م</w:t>
      </w:r>
      <w:r w:rsidRPr="000A721C">
        <w:rPr>
          <w:rFonts w:ascii="Tahoma" w:hAnsi="Tahoma" w:cs="Tahoma" w:hint="cs"/>
          <w:rtl/>
        </w:rPr>
        <w:t>ی‌</w:t>
      </w:r>
      <w:r w:rsidRPr="000A721C">
        <w:rPr>
          <w:rFonts w:ascii="Tahoma" w:hAnsi="Tahoma" w:cs="Tahoma" w:hint="eastAsia"/>
          <w:rtl/>
        </w:rPr>
        <w:t>زد</w:t>
      </w:r>
      <w:r w:rsidRPr="000A721C">
        <w:rPr>
          <w:rFonts w:ascii="Tahoma" w:hAnsi="Tahoma" w:cs="Tahoma"/>
          <w:rtl/>
        </w:rPr>
        <w:t>. پادشاه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موروث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برا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انتقال قدرت به وجود شاهزادگان ن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از</w:t>
      </w:r>
      <w:r w:rsidRPr="000A721C">
        <w:rPr>
          <w:rFonts w:ascii="Tahoma" w:hAnsi="Tahoma" w:cs="Tahoma"/>
          <w:rtl/>
        </w:rPr>
        <w:t xml:space="preserve"> داشت؛ اما هر شاهزادهٔ زنده م</w:t>
      </w:r>
      <w:r w:rsidRPr="000A721C">
        <w:rPr>
          <w:rFonts w:ascii="Tahoma" w:hAnsi="Tahoma" w:cs="Tahoma" w:hint="cs"/>
          <w:rtl/>
        </w:rPr>
        <w:t>ی‌</w:t>
      </w:r>
      <w:r w:rsidRPr="000A721C">
        <w:rPr>
          <w:rFonts w:ascii="Tahoma" w:hAnsi="Tahoma" w:cs="Tahoma" w:hint="eastAsia"/>
          <w:rtl/>
        </w:rPr>
        <w:t>توانست</w:t>
      </w:r>
      <w:r w:rsidRPr="000A721C">
        <w:rPr>
          <w:rFonts w:ascii="Tahoma" w:hAnsi="Tahoma" w:cs="Tahoma"/>
          <w:rtl/>
        </w:rPr>
        <w:t xml:space="preserve"> برا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شاه وقت خطرناک باشد. تاج صفو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نم</w:t>
      </w:r>
      <w:r w:rsidRPr="000A721C">
        <w:rPr>
          <w:rFonts w:ascii="Tahoma" w:hAnsi="Tahoma" w:cs="Tahoma" w:hint="cs"/>
          <w:rtl/>
        </w:rPr>
        <w:t>ی‌</w:t>
      </w:r>
      <w:r w:rsidRPr="000A721C">
        <w:rPr>
          <w:rFonts w:ascii="Tahoma" w:hAnsi="Tahoma" w:cs="Tahoma" w:hint="eastAsia"/>
          <w:rtl/>
        </w:rPr>
        <w:t>توانست</w:t>
      </w:r>
      <w:r w:rsidRPr="000A721C">
        <w:rPr>
          <w:rFonts w:ascii="Tahoma" w:hAnsi="Tahoma" w:cs="Tahoma"/>
          <w:rtl/>
        </w:rPr>
        <w:t xml:space="preserve"> بدون خاندان ادامه 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ابد</w:t>
      </w:r>
      <w:r w:rsidRPr="000A721C">
        <w:rPr>
          <w:rFonts w:ascii="Tahoma" w:hAnsi="Tahoma" w:cs="Tahoma"/>
          <w:rtl/>
        </w:rPr>
        <w:t xml:space="preserve"> و در همان حال، فرمانروا از </w:t>
      </w:r>
      <w:r w:rsidRPr="000A721C">
        <w:rPr>
          <w:rFonts w:ascii="Tahoma" w:hAnsi="Tahoma" w:cs="Tahoma" w:hint="eastAsia"/>
          <w:rtl/>
        </w:rPr>
        <w:t>اعضا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همان خاندان م</w:t>
      </w:r>
      <w:r w:rsidRPr="000A721C">
        <w:rPr>
          <w:rFonts w:ascii="Tahoma" w:hAnsi="Tahoma" w:cs="Tahoma" w:hint="cs"/>
          <w:rtl/>
        </w:rPr>
        <w:t>ی‌</w:t>
      </w:r>
      <w:r w:rsidRPr="000A721C">
        <w:rPr>
          <w:rFonts w:ascii="Tahoma" w:hAnsi="Tahoma" w:cs="Tahoma" w:hint="eastAsia"/>
          <w:rtl/>
        </w:rPr>
        <w:t>ترس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د</w:t>
      </w:r>
      <w:r w:rsidRPr="000A721C">
        <w:rPr>
          <w:rFonts w:ascii="Tahoma" w:hAnsi="Tahoma" w:cs="Tahoma"/>
          <w:rtl/>
        </w:rPr>
        <w:t>. ا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ن</w:t>
      </w:r>
      <w:r w:rsidRPr="000A721C">
        <w:rPr>
          <w:rFonts w:ascii="Tahoma" w:hAnsi="Tahoma" w:cs="Tahoma"/>
          <w:rtl/>
        </w:rPr>
        <w:t xml:space="preserve"> تناقض بعدها در دورهٔ شاه عباس شد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دتر</w:t>
      </w:r>
      <w:r w:rsidRPr="000A721C">
        <w:rPr>
          <w:rFonts w:ascii="Tahoma" w:hAnsi="Tahoma" w:cs="Tahoma"/>
          <w:rtl/>
        </w:rPr>
        <w:t xml:space="preserve"> شد.</w:t>
      </w:r>
    </w:p>
    <w:p w:rsidR="000A721C" w:rsidRPr="000A721C" w:rsidRDefault="000A721C" w:rsidP="000A721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0A721C">
        <w:rPr>
          <w:rFonts w:ascii="Tahoma" w:hAnsi="Tahoma" w:cs="Tahoma" w:hint="eastAsia"/>
          <w:rtl/>
        </w:rPr>
        <w:t>اسماع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ل</w:t>
      </w:r>
      <w:r w:rsidRPr="000A721C">
        <w:rPr>
          <w:rFonts w:ascii="Tahoma" w:hAnsi="Tahoma" w:cs="Tahoma"/>
          <w:rtl/>
        </w:rPr>
        <w:t xml:space="preserve"> دوم فقط با شاهزادگان درگ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ر</w:t>
      </w:r>
      <w:r w:rsidRPr="000A721C">
        <w:rPr>
          <w:rFonts w:ascii="Tahoma" w:hAnsi="Tahoma" w:cs="Tahoma"/>
          <w:rtl/>
        </w:rPr>
        <w:t xml:space="preserve"> نبود. او م</w:t>
      </w:r>
      <w:r w:rsidRPr="000A721C">
        <w:rPr>
          <w:rFonts w:ascii="Tahoma" w:hAnsi="Tahoma" w:cs="Tahoma" w:hint="cs"/>
          <w:rtl/>
        </w:rPr>
        <w:t>ی‌</w:t>
      </w:r>
      <w:r w:rsidRPr="000A721C">
        <w:rPr>
          <w:rFonts w:ascii="Tahoma" w:hAnsi="Tahoma" w:cs="Tahoma" w:hint="eastAsia"/>
          <w:rtl/>
        </w:rPr>
        <w:t>کوش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د</w:t>
      </w:r>
      <w:r w:rsidRPr="000A721C">
        <w:rPr>
          <w:rFonts w:ascii="Tahoma" w:hAnsi="Tahoma" w:cs="Tahoma"/>
          <w:rtl/>
        </w:rPr>
        <w:t xml:space="preserve"> توازن ن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روها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مذهب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و س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اس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را ن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ز</w:t>
      </w:r>
      <w:r w:rsidRPr="000A721C">
        <w:rPr>
          <w:rFonts w:ascii="Tahoma" w:hAnsi="Tahoma" w:cs="Tahoma"/>
          <w:rtl/>
        </w:rPr>
        <w:t xml:space="preserve"> تغ</w:t>
      </w:r>
      <w:r w:rsidRPr="000A721C">
        <w:rPr>
          <w:rFonts w:ascii="Tahoma" w:hAnsi="Tahoma" w:cs="Tahoma" w:hint="cs"/>
          <w:rtl/>
        </w:rPr>
        <w:t>یی</w:t>
      </w:r>
      <w:r w:rsidRPr="000A721C">
        <w:rPr>
          <w:rFonts w:ascii="Tahoma" w:hAnsi="Tahoma" w:cs="Tahoma" w:hint="eastAsia"/>
          <w:rtl/>
        </w:rPr>
        <w:t>ر</w:t>
      </w:r>
      <w:r w:rsidRPr="000A721C">
        <w:rPr>
          <w:rFonts w:ascii="Tahoma" w:hAnsi="Tahoma" w:cs="Tahoma"/>
          <w:rtl/>
        </w:rPr>
        <w:t xml:space="preserve"> دهد. س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است‌ها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او دربارهٔ تش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ع</w:t>
      </w:r>
      <w:r w:rsidRPr="000A721C">
        <w:rPr>
          <w:rFonts w:ascii="Tahoma" w:hAnsi="Tahoma" w:cs="Tahoma"/>
          <w:rtl/>
        </w:rPr>
        <w:t xml:space="preserve"> رسم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با روش پدر و پدربزرگش 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کسان</w:t>
      </w:r>
      <w:r w:rsidRPr="000A721C">
        <w:rPr>
          <w:rFonts w:ascii="Tahoma" w:hAnsi="Tahoma" w:cs="Tahoma"/>
          <w:rtl/>
        </w:rPr>
        <w:t xml:space="preserve"> نبود. برخ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اقداماتش نشان م</w:t>
      </w:r>
      <w:r w:rsidRPr="000A721C">
        <w:rPr>
          <w:rFonts w:ascii="Tahoma" w:hAnsi="Tahoma" w:cs="Tahoma" w:hint="cs"/>
          <w:rtl/>
        </w:rPr>
        <w:t>ی‌</w:t>
      </w:r>
      <w:r w:rsidRPr="000A721C">
        <w:rPr>
          <w:rFonts w:ascii="Tahoma" w:hAnsi="Tahoma" w:cs="Tahoma" w:hint="eastAsia"/>
          <w:rtl/>
        </w:rPr>
        <w:t>داد</w:t>
      </w:r>
      <w:r w:rsidRPr="000A721C">
        <w:rPr>
          <w:rFonts w:ascii="Tahoma" w:hAnsi="Tahoma" w:cs="Tahoma"/>
          <w:rtl/>
        </w:rPr>
        <w:t xml:space="preserve"> که م</w:t>
      </w:r>
      <w:r w:rsidRPr="000A721C">
        <w:rPr>
          <w:rFonts w:ascii="Tahoma" w:hAnsi="Tahoma" w:cs="Tahoma" w:hint="cs"/>
          <w:rtl/>
        </w:rPr>
        <w:t>ی‌</w:t>
      </w:r>
      <w:r w:rsidRPr="000A721C">
        <w:rPr>
          <w:rFonts w:ascii="Tahoma" w:hAnsi="Tahoma" w:cs="Tahoma" w:hint="eastAsia"/>
          <w:rtl/>
        </w:rPr>
        <w:t>خواهد</w:t>
      </w:r>
      <w:r w:rsidRPr="000A721C">
        <w:rPr>
          <w:rFonts w:ascii="Tahoma" w:hAnsi="Tahoma" w:cs="Tahoma"/>
          <w:rtl/>
        </w:rPr>
        <w:t xml:space="preserve"> از شدت دشمن</w:t>
      </w:r>
      <w:r w:rsidRPr="000A721C">
        <w:rPr>
          <w:rFonts w:ascii="Tahoma" w:hAnsi="Tahoma" w:cs="Tahoma" w:hint="cs"/>
          <w:rtl/>
        </w:rPr>
        <w:t>ی‌</w:t>
      </w:r>
      <w:r w:rsidRPr="000A721C">
        <w:rPr>
          <w:rFonts w:ascii="Tahoma" w:hAnsi="Tahoma" w:cs="Tahoma" w:hint="eastAsia"/>
          <w:rtl/>
        </w:rPr>
        <w:t>ها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مذهب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و قدرت گروه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از د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نکاران</w:t>
      </w:r>
      <w:r w:rsidRPr="000A721C">
        <w:rPr>
          <w:rFonts w:ascii="Tahoma" w:hAnsi="Tahoma" w:cs="Tahoma"/>
          <w:rtl/>
        </w:rPr>
        <w:t xml:space="preserve"> بکاهد </w:t>
      </w:r>
      <w:r w:rsidRPr="000A721C">
        <w:rPr>
          <w:rFonts w:ascii="Tahoma" w:hAnsi="Tahoma" w:cs="Tahoma" w:hint="eastAsia"/>
          <w:rtl/>
        </w:rPr>
        <w:t>و</w:t>
      </w:r>
      <w:r w:rsidRPr="000A721C">
        <w:rPr>
          <w:rFonts w:ascii="Tahoma" w:hAnsi="Tahoma" w:cs="Tahoma"/>
          <w:rtl/>
        </w:rPr>
        <w:t xml:space="preserve"> برخ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ش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وه‌ها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افراط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،</w:t>
      </w:r>
      <w:r w:rsidRPr="000A721C">
        <w:rPr>
          <w:rFonts w:ascii="Tahoma" w:hAnsi="Tahoma" w:cs="Tahoma"/>
          <w:rtl/>
        </w:rPr>
        <w:t xml:space="preserve"> از جمله لعن آشکار، را محدود سازد.</w:t>
      </w:r>
    </w:p>
    <w:p w:rsidR="000A721C" w:rsidRPr="000A721C" w:rsidRDefault="000A721C" w:rsidP="000A721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0A721C">
        <w:rPr>
          <w:rFonts w:ascii="Tahoma" w:hAnsi="Tahoma" w:cs="Tahoma" w:hint="eastAsia"/>
          <w:rtl/>
        </w:rPr>
        <w:t>دربارهٔ</w:t>
      </w:r>
      <w:r w:rsidRPr="000A721C">
        <w:rPr>
          <w:rFonts w:ascii="Tahoma" w:hAnsi="Tahoma" w:cs="Tahoma"/>
          <w:rtl/>
        </w:rPr>
        <w:t xml:space="preserve"> باور شخص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او و ا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نکه</w:t>
      </w:r>
      <w:r w:rsidRPr="000A721C">
        <w:rPr>
          <w:rFonts w:ascii="Tahoma" w:hAnsi="Tahoma" w:cs="Tahoma"/>
          <w:rtl/>
        </w:rPr>
        <w:t xml:space="preserve"> تا چه اندازه به اهل سنت گرا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ش</w:t>
      </w:r>
      <w:r w:rsidRPr="000A721C">
        <w:rPr>
          <w:rFonts w:ascii="Tahoma" w:hAnsi="Tahoma" w:cs="Tahoma"/>
          <w:rtl/>
        </w:rPr>
        <w:t xml:space="preserve"> 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افته</w:t>
      </w:r>
      <w:r w:rsidRPr="000A721C">
        <w:rPr>
          <w:rFonts w:ascii="Tahoma" w:hAnsi="Tahoma" w:cs="Tahoma"/>
          <w:rtl/>
        </w:rPr>
        <w:t xml:space="preserve"> بود، گزارش‌ها 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کسان</w:t>
      </w:r>
      <w:r w:rsidRPr="000A721C">
        <w:rPr>
          <w:rFonts w:ascii="Tahoma" w:hAnsi="Tahoma" w:cs="Tahoma"/>
          <w:rtl/>
        </w:rPr>
        <w:t xml:space="preserve"> ن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ستند</w:t>
      </w:r>
      <w:r w:rsidRPr="000A721C">
        <w:rPr>
          <w:rFonts w:ascii="Tahoma" w:hAnsi="Tahoma" w:cs="Tahoma"/>
          <w:rtl/>
        </w:rPr>
        <w:t>. اما حت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بدون داور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دربارهٔ عق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دهٔ</w:t>
      </w:r>
      <w:r w:rsidRPr="000A721C">
        <w:rPr>
          <w:rFonts w:ascii="Tahoma" w:hAnsi="Tahoma" w:cs="Tahoma"/>
          <w:rtl/>
        </w:rPr>
        <w:t xml:space="preserve"> درون</w:t>
      </w:r>
      <w:r w:rsidRPr="000A721C">
        <w:rPr>
          <w:rFonts w:ascii="Tahoma" w:hAnsi="Tahoma" w:cs="Tahoma" w:hint="cs"/>
          <w:rtl/>
        </w:rPr>
        <w:t>ی‌</w:t>
      </w:r>
      <w:r w:rsidRPr="000A721C">
        <w:rPr>
          <w:rFonts w:ascii="Tahoma" w:hAnsi="Tahoma" w:cs="Tahoma" w:hint="eastAsia"/>
          <w:rtl/>
        </w:rPr>
        <w:t>اش،</w:t>
      </w:r>
      <w:r w:rsidRPr="000A721C">
        <w:rPr>
          <w:rFonts w:ascii="Tahoma" w:hAnsi="Tahoma" w:cs="Tahoma"/>
          <w:rtl/>
        </w:rPr>
        <w:t xml:space="preserve"> جهت س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اس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کار او قابل شناخت است. دستگاه د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نکار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در دوران طولان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شاه تهماسب رشد کرده و از مقام، موقوفه و نفوذ برخوردار ش</w:t>
      </w:r>
      <w:r w:rsidRPr="000A721C">
        <w:rPr>
          <w:rFonts w:ascii="Tahoma" w:hAnsi="Tahoma" w:cs="Tahoma" w:hint="eastAsia"/>
          <w:rtl/>
        </w:rPr>
        <w:t>ده</w:t>
      </w:r>
      <w:r w:rsidRPr="000A721C">
        <w:rPr>
          <w:rFonts w:ascii="Tahoma" w:hAnsi="Tahoma" w:cs="Tahoma"/>
          <w:rtl/>
        </w:rPr>
        <w:t xml:space="preserve"> بود. شاه تازه ممکن بود ا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ن</w:t>
      </w:r>
      <w:r w:rsidRPr="000A721C">
        <w:rPr>
          <w:rFonts w:ascii="Tahoma" w:hAnsi="Tahoma" w:cs="Tahoma"/>
          <w:rtl/>
        </w:rPr>
        <w:t xml:space="preserve"> دستگاه را ن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ز،</w:t>
      </w:r>
      <w:r w:rsidRPr="000A721C">
        <w:rPr>
          <w:rFonts w:ascii="Tahoma" w:hAnsi="Tahoma" w:cs="Tahoma"/>
          <w:rtl/>
        </w:rPr>
        <w:t xml:space="preserve"> مانند شاهزادگان و سران قزلباش، ن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رو</w:t>
      </w:r>
      <w:r w:rsidRPr="000A721C">
        <w:rPr>
          <w:rFonts w:ascii="Tahoma" w:hAnsi="Tahoma" w:cs="Tahoma" w:hint="cs"/>
          <w:rtl/>
        </w:rPr>
        <w:t>یی</w:t>
      </w:r>
      <w:r w:rsidRPr="000A721C">
        <w:rPr>
          <w:rFonts w:ascii="Tahoma" w:hAnsi="Tahoma" w:cs="Tahoma"/>
          <w:rtl/>
        </w:rPr>
        <w:t xml:space="preserve"> بب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ند</w:t>
      </w:r>
      <w:r w:rsidRPr="000A721C">
        <w:rPr>
          <w:rFonts w:ascii="Tahoma" w:hAnsi="Tahoma" w:cs="Tahoma"/>
          <w:rtl/>
        </w:rPr>
        <w:t xml:space="preserve"> که با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د</w:t>
      </w:r>
      <w:r w:rsidRPr="000A721C">
        <w:rPr>
          <w:rFonts w:ascii="Tahoma" w:hAnsi="Tahoma" w:cs="Tahoma"/>
          <w:rtl/>
        </w:rPr>
        <w:t xml:space="preserve"> ز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ر</w:t>
      </w:r>
      <w:r w:rsidRPr="000A721C">
        <w:rPr>
          <w:rFonts w:ascii="Tahoma" w:hAnsi="Tahoma" w:cs="Tahoma"/>
          <w:rtl/>
        </w:rPr>
        <w:t xml:space="preserve"> اخت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ار</w:t>
      </w:r>
      <w:r w:rsidRPr="000A721C">
        <w:rPr>
          <w:rFonts w:ascii="Tahoma" w:hAnsi="Tahoma" w:cs="Tahoma"/>
          <w:rtl/>
        </w:rPr>
        <w:t xml:space="preserve"> تاج قرار گ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رد</w:t>
      </w:r>
      <w:r w:rsidRPr="000A721C">
        <w:rPr>
          <w:rFonts w:ascii="Tahoma" w:hAnsi="Tahoma" w:cs="Tahoma"/>
          <w:rtl/>
        </w:rPr>
        <w:t>.</w:t>
      </w:r>
    </w:p>
    <w:p w:rsidR="000A721C" w:rsidRPr="000A721C" w:rsidRDefault="000A721C" w:rsidP="000A721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0A721C">
        <w:rPr>
          <w:rFonts w:ascii="Tahoma" w:hAnsi="Tahoma" w:cs="Tahoma" w:hint="eastAsia"/>
          <w:rtl/>
        </w:rPr>
        <w:t>تجربهٔ</w:t>
      </w:r>
      <w:r w:rsidRPr="000A721C">
        <w:rPr>
          <w:rFonts w:ascii="Tahoma" w:hAnsi="Tahoma" w:cs="Tahoma"/>
          <w:rtl/>
        </w:rPr>
        <w:t xml:space="preserve"> اسماع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ل</w:t>
      </w:r>
      <w:r w:rsidRPr="000A721C">
        <w:rPr>
          <w:rFonts w:ascii="Tahoma" w:hAnsi="Tahoma" w:cs="Tahoma"/>
          <w:rtl/>
        </w:rPr>
        <w:t xml:space="preserve"> دوم نشان داد که مذهب رسم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پس از چند دهه د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گر</w:t>
      </w:r>
      <w:r w:rsidRPr="000A721C">
        <w:rPr>
          <w:rFonts w:ascii="Tahoma" w:hAnsi="Tahoma" w:cs="Tahoma"/>
          <w:rtl/>
        </w:rPr>
        <w:t xml:space="preserve"> فقط فرمان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نبود که شاه بتواند به آسان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آن را تغ</w:t>
      </w:r>
      <w:r w:rsidRPr="000A721C">
        <w:rPr>
          <w:rFonts w:ascii="Tahoma" w:hAnsi="Tahoma" w:cs="Tahoma" w:hint="cs"/>
          <w:rtl/>
        </w:rPr>
        <w:t>یی</w:t>
      </w:r>
      <w:r w:rsidRPr="000A721C">
        <w:rPr>
          <w:rFonts w:ascii="Tahoma" w:hAnsi="Tahoma" w:cs="Tahoma" w:hint="eastAsia"/>
          <w:rtl/>
        </w:rPr>
        <w:t>ر</w:t>
      </w:r>
      <w:r w:rsidRPr="000A721C">
        <w:rPr>
          <w:rFonts w:ascii="Tahoma" w:hAnsi="Tahoma" w:cs="Tahoma"/>
          <w:rtl/>
        </w:rPr>
        <w:t xml:space="preserve"> دهد. د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نکاران،</w:t>
      </w:r>
      <w:r w:rsidRPr="000A721C">
        <w:rPr>
          <w:rFonts w:ascii="Tahoma" w:hAnsi="Tahoma" w:cs="Tahoma"/>
          <w:rtl/>
        </w:rPr>
        <w:t xml:space="preserve"> مدارس، محاکم، موقوفات و آ</w:t>
      </w:r>
      <w:r w:rsidRPr="000A721C">
        <w:rPr>
          <w:rFonts w:ascii="Tahoma" w:hAnsi="Tahoma" w:cs="Tahoma" w:hint="cs"/>
          <w:rtl/>
        </w:rPr>
        <w:t>یی</w:t>
      </w:r>
      <w:r w:rsidRPr="000A721C">
        <w:rPr>
          <w:rFonts w:ascii="Tahoma" w:hAnsi="Tahoma" w:cs="Tahoma" w:hint="eastAsia"/>
          <w:rtl/>
        </w:rPr>
        <w:t>ن‌ها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عموم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،</w:t>
      </w:r>
      <w:r w:rsidRPr="000A721C">
        <w:rPr>
          <w:rFonts w:ascii="Tahoma" w:hAnsi="Tahoma" w:cs="Tahoma"/>
          <w:rtl/>
        </w:rPr>
        <w:t xml:space="preserve"> تش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ع</w:t>
      </w:r>
      <w:r w:rsidRPr="000A721C">
        <w:rPr>
          <w:rFonts w:ascii="Tahoma" w:hAnsi="Tahoma" w:cs="Tahoma"/>
          <w:rtl/>
        </w:rPr>
        <w:t xml:space="preserve"> دوازده‌امام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را در ساختمان حکومت و جامعه جا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داده بودند. محدودکردن آنان به معنا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روبه</w:t>
      </w:r>
      <w:r w:rsidRPr="000A721C">
        <w:rPr>
          <w:rFonts w:ascii="Tahoma" w:hAnsi="Tahoma" w:cs="Tahoma" w:hint="eastAsia"/>
          <w:rtl/>
        </w:rPr>
        <w:t>‌روشدن</w:t>
      </w:r>
      <w:r w:rsidRPr="000A721C">
        <w:rPr>
          <w:rFonts w:ascii="Tahoma" w:hAnsi="Tahoma" w:cs="Tahoma"/>
          <w:rtl/>
        </w:rPr>
        <w:t xml:space="preserve"> با ن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رو</w:t>
      </w:r>
      <w:r w:rsidRPr="000A721C">
        <w:rPr>
          <w:rFonts w:ascii="Tahoma" w:hAnsi="Tahoma" w:cs="Tahoma" w:hint="cs"/>
          <w:rtl/>
        </w:rPr>
        <w:t>یی</w:t>
      </w:r>
      <w:r w:rsidRPr="000A721C">
        <w:rPr>
          <w:rFonts w:ascii="Tahoma" w:hAnsi="Tahoma" w:cs="Tahoma"/>
          <w:rtl/>
        </w:rPr>
        <w:t xml:space="preserve"> بود که ر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شه‌ها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ش</w:t>
      </w:r>
      <w:r w:rsidRPr="000A721C">
        <w:rPr>
          <w:rFonts w:ascii="Tahoma" w:hAnsi="Tahoma" w:cs="Tahoma"/>
          <w:rtl/>
        </w:rPr>
        <w:t xml:space="preserve"> از دربار فراتر م</w:t>
      </w:r>
      <w:r w:rsidRPr="000A721C">
        <w:rPr>
          <w:rFonts w:ascii="Tahoma" w:hAnsi="Tahoma" w:cs="Tahoma" w:hint="cs"/>
          <w:rtl/>
        </w:rPr>
        <w:t>ی‌</w:t>
      </w:r>
      <w:r w:rsidRPr="000A721C">
        <w:rPr>
          <w:rFonts w:ascii="Tahoma" w:hAnsi="Tahoma" w:cs="Tahoma" w:hint="eastAsia"/>
          <w:rtl/>
        </w:rPr>
        <w:t>رفت</w:t>
      </w:r>
      <w:r w:rsidRPr="000A721C">
        <w:rPr>
          <w:rFonts w:ascii="Tahoma" w:hAnsi="Tahoma" w:cs="Tahoma"/>
          <w:rtl/>
        </w:rPr>
        <w:t>.</w:t>
      </w:r>
    </w:p>
    <w:p w:rsidR="000A721C" w:rsidRPr="000A721C" w:rsidRDefault="000A721C" w:rsidP="000A721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0A721C">
        <w:rPr>
          <w:rFonts w:ascii="Tahoma" w:hAnsi="Tahoma" w:cs="Tahoma" w:hint="eastAsia"/>
          <w:rtl/>
        </w:rPr>
        <w:t>سلطنت</w:t>
      </w:r>
      <w:r w:rsidRPr="000A721C">
        <w:rPr>
          <w:rFonts w:ascii="Tahoma" w:hAnsi="Tahoma" w:cs="Tahoma"/>
          <w:rtl/>
        </w:rPr>
        <w:t xml:space="preserve"> اسماع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ل</w:t>
      </w:r>
      <w:r w:rsidRPr="000A721C">
        <w:rPr>
          <w:rFonts w:ascii="Tahoma" w:hAnsi="Tahoma" w:cs="Tahoma"/>
          <w:rtl/>
        </w:rPr>
        <w:t xml:space="preserve"> دوم بس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ار</w:t>
      </w:r>
      <w:r w:rsidRPr="000A721C">
        <w:rPr>
          <w:rFonts w:ascii="Tahoma" w:hAnsi="Tahoma" w:cs="Tahoma"/>
          <w:rtl/>
        </w:rPr>
        <w:t xml:space="preserve"> کوتاه بود. او در سال </w:t>
      </w:r>
      <w:r w:rsidRPr="000A721C">
        <w:rPr>
          <w:rFonts w:ascii="Tahoma" w:hAnsi="Tahoma" w:cs="Tahoma"/>
          <w:rtl/>
          <w:lang w:bidi="fa-IR"/>
        </w:rPr>
        <w:t>۱۵۷۷</w:t>
      </w:r>
      <w:r w:rsidRPr="000A721C">
        <w:rPr>
          <w:rFonts w:ascii="Tahoma" w:hAnsi="Tahoma" w:cs="Tahoma"/>
          <w:rtl/>
        </w:rPr>
        <w:t>، اندک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ب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ش</w:t>
      </w:r>
      <w:r w:rsidRPr="000A721C">
        <w:rPr>
          <w:rFonts w:ascii="Tahoma" w:hAnsi="Tahoma" w:cs="Tahoma"/>
          <w:rtl/>
        </w:rPr>
        <w:t xml:space="preserve"> از 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ک</w:t>
      </w:r>
      <w:r w:rsidRPr="000A721C">
        <w:rPr>
          <w:rFonts w:ascii="Tahoma" w:hAnsi="Tahoma" w:cs="Tahoma"/>
          <w:rtl/>
        </w:rPr>
        <w:t xml:space="preserve"> سال پس از نشستن بر تخت، به شکل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ناگهان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درگذشت. دربارهٔ چگونگ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مرگش روا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ت‌ها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متفاوت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وجود دارد و احتمال دس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سه،</w:t>
      </w:r>
      <w:r w:rsidRPr="000A721C">
        <w:rPr>
          <w:rFonts w:ascii="Tahoma" w:hAnsi="Tahoma" w:cs="Tahoma"/>
          <w:rtl/>
        </w:rPr>
        <w:t xml:space="preserve"> مسموم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ت</w:t>
      </w:r>
      <w:r w:rsidRPr="000A721C">
        <w:rPr>
          <w:rFonts w:ascii="Tahoma" w:hAnsi="Tahoma" w:cs="Tahoma"/>
          <w:rtl/>
        </w:rPr>
        <w:t xml:space="preserve"> 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ا</w:t>
      </w:r>
      <w:r w:rsidRPr="000A721C">
        <w:rPr>
          <w:rFonts w:ascii="Tahoma" w:hAnsi="Tahoma" w:cs="Tahoma"/>
          <w:rtl/>
        </w:rPr>
        <w:t xml:space="preserve"> مرگ بر اثر مصرف مواد مطرح شده است. هرچه علت دق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ق</w:t>
      </w:r>
      <w:r w:rsidRPr="000A721C">
        <w:rPr>
          <w:rFonts w:ascii="Tahoma" w:hAnsi="Tahoma" w:cs="Tahoma"/>
          <w:rtl/>
        </w:rPr>
        <w:t xml:space="preserve"> مرگ بود، نت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جه</w:t>
      </w:r>
      <w:r w:rsidRPr="000A721C">
        <w:rPr>
          <w:rFonts w:ascii="Tahoma" w:hAnsi="Tahoma" w:cs="Tahoma"/>
          <w:rtl/>
        </w:rPr>
        <w:t xml:space="preserve"> رو</w:t>
      </w:r>
      <w:r w:rsidRPr="000A721C">
        <w:rPr>
          <w:rFonts w:ascii="Tahoma" w:hAnsi="Tahoma" w:cs="Tahoma" w:hint="eastAsia"/>
          <w:rtl/>
        </w:rPr>
        <w:t>شن</w:t>
      </w:r>
      <w:r w:rsidRPr="000A721C">
        <w:rPr>
          <w:rFonts w:ascii="Tahoma" w:hAnsi="Tahoma" w:cs="Tahoma"/>
          <w:rtl/>
        </w:rPr>
        <w:t xml:space="preserve"> بود: تاج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که با قتل و رقابت به دست آمده بود بار د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گر</w:t>
      </w:r>
      <w:r w:rsidRPr="000A721C">
        <w:rPr>
          <w:rFonts w:ascii="Tahoma" w:hAnsi="Tahoma" w:cs="Tahoma"/>
          <w:rtl/>
        </w:rPr>
        <w:t xml:space="preserve"> بدون جانش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ن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تثب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ت‌شده</w:t>
      </w:r>
      <w:r w:rsidRPr="000A721C">
        <w:rPr>
          <w:rFonts w:ascii="Tahoma" w:hAnsi="Tahoma" w:cs="Tahoma"/>
          <w:rtl/>
        </w:rPr>
        <w:t xml:space="preserve"> باق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ماند.</w:t>
      </w:r>
    </w:p>
    <w:p w:rsidR="000A721C" w:rsidRPr="000A721C" w:rsidRDefault="000A721C" w:rsidP="000A721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0A721C">
        <w:rPr>
          <w:rFonts w:ascii="Tahoma" w:hAnsi="Tahoma" w:cs="Tahoma" w:hint="eastAsia"/>
          <w:rtl/>
        </w:rPr>
        <w:t>کشتن</w:t>
      </w:r>
      <w:r w:rsidRPr="000A721C">
        <w:rPr>
          <w:rFonts w:ascii="Tahoma" w:hAnsi="Tahoma" w:cs="Tahoma"/>
          <w:rtl/>
        </w:rPr>
        <w:t xml:space="preserve"> شمار ز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اد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از شاهزادگان انتخاب جانش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ن</w:t>
      </w:r>
      <w:r w:rsidRPr="000A721C">
        <w:rPr>
          <w:rFonts w:ascii="Tahoma" w:hAnsi="Tahoma" w:cs="Tahoma"/>
          <w:rtl/>
        </w:rPr>
        <w:t xml:space="preserve"> را دشوارتر کرده بود. سرانجام محمدم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رزا،</w:t>
      </w:r>
      <w:r w:rsidRPr="000A721C">
        <w:rPr>
          <w:rFonts w:ascii="Tahoma" w:hAnsi="Tahoma" w:cs="Tahoma"/>
          <w:rtl/>
        </w:rPr>
        <w:t xml:space="preserve"> برادر اسماع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ل</w:t>
      </w:r>
      <w:r w:rsidRPr="000A721C">
        <w:rPr>
          <w:rFonts w:ascii="Tahoma" w:hAnsi="Tahoma" w:cs="Tahoma"/>
          <w:rtl/>
        </w:rPr>
        <w:t xml:space="preserve"> دوم، با نام محمد خدابنده به سلطنت رس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د</w:t>
      </w:r>
      <w:r w:rsidRPr="000A721C">
        <w:rPr>
          <w:rFonts w:ascii="Tahoma" w:hAnsi="Tahoma" w:cs="Tahoma"/>
          <w:rtl/>
        </w:rPr>
        <w:t>. او از ضعف ب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نا</w:t>
      </w:r>
      <w:r w:rsidRPr="000A721C">
        <w:rPr>
          <w:rFonts w:ascii="Tahoma" w:hAnsi="Tahoma" w:cs="Tahoma" w:hint="cs"/>
          <w:rtl/>
        </w:rPr>
        <w:t>یی</w:t>
      </w:r>
      <w:r w:rsidRPr="000A721C">
        <w:rPr>
          <w:rFonts w:ascii="Tahoma" w:hAnsi="Tahoma" w:cs="Tahoma"/>
          <w:rtl/>
        </w:rPr>
        <w:t xml:space="preserve"> رنج م</w:t>
      </w:r>
      <w:r w:rsidRPr="000A721C">
        <w:rPr>
          <w:rFonts w:ascii="Tahoma" w:hAnsi="Tahoma" w:cs="Tahoma" w:hint="cs"/>
          <w:rtl/>
        </w:rPr>
        <w:t>ی‌</w:t>
      </w:r>
      <w:r w:rsidRPr="000A721C">
        <w:rPr>
          <w:rFonts w:ascii="Tahoma" w:hAnsi="Tahoma" w:cs="Tahoma" w:hint="eastAsia"/>
          <w:rtl/>
        </w:rPr>
        <w:t>برد</w:t>
      </w:r>
      <w:r w:rsidRPr="000A721C">
        <w:rPr>
          <w:rFonts w:ascii="Tahoma" w:hAnsi="Tahoma" w:cs="Tahoma"/>
          <w:rtl/>
        </w:rPr>
        <w:t xml:space="preserve"> و از توانا</w:t>
      </w:r>
      <w:r w:rsidRPr="000A721C">
        <w:rPr>
          <w:rFonts w:ascii="Tahoma" w:hAnsi="Tahoma" w:cs="Tahoma" w:hint="cs"/>
          <w:rtl/>
        </w:rPr>
        <w:t>یی</w:t>
      </w:r>
      <w:r w:rsidRPr="000A721C">
        <w:rPr>
          <w:rFonts w:ascii="Tahoma" w:hAnsi="Tahoma" w:cs="Tahoma"/>
          <w:rtl/>
        </w:rPr>
        <w:t xml:space="preserve"> لازم برا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فرمانده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مستق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م</w:t>
      </w:r>
      <w:r w:rsidRPr="000A721C">
        <w:rPr>
          <w:rFonts w:ascii="Tahoma" w:hAnsi="Tahoma" w:cs="Tahoma"/>
          <w:rtl/>
        </w:rPr>
        <w:t xml:space="preserve"> قشون و مهار سران قزلباش برخوردار نبود. انتخاب او ب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ش</w:t>
      </w:r>
      <w:r w:rsidRPr="000A721C">
        <w:rPr>
          <w:rFonts w:ascii="Tahoma" w:hAnsi="Tahoma" w:cs="Tahoma"/>
          <w:rtl/>
        </w:rPr>
        <w:t xml:space="preserve"> از آنکه نت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جهٔ</w:t>
      </w:r>
      <w:r w:rsidRPr="000A721C">
        <w:rPr>
          <w:rFonts w:ascii="Tahoma" w:hAnsi="Tahoma" w:cs="Tahoma"/>
          <w:rtl/>
        </w:rPr>
        <w:t xml:space="preserve"> برتر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شخص</w:t>
      </w:r>
      <w:r w:rsidRPr="000A721C">
        <w:rPr>
          <w:rFonts w:ascii="Tahoma" w:hAnsi="Tahoma" w:cs="Tahoma" w:hint="cs"/>
          <w:rtl/>
        </w:rPr>
        <w:t>ی‌</w:t>
      </w:r>
      <w:r w:rsidRPr="000A721C">
        <w:rPr>
          <w:rFonts w:ascii="Tahoma" w:hAnsi="Tahoma" w:cs="Tahoma" w:hint="eastAsia"/>
          <w:rtl/>
        </w:rPr>
        <w:t>اش</w:t>
      </w:r>
      <w:r w:rsidRPr="000A721C">
        <w:rPr>
          <w:rFonts w:ascii="Tahoma" w:hAnsi="Tahoma" w:cs="Tahoma"/>
          <w:rtl/>
        </w:rPr>
        <w:t xml:space="preserve"> باشد، حاصل باق</w:t>
      </w:r>
      <w:r w:rsidRPr="000A721C">
        <w:rPr>
          <w:rFonts w:ascii="Tahoma" w:hAnsi="Tahoma" w:cs="Tahoma" w:hint="cs"/>
          <w:rtl/>
        </w:rPr>
        <w:t>ی‌</w:t>
      </w:r>
      <w:r w:rsidRPr="000A721C">
        <w:rPr>
          <w:rFonts w:ascii="Tahoma" w:hAnsi="Tahoma" w:cs="Tahoma" w:hint="eastAsia"/>
          <w:rtl/>
        </w:rPr>
        <w:t>ماندن</w:t>
      </w:r>
      <w:r w:rsidRPr="000A721C">
        <w:rPr>
          <w:rFonts w:ascii="Tahoma" w:hAnsi="Tahoma" w:cs="Tahoma"/>
          <w:rtl/>
        </w:rPr>
        <w:t xml:space="preserve"> او در م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ان</w:t>
      </w:r>
      <w:r w:rsidRPr="000A721C">
        <w:rPr>
          <w:rFonts w:ascii="Tahoma" w:hAnsi="Tahoma" w:cs="Tahoma"/>
          <w:rtl/>
        </w:rPr>
        <w:t xml:space="preserve"> شاهزادگان و توافق موقت ن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روها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رق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ب</w:t>
      </w:r>
      <w:r w:rsidRPr="000A721C">
        <w:rPr>
          <w:rFonts w:ascii="Tahoma" w:hAnsi="Tahoma" w:cs="Tahoma"/>
          <w:rtl/>
        </w:rPr>
        <w:t xml:space="preserve"> بود.</w:t>
      </w:r>
    </w:p>
    <w:p w:rsidR="000A721C" w:rsidRPr="000A721C" w:rsidRDefault="000A721C" w:rsidP="000A721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0A721C">
        <w:rPr>
          <w:rFonts w:ascii="Tahoma" w:hAnsi="Tahoma" w:cs="Tahoma" w:hint="eastAsia"/>
          <w:rtl/>
        </w:rPr>
        <w:t>با</w:t>
      </w:r>
      <w:r w:rsidRPr="000A721C">
        <w:rPr>
          <w:rFonts w:ascii="Tahoma" w:hAnsi="Tahoma" w:cs="Tahoma"/>
          <w:rtl/>
        </w:rPr>
        <w:t xml:space="preserve"> جلوس محمد خدابنده، تاج بار د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گر</w:t>
      </w:r>
      <w:r w:rsidRPr="000A721C">
        <w:rPr>
          <w:rFonts w:ascii="Tahoma" w:hAnsi="Tahoma" w:cs="Tahoma"/>
          <w:rtl/>
        </w:rPr>
        <w:t xml:space="preserve"> به فرمانروا</w:t>
      </w:r>
      <w:r w:rsidRPr="000A721C">
        <w:rPr>
          <w:rFonts w:ascii="Tahoma" w:hAnsi="Tahoma" w:cs="Tahoma" w:hint="cs"/>
          <w:rtl/>
        </w:rPr>
        <w:t>یی</w:t>
      </w:r>
      <w:r w:rsidRPr="000A721C">
        <w:rPr>
          <w:rFonts w:ascii="Tahoma" w:hAnsi="Tahoma" w:cs="Tahoma"/>
          <w:rtl/>
        </w:rPr>
        <w:t xml:space="preserve"> رس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د</w:t>
      </w:r>
      <w:r w:rsidRPr="000A721C">
        <w:rPr>
          <w:rFonts w:ascii="Tahoma" w:hAnsi="Tahoma" w:cs="Tahoma"/>
          <w:rtl/>
        </w:rPr>
        <w:t xml:space="preserve"> که نم</w:t>
      </w:r>
      <w:r w:rsidRPr="000A721C">
        <w:rPr>
          <w:rFonts w:ascii="Tahoma" w:hAnsi="Tahoma" w:cs="Tahoma" w:hint="cs"/>
          <w:rtl/>
        </w:rPr>
        <w:t>ی‌</w:t>
      </w:r>
      <w:r w:rsidRPr="000A721C">
        <w:rPr>
          <w:rFonts w:ascii="Tahoma" w:hAnsi="Tahoma" w:cs="Tahoma" w:hint="eastAsia"/>
          <w:rtl/>
        </w:rPr>
        <w:t>توانست</w:t>
      </w:r>
      <w:r w:rsidRPr="000A721C">
        <w:rPr>
          <w:rFonts w:ascii="Tahoma" w:hAnsi="Tahoma" w:cs="Tahoma"/>
          <w:rtl/>
        </w:rPr>
        <w:t xml:space="preserve"> شخصاً بر همهٔ ن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روها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حکومت مسلط شود. در چن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ن</w:t>
      </w:r>
      <w:r w:rsidRPr="000A721C">
        <w:rPr>
          <w:rFonts w:ascii="Tahoma" w:hAnsi="Tahoma" w:cs="Tahoma"/>
          <w:rtl/>
        </w:rPr>
        <w:t xml:space="preserve"> وضع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،</w:t>
      </w:r>
      <w:r w:rsidRPr="000A721C">
        <w:rPr>
          <w:rFonts w:ascii="Tahoma" w:hAnsi="Tahoma" w:cs="Tahoma"/>
          <w:rtl/>
        </w:rPr>
        <w:t xml:space="preserve"> اطراف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ان</w:t>
      </w:r>
      <w:r w:rsidRPr="000A721C">
        <w:rPr>
          <w:rFonts w:ascii="Tahoma" w:hAnsi="Tahoma" w:cs="Tahoma"/>
          <w:rtl/>
        </w:rPr>
        <w:t xml:space="preserve"> شاه اهم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ت</w:t>
      </w:r>
      <w:r w:rsidRPr="000A721C">
        <w:rPr>
          <w:rFonts w:ascii="Tahoma" w:hAnsi="Tahoma" w:cs="Tahoma"/>
          <w:rtl/>
        </w:rPr>
        <w:t xml:space="preserve"> ب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شتر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پ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دا</w:t>
      </w:r>
      <w:r w:rsidRPr="000A721C">
        <w:rPr>
          <w:rFonts w:ascii="Tahoma" w:hAnsi="Tahoma" w:cs="Tahoma"/>
          <w:rtl/>
        </w:rPr>
        <w:t xml:space="preserve"> م</w:t>
      </w:r>
      <w:r w:rsidRPr="000A721C">
        <w:rPr>
          <w:rFonts w:ascii="Tahoma" w:hAnsi="Tahoma" w:cs="Tahoma" w:hint="cs"/>
          <w:rtl/>
        </w:rPr>
        <w:t>ی‌</w:t>
      </w:r>
      <w:r w:rsidRPr="000A721C">
        <w:rPr>
          <w:rFonts w:ascii="Tahoma" w:hAnsi="Tahoma" w:cs="Tahoma" w:hint="eastAsia"/>
          <w:rtl/>
        </w:rPr>
        <w:t>کردند</w:t>
      </w:r>
      <w:r w:rsidRPr="000A721C">
        <w:rPr>
          <w:rFonts w:ascii="Tahoma" w:hAnsi="Tahoma" w:cs="Tahoma"/>
          <w:rtl/>
        </w:rPr>
        <w:t>. کس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که به او دسترس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داشت، م</w:t>
      </w:r>
      <w:r w:rsidRPr="000A721C">
        <w:rPr>
          <w:rFonts w:ascii="Tahoma" w:hAnsi="Tahoma" w:cs="Tahoma" w:hint="cs"/>
          <w:rtl/>
        </w:rPr>
        <w:t>ی‌</w:t>
      </w:r>
      <w:r w:rsidRPr="000A721C">
        <w:rPr>
          <w:rFonts w:ascii="Tahoma" w:hAnsi="Tahoma" w:cs="Tahoma" w:hint="eastAsia"/>
          <w:rtl/>
        </w:rPr>
        <w:t>توانست</w:t>
      </w:r>
      <w:r w:rsidRPr="000A721C">
        <w:rPr>
          <w:rFonts w:ascii="Tahoma" w:hAnsi="Tahoma" w:cs="Tahoma"/>
          <w:rtl/>
        </w:rPr>
        <w:t xml:space="preserve"> بر فرمان‌ها، انتصاب‌ها و تصم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م‌ها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حکومت اثر بگذارد. ا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ن</w:t>
      </w:r>
      <w:r w:rsidRPr="000A721C">
        <w:rPr>
          <w:rFonts w:ascii="Tahoma" w:hAnsi="Tahoma" w:cs="Tahoma"/>
          <w:rtl/>
        </w:rPr>
        <w:t xml:space="preserve"> با</w:t>
      </w:r>
      <w:r w:rsidRPr="000A721C">
        <w:rPr>
          <w:rFonts w:ascii="Tahoma" w:hAnsi="Tahoma" w:cs="Tahoma" w:hint="eastAsia"/>
          <w:rtl/>
        </w:rPr>
        <w:t>ر</w:t>
      </w:r>
      <w:r w:rsidRPr="000A721C">
        <w:rPr>
          <w:rFonts w:ascii="Tahoma" w:hAnsi="Tahoma" w:cs="Tahoma"/>
          <w:rtl/>
        </w:rPr>
        <w:t xml:space="preserve"> 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ک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از مهم‌تر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ن</w:t>
      </w:r>
      <w:r w:rsidRPr="000A721C">
        <w:rPr>
          <w:rFonts w:ascii="Tahoma" w:hAnsi="Tahoma" w:cs="Tahoma"/>
          <w:rtl/>
        </w:rPr>
        <w:t xml:space="preserve"> افراد دربار، همسر شاه، خ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رالنساء</w:t>
      </w:r>
      <w:r w:rsidRPr="000A721C">
        <w:rPr>
          <w:rFonts w:ascii="Tahoma" w:hAnsi="Tahoma" w:cs="Tahoma"/>
          <w:rtl/>
        </w:rPr>
        <w:t xml:space="preserve"> ب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گم،</w:t>
      </w:r>
      <w:r w:rsidRPr="000A721C">
        <w:rPr>
          <w:rFonts w:ascii="Tahoma" w:hAnsi="Tahoma" w:cs="Tahoma"/>
          <w:rtl/>
        </w:rPr>
        <w:t xml:space="preserve"> معروف به مهدعل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ا،</w:t>
      </w:r>
      <w:r w:rsidRPr="000A721C">
        <w:rPr>
          <w:rFonts w:ascii="Tahoma" w:hAnsi="Tahoma" w:cs="Tahoma"/>
          <w:rtl/>
        </w:rPr>
        <w:t xml:space="preserve"> بود.</w:t>
      </w:r>
    </w:p>
    <w:p w:rsidR="000A721C" w:rsidRPr="000A721C" w:rsidRDefault="000A721C" w:rsidP="000A721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0A721C">
        <w:rPr>
          <w:rFonts w:ascii="Tahoma" w:hAnsi="Tahoma" w:cs="Tahoma" w:hint="eastAsia"/>
          <w:rtl/>
        </w:rPr>
        <w:t>مهدعل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ا</w:t>
      </w:r>
      <w:r w:rsidRPr="000A721C">
        <w:rPr>
          <w:rFonts w:ascii="Tahoma" w:hAnsi="Tahoma" w:cs="Tahoma"/>
          <w:rtl/>
        </w:rPr>
        <w:t xml:space="preserve"> زن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برخوردار از اراده، تجربه و پ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وندها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خانوادگ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ن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رومند</w:t>
      </w:r>
      <w:r w:rsidRPr="000A721C">
        <w:rPr>
          <w:rFonts w:ascii="Tahoma" w:hAnsi="Tahoma" w:cs="Tahoma"/>
          <w:rtl/>
        </w:rPr>
        <w:t xml:space="preserve"> بود. ضعف شوهرش به او امکان داد در امور حکومت دخالت گسترده‌ا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پ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دا</w:t>
      </w:r>
      <w:r w:rsidRPr="000A721C">
        <w:rPr>
          <w:rFonts w:ascii="Tahoma" w:hAnsi="Tahoma" w:cs="Tahoma"/>
          <w:rtl/>
        </w:rPr>
        <w:t xml:space="preserve"> کند. او م</w:t>
      </w:r>
      <w:r w:rsidRPr="000A721C">
        <w:rPr>
          <w:rFonts w:ascii="Tahoma" w:hAnsi="Tahoma" w:cs="Tahoma" w:hint="cs"/>
          <w:rtl/>
        </w:rPr>
        <w:t>ی‌</w:t>
      </w:r>
      <w:r w:rsidRPr="000A721C">
        <w:rPr>
          <w:rFonts w:ascii="Tahoma" w:hAnsi="Tahoma" w:cs="Tahoma" w:hint="eastAsia"/>
          <w:rtl/>
        </w:rPr>
        <w:t>کوش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د</w:t>
      </w:r>
      <w:r w:rsidRPr="000A721C">
        <w:rPr>
          <w:rFonts w:ascii="Tahoma" w:hAnsi="Tahoma" w:cs="Tahoma"/>
          <w:rtl/>
        </w:rPr>
        <w:t xml:space="preserve"> انتصاب‌ها، ولا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ت‌ها</w:t>
      </w:r>
      <w:r w:rsidRPr="000A721C">
        <w:rPr>
          <w:rFonts w:ascii="Tahoma" w:hAnsi="Tahoma" w:cs="Tahoma"/>
          <w:rtl/>
        </w:rPr>
        <w:t xml:space="preserve"> و رابطهٔ دربار با قزلباشان را ز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ر</w:t>
      </w:r>
      <w:r w:rsidRPr="000A721C">
        <w:rPr>
          <w:rFonts w:ascii="Tahoma" w:hAnsi="Tahoma" w:cs="Tahoma"/>
          <w:rtl/>
        </w:rPr>
        <w:t xml:space="preserve"> نفوذ خود بگ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رد</w:t>
      </w:r>
      <w:r w:rsidRPr="000A721C">
        <w:rPr>
          <w:rFonts w:ascii="Tahoma" w:hAnsi="Tahoma" w:cs="Tahoma"/>
          <w:rtl/>
        </w:rPr>
        <w:t>. در ساختار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که فرمان رسم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با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د</w:t>
      </w:r>
      <w:r w:rsidRPr="000A721C">
        <w:rPr>
          <w:rFonts w:ascii="Tahoma" w:hAnsi="Tahoma" w:cs="Tahoma"/>
          <w:rtl/>
        </w:rPr>
        <w:t xml:space="preserve"> به نام ش</w:t>
      </w:r>
      <w:r w:rsidRPr="000A721C">
        <w:rPr>
          <w:rFonts w:ascii="Tahoma" w:hAnsi="Tahoma" w:cs="Tahoma" w:hint="eastAsia"/>
          <w:rtl/>
        </w:rPr>
        <w:t>اه</w:t>
      </w:r>
      <w:r w:rsidRPr="000A721C">
        <w:rPr>
          <w:rFonts w:ascii="Tahoma" w:hAnsi="Tahoma" w:cs="Tahoma"/>
          <w:rtl/>
        </w:rPr>
        <w:t xml:space="preserve"> صادر م</w:t>
      </w:r>
      <w:r w:rsidRPr="000A721C">
        <w:rPr>
          <w:rFonts w:ascii="Tahoma" w:hAnsi="Tahoma" w:cs="Tahoma" w:hint="cs"/>
          <w:rtl/>
        </w:rPr>
        <w:t>ی‌</w:t>
      </w:r>
      <w:r w:rsidRPr="000A721C">
        <w:rPr>
          <w:rFonts w:ascii="Tahoma" w:hAnsi="Tahoma" w:cs="Tahoma" w:hint="eastAsia"/>
          <w:rtl/>
        </w:rPr>
        <w:t>شد،</w:t>
      </w:r>
      <w:r w:rsidRPr="000A721C">
        <w:rPr>
          <w:rFonts w:ascii="Tahoma" w:hAnsi="Tahoma" w:cs="Tahoma"/>
          <w:rtl/>
        </w:rPr>
        <w:t xml:space="preserve"> دسترس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به شاه و توان اثرگذار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بر او م</w:t>
      </w:r>
      <w:r w:rsidRPr="000A721C">
        <w:rPr>
          <w:rFonts w:ascii="Tahoma" w:hAnsi="Tahoma" w:cs="Tahoma" w:hint="cs"/>
          <w:rtl/>
        </w:rPr>
        <w:t>ی‌</w:t>
      </w:r>
      <w:r w:rsidRPr="000A721C">
        <w:rPr>
          <w:rFonts w:ascii="Tahoma" w:hAnsi="Tahoma" w:cs="Tahoma" w:hint="eastAsia"/>
          <w:rtl/>
        </w:rPr>
        <w:t>توانست</w:t>
      </w:r>
      <w:r w:rsidRPr="000A721C">
        <w:rPr>
          <w:rFonts w:ascii="Tahoma" w:hAnsi="Tahoma" w:cs="Tahoma"/>
          <w:rtl/>
        </w:rPr>
        <w:t xml:space="preserve"> به قدرت عمل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تبد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ل</w:t>
      </w:r>
      <w:r w:rsidRPr="000A721C">
        <w:rPr>
          <w:rFonts w:ascii="Tahoma" w:hAnsi="Tahoma" w:cs="Tahoma"/>
          <w:rtl/>
        </w:rPr>
        <w:t xml:space="preserve"> شود.</w:t>
      </w:r>
    </w:p>
    <w:p w:rsidR="000A721C" w:rsidRPr="000A721C" w:rsidRDefault="000A721C" w:rsidP="000A721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0A721C">
        <w:rPr>
          <w:rFonts w:ascii="Tahoma" w:hAnsi="Tahoma" w:cs="Tahoma" w:hint="eastAsia"/>
          <w:rtl/>
        </w:rPr>
        <w:t>اما</w:t>
      </w:r>
      <w:r w:rsidRPr="000A721C">
        <w:rPr>
          <w:rFonts w:ascii="Tahoma" w:hAnsi="Tahoma" w:cs="Tahoma"/>
          <w:rtl/>
        </w:rPr>
        <w:t xml:space="preserve"> سران قزلباش حاضر نبودند به‌آسان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فرمان‌بردار زن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در دربار شوند؛ به‌و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ژه</w:t>
      </w:r>
      <w:r w:rsidRPr="000A721C">
        <w:rPr>
          <w:rFonts w:ascii="Tahoma" w:hAnsi="Tahoma" w:cs="Tahoma"/>
          <w:rtl/>
        </w:rPr>
        <w:t xml:space="preserve"> آنکه او م</w:t>
      </w:r>
      <w:r w:rsidRPr="000A721C">
        <w:rPr>
          <w:rFonts w:ascii="Tahoma" w:hAnsi="Tahoma" w:cs="Tahoma" w:hint="cs"/>
          <w:rtl/>
        </w:rPr>
        <w:t>ی‌</w:t>
      </w:r>
      <w:r w:rsidRPr="000A721C">
        <w:rPr>
          <w:rFonts w:ascii="Tahoma" w:hAnsi="Tahoma" w:cs="Tahoma" w:hint="eastAsia"/>
          <w:rtl/>
        </w:rPr>
        <w:t>کوش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د</w:t>
      </w:r>
      <w:r w:rsidRPr="000A721C">
        <w:rPr>
          <w:rFonts w:ascii="Tahoma" w:hAnsi="Tahoma" w:cs="Tahoma"/>
          <w:rtl/>
        </w:rPr>
        <w:t xml:space="preserve"> برخ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از ام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ران</w:t>
      </w:r>
      <w:r w:rsidRPr="000A721C">
        <w:rPr>
          <w:rFonts w:ascii="Tahoma" w:hAnsi="Tahoma" w:cs="Tahoma"/>
          <w:rtl/>
        </w:rPr>
        <w:t xml:space="preserve"> را محدود و کسان د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گر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را جا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گز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ن</w:t>
      </w:r>
      <w:r w:rsidRPr="000A721C">
        <w:rPr>
          <w:rFonts w:ascii="Tahoma" w:hAnsi="Tahoma" w:cs="Tahoma"/>
          <w:rtl/>
        </w:rPr>
        <w:t xml:space="preserve"> کند. در نظر آنان، مهدعل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ا</w:t>
      </w:r>
      <w:r w:rsidRPr="000A721C">
        <w:rPr>
          <w:rFonts w:ascii="Tahoma" w:hAnsi="Tahoma" w:cs="Tahoma"/>
          <w:rtl/>
        </w:rPr>
        <w:t xml:space="preserve"> نه از سنت قزلباش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حق فرمانده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داشت و نه منصب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که برتر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او را بر ام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ران</w:t>
      </w:r>
      <w:r w:rsidRPr="000A721C">
        <w:rPr>
          <w:rFonts w:ascii="Tahoma" w:hAnsi="Tahoma" w:cs="Tahoma"/>
          <w:rtl/>
        </w:rPr>
        <w:t xml:space="preserve"> توج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ه</w:t>
      </w:r>
      <w:r w:rsidRPr="000A721C">
        <w:rPr>
          <w:rFonts w:ascii="Tahoma" w:hAnsi="Tahoma" w:cs="Tahoma"/>
          <w:rtl/>
        </w:rPr>
        <w:t xml:space="preserve"> کند. نفوذش ا</w:t>
      </w:r>
      <w:r w:rsidRPr="000A721C">
        <w:rPr>
          <w:rFonts w:ascii="Tahoma" w:hAnsi="Tahoma" w:cs="Tahoma" w:hint="eastAsia"/>
          <w:rtl/>
        </w:rPr>
        <w:t>ز</w:t>
      </w:r>
      <w:r w:rsidRPr="000A721C">
        <w:rPr>
          <w:rFonts w:ascii="Tahoma" w:hAnsi="Tahoma" w:cs="Tahoma"/>
          <w:rtl/>
        </w:rPr>
        <w:t xml:space="preserve"> رابطه با شاه سرچشمه م</w:t>
      </w:r>
      <w:r w:rsidRPr="000A721C">
        <w:rPr>
          <w:rFonts w:ascii="Tahoma" w:hAnsi="Tahoma" w:cs="Tahoma" w:hint="cs"/>
          <w:rtl/>
        </w:rPr>
        <w:t>ی‌</w:t>
      </w:r>
      <w:r w:rsidRPr="000A721C">
        <w:rPr>
          <w:rFonts w:ascii="Tahoma" w:hAnsi="Tahoma" w:cs="Tahoma" w:hint="eastAsia"/>
          <w:rtl/>
        </w:rPr>
        <w:t>گرفت</w:t>
      </w:r>
      <w:r w:rsidRPr="000A721C">
        <w:rPr>
          <w:rFonts w:ascii="Tahoma" w:hAnsi="Tahoma" w:cs="Tahoma"/>
          <w:rtl/>
        </w:rPr>
        <w:t xml:space="preserve"> و هم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ن</w:t>
      </w:r>
      <w:r w:rsidRPr="000A721C">
        <w:rPr>
          <w:rFonts w:ascii="Tahoma" w:hAnsi="Tahoma" w:cs="Tahoma"/>
          <w:rtl/>
        </w:rPr>
        <w:t xml:space="preserve"> نفوذ م</w:t>
      </w:r>
      <w:r w:rsidRPr="000A721C">
        <w:rPr>
          <w:rFonts w:ascii="Tahoma" w:hAnsi="Tahoma" w:cs="Tahoma" w:hint="cs"/>
          <w:rtl/>
        </w:rPr>
        <w:t>ی‌</w:t>
      </w:r>
      <w:r w:rsidRPr="000A721C">
        <w:rPr>
          <w:rFonts w:ascii="Tahoma" w:hAnsi="Tahoma" w:cs="Tahoma" w:hint="eastAsia"/>
          <w:rtl/>
        </w:rPr>
        <w:t>توانست</w:t>
      </w:r>
      <w:r w:rsidRPr="000A721C">
        <w:rPr>
          <w:rFonts w:ascii="Tahoma" w:hAnsi="Tahoma" w:cs="Tahoma"/>
          <w:rtl/>
        </w:rPr>
        <w:t xml:space="preserve"> سهم قبا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ل</w:t>
      </w:r>
      <w:r w:rsidRPr="000A721C">
        <w:rPr>
          <w:rFonts w:ascii="Tahoma" w:hAnsi="Tahoma" w:cs="Tahoma"/>
          <w:rtl/>
        </w:rPr>
        <w:t xml:space="preserve"> را از قدرت و ولا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ت‌ها</w:t>
      </w:r>
      <w:r w:rsidRPr="000A721C">
        <w:rPr>
          <w:rFonts w:ascii="Tahoma" w:hAnsi="Tahoma" w:cs="Tahoma"/>
          <w:rtl/>
        </w:rPr>
        <w:t xml:space="preserve"> کاهش دهد.</w:t>
      </w:r>
    </w:p>
    <w:p w:rsidR="000A721C" w:rsidRPr="000A721C" w:rsidRDefault="000A721C" w:rsidP="000A721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0A721C">
        <w:rPr>
          <w:rFonts w:ascii="Tahoma" w:hAnsi="Tahoma" w:cs="Tahoma" w:hint="eastAsia"/>
          <w:rtl/>
        </w:rPr>
        <w:t>کشمکش</w:t>
      </w:r>
      <w:r w:rsidRPr="000A721C">
        <w:rPr>
          <w:rFonts w:ascii="Tahoma" w:hAnsi="Tahoma" w:cs="Tahoma"/>
          <w:rtl/>
        </w:rPr>
        <w:t xml:space="preserve"> م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ان</w:t>
      </w:r>
      <w:r w:rsidRPr="000A721C">
        <w:rPr>
          <w:rFonts w:ascii="Tahoma" w:hAnsi="Tahoma" w:cs="Tahoma"/>
          <w:rtl/>
        </w:rPr>
        <w:t xml:space="preserve"> مهدعل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ا</w:t>
      </w:r>
      <w:r w:rsidRPr="000A721C">
        <w:rPr>
          <w:rFonts w:ascii="Tahoma" w:hAnsi="Tahoma" w:cs="Tahoma"/>
          <w:rtl/>
        </w:rPr>
        <w:t xml:space="preserve"> و قزلباشان سرانجام به خشونت انجام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د</w:t>
      </w:r>
      <w:r w:rsidRPr="000A721C">
        <w:rPr>
          <w:rFonts w:ascii="Tahoma" w:hAnsi="Tahoma" w:cs="Tahoma"/>
          <w:rtl/>
        </w:rPr>
        <w:t>. گروه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از ام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ران</w:t>
      </w:r>
      <w:r w:rsidRPr="000A721C">
        <w:rPr>
          <w:rFonts w:ascii="Tahoma" w:hAnsi="Tahoma" w:cs="Tahoma"/>
          <w:rtl/>
        </w:rPr>
        <w:t xml:space="preserve"> در سال </w:t>
      </w:r>
      <w:r w:rsidRPr="000A721C">
        <w:rPr>
          <w:rFonts w:ascii="Tahoma" w:hAnsi="Tahoma" w:cs="Tahoma"/>
          <w:rtl/>
          <w:lang w:bidi="fa-IR"/>
        </w:rPr>
        <w:t>۱۵۷۹</w:t>
      </w:r>
      <w:r w:rsidRPr="000A721C">
        <w:rPr>
          <w:rFonts w:ascii="Tahoma" w:hAnsi="Tahoma" w:cs="Tahoma"/>
          <w:rtl/>
        </w:rPr>
        <w:t xml:space="preserve"> م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لاد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وارد حرم شدند و او را کشتند. ا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ن</w:t>
      </w:r>
      <w:r w:rsidRPr="000A721C">
        <w:rPr>
          <w:rFonts w:ascii="Tahoma" w:hAnsi="Tahoma" w:cs="Tahoma"/>
          <w:rtl/>
        </w:rPr>
        <w:t xml:space="preserve"> قتل فقط حذف زن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بانفوذ نبود؛ نما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ش</w:t>
      </w:r>
      <w:r w:rsidRPr="000A721C">
        <w:rPr>
          <w:rFonts w:ascii="Tahoma" w:hAnsi="Tahoma" w:cs="Tahoma"/>
          <w:rtl/>
        </w:rPr>
        <w:t xml:space="preserve"> آشکار ناتوان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تاج در حفاظت از نزد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ک‌تر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ن</w:t>
      </w:r>
      <w:r w:rsidRPr="000A721C">
        <w:rPr>
          <w:rFonts w:ascii="Tahoma" w:hAnsi="Tahoma" w:cs="Tahoma"/>
          <w:rtl/>
        </w:rPr>
        <w:t xml:space="preserve"> فرد به شاه بود. قزلباشان نشان دادند که م</w:t>
      </w:r>
      <w:r w:rsidRPr="000A721C">
        <w:rPr>
          <w:rFonts w:ascii="Tahoma" w:hAnsi="Tahoma" w:cs="Tahoma" w:hint="cs"/>
          <w:rtl/>
        </w:rPr>
        <w:t>ی‌</w:t>
      </w:r>
      <w:r w:rsidRPr="000A721C">
        <w:rPr>
          <w:rFonts w:ascii="Tahoma" w:hAnsi="Tahoma" w:cs="Tahoma" w:hint="eastAsia"/>
          <w:rtl/>
        </w:rPr>
        <w:t>توانند</w:t>
      </w:r>
      <w:r w:rsidRPr="000A721C">
        <w:rPr>
          <w:rFonts w:ascii="Tahoma" w:hAnsi="Tahoma" w:cs="Tahoma"/>
          <w:rtl/>
        </w:rPr>
        <w:t xml:space="preserve"> به قلب </w:t>
      </w:r>
      <w:r w:rsidRPr="000A721C">
        <w:rPr>
          <w:rFonts w:ascii="Tahoma" w:hAnsi="Tahoma" w:cs="Tahoma" w:hint="eastAsia"/>
          <w:rtl/>
        </w:rPr>
        <w:t>دربار</w:t>
      </w:r>
      <w:r w:rsidRPr="000A721C">
        <w:rPr>
          <w:rFonts w:ascii="Tahoma" w:hAnsi="Tahoma" w:cs="Tahoma"/>
          <w:rtl/>
        </w:rPr>
        <w:t xml:space="preserve"> وارد شوند و کس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را که مانع خود م</w:t>
      </w:r>
      <w:r w:rsidRPr="000A721C">
        <w:rPr>
          <w:rFonts w:ascii="Tahoma" w:hAnsi="Tahoma" w:cs="Tahoma" w:hint="cs"/>
          <w:rtl/>
        </w:rPr>
        <w:t>ی‌</w:t>
      </w:r>
      <w:r w:rsidRPr="000A721C">
        <w:rPr>
          <w:rFonts w:ascii="Tahoma" w:hAnsi="Tahoma" w:cs="Tahoma" w:hint="eastAsia"/>
          <w:rtl/>
        </w:rPr>
        <w:t>دانند</w:t>
      </w:r>
      <w:r w:rsidRPr="000A721C">
        <w:rPr>
          <w:rFonts w:ascii="Tahoma" w:hAnsi="Tahoma" w:cs="Tahoma"/>
          <w:rtl/>
        </w:rPr>
        <w:t xml:space="preserve"> از م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ان</w:t>
      </w:r>
      <w:r w:rsidRPr="000A721C">
        <w:rPr>
          <w:rFonts w:ascii="Tahoma" w:hAnsi="Tahoma" w:cs="Tahoma"/>
          <w:rtl/>
        </w:rPr>
        <w:t xml:space="preserve"> بردارند.</w:t>
      </w:r>
    </w:p>
    <w:p w:rsidR="000A721C" w:rsidRPr="000A721C" w:rsidRDefault="000A721C" w:rsidP="000A721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0A721C">
        <w:rPr>
          <w:rFonts w:ascii="Tahoma" w:hAnsi="Tahoma" w:cs="Tahoma" w:hint="eastAsia"/>
          <w:rtl/>
        </w:rPr>
        <w:t>محمد</w:t>
      </w:r>
      <w:r w:rsidRPr="000A721C">
        <w:rPr>
          <w:rFonts w:ascii="Tahoma" w:hAnsi="Tahoma" w:cs="Tahoma"/>
          <w:rtl/>
        </w:rPr>
        <w:t xml:space="preserve"> خدابنده نتوانست قاتلان همسرش را به‌طور مؤثر مجازات کند. اگر شاه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نم</w:t>
      </w:r>
      <w:r w:rsidRPr="000A721C">
        <w:rPr>
          <w:rFonts w:ascii="Tahoma" w:hAnsi="Tahoma" w:cs="Tahoma" w:hint="cs"/>
          <w:rtl/>
        </w:rPr>
        <w:t>ی‌</w:t>
      </w:r>
      <w:r w:rsidRPr="000A721C">
        <w:rPr>
          <w:rFonts w:ascii="Tahoma" w:hAnsi="Tahoma" w:cs="Tahoma" w:hint="eastAsia"/>
          <w:rtl/>
        </w:rPr>
        <w:t>توانست</w:t>
      </w:r>
      <w:r w:rsidRPr="000A721C">
        <w:rPr>
          <w:rFonts w:ascii="Tahoma" w:hAnsi="Tahoma" w:cs="Tahoma"/>
          <w:rtl/>
        </w:rPr>
        <w:t xml:space="preserve"> قتل همسر خود در حرم سلطنت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را ک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فر</w:t>
      </w:r>
      <w:r w:rsidRPr="000A721C">
        <w:rPr>
          <w:rFonts w:ascii="Tahoma" w:hAnsi="Tahoma" w:cs="Tahoma"/>
          <w:rtl/>
        </w:rPr>
        <w:t xml:space="preserve"> دهد، چگونه م</w:t>
      </w:r>
      <w:r w:rsidRPr="000A721C">
        <w:rPr>
          <w:rFonts w:ascii="Tahoma" w:hAnsi="Tahoma" w:cs="Tahoma" w:hint="cs"/>
          <w:rtl/>
        </w:rPr>
        <w:t>ی‌</w:t>
      </w:r>
      <w:r w:rsidRPr="000A721C">
        <w:rPr>
          <w:rFonts w:ascii="Tahoma" w:hAnsi="Tahoma" w:cs="Tahoma" w:hint="eastAsia"/>
          <w:rtl/>
        </w:rPr>
        <w:t>توانست</w:t>
      </w:r>
      <w:r w:rsidRPr="000A721C">
        <w:rPr>
          <w:rFonts w:ascii="Tahoma" w:hAnsi="Tahoma" w:cs="Tahoma"/>
          <w:rtl/>
        </w:rPr>
        <w:t xml:space="preserve"> ام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ران</w:t>
      </w:r>
      <w:r w:rsidRPr="000A721C">
        <w:rPr>
          <w:rFonts w:ascii="Tahoma" w:hAnsi="Tahoma" w:cs="Tahoma"/>
          <w:rtl/>
        </w:rPr>
        <w:t xml:space="preserve"> را در ا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الات</w:t>
      </w:r>
      <w:r w:rsidRPr="000A721C">
        <w:rPr>
          <w:rFonts w:ascii="Tahoma" w:hAnsi="Tahoma" w:cs="Tahoma"/>
          <w:rtl/>
        </w:rPr>
        <w:t xml:space="preserve"> دوردست به اطاعت وادارد؟ ضعف واکنش او پ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ام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روشن داشت: تاج همچنان برا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اجرا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فرمانش به همان کسان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وا</w:t>
      </w:r>
      <w:r w:rsidRPr="000A721C">
        <w:rPr>
          <w:rFonts w:ascii="Tahoma" w:hAnsi="Tahoma" w:cs="Tahoma" w:hint="eastAsia"/>
          <w:rtl/>
        </w:rPr>
        <w:t>بسته</w:t>
      </w:r>
      <w:r w:rsidRPr="000A721C">
        <w:rPr>
          <w:rFonts w:ascii="Tahoma" w:hAnsi="Tahoma" w:cs="Tahoma"/>
          <w:rtl/>
        </w:rPr>
        <w:t xml:space="preserve"> بود که با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د</w:t>
      </w:r>
      <w:r w:rsidRPr="000A721C">
        <w:rPr>
          <w:rFonts w:ascii="Tahoma" w:hAnsi="Tahoma" w:cs="Tahoma"/>
          <w:rtl/>
        </w:rPr>
        <w:t xml:space="preserve"> آنان را مجازات م</w:t>
      </w:r>
      <w:r w:rsidRPr="000A721C">
        <w:rPr>
          <w:rFonts w:ascii="Tahoma" w:hAnsi="Tahoma" w:cs="Tahoma" w:hint="cs"/>
          <w:rtl/>
        </w:rPr>
        <w:t>ی‌</w:t>
      </w:r>
      <w:r w:rsidRPr="000A721C">
        <w:rPr>
          <w:rFonts w:ascii="Tahoma" w:hAnsi="Tahoma" w:cs="Tahoma" w:hint="eastAsia"/>
          <w:rtl/>
        </w:rPr>
        <w:t>کرد</w:t>
      </w:r>
      <w:r w:rsidRPr="000A721C">
        <w:rPr>
          <w:rFonts w:ascii="Tahoma" w:hAnsi="Tahoma" w:cs="Tahoma"/>
          <w:rtl/>
        </w:rPr>
        <w:t>.</w:t>
      </w:r>
    </w:p>
    <w:p w:rsidR="000A721C" w:rsidRPr="000A721C" w:rsidRDefault="000A721C" w:rsidP="000A721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0A721C">
        <w:rPr>
          <w:rFonts w:ascii="Tahoma" w:hAnsi="Tahoma" w:cs="Tahoma" w:hint="eastAsia"/>
          <w:rtl/>
        </w:rPr>
        <w:t>در</w:t>
      </w:r>
      <w:r w:rsidRPr="000A721C">
        <w:rPr>
          <w:rFonts w:ascii="Tahoma" w:hAnsi="Tahoma" w:cs="Tahoma"/>
          <w:rtl/>
        </w:rPr>
        <w:t xml:space="preserve"> دورهٔ محمد خدابنده، رقابت قبا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ل</w:t>
      </w:r>
      <w:r w:rsidRPr="000A721C">
        <w:rPr>
          <w:rFonts w:ascii="Tahoma" w:hAnsi="Tahoma" w:cs="Tahoma"/>
          <w:rtl/>
        </w:rPr>
        <w:t xml:space="preserve"> شدت گرفت. ام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ران</w:t>
      </w:r>
      <w:r w:rsidRPr="000A721C">
        <w:rPr>
          <w:rFonts w:ascii="Tahoma" w:hAnsi="Tahoma" w:cs="Tahoma"/>
          <w:rtl/>
        </w:rPr>
        <w:t xml:space="preserve"> شاملو، استاجلو، تکلو، ترکمان و د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گر</w:t>
      </w:r>
      <w:r w:rsidRPr="000A721C">
        <w:rPr>
          <w:rFonts w:ascii="Tahoma" w:hAnsi="Tahoma" w:cs="Tahoma"/>
          <w:rtl/>
        </w:rPr>
        <w:t xml:space="preserve"> گروه‌ها بر سر مقام، ولا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ت</w:t>
      </w:r>
      <w:r w:rsidRPr="000A721C">
        <w:rPr>
          <w:rFonts w:ascii="Tahoma" w:hAnsi="Tahoma" w:cs="Tahoma"/>
          <w:rtl/>
        </w:rPr>
        <w:t xml:space="preserve"> و نزد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ک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به شاه با 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کد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گر</w:t>
      </w:r>
      <w:r w:rsidRPr="000A721C">
        <w:rPr>
          <w:rFonts w:ascii="Tahoma" w:hAnsi="Tahoma" w:cs="Tahoma"/>
          <w:rtl/>
        </w:rPr>
        <w:t xml:space="preserve"> درگ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ر</w:t>
      </w:r>
      <w:r w:rsidRPr="000A721C">
        <w:rPr>
          <w:rFonts w:ascii="Tahoma" w:hAnsi="Tahoma" w:cs="Tahoma"/>
          <w:rtl/>
        </w:rPr>
        <w:t xml:space="preserve"> بودند. هر قب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له</w:t>
      </w:r>
      <w:r w:rsidRPr="000A721C">
        <w:rPr>
          <w:rFonts w:ascii="Tahoma" w:hAnsi="Tahoma" w:cs="Tahoma"/>
          <w:rtl/>
        </w:rPr>
        <w:t xml:space="preserve"> م</w:t>
      </w:r>
      <w:r w:rsidRPr="000A721C">
        <w:rPr>
          <w:rFonts w:ascii="Tahoma" w:hAnsi="Tahoma" w:cs="Tahoma" w:hint="cs"/>
          <w:rtl/>
        </w:rPr>
        <w:t>ی‌</w:t>
      </w:r>
      <w:r w:rsidRPr="000A721C">
        <w:rPr>
          <w:rFonts w:ascii="Tahoma" w:hAnsi="Tahoma" w:cs="Tahoma" w:hint="eastAsia"/>
          <w:rtl/>
        </w:rPr>
        <w:t>کوش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د</w:t>
      </w:r>
      <w:r w:rsidRPr="000A721C">
        <w:rPr>
          <w:rFonts w:ascii="Tahoma" w:hAnsi="Tahoma" w:cs="Tahoma"/>
          <w:rtl/>
        </w:rPr>
        <w:t xml:space="preserve"> شاهزاده‌ا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را ز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ر</w:t>
      </w:r>
      <w:r w:rsidRPr="000A721C">
        <w:rPr>
          <w:rFonts w:ascii="Tahoma" w:hAnsi="Tahoma" w:cs="Tahoma"/>
          <w:rtl/>
        </w:rPr>
        <w:t xml:space="preserve"> حما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ت</w:t>
      </w:r>
      <w:r w:rsidRPr="000A721C">
        <w:rPr>
          <w:rFonts w:ascii="Tahoma" w:hAnsi="Tahoma" w:cs="Tahoma"/>
          <w:rtl/>
        </w:rPr>
        <w:t xml:space="preserve"> خود بگ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رد</w:t>
      </w:r>
      <w:r w:rsidRPr="000A721C">
        <w:rPr>
          <w:rFonts w:ascii="Tahoma" w:hAnsi="Tahoma" w:cs="Tahoma"/>
          <w:rtl/>
        </w:rPr>
        <w:t xml:space="preserve"> و از نام او برا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افزا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ش</w:t>
      </w:r>
      <w:r w:rsidRPr="000A721C">
        <w:rPr>
          <w:rFonts w:ascii="Tahoma" w:hAnsi="Tahoma" w:cs="Tahoma"/>
          <w:rtl/>
        </w:rPr>
        <w:t xml:space="preserve"> قدرتش استفاده کند. شاهزادگا</w:t>
      </w:r>
      <w:r w:rsidRPr="000A721C">
        <w:rPr>
          <w:rFonts w:ascii="Tahoma" w:hAnsi="Tahoma" w:cs="Tahoma" w:hint="eastAsia"/>
          <w:rtl/>
        </w:rPr>
        <w:t>ن</w:t>
      </w:r>
      <w:r w:rsidRPr="000A721C">
        <w:rPr>
          <w:rFonts w:ascii="Tahoma" w:hAnsi="Tahoma" w:cs="Tahoma"/>
          <w:rtl/>
        </w:rPr>
        <w:t xml:space="preserve"> صفو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به جا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آنکه صاحبان مستقل قدرت باشند، به محور ائتلاف قبا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ل</w:t>
      </w:r>
      <w:r w:rsidRPr="000A721C">
        <w:rPr>
          <w:rFonts w:ascii="Tahoma" w:hAnsi="Tahoma" w:cs="Tahoma"/>
          <w:rtl/>
        </w:rPr>
        <w:t xml:space="preserve"> تبد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ل</w:t>
      </w:r>
      <w:r w:rsidRPr="000A721C">
        <w:rPr>
          <w:rFonts w:ascii="Tahoma" w:hAnsi="Tahoma" w:cs="Tahoma"/>
          <w:rtl/>
        </w:rPr>
        <w:t xml:space="preserve"> م</w:t>
      </w:r>
      <w:r w:rsidRPr="000A721C">
        <w:rPr>
          <w:rFonts w:ascii="Tahoma" w:hAnsi="Tahoma" w:cs="Tahoma" w:hint="cs"/>
          <w:rtl/>
        </w:rPr>
        <w:t>ی‌</w:t>
      </w:r>
      <w:r w:rsidRPr="000A721C">
        <w:rPr>
          <w:rFonts w:ascii="Tahoma" w:hAnsi="Tahoma" w:cs="Tahoma" w:hint="eastAsia"/>
          <w:rtl/>
        </w:rPr>
        <w:t>شدند</w:t>
      </w:r>
      <w:r w:rsidRPr="000A721C">
        <w:rPr>
          <w:rFonts w:ascii="Tahoma" w:hAnsi="Tahoma" w:cs="Tahoma"/>
          <w:rtl/>
        </w:rPr>
        <w:t>.</w:t>
      </w:r>
    </w:p>
    <w:p w:rsidR="000A721C" w:rsidRPr="000A721C" w:rsidRDefault="000A721C" w:rsidP="000A721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0A721C">
        <w:rPr>
          <w:rFonts w:ascii="Tahoma" w:hAnsi="Tahoma" w:cs="Tahoma" w:hint="eastAsia"/>
          <w:rtl/>
        </w:rPr>
        <w:t>د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وان</w:t>
      </w:r>
      <w:r w:rsidRPr="000A721C">
        <w:rPr>
          <w:rFonts w:ascii="Tahoma" w:hAnsi="Tahoma" w:cs="Tahoma"/>
          <w:rtl/>
        </w:rPr>
        <w:t xml:space="preserve"> ن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ز</w:t>
      </w:r>
      <w:r w:rsidRPr="000A721C">
        <w:rPr>
          <w:rFonts w:ascii="Tahoma" w:hAnsi="Tahoma" w:cs="Tahoma"/>
          <w:rtl/>
        </w:rPr>
        <w:t xml:space="preserve"> در ا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ن</w:t>
      </w:r>
      <w:r w:rsidRPr="000A721C">
        <w:rPr>
          <w:rFonts w:ascii="Tahoma" w:hAnsi="Tahoma" w:cs="Tahoma"/>
          <w:rtl/>
        </w:rPr>
        <w:t xml:space="preserve"> آشفتگ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آس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ب</w:t>
      </w:r>
      <w:r w:rsidRPr="000A721C">
        <w:rPr>
          <w:rFonts w:ascii="Tahoma" w:hAnsi="Tahoma" w:cs="Tahoma"/>
          <w:rtl/>
        </w:rPr>
        <w:t xml:space="preserve"> د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د</w:t>
      </w:r>
      <w:r w:rsidRPr="000A721C">
        <w:rPr>
          <w:rFonts w:ascii="Tahoma" w:hAnsi="Tahoma" w:cs="Tahoma"/>
          <w:rtl/>
        </w:rPr>
        <w:t>. م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رزا</w:t>
      </w:r>
      <w:r w:rsidRPr="000A721C">
        <w:rPr>
          <w:rFonts w:ascii="Tahoma" w:hAnsi="Tahoma" w:cs="Tahoma"/>
          <w:rtl/>
        </w:rPr>
        <w:t xml:space="preserve"> سلمان جابر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اصفهان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،</w:t>
      </w:r>
      <w:r w:rsidRPr="000A721C">
        <w:rPr>
          <w:rFonts w:ascii="Tahoma" w:hAnsi="Tahoma" w:cs="Tahoma"/>
          <w:rtl/>
        </w:rPr>
        <w:t xml:space="preserve"> وز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ر</w:t>
      </w:r>
      <w:r w:rsidRPr="000A721C">
        <w:rPr>
          <w:rFonts w:ascii="Tahoma" w:hAnsi="Tahoma" w:cs="Tahoma"/>
          <w:rtl/>
        </w:rPr>
        <w:t xml:space="preserve"> محمد خدابنده، کوش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د</w:t>
      </w:r>
      <w:r w:rsidRPr="000A721C">
        <w:rPr>
          <w:rFonts w:ascii="Tahoma" w:hAnsi="Tahoma" w:cs="Tahoma"/>
          <w:rtl/>
        </w:rPr>
        <w:t xml:space="preserve"> قدرت د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وان</w:t>
      </w:r>
      <w:r w:rsidRPr="000A721C">
        <w:rPr>
          <w:rFonts w:ascii="Tahoma" w:hAnsi="Tahoma" w:cs="Tahoma"/>
          <w:rtl/>
        </w:rPr>
        <w:t xml:space="preserve"> و مرکز را در برابر ام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ران</w:t>
      </w:r>
      <w:r w:rsidRPr="000A721C">
        <w:rPr>
          <w:rFonts w:ascii="Tahoma" w:hAnsi="Tahoma" w:cs="Tahoma"/>
          <w:rtl/>
        </w:rPr>
        <w:t xml:space="preserve"> قزلباش افزا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ش</w:t>
      </w:r>
      <w:r w:rsidRPr="000A721C">
        <w:rPr>
          <w:rFonts w:ascii="Tahoma" w:hAnsi="Tahoma" w:cs="Tahoma"/>
          <w:rtl/>
        </w:rPr>
        <w:t xml:space="preserve"> دهد. او در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افته</w:t>
      </w:r>
      <w:r w:rsidRPr="000A721C">
        <w:rPr>
          <w:rFonts w:ascii="Tahoma" w:hAnsi="Tahoma" w:cs="Tahoma"/>
          <w:rtl/>
        </w:rPr>
        <w:t xml:space="preserve"> بود که حکومت بدون حساب مال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،</w:t>
      </w:r>
      <w:r w:rsidRPr="000A721C">
        <w:rPr>
          <w:rFonts w:ascii="Tahoma" w:hAnsi="Tahoma" w:cs="Tahoma"/>
          <w:rtl/>
        </w:rPr>
        <w:t xml:space="preserve"> فرمانده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هماهنگ و نظارت بر ولا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ت‌ها</w:t>
      </w:r>
      <w:r w:rsidRPr="000A721C">
        <w:rPr>
          <w:rFonts w:ascii="Tahoma" w:hAnsi="Tahoma" w:cs="Tahoma"/>
          <w:rtl/>
        </w:rPr>
        <w:t xml:space="preserve"> نم</w:t>
      </w:r>
      <w:r w:rsidRPr="000A721C">
        <w:rPr>
          <w:rFonts w:ascii="Tahoma" w:hAnsi="Tahoma" w:cs="Tahoma" w:hint="cs"/>
          <w:rtl/>
        </w:rPr>
        <w:t>ی‌</w:t>
      </w:r>
      <w:r w:rsidRPr="000A721C">
        <w:rPr>
          <w:rFonts w:ascii="Tahoma" w:hAnsi="Tahoma" w:cs="Tahoma" w:hint="eastAsia"/>
          <w:rtl/>
        </w:rPr>
        <w:t>تواند</w:t>
      </w:r>
      <w:r w:rsidRPr="000A721C">
        <w:rPr>
          <w:rFonts w:ascii="Tahoma" w:hAnsi="Tahoma" w:cs="Tahoma"/>
          <w:rtl/>
        </w:rPr>
        <w:t xml:space="preserve"> در برابر دشمنان خارج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مقاومت کند. اما کوشش وز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ر</w:t>
      </w:r>
      <w:r w:rsidRPr="000A721C">
        <w:rPr>
          <w:rFonts w:ascii="Tahoma" w:hAnsi="Tahoma" w:cs="Tahoma"/>
          <w:rtl/>
        </w:rPr>
        <w:t xml:space="preserve"> برا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محدودکردن ام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ران،</w:t>
      </w:r>
      <w:r w:rsidRPr="000A721C">
        <w:rPr>
          <w:rFonts w:ascii="Tahoma" w:hAnsi="Tahoma" w:cs="Tahoma"/>
          <w:rtl/>
        </w:rPr>
        <w:t xml:space="preserve"> او را به هدف آنان تبد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ل</w:t>
      </w:r>
      <w:r w:rsidRPr="000A721C">
        <w:rPr>
          <w:rFonts w:ascii="Tahoma" w:hAnsi="Tahoma" w:cs="Tahoma"/>
          <w:rtl/>
        </w:rPr>
        <w:t xml:space="preserve"> ساخت.</w:t>
      </w:r>
    </w:p>
    <w:p w:rsidR="000A721C" w:rsidRPr="000A721C" w:rsidRDefault="000A721C" w:rsidP="000A721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0A721C">
        <w:rPr>
          <w:rFonts w:ascii="Tahoma" w:hAnsi="Tahoma" w:cs="Tahoma" w:hint="eastAsia"/>
          <w:rtl/>
        </w:rPr>
        <w:t>سران</w:t>
      </w:r>
      <w:r w:rsidRPr="000A721C">
        <w:rPr>
          <w:rFonts w:ascii="Tahoma" w:hAnsi="Tahoma" w:cs="Tahoma"/>
          <w:rtl/>
        </w:rPr>
        <w:t xml:space="preserve"> قزلباش سرانجام م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رزا</w:t>
      </w:r>
      <w:r w:rsidRPr="000A721C">
        <w:rPr>
          <w:rFonts w:ascii="Tahoma" w:hAnsi="Tahoma" w:cs="Tahoma"/>
          <w:rtl/>
        </w:rPr>
        <w:t xml:space="preserve"> سلمان را در سال </w:t>
      </w:r>
      <w:r w:rsidRPr="000A721C">
        <w:rPr>
          <w:rFonts w:ascii="Tahoma" w:hAnsi="Tahoma" w:cs="Tahoma"/>
          <w:rtl/>
          <w:lang w:bidi="fa-IR"/>
        </w:rPr>
        <w:t>۱۵۸۳</w:t>
      </w:r>
      <w:r w:rsidRPr="000A721C">
        <w:rPr>
          <w:rFonts w:ascii="Tahoma" w:hAnsi="Tahoma" w:cs="Tahoma"/>
          <w:rtl/>
        </w:rPr>
        <w:t xml:space="preserve"> م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لاد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کشتند. سرنوشت او بار د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گر</w:t>
      </w:r>
      <w:r w:rsidRPr="000A721C">
        <w:rPr>
          <w:rFonts w:ascii="Tahoma" w:hAnsi="Tahoma" w:cs="Tahoma"/>
          <w:rtl/>
        </w:rPr>
        <w:t xml:space="preserve"> وضع پرخطر د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وانسالاران</w:t>
      </w:r>
      <w:r w:rsidRPr="000A721C">
        <w:rPr>
          <w:rFonts w:ascii="Tahoma" w:hAnsi="Tahoma" w:cs="Tahoma"/>
          <w:rtl/>
        </w:rPr>
        <w:t xml:space="preserve"> را نشان داد. شاه به دانش و کار وز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ر</w:t>
      </w:r>
      <w:r w:rsidRPr="000A721C">
        <w:rPr>
          <w:rFonts w:ascii="Tahoma" w:hAnsi="Tahoma" w:cs="Tahoma"/>
          <w:rtl/>
        </w:rPr>
        <w:t xml:space="preserve"> ن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از</w:t>
      </w:r>
      <w:r w:rsidRPr="000A721C">
        <w:rPr>
          <w:rFonts w:ascii="Tahoma" w:hAnsi="Tahoma" w:cs="Tahoma"/>
          <w:rtl/>
        </w:rPr>
        <w:t xml:space="preserve"> داشت، اما اگر نم</w:t>
      </w:r>
      <w:r w:rsidRPr="000A721C">
        <w:rPr>
          <w:rFonts w:ascii="Tahoma" w:hAnsi="Tahoma" w:cs="Tahoma" w:hint="cs"/>
          <w:rtl/>
        </w:rPr>
        <w:t>ی‌</w:t>
      </w:r>
      <w:r w:rsidRPr="000A721C">
        <w:rPr>
          <w:rFonts w:ascii="Tahoma" w:hAnsi="Tahoma" w:cs="Tahoma" w:hint="eastAsia"/>
          <w:rtl/>
        </w:rPr>
        <w:t>توانست</w:t>
      </w:r>
      <w:r w:rsidRPr="000A721C">
        <w:rPr>
          <w:rFonts w:ascii="Tahoma" w:hAnsi="Tahoma" w:cs="Tahoma"/>
          <w:rtl/>
        </w:rPr>
        <w:t xml:space="preserve"> از او در برابر قشون حما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ت</w:t>
      </w:r>
      <w:r w:rsidRPr="000A721C">
        <w:rPr>
          <w:rFonts w:ascii="Tahoma" w:hAnsi="Tahoma" w:cs="Tahoma"/>
          <w:rtl/>
        </w:rPr>
        <w:t xml:space="preserve"> کند، د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وان</w:t>
      </w:r>
      <w:r w:rsidRPr="000A721C">
        <w:rPr>
          <w:rFonts w:ascii="Tahoma" w:hAnsi="Tahoma" w:cs="Tahoma"/>
          <w:rtl/>
        </w:rPr>
        <w:t xml:space="preserve"> قدرت مستقل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برا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دفاع از خود نداشت. قزلباشان م</w:t>
      </w:r>
      <w:r w:rsidRPr="000A721C">
        <w:rPr>
          <w:rFonts w:ascii="Tahoma" w:hAnsi="Tahoma" w:cs="Tahoma" w:hint="cs"/>
          <w:rtl/>
        </w:rPr>
        <w:t>ی‌</w:t>
      </w:r>
      <w:r w:rsidRPr="000A721C">
        <w:rPr>
          <w:rFonts w:ascii="Tahoma" w:hAnsi="Tahoma" w:cs="Tahoma" w:hint="eastAsia"/>
          <w:rtl/>
        </w:rPr>
        <w:t>توانستند</w:t>
      </w:r>
      <w:r w:rsidRPr="000A721C">
        <w:rPr>
          <w:rFonts w:ascii="Tahoma" w:hAnsi="Tahoma" w:cs="Tahoma"/>
          <w:rtl/>
        </w:rPr>
        <w:t xml:space="preserve"> وز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ر</w:t>
      </w:r>
      <w:r w:rsidRPr="000A721C">
        <w:rPr>
          <w:rFonts w:ascii="Tahoma" w:hAnsi="Tahoma" w:cs="Tahoma"/>
          <w:rtl/>
        </w:rPr>
        <w:t xml:space="preserve"> را از م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ان</w:t>
      </w:r>
      <w:r w:rsidRPr="000A721C">
        <w:rPr>
          <w:rFonts w:ascii="Tahoma" w:hAnsi="Tahoma" w:cs="Tahoma"/>
          <w:rtl/>
        </w:rPr>
        <w:t xml:space="preserve"> بردارند و سپس برا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ادارهٔ همان کشور به د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وانسالار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د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گر</w:t>
      </w:r>
      <w:r w:rsidRPr="000A721C">
        <w:rPr>
          <w:rFonts w:ascii="Tahoma" w:hAnsi="Tahoma" w:cs="Tahoma"/>
          <w:rtl/>
        </w:rPr>
        <w:t xml:space="preserve"> ن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از</w:t>
      </w:r>
      <w:r w:rsidRPr="000A721C">
        <w:rPr>
          <w:rFonts w:ascii="Tahoma" w:hAnsi="Tahoma" w:cs="Tahoma"/>
          <w:rtl/>
        </w:rPr>
        <w:t xml:space="preserve"> پ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دا</w:t>
      </w:r>
      <w:r w:rsidRPr="000A721C">
        <w:rPr>
          <w:rFonts w:ascii="Tahoma" w:hAnsi="Tahoma" w:cs="Tahoma"/>
          <w:rtl/>
        </w:rPr>
        <w:t xml:space="preserve"> کنند.</w:t>
      </w:r>
    </w:p>
    <w:p w:rsidR="000A721C" w:rsidRPr="000A721C" w:rsidRDefault="000A721C" w:rsidP="000A721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0A721C">
        <w:rPr>
          <w:rFonts w:ascii="Tahoma" w:hAnsi="Tahoma" w:cs="Tahoma" w:hint="eastAsia"/>
          <w:rtl/>
        </w:rPr>
        <w:t>در</w:t>
      </w:r>
      <w:r w:rsidRPr="000A721C">
        <w:rPr>
          <w:rFonts w:ascii="Tahoma" w:hAnsi="Tahoma" w:cs="Tahoma"/>
          <w:rtl/>
        </w:rPr>
        <w:t xml:space="preserve"> حال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که ن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روها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درون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حکومت برا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تصاحب قدرت م</w:t>
      </w:r>
      <w:r w:rsidRPr="000A721C">
        <w:rPr>
          <w:rFonts w:ascii="Tahoma" w:hAnsi="Tahoma" w:cs="Tahoma" w:hint="cs"/>
          <w:rtl/>
        </w:rPr>
        <w:t>ی‌</w:t>
      </w:r>
      <w:r w:rsidRPr="000A721C">
        <w:rPr>
          <w:rFonts w:ascii="Tahoma" w:hAnsi="Tahoma" w:cs="Tahoma" w:hint="eastAsia"/>
          <w:rtl/>
        </w:rPr>
        <w:t>جنگ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دند،</w:t>
      </w:r>
      <w:r w:rsidRPr="000A721C">
        <w:rPr>
          <w:rFonts w:ascii="Tahoma" w:hAnsi="Tahoma" w:cs="Tahoma"/>
          <w:rtl/>
        </w:rPr>
        <w:t xml:space="preserve"> دشمنان خارج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از ضعف مرکز استفاده کردند. عثمان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ان</w:t>
      </w:r>
      <w:r w:rsidRPr="000A721C">
        <w:rPr>
          <w:rFonts w:ascii="Tahoma" w:hAnsi="Tahoma" w:cs="Tahoma"/>
          <w:rtl/>
        </w:rPr>
        <w:t xml:space="preserve"> در سال </w:t>
      </w:r>
      <w:r w:rsidRPr="000A721C">
        <w:rPr>
          <w:rFonts w:ascii="Tahoma" w:hAnsi="Tahoma" w:cs="Tahoma"/>
          <w:rtl/>
          <w:lang w:bidi="fa-IR"/>
        </w:rPr>
        <w:t>۱۵۷۸</w:t>
      </w:r>
      <w:r w:rsidRPr="000A721C">
        <w:rPr>
          <w:rFonts w:ascii="Tahoma" w:hAnsi="Tahoma" w:cs="Tahoma"/>
          <w:rtl/>
        </w:rPr>
        <w:t xml:space="preserve"> جنگ تازه‌ا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را آغاز کردند و از غرب و شمال‌غرب به قلمرو صفو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پ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ش</w:t>
      </w:r>
      <w:r w:rsidRPr="000A721C">
        <w:rPr>
          <w:rFonts w:ascii="Tahoma" w:hAnsi="Tahoma" w:cs="Tahoma"/>
          <w:rtl/>
        </w:rPr>
        <w:t xml:space="preserve"> آمدند. بخش‌ها</w:t>
      </w:r>
      <w:r w:rsidRPr="000A721C">
        <w:rPr>
          <w:rFonts w:ascii="Tahoma" w:hAnsi="Tahoma" w:cs="Tahoma" w:hint="cs"/>
          <w:rtl/>
        </w:rPr>
        <w:t>یی</w:t>
      </w:r>
      <w:r w:rsidRPr="000A721C">
        <w:rPr>
          <w:rFonts w:ascii="Tahoma" w:hAnsi="Tahoma" w:cs="Tahoma"/>
          <w:rtl/>
        </w:rPr>
        <w:t xml:space="preserve"> از قفقاز، شروان و آذربا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جان</w:t>
      </w:r>
      <w:r w:rsidRPr="000A721C">
        <w:rPr>
          <w:rFonts w:ascii="Tahoma" w:hAnsi="Tahoma" w:cs="Tahoma"/>
          <w:rtl/>
        </w:rPr>
        <w:t xml:space="preserve"> به م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دان</w:t>
      </w:r>
      <w:r w:rsidRPr="000A721C">
        <w:rPr>
          <w:rFonts w:ascii="Tahoma" w:hAnsi="Tahoma" w:cs="Tahoma"/>
          <w:rtl/>
        </w:rPr>
        <w:t xml:space="preserve"> جنگ تبد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ل</w:t>
      </w:r>
      <w:r w:rsidRPr="000A721C">
        <w:rPr>
          <w:rFonts w:ascii="Tahoma" w:hAnsi="Tahoma" w:cs="Tahoma"/>
          <w:rtl/>
        </w:rPr>
        <w:t xml:space="preserve"> شدند و شه</w:t>
      </w:r>
      <w:r w:rsidRPr="000A721C">
        <w:rPr>
          <w:rFonts w:ascii="Tahoma" w:hAnsi="Tahoma" w:cs="Tahoma" w:hint="eastAsia"/>
          <w:rtl/>
        </w:rPr>
        <w:t>رها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مهم 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ک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پس از د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گر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در معرض حمله قرار گرفتند.</w:t>
      </w:r>
    </w:p>
    <w:p w:rsidR="000A721C" w:rsidRPr="000A721C" w:rsidRDefault="000A721C" w:rsidP="000A721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0A721C">
        <w:rPr>
          <w:rFonts w:ascii="Tahoma" w:hAnsi="Tahoma" w:cs="Tahoma" w:hint="eastAsia"/>
          <w:rtl/>
        </w:rPr>
        <w:t>تبر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ز،</w:t>
      </w:r>
      <w:r w:rsidRPr="000A721C">
        <w:rPr>
          <w:rFonts w:ascii="Tahoma" w:hAnsi="Tahoma" w:cs="Tahoma"/>
          <w:rtl/>
        </w:rPr>
        <w:t xml:space="preserve"> که پ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ش</w:t>
      </w:r>
      <w:r w:rsidRPr="000A721C">
        <w:rPr>
          <w:rFonts w:ascii="Tahoma" w:hAnsi="Tahoma" w:cs="Tahoma"/>
          <w:rtl/>
        </w:rPr>
        <w:t xml:space="preserve"> از انتقال پا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تخت</w:t>
      </w:r>
      <w:r w:rsidRPr="000A721C">
        <w:rPr>
          <w:rFonts w:ascii="Tahoma" w:hAnsi="Tahoma" w:cs="Tahoma"/>
          <w:rtl/>
        </w:rPr>
        <w:t xml:space="preserve"> همچنان 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ک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از مهم‌تر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ن</w:t>
      </w:r>
      <w:r w:rsidRPr="000A721C">
        <w:rPr>
          <w:rFonts w:ascii="Tahoma" w:hAnsi="Tahoma" w:cs="Tahoma"/>
          <w:rtl/>
        </w:rPr>
        <w:t xml:space="preserve"> شهرها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س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اس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و اقتصاد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کشور بود، در سال </w:t>
      </w:r>
      <w:r w:rsidRPr="000A721C">
        <w:rPr>
          <w:rFonts w:ascii="Tahoma" w:hAnsi="Tahoma" w:cs="Tahoma"/>
          <w:rtl/>
          <w:lang w:bidi="fa-IR"/>
        </w:rPr>
        <w:t>۱۵۸۵</w:t>
      </w:r>
      <w:r w:rsidRPr="000A721C">
        <w:rPr>
          <w:rFonts w:ascii="Tahoma" w:hAnsi="Tahoma" w:cs="Tahoma"/>
          <w:rtl/>
        </w:rPr>
        <w:t xml:space="preserve"> به دست عثمان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ان</w:t>
      </w:r>
      <w:r w:rsidRPr="000A721C">
        <w:rPr>
          <w:rFonts w:ascii="Tahoma" w:hAnsi="Tahoma" w:cs="Tahoma"/>
          <w:rtl/>
        </w:rPr>
        <w:t xml:space="preserve"> افتاد. سقوط تبر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ز</w:t>
      </w:r>
      <w:r w:rsidRPr="000A721C">
        <w:rPr>
          <w:rFonts w:ascii="Tahoma" w:hAnsi="Tahoma" w:cs="Tahoma"/>
          <w:rtl/>
        </w:rPr>
        <w:t xml:space="preserve"> فقط از دست رفتن 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ک</w:t>
      </w:r>
      <w:r w:rsidRPr="000A721C">
        <w:rPr>
          <w:rFonts w:ascii="Tahoma" w:hAnsi="Tahoma" w:cs="Tahoma"/>
          <w:rtl/>
        </w:rPr>
        <w:t xml:space="preserve"> شهر نبود. شهر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که شاه اسماع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ل</w:t>
      </w:r>
      <w:r w:rsidRPr="000A721C">
        <w:rPr>
          <w:rFonts w:ascii="Tahoma" w:hAnsi="Tahoma" w:cs="Tahoma"/>
          <w:rtl/>
        </w:rPr>
        <w:t xml:space="preserve"> در آن تاج‌گذار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و تش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ع</w:t>
      </w:r>
      <w:r w:rsidRPr="000A721C">
        <w:rPr>
          <w:rFonts w:ascii="Tahoma" w:hAnsi="Tahoma" w:cs="Tahoma"/>
          <w:rtl/>
        </w:rPr>
        <w:t xml:space="preserve"> را رسم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کرده بود، اکنون ز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ر</w:t>
      </w:r>
      <w:r w:rsidRPr="000A721C">
        <w:rPr>
          <w:rFonts w:ascii="Tahoma" w:hAnsi="Tahoma" w:cs="Tahoma"/>
          <w:rtl/>
        </w:rPr>
        <w:t xml:space="preserve"> فرمان رق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ب</w:t>
      </w:r>
      <w:r w:rsidRPr="000A721C">
        <w:rPr>
          <w:rFonts w:ascii="Tahoma" w:hAnsi="Tahoma" w:cs="Tahoma"/>
          <w:rtl/>
        </w:rPr>
        <w:t xml:space="preserve"> سن</w:t>
      </w:r>
      <w:r w:rsidRPr="000A721C">
        <w:rPr>
          <w:rFonts w:ascii="Tahoma" w:hAnsi="Tahoma" w:cs="Tahoma" w:hint="cs"/>
          <w:rtl/>
        </w:rPr>
        <w:t>ی‌</w:t>
      </w:r>
      <w:r w:rsidRPr="000A721C">
        <w:rPr>
          <w:rFonts w:ascii="Tahoma" w:hAnsi="Tahoma" w:cs="Tahoma" w:hint="eastAsia"/>
          <w:rtl/>
        </w:rPr>
        <w:t>مذهب</w:t>
      </w:r>
      <w:r w:rsidRPr="000A721C">
        <w:rPr>
          <w:rFonts w:ascii="Tahoma" w:hAnsi="Tahoma" w:cs="Tahoma"/>
          <w:rtl/>
        </w:rPr>
        <w:t xml:space="preserve"> قرا</w:t>
      </w:r>
      <w:r w:rsidRPr="000A721C">
        <w:rPr>
          <w:rFonts w:ascii="Tahoma" w:hAnsi="Tahoma" w:cs="Tahoma" w:hint="eastAsia"/>
          <w:rtl/>
        </w:rPr>
        <w:t>ر</w:t>
      </w:r>
      <w:r w:rsidRPr="000A721C">
        <w:rPr>
          <w:rFonts w:ascii="Tahoma" w:hAnsi="Tahoma" w:cs="Tahoma"/>
          <w:rtl/>
        </w:rPr>
        <w:t xml:space="preserve"> م</w:t>
      </w:r>
      <w:r w:rsidRPr="000A721C">
        <w:rPr>
          <w:rFonts w:ascii="Tahoma" w:hAnsi="Tahoma" w:cs="Tahoma" w:hint="cs"/>
          <w:rtl/>
        </w:rPr>
        <w:t>ی‌</w:t>
      </w:r>
      <w:r w:rsidRPr="000A721C">
        <w:rPr>
          <w:rFonts w:ascii="Tahoma" w:hAnsi="Tahoma" w:cs="Tahoma" w:hint="eastAsia"/>
          <w:rtl/>
        </w:rPr>
        <w:t>گرفت</w:t>
      </w:r>
      <w:r w:rsidRPr="000A721C">
        <w:rPr>
          <w:rFonts w:ascii="Tahoma" w:hAnsi="Tahoma" w:cs="Tahoma"/>
          <w:rtl/>
        </w:rPr>
        <w:t>. ا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ن</w:t>
      </w:r>
      <w:r w:rsidRPr="000A721C">
        <w:rPr>
          <w:rFonts w:ascii="Tahoma" w:hAnsi="Tahoma" w:cs="Tahoma"/>
          <w:rtl/>
        </w:rPr>
        <w:t xml:space="preserve"> شکست ناتوان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حکومت صفو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را در دفاع از مرکز تار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خ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خود آشکار م</w:t>
      </w:r>
      <w:r w:rsidRPr="000A721C">
        <w:rPr>
          <w:rFonts w:ascii="Tahoma" w:hAnsi="Tahoma" w:cs="Tahoma" w:hint="cs"/>
          <w:rtl/>
        </w:rPr>
        <w:t>ی‌</w:t>
      </w:r>
      <w:r w:rsidRPr="000A721C">
        <w:rPr>
          <w:rFonts w:ascii="Tahoma" w:hAnsi="Tahoma" w:cs="Tahoma" w:hint="eastAsia"/>
          <w:rtl/>
        </w:rPr>
        <w:t>ساخت</w:t>
      </w:r>
      <w:r w:rsidRPr="000A721C">
        <w:rPr>
          <w:rFonts w:ascii="Tahoma" w:hAnsi="Tahoma" w:cs="Tahoma"/>
          <w:rtl/>
        </w:rPr>
        <w:t>.</w:t>
      </w:r>
    </w:p>
    <w:p w:rsidR="000A721C" w:rsidRPr="000A721C" w:rsidRDefault="000A721C" w:rsidP="000A721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0A721C">
        <w:rPr>
          <w:rFonts w:ascii="Tahoma" w:hAnsi="Tahoma" w:cs="Tahoma" w:hint="eastAsia"/>
          <w:rtl/>
        </w:rPr>
        <w:t>در</w:t>
      </w:r>
      <w:r w:rsidRPr="000A721C">
        <w:rPr>
          <w:rFonts w:ascii="Tahoma" w:hAnsi="Tahoma" w:cs="Tahoma"/>
          <w:rtl/>
        </w:rPr>
        <w:t xml:space="preserve"> شرق ن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ز</w:t>
      </w:r>
      <w:r w:rsidRPr="000A721C">
        <w:rPr>
          <w:rFonts w:ascii="Tahoma" w:hAnsi="Tahoma" w:cs="Tahoma"/>
          <w:rtl/>
        </w:rPr>
        <w:t xml:space="preserve"> ازبکان بر خراسان فشار م</w:t>
      </w:r>
      <w:r w:rsidRPr="000A721C">
        <w:rPr>
          <w:rFonts w:ascii="Tahoma" w:hAnsi="Tahoma" w:cs="Tahoma" w:hint="cs"/>
          <w:rtl/>
        </w:rPr>
        <w:t>ی‌</w:t>
      </w:r>
      <w:r w:rsidRPr="000A721C">
        <w:rPr>
          <w:rFonts w:ascii="Tahoma" w:hAnsi="Tahoma" w:cs="Tahoma" w:hint="eastAsia"/>
          <w:rtl/>
        </w:rPr>
        <w:t>آوردند</w:t>
      </w:r>
      <w:r w:rsidRPr="000A721C">
        <w:rPr>
          <w:rFonts w:ascii="Tahoma" w:hAnsi="Tahoma" w:cs="Tahoma"/>
          <w:rtl/>
        </w:rPr>
        <w:t>. حکومت مرکز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نم</w:t>
      </w:r>
      <w:r w:rsidRPr="000A721C">
        <w:rPr>
          <w:rFonts w:ascii="Tahoma" w:hAnsi="Tahoma" w:cs="Tahoma" w:hint="cs"/>
          <w:rtl/>
        </w:rPr>
        <w:t>ی‌</w:t>
      </w:r>
      <w:r w:rsidRPr="000A721C">
        <w:rPr>
          <w:rFonts w:ascii="Tahoma" w:hAnsi="Tahoma" w:cs="Tahoma" w:hint="eastAsia"/>
          <w:rtl/>
        </w:rPr>
        <w:t>توانست</w:t>
      </w:r>
      <w:r w:rsidRPr="000A721C">
        <w:rPr>
          <w:rFonts w:ascii="Tahoma" w:hAnsi="Tahoma" w:cs="Tahoma"/>
          <w:rtl/>
        </w:rPr>
        <w:t xml:space="preserve"> هم‌زمان در غرب با عثمان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ان</w:t>
      </w:r>
      <w:r w:rsidRPr="000A721C">
        <w:rPr>
          <w:rFonts w:ascii="Tahoma" w:hAnsi="Tahoma" w:cs="Tahoma"/>
          <w:rtl/>
        </w:rPr>
        <w:t xml:space="preserve"> بجنگد، در شرق از خراسان دفاع کند و در داخل رقابت قبا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ل</w:t>
      </w:r>
      <w:r w:rsidRPr="000A721C">
        <w:rPr>
          <w:rFonts w:ascii="Tahoma" w:hAnsi="Tahoma" w:cs="Tahoma"/>
          <w:rtl/>
        </w:rPr>
        <w:t xml:space="preserve"> را مهار سازد. هر جبهه به قشون، پول و فرمانده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ن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از</w:t>
      </w:r>
      <w:r w:rsidRPr="000A721C">
        <w:rPr>
          <w:rFonts w:ascii="Tahoma" w:hAnsi="Tahoma" w:cs="Tahoma"/>
          <w:rtl/>
        </w:rPr>
        <w:t xml:space="preserve"> داشت، اما ن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روها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موجود ب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ش</w:t>
      </w:r>
      <w:r w:rsidRPr="000A721C">
        <w:rPr>
          <w:rFonts w:ascii="Tahoma" w:hAnsi="Tahoma" w:cs="Tahoma"/>
          <w:rtl/>
        </w:rPr>
        <w:t xml:space="preserve"> از آنکه تابع برنامه‌ا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سراسر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باشند، ز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ر</w:t>
      </w:r>
      <w:r w:rsidRPr="000A721C">
        <w:rPr>
          <w:rFonts w:ascii="Tahoma" w:hAnsi="Tahoma" w:cs="Tahoma"/>
          <w:rtl/>
        </w:rPr>
        <w:t xml:space="preserve"> فرمان سران قبا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ل</w:t>
      </w:r>
      <w:r w:rsidRPr="000A721C">
        <w:rPr>
          <w:rFonts w:ascii="Tahoma" w:hAnsi="Tahoma" w:cs="Tahoma"/>
          <w:rtl/>
        </w:rPr>
        <w:t xml:space="preserve"> قرار داشتند.</w:t>
      </w:r>
    </w:p>
    <w:p w:rsidR="000A721C" w:rsidRPr="000A721C" w:rsidRDefault="000A721C" w:rsidP="000A721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0A721C">
        <w:rPr>
          <w:rFonts w:ascii="Tahoma" w:hAnsi="Tahoma" w:cs="Tahoma" w:hint="eastAsia"/>
          <w:rtl/>
        </w:rPr>
        <w:t>خراسان</w:t>
      </w:r>
      <w:r w:rsidRPr="000A721C">
        <w:rPr>
          <w:rFonts w:ascii="Tahoma" w:hAnsi="Tahoma" w:cs="Tahoma"/>
          <w:rtl/>
        </w:rPr>
        <w:t xml:space="preserve"> در ا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ن</w:t>
      </w:r>
      <w:r w:rsidRPr="000A721C">
        <w:rPr>
          <w:rFonts w:ascii="Tahoma" w:hAnsi="Tahoma" w:cs="Tahoma"/>
          <w:rtl/>
        </w:rPr>
        <w:t xml:space="preserve"> زمان ز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ر</w:t>
      </w:r>
      <w:r w:rsidRPr="000A721C">
        <w:rPr>
          <w:rFonts w:ascii="Tahoma" w:hAnsi="Tahoma" w:cs="Tahoma"/>
          <w:rtl/>
        </w:rPr>
        <w:t xml:space="preserve"> نفوذ ام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ران</w:t>
      </w:r>
      <w:r w:rsidRPr="000A721C">
        <w:rPr>
          <w:rFonts w:ascii="Tahoma" w:hAnsi="Tahoma" w:cs="Tahoma"/>
          <w:rtl/>
        </w:rPr>
        <w:t xml:space="preserve"> قزلباش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بود که شاهزاده عباس م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رزا</w:t>
      </w:r>
      <w:r w:rsidRPr="000A721C">
        <w:rPr>
          <w:rFonts w:ascii="Tahoma" w:hAnsi="Tahoma" w:cs="Tahoma"/>
          <w:rtl/>
        </w:rPr>
        <w:t xml:space="preserve"> را در اخت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ار</w:t>
      </w:r>
      <w:r w:rsidRPr="000A721C">
        <w:rPr>
          <w:rFonts w:ascii="Tahoma" w:hAnsi="Tahoma" w:cs="Tahoma"/>
          <w:rtl/>
        </w:rPr>
        <w:t xml:space="preserve"> داشتند. عباس، پسر محمد خدابنده و مهدعل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ا،</w:t>
      </w:r>
      <w:r w:rsidRPr="000A721C">
        <w:rPr>
          <w:rFonts w:ascii="Tahoma" w:hAnsi="Tahoma" w:cs="Tahoma"/>
          <w:rtl/>
        </w:rPr>
        <w:t xml:space="preserve"> در سال </w:t>
      </w:r>
      <w:r w:rsidRPr="000A721C">
        <w:rPr>
          <w:rFonts w:ascii="Tahoma" w:hAnsi="Tahoma" w:cs="Tahoma"/>
          <w:rtl/>
          <w:lang w:bidi="fa-IR"/>
        </w:rPr>
        <w:t>۱۵۷۱</w:t>
      </w:r>
      <w:r w:rsidRPr="000A721C">
        <w:rPr>
          <w:rFonts w:ascii="Tahoma" w:hAnsi="Tahoma" w:cs="Tahoma"/>
          <w:rtl/>
        </w:rPr>
        <w:t xml:space="preserve"> م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لاد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زاده شده بود و هنوز کودک بود که به عنوان شاهزادهٔ حاکم به خراسان فرستاده شد. ا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ن</w:t>
      </w:r>
      <w:r w:rsidRPr="000A721C">
        <w:rPr>
          <w:rFonts w:ascii="Tahoma" w:hAnsi="Tahoma" w:cs="Tahoma"/>
          <w:rtl/>
        </w:rPr>
        <w:t xml:space="preserve"> ش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وه</w:t>
      </w:r>
      <w:r w:rsidRPr="000A721C">
        <w:rPr>
          <w:rFonts w:ascii="Tahoma" w:hAnsi="Tahoma" w:cs="Tahoma"/>
          <w:rtl/>
        </w:rPr>
        <w:t xml:space="preserve"> در حکومت صفو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معمول بود: شا</w:t>
      </w:r>
      <w:r w:rsidRPr="000A721C">
        <w:rPr>
          <w:rFonts w:ascii="Tahoma" w:hAnsi="Tahoma" w:cs="Tahoma" w:hint="eastAsia"/>
          <w:rtl/>
        </w:rPr>
        <w:t>هزاده</w:t>
      </w:r>
      <w:r w:rsidRPr="000A721C">
        <w:rPr>
          <w:rFonts w:ascii="Tahoma" w:hAnsi="Tahoma" w:cs="Tahoma"/>
          <w:rtl/>
        </w:rPr>
        <w:t xml:space="preserve"> را به ولا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ت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م</w:t>
      </w:r>
      <w:r w:rsidRPr="000A721C">
        <w:rPr>
          <w:rFonts w:ascii="Tahoma" w:hAnsi="Tahoma" w:cs="Tahoma" w:hint="cs"/>
          <w:rtl/>
        </w:rPr>
        <w:t>ی‌</w:t>
      </w:r>
      <w:r w:rsidRPr="000A721C">
        <w:rPr>
          <w:rFonts w:ascii="Tahoma" w:hAnsi="Tahoma" w:cs="Tahoma" w:hint="eastAsia"/>
          <w:rtl/>
        </w:rPr>
        <w:t>فرستادند</w:t>
      </w:r>
      <w:r w:rsidRPr="000A721C">
        <w:rPr>
          <w:rFonts w:ascii="Tahoma" w:hAnsi="Tahoma" w:cs="Tahoma"/>
          <w:rtl/>
        </w:rPr>
        <w:t xml:space="preserve"> و ام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ر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قزلباش در مقام سرپرست 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ا</w:t>
      </w:r>
      <w:r w:rsidRPr="000A721C">
        <w:rPr>
          <w:rFonts w:ascii="Tahoma" w:hAnsi="Tahoma" w:cs="Tahoma"/>
          <w:rtl/>
        </w:rPr>
        <w:t xml:space="preserve"> لَلَه عملاً امور را اداره م</w:t>
      </w:r>
      <w:r w:rsidRPr="000A721C">
        <w:rPr>
          <w:rFonts w:ascii="Tahoma" w:hAnsi="Tahoma" w:cs="Tahoma" w:hint="cs"/>
          <w:rtl/>
        </w:rPr>
        <w:t>ی‌</w:t>
      </w:r>
      <w:r w:rsidRPr="000A721C">
        <w:rPr>
          <w:rFonts w:ascii="Tahoma" w:hAnsi="Tahoma" w:cs="Tahoma" w:hint="eastAsia"/>
          <w:rtl/>
        </w:rPr>
        <w:t>کرد</w:t>
      </w:r>
      <w:r w:rsidRPr="000A721C">
        <w:rPr>
          <w:rFonts w:ascii="Tahoma" w:hAnsi="Tahoma" w:cs="Tahoma"/>
          <w:rtl/>
        </w:rPr>
        <w:t>.</w:t>
      </w:r>
    </w:p>
    <w:p w:rsidR="000A721C" w:rsidRPr="000A721C" w:rsidRDefault="000A721C" w:rsidP="000A721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0A721C">
        <w:rPr>
          <w:rFonts w:ascii="Tahoma" w:hAnsi="Tahoma" w:cs="Tahoma" w:hint="eastAsia"/>
          <w:rtl/>
        </w:rPr>
        <w:t>هدف</w:t>
      </w:r>
      <w:r w:rsidRPr="000A721C">
        <w:rPr>
          <w:rFonts w:ascii="Tahoma" w:hAnsi="Tahoma" w:cs="Tahoma"/>
          <w:rtl/>
        </w:rPr>
        <w:t xml:space="preserve"> ظاهر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،</w:t>
      </w:r>
      <w:r w:rsidRPr="000A721C">
        <w:rPr>
          <w:rFonts w:ascii="Tahoma" w:hAnsi="Tahoma" w:cs="Tahoma"/>
          <w:rtl/>
        </w:rPr>
        <w:t xml:space="preserve"> آموزش شاهزاده و ادارهٔ ولا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ت</w:t>
      </w:r>
      <w:r w:rsidRPr="000A721C">
        <w:rPr>
          <w:rFonts w:ascii="Tahoma" w:hAnsi="Tahoma" w:cs="Tahoma"/>
          <w:rtl/>
        </w:rPr>
        <w:t xml:space="preserve"> بود؛ اما در عمل، هر ام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ر</w:t>
      </w:r>
      <w:r w:rsidRPr="000A721C">
        <w:rPr>
          <w:rFonts w:ascii="Tahoma" w:hAnsi="Tahoma" w:cs="Tahoma"/>
          <w:rtl/>
        </w:rPr>
        <w:t xml:space="preserve"> م</w:t>
      </w:r>
      <w:r w:rsidRPr="000A721C">
        <w:rPr>
          <w:rFonts w:ascii="Tahoma" w:hAnsi="Tahoma" w:cs="Tahoma" w:hint="cs"/>
          <w:rtl/>
        </w:rPr>
        <w:t>ی‌</w:t>
      </w:r>
      <w:r w:rsidRPr="000A721C">
        <w:rPr>
          <w:rFonts w:ascii="Tahoma" w:hAnsi="Tahoma" w:cs="Tahoma" w:hint="eastAsia"/>
          <w:rtl/>
        </w:rPr>
        <w:t>توانست</w:t>
      </w:r>
      <w:r w:rsidRPr="000A721C">
        <w:rPr>
          <w:rFonts w:ascii="Tahoma" w:hAnsi="Tahoma" w:cs="Tahoma"/>
          <w:rtl/>
        </w:rPr>
        <w:t xml:space="preserve"> شاهزادهٔ ز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ر</w:t>
      </w:r>
      <w:r w:rsidRPr="000A721C">
        <w:rPr>
          <w:rFonts w:ascii="Tahoma" w:hAnsi="Tahoma" w:cs="Tahoma"/>
          <w:rtl/>
        </w:rPr>
        <w:t xml:space="preserve"> سرپرست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خود را سرما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ه‌ا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س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اس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بداند. اگر حکومت مرکز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ضع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ف</w:t>
      </w:r>
      <w:r w:rsidRPr="000A721C">
        <w:rPr>
          <w:rFonts w:ascii="Tahoma" w:hAnsi="Tahoma" w:cs="Tahoma"/>
          <w:rtl/>
        </w:rPr>
        <w:t xml:space="preserve"> م</w:t>
      </w:r>
      <w:r w:rsidRPr="000A721C">
        <w:rPr>
          <w:rFonts w:ascii="Tahoma" w:hAnsi="Tahoma" w:cs="Tahoma" w:hint="cs"/>
          <w:rtl/>
        </w:rPr>
        <w:t>ی‌</w:t>
      </w:r>
      <w:r w:rsidRPr="000A721C">
        <w:rPr>
          <w:rFonts w:ascii="Tahoma" w:hAnsi="Tahoma" w:cs="Tahoma" w:hint="eastAsia"/>
          <w:rtl/>
        </w:rPr>
        <w:t>شد،</w:t>
      </w:r>
      <w:r w:rsidRPr="000A721C">
        <w:rPr>
          <w:rFonts w:ascii="Tahoma" w:hAnsi="Tahoma" w:cs="Tahoma"/>
          <w:rtl/>
        </w:rPr>
        <w:t xml:space="preserve"> همان شاهزاده م</w:t>
      </w:r>
      <w:r w:rsidRPr="000A721C">
        <w:rPr>
          <w:rFonts w:ascii="Tahoma" w:hAnsi="Tahoma" w:cs="Tahoma" w:hint="cs"/>
          <w:rtl/>
        </w:rPr>
        <w:t>ی‌</w:t>
      </w:r>
      <w:r w:rsidRPr="000A721C">
        <w:rPr>
          <w:rFonts w:ascii="Tahoma" w:hAnsi="Tahoma" w:cs="Tahoma" w:hint="eastAsia"/>
          <w:rtl/>
        </w:rPr>
        <w:t>توانست</w:t>
      </w:r>
      <w:r w:rsidRPr="000A721C">
        <w:rPr>
          <w:rFonts w:ascii="Tahoma" w:hAnsi="Tahoma" w:cs="Tahoma"/>
          <w:rtl/>
        </w:rPr>
        <w:t xml:space="preserve"> به نامزد سلطنت تبد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ل</w:t>
      </w:r>
      <w:r w:rsidRPr="000A721C">
        <w:rPr>
          <w:rFonts w:ascii="Tahoma" w:hAnsi="Tahoma" w:cs="Tahoma"/>
          <w:rtl/>
        </w:rPr>
        <w:t xml:space="preserve"> شود و ام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رِ</w:t>
      </w:r>
      <w:r w:rsidRPr="000A721C">
        <w:rPr>
          <w:rFonts w:ascii="Tahoma" w:hAnsi="Tahoma" w:cs="Tahoma"/>
          <w:rtl/>
        </w:rPr>
        <w:t xml:space="preserve"> حام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او مقام نخست حکومت را به دست آورد.</w:t>
      </w:r>
    </w:p>
    <w:p w:rsidR="000A721C" w:rsidRPr="000A721C" w:rsidRDefault="000A721C" w:rsidP="000A721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0A721C">
        <w:rPr>
          <w:rFonts w:ascii="Tahoma" w:hAnsi="Tahoma" w:cs="Tahoma" w:hint="eastAsia"/>
          <w:rtl/>
        </w:rPr>
        <w:t>عل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قل</w:t>
      </w:r>
      <w:r w:rsidRPr="000A721C">
        <w:rPr>
          <w:rFonts w:ascii="Tahoma" w:hAnsi="Tahoma" w:cs="Tahoma" w:hint="cs"/>
          <w:rtl/>
        </w:rPr>
        <w:t>ی‌</w:t>
      </w:r>
      <w:r w:rsidRPr="000A721C">
        <w:rPr>
          <w:rFonts w:ascii="Tahoma" w:hAnsi="Tahoma" w:cs="Tahoma" w:hint="eastAsia"/>
          <w:rtl/>
        </w:rPr>
        <w:t>خان</w:t>
      </w:r>
      <w:r w:rsidRPr="000A721C">
        <w:rPr>
          <w:rFonts w:ascii="Tahoma" w:hAnsi="Tahoma" w:cs="Tahoma"/>
          <w:rtl/>
        </w:rPr>
        <w:t xml:space="preserve"> شاملو، که عباس را ز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ر</w:t>
      </w:r>
      <w:r w:rsidRPr="000A721C">
        <w:rPr>
          <w:rFonts w:ascii="Tahoma" w:hAnsi="Tahoma" w:cs="Tahoma"/>
          <w:rtl/>
        </w:rPr>
        <w:t xml:space="preserve"> حما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ت</w:t>
      </w:r>
      <w:r w:rsidRPr="000A721C">
        <w:rPr>
          <w:rFonts w:ascii="Tahoma" w:hAnsi="Tahoma" w:cs="Tahoma"/>
          <w:rtl/>
        </w:rPr>
        <w:t xml:space="preserve"> خود داشت، کوش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د</w:t>
      </w:r>
      <w:r w:rsidRPr="000A721C">
        <w:rPr>
          <w:rFonts w:ascii="Tahoma" w:hAnsi="Tahoma" w:cs="Tahoma"/>
          <w:rtl/>
        </w:rPr>
        <w:t xml:space="preserve"> از نام او در رقابت‌ها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س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اس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استفاده کند. در مقطع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،</w:t>
      </w:r>
      <w:r w:rsidRPr="000A721C">
        <w:rPr>
          <w:rFonts w:ascii="Tahoma" w:hAnsi="Tahoma" w:cs="Tahoma"/>
          <w:rtl/>
        </w:rPr>
        <w:t xml:space="preserve"> عباس در خراسان شاه خوانده شد؛ هرچند هنوز قدرت واقع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در دست ام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ران</w:t>
      </w:r>
      <w:r w:rsidRPr="000A721C">
        <w:rPr>
          <w:rFonts w:ascii="Tahoma" w:hAnsi="Tahoma" w:cs="Tahoma"/>
          <w:rtl/>
        </w:rPr>
        <w:t xml:space="preserve"> بود. ا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ن</w:t>
      </w:r>
      <w:r w:rsidRPr="000A721C">
        <w:rPr>
          <w:rFonts w:ascii="Tahoma" w:hAnsi="Tahoma" w:cs="Tahoma"/>
          <w:rtl/>
        </w:rPr>
        <w:t xml:space="preserve"> اقدام نشان م</w:t>
      </w:r>
      <w:r w:rsidRPr="000A721C">
        <w:rPr>
          <w:rFonts w:ascii="Tahoma" w:hAnsi="Tahoma" w:cs="Tahoma" w:hint="cs"/>
          <w:rtl/>
        </w:rPr>
        <w:t>ی‌</w:t>
      </w:r>
      <w:r w:rsidRPr="000A721C">
        <w:rPr>
          <w:rFonts w:ascii="Tahoma" w:hAnsi="Tahoma" w:cs="Tahoma" w:hint="eastAsia"/>
          <w:rtl/>
        </w:rPr>
        <w:t>داد</w:t>
      </w:r>
      <w:r w:rsidRPr="000A721C">
        <w:rPr>
          <w:rFonts w:ascii="Tahoma" w:hAnsi="Tahoma" w:cs="Tahoma"/>
          <w:rtl/>
        </w:rPr>
        <w:t xml:space="preserve"> که تاج صفو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تا چه اندازه به ابزار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در دست قبا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ل</w:t>
      </w:r>
      <w:r w:rsidRPr="000A721C">
        <w:rPr>
          <w:rFonts w:ascii="Tahoma" w:hAnsi="Tahoma" w:cs="Tahoma"/>
          <w:rtl/>
        </w:rPr>
        <w:t xml:space="preserve"> تبد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ل</w:t>
      </w:r>
      <w:r w:rsidRPr="000A721C">
        <w:rPr>
          <w:rFonts w:ascii="Tahoma" w:hAnsi="Tahoma" w:cs="Tahoma"/>
          <w:rtl/>
        </w:rPr>
        <w:t xml:space="preserve"> شد</w:t>
      </w:r>
      <w:r w:rsidRPr="000A721C">
        <w:rPr>
          <w:rFonts w:ascii="Tahoma" w:hAnsi="Tahoma" w:cs="Tahoma" w:hint="eastAsia"/>
          <w:rtl/>
        </w:rPr>
        <w:t>ه</w:t>
      </w:r>
      <w:r w:rsidRPr="000A721C">
        <w:rPr>
          <w:rFonts w:ascii="Tahoma" w:hAnsi="Tahoma" w:cs="Tahoma"/>
          <w:rtl/>
        </w:rPr>
        <w:t xml:space="preserve"> است. هر گروه م</w:t>
      </w:r>
      <w:r w:rsidRPr="000A721C">
        <w:rPr>
          <w:rFonts w:ascii="Tahoma" w:hAnsi="Tahoma" w:cs="Tahoma" w:hint="cs"/>
          <w:rtl/>
        </w:rPr>
        <w:t>ی‌</w:t>
      </w:r>
      <w:r w:rsidRPr="000A721C">
        <w:rPr>
          <w:rFonts w:ascii="Tahoma" w:hAnsi="Tahoma" w:cs="Tahoma" w:hint="eastAsia"/>
          <w:rtl/>
        </w:rPr>
        <w:t>توانست</w:t>
      </w:r>
      <w:r w:rsidRPr="000A721C">
        <w:rPr>
          <w:rFonts w:ascii="Tahoma" w:hAnsi="Tahoma" w:cs="Tahoma"/>
          <w:rtl/>
        </w:rPr>
        <w:t xml:space="preserve"> شاهزاده‌ا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از خاندان را برگز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ند</w:t>
      </w:r>
      <w:r w:rsidRPr="000A721C">
        <w:rPr>
          <w:rFonts w:ascii="Tahoma" w:hAnsi="Tahoma" w:cs="Tahoma"/>
          <w:rtl/>
        </w:rPr>
        <w:t xml:space="preserve"> و به نام او با گروه‌ها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د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گر</w:t>
      </w:r>
      <w:r w:rsidRPr="000A721C">
        <w:rPr>
          <w:rFonts w:ascii="Tahoma" w:hAnsi="Tahoma" w:cs="Tahoma"/>
          <w:rtl/>
        </w:rPr>
        <w:t xml:space="preserve"> بجنگد.</w:t>
      </w:r>
    </w:p>
    <w:p w:rsidR="000A721C" w:rsidRPr="000A721C" w:rsidRDefault="000A721C" w:rsidP="000A721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0A721C">
        <w:rPr>
          <w:rFonts w:ascii="Tahoma" w:hAnsi="Tahoma" w:cs="Tahoma" w:hint="eastAsia"/>
          <w:rtl/>
        </w:rPr>
        <w:t>پس</w:t>
      </w:r>
      <w:r w:rsidRPr="000A721C">
        <w:rPr>
          <w:rFonts w:ascii="Tahoma" w:hAnsi="Tahoma" w:cs="Tahoma"/>
          <w:rtl/>
        </w:rPr>
        <w:t xml:space="preserve"> از درگ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ر</w:t>
      </w:r>
      <w:r w:rsidRPr="000A721C">
        <w:rPr>
          <w:rFonts w:ascii="Tahoma" w:hAnsi="Tahoma" w:cs="Tahoma" w:hint="cs"/>
          <w:rtl/>
        </w:rPr>
        <w:t>ی‌</w:t>
      </w:r>
      <w:r w:rsidRPr="000A721C">
        <w:rPr>
          <w:rFonts w:ascii="Tahoma" w:hAnsi="Tahoma" w:cs="Tahoma" w:hint="eastAsia"/>
          <w:rtl/>
        </w:rPr>
        <w:t>ها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خراسان، مرشدقل</w:t>
      </w:r>
      <w:r w:rsidRPr="000A721C">
        <w:rPr>
          <w:rFonts w:ascii="Tahoma" w:hAnsi="Tahoma" w:cs="Tahoma" w:hint="cs"/>
          <w:rtl/>
        </w:rPr>
        <w:t>ی‌</w:t>
      </w:r>
      <w:r w:rsidRPr="000A721C">
        <w:rPr>
          <w:rFonts w:ascii="Tahoma" w:hAnsi="Tahoma" w:cs="Tahoma" w:hint="eastAsia"/>
          <w:rtl/>
        </w:rPr>
        <w:t>خان</w:t>
      </w:r>
      <w:r w:rsidRPr="000A721C">
        <w:rPr>
          <w:rFonts w:ascii="Tahoma" w:hAnsi="Tahoma" w:cs="Tahoma"/>
          <w:rtl/>
        </w:rPr>
        <w:t xml:space="preserve"> استاجلو توانست عباس را از نفوذ شاملوها ب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رون</w:t>
      </w:r>
      <w:r w:rsidRPr="000A721C">
        <w:rPr>
          <w:rFonts w:ascii="Tahoma" w:hAnsi="Tahoma" w:cs="Tahoma"/>
          <w:rtl/>
        </w:rPr>
        <w:t xml:space="preserve"> آورد و خود اخت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ار</w:t>
      </w:r>
      <w:r w:rsidRPr="000A721C">
        <w:rPr>
          <w:rFonts w:ascii="Tahoma" w:hAnsi="Tahoma" w:cs="Tahoma"/>
          <w:rtl/>
        </w:rPr>
        <w:t xml:space="preserve"> شاهزاده را به دست گ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رد</w:t>
      </w:r>
      <w:r w:rsidRPr="000A721C">
        <w:rPr>
          <w:rFonts w:ascii="Tahoma" w:hAnsi="Tahoma" w:cs="Tahoma"/>
          <w:rtl/>
        </w:rPr>
        <w:t>. ا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ن</w:t>
      </w:r>
      <w:r w:rsidRPr="000A721C">
        <w:rPr>
          <w:rFonts w:ascii="Tahoma" w:hAnsi="Tahoma" w:cs="Tahoma"/>
          <w:rtl/>
        </w:rPr>
        <w:t xml:space="preserve"> جابه‌جا</w:t>
      </w:r>
      <w:r w:rsidRPr="000A721C">
        <w:rPr>
          <w:rFonts w:ascii="Tahoma" w:hAnsi="Tahoma" w:cs="Tahoma" w:hint="cs"/>
          <w:rtl/>
        </w:rPr>
        <w:t>یی</w:t>
      </w:r>
      <w:r w:rsidRPr="000A721C">
        <w:rPr>
          <w:rFonts w:ascii="Tahoma" w:hAnsi="Tahoma" w:cs="Tahoma"/>
          <w:rtl/>
        </w:rPr>
        <w:t xml:space="preserve"> در ظاهر تغ</w:t>
      </w:r>
      <w:r w:rsidRPr="000A721C">
        <w:rPr>
          <w:rFonts w:ascii="Tahoma" w:hAnsi="Tahoma" w:cs="Tahoma" w:hint="cs"/>
          <w:rtl/>
        </w:rPr>
        <w:t>یی</w:t>
      </w:r>
      <w:r w:rsidRPr="000A721C">
        <w:rPr>
          <w:rFonts w:ascii="Tahoma" w:hAnsi="Tahoma" w:cs="Tahoma" w:hint="eastAsia"/>
          <w:rtl/>
        </w:rPr>
        <w:t>ر</w:t>
      </w:r>
      <w:r w:rsidRPr="000A721C">
        <w:rPr>
          <w:rFonts w:ascii="Tahoma" w:hAnsi="Tahoma" w:cs="Tahoma"/>
          <w:rtl/>
        </w:rPr>
        <w:t xml:space="preserve"> سرپرست بود، اما در واقع انتقال سرما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ه‌ا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س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اس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از 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ک</w:t>
      </w:r>
      <w:r w:rsidRPr="000A721C">
        <w:rPr>
          <w:rFonts w:ascii="Tahoma" w:hAnsi="Tahoma" w:cs="Tahoma"/>
          <w:rtl/>
        </w:rPr>
        <w:t xml:space="preserve"> قب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له</w:t>
      </w:r>
      <w:r w:rsidRPr="000A721C">
        <w:rPr>
          <w:rFonts w:ascii="Tahoma" w:hAnsi="Tahoma" w:cs="Tahoma"/>
          <w:rtl/>
        </w:rPr>
        <w:t xml:space="preserve"> به قب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له‌ا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د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گر</w:t>
      </w:r>
      <w:r w:rsidRPr="000A721C">
        <w:rPr>
          <w:rFonts w:ascii="Tahoma" w:hAnsi="Tahoma" w:cs="Tahoma"/>
          <w:rtl/>
        </w:rPr>
        <w:t xml:space="preserve"> به شمار م</w:t>
      </w:r>
      <w:r w:rsidRPr="000A721C">
        <w:rPr>
          <w:rFonts w:ascii="Tahoma" w:hAnsi="Tahoma" w:cs="Tahoma" w:hint="cs"/>
          <w:rtl/>
        </w:rPr>
        <w:t>ی‌</w:t>
      </w:r>
      <w:r w:rsidRPr="000A721C">
        <w:rPr>
          <w:rFonts w:ascii="Tahoma" w:hAnsi="Tahoma" w:cs="Tahoma" w:hint="eastAsia"/>
          <w:rtl/>
        </w:rPr>
        <w:t>رفت</w:t>
      </w:r>
      <w:r w:rsidRPr="000A721C">
        <w:rPr>
          <w:rFonts w:ascii="Tahoma" w:hAnsi="Tahoma" w:cs="Tahoma"/>
          <w:rtl/>
        </w:rPr>
        <w:t>. عباس هنوز فر</w:t>
      </w:r>
      <w:r w:rsidRPr="000A721C">
        <w:rPr>
          <w:rFonts w:ascii="Tahoma" w:hAnsi="Tahoma" w:cs="Tahoma" w:hint="eastAsia"/>
          <w:rtl/>
        </w:rPr>
        <w:t>مانروا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مستقل نبود؛ موضوع رقابت ام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ران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بود که هر 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ک</w:t>
      </w:r>
      <w:r w:rsidRPr="000A721C">
        <w:rPr>
          <w:rFonts w:ascii="Tahoma" w:hAnsi="Tahoma" w:cs="Tahoma"/>
          <w:rtl/>
        </w:rPr>
        <w:t xml:space="preserve"> م</w:t>
      </w:r>
      <w:r w:rsidRPr="000A721C">
        <w:rPr>
          <w:rFonts w:ascii="Tahoma" w:hAnsi="Tahoma" w:cs="Tahoma" w:hint="cs"/>
          <w:rtl/>
        </w:rPr>
        <w:t>ی‌</w:t>
      </w:r>
      <w:r w:rsidRPr="000A721C">
        <w:rPr>
          <w:rFonts w:ascii="Tahoma" w:hAnsi="Tahoma" w:cs="Tahoma" w:hint="eastAsia"/>
          <w:rtl/>
        </w:rPr>
        <w:t>خواستند</w:t>
      </w:r>
      <w:r w:rsidRPr="000A721C">
        <w:rPr>
          <w:rFonts w:ascii="Tahoma" w:hAnsi="Tahoma" w:cs="Tahoma"/>
          <w:rtl/>
        </w:rPr>
        <w:t xml:space="preserve"> از خون صفو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او برا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کسب قدرت استفاده کنند.</w:t>
      </w:r>
    </w:p>
    <w:p w:rsidR="000A721C" w:rsidRPr="000A721C" w:rsidRDefault="000A721C" w:rsidP="000A721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0A721C">
        <w:rPr>
          <w:rFonts w:ascii="Tahoma" w:hAnsi="Tahoma" w:cs="Tahoma" w:hint="eastAsia"/>
          <w:rtl/>
        </w:rPr>
        <w:t>در</w:t>
      </w:r>
      <w:r w:rsidRPr="000A721C">
        <w:rPr>
          <w:rFonts w:ascii="Tahoma" w:hAnsi="Tahoma" w:cs="Tahoma"/>
          <w:rtl/>
        </w:rPr>
        <w:t xml:space="preserve"> سال </w:t>
      </w:r>
      <w:r w:rsidRPr="000A721C">
        <w:rPr>
          <w:rFonts w:ascii="Tahoma" w:hAnsi="Tahoma" w:cs="Tahoma"/>
          <w:rtl/>
          <w:lang w:bidi="fa-IR"/>
        </w:rPr>
        <w:t>۱۵۸۷</w:t>
      </w:r>
      <w:r w:rsidRPr="000A721C">
        <w:rPr>
          <w:rFonts w:ascii="Tahoma" w:hAnsi="Tahoma" w:cs="Tahoma"/>
          <w:rtl/>
        </w:rPr>
        <w:t xml:space="preserve"> م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لاد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،</w:t>
      </w:r>
      <w:r w:rsidRPr="000A721C">
        <w:rPr>
          <w:rFonts w:ascii="Tahoma" w:hAnsi="Tahoma" w:cs="Tahoma"/>
          <w:rtl/>
        </w:rPr>
        <w:t xml:space="preserve"> هنگام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که ازبکان هرات را تهد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د</w:t>
      </w:r>
      <w:r w:rsidRPr="000A721C">
        <w:rPr>
          <w:rFonts w:ascii="Tahoma" w:hAnsi="Tahoma" w:cs="Tahoma"/>
          <w:rtl/>
        </w:rPr>
        <w:t xml:space="preserve"> م</w:t>
      </w:r>
      <w:r w:rsidRPr="000A721C">
        <w:rPr>
          <w:rFonts w:ascii="Tahoma" w:hAnsi="Tahoma" w:cs="Tahoma" w:hint="cs"/>
          <w:rtl/>
        </w:rPr>
        <w:t>ی‌</w:t>
      </w:r>
      <w:r w:rsidRPr="000A721C">
        <w:rPr>
          <w:rFonts w:ascii="Tahoma" w:hAnsi="Tahoma" w:cs="Tahoma" w:hint="eastAsia"/>
          <w:rtl/>
        </w:rPr>
        <w:t>کردند</w:t>
      </w:r>
      <w:r w:rsidRPr="000A721C">
        <w:rPr>
          <w:rFonts w:ascii="Tahoma" w:hAnsi="Tahoma" w:cs="Tahoma"/>
          <w:rtl/>
        </w:rPr>
        <w:t xml:space="preserve"> و حکومت مرکز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گرفتار ضعف و پراکندگ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بود، مرشدقل</w:t>
      </w:r>
      <w:r w:rsidRPr="000A721C">
        <w:rPr>
          <w:rFonts w:ascii="Tahoma" w:hAnsi="Tahoma" w:cs="Tahoma" w:hint="cs"/>
          <w:rtl/>
        </w:rPr>
        <w:t>ی‌</w:t>
      </w:r>
      <w:r w:rsidRPr="000A721C">
        <w:rPr>
          <w:rFonts w:ascii="Tahoma" w:hAnsi="Tahoma" w:cs="Tahoma" w:hint="eastAsia"/>
          <w:rtl/>
        </w:rPr>
        <w:t>خان</w:t>
      </w:r>
      <w:r w:rsidRPr="000A721C">
        <w:rPr>
          <w:rFonts w:ascii="Tahoma" w:hAnsi="Tahoma" w:cs="Tahoma"/>
          <w:rtl/>
        </w:rPr>
        <w:t xml:space="preserve"> عباس را به سو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قزو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ن</w:t>
      </w:r>
      <w:r w:rsidRPr="000A721C">
        <w:rPr>
          <w:rFonts w:ascii="Tahoma" w:hAnsi="Tahoma" w:cs="Tahoma"/>
          <w:rtl/>
        </w:rPr>
        <w:t xml:space="preserve"> حرکت داد. مقاومت جد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و 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کپارچه‌ا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در برابر آنان شکل نگرفت. گروه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از ام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ران</w:t>
      </w:r>
      <w:r w:rsidRPr="000A721C">
        <w:rPr>
          <w:rFonts w:ascii="Tahoma" w:hAnsi="Tahoma" w:cs="Tahoma"/>
          <w:rtl/>
        </w:rPr>
        <w:t xml:space="preserve"> و صاحب‌منصبان که از ادامهٔ سلطنت محمد خدابنده و آشفتگ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کشور ناام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د</w:t>
      </w:r>
      <w:r w:rsidRPr="000A721C">
        <w:rPr>
          <w:rFonts w:ascii="Tahoma" w:hAnsi="Tahoma" w:cs="Tahoma"/>
          <w:rtl/>
        </w:rPr>
        <w:t xml:space="preserve"> شده بودند، به شاهزادهٔ جوان پ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وستند</w:t>
      </w:r>
      <w:r w:rsidRPr="000A721C">
        <w:rPr>
          <w:rFonts w:ascii="Tahoma" w:hAnsi="Tahoma" w:cs="Tahoma"/>
          <w:rtl/>
        </w:rPr>
        <w:t>.</w:t>
      </w:r>
    </w:p>
    <w:p w:rsidR="000A721C" w:rsidRPr="000A721C" w:rsidRDefault="000A721C" w:rsidP="000A721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0A721C">
        <w:rPr>
          <w:rFonts w:ascii="Tahoma" w:hAnsi="Tahoma" w:cs="Tahoma" w:hint="eastAsia"/>
          <w:rtl/>
        </w:rPr>
        <w:t>محمد</w:t>
      </w:r>
      <w:r w:rsidRPr="000A721C">
        <w:rPr>
          <w:rFonts w:ascii="Tahoma" w:hAnsi="Tahoma" w:cs="Tahoma"/>
          <w:rtl/>
        </w:rPr>
        <w:t xml:space="preserve"> خدابنده ناچار شد از سلطنت کنار رود و عباس در حدود شانزده‌سالگ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بر تخت نشست. ا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ن</w:t>
      </w:r>
      <w:r w:rsidRPr="000A721C">
        <w:rPr>
          <w:rFonts w:ascii="Tahoma" w:hAnsi="Tahoma" w:cs="Tahoma"/>
          <w:rtl/>
        </w:rPr>
        <w:t xml:space="preserve"> انتقال ن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ز</w:t>
      </w:r>
      <w:r w:rsidRPr="000A721C">
        <w:rPr>
          <w:rFonts w:ascii="Tahoma" w:hAnsi="Tahoma" w:cs="Tahoma"/>
          <w:rtl/>
        </w:rPr>
        <w:t xml:space="preserve"> بر پا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هٔ</w:t>
      </w:r>
      <w:r w:rsidRPr="000A721C">
        <w:rPr>
          <w:rFonts w:ascii="Tahoma" w:hAnsi="Tahoma" w:cs="Tahoma"/>
          <w:rtl/>
        </w:rPr>
        <w:t xml:space="preserve"> قاعده‌ا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قانون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ا</w:t>
      </w:r>
      <w:r w:rsidRPr="000A721C">
        <w:rPr>
          <w:rFonts w:ascii="Tahoma" w:hAnsi="Tahoma" w:cs="Tahoma"/>
          <w:rtl/>
        </w:rPr>
        <w:t xml:space="preserve"> تصم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م</w:t>
      </w:r>
      <w:r w:rsidRPr="000A721C">
        <w:rPr>
          <w:rFonts w:ascii="Tahoma" w:hAnsi="Tahoma" w:cs="Tahoma"/>
          <w:rtl/>
        </w:rPr>
        <w:t xml:space="preserve"> آزادانهٔ شاه پ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ش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ن</w:t>
      </w:r>
      <w:r w:rsidRPr="000A721C">
        <w:rPr>
          <w:rFonts w:ascii="Tahoma" w:hAnsi="Tahoma" w:cs="Tahoma"/>
          <w:rtl/>
        </w:rPr>
        <w:t xml:space="preserve"> انجام نشد. ام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ر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قزلباش شاهزاده‌ا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را به پا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تخت</w:t>
      </w:r>
      <w:r w:rsidRPr="000A721C">
        <w:rPr>
          <w:rFonts w:ascii="Tahoma" w:hAnsi="Tahoma" w:cs="Tahoma"/>
          <w:rtl/>
        </w:rPr>
        <w:t xml:space="preserve"> آورد، ائتلاف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از ن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روها</w:t>
      </w:r>
      <w:r w:rsidRPr="000A721C">
        <w:rPr>
          <w:rFonts w:ascii="Tahoma" w:hAnsi="Tahoma" w:cs="Tahoma"/>
          <w:rtl/>
        </w:rPr>
        <w:t xml:space="preserve"> پ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رامون</w:t>
      </w:r>
      <w:r w:rsidRPr="000A721C">
        <w:rPr>
          <w:rFonts w:ascii="Tahoma" w:hAnsi="Tahoma" w:cs="Tahoma"/>
          <w:rtl/>
        </w:rPr>
        <w:t xml:space="preserve"> او شکل گرفت و پدر ضع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ف</w:t>
      </w:r>
      <w:r w:rsidRPr="000A721C">
        <w:rPr>
          <w:rFonts w:ascii="Tahoma" w:hAnsi="Tahoma" w:cs="Tahoma"/>
          <w:rtl/>
        </w:rPr>
        <w:t xml:space="preserve"> از ت</w:t>
      </w:r>
      <w:r w:rsidRPr="000A721C">
        <w:rPr>
          <w:rFonts w:ascii="Tahoma" w:hAnsi="Tahoma" w:cs="Tahoma" w:hint="eastAsia"/>
          <w:rtl/>
        </w:rPr>
        <w:t>اج</w:t>
      </w:r>
      <w:r w:rsidRPr="000A721C">
        <w:rPr>
          <w:rFonts w:ascii="Tahoma" w:hAnsi="Tahoma" w:cs="Tahoma"/>
          <w:rtl/>
        </w:rPr>
        <w:t xml:space="preserve"> کنار گذاشته شد.</w:t>
      </w:r>
    </w:p>
    <w:p w:rsidR="000A721C" w:rsidRPr="000A721C" w:rsidRDefault="000A721C" w:rsidP="000A721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0A721C">
        <w:rPr>
          <w:rFonts w:ascii="Tahoma" w:hAnsi="Tahoma" w:cs="Tahoma" w:hint="eastAsia"/>
          <w:rtl/>
        </w:rPr>
        <w:t>بنابرا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ن،</w:t>
      </w:r>
      <w:r w:rsidRPr="000A721C">
        <w:rPr>
          <w:rFonts w:ascii="Tahoma" w:hAnsi="Tahoma" w:cs="Tahoma"/>
          <w:rtl/>
        </w:rPr>
        <w:t xml:space="preserve"> شاه عباس ن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ز</w:t>
      </w:r>
      <w:r w:rsidRPr="000A721C">
        <w:rPr>
          <w:rFonts w:ascii="Tahoma" w:hAnsi="Tahoma" w:cs="Tahoma"/>
          <w:rtl/>
        </w:rPr>
        <w:t xml:space="preserve"> در آغاز پادشاه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ساختهٔ قزلباشان بود. مرشدقل</w:t>
      </w:r>
      <w:r w:rsidRPr="000A721C">
        <w:rPr>
          <w:rFonts w:ascii="Tahoma" w:hAnsi="Tahoma" w:cs="Tahoma" w:hint="cs"/>
          <w:rtl/>
        </w:rPr>
        <w:t>ی‌</w:t>
      </w:r>
      <w:r w:rsidRPr="000A721C">
        <w:rPr>
          <w:rFonts w:ascii="Tahoma" w:hAnsi="Tahoma" w:cs="Tahoma" w:hint="eastAsia"/>
          <w:rtl/>
        </w:rPr>
        <w:t>خان</w:t>
      </w:r>
      <w:r w:rsidRPr="000A721C">
        <w:rPr>
          <w:rFonts w:ascii="Tahoma" w:hAnsi="Tahoma" w:cs="Tahoma"/>
          <w:rtl/>
        </w:rPr>
        <w:t xml:space="preserve"> انتظار داشت در مقام ام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رالامرا</w:t>
      </w:r>
      <w:r w:rsidRPr="000A721C">
        <w:rPr>
          <w:rFonts w:ascii="Tahoma" w:hAnsi="Tahoma" w:cs="Tahoma"/>
          <w:rtl/>
        </w:rPr>
        <w:t xml:space="preserve"> و حام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شاه جوان، فرمانروا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واقع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حکومت باق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بماند. همان الگو</w:t>
      </w:r>
      <w:r w:rsidRPr="000A721C">
        <w:rPr>
          <w:rFonts w:ascii="Tahoma" w:hAnsi="Tahoma" w:cs="Tahoma" w:hint="cs"/>
          <w:rtl/>
        </w:rPr>
        <w:t>یی</w:t>
      </w:r>
      <w:r w:rsidRPr="000A721C">
        <w:rPr>
          <w:rFonts w:ascii="Tahoma" w:hAnsi="Tahoma" w:cs="Tahoma"/>
          <w:rtl/>
        </w:rPr>
        <w:t xml:space="preserve"> که در کودک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شاه تهماسب د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ده</w:t>
      </w:r>
      <w:r w:rsidRPr="000A721C">
        <w:rPr>
          <w:rFonts w:ascii="Tahoma" w:hAnsi="Tahoma" w:cs="Tahoma"/>
          <w:rtl/>
        </w:rPr>
        <w:t xml:space="preserve"> شده بود دوباره تکرار م</w:t>
      </w:r>
      <w:r w:rsidRPr="000A721C">
        <w:rPr>
          <w:rFonts w:ascii="Tahoma" w:hAnsi="Tahoma" w:cs="Tahoma" w:hint="cs"/>
          <w:rtl/>
        </w:rPr>
        <w:t>ی‌</w:t>
      </w:r>
      <w:r w:rsidRPr="000A721C">
        <w:rPr>
          <w:rFonts w:ascii="Tahoma" w:hAnsi="Tahoma" w:cs="Tahoma" w:hint="eastAsia"/>
          <w:rtl/>
        </w:rPr>
        <w:t>شد</w:t>
      </w:r>
      <w:r w:rsidRPr="000A721C">
        <w:rPr>
          <w:rFonts w:ascii="Tahoma" w:hAnsi="Tahoma" w:cs="Tahoma"/>
          <w:rtl/>
        </w:rPr>
        <w:t>: تاج از آنِ شاهزادهٔ صفو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بود، اما </w:t>
      </w:r>
      <w:r w:rsidRPr="000A721C">
        <w:rPr>
          <w:rFonts w:ascii="Tahoma" w:hAnsi="Tahoma" w:cs="Tahoma" w:hint="eastAsia"/>
          <w:rtl/>
        </w:rPr>
        <w:t>اخت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ار</w:t>
      </w:r>
      <w:r w:rsidRPr="000A721C">
        <w:rPr>
          <w:rFonts w:ascii="Tahoma" w:hAnsi="Tahoma" w:cs="Tahoma"/>
          <w:rtl/>
        </w:rPr>
        <w:t xml:space="preserve"> حکومت در دست ام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ر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قرار م</w:t>
      </w:r>
      <w:r w:rsidRPr="000A721C">
        <w:rPr>
          <w:rFonts w:ascii="Tahoma" w:hAnsi="Tahoma" w:cs="Tahoma" w:hint="cs"/>
          <w:rtl/>
        </w:rPr>
        <w:t>ی‌</w:t>
      </w:r>
      <w:r w:rsidRPr="000A721C">
        <w:rPr>
          <w:rFonts w:ascii="Tahoma" w:hAnsi="Tahoma" w:cs="Tahoma" w:hint="eastAsia"/>
          <w:rtl/>
        </w:rPr>
        <w:t>گرفت</w:t>
      </w:r>
      <w:r w:rsidRPr="000A721C">
        <w:rPr>
          <w:rFonts w:ascii="Tahoma" w:hAnsi="Tahoma" w:cs="Tahoma"/>
          <w:rtl/>
        </w:rPr>
        <w:t xml:space="preserve"> که او را به تخت رسانده بود.</w:t>
      </w:r>
    </w:p>
    <w:p w:rsidR="000A721C" w:rsidRPr="000A721C" w:rsidRDefault="000A721C" w:rsidP="000A721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0A721C">
        <w:rPr>
          <w:rFonts w:ascii="Tahoma" w:hAnsi="Tahoma" w:cs="Tahoma" w:hint="eastAsia"/>
          <w:rtl/>
        </w:rPr>
        <w:t>عباس</w:t>
      </w:r>
      <w:r w:rsidRPr="000A721C">
        <w:rPr>
          <w:rFonts w:ascii="Tahoma" w:hAnsi="Tahoma" w:cs="Tahoma"/>
          <w:rtl/>
        </w:rPr>
        <w:t xml:space="preserve"> در آغاز نم</w:t>
      </w:r>
      <w:r w:rsidRPr="000A721C">
        <w:rPr>
          <w:rFonts w:ascii="Tahoma" w:hAnsi="Tahoma" w:cs="Tahoma" w:hint="cs"/>
          <w:rtl/>
        </w:rPr>
        <w:t>ی‌</w:t>
      </w:r>
      <w:r w:rsidRPr="000A721C">
        <w:rPr>
          <w:rFonts w:ascii="Tahoma" w:hAnsi="Tahoma" w:cs="Tahoma" w:hint="eastAsia"/>
          <w:rtl/>
        </w:rPr>
        <w:t>توانست</w:t>
      </w:r>
      <w:r w:rsidRPr="000A721C">
        <w:rPr>
          <w:rFonts w:ascii="Tahoma" w:hAnsi="Tahoma" w:cs="Tahoma"/>
          <w:rtl/>
        </w:rPr>
        <w:t xml:space="preserve"> ب</w:t>
      </w:r>
      <w:r w:rsidRPr="000A721C">
        <w:rPr>
          <w:rFonts w:ascii="Tahoma" w:hAnsi="Tahoma" w:cs="Tahoma" w:hint="cs"/>
          <w:rtl/>
        </w:rPr>
        <w:t>ی‌</w:t>
      </w:r>
      <w:r w:rsidRPr="000A721C">
        <w:rPr>
          <w:rFonts w:ascii="Tahoma" w:hAnsi="Tahoma" w:cs="Tahoma" w:hint="eastAsia"/>
          <w:rtl/>
        </w:rPr>
        <w:t>درنگ</w:t>
      </w:r>
      <w:r w:rsidRPr="000A721C">
        <w:rPr>
          <w:rFonts w:ascii="Tahoma" w:hAnsi="Tahoma" w:cs="Tahoma"/>
          <w:rtl/>
        </w:rPr>
        <w:t xml:space="preserve"> با مرشدقل</w:t>
      </w:r>
      <w:r w:rsidRPr="000A721C">
        <w:rPr>
          <w:rFonts w:ascii="Tahoma" w:hAnsi="Tahoma" w:cs="Tahoma" w:hint="cs"/>
          <w:rtl/>
        </w:rPr>
        <w:t>ی‌</w:t>
      </w:r>
      <w:r w:rsidRPr="000A721C">
        <w:rPr>
          <w:rFonts w:ascii="Tahoma" w:hAnsi="Tahoma" w:cs="Tahoma" w:hint="eastAsia"/>
          <w:rtl/>
        </w:rPr>
        <w:t>خان</w:t>
      </w:r>
      <w:r w:rsidRPr="000A721C">
        <w:rPr>
          <w:rFonts w:ascii="Tahoma" w:hAnsi="Tahoma" w:cs="Tahoma"/>
          <w:rtl/>
        </w:rPr>
        <w:t xml:space="preserve"> و د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گر</w:t>
      </w:r>
      <w:r w:rsidRPr="000A721C">
        <w:rPr>
          <w:rFonts w:ascii="Tahoma" w:hAnsi="Tahoma" w:cs="Tahoma"/>
          <w:rtl/>
        </w:rPr>
        <w:t xml:space="preserve"> سران قزلباش درگ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ر</w:t>
      </w:r>
      <w:r w:rsidRPr="000A721C">
        <w:rPr>
          <w:rFonts w:ascii="Tahoma" w:hAnsi="Tahoma" w:cs="Tahoma"/>
          <w:rtl/>
        </w:rPr>
        <w:t xml:space="preserve"> شود. کشور از دو سو در معرض حمله بود، خزانه و قشون وضع مناسب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نداشتند و بس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ار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از ا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الات</w:t>
      </w:r>
      <w:r w:rsidRPr="000A721C">
        <w:rPr>
          <w:rFonts w:ascii="Tahoma" w:hAnsi="Tahoma" w:cs="Tahoma"/>
          <w:rtl/>
        </w:rPr>
        <w:t xml:space="preserve"> ز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ر</w:t>
      </w:r>
      <w:r w:rsidRPr="000A721C">
        <w:rPr>
          <w:rFonts w:ascii="Tahoma" w:hAnsi="Tahoma" w:cs="Tahoma"/>
          <w:rtl/>
        </w:rPr>
        <w:t xml:space="preserve"> نفوذ ام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ران</w:t>
      </w:r>
      <w:r w:rsidRPr="000A721C">
        <w:rPr>
          <w:rFonts w:ascii="Tahoma" w:hAnsi="Tahoma" w:cs="Tahoma"/>
          <w:rtl/>
        </w:rPr>
        <w:t xml:space="preserve"> قدرتمند قرار گرفته بودند. شاه جوان برا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زنده‌ماندن ناچار بود مدت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وابستگ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خود را بپذ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رد</w:t>
      </w:r>
      <w:r w:rsidRPr="000A721C">
        <w:rPr>
          <w:rFonts w:ascii="Tahoma" w:hAnsi="Tahoma" w:cs="Tahoma"/>
          <w:rtl/>
        </w:rPr>
        <w:t xml:space="preserve"> و منتظر فرصت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بماند.</w:t>
      </w:r>
    </w:p>
    <w:p w:rsidR="000A721C" w:rsidRPr="000A721C" w:rsidRDefault="000A721C" w:rsidP="000A721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0A721C">
        <w:rPr>
          <w:rFonts w:ascii="Tahoma" w:hAnsi="Tahoma" w:cs="Tahoma" w:hint="eastAsia"/>
          <w:rtl/>
        </w:rPr>
        <w:t>اما</w:t>
      </w:r>
      <w:r w:rsidRPr="000A721C">
        <w:rPr>
          <w:rFonts w:ascii="Tahoma" w:hAnsi="Tahoma" w:cs="Tahoma"/>
          <w:rtl/>
        </w:rPr>
        <w:t xml:space="preserve"> تجربهٔ کودک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و نوجوان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به او آموخته بود که ام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ر</w:t>
      </w:r>
      <w:r w:rsidRPr="000A721C">
        <w:rPr>
          <w:rFonts w:ascii="Tahoma" w:hAnsi="Tahoma" w:cs="Tahoma"/>
          <w:rtl/>
        </w:rPr>
        <w:t xml:space="preserve"> قزلباش چگونه از شاهزاده استفاده م</w:t>
      </w:r>
      <w:r w:rsidRPr="000A721C">
        <w:rPr>
          <w:rFonts w:ascii="Tahoma" w:hAnsi="Tahoma" w:cs="Tahoma" w:hint="cs"/>
          <w:rtl/>
        </w:rPr>
        <w:t>ی‌</w:t>
      </w:r>
      <w:r w:rsidRPr="000A721C">
        <w:rPr>
          <w:rFonts w:ascii="Tahoma" w:hAnsi="Tahoma" w:cs="Tahoma" w:hint="eastAsia"/>
          <w:rtl/>
        </w:rPr>
        <w:t>کند</w:t>
      </w:r>
      <w:r w:rsidRPr="000A721C">
        <w:rPr>
          <w:rFonts w:ascii="Tahoma" w:hAnsi="Tahoma" w:cs="Tahoma"/>
          <w:rtl/>
        </w:rPr>
        <w:t>. او د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ده</w:t>
      </w:r>
      <w:r w:rsidRPr="000A721C">
        <w:rPr>
          <w:rFonts w:ascii="Tahoma" w:hAnsi="Tahoma" w:cs="Tahoma"/>
          <w:rtl/>
        </w:rPr>
        <w:t xml:space="preserve"> بود که عل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قل</w:t>
      </w:r>
      <w:r w:rsidRPr="000A721C">
        <w:rPr>
          <w:rFonts w:ascii="Tahoma" w:hAnsi="Tahoma" w:cs="Tahoma" w:hint="cs"/>
          <w:rtl/>
        </w:rPr>
        <w:t>ی‌</w:t>
      </w:r>
      <w:r w:rsidRPr="000A721C">
        <w:rPr>
          <w:rFonts w:ascii="Tahoma" w:hAnsi="Tahoma" w:cs="Tahoma" w:hint="eastAsia"/>
          <w:rtl/>
        </w:rPr>
        <w:t>خان</w:t>
      </w:r>
      <w:r w:rsidRPr="000A721C">
        <w:rPr>
          <w:rFonts w:ascii="Tahoma" w:hAnsi="Tahoma" w:cs="Tahoma"/>
          <w:rtl/>
        </w:rPr>
        <w:t xml:space="preserve"> شاملو و مرشدقل</w:t>
      </w:r>
      <w:r w:rsidRPr="000A721C">
        <w:rPr>
          <w:rFonts w:ascii="Tahoma" w:hAnsi="Tahoma" w:cs="Tahoma" w:hint="cs"/>
          <w:rtl/>
        </w:rPr>
        <w:t>ی‌</w:t>
      </w:r>
      <w:r w:rsidRPr="000A721C">
        <w:rPr>
          <w:rFonts w:ascii="Tahoma" w:hAnsi="Tahoma" w:cs="Tahoma" w:hint="eastAsia"/>
          <w:rtl/>
        </w:rPr>
        <w:t>خان</w:t>
      </w:r>
      <w:r w:rsidRPr="000A721C">
        <w:rPr>
          <w:rFonts w:ascii="Tahoma" w:hAnsi="Tahoma" w:cs="Tahoma"/>
          <w:rtl/>
        </w:rPr>
        <w:t xml:space="preserve"> استاجلو هر 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ک</w:t>
      </w:r>
      <w:r w:rsidRPr="000A721C">
        <w:rPr>
          <w:rFonts w:ascii="Tahoma" w:hAnsi="Tahoma" w:cs="Tahoma"/>
          <w:rtl/>
        </w:rPr>
        <w:t xml:space="preserve"> او را وس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لهٔ</w:t>
      </w:r>
      <w:r w:rsidRPr="000A721C">
        <w:rPr>
          <w:rFonts w:ascii="Tahoma" w:hAnsi="Tahoma" w:cs="Tahoma"/>
          <w:rtl/>
        </w:rPr>
        <w:t xml:space="preserve"> رقابت خود م</w:t>
      </w:r>
      <w:r w:rsidRPr="000A721C">
        <w:rPr>
          <w:rFonts w:ascii="Tahoma" w:hAnsi="Tahoma" w:cs="Tahoma" w:hint="cs"/>
          <w:rtl/>
        </w:rPr>
        <w:t>ی‌</w:t>
      </w:r>
      <w:r w:rsidRPr="000A721C">
        <w:rPr>
          <w:rFonts w:ascii="Tahoma" w:hAnsi="Tahoma" w:cs="Tahoma" w:hint="eastAsia"/>
          <w:rtl/>
        </w:rPr>
        <w:t>دانند</w:t>
      </w:r>
      <w:r w:rsidRPr="000A721C">
        <w:rPr>
          <w:rFonts w:ascii="Tahoma" w:hAnsi="Tahoma" w:cs="Tahoma"/>
          <w:rtl/>
        </w:rPr>
        <w:t>. قتل مادرش به دست ام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ران،</w:t>
      </w:r>
      <w:r w:rsidRPr="000A721C">
        <w:rPr>
          <w:rFonts w:ascii="Tahoma" w:hAnsi="Tahoma" w:cs="Tahoma"/>
          <w:rtl/>
        </w:rPr>
        <w:t xml:space="preserve"> ضعف پدرش، کشته‌شدن وز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ر</w:t>
      </w:r>
      <w:r w:rsidRPr="000A721C">
        <w:rPr>
          <w:rFonts w:ascii="Tahoma" w:hAnsi="Tahoma" w:cs="Tahoma"/>
          <w:rtl/>
        </w:rPr>
        <w:t xml:space="preserve"> و سقوط شهرها همگ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ک</w:t>
      </w:r>
      <w:r w:rsidRPr="000A721C">
        <w:rPr>
          <w:rFonts w:ascii="Tahoma" w:hAnsi="Tahoma" w:cs="Tahoma"/>
          <w:rtl/>
        </w:rPr>
        <w:t xml:space="preserve"> ن</w:t>
      </w:r>
      <w:r w:rsidRPr="000A721C">
        <w:rPr>
          <w:rFonts w:ascii="Tahoma" w:hAnsi="Tahoma" w:cs="Tahoma" w:hint="eastAsia"/>
          <w:rtl/>
        </w:rPr>
        <w:t>ت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جه</w:t>
      </w:r>
      <w:r w:rsidRPr="000A721C">
        <w:rPr>
          <w:rFonts w:ascii="Tahoma" w:hAnsi="Tahoma" w:cs="Tahoma"/>
          <w:rtl/>
        </w:rPr>
        <w:t xml:space="preserve"> را پ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ش</w:t>
      </w:r>
      <w:r w:rsidRPr="000A721C">
        <w:rPr>
          <w:rFonts w:ascii="Tahoma" w:hAnsi="Tahoma" w:cs="Tahoma"/>
          <w:rtl/>
        </w:rPr>
        <w:t xml:space="preserve"> چشم او م</w:t>
      </w:r>
      <w:r w:rsidRPr="000A721C">
        <w:rPr>
          <w:rFonts w:ascii="Tahoma" w:hAnsi="Tahoma" w:cs="Tahoma" w:hint="cs"/>
          <w:rtl/>
        </w:rPr>
        <w:t>ی‌</w:t>
      </w:r>
      <w:r w:rsidRPr="000A721C">
        <w:rPr>
          <w:rFonts w:ascii="Tahoma" w:hAnsi="Tahoma" w:cs="Tahoma" w:hint="eastAsia"/>
          <w:rtl/>
        </w:rPr>
        <w:t>گذاشتند</w:t>
      </w:r>
      <w:r w:rsidRPr="000A721C">
        <w:rPr>
          <w:rFonts w:ascii="Tahoma" w:hAnsi="Tahoma" w:cs="Tahoma"/>
          <w:rtl/>
        </w:rPr>
        <w:t>: تا هنگام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که تاج قشون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مستقل از قبا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ل</w:t>
      </w:r>
      <w:r w:rsidRPr="000A721C">
        <w:rPr>
          <w:rFonts w:ascii="Tahoma" w:hAnsi="Tahoma" w:cs="Tahoma"/>
          <w:rtl/>
        </w:rPr>
        <w:t xml:space="preserve"> نداشته باشد، شاه فرمانروا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واقع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کشور نخواهد بود.</w:t>
      </w:r>
    </w:p>
    <w:p w:rsidR="000A721C" w:rsidRPr="000A721C" w:rsidRDefault="000A721C" w:rsidP="000A721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0A721C">
        <w:rPr>
          <w:rFonts w:ascii="Tahoma" w:hAnsi="Tahoma" w:cs="Tahoma" w:hint="eastAsia"/>
          <w:rtl/>
        </w:rPr>
        <w:t>عباس</w:t>
      </w:r>
      <w:r w:rsidRPr="000A721C">
        <w:rPr>
          <w:rFonts w:ascii="Tahoma" w:hAnsi="Tahoma" w:cs="Tahoma"/>
          <w:rtl/>
        </w:rPr>
        <w:t xml:space="preserve"> نخست رق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بان</w:t>
      </w:r>
      <w:r w:rsidRPr="000A721C">
        <w:rPr>
          <w:rFonts w:ascii="Tahoma" w:hAnsi="Tahoma" w:cs="Tahoma"/>
          <w:rtl/>
        </w:rPr>
        <w:t xml:space="preserve"> نزد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ک</w:t>
      </w:r>
      <w:r w:rsidRPr="000A721C">
        <w:rPr>
          <w:rFonts w:ascii="Tahoma" w:hAnsi="Tahoma" w:cs="Tahoma"/>
          <w:rtl/>
        </w:rPr>
        <w:t xml:space="preserve"> را با احت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اط</w:t>
      </w:r>
      <w:r w:rsidRPr="000A721C">
        <w:rPr>
          <w:rFonts w:ascii="Tahoma" w:hAnsi="Tahoma" w:cs="Tahoma"/>
          <w:rtl/>
        </w:rPr>
        <w:t xml:space="preserve"> از م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ان</w:t>
      </w:r>
      <w:r w:rsidRPr="000A721C">
        <w:rPr>
          <w:rFonts w:ascii="Tahoma" w:hAnsi="Tahoma" w:cs="Tahoma"/>
          <w:rtl/>
        </w:rPr>
        <w:t xml:space="preserve"> برداشت. مرشدقل</w:t>
      </w:r>
      <w:r w:rsidRPr="000A721C">
        <w:rPr>
          <w:rFonts w:ascii="Tahoma" w:hAnsi="Tahoma" w:cs="Tahoma" w:hint="cs"/>
          <w:rtl/>
        </w:rPr>
        <w:t>ی‌</w:t>
      </w:r>
      <w:r w:rsidRPr="000A721C">
        <w:rPr>
          <w:rFonts w:ascii="Tahoma" w:hAnsi="Tahoma" w:cs="Tahoma" w:hint="eastAsia"/>
          <w:rtl/>
        </w:rPr>
        <w:t>خان</w:t>
      </w:r>
      <w:r w:rsidRPr="000A721C">
        <w:rPr>
          <w:rFonts w:ascii="Tahoma" w:hAnsi="Tahoma" w:cs="Tahoma"/>
          <w:rtl/>
        </w:rPr>
        <w:t xml:space="preserve"> که خود را سازندهٔ سلطنت او م</w:t>
      </w:r>
      <w:r w:rsidRPr="000A721C">
        <w:rPr>
          <w:rFonts w:ascii="Tahoma" w:hAnsi="Tahoma" w:cs="Tahoma" w:hint="cs"/>
          <w:rtl/>
        </w:rPr>
        <w:t>ی‌</w:t>
      </w:r>
      <w:r w:rsidRPr="000A721C">
        <w:rPr>
          <w:rFonts w:ascii="Tahoma" w:hAnsi="Tahoma" w:cs="Tahoma" w:hint="eastAsia"/>
          <w:rtl/>
        </w:rPr>
        <w:t>دانست،</w:t>
      </w:r>
      <w:r w:rsidRPr="000A721C">
        <w:rPr>
          <w:rFonts w:ascii="Tahoma" w:hAnsi="Tahoma" w:cs="Tahoma"/>
          <w:rtl/>
        </w:rPr>
        <w:t xml:space="preserve"> نم</w:t>
      </w:r>
      <w:r w:rsidRPr="000A721C">
        <w:rPr>
          <w:rFonts w:ascii="Tahoma" w:hAnsi="Tahoma" w:cs="Tahoma" w:hint="cs"/>
          <w:rtl/>
        </w:rPr>
        <w:t>ی‌</w:t>
      </w:r>
      <w:r w:rsidRPr="000A721C">
        <w:rPr>
          <w:rFonts w:ascii="Tahoma" w:hAnsi="Tahoma" w:cs="Tahoma" w:hint="eastAsia"/>
          <w:rtl/>
        </w:rPr>
        <w:t>توانست</w:t>
      </w:r>
      <w:r w:rsidRPr="000A721C">
        <w:rPr>
          <w:rFonts w:ascii="Tahoma" w:hAnsi="Tahoma" w:cs="Tahoma"/>
          <w:rtl/>
        </w:rPr>
        <w:t xml:space="preserve"> بپذ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رد</w:t>
      </w:r>
      <w:r w:rsidRPr="000A721C">
        <w:rPr>
          <w:rFonts w:ascii="Tahoma" w:hAnsi="Tahoma" w:cs="Tahoma"/>
          <w:rtl/>
        </w:rPr>
        <w:t xml:space="preserve"> شاه جوان مستقل تصم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م</w:t>
      </w:r>
      <w:r w:rsidRPr="000A721C">
        <w:rPr>
          <w:rFonts w:ascii="Tahoma" w:hAnsi="Tahoma" w:cs="Tahoma"/>
          <w:rtl/>
        </w:rPr>
        <w:t xml:space="preserve"> بگ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رد</w:t>
      </w:r>
      <w:r w:rsidRPr="000A721C">
        <w:rPr>
          <w:rFonts w:ascii="Tahoma" w:hAnsi="Tahoma" w:cs="Tahoma"/>
          <w:rtl/>
        </w:rPr>
        <w:t>. رابطهٔ آنان د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ر</w:t>
      </w:r>
      <w:r w:rsidRPr="000A721C">
        <w:rPr>
          <w:rFonts w:ascii="Tahoma" w:hAnsi="Tahoma" w:cs="Tahoma"/>
          <w:rtl/>
        </w:rPr>
        <w:t xml:space="preserve"> 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ا</w:t>
      </w:r>
      <w:r w:rsidRPr="000A721C">
        <w:rPr>
          <w:rFonts w:ascii="Tahoma" w:hAnsi="Tahoma" w:cs="Tahoma"/>
          <w:rtl/>
        </w:rPr>
        <w:t xml:space="preserve"> زود به برخورد م</w:t>
      </w:r>
      <w:r w:rsidRPr="000A721C">
        <w:rPr>
          <w:rFonts w:ascii="Tahoma" w:hAnsi="Tahoma" w:cs="Tahoma" w:hint="cs"/>
          <w:rtl/>
        </w:rPr>
        <w:t>ی‌</w:t>
      </w:r>
      <w:r w:rsidRPr="000A721C">
        <w:rPr>
          <w:rFonts w:ascii="Tahoma" w:hAnsi="Tahoma" w:cs="Tahoma" w:hint="eastAsia"/>
          <w:rtl/>
        </w:rPr>
        <w:t>انجام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د</w:t>
      </w:r>
      <w:r w:rsidRPr="000A721C">
        <w:rPr>
          <w:rFonts w:ascii="Tahoma" w:hAnsi="Tahoma" w:cs="Tahoma"/>
          <w:rtl/>
        </w:rPr>
        <w:t xml:space="preserve">. در سال </w:t>
      </w:r>
      <w:r w:rsidRPr="000A721C">
        <w:rPr>
          <w:rFonts w:ascii="Tahoma" w:hAnsi="Tahoma" w:cs="Tahoma"/>
          <w:rtl/>
          <w:lang w:bidi="fa-IR"/>
        </w:rPr>
        <w:t>۱۵۸۹</w:t>
      </w:r>
      <w:r w:rsidRPr="000A721C">
        <w:rPr>
          <w:rFonts w:ascii="Tahoma" w:hAnsi="Tahoma" w:cs="Tahoma"/>
          <w:rtl/>
        </w:rPr>
        <w:t xml:space="preserve"> م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لاد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مرشدقل</w:t>
      </w:r>
      <w:r w:rsidRPr="000A721C">
        <w:rPr>
          <w:rFonts w:ascii="Tahoma" w:hAnsi="Tahoma" w:cs="Tahoma" w:hint="cs"/>
          <w:rtl/>
        </w:rPr>
        <w:t>ی‌</w:t>
      </w:r>
      <w:r w:rsidRPr="000A721C">
        <w:rPr>
          <w:rFonts w:ascii="Tahoma" w:hAnsi="Tahoma" w:cs="Tahoma" w:hint="eastAsia"/>
          <w:rtl/>
        </w:rPr>
        <w:t>خان</w:t>
      </w:r>
      <w:r w:rsidRPr="000A721C">
        <w:rPr>
          <w:rFonts w:ascii="Tahoma" w:hAnsi="Tahoma" w:cs="Tahoma"/>
          <w:rtl/>
        </w:rPr>
        <w:t xml:space="preserve"> کشته شد و عباس توانست از نخست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ن</w:t>
      </w:r>
      <w:r w:rsidRPr="000A721C">
        <w:rPr>
          <w:rFonts w:ascii="Tahoma" w:hAnsi="Tahoma" w:cs="Tahoma"/>
          <w:rtl/>
        </w:rPr>
        <w:t xml:space="preserve"> و ن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رومندتر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ن</w:t>
      </w:r>
      <w:r w:rsidRPr="000A721C">
        <w:rPr>
          <w:rFonts w:ascii="Tahoma" w:hAnsi="Tahoma" w:cs="Tahoma"/>
          <w:rtl/>
        </w:rPr>
        <w:t xml:space="preserve"> سرپرست خود رها</w:t>
      </w:r>
      <w:r w:rsidRPr="000A721C">
        <w:rPr>
          <w:rFonts w:ascii="Tahoma" w:hAnsi="Tahoma" w:cs="Tahoma" w:hint="cs"/>
          <w:rtl/>
        </w:rPr>
        <w:t>یی</w:t>
      </w:r>
      <w:r w:rsidRPr="000A721C">
        <w:rPr>
          <w:rFonts w:ascii="Tahoma" w:hAnsi="Tahoma" w:cs="Tahoma"/>
          <w:rtl/>
        </w:rPr>
        <w:t xml:space="preserve"> 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ابد</w:t>
      </w:r>
      <w:r w:rsidRPr="000A721C">
        <w:rPr>
          <w:rFonts w:ascii="Tahoma" w:hAnsi="Tahoma" w:cs="Tahoma"/>
          <w:rtl/>
        </w:rPr>
        <w:t>.</w:t>
      </w:r>
    </w:p>
    <w:p w:rsidR="000A721C" w:rsidRPr="000A721C" w:rsidRDefault="000A721C" w:rsidP="000A721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0A721C">
        <w:rPr>
          <w:rFonts w:ascii="Tahoma" w:hAnsi="Tahoma" w:cs="Tahoma" w:hint="eastAsia"/>
          <w:rtl/>
        </w:rPr>
        <w:t>ا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ن</w:t>
      </w:r>
      <w:r w:rsidRPr="000A721C">
        <w:rPr>
          <w:rFonts w:ascii="Tahoma" w:hAnsi="Tahoma" w:cs="Tahoma"/>
          <w:rtl/>
        </w:rPr>
        <w:t xml:space="preserve"> قتل به‌تنها</w:t>
      </w:r>
      <w:r w:rsidRPr="000A721C">
        <w:rPr>
          <w:rFonts w:ascii="Tahoma" w:hAnsi="Tahoma" w:cs="Tahoma" w:hint="cs"/>
          <w:rtl/>
        </w:rPr>
        <w:t>یی</w:t>
      </w:r>
      <w:r w:rsidRPr="000A721C">
        <w:rPr>
          <w:rFonts w:ascii="Tahoma" w:hAnsi="Tahoma" w:cs="Tahoma"/>
          <w:rtl/>
        </w:rPr>
        <w:t xml:space="preserve"> انحصار قزلباشان را از م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ان</w:t>
      </w:r>
      <w:r w:rsidRPr="000A721C">
        <w:rPr>
          <w:rFonts w:ascii="Tahoma" w:hAnsi="Tahoma" w:cs="Tahoma"/>
          <w:rtl/>
        </w:rPr>
        <w:t xml:space="preserve"> نبرد. قبا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ل</w:t>
      </w:r>
      <w:r w:rsidRPr="000A721C">
        <w:rPr>
          <w:rFonts w:ascii="Tahoma" w:hAnsi="Tahoma" w:cs="Tahoma"/>
          <w:rtl/>
        </w:rPr>
        <w:t xml:space="preserve"> همچنان قشون، ولا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ت‌ها</w:t>
      </w:r>
      <w:r w:rsidRPr="000A721C">
        <w:rPr>
          <w:rFonts w:ascii="Tahoma" w:hAnsi="Tahoma" w:cs="Tahoma"/>
          <w:rtl/>
        </w:rPr>
        <w:t xml:space="preserve"> و بخش بزرگ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از درآمد کشور را در اخت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ار</w:t>
      </w:r>
      <w:r w:rsidRPr="000A721C">
        <w:rPr>
          <w:rFonts w:ascii="Tahoma" w:hAnsi="Tahoma" w:cs="Tahoma"/>
          <w:rtl/>
        </w:rPr>
        <w:t xml:space="preserve"> داشتند. اگر شاه فقط 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ک</w:t>
      </w:r>
      <w:r w:rsidRPr="000A721C">
        <w:rPr>
          <w:rFonts w:ascii="Tahoma" w:hAnsi="Tahoma" w:cs="Tahoma"/>
          <w:rtl/>
        </w:rPr>
        <w:t xml:space="preserve"> ام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ر</w:t>
      </w:r>
      <w:r w:rsidRPr="000A721C">
        <w:rPr>
          <w:rFonts w:ascii="Tahoma" w:hAnsi="Tahoma" w:cs="Tahoma"/>
          <w:rtl/>
        </w:rPr>
        <w:t xml:space="preserve"> را م</w:t>
      </w:r>
      <w:r w:rsidRPr="000A721C">
        <w:rPr>
          <w:rFonts w:ascii="Tahoma" w:hAnsi="Tahoma" w:cs="Tahoma" w:hint="cs"/>
          <w:rtl/>
        </w:rPr>
        <w:t>ی‌</w:t>
      </w:r>
      <w:r w:rsidRPr="000A721C">
        <w:rPr>
          <w:rFonts w:ascii="Tahoma" w:hAnsi="Tahoma" w:cs="Tahoma" w:hint="eastAsia"/>
          <w:rtl/>
        </w:rPr>
        <w:t>کشت</w:t>
      </w:r>
      <w:r w:rsidRPr="000A721C">
        <w:rPr>
          <w:rFonts w:ascii="Tahoma" w:hAnsi="Tahoma" w:cs="Tahoma"/>
          <w:rtl/>
        </w:rPr>
        <w:t xml:space="preserve"> و ام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ر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د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گر</w:t>
      </w:r>
      <w:r w:rsidRPr="000A721C">
        <w:rPr>
          <w:rFonts w:ascii="Tahoma" w:hAnsi="Tahoma" w:cs="Tahoma"/>
          <w:rtl/>
        </w:rPr>
        <w:t xml:space="preserve"> جا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او را م</w:t>
      </w:r>
      <w:r w:rsidRPr="000A721C">
        <w:rPr>
          <w:rFonts w:ascii="Tahoma" w:hAnsi="Tahoma" w:cs="Tahoma" w:hint="cs"/>
          <w:rtl/>
        </w:rPr>
        <w:t>ی‌</w:t>
      </w:r>
      <w:r w:rsidRPr="000A721C">
        <w:rPr>
          <w:rFonts w:ascii="Tahoma" w:hAnsi="Tahoma" w:cs="Tahoma" w:hint="eastAsia"/>
          <w:rtl/>
        </w:rPr>
        <w:t>گرفت،</w:t>
      </w:r>
      <w:r w:rsidRPr="000A721C">
        <w:rPr>
          <w:rFonts w:ascii="Tahoma" w:hAnsi="Tahoma" w:cs="Tahoma"/>
          <w:rtl/>
        </w:rPr>
        <w:t xml:space="preserve"> همان دوران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تکرار م</w:t>
      </w:r>
      <w:r w:rsidRPr="000A721C">
        <w:rPr>
          <w:rFonts w:ascii="Tahoma" w:hAnsi="Tahoma" w:cs="Tahoma" w:hint="cs"/>
          <w:rtl/>
        </w:rPr>
        <w:t>ی‌</w:t>
      </w:r>
      <w:r w:rsidRPr="000A721C">
        <w:rPr>
          <w:rFonts w:ascii="Tahoma" w:hAnsi="Tahoma" w:cs="Tahoma" w:hint="eastAsia"/>
          <w:rtl/>
        </w:rPr>
        <w:t>شد</w:t>
      </w:r>
      <w:r w:rsidRPr="000A721C">
        <w:rPr>
          <w:rFonts w:ascii="Tahoma" w:hAnsi="Tahoma" w:cs="Tahoma"/>
          <w:rtl/>
        </w:rPr>
        <w:t xml:space="preserve"> که در کودک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تهماسب و سلطنت محمد خدابنده د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ده</w:t>
      </w:r>
      <w:r w:rsidRPr="000A721C">
        <w:rPr>
          <w:rFonts w:ascii="Tahoma" w:hAnsi="Tahoma" w:cs="Tahoma"/>
          <w:rtl/>
        </w:rPr>
        <w:t xml:space="preserve"> بود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م</w:t>
      </w:r>
      <w:r w:rsidRPr="000A721C">
        <w:rPr>
          <w:rFonts w:ascii="Tahoma" w:hAnsi="Tahoma" w:cs="Tahoma"/>
          <w:rtl/>
        </w:rPr>
        <w:t>. عباس با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د</w:t>
      </w:r>
      <w:r w:rsidRPr="000A721C">
        <w:rPr>
          <w:rFonts w:ascii="Tahoma" w:hAnsi="Tahoma" w:cs="Tahoma"/>
          <w:rtl/>
        </w:rPr>
        <w:t xml:space="preserve"> خودِ ساختمان قدرت قزلباشان را تغ</w:t>
      </w:r>
      <w:r w:rsidRPr="000A721C">
        <w:rPr>
          <w:rFonts w:ascii="Tahoma" w:hAnsi="Tahoma" w:cs="Tahoma" w:hint="cs"/>
          <w:rtl/>
        </w:rPr>
        <w:t>یی</w:t>
      </w:r>
      <w:r w:rsidRPr="000A721C">
        <w:rPr>
          <w:rFonts w:ascii="Tahoma" w:hAnsi="Tahoma" w:cs="Tahoma" w:hint="eastAsia"/>
          <w:rtl/>
        </w:rPr>
        <w:t>ر</w:t>
      </w:r>
      <w:r w:rsidRPr="000A721C">
        <w:rPr>
          <w:rFonts w:ascii="Tahoma" w:hAnsi="Tahoma" w:cs="Tahoma"/>
          <w:rtl/>
        </w:rPr>
        <w:t xml:space="preserve"> م</w:t>
      </w:r>
      <w:r w:rsidRPr="000A721C">
        <w:rPr>
          <w:rFonts w:ascii="Tahoma" w:hAnsi="Tahoma" w:cs="Tahoma" w:hint="cs"/>
          <w:rtl/>
        </w:rPr>
        <w:t>ی‌</w:t>
      </w:r>
      <w:r w:rsidRPr="000A721C">
        <w:rPr>
          <w:rFonts w:ascii="Tahoma" w:hAnsi="Tahoma" w:cs="Tahoma" w:hint="eastAsia"/>
          <w:rtl/>
        </w:rPr>
        <w:t>داد</w:t>
      </w:r>
      <w:r w:rsidRPr="000A721C">
        <w:rPr>
          <w:rFonts w:ascii="Tahoma" w:hAnsi="Tahoma" w:cs="Tahoma"/>
          <w:rtl/>
        </w:rPr>
        <w:t>.</w:t>
      </w:r>
    </w:p>
    <w:p w:rsidR="000A721C" w:rsidRPr="000A721C" w:rsidRDefault="000A721C" w:rsidP="000A721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0A721C">
        <w:rPr>
          <w:rFonts w:ascii="Tahoma" w:hAnsi="Tahoma" w:cs="Tahoma" w:hint="eastAsia"/>
          <w:rtl/>
        </w:rPr>
        <w:t>پ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ش</w:t>
      </w:r>
      <w:r w:rsidRPr="000A721C">
        <w:rPr>
          <w:rFonts w:ascii="Tahoma" w:hAnsi="Tahoma" w:cs="Tahoma"/>
          <w:rtl/>
        </w:rPr>
        <w:t xml:space="preserve"> از آن، ناچار بود از جنگ در 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ک</w:t>
      </w:r>
      <w:r w:rsidRPr="000A721C">
        <w:rPr>
          <w:rFonts w:ascii="Tahoma" w:hAnsi="Tahoma" w:cs="Tahoma"/>
          <w:rtl/>
        </w:rPr>
        <w:t xml:space="preserve"> جبهه دست بکشد. عثمان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ان</w:t>
      </w:r>
      <w:r w:rsidRPr="000A721C">
        <w:rPr>
          <w:rFonts w:ascii="Tahoma" w:hAnsi="Tahoma" w:cs="Tahoma"/>
          <w:rtl/>
        </w:rPr>
        <w:t xml:space="preserve"> بخش‌ها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گسترده‌ا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از غرب و شمال‌غرب را گرفته بودند و ازبکان خراسان را تهد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د</w:t>
      </w:r>
      <w:r w:rsidRPr="000A721C">
        <w:rPr>
          <w:rFonts w:ascii="Tahoma" w:hAnsi="Tahoma" w:cs="Tahoma"/>
          <w:rtl/>
        </w:rPr>
        <w:t xml:space="preserve"> م</w:t>
      </w:r>
      <w:r w:rsidRPr="000A721C">
        <w:rPr>
          <w:rFonts w:ascii="Tahoma" w:hAnsi="Tahoma" w:cs="Tahoma" w:hint="cs"/>
          <w:rtl/>
        </w:rPr>
        <w:t>ی‌</w:t>
      </w:r>
      <w:r w:rsidRPr="000A721C">
        <w:rPr>
          <w:rFonts w:ascii="Tahoma" w:hAnsi="Tahoma" w:cs="Tahoma" w:hint="eastAsia"/>
          <w:rtl/>
        </w:rPr>
        <w:t>کردند</w:t>
      </w:r>
      <w:r w:rsidRPr="000A721C">
        <w:rPr>
          <w:rFonts w:ascii="Tahoma" w:hAnsi="Tahoma" w:cs="Tahoma"/>
          <w:rtl/>
        </w:rPr>
        <w:t>. حکومت صفو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توان جنگ هم‌زمان با هر دو دشمن را نداشت. ادامهٔ جنگ ممکن بود پ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ش</w:t>
      </w:r>
      <w:r w:rsidRPr="000A721C">
        <w:rPr>
          <w:rFonts w:ascii="Tahoma" w:hAnsi="Tahoma" w:cs="Tahoma"/>
          <w:rtl/>
        </w:rPr>
        <w:t xml:space="preserve"> از انجام هر اصلاح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تاج عباس را از م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>ان ببرد.</w:t>
      </w:r>
    </w:p>
    <w:p w:rsidR="000A721C" w:rsidRPr="000A721C" w:rsidRDefault="000A721C" w:rsidP="000A721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0A721C">
        <w:rPr>
          <w:rFonts w:ascii="Tahoma" w:hAnsi="Tahoma" w:cs="Tahoma"/>
          <w:rtl/>
        </w:rPr>
        <w:t>پ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مان</w:t>
      </w:r>
      <w:r w:rsidRPr="000A721C">
        <w:rPr>
          <w:rFonts w:ascii="Tahoma" w:hAnsi="Tahoma" w:cs="Tahoma"/>
          <w:rtl/>
        </w:rPr>
        <w:t xml:space="preserve"> صلح سال </w:t>
      </w:r>
      <w:r w:rsidRPr="000A721C">
        <w:rPr>
          <w:rFonts w:ascii="Tahoma" w:hAnsi="Tahoma" w:cs="Tahoma"/>
          <w:rtl/>
          <w:lang w:bidi="fa-IR"/>
        </w:rPr>
        <w:t>۱۵۹۰</w:t>
      </w:r>
      <w:r w:rsidRPr="000A721C">
        <w:rPr>
          <w:rFonts w:ascii="Tahoma" w:hAnsi="Tahoma" w:cs="Tahoma"/>
          <w:rtl/>
        </w:rPr>
        <w:t xml:space="preserve"> با عثمان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ان</w:t>
      </w:r>
      <w:r w:rsidRPr="000A721C">
        <w:rPr>
          <w:rFonts w:ascii="Tahoma" w:hAnsi="Tahoma" w:cs="Tahoma"/>
          <w:rtl/>
        </w:rPr>
        <w:t xml:space="preserve"> برا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صفو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ان</w:t>
      </w:r>
      <w:r w:rsidRPr="000A721C">
        <w:rPr>
          <w:rFonts w:ascii="Tahoma" w:hAnsi="Tahoma" w:cs="Tahoma"/>
          <w:rtl/>
        </w:rPr>
        <w:t xml:space="preserve"> سنگ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ن</w:t>
      </w:r>
      <w:r w:rsidRPr="000A721C">
        <w:rPr>
          <w:rFonts w:ascii="Tahoma" w:hAnsi="Tahoma" w:cs="Tahoma"/>
          <w:rtl/>
        </w:rPr>
        <w:t xml:space="preserve"> و تحق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رآم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ز</w:t>
      </w:r>
      <w:r w:rsidRPr="000A721C">
        <w:rPr>
          <w:rFonts w:ascii="Tahoma" w:hAnsi="Tahoma" w:cs="Tahoma"/>
          <w:rtl/>
        </w:rPr>
        <w:t xml:space="preserve"> بود. حکومت ناچار شد تصرف عثمان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ان</w:t>
      </w:r>
      <w:r w:rsidRPr="000A721C">
        <w:rPr>
          <w:rFonts w:ascii="Tahoma" w:hAnsi="Tahoma" w:cs="Tahoma"/>
          <w:rtl/>
        </w:rPr>
        <w:t xml:space="preserve"> بر بخش‌ها</w:t>
      </w:r>
      <w:r w:rsidRPr="000A721C">
        <w:rPr>
          <w:rFonts w:ascii="Tahoma" w:hAnsi="Tahoma" w:cs="Tahoma" w:hint="cs"/>
          <w:rtl/>
        </w:rPr>
        <w:t>یی</w:t>
      </w:r>
      <w:r w:rsidRPr="000A721C">
        <w:rPr>
          <w:rFonts w:ascii="Tahoma" w:hAnsi="Tahoma" w:cs="Tahoma"/>
          <w:rtl/>
        </w:rPr>
        <w:t xml:space="preserve"> از آذربا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جان،</w:t>
      </w:r>
      <w:r w:rsidRPr="000A721C">
        <w:rPr>
          <w:rFonts w:ascii="Tahoma" w:hAnsi="Tahoma" w:cs="Tahoma"/>
          <w:rtl/>
        </w:rPr>
        <w:t xml:space="preserve"> قفقاز و نواح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غرب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را بپذ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رد</w:t>
      </w:r>
      <w:r w:rsidRPr="000A721C">
        <w:rPr>
          <w:rFonts w:ascii="Tahoma" w:hAnsi="Tahoma" w:cs="Tahoma"/>
          <w:rtl/>
        </w:rPr>
        <w:t>. شاه عباس سرزم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ن‌ها</w:t>
      </w:r>
      <w:r w:rsidRPr="000A721C">
        <w:rPr>
          <w:rFonts w:ascii="Tahoma" w:hAnsi="Tahoma" w:cs="Tahoma" w:hint="cs"/>
          <w:rtl/>
        </w:rPr>
        <w:t>یی</w:t>
      </w:r>
      <w:r w:rsidRPr="000A721C">
        <w:rPr>
          <w:rFonts w:ascii="Tahoma" w:hAnsi="Tahoma" w:cs="Tahoma"/>
          <w:rtl/>
        </w:rPr>
        <w:t xml:space="preserve"> را واگذار کرد که خاندانش برا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نگاه‌داشتن آنها جنگ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ده</w:t>
      </w:r>
      <w:r w:rsidRPr="000A721C">
        <w:rPr>
          <w:rFonts w:ascii="Tahoma" w:hAnsi="Tahoma" w:cs="Tahoma"/>
          <w:rtl/>
        </w:rPr>
        <w:t xml:space="preserve"> بود. اما ا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ن</w:t>
      </w:r>
      <w:r w:rsidRPr="000A721C">
        <w:rPr>
          <w:rFonts w:ascii="Tahoma" w:hAnsi="Tahoma" w:cs="Tahoma"/>
          <w:rtl/>
        </w:rPr>
        <w:t xml:space="preserve"> عقب‌نش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ن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از ناتوا</w:t>
      </w:r>
      <w:r w:rsidRPr="000A721C">
        <w:rPr>
          <w:rFonts w:ascii="Tahoma" w:hAnsi="Tahoma" w:cs="Tahoma" w:hint="eastAsia"/>
          <w:rtl/>
        </w:rPr>
        <w:t>ن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صرف سرچشمه نم</w:t>
      </w:r>
      <w:r w:rsidRPr="000A721C">
        <w:rPr>
          <w:rFonts w:ascii="Tahoma" w:hAnsi="Tahoma" w:cs="Tahoma" w:hint="cs"/>
          <w:rtl/>
        </w:rPr>
        <w:t>ی‌</w:t>
      </w:r>
      <w:r w:rsidRPr="000A721C">
        <w:rPr>
          <w:rFonts w:ascii="Tahoma" w:hAnsi="Tahoma" w:cs="Tahoma" w:hint="eastAsia"/>
          <w:rtl/>
        </w:rPr>
        <w:t>گرفت؛</w:t>
      </w:r>
      <w:r w:rsidRPr="000A721C">
        <w:rPr>
          <w:rFonts w:ascii="Tahoma" w:hAnsi="Tahoma" w:cs="Tahoma"/>
          <w:rtl/>
        </w:rPr>
        <w:t xml:space="preserve"> خر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دن</w:t>
      </w:r>
      <w:r w:rsidRPr="000A721C">
        <w:rPr>
          <w:rFonts w:ascii="Tahoma" w:hAnsi="Tahoma" w:cs="Tahoma"/>
          <w:rtl/>
        </w:rPr>
        <w:t xml:space="preserve"> زمان برا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بازساز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حکومت بود.</w:t>
      </w:r>
    </w:p>
    <w:p w:rsidR="000A721C" w:rsidRPr="000A721C" w:rsidRDefault="000A721C" w:rsidP="000A721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0A721C">
        <w:rPr>
          <w:rFonts w:ascii="Tahoma" w:hAnsi="Tahoma" w:cs="Tahoma" w:hint="eastAsia"/>
          <w:rtl/>
        </w:rPr>
        <w:t>شاه</w:t>
      </w:r>
      <w:r w:rsidRPr="000A721C">
        <w:rPr>
          <w:rFonts w:ascii="Tahoma" w:hAnsi="Tahoma" w:cs="Tahoma"/>
          <w:rtl/>
        </w:rPr>
        <w:t xml:space="preserve"> جوان در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افته</w:t>
      </w:r>
      <w:r w:rsidRPr="000A721C">
        <w:rPr>
          <w:rFonts w:ascii="Tahoma" w:hAnsi="Tahoma" w:cs="Tahoma"/>
          <w:rtl/>
        </w:rPr>
        <w:t xml:space="preserve"> بود که بدون قشون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تازه، خزانه‌ا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منظم و مرکز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ت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ن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رومند،</w:t>
      </w:r>
      <w:r w:rsidRPr="000A721C">
        <w:rPr>
          <w:rFonts w:ascii="Tahoma" w:hAnsi="Tahoma" w:cs="Tahoma"/>
          <w:rtl/>
        </w:rPr>
        <w:t xml:space="preserve"> بازپس‌گ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ر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سرزم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ن‌ها</w:t>
      </w:r>
      <w:r w:rsidRPr="000A721C">
        <w:rPr>
          <w:rFonts w:ascii="Tahoma" w:hAnsi="Tahoma" w:cs="Tahoma"/>
          <w:rtl/>
        </w:rPr>
        <w:t xml:space="preserve"> ممکن ن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ست</w:t>
      </w:r>
      <w:r w:rsidRPr="000A721C">
        <w:rPr>
          <w:rFonts w:ascii="Tahoma" w:hAnsi="Tahoma" w:cs="Tahoma"/>
          <w:rtl/>
        </w:rPr>
        <w:t>. جنگ پ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ش</w:t>
      </w:r>
      <w:r w:rsidRPr="000A721C">
        <w:rPr>
          <w:rFonts w:ascii="Tahoma" w:hAnsi="Tahoma" w:cs="Tahoma"/>
          <w:rtl/>
        </w:rPr>
        <w:t xml:space="preserve"> از اصلاح، شکست را تکرار م</w:t>
      </w:r>
      <w:r w:rsidRPr="000A721C">
        <w:rPr>
          <w:rFonts w:ascii="Tahoma" w:hAnsi="Tahoma" w:cs="Tahoma" w:hint="cs"/>
          <w:rtl/>
        </w:rPr>
        <w:t>ی‌</w:t>
      </w:r>
      <w:r w:rsidRPr="000A721C">
        <w:rPr>
          <w:rFonts w:ascii="Tahoma" w:hAnsi="Tahoma" w:cs="Tahoma" w:hint="eastAsia"/>
          <w:rtl/>
        </w:rPr>
        <w:t>کرد</w:t>
      </w:r>
      <w:r w:rsidRPr="000A721C">
        <w:rPr>
          <w:rFonts w:ascii="Tahoma" w:hAnsi="Tahoma" w:cs="Tahoma"/>
          <w:rtl/>
        </w:rPr>
        <w:t>. او نخست با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د</w:t>
      </w:r>
      <w:r w:rsidRPr="000A721C">
        <w:rPr>
          <w:rFonts w:ascii="Tahoma" w:hAnsi="Tahoma" w:cs="Tahoma"/>
          <w:rtl/>
        </w:rPr>
        <w:t xml:space="preserve"> قدرت سران قبا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ل</w:t>
      </w:r>
      <w:r w:rsidRPr="000A721C">
        <w:rPr>
          <w:rFonts w:ascii="Tahoma" w:hAnsi="Tahoma" w:cs="Tahoma"/>
          <w:rtl/>
        </w:rPr>
        <w:t xml:space="preserve"> را محدود م</w:t>
      </w:r>
      <w:r w:rsidRPr="000A721C">
        <w:rPr>
          <w:rFonts w:ascii="Tahoma" w:hAnsi="Tahoma" w:cs="Tahoma" w:hint="cs"/>
          <w:rtl/>
        </w:rPr>
        <w:t>ی‌</w:t>
      </w:r>
      <w:r w:rsidRPr="000A721C">
        <w:rPr>
          <w:rFonts w:ascii="Tahoma" w:hAnsi="Tahoma" w:cs="Tahoma" w:hint="eastAsia"/>
          <w:rtl/>
        </w:rPr>
        <w:t>ساخت،</w:t>
      </w:r>
      <w:r w:rsidRPr="000A721C">
        <w:rPr>
          <w:rFonts w:ascii="Tahoma" w:hAnsi="Tahoma" w:cs="Tahoma"/>
          <w:rtl/>
        </w:rPr>
        <w:t xml:space="preserve"> منابع ولا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ت‌ها</w:t>
      </w:r>
      <w:r w:rsidRPr="000A721C">
        <w:rPr>
          <w:rFonts w:ascii="Tahoma" w:hAnsi="Tahoma" w:cs="Tahoma"/>
          <w:rtl/>
        </w:rPr>
        <w:t xml:space="preserve"> را به اخت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ار</w:t>
      </w:r>
      <w:r w:rsidRPr="000A721C">
        <w:rPr>
          <w:rFonts w:ascii="Tahoma" w:hAnsi="Tahoma" w:cs="Tahoma"/>
          <w:rtl/>
        </w:rPr>
        <w:t xml:space="preserve"> تاج درم</w:t>
      </w:r>
      <w:r w:rsidRPr="000A721C">
        <w:rPr>
          <w:rFonts w:ascii="Tahoma" w:hAnsi="Tahoma" w:cs="Tahoma" w:hint="cs"/>
          <w:rtl/>
        </w:rPr>
        <w:t>ی‌</w:t>
      </w:r>
      <w:r w:rsidRPr="000A721C">
        <w:rPr>
          <w:rFonts w:ascii="Tahoma" w:hAnsi="Tahoma" w:cs="Tahoma" w:hint="eastAsia"/>
          <w:rtl/>
        </w:rPr>
        <w:t>آورد</w:t>
      </w:r>
      <w:r w:rsidRPr="000A721C">
        <w:rPr>
          <w:rFonts w:ascii="Tahoma" w:hAnsi="Tahoma" w:cs="Tahoma"/>
          <w:rtl/>
        </w:rPr>
        <w:t xml:space="preserve"> و ن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روها</w:t>
      </w:r>
      <w:r w:rsidRPr="000A721C">
        <w:rPr>
          <w:rFonts w:ascii="Tahoma" w:hAnsi="Tahoma" w:cs="Tahoma" w:hint="cs"/>
          <w:rtl/>
        </w:rPr>
        <w:t>یی</w:t>
      </w:r>
      <w:r w:rsidRPr="000A721C">
        <w:rPr>
          <w:rFonts w:ascii="Tahoma" w:hAnsi="Tahoma" w:cs="Tahoma"/>
          <w:rtl/>
        </w:rPr>
        <w:t xml:space="preserve"> پد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د</w:t>
      </w:r>
      <w:r w:rsidRPr="000A721C">
        <w:rPr>
          <w:rFonts w:ascii="Tahoma" w:hAnsi="Tahoma" w:cs="Tahoma"/>
          <w:rtl/>
        </w:rPr>
        <w:t xml:space="preserve"> م</w:t>
      </w:r>
      <w:r w:rsidRPr="000A721C">
        <w:rPr>
          <w:rFonts w:ascii="Tahoma" w:hAnsi="Tahoma" w:cs="Tahoma" w:hint="cs"/>
          <w:rtl/>
        </w:rPr>
        <w:t>ی‌</w:t>
      </w:r>
      <w:r w:rsidRPr="000A721C">
        <w:rPr>
          <w:rFonts w:ascii="Tahoma" w:hAnsi="Tahoma" w:cs="Tahoma" w:hint="eastAsia"/>
          <w:rtl/>
        </w:rPr>
        <w:t>آورد</w:t>
      </w:r>
      <w:r w:rsidRPr="000A721C">
        <w:rPr>
          <w:rFonts w:ascii="Tahoma" w:hAnsi="Tahoma" w:cs="Tahoma"/>
          <w:rtl/>
        </w:rPr>
        <w:t xml:space="preserve"> که مقام و مواجبشان را مستق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ماً</w:t>
      </w:r>
      <w:r w:rsidRPr="000A721C">
        <w:rPr>
          <w:rFonts w:ascii="Tahoma" w:hAnsi="Tahoma" w:cs="Tahoma"/>
          <w:rtl/>
        </w:rPr>
        <w:t xml:space="preserve"> از شاه بگ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رند</w:t>
      </w:r>
      <w:r w:rsidRPr="000A721C">
        <w:rPr>
          <w:rFonts w:ascii="Tahoma" w:hAnsi="Tahoma" w:cs="Tahoma"/>
          <w:rtl/>
        </w:rPr>
        <w:t>.</w:t>
      </w:r>
    </w:p>
    <w:p w:rsidR="000A721C" w:rsidRPr="000A721C" w:rsidRDefault="000A721C" w:rsidP="000A721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0A721C">
        <w:rPr>
          <w:rFonts w:ascii="Tahoma" w:hAnsi="Tahoma" w:cs="Tahoma" w:hint="eastAsia"/>
          <w:rtl/>
        </w:rPr>
        <w:t>از</w:t>
      </w:r>
      <w:r w:rsidRPr="000A721C">
        <w:rPr>
          <w:rFonts w:ascii="Tahoma" w:hAnsi="Tahoma" w:cs="Tahoma"/>
          <w:rtl/>
        </w:rPr>
        <w:t xml:space="preserve"> هم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ن‌جا</w:t>
      </w:r>
      <w:r w:rsidRPr="000A721C">
        <w:rPr>
          <w:rFonts w:ascii="Tahoma" w:hAnsi="Tahoma" w:cs="Tahoma"/>
          <w:rtl/>
        </w:rPr>
        <w:t xml:space="preserve"> برنامهٔ اصل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سلطنت شاه عباس آغاز شد. او نم</w:t>
      </w:r>
      <w:r w:rsidRPr="000A721C">
        <w:rPr>
          <w:rFonts w:ascii="Tahoma" w:hAnsi="Tahoma" w:cs="Tahoma" w:hint="cs"/>
          <w:rtl/>
        </w:rPr>
        <w:t>ی‌</w:t>
      </w:r>
      <w:r w:rsidRPr="000A721C">
        <w:rPr>
          <w:rFonts w:ascii="Tahoma" w:hAnsi="Tahoma" w:cs="Tahoma" w:hint="eastAsia"/>
          <w:rtl/>
        </w:rPr>
        <w:t>خواست</w:t>
      </w:r>
      <w:r w:rsidRPr="000A721C">
        <w:rPr>
          <w:rFonts w:ascii="Tahoma" w:hAnsi="Tahoma" w:cs="Tahoma"/>
          <w:rtl/>
        </w:rPr>
        <w:t xml:space="preserve"> قزلباشان را به‌کل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نابود کند؛ ز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را</w:t>
      </w:r>
      <w:r w:rsidRPr="000A721C">
        <w:rPr>
          <w:rFonts w:ascii="Tahoma" w:hAnsi="Tahoma" w:cs="Tahoma"/>
          <w:rtl/>
        </w:rPr>
        <w:t xml:space="preserve"> هنوز به تجربه و جنگاور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آنان ن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از</w:t>
      </w:r>
      <w:r w:rsidRPr="000A721C">
        <w:rPr>
          <w:rFonts w:ascii="Tahoma" w:hAnsi="Tahoma" w:cs="Tahoma"/>
          <w:rtl/>
        </w:rPr>
        <w:t xml:space="preserve"> داشت. هدفش شکستن انحصارشان بود. قشون با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د</w:t>
      </w:r>
      <w:r w:rsidRPr="000A721C">
        <w:rPr>
          <w:rFonts w:ascii="Tahoma" w:hAnsi="Tahoma" w:cs="Tahoma"/>
          <w:rtl/>
        </w:rPr>
        <w:t xml:space="preserve"> از ن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رو</w:t>
      </w:r>
      <w:r w:rsidRPr="000A721C">
        <w:rPr>
          <w:rFonts w:ascii="Tahoma" w:hAnsi="Tahoma" w:cs="Tahoma" w:hint="cs"/>
          <w:rtl/>
        </w:rPr>
        <w:t>یی</w:t>
      </w:r>
      <w:r w:rsidRPr="000A721C">
        <w:rPr>
          <w:rFonts w:ascii="Tahoma" w:hAnsi="Tahoma" w:cs="Tahoma"/>
          <w:rtl/>
        </w:rPr>
        <w:t xml:space="preserve"> که شاه را م</w:t>
      </w:r>
      <w:r w:rsidRPr="000A721C">
        <w:rPr>
          <w:rFonts w:ascii="Tahoma" w:hAnsi="Tahoma" w:cs="Tahoma" w:hint="cs"/>
          <w:rtl/>
        </w:rPr>
        <w:t>ی‌</w:t>
      </w:r>
      <w:r w:rsidRPr="000A721C">
        <w:rPr>
          <w:rFonts w:ascii="Tahoma" w:hAnsi="Tahoma" w:cs="Tahoma" w:hint="eastAsia"/>
          <w:rtl/>
        </w:rPr>
        <w:t>ساخت</w:t>
      </w:r>
      <w:r w:rsidRPr="000A721C">
        <w:rPr>
          <w:rFonts w:ascii="Tahoma" w:hAnsi="Tahoma" w:cs="Tahoma"/>
          <w:rtl/>
        </w:rPr>
        <w:t xml:space="preserve"> به ن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رو</w:t>
      </w:r>
      <w:r w:rsidRPr="000A721C">
        <w:rPr>
          <w:rFonts w:ascii="Tahoma" w:hAnsi="Tahoma" w:cs="Tahoma" w:hint="cs"/>
          <w:rtl/>
        </w:rPr>
        <w:t>یی</w:t>
      </w:r>
      <w:r w:rsidRPr="000A721C">
        <w:rPr>
          <w:rFonts w:ascii="Tahoma" w:hAnsi="Tahoma" w:cs="Tahoma"/>
          <w:rtl/>
        </w:rPr>
        <w:t xml:space="preserve"> تبد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ل</w:t>
      </w:r>
      <w:r w:rsidRPr="000A721C">
        <w:rPr>
          <w:rFonts w:ascii="Tahoma" w:hAnsi="Tahoma" w:cs="Tahoma"/>
          <w:rtl/>
        </w:rPr>
        <w:t xml:space="preserve"> م</w:t>
      </w:r>
      <w:r w:rsidRPr="000A721C">
        <w:rPr>
          <w:rFonts w:ascii="Tahoma" w:hAnsi="Tahoma" w:cs="Tahoma" w:hint="cs"/>
          <w:rtl/>
        </w:rPr>
        <w:t>ی‌</w:t>
      </w:r>
      <w:r w:rsidRPr="000A721C">
        <w:rPr>
          <w:rFonts w:ascii="Tahoma" w:hAnsi="Tahoma" w:cs="Tahoma" w:hint="eastAsia"/>
          <w:rtl/>
        </w:rPr>
        <w:t>شد</w:t>
      </w:r>
      <w:r w:rsidRPr="000A721C">
        <w:rPr>
          <w:rFonts w:ascii="Tahoma" w:hAnsi="Tahoma" w:cs="Tahoma"/>
          <w:rtl/>
        </w:rPr>
        <w:t xml:space="preserve"> که شاه آن را م</w:t>
      </w:r>
      <w:r w:rsidRPr="000A721C">
        <w:rPr>
          <w:rFonts w:ascii="Tahoma" w:hAnsi="Tahoma" w:cs="Tahoma" w:hint="cs"/>
          <w:rtl/>
        </w:rPr>
        <w:t>ی‌</w:t>
      </w:r>
      <w:r w:rsidRPr="000A721C">
        <w:rPr>
          <w:rFonts w:ascii="Tahoma" w:hAnsi="Tahoma" w:cs="Tahoma" w:hint="eastAsia"/>
          <w:rtl/>
        </w:rPr>
        <w:t>ساخت</w:t>
      </w:r>
      <w:r w:rsidRPr="000A721C">
        <w:rPr>
          <w:rFonts w:ascii="Tahoma" w:hAnsi="Tahoma" w:cs="Tahoma"/>
          <w:rtl/>
        </w:rPr>
        <w:t>.</w:t>
      </w:r>
    </w:p>
    <w:p w:rsidR="000A721C" w:rsidRDefault="000A721C" w:rsidP="000A721C">
      <w:pPr>
        <w:bidi/>
        <w:spacing w:after="0" w:line="360" w:lineRule="auto"/>
        <w:ind w:firstLine="720"/>
        <w:jc w:val="both"/>
        <w:rPr>
          <w:rFonts w:ascii="Tahoma" w:hAnsi="Tahoma" w:cs="Tahoma"/>
          <w:rtl/>
        </w:rPr>
      </w:pPr>
      <w:r w:rsidRPr="000A721C">
        <w:rPr>
          <w:rFonts w:ascii="Tahoma" w:hAnsi="Tahoma" w:cs="Tahoma" w:hint="eastAsia"/>
          <w:rtl/>
        </w:rPr>
        <w:t>برا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ا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ن</w:t>
      </w:r>
      <w:r w:rsidRPr="000A721C">
        <w:rPr>
          <w:rFonts w:ascii="Tahoma" w:hAnsi="Tahoma" w:cs="Tahoma"/>
          <w:rtl/>
        </w:rPr>
        <w:t xml:space="preserve"> کار، عباس به گروه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رو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آورد که ب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رون</w:t>
      </w:r>
      <w:r w:rsidRPr="000A721C">
        <w:rPr>
          <w:rFonts w:ascii="Tahoma" w:hAnsi="Tahoma" w:cs="Tahoma"/>
          <w:rtl/>
        </w:rPr>
        <w:t xml:space="preserve"> از اتحاد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ه‌ها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قزلباش قرار داشتند: غلامان قفقاز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،</w:t>
      </w:r>
      <w:r w:rsidRPr="000A721C">
        <w:rPr>
          <w:rFonts w:ascii="Tahoma" w:hAnsi="Tahoma" w:cs="Tahoma"/>
          <w:rtl/>
        </w:rPr>
        <w:t xml:space="preserve"> تفنگچ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ان</w:t>
      </w:r>
      <w:r w:rsidRPr="000A721C">
        <w:rPr>
          <w:rFonts w:ascii="Tahoma" w:hAnsi="Tahoma" w:cs="Tahoma"/>
          <w:rtl/>
        </w:rPr>
        <w:t xml:space="preserve"> و توپچ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ان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/>
          <w:rtl/>
        </w:rPr>
        <w:t xml:space="preserve"> که درآمد و جا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گاهشان</w:t>
      </w:r>
      <w:r w:rsidRPr="000A721C">
        <w:rPr>
          <w:rFonts w:ascii="Tahoma" w:hAnsi="Tahoma" w:cs="Tahoma"/>
          <w:rtl/>
        </w:rPr>
        <w:t xml:space="preserve"> را مستق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ماً</w:t>
      </w:r>
      <w:r w:rsidRPr="000A721C">
        <w:rPr>
          <w:rFonts w:ascii="Tahoma" w:hAnsi="Tahoma" w:cs="Tahoma"/>
          <w:rtl/>
        </w:rPr>
        <w:t xml:space="preserve"> از تاج م</w:t>
      </w:r>
      <w:r w:rsidRPr="000A721C">
        <w:rPr>
          <w:rFonts w:ascii="Tahoma" w:hAnsi="Tahoma" w:cs="Tahoma" w:hint="cs"/>
          <w:rtl/>
        </w:rPr>
        <w:t>ی‌</w:t>
      </w:r>
      <w:r w:rsidRPr="000A721C">
        <w:rPr>
          <w:rFonts w:ascii="Tahoma" w:hAnsi="Tahoma" w:cs="Tahoma" w:hint="eastAsia"/>
          <w:rtl/>
        </w:rPr>
        <w:t>گرفتند</w:t>
      </w:r>
      <w:r w:rsidRPr="000A721C">
        <w:rPr>
          <w:rFonts w:ascii="Tahoma" w:hAnsi="Tahoma" w:cs="Tahoma"/>
          <w:rtl/>
        </w:rPr>
        <w:t>. با ورود ا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ن</w:t>
      </w:r>
      <w:r w:rsidRPr="000A721C">
        <w:rPr>
          <w:rFonts w:ascii="Tahoma" w:hAnsi="Tahoma" w:cs="Tahoma"/>
          <w:rtl/>
        </w:rPr>
        <w:t xml:space="preserve"> ن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روها،</w:t>
      </w:r>
      <w:r w:rsidRPr="000A721C">
        <w:rPr>
          <w:rFonts w:ascii="Tahoma" w:hAnsi="Tahoma" w:cs="Tahoma"/>
          <w:rtl/>
        </w:rPr>
        <w:t xml:space="preserve"> توازن م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ان</w:t>
      </w:r>
      <w:r w:rsidRPr="000A721C">
        <w:rPr>
          <w:rFonts w:ascii="Tahoma" w:hAnsi="Tahoma" w:cs="Tahoma"/>
          <w:rtl/>
        </w:rPr>
        <w:t xml:space="preserve"> شاه و قشون، و در نت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جه</w:t>
      </w:r>
      <w:r w:rsidRPr="000A721C">
        <w:rPr>
          <w:rFonts w:ascii="Tahoma" w:hAnsi="Tahoma" w:cs="Tahoma"/>
          <w:rtl/>
        </w:rPr>
        <w:t xml:space="preserve"> م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ان</w:t>
      </w:r>
      <w:r w:rsidRPr="000A721C">
        <w:rPr>
          <w:rFonts w:ascii="Tahoma" w:hAnsi="Tahoma" w:cs="Tahoma"/>
          <w:rtl/>
        </w:rPr>
        <w:t xml:space="preserve"> تاج، د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وان</w:t>
      </w:r>
      <w:r w:rsidRPr="000A721C">
        <w:rPr>
          <w:rFonts w:ascii="Tahoma" w:hAnsi="Tahoma" w:cs="Tahoma"/>
          <w:rtl/>
        </w:rPr>
        <w:t xml:space="preserve"> و عمامه، دگرگون شد. ا</w:t>
      </w:r>
      <w:r w:rsidRPr="000A721C">
        <w:rPr>
          <w:rFonts w:ascii="Tahoma" w:hAnsi="Tahoma" w:cs="Tahoma" w:hint="cs"/>
          <w:rtl/>
        </w:rPr>
        <w:t>ی</w:t>
      </w:r>
      <w:r w:rsidRPr="000A721C">
        <w:rPr>
          <w:rFonts w:ascii="Tahoma" w:hAnsi="Tahoma" w:cs="Tahoma" w:hint="eastAsia"/>
          <w:rtl/>
        </w:rPr>
        <w:t>ن</w:t>
      </w:r>
      <w:r w:rsidRPr="000A721C">
        <w:rPr>
          <w:rFonts w:ascii="Tahoma" w:hAnsi="Tahoma" w:cs="Tahoma"/>
          <w:rtl/>
        </w:rPr>
        <w:t xml:space="preserve"> موضوع قسمت دوم فصل هفتم است.</w:t>
      </w:r>
    </w:p>
    <w:p w:rsidR="005E3C44" w:rsidRPr="005E3C44" w:rsidRDefault="005E3C44" w:rsidP="005E3C4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E3C44">
        <w:rPr>
          <w:rFonts w:ascii="Tahoma" w:hAnsi="Tahoma" w:cs="Tahoma"/>
          <w:rtl/>
        </w:rPr>
        <w:t>شاه عباس برا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شکستن انحصار قزلباشان نم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توانست</w:t>
      </w:r>
      <w:r w:rsidRPr="005E3C44">
        <w:rPr>
          <w:rFonts w:ascii="Tahoma" w:hAnsi="Tahoma" w:cs="Tahoma"/>
          <w:rtl/>
        </w:rPr>
        <w:t xml:space="preserve"> آنان را 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کباره</w:t>
      </w:r>
      <w:r w:rsidRPr="005E3C44">
        <w:rPr>
          <w:rFonts w:ascii="Tahoma" w:hAnsi="Tahoma" w:cs="Tahoma"/>
          <w:rtl/>
        </w:rPr>
        <w:t xml:space="preserve"> از قشون و حکومت کنار بگذارد. قبا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ل</w:t>
      </w:r>
      <w:r w:rsidRPr="005E3C44">
        <w:rPr>
          <w:rFonts w:ascii="Tahoma" w:hAnsi="Tahoma" w:cs="Tahoma"/>
          <w:rtl/>
        </w:rPr>
        <w:t xml:space="preserve"> قزلباش هنوز مهم‌تر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</w:t>
      </w:r>
      <w:r w:rsidRPr="005E3C44">
        <w:rPr>
          <w:rFonts w:ascii="Tahoma" w:hAnsi="Tahoma" w:cs="Tahoma"/>
          <w:rtl/>
        </w:rPr>
        <w:t xml:space="preserve"> 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رو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جنگ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کشور بودند، تجربهٔ فرمانده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داشتند و بس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ار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از ولا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ت‌ها</w:t>
      </w:r>
      <w:r w:rsidRPr="005E3C44">
        <w:rPr>
          <w:rFonts w:ascii="Tahoma" w:hAnsi="Tahoma" w:cs="Tahoma"/>
          <w:rtl/>
        </w:rPr>
        <w:t xml:space="preserve"> را اداره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کردند</w:t>
      </w:r>
      <w:r w:rsidRPr="005E3C44">
        <w:rPr>
          <w:rFonts w:ascii="Tahoma" w:hAnsi="Tahoma" w:cs="Tahoma"/>
          <w:rtl/>
        </w:rPr>
        <w:t>. حذف ناگهان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آنان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توانست</w:t>
      </w:r>
      <w:r w:rsidRPr="005E3C44">
        <w:rPr>
          <w:rFonts w:ascii="Tahoma" w:hAnsi="Tahoma" w:cs="Tahoma"/>
          <w:rtl/>
        </w:rPr>
        <w:t xml:space="preserve"> همهٔ سران قبا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ل</w:t>
      </w:r>
      <w:r w:rsidRPr="005E3C44">
        <w:rPr>
          <w:rFonts w:ascii="Tahoma" w:hAnsi="Tahoma" w:cs="Tahoma"/>
          <w:rtl/>
        </w:rPr>
        <w:t xml:space="preserve"> را عل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ه</w:t>
      </w:r>
      <w:r w:rsidRPr="005E3C44">
        <w:rPr>
          <w:rFonts w:ascii="Tahoma" w:hAnsi="Tahoma" w:cs="Tahoma"/>
          <w:rtl/>
        </w:rPr>
        <w:t xml:space="preserve"> ش</w:t>
      </w:r>
      <w:r w:rsidRPr="005E3C44">
        <w:rPr>
          <w:rFonts w:ascii="Tahoma" w:hAnsi="Tahoma" w:cs="Tahoma" w:hint="eastAsia"/>
          <w:rtl/>
        </w:rPr>
        <w:t>اه</w:t>
      </w:r>
      <w:r w:rsidRPr="005E3C44">
        <w:rPr>
          <w:rFonts w:ascii="Tahoma" w:hAnsi="Tahoma" w:cs="Tahoma"/>
          <w:rtl/>
        </w:rPr>
        <w:t xml:space="preserve"> متحد کند و حکومت را پ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ش</w:t>
      </w:r>
      <w:r w:rsidRPr="005E3C44">
        <w:rPr>
          <w:rFonts w:ascii="Tahoma" w:hAnsi="Tahoma" w:cs="Tahoma"/>
          <w:rtl/>
        </w:rPr>
        <w:t xml:space="preserve"> از ساخته‌شدن 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رو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جا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گز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</w:t>
      </w:r>
      <w:r w:rsidRPr="005E3C44">
        <w:rPr>
          <w:rFonts w:ascii="Tahoma" w:hAnsi="Tahoma" w:cs="Tahoma"/>
          <w:rtl/>
        </w:rPr>
        <w:t xml:space="preserve"> از هم بپاشد.</w:t>
      </w:r>
    </w:p>
    <w:p w:rsidR="005E3C44" w:rsidRPr="005E3C44" w:rsidRDefault="005E3C44" w:rsidP="005E3C4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E3C44">
        <w:rPr>
          <w:rFonts w:ascii="Tahoma" w:hAnsi="Tahoma" w:cs="Tahoma" w:hint="eastAsia"/>
          <w:rtl/>
        </w:rPr>
        <w:t>او</w:t>
      </w:r>
      <w:r w:rsidRPr="005E3C44">
        <w:rPr>
          <w:rFonts w:ascii="Tahoma" w:hAnsi="Tahoma" w:cs="Tahoma"/>
          <w:rtl/>
        </w:rPr>
        <w:t xml:space="preserve"> ناچار بود از همان روش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استفاده کند که شاه تهماسب برا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رها</w:t>
      </w:r>
      <w:r w:rsidRPr="005E3C44">
        <w:rPr>
          <w:rFonts w:ascii="Tahoma" w:hAnsi="Tahoma" w:cs="Tahoma" w:hint="cs"/>
          <w:rtl/>
        </w:rPr>
        <w:t>یی</w:t>
      </w:r>
      <w:r w:rsidRPr="005E3C44">
        <w:rPr>
          <w:rFonts w:ascii="Tahoma" w:hAnsi="Tahoma" w:cs="Tahoma"/>
          <w:rtl/>
        </w:rPr>
        <w:t xml:space="preserve"> از سرپرستان قزلباش به کار برده بود، اما آن را از حذف اشخاص به تغ</w:t>
      </w:r>
      <w:r w:rsidRPr="005E3C44">
        <w:rPr>
          <w:rFonts w:ascii="Tahoma" w:hAnsi="Tahoma" w:cs="Tahoma" w:hint="cs"/>
          <w:rtl/>
        </w:rPr>
        <w:t>یی</w:t>
      </w:r>
      <w:r w:rsidRPr="005E3C44">
        <w:rPr>
          <w:rFonts w:ascii="Tahoma" w:hAnsi="Tahoma" w:cs="Tahoma" w:hint="eastAsia"/>
          <w:rtl/>
        </w:rPr>
        <w:t>ر</w:t>
      </w:r>
      <w:r w:rsidRPr="005E3C44">
        <w:rPr>
          <w:rFonts w:ascii="Tahoma" w:hAnsi="Tahoma" w:cs="Tahoma"/>
          <w:rtl/>
        </w:rPr>
        <w:t xml:space="preserve"> ساختمان قدرت گسترش دهد. کشتن 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ک</w:t>
      </w:r>
      <w:r w:rsidRPr="005E3C44">
        <w:rPr>
          <w:rFonts w:ascii="Tahoma" w:hAnsi="Tahoma" w:cs="Tahoma"/>
          <w:rtl/>
        </w:rPr>
        <w:t xml:space="preserve"> ام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</w:t>
      </w:r>
      <w:r w:rsidRPr="005E3C44">
        <w:rPr>
          <w:rFonts w:ascii="Tahoma" w:hAnsi="Tahoma" w:cs="Tahoma"/>
          <w:rtl/>
        </w:rPr>
        <w:t xml:space="preserve"> 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رومند</w:t>
      </w:r>
      <w:r w:rsidRPr="005E3C44">
        <w:rPr>
          <w:rFonts w:ascii="Tahoma" w:hAnsi="Tahoma" w:cs="Tahoma"/>
          <w:rtl/>
        </w:rPr>
        <w:t xml:space="preserve"> فقط ام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گر</w:t>
      </w:r>
      <w:r w:rsidRPr="005E3C44">
        <w:rPr>
          <w:rFonts w:ascii="Tahoma" w:hAnsi="Tahoma" w:cs="Tahoma"/>
          <w:rtl/>
        </w:rPr>
        <w:t xml:space="preserve"> را به جا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او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نشاند</w:t>
      </w:r>
      <w:r w:rsidRPr="005E3C44">
        <w:rPr>
          <w:rFonts w:ascii="Tahoma" w:hAnsi="Tahoma" w:cs="Tahoma"/>
          <w:rtl/>
        </w:rPr>
        <w:t>. برا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دگرگون‌کردن رابطهٔ تاج و قشون با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د</w:t>
      </w:r>
      <w:r w:rsidRPr="005E3C44">
        <w:rPr>
          <w:rFonts w:ascii="Tahoma" w:hAnsi="Tahoma" w:cs="Tahoma"/>
          <w:rtl/>
        </w:rPr>
        <w:t xml:space="preserve"> من</w:t>
      </w:r>
      <w:r w:rsidRPr="005E3C44">
        <w:rPr>
          <w:rFonts w:ascii="Tahoma" w:hAnsi="Tahoma" w:cs="Tahoma" w:hint="eastAsia"/>
          <w:rtl/>
        </w:rPr>
        <w:t>ابع</w:t>
      </w:r>
      <w:r w:rsidRPr="005E3C44">
        <w:rPr>
          <w:rFonts w:ascii="Tahoma" w:hAnsi="Tahoma" w:cs="Tahoma"/>
          <w:rtl/>
        </w:rPr>
        <w:t xml:space="preserve"> 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رو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نظام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،</w:t>
      </w:r>
      <w:r w:rsidRPr="005E3C44">
        <w:rPr>
          <w:rFonts w:ascii="Tahoma" w:hAnsi="Tahoma" w:cs="Tahoma"/>
          <w:rtl/>
        </w:rPr>
        <w:t xml:space="preserve"> ش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وهٔ</w:t>
      </w:r>
      <w:r w:rsidRPr="005E3C44">
        <w:rPr>
          <w:rFonts w:ascii="Tahoma" w:hAnsi="Tahoma" w:cs="Tahoma"/>
          <w:rtl/>
        </w:rPr>
        <w:t xml:space="preserve"> پرداخت مواجب، راه رس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دن</w:t>
      </w:r>
      <w:r w:rsidRPr="005E3C44">
        <w:rPr>
          <w:rFonts w:ascii="Tahoma" w:hAnsi="Tahoma" w:cs="Tahoma"/>
          <w:rtl/>
        </w:rPr>
        <w:t xml:space="preserve"> به مقام و وابستگ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فرماندهان تغ</w:t>
      </w:r>
      <w:r w:rsidRPr="005E3C44">
        <w:rPr>
          <w:rFonts w:ascii="Tahoma" w:hAnsi="Tahoma" w:cs="Tahoma" w:hint="cs"/>
          <w:rtl/>
        </w:rPr>
        <w:t>یی</w:t>
      </w:r>
      <w:r w:rsidRPr="005E3C44">
        <w:rPr>
          <w:rFonts w:ascii="Tahoma" w:hAnsi="Tahoma" w:cs="Tahoma" w:hint="eastAsia"/>
          <w:rtl/>
        </w:rPr>
        <w:t>ر</w:t>
      </w:r>
      <w:r w:rsidRPr="005E3C44">
        <w:rPr>
          <w:rFonts w:ascii="Tahoma" w:hAnsi="Tahoma" w:cs="Tahoma"/>
          <w:rtl/>
        </w:rPr>
        <w:t xml:space="preserve">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کرد</w:t>
      </w:r>
      <w:r w:rsidRPr="005E3C44">
        <w:rPr>
          <w:rFonts w:ascii="Tahoma" w:hAnsi="Tahoma" w:cs="Tahoma"/>
          <w:rtl/>
        </w:rPr>
        <w:t>.</w:t>
      </w:r>
    </w:p>
    <w:p w:rsidR="005E3C44" w:rsidRPr="005E3C44" w:rsidRDefault="005E3C44" w:rsidP="005E3C4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E3C44">
        <w:rPr>
          <w:rFonts w:ascii="Tahoma" w:hAnsi="Tahoma" w:cs="Tahoma" w:hint="eastAsia"/>
          <w:rtl/>
        </w:rPr>
        <w:t>نخست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</w:t>
      </w:r>
      <w:r w:rsidRPr="005E3C44">
        <w:rPr>
          <w:rFonts w:ascii="Tahoma" w:hAnsi="Tahoma" w:cs="Tahoma"/>
          <w:rtl/>
        </w:rPr>
        <w:t xml:space="preserve"> اصل برنامهٔ عباس 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جاد</w:t>
      </w:r>
      <w:r w:rsidRPr="005E3C44">
        <w:rPr>
          <w:rFonts w:ascii="Tahoma" w:hAnsi="Tahoma" w:cs="Tahoma"/>
          <w:rtl/>
        </w:rPr>
        <w:t xml:space="preserve"> توازن بود. او نم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خواست</w:t>
      </w:r>
      <w:r w:rsidRPr="005E3C44">
        <w:rPr>
          <w:rFonts w:ascii="Tahoma" w:hAnsi="Tahoma" w:cs="Tahoma"/>
          <w:rtl/>
        </w:rPr>
        <w:t xml:space="preserve"> قزلباشان را نابود کند؛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خواست</w:t>
      </w:r>
      <w:r w:rsidRPr="005E3C44">
        <w:rPr>
          <w:rFonts w:ascii="Tahoma" w:hAnsi="Tahoma" w:cs="Tahoma"/>
          <w:rtl/>
        </w:rPr>
        <w:t xml:space="preserve"> در کنار آنان 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روها</w:t>
      </w:r>
      <w:r w:rsidRPr="005E3C44">
        <w:rPr>
          <w:rFonts w:ascii="Tahoma" w:hAnsi="Tahoma" w:cs="Tahoma" w:hint="cs"/>
          <w:rtl/>
        </w:rPr>
        <w:t>یی</w:t>
      </w:r>
      <w:r w:rsidRPr="005E3C44">
        <w:rPr>
          <w:rFonts w:ascii="Tahoma" w:hAnsi="Tahoma" w:cs="Tahoma"/>
          <w:rtl/>
        </w:rPr>
        <w:t xml:space="preserve"> قرار دهد که مستق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ماً</w:t>
      </w:r>
      <w:r w:rsidRPr="005E3C44">
        <w:rPr>
          <w:rFonts w:ascii="Tahoma" w:hAnsi="Tahoma" w:cs="Tahoma"/>
          <w:rtl/>
        </w:rPr>
        <w:t xml:space="preserve"> به شاه وابسته باشند. قشون تازه با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د</w:t>
      </w:r>
      <w:r w:rsidRPr="005E3C44">
        <w:rPr>
          <w:rFonts w:ascii="Tahoma" w:hAnsi="Tahoma" w:cs="Tahoma"/>
          <w:rtl/>
        </w:rPr>
        <w:t xml:space="preserve"> به جا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پ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وند</w:t>
      </w:r>
      <w:r w:rsidRPr="005E3C44">
        <w:rPr>
          <w:rFonts w:ascii="Tahoma" w:hAnsi="Tahoma" w:cs="Tahoma"/>
          <w:rtl/>
        </w:rPr>
        <w:t xml:space="preserve"> قب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له‌ا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،</w:t>
      </w:r>
      <w:r w:rsidRPr="005E3C44">
        <w:rPr>
          <w:rFonts w:ascii="Tahoma" w:hAnsi="Tahoma" w:cs="Tahoma"/>
          <w:rtl/>
        </w:rPr>
        <w:t xml:space="preserve"> مواجب، آموزش و مقام خود را از تاج بگ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رد</w:t>
      </w:r>
      <w:r w:rsidRPr="005E3C44">
        <w:rPr>
          <w:rFonts w:ascii="Tahoma" w:hAnsi="Tahoma" w:cs="Tahoma"/>
          <w:rtl/>
        </w:rPr>
        <w:t>. فرمانده‌اش با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د</w:t>
      </w:r>
      <w:r w:rsidRPr="005E3C44">
        <w:rPr>
          <w:rFonts w:ascii="Tahoma" w:hAnsi="Tahoma" w:cs="Tahoma"/>
          <w:rtl/>
        </w:rPr>
        <w:t xml:space="preserve"> بداند که با برکنار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از سو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شاه، همهٔ قدرتش را از دست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دهد</w:t>
      </w:r>
      <w:r w:rsidRPr="005E3C44">
        <w:rPr>
          <w:rFonts w:ascii="Tahoma" w:hAnsi="Tahoma" w:cs="Tahoma"/>
          <w:rtl/>
        </w:rPr>
        <w:t xml:space="preserve"> و نم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تواند</w:t>
      </w:r>
      <w:r w:rsidRPr="005E3C44">
        <w:rPr>
          <w:rFonts w:ascii="Tahoma" w:hAnsi="Tahoma" w:cs="Tahoma"/>
          <w:rtl/>
        </w:rPr>
        <w:t xml:space="preserve"> با تک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ه</w:t>
      </w:r>
      <w:r w:rsidRPr="005E3C44">
        <w:rPr>
          <w:rFonts w:ascii="Tahoma" w:hAnsi="Tahoma" w:cs="Tahoma"/>
          <w:rtl/>
        </w:rPr>
        <w:t xml:space="preserve"> بر قب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له‌ا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مسلح در برابر حکومت با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ستد</w:t>
      </w:r>
      <w:r w:rsidRPr="005E3C44">
        <w:rPr>
          <w:rFonts w:ascii="Tahoma" w:hAnsi="Tahoma" w:cs="Tahoma"/>
          <w:rtl/>
        </w:rPr>
        <w:t>.</w:t>
      </w:r>
    </w:p>
    <w:p w:rsidR="005E3C44" w:rsidRPr="005E3C44" w:rsidRDefault="005E3C44" w:rsidP="005E3C4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ک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از مهم‌تر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</w:t>
      </w:r>
      <w:r w:rsidRPr="005E3C44">
        <w:rPr>
          <w:rFonts w:ascii="Tahoma" w:hAnsi="Tahoma" w:cs="Tahoma"/>
          <w:rtl/>
        </w:rPr>
        <w:t xml:space="preserve"> پا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ه‌ها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</w:t>
      </w:r>
      <w:r w:rsidRPr="005E3C44">
        <w:rPr>
          <w:rFonts w:ascii="Tahoma" w:hAnsi="Tahoma" w:cs="Tahoma"/>
          <w:rtl/>
        </w:rPr>
        <w:t xml:space="preserve"> برنامه، گسترش استفاده از غلامان دربار بود. ورود غلامان قفقاز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به دستگاه صفو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پ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ش</w:t>
      </w:r>
      <w:r w:rsidRPr="005E3C44">
        <w:rPr>
          <w:rFonts w:ascii="Tahoma" w:hAnsi="Tahoma" w:cs="Tahoma"/>
          <w:rtl/>
        </w:rPr>
        <w:t xml:space="preserve"> از شاه عباس آغاز شده بود، اما او 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</w:t>
      </w:r>
      <w:r w:rsidRPr="005E3C44">
        <w:rPr>
          <w:rFonts w:ascii="Tahoma" w:hAnsi="Tahoma" w:cs="Tahoma"/>
          <w:rtl/>
        </w:rPr>
        <w:t xml:space="preserve"> گروه را به 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رو</w:t>
      </w:r>
      <w:r w:rsidRPr="005E3C44">
        <w:rPr>
          <w:rFonts w:ascii="Tahoma" w:hAnsi="Tahoma" w:cs="Tahoma" w:hint="cs"/>
          <w:rtl/>
        </w:rPr>
        <w:t>یی</w:t>
      </w:r>
      <w:r w:rsidRPr="005E3C44">
        <w:rPr>
          <w:rFonts w:ascii="Tahoma" w:hAnsi="Tahoma" w:cs="Tahoma"/>
          <w:rtl/>
        </w:rPr>
        <w:t xml:space="preserve"> بزرگ‌تر و سازمان‌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افته‌تر</w:t>
      </w:r>
      <w:r w:rsidRPr="005E3C44">
        <w:rPr>
          <w:rFonts w:ascii="Tahoma" w:hAnsi="Tahoma" w:cs="Tahoma"/>
          <w:rtl/>
        </w:rPr>
        <w:t xml:space="preserve"> تبد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ل</w:t>
      </w:r>
      <w:r w:rsidRPr="005E3C44">
        <w:rPr>
          <w:rFonts w:ascii="Tahoma" w:hAnsi="Tahoma" w:cs="Tahoma"/>
          <w:rtl/>
        </w:rPr>
        <w:t xml:space="preserve"> کرد. بس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ار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از آنان از 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ان</w:t>
      </w:r>
      <w:r w:rsidRPr="005E3C44">
        <w:rPr>
          <w:rFonts w:ascii="Tahoma" w:hAnsi="Tahoma" w:cs="Tahoma"/>
          <w:rtl/>
        </w:rPr>
        <w:t xml:space="preserve"> گرج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ان،</w:t>
      </w:r>
      <w:r w:rsidRPr="005E3C44">
        <w:rPr>
          <w:rFonts w:ascii="Tahoma" w:hAnsi="Tahoma" w:cs="Tahoma"/>
          <w:rtl/>
        </w:rPr>
        <w:t xml:space="preserve"> چرکس‌ها و ارمن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ان</w:t>
      </w:r>
      <w:r w:rsidRPr="005E3C44">
        <w:rPr>
          <w:rFonts w:ascii="Tahoma" w:hAnsi="Tahoma" w:cs="Tahoma"/>
          <w:rtl/>
        </w:rPr>
        <w:t xml:space="preserve">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آمدند</w:t>
      </w:r>
      <w:r w:rsidRPr="005E3C44">
        <w:rPr>
          <w:rFonts w:ascii="Tahoma" w:hAnsi="Tahoma" w:cs="Tahoma"/>
          <w:rtl/>
        </w:rPr>
        <w:t xml:space="preserve"> و پس از ورود به دستگاه سلطنت، مسلمان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شدند،</w:t>
      </w:r>
      <w:r w:rsidRPr="005E3C44">
        <w:rPr>
          <w:rFonts w:ascii="Tahoma" w:hAnsi="Tahoma" w:cs="Tahoma"/>
          <w:rtl/>
        </w:rPr>
        <w:t xml:space="preserve"> آموزش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دند</w:t>
      </w:r>
      <w:r w:rsidRPr="005E3C44">
        <w:rPr>
          <w:rFonts w:ascii="Tahoma" w:hAnsi="Tahoma" w:cs="Tahoma"/>
          <w:rtl/>
        </w:rPr>
        <w:t xml:space="preserve"> و در دربار، قشون و 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وان</w:t>
      </w:r>
      <w:r w:rsidRPr="005E3C44">
        <w:rPr>
          <w:rFonts w:ascii="Tahoma" w:hAnsi="Tahoma" w:cs="Tahoma"/>
          <w:rtl/>
        </w:rPr>
        <w:t xml:space="preserve"> به کار گرفته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شدند</w:t>
      </w:r>
      <w:r w:rsidRPr="005E3C44">
        <w:rPr>
          <w:rFonts w:ascii="Tahoma" w:hAnsi="Tahoma" w:cs="Tahoma"/>
          <w:rtl/>
        </w:rPr>
        <w:t>.</w:t>
      </w:r>
    </w:p>
    <w:p w:rsidR="005E3C44" w:rsidRPr="005E3C44" w:rsidRDefault="005E3C44" w:rsidP="005E3C4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E3C44">
        <w:rPr>
          <w:rFonts w:ascii="Tahoma" w:hAnsi="Tahoma" w:cs="Tahoma" w:hint="eastAsia"/>
          <w:rtl/>
        </w:rPr>
        <w:t>واژهٔ</w:t>
      </w:r>
      <w:r w:rsidRPr="005E3C44">
        <w:rPr>
          <w:rFonts w:ascii="Tahoma" w:hAnsi="Tahoma" w:cs="Tahoma"/>
          <w:rtl/>
        </w:rPr>
        <w:t xml:space="preserve"> «غلام» در 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نجا</w:t>
      </w:r>
      <w:r w:rsidRPr="005E3C44">
        <w:rPr>
          <w:rFonts w:ascii="Tahoma" w:hAnsi="Tahoma" w:cs="Tahoma"/>
          <w:rtl/>
        </w:rPr>
        <w:t xml:space="preserve"> نبا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د</w:t>
      </w:r>
      <w:r w:rsidRPr="005E3C44">
        <w:rPr>
          <w:rFonts w:ascii="Tahoma" w:hAnsi="Tahoma" w:cs="Tahoma"/>
          <w:rtl/>
        </w:rPr>
        <w:t xml:space="preserve"> فقط با معنا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بردهٔ ب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اخت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ار</w:t>
      </w:r>
      <w:r w:rsidRPr="005E3C44">
        <w:rPr>
          <w:rFonts w:ascii="Tahoma" w:hAnsi="Tahoma" w:cs="Tahoma"/>
          <w:rtl/>
        </w:rPr>
        <w:t xml:space="preserve"> در نظام‌ها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برده‌دار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جد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د</w:t>
      </w:r>
      <w:r w:rsidRPr="005E3C44">
        <w:rPr>
          <w:rFonts w:ascii="Tahoma" w:hAnsi="Tahoma" w:cs="Tahoma"/>
          <w:rtl/>
        </w:rPr>
        <w:t xml:space="preserve"> فهم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ده</w:t>
      </w:r>
      <w:r w:rsidRPr="005E3C44">
        <w:rPr>
          <w:rFonts w:ascii="Tahoma" w:hAnsi="Tahoma" w:cs="Tahoma"/>
          <w:rtl/>
        </w:rPr>
        <w:t xml:space="preserve"> شود. 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</w:t>
      </w:r>
      <w:r w:rsidRPr="005E3C44">
        <w:rPr>
          <w:rFonts w:ascii="Tahoma" w:hAnsi="Tahoma" w:cs="Tahoma"/>
          <w:rtl/>
        </w:rPr>
        <w:t xml:space="preserve"> افراد در آغاز از آزاد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و پ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وندها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پ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ش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</w:t>
      </w:r>
      <w:r w:rsidRPr="005E3C44">
        <w:rPr>
          <w:rFonts w:ascii="Tahoma" w:hAnsi="Tahoma" w:cs="Tahoma"/>
          <w:rtl/>
        </w:rPr>
        <w:t xml:space="preserve"> خود محروم شده و به دارا</w:t>
      </w:r>
      <w:r w:rsidRPr="005E3C44">
        <w:rPr>
          <w:rFonts w:ascii="Tahoma" w:hAnsi="Tahoma" w:cs="Tahoma" w:hint="cs"/>
          <w:rtl/>
        </w:rPr>
        <w:t>یی</w:t>
      </w:r>
      <w:r w:rsidRPr="005E3C44">
        <w:rPr>
          <w:rFonts w:ascii="Tahoma" w:hAnsi="Tahoma" w:cs="Tahoma"/>
          <w:rtl/>
        </w:rPr>
        <w:t xml:space="preserve"> 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</w:t>
      </w:r>
      <w:r w:rsidRPr="005E3C44">
        <w:rPr>
          <w:rFonts w:ascii="Tahoma" w:hAnsi="Tahoma" w:cs="Tahoma"/>
          <w:rtl/>
        </w:rPr>
        <w:t xml:space="preserve"> خدمتگزار دستگاه سلطنت تبد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ل</w:t>
      </w:r>
      <w:r w:rsidRPr="005E3C44">
        <w:rPr>
          <w:rFonts w:ascii="Tahoma" w:hAnsi="Tahoma" w:cs="Tahoma"/>
          <w:rtl/>
        </w:rPr>
        <w:t xml:space="preserve">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شدند،</w:t>
      </w:r>
      <w:r w:rsidRPr="005E3C44">
        <w:rPr>
          <w:rFonts w:ascii="Tahoma" w:hAnsi="Tahoma" w:cs="Tahoma"/>
          <w:rtl/>
        </w:rPr>
        <w:t xml:space="preserve"> اما برخ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از آنان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توانستند</w:t>
      </w:r>
      <w:r w:rsidRPr="005E3C44">
        <w:rPr>
          <w:rFonts w:ascii="Tahoma" w:hAnsi="Tahoma" w:cs="Tahoma"/>
          <w:rtl/>
        </w:rPr>
        <w:t xml:space="preserve"> آموزش بب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نند،</w:t>
      </w:r>
      <w:r w:rsidRPr="005E3C44">
        <w:rPr>
          <w:rFonts w:ascii="Tahoma" w:hAnsi="Tahoma" w:cs="Tahoma"/>
          <w:rtl/>
        </w:rPr>
        <w:t xml:space="preserve"> به بالا</w:t>
      </w:r>
      <w:r w:rsidRPr="005E3C44">
        <w:rPr>
          <w:rFonts w:ascii="Tahoma" w:hAnsi="Tahoma" w:cs="Tahoma" w:hint="eastAsia"/>
          <w:rtl/>
        </w:rPr>
        <w:t>تر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</w:t>
      </w:r>
      <w:r w:rsidRPr="005E3C44">
        <w:rPr>
          <w:rFonts w:ascii="Tahoma" w:hAnsi="Tahoma" w:cs="Tahoma"/>
          <w:rtl/>
        </w:rPr>
        <w:t xml:space="preserve"> مقام‌ها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نظام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و ادار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برسند، زم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</w:t>
      </w:r>
      <w:r w:rsidRPr="005E3C44">
        <w:rPr>
          <w:rFonts w:ascii="Tahoma" w:hAnsi="Tahoma" w:cs="Tahoma"/>
          <w:rtl/>
        </w:rPr>
        <w:t xml:space="preserve"> و ثروت به دست آورند و خود صاحب قدرت شوند. موقع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تشان</w:t>
      </w:r>
      <w:r w:rsidRPr="005E3C44">
        <w:rPr>
          <w:rFonts w:ascii="Tahoma" w:hAnsi="Tahoma" w:cs="Tahoma"/>
          <w:rtl/>
        </w:rPr>
        <w:t xml:space="preserve"> ترک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ب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از وابستگ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شخص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به شاه و امکان پ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شرفت</w:t>
      </w:r>
      <w:r w:rsidRPr="005E3C44">
        <w:rPr>
          <w:rFonts w:ascii="Tahoma" w:hAnsi="Tahoma" w:cs="Tahoma"/>
          <w:rtl/>
        </w:rPr>
        <w:t xml:space="preserve"> در دستگاه حکومت بود.</w:t>
      </w:r>
    </w:p>
    <w:p w:rsidR="005E3C44" w:rsidRPr="005E3C44" w:rsidRDefault="005E3C44" w:rsidP="005E3C4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E3C44">
        <w:rPr>
          <w:rFonts w:ascii="Tahoma" w:hAnsi="Tahoma" w:cs="Tahoma" w:hint="eastAsia"/>
          <w:rtl/>
        </w:rPr>
        <w:t>برتر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غلامان برا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شاه در نداشتن پ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وند</w:t>
      </w:r>
      <w:r w:rsidRPr="005E3C44">
        <w:rPr>
          <w:rFonts w:ascii="Tahoma" w:hAnsi="Tahoma" w:cs="Tahoma"/>
          <w:rtl/>
        </w:rPr>
        <w:t xml:space="preserve"> با قبا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ل</w:t>
      </w:r>
      <w:r w:rsidRPr="005E3C44">
        <w:rPr>
          <w:rFonts w:ascii="Tahoma" w:hAnsi="Tahoma" w:cs="Tahoma"/>
          <w:rtl/>
        </w:rPr>
        <w:t xml:space="preserve"> قزلباش بود. ام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</w:t>
      </w:r>
      <w:r w:rsidRPr="005E3C44">
        <w:rPr>
          <w:rFonts w:ascii="Tahoma" w:hAnsi="Tahoma" w:cs="Tahoma"/>
          <w:rtl/>
        </w:rPr>
        <w:t xml:space="preserve"> قزلباش در کنار مقام حکومت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،</w:t>
      </w:r>
      <w:r w:rsidRPr="005E3C44">
        <w:rPr>
          <w:rFonts w:ascii="Tahoma" w:hAnsi="Tahoma" w:cs="Tahoma"/>
          <w:rtl/>
        </w:rPr>
        <w:t xml:space="preserve"> بر قب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له،</w:t>
      </w:r>
      <w:r w:rsidRPr="005E3C44">
        <w:rPr>
          <w:rFonts w:ascii="Tahoma" w:hAnsi="Tahoma" w:cs="Tahoma"/>
          <w:rtl/>
        </w:rPr>
        <w:t xml:space="preserve"> خو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شاوندان</w:t>
      </w:r>
      <w:r w:rsidRPr="005E3C44">
        <w:rPr>
          <w:rFonts w:ascii="Tahoma" w:hAnsi="Tahoma" w:cs="Tahoma"/>
          <w:rtl/>
        </w:rPr>
        <w:t xml:space="preserve"> و جنگجو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ان</w:t>
      </w:r>
      <w:r w:rsidRPr="005E3C44">
        <w:rPr>
          <w:rFonts w:ascii="Tahoma" w:hAnsi="Tahoma" w:cs="Tahoma"/>
          <w:rtl/>
        </w:rPr>
        <w:t xml:space="preserve"> خود تک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ه</w:t>
      </w:r>
      <w:r w:rsidRPr="005E3C44">
        <w:rPr>
          <w:rFonts w:ascii="Tahoma" w:hAnsi="Tahoma" w:cs="Tahoma"/>
          <w:rtl/>
        </w:rPr>
        <w:t xml:space="preserve"> داشت. اگر شاه او را برکنار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کرد،</w:t>
      </w:r>
      <w:r w:rsidRPr="005E3C44">
        <w:rPr>
          <w:rFonts w:ascii="Tahoma" w:hAnsi="Tahoma" w:cs="Tahoma"/>
          <w:rtl/>
        </w:rPr>
        <w:t xml:space="preserve"> ممکن بود همچنان 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رو</w:t>
      </w:r>
      <w:r w:rsidRPr="005E3C44">
        <w:rPr>
          <w:rFonts w:ascii="Tahoma" w:hAnsi="Tahoma" w:cs="Tahoma" w:hint="cs"/>
          <w:rtl/>
        </w:rPr>
        <w:t>یی</w:t>
      </w:r>
      <w:r w:rsidRPr="005E3C44">
        <w:rPr>
          <w:rFonts w:ascii="Tahoma" w:hAnsi="Tahoma" w:cs="Tahoma"/>
          <w:rtl/>
        </w:rPr>
        <w:t xml:space="preserve"> مستقل در اخت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ار</w:t>
      </w:r>
      <w:r w:rsidRPr="005E3C44">
        <w:rPr>
          <w:rFonts w:ascii="Tahoma" w:hAnsi="Tahoma" w:cs="Tahoma"/>
          <w:rtl/>
        </w:rPr>
        <w:t xml:space="preserve"> داشته باشد. غلام دربار، دست‌کم در آغاز، همهٔ آموز</w:t>
      </w:r>
      <w:r w:rsidRPr="005E3C44">
        <w:rPr>
          <w:rFonts w:ascii="Tahoma" w:hAnsi="Tahoma" w:cs="Tahoma" w:hint="eastAsia"/>
          <w:rtl/>
        </w:rPr>
        <w:t>ش،</w:t>
      </w:r>
      <w:r w:rsidRPr="005E3C44">
        <w:rPr>
          <w:rFonts w:ascii="Tahoma" w:hAnsi="Tahoma" w:cs="Tahoma"/>
          <w:rtl/>
        </w:rPr>
        <w:t xml:space="preserve"> درآمد و مقامش را از شاه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گرفت</w:t>
      </w:r>
      <w:r w:rsidRPr="005E3C44">
        <w:rPr>
          <w:rFonts w:ascii="Tahoma" w:hAnsi="Tahoma" w:cs="Tahoma"/>
          <w:rtl/>
        </w:rPr>
        <w:t xml:space="preserve"> و ب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رون</w:t>
      </w:r>
      <w:r w:rsidRPr="005E3C44">
        <w:rPr>
          <w:rFonts w:ascii="Tahoma" w:hAnsi="Tahoma" w:cs="Tahoma"/>
          <w:rtl/>
        </w:rPr>
        <w:t xml:space="preserve"> از دستگاه سلطنت پا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گاه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نداشت.</w:t>
      </w:r>
    </w:p>
    <w:p w:rsidR="005E3C44" w:rsidRPr="005E3C44" w:rsidRDefault="005E3C44" w:rsidP="005E3C4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E3C44">
        <w:rPr>
          <w:rFonts w:ascii="Tahoma" w:hAnsi="Tahoma" w:cs="Tahoma" w:hint="eastAsia"/>
          <w:rtl/>
        </w:rPr>
        <w:t>شاه</w:t>
      </w:r>
      <w:r w:rsidRPr="005E3C44">
        <w:rPr>
          <w:rFonts w:ascii="Tahoma" w:hAnsi="Tahoma" w:cs="Tahoma"/>
          <w:rtl/>
        </w:rPr>
        <w:t xml:space="preserve"> عباس از 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ان</w:t>
      </w:r>
      <w:r w:rsidRPr="005E3C44">
        <w:rPr>
          <w:rFonts w:ascii="Tahoma" w:hAnsi="Tahoma" w:cs="Tahoma"/>
          <w:rtl/>
        </w:rPr>
        <w:t xml:space="preserve"> غلامان، فرمانده، حاکم، سف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</w:t>
      </w:r>
      <w:r w:rsidRPr="005E3C44">
        <w:rPr>
          <w:rFonts w:ascii="Tahoma" w:hAnsi="Tahoma" w:cs="Tahoma"/>
          <w:rtl/>
        </w:rPr>
        <w:t xml:space="preserve"> و صاحب‌منصب 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وان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برگز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د</w:t>
      </w:r>
      <w:r w:rsidRPr="005E3C44">
        <w:rPr>
          <w:rFonts w:ascii="Tahoma" w:hAnsi="Tahoma" w:cs="Tahoma"/>
          <w:rtl/>
        </w:rPr>
        <w:t>. الله‌ورد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خان،</w:t>
      </w:r>
      <w:r w:rsidRPr="005E3C44">
        <w:rPr>
          <w:rFonts w:ascii="Tahoma" w:hAnsi="Tahoma" w:cs="Tahoma"/>
          <w:rtl/>
        </w:rPr>
        <w:t xml:space="preserve"> که اصل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گرج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داشت، 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ک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از برجسته‌تر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</w:t>
      </w:r>
      <w:r w:rsidRPr="005E3C44">
        <w:rPr>
          <w:rFonts w:ascii="Tahoma" w:hAnsi="Tahoma" w:cs="Tahoma"/>
          <w:rtl/>
        </w:rPr>
        <w:t xml:space="preserve"> نمونه‌ها بود. او به مقام‌ها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بلند نظام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رس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د</w:t>
      </w:r>
      <w:r w:rsidRPr="005E3C44">
        <w:rPr>
          <w:rFonts w:ascii="Tahoma" w:hAnsi="Tahoma" w:cs="Tahoma"/>
          <w:rtl/>
        </w:rPr>
        <w:t xml:space="preserve"> و در جنگ‌ها و ادارهٔ برخ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مناطق نقش مهم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افت</w:t>
      </w:r>
      <w:r w:rsidRPr="005E3C44">
        <w:rPr>
          <w:rFonts w:ascii="Tahoma" w:hAnsi="Tahoma" w:cs="Tahoma"/>
          <w:rtl/>
        </w:rPr>
        <w:t>. رس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دن</w:t>
      </w:r>
      <w:r w:rsidRPr="005E3C44">
        <w:rPr>
          <w:rFonts w:ascii="Tahoma" w:hAnsi="Tahoma" w:cs="Tahoma"/>
          <w:rtl/>
        </w:rPr>
        <w:t xml:space="preserve"> فرد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ب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رون</w:t>
      </w:r>
      <w:r w:rsidRPr="005E3C44">
        <w:rPr>
          <w:rFonts w:ascii="Tahoma" w:hAnsi="Tahoma" w:cs="Tahoma"/>
          <w:rtl/>
        </w:rPr>
        <w:t xml:space="preserve"> از قبا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ل</w:t>
      </w:r>
      <w:r w:rsidRPr="005E3C44">
        <w:rPr>
          <w:rFonts w:ascii="Tahoma" w:hAnsi="Tahoma" w:cs="Tahoma"/>
          <w:rtl/>
        </w:rPr>
        <w:t xml:space="preserve"> قزلباش به چن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>ن جا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گاه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پ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روشن داشت: راه رس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دن</w:t>
      </w:r>
      <w:r w:rsidRPr="005E3C44">
        <w:rPr>
          <w:rFonts w:ascii="Tahoma" w:hAnsi="Tahoma" w:cs="Tahoma"/>
          <w:rtl/>
        </w:rPr>
        <w:t xml:space="preserve"> به فرمانده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گر</w:t>
      </w:r>
      <w:r w:rsidRPr="005E3C44">
        <w:rPr>
          <w:rFonts w:ascii="Tahoma" w:hAnsi="Tahoma" w:cs="Tahoma"/>
          <w:rtl/>
        </w:rPr>
        <w:t xml:space="preserve"> در انحصار سران قب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له‌ها</w:t>
      </w:r>
      <w:r w:rsidRPr="005E3C44">
        <w:rPr>
          <w:rFonts w:ascii="Tahoma" w:hAnsi="Tahoma" w:cs="Tahoma"/>
          <w:rtl/>
        </w:rPr>
        <w:t xml:space="preserve"> نبود.</w:t>
      </w:r>
    </w:p>
    <w:p w:rsidR="005E3C44" w:rsidRPr="005E3C44" w:rsidRDefault="005E3C44" w:rsidP="005E3C4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E3C44">
        <w:rPr>
          <w:rFonts w:ascii="Tahoma" w:hAnsi="Tahoma" w:cs="Tahoma" w:hint="eastAsia"/>
          <w:rtl/>
        </w:rPr>
        <w:t>در</w:t>
      </w:r>
      <w:r w:rsidRPr="005E3C44">
        <w:rPr>
          <w:rFonts w:ascii="Tahoma" w:hAnsi="Tahoma" w:cs="Tahoma"/>
          <w:rtl/>
        </w:rPr>
        <w:t xml:space="preserve"> کنار غلامان، شاه به گسترش تفنگچ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ان</w:t>
      </w:r>
      <w:r w:rsidRPr="005E3C44">
        <w:rPr>
          <w:rFonts w:ascii="Tahoma" w:hAnsi="Tahoma" w:cs="Tahoma"/>
          <w:rtl/>
        </w:rPr>
        <w:t xml:space="preserve"> و توپچ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ان</w:t>
      </w:r>
      <w:r w:rsidRPr="005E3C44">
        <w:rPr>
          <w:rFonts w:ascii="Tahoma" w:hAnsi="Tahoma" w:cs="Tahoma"/>
          <w:rtl/>
        </w:rPr>
        <w:t xml:space="preserve"> 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ز</w:t>
      </w:r>
      <w:r w:rsidRPr="005E3C44">
        <w:rPr>
          <w:rFonts w:ascii="Tahoma" w:hAnsi="Tahoma" w:cs="Tahoma"/>
          <w:rtl/>
        </w:rPr>
        <w:t xml:space="preserve"> پرداخت. تجربهٔ چالدران و جنگ‌ها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طولان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با عثمان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ان</w:t>
      </w:r>
      <w:r w:rsidRPr="005E3C44">
        <w:rPr>
          <w:rFonts w:ascii="Tahoma" w:hAnsi="Tahoma" w:cs="Tahoma"/>
          <w:rtl/>
        </w:rPr>
        <w:t xml:space="preserve"> نشان داده بود که شجاعت سواره‌نظام قزلباش نم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تواند</w:t>
      </w:r>
      <w:r w:rsidRPr="005E3C44">
        <w:rPr>
          <w:rFonts w:ascii="Tahoma" w:hAnsi="Tahoma" w:cs="Tahoma"/>
          <w:rtl/>
        </w:rPr>
        <w:t xml:space="preserve"> جا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سلاح آتش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ن،</w:t>
      </w:r>
      <w:r w:rsidRPr="005E3C44">
        <w:rPr>
          <w:rFonts w:ascii="Tahoma" w:hAnsi="Tahoma" w:cs="Tahoma"/>
          <w:rtl/>
        </w:rPr>
        <w:t xml:space="preserve"> آموزش و تدارکات منظم را بگ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رد</w:t>
      </w:r>
      <w:r w:rsidRPr="005E3C44">
        <w:rPr>
          <w:rFonts w:ascii="Tahoma" w:hAnsi="Tahoma" w:cs="Tahoma"/>
          <w:rtl/>
        </w:rPr>
        <w:t>. تفنگچ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با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د</w:t>
      </w:r>
      <w:r w:rsidRPr="005E3C44">
        <w:rPr>
          <w:rFonts w:ascii="Tahoma" w:hAnsi="Tahoma" w:cs="Tahoma"/>
          <w:rtl/>
        </w:rPr>
        <w:t xml:space="preserve"> سلاح، باروت، آموزش و مواجب در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افت</w:t>
      </w:r>
      <w:r w:rsidRPr="005E3C44">
        <w:rPr>
          <w:rFonts w:ascii="Tahoma" w:hAnsi="Tahoma" w:cs="Tahoma"/>
          <w:rtl/>
        </w:rPr>
        <w:t xml:space="preserve">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کرد</w:t>
      </w:r>
      <w:r w:rsidRPr="005E3C44">
        <w:rPr>
          <w:rFonts w:ascii="Tahoma" w:hAnsi="Tahoma" w:cs="Tahoma"/>
          <w:rtl/>
        </w:rPr>
        <w:t xml:space="preserve"> و توپخانه 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ز</w:t>
      </w:r>
      <w:r w:rsidRPr="005E3C44">
        <w:rPr>
          <w:rFonts w:ascii="Tahoma" w:hAnsi="Tahoma" w:cs="Tahoma"/>
          <w:rtl/>
        </w:rPr>
        <w:t xml:space="preserve"> به صنعتگران، ح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وانات</w:t>
      </w:r>
      <w:r w:rsidRPr="005E3C44">
        <w:rPr>
          <w:rFonts w:ascii="Tahoma" w:hAnsi="Tahoma" w:cs="Tahoma"/>
          <w:rtl/>
        </w:rPr>
        <w:t xml:space="preserve"> بارکش، راه، انبار و شبکه‌ا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از تأم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</w:t>
      </w:r>
      <w:r w:rsidRPr="005E3C44">
        <w:rPr>
          <w:rFonts w:ascii="Tahoma" w:hAnsi="Tahoma" w:cs="Tahoma"/>
          <w:rtl/>
        </w:rPr>
        <w:t xml:space="preserve"> 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از</w:t>
      </w:r>
      <w:r w:rsidRPr="005E3C44">
        <w:rPr>
          <w:rFonts w:ascii="Tahoma" w:hAnsi="Tahoma" w:cs="Tahoma"/>
          <w:rtl/>
        </w:rPr>
        <w:t xml:space="preserve"> داشت.</w:t>
      </w:r>
    </w:p>
    <w:p w:rsidR="005E3C44" w:rsidRPr="005E3C44" w:rsidRDefault="005E3C44" w:rsidP="005E3C4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E3C44">
        <w:rPr>
          <w:rFonts w:ascii="Tahoma" w:hAnsi="Tahoma" w:cs="Tahoma" w:hint="eastAsia"/>
          <w:rtl/>
        </w:rPr>
        <w:t>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جاد</w:t>
      </w:r>
      <w:r w:rsidRPr="005E3C44">
        <w:rPr>
          <w:rFonts w:ascii="Tahoma" w:hAnsi="Tahoma" w:cs="Tahoma"/>
          <w:rtl/>
        </w:rPr>
        <w:t xml:space="preserve"> چن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</w:t>
      </w:r>
      <w:r w:rsidRPr="005E3C44">
        <w:rPr>
          <w:rFonts w:ascii="Tahoma" w:hAnsi="Tahoma" w:cs="Tahoma"/>
          <w:rtl/>
        </w:rPr>
        <w:t xml:space="preserve"> 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روها</w:t>
      </w:r>
      <w:r w:rsidRPr="005E3C44">
        <w:rPr>
          <w:rFonts w:ascii="Tahoma" w:hAnsi="Tahoma" w:cs="Tahoma" w:hint="cs"/>
          <w:rtl/>
        </w:rPr>
        <w:t>یی</w:t>
      </w:r>
      <w:r w:rsidRPr="005E3C44">
        <w:rPr>
          <w:rFonts w:ascii="Tahoma" w:hAnsi="Tahoma" w:cs="Tahoma"/>
          <w:rtl/>
        </w:rPr>
        <w:t xml:space="preserve"> قشون را به 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وان</w:t>
      </w:r>
      <w:r w:rsidRPr="005E3C44">
        <w:rPr>
          <w:rFonts w:ascii="Tahoma" w:hAnsi="Tahoma" w:cs="Tahoma"/>
          <w:rtl/>
        </w:rPr>
        <w:t xml:space="preserve"> نزد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ک‌تر</w:t>
      </w:r>
      <w:r w:rsidRPr="005E3C44">
        <w:rPr>
          <w:rFonts w:ascii="Tahoma" w:hAnsi="Tahoma" w:cs="Tahoma"/>
          <w:rtl/>
        </w:rPr>
        <w:t xml:space="preserve">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کرد</w:t>
      </w:r>
      <w:r w:rsidRPr="005E3C44">
        <w:rPr>
          <w:rFonts w:ascii="Tahoma" w:hAnsi="Tahoma" w:cs="Tahoma"/>
          <w:rtl/>
        </w:rPr>
        <w:t>. جنگجو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قب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له‌ا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ممکن بود با اسب و سلاح خود به 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دان</w:t>
      </w:r>
      <w:r w:rsidRPr="005E3C44">
        <w:rPr>
          <w:rFonts w:ascii="Tahoma" w:hAnsi="Tahoma" w:cs="Tahoma"/>
          <w:rtl/>
        </w:rPr>
        <w:t xml:space="preserve"> ب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د</w:t>
      </w:r>
      <w:r w:rsidRPr="005E3C44">
        <w:rPr>
          <w:rFonts w:ascii="Tahoma" w:hAnsi="Tahoma" w:cs="Tahoma"/>
          <w:rtl/>
        </w:rPr>
        <w:t xml:space="preserve"> و بخش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از هز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نهٔ</w:t>
      </w:r>
      <w:r w:rsidRPr="005E3C44">
        <w:rPr>
          <w:rFonts w:ascii="Tahoma" w:hAnsi="Tahoma" w:cs="Tahoma"/>
          <w:rtl/>
        </w:rPr>
        <w:t xml:space="preserve"> زندگ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اش</w:t>
      </w:r>
      <w:r w:rsidRPr="005E3C44">
        <w:rPr>
          <w:rFonts w:ascii="Tahoma" w:hAnsi="Tahoma" w:cs="Tahoma"/>
          <w:rtl/>
        </w:rPr>
        <w:t xml:space="preserve"> را از زم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ن،</w:t>
      </w:r>
      <w:r w:rsidRPr="005E3C44">
        <w:rPr>
          <w:rFonts w:ascii="Tahoma" w:hAnsi="Tahoma" w:cs="Tahoma"/>
          <w:rtl/>
        </w:rPr>
        <w:t xml:space="preserve"> غن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مت</w:t>
      </w:r>
      <w:r w:rsidRPr="005E3C44">
        <w:rPr>
          <w:rFonts w:ascii="Tahoma" w:hAnsi="Tahoma" w:cs="Tahoma"/>
          <w:rtl/>
        </w:rPr>
        <w:t xml:space="preserve"> 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</w:t>
      </w:r>
      <w:r w:rsidRPr="005E3C44">
        <w:rPr>
          <w:rFonts w:ascii="Tahoma" w:hAnsi="Tahoma" w:cs="Tahoma"/>
          <w:rtl/>
        </w:rPr>
        <w:t xml:space="preserve"> حما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ت</w:t>
      </w:r>
      <w:r w:rsidRPr="005E3C44">
        <w:rPr>
          <w:rFonts w:ascii="Tahoma" w:hAnsi="Tahoma" w:cs="Tahoma"/>
          <w:rtl/>
        </w:rPr>
        <w:t xml:space="preserve"> رئ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س</w:t>
      </w:r>
      <w:r w:rsidRPr="005E3C44">
        <w:rPr>
          <w:rFonts w:ascii="Tahoma" w:hAnsi="Tahoma" w:cs="Tahoma"/>
          <w:rtl/>
        </w:rPr>
        <w:t xml:space="preserve"> قب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له</w:t>
      </w:r>
      <w:r w:rsidRPr="005E3C44">
        <w:rPr>
          <w:rFonts w:ascii="Tahoma" w:hAnsi="Tahoma" w:cs="Tahoma"/>
          <w:rtl/>
        </w:rPr>
        <w:t xml:space="preserve"> تأم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</w:t>
      </w:r>
      <w:r w:rsidRPr="005E3C44">
        <w:rPr>
          <w:rFonts w:ascii="Tahoma" w:hAnsi="Tahoma" w:cs="Tahoma"/>
          <w:rtl/>
        </w:rPr>
        <w:t xml:space="preserve"> کند. اما تفنگچ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و توپچ</w:t>
      </w:r>
      <w:r w:rsidRPr="005E3C44">
        <w:rPr>
          <w:rFonts w:ascii="Tahoma" w:hAnsi="Tahoma" w:cs="Tahoma" w:hint="cs"/>
          <w:rtl/>
        </w:rPr>
        <w:t>یِ</w:t>
      </w:r>
      <w:r w:rsidRPr="005E3C44">
        <w:rPr>
          <w:rFonts w:ascii="Tahoma" w:hAnsi="Tahoma" w:cs="Tahoma"/>
          <w:rtl/>
        </w:rPr>
        <w:t xml:space="preserve"> وابسته به حکومت با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د</w:t>
      </w:r>
      <w:r w:rsidRPr="005E3C44">
        <w:rPr>
          <w:rFonts w:ascii="Tahoma" w:hAnsi="Tahoma" w:cs="Tahoma"/>
          <w:rtl/>
        </w:rPr>
        <w:t xml:space="preserve"> ثبت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شد،</w:t>
      </w:r>
      <w:r w:rsidRPr="005E3C44">
        <w:rPr>
          <w:rFonts w:ascii="Tahoma" w:hAnsi="Tahoma" w:cs="Tahoma"/>
          <w:rtl/>
        </w:rPr>
        <w:t xml:space="preserve"> مواجب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گرفت</w:t>
      </w:r>
      <w:r w:rsidRPr="005E3C44">
        <w:rPr>
          <w:rFonts w:ascii="Tahoma" w:hAnsi="Tahoma" w:cs="Tahoma"/>
          <w:rtl/>
        </w:rPr>
        <w:t xml:space="preserve"> و ا</w:t>
      </w:r>
      <w:r w:rsidRPr="005E3C44">
        <w:rPr>
          <w:rFonts w:ascii="Tahoma" w:hAnsi="Tahoma" w:cs="Tahoma" w:hint="eastAsia"/>
          <w:rtl/>
        </w:rPr>
        <w:t>ز</w:t>
      </w:r>
      <w:r w:rsidRPr="005E3C44">
        <w:rPr>
          <w:rFonts w:ascii="Tahoma" w:hAnsi="Tahoma" w:cs="Tahoma"/>
          <w:rtl/>
        </w:rPr>
        <w:t xml:space="preserve"> خزانه تأم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</w:t>
      </w:r>
      <w:r w:rsidRPr="005E3C44">
        <w:rPr>
          <w:rFonts w:ascii="Tahoma" w:hAnsi="Tahoma" w:cs="Tahoma"/>
          <w:rtl/>
        </w:rPr>
        <w:t xml:space="preserve">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گرد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د</w:t>
      </w:r>
      <w:r w:rsidRPr="005E3C44">
        <w:rPr>
          <w:rFonts w:ascii="Tahoma" w:hAnsi="Tahoma" w:cs="Tahoma"/>
          <w:rtl/>
        </w:rPr>
        <w:t>. هرچه قشون منظم‌تر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شد،</w:t>
      </w:r>
      <w:r w:rsidRPr="005E3C44">
        <w:rPr>
          <w:rFonts w:ascii="Tahoma" w:hAnsi="Tahoma" w:cs="Tahoma"/>
          <w:rtl/>
        </w:rPr>
        <w:t xml:space="preserve"> 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ازش</w:t>
      </w:r>
      <w:r w:rsidRPr="005E3C44">
        <w:rPr>
          <w:rFonts w:ascii="Tahoma" w:hAnsi="Tahoma" w:cs="Tahoma"/>
          <w:rtl/>
        </w:rPr>
        <w:t xml:space="preserve"> به حساب، مال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ات</w:t>
      </w:r>
      <w:r w:rsidRPr="005E3C44">
        <w:rPr>
          <w:rFonts w:ascii="Tahoma" w:hAnsi="Tahoma" w:cs="Tahoma"/>
          <w:rtl/>
        </w:rPr>
        <w:t xml:space="preserve"> و ادارهٔ مرکز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افزا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ش</w:t>
      </w:r>
      <w:r w:rsidRPr="005E3C44">
        <w:rPr>
          <w:rFonts w:ascii="Tahoma" w:hAnsi="Tahoma" w:cs="Tahoma"/>
          <w:rtl/>
        </w:rPr>
        <w:t xml:space="preserve"> م</w:t>
      </w:r>
      <w:r w:rsidRPr="005E3C44">
        <w:rPr>
          <w:rFonts w:ascii="Tahoma" w:hAnsi="Tahoma" w:cs="Tahoma" w:hint="cs"/>
          <w:rtl/>
        </w:rPr>
        <w:t>ی‌ی</w:t>
      </w:r>
      <w:r w:rsidRPr="005E3C44">
        <w:rPr>
          <w:rFonts w:ascii="Tahoma" w:hAnsi="Tahoma" w:cs="Tahoma" w:hint="eastAsia"/>
          <w:rtl/>
        </w:rPr>
        <w:t>افت</w:t>
      </w:r>
      <w:r w:rsidRPr="005E3C44">
        <w:rPr>
          <w:rFonts w:ascii="Tahoma" w:hAnsi="Tahoma" w:cs="Tahoma"/>
          <w:rtl/>
        </w:rPr>
        <w:t>.</w:t>
      </w:r>
    </w:p>
    <w:p w:rsidR="005E3C44" w:rsidRPr="005E3C44" w:rsidRDefault="005E3C44" w:rsidP="005E3C4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E3C44">
        <w:rPr>
          <w:rFonts w:ascii="Tahoma" w:hAnsi="Tahoma" w:cs="Tahoma" w:hint="eastAsia"/>
          <w:rtl/>
        </w:rPr>
        <w:t>شاه</w:t>
      </w:r>
      <w:r w:rsidRPr="005E3C44">
        <w:rPr>
          <w:rFonts w:ascii="Tahoma" w:hAnsi="Tahoma" w:cs="Tahoma"/>
          <w:rtl/>
        </w:rPr>
        <w:t xml:space="preserve"> عباس قزلباشان را 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ز</w:t>
      </w:r>
      <w:r w:rsidRPr="005E3C44">
        <w:rPr>
          <w:rFonts w:ascii="Tahoma" w:hAnsi="Tahoma" w:cs="Tahoma"/>
          <w:rtl/>
        </w:rPr>
        <w:t xml:space="preserve"> به‌طور کامل کنار نگذاشت. آنان همچنان در قشون و دستگاه سلطنت حضور داشتند و قورچ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ان،</w:t>
      </w:r>
      <w:r w:rsidRPr="005E3C44">
        <w:rPr>
          <w:rFonts w:ascii="Tahoma" w:hAnsi="Tahoma" w:cs="Tahoma"/>
          <w:rtl/>
        </w:rPr>
        <w:t xml:space="preserve"> که بخش مهم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از نگهبانان و سواره‌نظام شاه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را تشک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ل</w:t>
      </w:r>
      <w:r w:rsidRPr="005E3C44">
        <w:rPr>
          <w:rFonts w:ascii="Tahoma" w:hAnsi="Tahoma" w:cs="Tahoma"/>
          <w:rtl/>
        </w:rPr>
        <w:t xml:space="preserve">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دادند،</w:t>
      </w:r>
      <w:r w:rsidRPr="005E3C44">
        <w:rPr>
          <w:rFonts w:ascii="Tahoma" w:hAnsi="Tahoma" w:cs="Tahoma"/>
          <w:rtl/>
        </w:rPr>
        <w:t xml:space="preserve"> جا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گاه</w:t>
      </w:r>
      <w:r w:rsidRPr="005E3C44">
        <w:rPr>
          <w:rFonts w:ascii="Tahoma" w:hAnsi="Tahoma" w:cs="Tahoma"/>
          <w:rtl/>
        </w:rPr>
        <w:t xml:space="preserve"> خود را حفظ کردند. اما قزلباشان 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گر</w:t>
      </w:r>
      <w:r w:rsidRPr="005E3C44">
        <w:rPr>
          <w:rFonts w:ascii="Tahoma" w:hAnsi="Tahoma" w:cs="Tahoma"/>
          <w:rtl/>
        </w:rPr>
        <w:t xml:space="preserve"> تنها 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رو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مسلح حکومت نبودند. غلامان، تفنگچ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>ان و توپچ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ان</w:t>
      </w:r>
      <w:r w:rsidRPr="005E3C44">
        <w:rPr>
          <w:rFonts w:ascii="Tahoma" w:hAnsi="Tahoma" w:cs="Tahoma"/>
          <w:rtl/>
        </w:rPr>
        <w:t xml:space="preserve"> در کنار آنان قرار گرفتند و شاه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توانست</w:t>
      </w:r>
      <w:r w:rsidRPr="005E3C44">
        <w:rPr>
          <w:rFonts w:ascii="Tahoma" w:hAnsi="Tahoma" w:cs="Tahoma"/>
          <w:rtl/>
        </w:rPr>
        <w:t xml:space="preserve"> در هنگام نافرمان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ک</w:t>
      </w:r>
      <w:r w:rsidRPr="005E3C44">
        <w:rPr>
          <w:rFonts w:ascii="Tahoma" w:hAnsi="Tahoma" w:cs="Tahoma"/>
          <w:rtl/>
        </w:rPr>
        <w:t xml:space="preserve"> گروه به گروه 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گر</w:t>
      </w:r>
      <w:r w:rsidRPr="005E3C44">
        <w:rPr>
          <w:rFonts w:ascii="Tahoma" w:hAnsi="Tahoma" w:cs="Tahoma"/>
          <w:rtl/>
        </w:rPr>
        <w:t xml:space="preserve"> تک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ه</w:t>
      </w:r>
      <w:r w:rsidRPr="005E3C44">
        <w:rPr>
          <w:rFonts w:ascii="Tahoma" w:hAnsi="Tahoma" w:cs="Tahoma"/>
          <w:rtl/>
        </w:rPr>
        <w:t xml:space="preserve"> کند.</w:t>
      </w:r>
    </w:p>
    <w:p w:rsidR="005E3C44" w:rsidRPr="005E3C44" w:rsidRDefault="005E3C44" w:rsidP="005E3C4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E3C44">
        <w:rPr>
          <w:rFonts w:ascii="Tahoma" w:hAnsi="Tahoma" w:cs="Tahoma" w:hint="eastAsia"/>
          <w:rtl/>
        </w:rPr>
        <w:t>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</w:t>
      </w:r>
      <w:r w:rsidRPr="005E3C44">
        <w:rPr>
          <w:rFonts w:ascii="Tahoma" w:hAnsi="Tahoma" w:cs="Tahoma"/>
          <w:rtl/>
        </w:rPr>
        <w:t xml:space="preserve"> توازن قدرت تاج را افزا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ش</w:t>
      </w:r>
      <w:r w:rsidRPr="005E3C44">
        <w:rPr>
          <w:rFonts w:ascii="Tahoma" w:hAnsi="Tahoma" w:cs="Tahoma"/>
          <w:rtl/>
        </w:rPr>
        <w:t xml:space="preserve"> داد. پ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ش</w:t>
      </w:r>
      <w:r w:rsidRPr="005E3C44">
        <w:rPr>
          <w:rFonts w:ascii="Tahoma" w:hAnsi="Tahoma" w:cs="Tahoma"/>
          <w:rtl/>
        </w:rPr>
        <w:t xml:space="preserve"> از آن، شاه برا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مجازات ام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قزلباش با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د</w:t>
      </w:r>
      <w:r w:rsidRPr="005E3C44">
        <w:rPr>
          <w:rFonts w:ascii="Tahoma" w:hAnsi="Tahoma" w:cs="Tahoma"/>
          <w:rtl/>
        </w:rPr>
        <w:t xml:space="preserve"> از ام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ران</w:t>
      </w:r>
      <w:r w:rsidRPr="005E3C44">
        <w:rPr>
          <w:rFonts w:ascii="Tahoma" w:hAnsi="Tahoma" w:cs="Tahoma"/>
          <w:rtl/>
        </w:rPr>
        <w:t xml:space="preserve"> قبا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ل</w:t>
      </w:r>
      <w:r w:rsidRPr="005E3C44">
        <w:rPr>
          <w:rFonts w:ascii="Tahoma" w:hAnsi="Tahoma" w:cs="Tahoma"/>
          <w:rtl/>
        </w:rPr>
        <w:t xml:space="preserve"> رق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ب</w:t>
      </w:r>
      <w:r w:rsidRPr="005E3C44">
        <w:rPr>
          <w:rFonts w:ascii="Tahoma" w:hAnsi="Tahoma" w:cs="Tahoma"/>
          <w:rtl/>
        </w:rPr>
        <w:t xml:space="preserve"> کمک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گرفت</w:t>
      </w:r>
      <w:r w:rsidRPr="005E3C44">
        <w:rPr>
          <w:rFonts w:ascii="Tahoma" w:hAnsi="Tahoma" w:cs="Tahoma"/>
          <w:rtl/>
        </w:rPr>
        <w:t xml:space="preserve"> و با 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</w:t>
      </w:r>
      <w:r w:rsidRPr="005E3C44">
        <w:rPr>
          <w:rFonts w:ascii="Tahoma" w:hAnsi="Tahoma" w:cs="Tahoma"/>
          <w:rtl/>
        </w:rPr>
        <w:t xml:space="preserve"> کار 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رو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آنان را ب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شتر</w:t>
      </w:r>
      <w:r w:rsidRPr="005E3C44">
        <w:rPr>
          <w:rFonts w:ascii="Tahoma" w:hAnsi="Tahoma" w:cs="Tahoma"/>
          <w:rtl/>
        </w:rPr>
        <w:t xml:space="preserve">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کرد</w:t>
      </w:r>
      <w:r w:rsidRPr="005E3C44">
        <w:rPr>
          <w:rFonts w:ascii="Tahoma" w:hAnsi="Tahoma" w:cs="Tahoma"/>
          <w:rtl/>
        </w:rPr>
        <w:t>. اکنون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توانست</w:t>
      </w:r>
      <w:r w:rsidRPr="005E3C44">
        <w:rPr>
          <w:rFonts w:ascii="Tahoma" w:hAnsi="Tahoma" w:cs="Tahoma"/>
          <w:rtl/>
        </w:rPr>
        <w:t xml:space="preserve"> از غلامان و 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روها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وابسته به دربار استفاده کند. سران قزلباش در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افتند</w:t>
      </w:r>
      <w:r w:rsidRPr="005E3C44">
        <w:rPr>
          <w:rFonts w:ascii="Tahoma" w:hAnsi="Tahoma" w:cs="Tahoma"/>
          <w:rtl/>
        </w:rPr>
        <w:t xml:space="preserve"> که دسترس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آنان به شاه، ولا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ت</w:t>
      </w:r>
      <w:r w:rsidRPr="005E3C44">
        <w:rPr>
          <w:rFonts w:ascii="Tahoma" w:hAnsi="Tahoma" w:cs="Tahoma"/>
          <w:rtl/>
        </w:rPr>
        <w:t xml:space="preserve"> و فرمانده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گر</w:t>
      </w:r>
      <w:r w:rsidRPr="005E3C44">
        <w:rPr>
          <w:rFonts w:ascii="Tahoma" w:hAnsi="Tahoma" w:cs="Tahoma"/>
          <w:rtl/>
        </w:rPr>
        <w:t xml:space="preserve"> حق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انحصار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و موروث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ست</w:t>
      </w:r>
      <w:r w:rsidRPr="005E3C44">
        <w:rPr>
          <w:rFonts w:ascii="Tahoma" w:hAnsi="Tahoma" w:cs="Tahoma"/>
          <w:rtl/>
        </w:rPr>
        <w:t>.</w:t>
      </w:r>
    </w:p>
    <w:p w:rsidR="005E3C44" w:rsidRPr="005E3C44" w:rsidRDefault="005E3C44" w:rsidP="005E3C4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E3C44">
        <w:rPr>
          <w:rFonts w:ascii="Tahoma" w:hAnsi="Tahoma" w:cs="Tahoma" w:hint="eastAsia"/>
          <w:rtl/>
        </w:rPr>
        <w:t>اصلاح</w:t>
      </w:r>
      <w:r w:rsidRPr="005E3C44">
        <w:rPr>
          <w:rFonts w:ascii="Tahoma" w:hAnsi="Tahoma" w:cs="Tahoma"/>
          <w:rtl/>
        </w:rPr>
        <w:t xml:space="preserve"> قشون بدون اصلاح درآمد ممکن نبود. 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رو</w:t>
      </w:r>
      <w:r w:rsidRPr="005E3C44">
        <w:rPr>
          <w:rFonts w:ascii="Tahoma" w:hAnsi="Tahoma" w:cs="Tahoma" w:hint="cs"/>
          <w:rtl/>
        </w:rPr>
        <w:t>یی</w:t>
      </w:r>
      <w:r w:rsidRPr="005E3C44">
        <w:rPr>
          <w:rFonts w:ascii="Tahoma" w:hAnsi="Tahoma" w:cs="Tahoma"/>
          <w:rtl/>
        </w:rPr>
        <w:t xml:space="preserve"> که مستق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ماً</w:t>
      </w:r>
      <w:r w:rsidRPr="005E3C44">
        <w:rPr>
          <w:rFonts w:ascii="Tahoma" w:hAnsi="Tahoma" w:cs="Tahoma"/>
          <w:rtl/>
        </w:rPr>
        <w:t xml:space="preserve"> از شاه مواجب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گرفت</w:t>
      </w:r>
      <w:r w:rsidRPr="005E3C44">
        <w:rPr>
          <w:rFonts w:ascii="Tahoma" w:hAnsi="Tahoma" w:cs="Tahoma"/>
          <w:rtl/>
        </w:rPr>
        <w:t xml:space="preserve"> به خزانه‌ا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از</w:t>
      </w:r>
      <w:r w:rsidRPr="005E3C44">
        <w:rPr>
          <w:rFonts w:ascii="Tahoma" w:hAnsi="Tahoma" w:cs="Tahoma"/>
          <w:rtl/>
        </w:rPr>
        <w:t xml:space="preserve"> داشت که ز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</w:t>
      </w:r>
      <w:r w:rsidRPr="005E3C44">
        <w:rPr>
          <w:rFonts w:ascii="Tahoma" w:hAnsi="Tahoma" w:cs="Tahoma"/>
          <w:rtl/>
        </w:rPr>
        <w:t xml:space="preserve"> اخت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ار</w:t>
      </w:r>
      <w:r w:rsidRPr="005E3C44">
        <w:rPr>
          <w:rFonts w:ascii="Tahoma" w:hAnsi="Tahoma" w:cs="Tahoma"/>
          <w:rtl/>
        </w:rPr>
        <w:t xml:space="preserve"> مرکز باشد. بخش بزرگ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از ولا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ت‌ها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ران</w:t>
      </w:r>
      <w:r w:rsidRPr="005E3C44">
        <w:rPr>
          <w:rFonts w:ascii="Tahoma" w:hAnsi="Tahoma" w:cs="Tahoma"/>
          <w:rtl/>
        </w:rPr>
        <w:t xml:space="preserve"> به صورت «ممالک» اداره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شدند</w:t>
      </w:r>
      <w:r w:rsidRPr="005E3C44">
        <w:rPr>
          <w:rFonts w:ascii="Tahoma" w:hAnsi="Tahoma" w:cs="Tahoma"/>
          <w:rtl/>
        </w:rPr>
        <w:t>. درآمد 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</w:t>
      </w:r>
      <w:r w:rsidRPr="005E3C44">
        <w:rPr>
          <w:rFonts w:ascii="Tahoma" w:hAnsi="Tahoma" w:cs="Tahoma"/>
          <w:rtl/>
        </w:rPr>
        <w:t xml:space="preserve"> ولا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ت‌ها</w:t>
      </w:r>
      <w:r w:rsidRPr="005E3C44">
        <w:rPr>
          <w:rFonts w:ascii="Tahoma" w:hAnsi="Tahoma" w:cs="Tahoma"/>
          <w:rtl/>
        </w:rPr>
        <w:t xml:space="preserve"> در اخت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ار</w:t>
      </w:r>
      <w:r w:rsidRPr="005E3C44">
        <w:rPr>
          <w:rFonts w:ascii="Tahoma" w:hAnsi="Tahoma" w:cs="Tahoma"/>
          <w:rtl/>
        </w:rPr>
        <w:t xml:space="preserve"> حاکمان و ام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ران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قرار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گرفت</w:t>
      </w:r>
      <w:r w:rsidRPr="005E3C44">
        <w:rPr>
          <w:rFonts w:ascii="Tahoma" w:hAnsi="Tahoma" w:cs="Tahoma"/>
          <w:rtl/>
        </w:rPr>
        <w:t xml:space="preserve"> که در برابر آن وظ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فه</w:t>
      </w:r>
      <w:r w:rsidRPr="005E3C44">
        <w:rPr>
          <w:rFonts w:ascii="Tahoma" w:hAnsi="Tahoma" w:cs="Tahoma"/>
          <w:rtl/>
        </w:rPr>
        <w:t xml:space="preserve"> داشتند قشون فراهم کنند، نظم را حفظ نما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ند</w:t>
      </w:r>
      <w:r w:rsidRPr="005E3C44">
        <w:rPr>
          <w:rFonts w:ascii="Tahoma" w:hAnsi="Tahoma" w:cs="Tahoma"/>
          <w:rtl/>
        </w:rPr>
        <w:t xml:space="preserve"> و سهم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از درآمد را به مرکز بفرستند.</w:t>
      </w:r>
    </w:p>
    <w:p w:rsidR="005E3C44" w:rsidRPr="005E3C44" w:rsidRDefault="005E3C44" w:rsidP="005E3C4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E3C44">
        <w:rPr>
          <w:rFonts w:ascii="Tahoma" w:hAnsi="Tahoma" w:cs="Tahoma" w:hint="eastAsia"/>
          <w:rtl/>
        </w:rPr>
        <w:t>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</w:t>
      </w:r>
      <w:r w:rsidRPr="005E3C44">
        <w:rPr>
          <w:rFonts w:ascii="Tahoma" w:hAnsi="Tahoma" w:cs="Tahoma"/>
          <w:rtl/>
        </w:rPr>
        <w:t xml:space="preserve"> ش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وه</w:t>
      </w:r>
      <w:r w:rsidRPr="005E3C44">
        <w:rPr>
          <w:rFonts w:ascii="Tahoma" w:hAnsi="Tahoma" w:cs="Tahoma"/>
          <w:rtl/>
        </w:rPr>
        <w:t xml:space="preserve"> هز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نهٔ</w:t>
      </w:r>
      <w:r w:rsidRPr="005E3C44">
        <w:rPr>
          <w:rFonts w:ascii="Tahoma" w:hAnsi="Tahoma" w:cs="Tahoma"/>
          <w:rtl/>
        </w:rPr>
        <w:t xml:space="preserve"> مستق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م</w:t>
      </w:r>
      <w:r w:rsidRPr="005E3C44">
        <w:rPr>
          <w:rFonts w:ascii="Tahoma" w:hAnsi="Tahoma" w:cs="Tahoma"/>
          <w:rtl/>
        </w:rPr>
        <w:t xml:space="preserve"> مرکز را کاهش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داد،</w:t>
      </w:r>
      <w:r w:rsidRPr="005E3C44">
        <w:rPr>
          <w:rFonts w:ascii="Tahoma" w:hAnsi="Tahoma" w:cs="Tahoma"/>
          <w:rtl/>
        </w:rPr>
        <w:t xml:space="preserve"> اما قدرت حاکمان محل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را افزا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ش</w:t>
      </w:r>
      <w:r w:rsidRPr="005E3C44">
        <w:rPr>
          <w:rFonts w:ascii="Tahoma" w:hAnsi="Tahoma" w:cs="Tahoma"/>
          <w:rtl/>
        </w:rPr>
        <w:t xml:space="preserve">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داد</w:t>
      </w:r>
      <w:r w:rsidRPr="005E3C44">
        <w:rPr>
          <w:rFonts w:ascii="Tahoma" w:hAnsi="Tahoma" w:cs="Tahoma"/>
          <w:rtl/>
        </w:rPr>
        <w:t>. ام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که درآمد ولا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ت،</w:t>
      </w:r>
      <w:r w:rsidRPr="005E3C44">
        <w:rPr>
          <w:rFonts w:ascii="Tahoma" w:hAnsi="Tahoma" w:cs="Tahoma"/>
          <w:rtl/>
        </w:rPr>
        <w:t xml:space="preserve"> مأموران و سپاه محل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را در اخت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ار</w:t>
      </w:r>
      <w:r w:rsidRPr="005E3C44">
        <w:rPr>
          <w:rFonts w:ascii="Tahoma" w:hAnsi="Tahoma" w:cs="Tahoma"/>
          <w:rtl/>
        </w:rPr>
        <w:t xml:space="preserve"> داشت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توانست</w:t>
      </w:r>
      <w:r w:rsidRPr="005E3C44">
        <w:rPr>
          <w:rFonts w:ascii="Tahoma" w:hAnsi="Tahoma" w:cs="Tahoma"/>
          <w:rtl/>
        </w:rPr>
        <w:t xml:space="preserve"> در برابر شاه استقلال پ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دا</w:t>
      </w:r>
      <w:r w:rsidRPr="005E3C44">
        <w:rPr>
          <w:rFonts w:ascii="Tahoma" w:hAnsi="Tahoma" w:cs="Tahoma"/>
          <w:rtl/>
        </w:rPr>
        <w:t xml:space="preserve"> کند. 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زان</w:t>
      </w:r>
      <w:r w:rsidRPr="005E3C44">
        <w:rPr>
          <w:rFonts w:ascii="Tahoma" w:hAnsi="Tahoma" w:cs="Tahoma"/>
          <w:rtl/>
        </w:rPr>
        <w:t xml:space="preserve"> واقع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درآمد 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ز</w:t>
      </w:r>
      <w:r w:rsidRPr="005E3C44">
        <w:rPr>
          <w:rFonts w:ascii="Tahoma" w:hAnsi="Tahoma" w:cs="Tahoma"/>
          <w:rtl/>
        </w:rPr>
        <w:t xml:space="preserve"> هم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شه</w:t>
      </w:r>
      <w:r w:rsidRPr="005E3C44">
        <w:rPr>
          <w:rFonts w:ascii="Tahoma" w:hAnsi="Tahoma" w:cs="Tahoma"/>
          <w:rtl/>
        </w:rPr>
        <w:t xml:space="preserve"> برا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وان</w:t>
      </w:r>
      <w:r w:rsidRPr="005E3C44">
        <w:rPr>
          <w:rFonts w:ascii="Tahoma" w:hAnsi="Tahoma" w:cs="Tahoma"/>
          <w:rtl/>
        </w:rPr>
        <w:t xml:space="preserve"> روشن نبود و حاکم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توانست</w:t>
      </w:r>
      <w:r w:rsidRPr="005E3C44">
        <w:rPr>
          <w:rFonts w:ascii="Tahoma" w:hAnsi="Tahoma" w:cs="Tahoma"/>
          <w:rtl/>
        </w:rPr>
        <w:t xml:space="preserve"> بخش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ا</w:t>
      </w:r>
      <w:r w:rsidRPr="005E3C44">
        <w:rPr>
          <w:rFonts w:ascii="Tahoma" w:hAnsi="Tahoma" w:cs="Tahoma" w:hint="eastAsia"/>
          <w:rtl/>
        </w:rPr>
        <w:t>ز</w:t>
      </w:r>
      <w:r w:rsidRPr="005E3C44">
        <w:rPr>
          <w:rFonts w:ascii="Tahoma" w:hAnsi="Tahoma" w:cs="Tahoma"/>
          <w:rtl/>
        </w:rPr>
        <w:t xml:space="preserve"> آن را پنهان 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</w:t>
      </w:r>
      <w:r w:rsidRPr="005E3C44">
        <w:rPr>
          <w:rFonts w:ascii="Tahoma" w:hAnsi="Tahoma" w:cs="Tahoma"/>
          <w:rtl/>
        </w:rPr>
        <w:t xml:space="preserve"> 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ان</w:t>
      </w:r>
      <w:r w:rsidRPr="005E3C44">
        <w:rPr>
          <w:rFonts w:ascii="Tahoma" w:hAnsi="Tahoma" w:cs="Tahoma"/>
          <w:rtl/>
        </w:rPr>
        <w:t xml:space="preserve"> وابستگان خود تقس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م</w:t>
      </w:r>
      <w:r w:rsidRPr="005E3C44">
        <w:rPr>
          <w:rFonts w:ascii="Tahoma" w:hAnsi="Tahoma" w:cs="Tahoma"/>
          <w:rtl/>
        </w:rPr>
        <w:t xml:space="preserve"> کند.</w:t>
      </w:r>
    </w:p>
    <w:p w:rsidR="005E3C44" w:rsidRPr="005E3C44" w:rsidRDefault="005E3C44" w:rsidP="005E3C4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E3C44">
        <w:rPr>
          <w:rFonts w:ascii="Tahoma" w:hAnsi="Tahoma" w:cs="Tahoma" w:hint="eastAsia"/>
          <w:rtl/>
        </w:rPr>
        <w:t>شاه</w:t>
      </w:r>
      <w:r w:rsidRPr="005E3C44">
        <w:rPr>
          <w:rFonts w:ascii="Tahoma" w:hAnsi="Tahoma" w:cs="Tahoma"/>
          <w:rtl/>
        </w:rPr>
        <w:t xml:space="preserve"> عباس شمار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از 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</w:t>
      </w:r>
      <w:r w:rsidRPr="005E3C44">
        <w:rPr>
          <w:rFonts w:ascii="Tahoma" w:hAnsi="Tahoma" w:cs="Tahoma"/>
          <w:rtl/>
        </w:rPr>
        <w:t xml:space="preserve"> ولا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ت‌ها</w:t>
      </w:r>
      <w:r w:rsidRPr="005E3C44">
        <w:rPr>
          <w:rFonts w:ascii="Tahoma" w:hAnsi="Tahoma" w:cs="Tahoma"/>
          <w:rtl/>
        </w:rPr>
        <w:t xml:space="preserve"> را به «خاصه» تبد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ل</w:t>
      </w:r>
      <w:r w:rsidRPr="005E3C44">
        <w:rPr>
          <w:rFonts w:ascii="Tahoma" w:hAnsi="Tahoma" w:cs="Tahoma"/>
          <w:rtl/>
        </w:rPr>
        <w:t xml:space="preserve"> کرد. درآمد املاک و ولا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ت‌ها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خاصه مستق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ماً</w:t>
      </w:r>
      <w:r w:rsidRPr="005E3C44">
        <w:rPr>
          <w:rFonts w:ascii="Tahoma" w:hAnsi="Tahoma" w:cs="Tahoma"/>
          <w:rtl/>
        </w:rPr>
        <w:t xml:space="preserve"> به خزانهٔ شاه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رفت</w:t>
      </w:r>
      <w:r w:rsidRPr="005E3C44">
        <w:rPr>
          <w:rFonts w:ascii="Tahoma" w:hAnsi="Tahoma" w:cs="Tahoma"/>
          <w:rtl/>
        </w:rPr>
        <w:t xml:space="preserve"> و ادارهٔ آنها به مأموران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سپرده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شد</w:t>
      </w:r>
      <w:r w:rsidRPr="005E3C44">
        <w:rPr>
          <w:rFonts w:ascii="Tahoma" w:hAnsi="Tahoma" w:cs="Tahoma"/>
          <w:rtl/>
        </w:rPr>
        <w:t xml:space="preserve"> که از مرکز منصوب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شدند</w:t>
      </w:r>
      <w:r w:rsidRPr="005E3C44">
        <w:rPr>
          <w:rFonts w:ascii="Tahoma" w:hAnsi="Tahoma" w:cs="Tahoma"/>
          <w:rtl/>
        </w:rPr>
        <w:t>. 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</w:t>
      </w:r>
      <w:r w:rsidRPr="005E3C44">
        <w:rPr>
          <w:rFonts w:ascii="Tahoma" w:hAnsi="Tahoma" w:cs="Tahoma"/>
          <w:rtl/>
        </w:rPr>
        <w:t xml:space="preserve"> تغ</w:t>
      </w:r>
      <w:r w:rsidRPr="005E3C44">
        <w:rPr>
          <w:rFonts w:ascii="Tahoma" w:hAnsi="Tahoma" w:cs="Tahoma" w:hint="cs"/>
          <w:rtl/>
        </w:rPr>
        <w:t>یی</w:t>
      </w:r>
      <w:r w:rsidRPr="005E3C44">
        <w:rPr>
          <w:rFonts w:ascii="Tahoma" w:hAnsi="Tahoma" w:cs="Tahoma" w:hint="eastAsia"/>
          <w:rtl/>
        </w:rPr>
        <w:t>ر،</w:t>
      </w:r>
      <w:r w:rsidRPr="005E3C44">
        <w:rPr>
          <w:rFonts w:ascii="Tahoma" w:hAnsi="Tahoma" w:cs="Tahoma"/>
          <w:rtl/>
        </w:rPr>
        <w:t xml:space="preserve"> منابع ب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شتر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در اخت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ار</w:t>
      </w:r>
      <w:r w:rsidRPr="005E3C44">
        <w:rPr>
          <w:rFonts w:ascii="Tahoma" w:hAnsi="Tahoma" w:cs="Tahoma"/>
          <w:rtl/>
        </w:rPr>
        <w:t xml:space="preserve"> تاج قرار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داد</w:t>
      </w:r>
      <w:r w:rsidRPr="005E3C44">
        <w:rPr>
          <w:rFonts w:ascii="Tahoma" w:hAnsi="Tahoma" w:cs="Tahoma"/>
          <w:rtl/>
        </w:rPr>
        <w:t xml:space="preserve"> تا مواجب غلامان، تفنگچ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ان</w:t>
      </w:r>
      <w:r w:rsidRPr="005E3C44">
        <w:rPr>
          <w:rFonts w:ascii="Tahoma" w:hAnsi="Tahoma" w:cs="Tahoma"/>
          <w:rtl/>
        </w:rPr>
        <w:t xml:space="preserve"> و 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گر</w:t>
      </w:r>
      <w:r w:rsidRPr="005E3C44">
        <w:rPr>
          <w:rFonts w:ascii="Tahoma" w:hAnsi="Tahoma" w:cs="Tahoma"/>
          <w:rtl/>
        </w:rPr>
        <w:t xml:space="preserve"> 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روها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تازه را بپردازد.</w:t>
      </w:r>
    </w:p>
    <w:p w:rsidR="005E3C44" w:rsidRPr="005E3C44" w:rsidRDefault="005E3C44" w:rsidP="005E3C4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E3C44">
        <w:rPr>
          <w:rFonts w:ascii="Tahoma" w:hAnsi="Tahoma" w:cs="Tahoma" w:hint="eastAsia"/>
          <w:rtl/>
        </w:rPr>
        <w:t>تبد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ل</w:t>
      </w:r>
      <w:r w:rsidRPr="005E3C44">
        <w:rPr>
          <w:rFonts w:ascii="Tahoma" w:hAnsi="Tahoma" w:cs="Tahoma"/>
          <w:rtl/>
        </w:rPr>
        <w:t xml:space="preserve"> ممالک به خاصه فقط اقدام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مال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نبود. رابطهٔ شاه با زم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</w:t>
      </w:r>
      <w:r w:rsidRPr="005E3C44">
        <w:rPr>
          <w:rFonts w:ascii="Tahoma" w:hAnsi="Tahoma" w:cs="Tahoma"/>
          <w:rtl/>
        </w:rPr>
        <w:t xml:space="preserve"> و حکومت محل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را تغ</w:t>
      </w:r>
      <w:r w:rsidRPr="005E3C44">
        <w:rPr>
          <w:rFonts w:ascii="Tahoma" w:hAnsi="Tahoma" w:cs="Tahoma" w:hint="cs"/>
          <w:rtl/>
        </w:rPr>
        <w:t>یی</w:t>
      </w:r>
      <w:r w:rsidRPr="005E3C44">
        <w:rPr>
          <w:rFonts w:ascii="Tahoma" w:hAnsi="Tahoma" w:cs="Tahoma" w:hint="eastAsia"/>
          <w:rtl/>
        </w:rPr>
        <w:t>ر</w:t>
      </w:r>
      <w:r w:rsidRPr="005E3C44">
        <w:rPr>
          <w:rFonts w:ascii="Tahoma" w:hAnsi="Tahoma" w:cs="Tahoma"/>
          <w:rtl/>
        </w:rPr>
        <w:t xml:space="preserve">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داد</w:t>
      </w:r>
      <w:r w:rsidRPr="005E3C44">
        <w:rPr>
          <w:rFonts w:ascii="Tahoma" w:hAnsi="Tahoma" w:cs="Tahoma"/>
          <w:rtl/>
        </w:rPr>
        <w:t>. ام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</w:t>
      </w:r>
      <w:r w:rsidRPr="005E3C44">
        <w:rPr>
          <w:rFonts w:ascii="Tahoma" w:hAnsi="Tahoma" w:cs="Tahoma"/>
          <w:rtl/>
        </w:rPr>
        <w:t xml:space="preserve"> قزلباش 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گر</w:t>
      </w:r>
      <w:r w:rsidRPr="005E3C44">
        <w:rPr>
          <w:rFonts w:ascii="Tahoma" w:hAnsi="Tahoma" w:cs="Tahoma"/>
          <w:rtl/>
        </w:rPr>
        <w:t xml:space="preserve"> نم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توانست</w:t>
      </w:r>
      <w:r w:rsidRPr="005E3C44">
        <w:rPr>
          <w:rFonts w:ascii="Tahoma" w:hAnsi="Tahoma" w:cs="Tahoma"/>
          <w:rtl/>
        </w:rPr>
        <w:t xml:space="preserve"> ولا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ت</w:t>
      </w:r>
      <w:r w:rsidRPr="005E3C44">
        <w:rPr>
          <w:rFonts w:ascii="Tahoma" w:hAnsi="Tahoma" w:cs="Tahoma"/>
          <w:rtl/>
        </w:rPr>
        <w:t xml:space="preserve"> را حوزهٔ قدرت تقر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باً</w:t>
      </w:r>
      <w:r w:rsidRPr="005E3C44">
        <w:rPr>
          <w:rFonts w:ascii="Tahoma" w:hAnsi="Tahoma" w:cs="Tahoma"/>
          <w:rtl/>
        </w:rPr>
        <w:t xml:space="preserve"> موروث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خود بداند. مأمور خاصه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دانست</w:t>
      </w:r>
      <w:r w:rsidRPr="005E3C44">
        <w:rPr>
          <w:rFonts w:ascii="Tahoma" w:hAnsi="Tahoma" w:cs="Tahoma"/>
          <w:rtl/>
        </w:rPr>
        <w:t xml:space="preserve"> که مقامش از مرکز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آ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د</w:t>
      </w:r>
      <w:r w:rsidRPr="005E3C44">
        <w:rPr>
          <w:rFonts w:ascii="Tahoma" w:hAnsi="Tahoma" w:cs="Tahoma"/>
          <w:rtl/>
        </w:rPr>
        <w:t xml:space="preserve"> و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تواند</w:t>
      </w:r>
      <w:r w:rsidRPr="005E3C44">
        <w:rPr>
          <w:rFonts w:ascii="Tahoma" w:hAnsi="Tahoma" w:cs="Tahoma"/>
          <w:rtl/>
        </w:rPr>
        <w:t xml:space="preserve"> با فرمان شاه پا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ان</w:t>
      </w:r>
      <w:r w:rsidRPr="005E3C44">
        <w:rPr>
          <w:rFonts w:ascii="Tahoma" w:hAnsi="Tahoma" w:cs="Tahoma"/>
          <w:rtl/>
        </w:rPr>
        <w:t xml:space="preserve"> 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ابد</w:t>
      </w:r>
      <w:r w:rsidRPr="005E3C44">
        <w:rPr>
          <w:rFonts w:ascii="Tahoma" w:hAnsi="Tahoma" w:cs="Tahoma"/>
          <w:rtl/>
        </w:rPr>
        <w:t>. بد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ن‌سان،</w:t>
      </w:r>
      <w:r w:rsidRPr="005E3C44">
        <w:rPr>
          <w:rFonts w:ascii="Tahoma" w:hAnsi="Tahoma" w:cs="Tahoma"/>
          <w:rtl/>
        </w:rPr>
        <w:t xml:space="preserve"> د</w:t>
      </w:r>
      <w:r w:rsidRPr="005E3C44">
        <w:rPr>
          <w:rFonts w:ascii="Tahoma" w:hAnsi="Tahoma" w:cs="Tahoma" w:hint="eastAsia"/>
          <w:rtl/>
        </w:rPr>
        <w:t>رآمد</w:t>
      </w:r>
      <w:r w:rsidRPr="005E3C44">
        <w:rPr>
          <w:rFonts w:ascii="Tahoma" w:hAnsi="Tahoma" w:cs="Tahoma"/>
          <w:rtl/>
        </w:rPr>
        <w:t xml:space="preserve"> و ادارهٔ محل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هر دو به تاج نزد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ک‌تر</w:t>
      </w:r>
      <w:r w:rsidRPr="005E3C44">
        <w:rPr>
          <w:rFonts w:ascii="Tahoma" w:hAnsi="Tahoma" w:cs="Tahoma"/>
          <w:rtl/>
        </w:rPr>
        <w:t xml:space="preserve">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شدند</w:t>
      </w:r>
      <w:r w:rsidRPr="005E3C44">
        <w:rPr>
          <w:rFonts w:ascii="Tahoma" w:hAnsi="Tahoma" w:cs="Tahoma"/>
          <w:rtl/>
        </w:rPr>
        <w:t>.</w:t>
      </w:r>
    </w:p>
    <w:p w:rsidR="005E3C44" w:rsidRPr="005E3C44" w:rsidRDefault="005E3C44" w:rsidP="005E3C4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E3C44">
        <w:rPr>
          <w:rFonts w:ascii="Tahoma" w:hAnsi="Tahoma" w:cs="Tahoma" w:hint="eastAsia"/>
          <w:rtl/>
        </w:rPr>
        <w:t>اما</w:t>
      </w:r>
      <w:r w:rsidRPr="005E3C44">
        <w:rPr>
          <w:rFonts w:ascii="Tahoma" w:hAnsi="Tahoma" w:cs="Tahoma"/>
          <w:rtl/>
        </w:rPr>
        <w:t xml:space="preserve"> 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</w:t>
      </w:r>
      <w:r w:rsidRPr="005E3C44">
        <w:rPr>
          <w:rFonts w:ascii="Tahoma" w:hAnsi="Tahoma" w:cs="Tahoma"/>
          <w:rtl/>
        </w:rPr>
        <w:t xml:space="preserve"> س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است</w:t>
      </w:r>
      <w:r w:rsidRPr="005E3C44">
        <w:rPr>
          <w:rFonts w:ascii="Tahoma" w:hAnsi="Tahoma" w:cs="Tahoma"/>
          <w:rtl/>
        </w:rPr>
        <w:t xml:space="preserve"> 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ز</w:t>
      </w:r>
      <w:r w:rsidRPr="005E3C44">
        <w:rPr>
          <w:rFonts w:ascii="Tahoma" w:hAnsi="Tahoma" w:cs="Tahoma"/>
          <w:rtl/>
        </w:rPr>
        <w:t xml:space="preserve"> پ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امد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دوگانه داشت. در کوتاه‌مدت، مرکز را 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رومند</w:t>
      </w:r>
      <w:r w:rsidRPr="005E3C44">
        <w:rPr>
          <w:rFonts w:ascii="Tahoma" w:hAnsi="Tahoma" w:cs="Tahoma"/>
          <w:rtl/>
        </w:rPr>
        <w:t xml:space="preserve"> کرد و امکان تأم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</w:t>
      </w:r>
      <w:r w:rsidRPr="005E3C44">
        <w:rPr>
          <w:rFonts w:ascii="Tahoma" w:hAnsi="Tahoma" w:cs="Tahoma"/>
          <w:rtl/>
        </w:rPr>
        <w:t xml:space="preserve"> قشون تازه را فراهم ساخت. در درازمدت، ادارهٔ ولا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ت</w:t>
      </w:r>
      <w:r w:rsidRPr="005E3C44">
        <w:rPr>
          <w:rFonts w:ascii="Tahoma" w:hAnsi="Tahoma" w:cs="Tahoma"/>
          <w:rtl/>
        </w:rPr>
        <w:t xml:space="preserve"> به دست مأموران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که ممکن بود فقط در پ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افزا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ش</w:t>
      </w:r>
      <w:r w:rsidRPr="005E3C44">
        <w:rPr>
          <w:rFonts w:ascii="Tahoma" w:hAnsi="Tahoma" w:cs="Tahoma"/>
          <w:rtl/>
        </w:rPr>
        <w:t xml:space="preserve"> درآمد خزانه باشند،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توانست</w:t>
      </w:r>
      <w:r w:rsidRPr="005E3C44">
        <w:rPr>
          <w:rFonts w:ascii="Tahoma" w:hAnsi="Tahoma" w:cs="Tahoma"/>
          <w:rtl/>
        </w:rPr>
        <w:t xml:space="preserve"> کشاورزان و شهرها را ز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</w:t>
      </w:r>
      <w:r w:rsidRPr="005E3C44">
        <w:rPr>
          <w:rFonts w:ascii="Tahoma" w:hAnsi="Tahoma" w:cs="Tahoma"/>
          <w:rtl/>
        </w:rPr>
        <w:t xml:space="preserve"> فشار قرار دهد. حاکم مم</w:t>
      </w:r>
      <w:r w:rsidRPr="005E3C44">
        <w:rPr>
          <w:rFonts w:ascii="Tahoma" w:hAnsi="Tahoma" w:cs="Tahoma" w:hint="eastAsia"/>
          <w:rtl/>
        </w:rPr>
        <w:t>الک</w:t>
      </w:r>
      <w:r w:rsidRPr="005E3C44">
        <w:rPr>
          <w:rFonts w:ascii="Tahoma" w:hAnsi="Tahoma" w:cs="Tahoma"/>
          <w:rtl/>
        </w:rPr>
        <w:t xml:space="preserve"> دست‌کم موظف بود از منطقه دفاع کند و قشون محل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داشته باشد؛ مأمور خاصه ممکن بود ب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ش</w:t>
      </w:r>
      <w:r w:rsidRPr="005E3C44">
        <w:rPr>
          <w:rFonts w:ascii="Tahoma" w:hAnsi="Tahoma" w:cs="Tahoma"/>
          <w:rtl/>
        </w:rPr>
        <w:t xml:space="preserve"> از آبادان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و امن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ت</w:t>
      </w:r>
      <w:r w:rsidRPr="005E3C44">
        <w:rPr>
          <w:rFonts w:ascii="Tahoma" w:hAnsi="Tahoma" w:cs="Tahoma"/>
          <w:rtl/>
        </w:rPr>
        <w:t xml:space="preserve"> بلندمدت، به وصول درآمد فور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توجه کند.</w:t>
      </w:r>
    </w:p>
    <w:p w:rsidR="005E3C44" w:rsidRPr="005E3C44" w:rsidRDefault="005E3C44" w:rsidP="005E3C4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E3C44">
        <w:rPr>
          <w:rFonts w:ascii="Tahoma" w:hAnsi="Tahoma" w:cs="Tahoma" w:hint="eastAsia"/>
          <w:rtl/>
        </w:rPr>
        <w:t>تمرکز</w:t>
      </w:r>
      <w:r w:rsidRPr="005E3C44">
        <w:rPr>
          <w:rFonts w:ascii="Tahoma" w:hAnsi="Tahoma" w:cs="Tahoma"/>
          <w:rtl/>
        </w:rPr>
        <w:t xml:space="preserve"> قدرت در خزانه بدون 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وان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تواناتر ممکن نبود. تبد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ل</w:t>
      </w:r>
      <w:r w:rsidRPr="005E3C44">
        <w:rPr>
          <w:rFonts w:ascii="Tahoma" w:hAnsi="Tahoma" w:cs="Tahoma"/>
          <w:rtl/>
        </w:rPr>
        <w:t xml:space="preserve"> ولا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ت‌ها،</w:t>
      </w:r>
      <w:r w:rsidRPr="005E3C44">
        <w:rPr>
          <w:rFonts w:ascii="Tahoma" w:hAnsi="Tahoma" w:cs="Tahoma"/>
          <w:rtl/>
        </w:rPr>
        <w:t xml:space="preserve"> ثبت درآمدها، پرداخت مواجب، ته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هٔ</w:t>
      </w:r>
      <w:r w:rsidRPr="005E3C44">
        <w:rPr>
          <w:rFonts w:ascii="Tahoma" w:hAnsi="Tahoma" w:cs="Tahoma"/>
          <w:rtl/>
        </w:rPr>
        <w:t xml:space="preserve"> سلاح و تأم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</w:t>
      </w:r>
      <w:r w:rsidRPr="005E3C44">
        <w:rPr>
          <w:rFonts w:ascii="Tahoma" w:hAnsi="Tahoma" w:cs="Tahoma"/>
          <w:rtl/>
        </w:rPr>
        <w:t xml:space="preserve"> دربار به حساب و نظارت 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از</w:t>
      </w:r>
      <w:r w:rsidRPr="005E3C44">
        <w:rPr>
          <w:rFonts w:ascii="Tahoma" w:hAnsi="Tahoma" w:cs="Tahoma"/>
          <w:rtl/>
        </w:rPr>
        <w:t xml:space="preserve"> داشت. شاه عباس، همانند پادشاهان پ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ش</w:t>
      </w:r>
      <w:r w:rsidRPr="005E3C44">
        <w:rPr>
          <w:rFonts w:ascii="Tahoma" w:hAnsi="Tahoma" w:cs="Tahoma"/>
          <w:rtl/>
        </w:rPr>
        <w:t xml:space="preserve"> از خود، برا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محدودکردن قدرت نظام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ان</w:t>
      </w:r>
      <w:r w:rsidRPr="005E3C44">
        <w:rPr>
          <w:rFonts w:ascii="Tahoma" w:hAnsi="Tahoma" w:cs="Tahoma"/>
          <w:rtl/>
        </w:rPr>
        <w:t xml:space="preserve"> به 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وانسالاران</w:t>
      </w:r>
      <w:r w:rsidRPr="005E3C44">
        <w:rPr>
          <w:rFonts w:ascii="Tahoma" w:hAnsi="Tahoma" w:cs="Tahoma"/>
          <w:rtl/>
        </w:rPr>
        <w:t xml:space="preserve"> 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ازمند</w:t>
      </w:r>
      <w:r w:rsidRPr="005E3C44">
        <w:rPr>
          <w:rFonts w:ascii="Tahoma" w:hAnsi="Tahoma" w:cs="Tahoma"/>
          <w:rtl/>
        </w:rPr>
        <w:t xml:space="preserve"> شد. قشون حکومت را سا</w:t>
      </w:r>
      <w:r w:rsidRPr="005E3C44">
        <w:rPr>
          <w:rFonts w:ascii="Tahoma" w:hAnsi="Tahoma" w:cs="Tahoma" w:hint="eastAsia"/>
          <w:rtl/>
        </w:rPr>
        <w:t>خته</w:t>
      </w:r>
      <w:r w:rsidRPr="005E3C44">
        <w:rPr>
          <w:rFonts w:ascii="Tahoma" w:hAnsi="Tahoma" w:cs="Tahoma"/>
          <w:rtl/>
        </w:rPr>
        <w:t xml:space="preserve"> بود، اما 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وان</w:t>
      </w:r>
      <w:r w:rsidRPr="005E3C44">
        <w:rPr>
          <w:rFonts w:ascii="Tahoma" w:hAnsi="Tahoma" w:cs="Tahoma"/>
          <w:rtl/>
        </w:rPr>
        <w:t xml:space="preserve"> با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د</w:t>
      </w:r>
      <w:r w:rsidRPr="005E3C44">
        <w:rPr>
          <w:rFonts w:ascii="Tahoma" w:hAnsi="Tahoma" w:cs="Tahoma"/>
          <w:rtl/>
        </w:rPr>
        <w:t xml:space="preserve"> آن را به 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رو</w:t>
      </w:r>
      <w:r w:rsidRPr="005E3C44">
        <w:rPr>
          <w:rFonts w:ascii="Tahoma" w:hAnsi="Tahoma" w:cs="Tahoma" w:hint="cs"/>
          <w:rtl/>
        </w:rPr>
        <w:t>یی</w:t>
      </w:r>
      <w:r w:rsidRPr="005E3C44">
        <w:rPr>
          <w:rFonts w:ascii="Tahoma" w:hAnsi="Tahoma" w:cs="Tahoma"/>
          <w:rtl/>
        </w:rPr>
        <w:t xml:space="preserve"> قابل نگهدار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تبد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ل</w:t>
      </w:r>
      <w:r w:rsidRPr="005E3C44">
        <w:rPr>
          <w:rFonts w:ascii="Tahoma" w:hAnsi="Tahoma" w:cs="Tahoma"/>
          <w:rtl/>
        </w:rPr>
        <w:t xml:space="preserve">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کرد</w:t>
      </w:r>
      <w:r w:rsidRPr="005E3C44">
        <w:rPr>
          <w:rFonts w:ascii="Tahoma" w:hAnsi="Tahoma" w:cs="Tahoma"/>
          <w:rtl/>
        </w:rPr>
        <w:t>.</w:t>
      </w:r>
    </w:p>
    <w:p w:rsidR="005E3C44" w:rsidRPr="005E3C44" w:rsidRDefault="005E3C44" w:rsidP="005E3C4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E3C44">
        <w:rPr>
          <w:rFonts w:ascii="Tahoma" w:hAnsi="Tahoma" w:cs="Tahoma" w:hint="eastAsia"/>
          <w:rtl/>
        </w:rPr>
        <w:t>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وانسالاران</w:t>
      </w:r>
      <w:r w:rsidRPr="005E3C44">
        <w:rPr>
          <w:rFonts w:ascii="Tahoma" w:hAnsi="Tahoma" w:cs="Tahoma"/>
          <w:rtl/>
        </w:rPr>
        <w:t xml:space="preserve">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توانستند</w:t>
      </w:r>
      <w:r w:rsidRPr="005E3C44">
        <w:rPr>
          <w:rFonts w:ascii="Tahoma" w:hAnsi="Tahoma" w:cs="Tahoma"/>
          <w:rtl/>
        </w:rPr>
        <w:t xml:space="preserve"> اطلاعات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فراهم کنند که شاه از راه ام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ران</w:t>
      </w:r>
      <w:r w:rsidRPr="005E3C44">
        <w:rPr>
          <w:rFonts w:ascii="Tahoma" w:hAnsi="Tahoma" w:cs="Tahoma"/>
          <w:rtl/>
        </w:rPr>
        <w:t xml:space="preserve"> قزلباش به دست نم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آورد</w:t>
      </w:r>
      <w:r w:rsidRPr="005E3C44">
        <w:rPr>
          <w:rFonts w:ascii="Tahoma" w:hAnsi="Tahoma" w:cs="Tahoma"/>
          <w:rtl/>
        </w:rPr>
        <w:t>. دفترها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مال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،</w:t>
      </w:r>
      <w:r w:rsidRPr="005E3C44">
        <w:rPr>
          <w:rFonts w:ascii="Tahoma" w:hAnsi="Tahoma" w:cs="Tahoma"/>
          <w:rtl/>
        </w:rPr>
        <w:t xml:space="preserve"> گزارش مأموران و ثبت پرداخت‌ها به مرکز امکان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داد</w:t>
      </w:r>
      <w:r w:rsidRPr="005E3C44">
        <w:rPr>
          <w:rFonts w:ascii="Tahoma" w:hAnsi="Tahoma" w:cs="Tahoma"/>
          <w:rtl/>
        </w:rPr>
        <w:t xml:space="preserve"> بفهمد هر ولا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ت</w:t>
      </w:r>
      <w:r w:rsidRPr="005E3C44">
        <w:rPr>
          <w:rFonts w:ascii="Tahoma" w:hAnsi="Tahoma" w:cs="Tahoma"/>
          <w:rtl/>
        </w:rPr>
        <w:t xml:space="preserve"> چه درآمد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دارد، چه مقدار مال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ات</w:t>
      </w:r>
      <w:r w:rsidRPr="005E3C44">
        <w:rPr>
          <w:rFonts w:ascii="Tahoma" w:hAnsi="Tahoma" w:cs="Tahoma"/>
          <w:rtl/>
        </w:rPr>
        <w:t xml:space="preserve"> وصول شده و کدام فرمانده چه شمار 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رو</w:t>
      </w:r>
      <w:r w:rsidRPr="005E3C44">
        <w:rPr>
          <w:rFonts w:ascii="Tahoma" w:hAnsi="Tahoma" w:cs="Tahoma"/>
          <w:rtl/>
        </w:rPr>
        <w:t xml:space="preserve"> در اخت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ار</w:t>
      </w:r>
      <w:r w:rsidRPr="005E3C44">
        <w:rPr>
          <w:rFonts w:ascii="Tahoma" w:hAnsi="Tahoma" w:cs="Tahoma"/>
          <w:rtl/>
        </w:rPr>
        <w:t xml:space="preserve"> گرفته ا</w:t>
      </w:r>
      <w:r w:rsidRPr="005E3C44">
        <w:rPr>
          <w:rFonts w:ascii="Tahoma" w:hAnsi="Tahoma" w:cs="Tahoma" w:hint="eastAsia"/>
          <w:rtl/>
        </w:rPr>
        <w:t>ست</w:t>
      </w:r>
      <w:r w:rsidRPr="005E3C44">
        <w:rPr>
          <w:rFonts w:ascii="Tahoma" w:hAnsi="Tahoma" w:cs="Tahoma"/>
          <w:rtl/>
        </w:rPr>
        <w:t>. دانستن، خود بخش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از قدرت حکومت بود.</w:t>
      </w:r>
    </w:p>
    <w:p w:rsidR="005E3C44" w:rsidRPr="005E3C44" w:rsidRDefault="005E3C44" w:rsidP="005E3C4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E3C44">
        <w:rPr>
          <w:rFonts w:ascii="Tahoma" w:hAnsi="Tahoma" w:cs="Tahoma" w:hint="eastAsia"/>
          <w:rtl/>
        </w:rPr>
        <w:t>باا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ن‌حال،</w:t>
      </w:r>
      <w:r w:rsidRPr="005E3C44">
        <w:rPr>
          <w:rFonts w:ascii="Tahoma" w:hAnsi="Tahoma" w:cs="Tahoma"/>
          <w:rtl/>
        </w:rPr>
        <w:t xml:space="preserve"> 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وان</w:t>
      </w:r>
      <w:r w:rsidRPr="005E3C44">
        <w:rPr>
          <w:rFonts w:ascii="Tahoma" w:hAnsi="Tahoma" w:cs="Tahoma"/>
          <w:rtl/>
        </w:rPr>
        <w:t xml:space="preserve"> 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ز</w:t>
      </w:r>
      <w:r w:rsidRPr="005E3C44">
        <w:rPr>
          <w:rFonts w:ascii="Tahoma" w:hAnsi="Tahoma" w:cs="Tahoma"/>
          <w:rtl/>
        </w:rPr>
        <w:t xml:space="preserve"> مستقل از شاه نشد. شاه عباس از دانش 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وانسالاران</w:t>
      </w:r>
      <w:r w:rsidRPr="005E3C44">
        <w:rPr>
          <w:rFonts w:ascii="Tahoma" w:hAnsi="Tahoma" w:cs="Tahoma"/>
          <w:rtl/>
        </w:rPr>
        <w:t xml:space="preserve"> استفاده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کرد،</w:t>
      </w:r>
      <w:r w:rsidRPr="005E3C44">
        <w:rPr>
          <w:rFonts w:ascii="Tahoma" w:hAnsi="Tahoma" w:cs="Tahoma"/>
          <w:rtl/>
        </w:rPr>
        <w:t xml:space="preserve"> اما اجازه نم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داد</w:t>
      </w:r>
      <w:r w:rsidRPr="005E3C44">
        <w:rPr>
          <w:rFonts w:ascii="Tahoma" w:hAnsi="Tahoma" w:cs="Tahoma"/>
          <w:rtl/>
        </w:rPr>
        <w:t xml:space="preserve"> آنان مانند ام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ران</w:t>
      </w:r>
      <w:r w:rsidRPr="005E3C44">
        <w:rPr>
          <w:rFonts w:ascii="Tahoma" w:hAnsi="Tahoma" w:cs="Tahoma"/>
          <w:rtl/>
        </w:rPr>
        <w:t xml:space="preserve"> قزلباش به 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رو</w:t>
      </w:r>
      <w:r w:rsidRPr="005E3C44">
        <w:rPr>
          <w:rFonts w:ascii="Tahoma" w:hAnsi="Tahoma" w:cs="Tahoma" w:hint="cs"/>
          <w:rtl/>
        </w:rPr>
        <w:t>یی</w:t>
      </w:r>
      <w:r w:rsidRPr="005E3C44">
        <w:rPr>
          <w:rFonts w:ascii="Tahoma" w:hAnsi="Tahoma" w:cs="Tahoma"/>
          <w:rtl/>
        </w:rPr>
        <w:t xml:space="preserve"> جداگانه تبد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ل</w:t>
      </w:r>
      <w:r w:rsidRPr="005E3C44">
        <w:rPr>
          <w:rFonts w:ascii="Tahoma" w:hAnsi="Tahoma" w:cs="Tahoma"/>
          <w:rtl/>
        </w:rPr>
        <w:t xml:space="preserve"> شوند. وز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</w:t>
      </w:r>
      <w:r w:rsidRPr="005E3C44">
        <w:rPr>
          <w:rFonts w:ascii="Tahoma" w:hAnsi="Tahoma" w:cs="Tahoma"/>
          <w:rtl/>
        </w:rPr>
        <w:t xml:space="preserve"> و مستوف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مقام خود را از تاج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گرفتند</w:t>
      </w:r>
      <w:r w:rsidRPr="005E3C44">
        <w:rPr>
          <w:rFonts w:ascii="Tahoma" w:hAnsi="Tahoma" w:cs="Tahoma"/>
          <w:rtl/>
        </w:rPr>
        <w:t xml:space="preserve"> و در صورت سوءظن شاه ممکن بود برکنار، مصادره 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</w:t>
      </w:r>
      <w:r w:rsidRPr="005E3C44">
        <w:rPr>
          <w:rFonts w:ascii="Tahoma" w:hAnsi="Tahoma" w:cs="Tahoma"/>
          <w:rtl/>
        </w:rPr>
        <w:t xml:space="preserve"> کشته شون</w:t>
      </w:r>
      <w:r w:rsidRPr="005E3C44">
        <w:rPr>
          <w:rFonts w:ascii="Tahoma" w:hAnsi="Tahoma" w:cs="Tahoma" w:hint="eastAsia"/>
          <w:rtl/>
        </w:rPr>
        <w:t>د</w:t>
      </w:r>
      <w:r w:rsidRPr="005E3C44">
        <w:rPr>
          <w:rFonts w:ascii="Tahoma" w:hAnsi="Tahoma" w:cs="Tahoma"/>
          <w:rtl/>
        </w:rPr>
        <w:t>. تمرکز قدرت به معنا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پ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روز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وان</w:t>
      </w:r>
      <w:r w:rsidRPr="005E3C44">
        <w:rPr>
          <w:rFonts w:ascii="Tahoma" w:hAnsi="Tahoma" w:cs="Tahoma"/>
          <w:rtl/>
        </w:rPr>
        <w:t xml:space="preserve"> بر قشون نبود؛ هر دو ز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</w:t>
      </w:r>
      <w:r w:rsidRPr="005E3C44">
        <w:rPr>
          <w:rFonts w:ascii="Tahoma" w:hAnsi="Tahoma" w:cs="Tahoma"/>
          <w:rtl/>
        </w:rPr>
        <w:t xml:space="preserve"> اخت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ار</w:t>
      </w:r>
      <w:r w:rsidRPr="005E3C44">
        <w:rPr>
          <w:rFonts w:ascii="Tahoma" w:hAnsi="Tahoma" w:cs="Tahoma"/>
          <w:rtl/>
        </w:rPr>
        <w:t xml:space="preserve"> ب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شتر</w:t>
      </w:r>
      <w:r w:rsidRPr="005E3C44">
        <w:rPr>
          <w:rFonts w:ascii="Tahoma" w:hAnsi="Tahoma" w:cs="Tahoma"/>
          <w:rtl/>
        </w:rPr>
        <w:t xml:space="preserve"> شاه قرار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گرفتند</w:t>
      </w:r>
      <w:r w:rsidRPr="005E3C44">
        <w:rPr>
          <w:rFonts w:ascii="Tahoma" w:hAnsi="Tahoma" w:cs="Tahoma"/>
          <w:rtl/>
        </w:rPr>
        <w:t>.</w:t>
      </w:r>
    </w:p>
    <w:p w:rsidR="005E3C44" w:rsidRPr="005E3C44" w:rsidRDefault="005E3C44" w:rsidP="005E3C4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E3C44">
        <w:rPr>
          <w:rFonts w:ascii="Tahoma" w:hAnsi="Tahoma" w:cs="Tahoma" w:hint="eastAsia"/>
          <w:rtl/>
        </w:rPr>
        <w:t>شاه</w:t>
      </w:r>
      <w:r w:rsidRPr="005E3C44">
        <w:rPr>
          <w:rFonts w:ascii="Tahoma" w:hAnsi="Tahoma" w:cs="Tahoma"/>
          <w:rtl/>
        </w:rPr>
        <w:t xml:space="preserve"> پس از 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جاد</w:t>
      </w:r>
      <w:r w:rsidRPr="005E3C44">
        <w:rPr>
          <w:rFonts w:ascii="Tahoma" w:hAnsi="Tahoma" w:cs="Tahoma"/>
          <w:rtl/>
        </w:rPr>
        <w:t xml:space="preserve"> آرامش نسب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در داخل و بستن پ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مان</w:t>
      </w:r>
      <w:r w:rsidRPr="005E3C44">
        <w:rPr>
          <w:rFonts w:ascii="Tahoma" w:hAnsi="Tahoma" w:cs="Tahoma"/>
          <w:rtl/>
        </w:rPr>
        <w:t xml:space="preserve"> سنگ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</w:t>
      </w:r>
      <w:r w:rsidRPr="005E3C44">
        <w:rPr>
          <w:rFonts w:ascii="Tahoma" w:hAnsi="Tahoma" w:cs="Tahoma"/>
          <w:rtl/>
        </w:rPr>
        <w:t xml:space="preserve"> با عثمان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ان،</w:t>
      </w:r>
      <w:r w:rsidRPr="005E3C44">
        <w:rPr>
          <w:rFonts w:ascii="Tahoma" w:hAnsi="Tahoma" w:cs="Tahoma"/>
          <w:rtl/>
        </w:rPr>
        <w:t xml:space="preserve"> به جبههٔ شرق پرداخت. ازبکان بخش‌ها</w:t>
      </w:r>
      <w:r w:rsidRPr="005E3C44">
        <w:rPr>
          <w:rFonts w:ascii="Tahoma" w:hAnsi="Tahoma" w:cs="Tahoma" w:hint="cs"/>
          <w:rtl/>
        </w:rPr>
        <w:t>یی</w:t>
      </w:r>
      <w:r w:rsidRPr="005E3C44">
        <w:rPr>
          <w:rFonts w:ascii="Tahoma" w:hAnsi="Tahoma" w:cs="Tahoma"/>
          <w:rtl/>
        </w:rPr>
        <w:t xml:space="preserve"> از خراسان را در اخت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ار</w:t>
      </w:r>
      <w:r w:rsidRPr="005E3C44">
        <w:rPr>
          <w:rFonts w:ascii="Tahoma" w:hAnsi="Tahoma" w:cs="Tahoma"/>
          <w:rtl/>
        </w:rPr>
        <w:t xml:space="preserve"> گرفته و شهرها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مهم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را تهد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د</w:t>
      </w:r>
      <w:r w:rsidRPr="005E3C44">
        <w:rPr>
          <w:rFonts w:ascii="Tahoma" w:hAnsi="Tahoma" w:cs="Tahoma"/>
          <w:rtl/>
        </w:rPr>
        <w:t xml:space="preserve"> 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</w:t>
      </w:r>
      <w:r w:rsidRPr="005E3C44">
        <w:rPr>
          <w:rFonts w:ascii="Tahoma" w:hAnsi="Tahoma" w:cs="Tahoma"/>
          <w:rtl/>
        </w:rPr>
        <w:t xml:space="preserve"> تصرف کرده بودند. عباس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دانست</w:t>
      </w:r>
      <w:r w:rsidRPr="005E3C44">
        <w:rPr>
          <w:rFonts w:ascii="Tahoma" w:hAnsi="Tahoma" w:cs="Tahoma"/>
          <w:rtl/>
        </w:rPr>
        <w:t xml:space="preserve"> تا هنگام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که خراسان ناامن است نم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تواند</w:t>
      </w:r>
      <w:r w:rsidRPr="005E3C44">
        <w:rPr>
          <w:rFonts w:ascii="Tahoma" w:hAnsi="Tahoma" w:cs="Tahoma"/>
          <w:rtl/>
        </w:rPr>
        <w:t xml:space="preserve"> همهٔ 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رو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خود را برا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باز</w:t>
      </w:r>
      <w:r w:rsidRPr="005E3C44">
        <w:rPr>
          <w:rFonts w:ascii="Tahoma" w:hAnsi="Tahoma" w:cs="Tahoma" w:hint="eastAsia"/>
          <w:rtl/>
        </w:rPr>
        <w:t>پس‌گ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سرزم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ن‌ها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غرب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به کار 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رد</w:t>
      </w:r>
      <w:r w:rsidRPr="005E3C44">
        <w:rPr>
          <w:rFonts w:ascii="Tahoma" w:hAnsi="Tahoma" w:cs="Tahoma"/>
          <w:rtl/>
        </w:rPr>
        <w:t>.</w:t>
      </w:r>
    </w:p>
    <w:p w:rsidR="005E3C44" w:rsidRPr="005E3C44" w:rsidRDefault="005E3C44" w:rsidP="005E3C4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E3C44">
        <w:rPr>
          <w:rFonts w:ascii="Tahoma" w:hAnsi="Tahoma" w:cs="Tahoma" w:hint="eastAsia"/>
          <w:rtl/>
        </w:rPr>
        <w:t>در</w:t>
      </w:r>
      <w:r w:rsidRPr="005E3C44">
        <w:rPr>
          <w:rFonts w:ascii="Tahoma" w:hAnsi="Tahoma" w:cs="Tahoma"/>
          <w:rtl/>
        </w:rPr>
        <w:t xml:space="preserve"> سال </w:t>
      </w:r>
      <w:r w:rsidRPr="005E3C44">
        <w:rPr>
          <w:rFonts w:ascii="Tahoma" w:hAnsi="Tahoma" w:cs="Tahoma"/>
          <w:rtl/>
          <w:lang w:bidi="fa-IR"/>
        </w:rPr>
        <w:t>۱۵۹۸</w:t>
      </w:r>
      <w:r w:rsidRPr="005E3C44">
        <w:rPr>
          <w:rFonts w:ascii="Tahoma" w:hAnsi="Tahoma" w:cs="Tahoma"/>
          <w:rtl/>
        </w:rPr>
        <w:t xml:space="preserve"> 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لاد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،</w:t>
      </w:r>
      <w:r w:rsidRPr="005E3C44">
        <w:rPr>
          <w:rFonts w:ascii="Tahoma" w:hAnsi="Tahoma" w:cs="Tahoma"/>
          <w:rtl/>
        </w:rPr>
        <w:t xml:space="preserve"> سپاه صفو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توانست ازبکان را در نزد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ک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هرات شکست دهد و موقع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ت</w:t>
      </w:r>
      <w:r w:rsidRPr="005E3C44">
        <w:rPr>
          <w:rFonts w:ascii="Tahoma" w:hAnsi="Tahoma" w:cs="Tahoma"/>
          <w:rtl/>
        </w:rPr>
        <w:t xml:space="preserve"> حکومت را در خراسان دوباره استوار سازد. بازپس‌گ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مشهد و هرات فقط پ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روز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نظام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نبود؛ نشان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داد</w:t>
      </w:r>
      <w:r w:rsidRPr="005E3C44">
        <w:rPr>
          <w:rFonts w:ascii="Tahoma" w:hAnsi="Tahoma" w:cs="Tahoma"/>
          <w:rtl/>
        </w:rPr>
        <w:t xml:space="preserve"> اصلاحات قشون و تمرکز فرمانده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در حال نت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جه‌دادن</w:t>
      </w:r>
      <w:r w:rsidRPr="005E3C44">
        <w:rPr>
          <w:rFonts w:ascii="Tahoma" w:hAnsi="Tahoma" w:cs="Tahoma"/>
          <w:rtl/>
        </w:rPr>
        <w:t xml:space="preserve"> است. شاه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که در آغاز سلطنت ناچا</w:t>
      </w:r>
      <w:r w:rsidRPr="005E3C44">
        <w:rPr>
          <w:rFonts w:ascii="Tahoma" w:hAnsi="Tahoma" w:cs="Tahoma" w:hint="eastAsia"/>
          <w:rtl/>
        </w:rPr>
        <w:t>ر</w:t>
      </w:r>
      <w:r w:rsidRPr="005E3C44">
        <w:rPr>
          <w:rFonts w:ascii="Tahoma" w:hAnsi="Tahoma" w:cs="Tahoma"/>
          <w:rtl/>
        </w:rPr>
        <w:t xml:space="preserve"> شده بود در برابر عثمان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ان</w:t>
      </w:r>
      <w:r w:rsidRPr="005E3C44">
        <w:rPr>
          <w:rFonts w:ascii="Tahoma" w:hAnsi="Tahoma" w:cs="Tahoma"/>
          <w:rtl/>
        </w:rPr>
        <w:t xml:space="preserve"> عقب‌نش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کند، اکنون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توانست</w:t>
      </w:r>
      <w:r w:rsidRPr="005E3C44">
        <w:rPr>
          <w:rFonts w:ascii="Tahoma" w:hAnsi="Tahoma" w:cs="Tahoma"/>
          <w:rtl/>
        </w:rPr>
        <w:t xml:space="preserve"> 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ک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از دشمنان اصل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خود را از شرق دور سازد.</w:t>
      </w:r>
    </w:p>
    <w:p w:rsidR="005E3C44" w:rsidRPr="005E3C44" w:rsidRDefault="005E3C44" w:rsidP="005E3C4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E3C44">
        <w:rPr>
          <w:rFonts w:ascii="Tahoma" w:hAnsi="Tahoma" w:cs="Tahoma" w:hint="eastAsia"/>
          <w:rtl/>
        </w:rPr>
        <w:t>آرامش</w:t>
      </w:r>
      <w:r w:rsidRPr="005E3C44">
        <w:rPr>
          <w:rFonts w:ascii="Tahoma" w:hAnsi="Tahoma" w:cs="Tahoma"/>
          <w:rtl/>
        </w:rPr>
        <w:t xml:space="preserve"> خراسان همچن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</w:t>
      </w:r>
      <w:r w:rsidRPr="005E3C44">
        <w:rPr>
          <w:rFonts w:ascii="Tahoma" w:hAnsi="Tahoma" w:cs="Tahoma"/>
          <w:rtl/>
        </w:rPr>
        <w:t xml:space="preserve"> جا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گاه</w:t>
      </w:r>
      <w:r w:rsidRPr="005E3C44">
        <w:rPr>
          <w:rFonts w:ascii="Tahoma" w:hAnsi="Tahoma" w:cs="Tahoma"/>
          <w:rtl/>
        </w:rPr>
        <w:t xml:space="preserve"> مذهب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شاه را تقو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ت</w:t>
      </w:r>
      <w:r w:rsidRPr="005E3C44">
        <w:rPr>
          <w:rFonts w:ascii="Tahoma" w:hAnsi="Tahoma" w:cs="Tahoma"/>
          <w:rtl/>
        </w:rPr>
        <w:t xml:space="preserve"> کرد. مشهد و مرقد امام رضا برا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حکومت ش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ع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اهم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ت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فراتر از 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ک</w:t>
      </w:r>
      <w:r w:rsidRPr="005E3C44">
        <w:rPr>
          <w:rFonts w:ascii="Tahoma" w:hAnsi="Tahoma" w:cs="Tahoma"/>
          <w:rtl/>
        </w:rPr>
        <w:t xml:space="preserve"> شهر مرز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داشتند. شاه عباس با ز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ارت،</w:t>
      </w:r>
      <w:r w:rsidRPr="005E3C44">
        <w:rPr>
          <w:rFonts w:ascii="Tahoma" w:hAnsi="Tahoma" w:cs="Tahoma"/>
          <w:rtl/>
        </w:rPr>
        <w:t xml:space="preserve"> آبادان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و حما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ت</w:t>
      </w:r>
      <w:r w:rsidRPr="005E3C44">
        <w:rPr>
          <w:rFonts w:ascii="Tahoma" w:hAnsi="Tahoma" w:cs="Tahoma"/>
          <w:rtl/>
        </w:rPr>
        <w:t xml:space="preserve"> از حرم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توانست</w:t>
      </w:r>
      <w:r w:rsidRPr="005E3C44">
        <w:rPr>
          <w:rFonts w:ascii="Tahoma" w:hAnsi="Tahoma" w:cs="Tahoma"/>
          <w:rtl/>
        </w:rPr>
        <w:t xml:space="preserve"> خود را خدمتگزار امام و پاسدار سرزم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</w:t>
      </w:r>
      <w:r w:rsidRPr="005E3C44">
        <w:rPr>
          <w:rFonts w:ascii="Tahoma" w:hAnsi="Tahoma" w:cs="Tahoma"/>
          <w:rtl/>
        </w:rPr>
        <w:t xml:space="preserve"> ش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ع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معرف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کند. روا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ت‌ها</w:t>
      </w:r>
      <w:r w:rsidRPr="005E3C44">
        <w:rPr>
          <w:rFonts w:ascii="Tahoma" w:hAnsi="Tahoma" w:cs="Tahoma" w:hint="cs"/>
          <w:rtl/>
        </w:rPr>
        <w:t>یی</w:t>
      </w:r>
      <w:r w:rsidRPr="005E3C44">
        <w:rPr>
          <w:rFonts w:ascii="Tahoma" w:hAnsi="Tahoma" w:cs="Tahoma"/>
          <w:rtl/>
        </w:rPr>
        <w:t xml:space="preserve"> از سفر پ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ادهٔ</w:t>
      </w:r>
      <w:r w:rsidRPr="005E3C44">
        <w:rPr>
          <w:rFonts w:ascii="Tahoma" w:hAnsi="Tahoma" w:cs="Tahoma"/>
          <w:rtl/>
        </w:rPr>
        <w:t xml:space="preserve"> او به مشهد 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ز</w:t>
      </w:r>
      <w:r w:rsidRPr="005E3C44">
        <w:rPr>
          <w:rFonts w:ascii="Tahoma" w:hAnsi="Tahoma" w:cs="Tahoma"/>
          <w:rtl/>
        </w:rPr>
        <w:t xml:space="preserve"> هم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</w:t>
      </w:r>
      <w:r w:rsidRPr="005E3C44">
        <w:rPr>
          <w:rFonts w:ascii="Tahoma" w:hAnsi="Tahoma" w:cs="Tahoma"/>
          <w:rtl/>
        </w:rPr>
        <w:t xml:space="preserve"> تصو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</w:t>
      </w:r>
      <w:r w:rsidRPr="005E3C44">
        <w:rPr>
          <w:rFonts w:ascii="Tahoma" w:hAnsi="Tahoma" w:cs="Tahoma"/>
          <w:rtl/>
        </w:rPr>
        <w:t xml:space="preserve"> را تقو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ت</w:t>
      </w:r>
      <w:r w:rsidRPr="005E3C44">
        <w:rPr>
          <w:rFonts w:ascii="Tahoma" w:hAnsi="Tahoma" w:cs="Tahoma"/>
          <w:rtl/>
        </w:rPr>
        <w:t xml:space="preserve">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کردند</w:t>
      </w:r>
      <w:r w:rsidRPr="005E3C44">
        <w:rPr>
          <w:rFonts w:ascii="Tahoma" w:hAnsi="Tahoma" w:cs="Tahoma"/>
          <w:rtl/>
        </w:rPr>
        <w:t>.</w:t>
      </w:r>
    </w:p>
    <w:p w:rsidR="005E3C44" w:rsidRPr="005E3C44" w:rsidRDefault="005E3C44" w:rsidP="005E3C4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E3C44">
        <w:rPr>
          <w:rFonts w:ascii="Tahoma" w:hAnsi="Tahoma" w:cs="Tahoma" w:hint="eastAsia"/>
          <w:rtl/>
        </w:rPr>
        <w:t>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ندار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شاه عباس با س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است</w:t>
      </w:r>
      <w:r w:rsidRPr="005E3C44">
        <w:rPr>
          <w:rFonts w:ascii="Tahoma" w:hAnsi="Tahoma" w:cs="Tahoma"/>
          <w:rtl/>
        </w:rPr>
        <w:t xml:space="preserve"> او از 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نکاران</w:t>
      </w:r>
      <w:r w:rsidRPr="005E3C44">
        <w:rPr>
          <w:rFonts w:ascii="Tahoma" w:hAnsi="Tahoma" w:cs="Tahoma"/>
          <w:rtl/>
        </w:rPr>
        <w:t xml:space="preserve"> 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کسان</w:t>
      </w:r>
      <w:r w:rsidRPr="005E3C44">
        <w:rPr>
          <w:rFonts w:ascii="Tahoma" w:hAnsi="Tahoma" w:cs="Tahoma"/>
          <w:rtl/>
        </w:rPr>
        <w:t xml:space="preserve"> نبود. او از مذهب رسم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،</w:t>
      </w:r>
      <w:r w:rsidRPr="005E3C44">
        <w:rPr>
          <w:rFonts w:ascii="Tahoma" w:hAnsi="Tahoma" w:cs="Tahoma"/>
          <w:rtl/>
        </w:rPr>
        <w:t xml:space="preserve"> ز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ارتگاه‌ها</w:t>
      </w:r>
      <w:r w:rsidRPr="005E3C44">
        <w:rPr>
          <w:rFonts w:ascii="Tahoma" w:hAnsi="Tahoma" w:cs="Tahoma"/>
          <w:rtl/>
        </w:rPr>
        <w:t xml:space="preserve"> و عالمان حما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ت</w:t>
      </w:r>
      <w:r w:rsidRPr="005E3C44">
        <w:rPr>
          <w:rFonts w:ascii="Tahoma" w:hAnsi="Tahoma" w:cs="Tahoma"/>
          <w:rtl/>
        </w:rPr>
        <w:t xml:space="preserve">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کرد،</w:t>
      </w:r>
      <w:r w:rsidRPr="005E3C44">
        <w:rPr>
          <w:rFonts w:ascii="Tahoma" w:hAnsi="Tahoma" w:cs="Tahoma"/>
          <w:rtl/>
        </w:rPr>
        <w:t xml:space="preserve"> اما حاضر نبود دستگاه 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نکار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بر تاج مسلط شود. همان‌گونه که قزلباشان را مهار کرد،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کوش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د</w:t>
      </w:r>
      <w:r w:rsidRPr="005E3C44">
        <w:rPr>
          <w:rFonts w:ascii="Tahoma" w:hAnsi="Tahoma" w:cs="Tahoma"/>
          <w:rtl/>
        </w:rPr>
        <w:t xml:space="preserve"> مقام‌ها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مذهب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ز</w:t>
      </w:r>
      <w:r w:rsidRPr="005E3C44">
        <w:rPr>
          <w:rFonts w:ascii="Tahoma" w:hAnsi="Tahoma" w:cs="Tahoma"/>
          <w:rtl/>
        </w:rPr>
        <w:t xml:space="preserve"> به گونه‌ا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عمل کنند که اقتدار شاه را محدود نسازند. 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نکار</w:t>
      </w:r>
      <w:r w:rsidRPr="005E3C44">
        <w:rPr>
          <w:rFonts w:ascii="Tahoma" w:hAnsi="Tahoma" w:cs="Tahoma"/>
          <w:rtl/>
        </w:rPr>
        <w:t xml:space="preserve"> برا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حکومت لازم بود، اما با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د</w:t>
      </w:r>
      <w:r w:rsidRPr="005E3C44">
        <w:rPr>
          <w:rFonts w:ascii="Tahoma" w:hAnsi="Tahoma" w:cs="Tahoma"/>
          <w:rtl/>
        </w:rPr>
        <w:t xml:space="preserve"> جا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خود را در ساختمان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پذ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رفت</w:t>
      </w:r>
      <w:r w:rsidRPr="005E3C44">
        <w:rPr>
          <w:rFonts w:ascii="Tahoma" w:hAnsi="Tahoma" w:cs="Tahoma"/>
          <w:rtl/>
        </w:rPr>
        <w:t xml:space="preserve"> که شاه در رأس آن قرار داشت.</w:t>
      </w:r>
    </w:p>
    <w:p w:rsidR="005E3C44" w:rsidRPr="005E3C44" w:rsidRDefault="005E3C44" w:rsidP="005E3C4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E3C44">
        <w:rPr>
          <w:rFonts w:ascii="Tahoma" w:hAnsi="Tahoma" w:cs="Tahoma" w:hint="eastAsia"/>
          <w:rtl/>
        </w:rPr>
        <w:t>پس</w:t>
      </w:r>
      <w:r w:rsidRPr="005E3C44">
        <w:rPr>
          <w:rFonts w:ascii="Tahoma" w:hAnsi="Tahoma" w:cs="Tahoma"/>
          <w:rtl/>
        </w:rPr>
        <w:t xml:space="preserve"> از امن‌کردن شرق، عباس برا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بازپس‌گ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سرزم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ن‌ها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غرب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آماده شد. در سال </w:t>
      </w:r>
      <w:r w:rsidRPr="005E3C44">
        <w:rPr>
          <w:rFonts w:ascii="Tahoma" w:hAnsi="Tahoma" w:cs="Tahoma"/>
          <w:rtl/>
          <w:lang w:bidi="fa-IR"/>
        </w:rPr>
        <w:t>۱۶۰۳</w:t>
      </w:r>
      <w:r w:rsidRPr="005E3C44">
        <w:rPr>
          <w:rFonts w:ascii="Tahoma" w:hAnsi="Tahoma" w:cs="Tahoma"/>
          <w:rtl/>
        </w:rPr>
        <w:t xml:space="preserve"> 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لاد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جنگ تازه با عثمان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ان</w:t>
      </w:r>
      <w:r w:rsidRPr="005E3C44">
        <w:rPr>
          <w:rFonts w:ascii="Tahoma" w:hAnsi="Tahoma" w:cs="Tahoma"/>
          <w:rtl/>
        </w:rPr>
        <w:t xml:space="preserve"> آغاز گرد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د</w:t>
      </w:r>
      <w:r w:rsidRPr="005E3C44">
        <w:rPr>
          <w:rFonts w:ascii="Tahoma" w:hAnsi="Tahoma" w:cs="Tahoma"/>
          <w:rtl/>
        </w:rPr>
        <w:t>. 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</w:t>
      </w:r>
      <w:r w:rsidRPr="005E3C44">
        <w:rPr>
          <w:rFonts w:ascii="Tahoma" w:hAnsi="Tahoma" w:cs="Tahoma"/>
          <w:rtl/>
        </w:rPr>
        <w:t xml:space="preserve"> بار حکومت صفو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با قشون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متنوع‌تر، فرمانده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متمرکزتر و خزانه‌ا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آماده‌تر وارد 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دان</w:t>
      </w:r>
      <w:r w:rsidRPr="005E3C44">
        <w:rPr>
          <w:rFonts w:ascii="Tahoma" w:hAnsi="Tahoma" w:cs="Tahoma"/>
          <w:rtl/>
        </w:rPr>
        <w:t xml:space="preserve"> شد. تبر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ز</w:t>
      </w:r>
      <w:r w:rsidRPr="005E3C44">
        <w:rPr>
          <w:rFonts w:ascii="Tahoma" w:hAnsi="Tahoma" w:cs="Tahoma"/>
          <w:rtl/>
        </w:rPr>
        <w:t xml:space="preserve"> و بخش‌ها</w:t>
      </w:r>
      <w:r w:rsidRPr="005E3C44">
        <w:rPr>
          <w:rFonts w:ascii="Tahoma" w:hAnsi="Tahoma" w:cs="Tahoma" w:hint="cs"/>
          <w:rtl/>
        </w:rPr>
        <w:t>یی</w:t>
      </w:r>
      <w:r w:rsidRPr="005E3C44">
        <w:rPr>
          <w:rFonts w:ascii="Tahoma" w:hAnsi="Tahoma" w:cs="Tahoma"/>
          <w:rtl/>
        </w:rPr>
        <w:t xml:space="preserve"> از آذربا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جان</w:t>
      </w:r>
      <w:r w:rsidRPr="005E3C44">
        <w:rPr>
          <w:rFonts w:ascii="Tahoma" w:hAnsi="Tahoma" w:cs="Tahoma"/>
          <w:rtl/>
        </w:rPr>
        <w:t xml:space="preserve"> بازپس گرفته شدند و 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روها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صفو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به سو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قفقاز و مناطق 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گر</w:t>
      </w:r>
      <w:r w:rsidRPr="005E3C44">
        <w:rPr>
          <w:rFonts w:ascii="Tahoma" w:hAnsi="Tahoma" w:cs="Tahoma"/>
          <w:rtl/>
        </w:rPr>
        <w:t xml:space="preserve"> پ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ش</w:t>
      </w:r>
      <w:r w:rsidRPr="005E3C44">
        <w:rPr>
          <w:rFonts w:ascii="Tahoma" w:hAnsi="Tahoma" w:cs="Tahoma"/>
          <w:rtl/>
        </w:rPr>
        <w:t xml:space="preserve"> رفتند.</w:t>
      </w:r>
    </w:p>
    <w:p w:rsidR="005E3C44" w:rsidRPr="005E3C44" w:rsidRDefault="005E3C44" w:rsidP="005E3C4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E3C44">
        <w:rPr>
          <w:rFonts w:ascii="Tahoma" w:hAnsi="Tahoma" w:cs="Tahoma" w:hint="eastAsia"/>
          <w:rtl/>
        </w:rPr>
        <w:t>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</w:t>
      </w:r>
      <w:r w:rsidRPr="005E3C44">
        <w:rPr>
          <w:rFonts w:ascii="Tahoma" w:hAnsi="Tahoma" w:cs="Tahoma"/>
          <w:rtl/>
        </w:rPr>
        <w:t xml:space="preserve"> پ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روز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ها</w:t>
      </w:r>
      <w:r w:rsidRPr="005E3C44">
        <w:rPr>
          <w:rFonts w:ascii="Tahoma" w:hAnsi="Tahoma" w:cs="Tahoma"/>
          <w:rtl/>
        </w:rPr>
        <w:t xml:space="preserve"> نت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جهٔ</w:t>
      </w:r>
      <w:r w:rsidRPr="005E3C44">
        <w:rPr>
          <w:rFonts w:ascii="Tahoma" w:hAnsi="Tahoma" w:cs="Tahoma"/>
          <w:rtl/>
        </w:rPr>
        <w:t xml:space="preserve"> 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ک</w:t>
      </w:r>
      <w:r w:rsidRPr="005E3C44">
        <w:rPr>
          <w:rFonts w:ascii="Tahoma" w:hAnsi="Tahoma" w:cs="Tahoma"/>
          <w:rtl/>
        </w:rPr>
        <w:t xml:space="preserve"> عامل 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</w:t>
      </w:r>
      <w:r w:rsidRPr="005E3C44">
        <w:rPr>
          <w:rFonts w:ascii="Tahoma" w:hAnsi="Tahoma" w:cs="Tahoma"/>
          <w:rtl/>
        </w:rPr>
        <w:t xml:space="preserve"> حضور چند مشاور خارج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نبود. آشنا</w:t>
      </w:r>
      <w:r w:rsidRPr="005E3C44">
        <w:rPr>
          <w:rFonts w:ascii="Tahoma" w:hAnsi="Tahoma" w:cs="Tahoma" w:hint="cs"/>
          <w:rtl/>
        </w:rPr>
        <w:t>یی</w:t>
      </w:r>
      <w:r w:rsidRPr="005E3C44">
        <w:rPr>
          <w:rFonts w:ascii="Tahoma" w:hAnsi="Tahoma" w:cs="Tahoma"/>
          <w:rtl/>
        </w:rPr>
        <w:t xml:space="preserve"> با سلاح‌ها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تازه و استفاده از تجربهٔ صنعتگران و افراد ب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رون</w:t>
      </w:r>
      <w:r w:rsidRPr="005E3C44">
        <w:rPr>
          <w:rFonts w:ascii="Tahoma" w:hAnsi="Tahoma" w:cs="Tahoma"/>
          <w:rtl/>
        </w:rPr>
        <w:t xml:space="preserve"> از 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ران</w:t>
      </w:r>
      <w:r w:rsidRPr="005E3C44">
        <w:rPr>
          <w:rFonts w:ascii="Tahoma" w:hAnsi="Tahoma" w:cs="Tahoma"/>
          <w:rtl/>
        </w:rPr>
        <w:t xml:space="preserve"> اهم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ت</w:t>
      </w:r>
      <w:r w:rsidRPr="005E3C44">
        <w:rPr>
          <w:rFonts w:ascii="Tahoma" w:hAnsi="Tahoma" w:cs="Tahoma"/>
          <w:rtl/>
        </w:rPr>
        <w:t xml:space="preserve"> داشت، اما اصلاح قشون محصول 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از</w:t>
      </w:r>
      <w:r w:rsidRPr="005E3C44">
        <w:rPr>
          <w:rFonts w:ascii="Tahoma" w:hAnsi="Tahoma" w:cs="Tahoma"/>
          <w:rtl/>
        </w:rPr>
        <w:t xml:space="preserve"> 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رپا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حکومت، تجربهٔ چالدران، جنگ‌ها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تهماسب و تصم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م</w:t>
      </w:r>
      <w:r w:rsidRPr="005E3C44">
        <w:rPr>
          <w:rFonts w:ascii="Tahoma" w:hAnsi="Tahoma" w:cs="Tahoma"/>
          <w:rtl/>
        </w:rPr>
        <w:t xml:space="preserve"> س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اس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عباس برا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شکستن انحصار ق</w:t>
      </w:r>
      <w:r w:rsidRPr="005E3C44">
        <w:rPr>
          <w:rFonts w:ascii="Tahoma" w:hAnsi="Tahoma" w:cs="Tahoma" w:hint="eastAsia"/>
          <w:rtl/>
        </w:rPr>
        <w:t>با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ل</w:t>
      </w:r>
      <w:r w:rsidRPr="005E3C44">
        <w:rPr>
          <w:rFonts w:ascii="Tahoma" w:hAnsi="Tahoma" w:cs="Tahoma"/>
          <w:rtl/>
        </w:rPr>
        <w:t xml:space="preserve"> بود. ه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چ</w:t>
      </w:r>
      <w:r w:rsidRPr="005E3C44">
        <w:rPr>
          <w:rFonts w:ascii="Tahoma" w:hAnsi="Tahoma" w:cs="Tahoma"/>
          <w:rtl/>
        </w:rPr>
        <w:t xml:space="preserve"> ب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گانه‌ا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به تنها</w:t>
      </w:r>
      <w:r w:rsidRPr="005E3C44">
        <w:rPr>
          <w:rFonts w:ascii="Tahoma" w:hAnsi="Tahoma" w:cs="Tahoma" w:hint="cs"/>
          <w:rtl/>
        </w:rPr>
        <w:t>یی</w:t>
      </w:r>
      <w:r w:rsidRPr="005E3C44">
        <w:rPr>
          <w:rFonts w:ascii="Tahoma" w:hAnsi="Tahoma" w:cs="Tahoma"/>
          <w:rtl/>
        </w:rPr>
        <w:t xml:space="preserve"> قشون صفو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را نساخت؛ تغ</w:t>
      </w:r>
      <w:r w:rsidRPr="005E3C44">
        <w:rPr>
          <w:rFonts w:ascii="Tahoma" w:hAnsi="Tahoma" w:cs="Tahoma" w:hint="cs"/>
          <w:rtl/>
        </w:rPr>
        <w:t>یی</w:t>
      </w:r>
      <w:r w:rsidRPr="005E3C44">
        <w:rPr>
          <w:rFonts w:ascii="Tahoma" w:hAnsi="Tahoma" w:cs="Tahoma" w:hint="eastAsia"/>
          <w:rtl/>
        </w:rPr>
        <w:t>ر</w:t>
      </w:r>
      <w:r w:rsidRPr="005E3C44">
        <w:rPr>
          <w:rFonts w:ascii="Tahoma" w:hAnsi="Tahoma" w:cs="Tahoma"/>
          <w:rtl/>
        </w:rPr>
        <w:t xml:space="preserve"> هنگام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ممکن شد که تاج، 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وان</w:t>
      </w:r>
      <w:r w:rsidRPr="005E3C44">
        <w:rPr>
          <w:rFonts w:ascii="Tahoma" w:hAnsi="Tahoma" w:cs="Tahoma"/>
          <w:rtl/>
        </w:rPr>
        <w:t xml:space="preserve"> و منابع کشور در خدمت آن قرار گرفتند.</w:t>
      </w:r>
    </w:p>
    <w:p w:rsidR="005E3C44" w:rsidRPr="005E3C44" w:rsidRDefault="005E3C44" w:rsidP="005E3C4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E3C44">
        <w:rPr>
          <w:rFonts w:ascii="Tahoma" w:hAnsi="Tahoma" w:cs="Tahoma" w:hint="eastAsia"/>
          <w:rtl/>
        </w:rPr>
        <w:t>جنگ</w:t>
      </w:r>
      <w:r w:rsidRPr="005E3C44">
        <w:rPr>
          <w:rFonts w:ascii="Tahoma" w:hAnsi="Tahoma" w:cs="Tahoma"/>
          <w:rtl/>
        </w:rPr>
        <w:t xml:space="preserve"> در قفقاز با خشونت و جابه‌جا</w:t>
      </w:r>
      <w:r w:rsidRPr="005E3C44">
        <w:rPr>
          <w:rFonts w:ascii="Tahoma" w:hAnsi="Tahoma" w:cs="Tahoma" w:hint="cs"/>
          <w:rtl/>
        </w:rPr>
        <w:t>یی</w:t>
      </w:r>
      <w:r w:rsidRPr="005E3C44">
        <w:rPr>
          <w:rFonts w:ascii="Tahoma" w:hAnsi="Tahoma" w:cs="Tahoma"/>
          <w:rtl/>
        </w:rPr>
        <w:t xml:space="preserve"> گستردهٔ مردم همراه بود. شاه برا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جلوگ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از استفادهٔ سپاه عثمان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از منابع مناطق مرز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،</w:t>
      </w:r>
      <w:r w:rsidRPr="005E3C44">
        <w:rPr>
          <w:rFonts w:ascii="Tahoma" w:hAnsi="Tahoma" w:cs="Tahoma"/>
          <w:rtl/>
        </w:rPr>
        <w:t xml:space="preserve"> همان س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است</w:t>
      </w:r>
      <w:r w:rsidRPr="005E3C44">
        <w:rPr>
          <w:rFonts w:ascii="Tahoma" w:hAnsi="Tahoma" w:cs="Tahoma"/>
          <w:rtl/>
        </w:rPr>
        <w:t xml:space="preserve"> زم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</w:t>
      </w:r>
      <w:r w:rsidRPr="005E3C44">
        <w:rPr>
          <w:rFonts w:ascii="Tahoma" w:hAnsi="Tahoma" w:cs="Tahoma"/>
          <w:rtl/>
        </w:rPr>
        <w:t xml:space="preserve"> سوخته‌ا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را به کار برد که تهماسب پ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ش‌تر</w:t>
      </w:r>
      <w:r w:rsidRPr="005E3C44">
        <w:rPr>
          <w:rFonts w:ascii="Tahoma" w:hAnsi="Tahoma" w:cs="Tahoma"/>
          <w:rtl/>
        </w:rPr>
        <w:t xml:space="preserve"> آزموده بود. آباد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ها</w:t>
      </w:r>
      <w:r w:rsidRPr="005E3C44">
        <w:rPr>
          <w:rFonts w:ascii="Tahoma" w:hAnsi="Tahoma" w:cs="Tahoma"/>
          <w:rtl/>
        </w:rPr>
        <w:t xml:space="preserve"> تخل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ه</w:t>
      </w:r>
      <w:r w:rsidRPr="005E3C44">
        <w:rPr>
          <w:rFonts w:ascii="Tahoma" w:hAnsi="Tahoma" w:cs="Tahoma"/>
          <w:rtl/>
        </w:rPr>
        <w:t xml:space="preserve"> شدند، محصولات از 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ان</w:t>
      </w:r>
      <w:r w:rsidRPr="005E3C44">
        <w:rPr>
          <w:rFonts w:ascii="Tahoma" w:hAnsi="Tahoma" w:cs="Tahoma"/>
          <w:rtl/>
        </w:rPr>
        <w:t xml:space="preserve"> رفتند و گروه‌ها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بزرگ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از مردم </w:t>
      </w:r>
      <w:r w:rsidRPr="005E3C44">
        <w:rPr>
          <w:rFonts w:ascii="Tahoma" w:hAnsi="Tahoma" w:cs="Tahoma" w:hint="eastAsia"/>
          <w:rtl/>
        </w:rPr>
        <w:t>به</w:t>
      </w:r>
      <w:r w:rsidRPr="005E3C44">
        <w:rPr>
          <w:rFonts w:ascii="Tahoma" w:hAnsi="Tahoma" w:cs="Tahoma"/>
          <w:rtl/>
        </w:rPr>
        <w:t xml:space="preserve"> داخل 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ران</w:t>
      </w:r>
      <w:r w:rsidRPr="005E3C44">
        <w:rPr>
          <w:rFonts w:ascii="Tahoma" w:hAnsi="Tahoma" w:cs="Tahoma"/>
          <w:rtl/>
        </w:rPr>
        <w:t xml:space="preserve"> کوچانده شدند.</w:t>
      </w:r>
    </w:p>
    <w:p w:rsidR="005E3C44" w:rsidRPr="005E3C44" w:rsidRDefault="005E3C44" w:rsidP="005E3C4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E3C44">
        <w:rPr>
          <w:rFonts w:ascii="Tahoma" w:hAnsi="Tahoma" w:cs="Tahoma" w:hint="eastAsia"/>
          <w:rtl/>
        </w:rPr>
        <w:t>از</w:t>
      </w:r>
      <w:r w:rsidRPr="005E3C44">
        <w:rPr>
          <w:rFonts w:ascii="Tahoma" w:hAnsi="Tahoma" w:cs="Tahoma"/>
          <w:rtl/>
        </w:rPr>
        <w:t xml:space="preserve"> 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ان</w:t>
      </w:r>
      <w:r w:rsidRPr="005E3C44">
        <w:rPr>
          <w:rFonts w:ascii="Tahoma" w:hAnsi="Tahoma" w:cs="Tahoma"/>
          <w:rtl/>
        </w:rPr>
        <w:t xml:space="preserve"> کوچانده‌شدگان، ارمن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ان</w:t>
      </w:r>
      <w:r w:rsidRPr="005E3C44">
        <w:rPr>
          <w:rFonts w:ascii="Tahoma" w:hAnsi="Tahoma" w:cs="Tahoma"/>
          <w:rtl/>
        </w:rPr>
        <w:t xml:space="preserve"> جلفا جا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گاه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و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ژه</w:t>
      </w:r>
      <w:r w:rsidRPr="005E3C44">
        <w:rPr>
          <w:rFonts w:ascii="Tahoma" w:hAnsi="Tahoma" w:cs="Tahoma"/>
          <w:rtl/>
        </w:rPr>
        <w:t xml:space="preserve"> 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افتند</w:t>
      </w:r>
      <w:r w:rsidRPr="005E3C44">
        <w:rPr>
          <w:rFonts w:ascii="Tahoma" w:hAnsi="Tahoma" w:cs="Tahoma"/>
          <w:rtl/>
        </w:rPr>
        <w:t>. شاه آنان را به نزد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ک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اصفهان منتقل کرد و محلهٔ جلفا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نو شکل گرفت. 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</w:t>
      </w:r>
      <w:r w:rsidRPr="005E3C44">
        <w:rPr>
          <w:rFonts w:ascii="Tahoma" w:hAnsi="Tahoma" w:cs="Tahoma"/>
          <w:rtl/>
        </w:rPr>
        <w:t xml:space="preserve"> کوچ اجبار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برا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مردم با رنج، مرگ و از دست دادن خانه و دارا</w:t>
      </w:r>
      <w:r w:rsidRPr="005E3C44">
        <w:rPr>
          <w:rFonts w:ascii="Tahoma" w:hAnsi="Tahoma" w:cs="Tahoma" w:hint="cs"/>
          <w:rtl/>
        </w:rPr>
        <w:t>یی</w:t>
      </w:r>
      <w:r w:rsidRPr="005E3C44">
        <w:rPr>
          <w:rFonts w:ascii="Tahoma" w:hAnsi="Tahoma" w:cs="Tahoma"/>
          <w:rtl/>
        </w:rPr>
        <w:t xml:space="preserve"> همراه بود. نبا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د</w:t>
      </w:r>
      <w:r w:rsidRPr="005E3C44">
        <w:rPr>
          <w:rFonts w:ascii="Tahoma" w:hAnsi="Tahoma" w:cs="Tahoma"/>
          <w:rtl/>
        </w:rPr>
        <w:t xml:space="preserve"> رونق بعد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جلفا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نو را به گونه‌ا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روا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ت</w:t>
      </w:r>
      <w:r w:rsidRPr="005E3C44">
        <w:rPr>
          <w:rFonts w:ascii="Tahoma" w:hAnsi="Tahoma" w:cs="Tahoma"/>
          <w:rtl/>
        </w:rPr>
        <w:t xml:space="preserve"> کرد که خشونت آغاز آن را پنهان سازد.</w:t>
      </w:r>
    </w:p>
    <w:p w:rsidR="005E3C44" w:rsidRPr="005E3C44" w:rsidRDefault="005E3C44" w:rsidP="005E3C4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E3C44">
        <w:rPr>
          <w:rFonts w:ascii="Tahoma" w:hAnsi="Tahoma" w:cs="Tahoma" w:hint="eastAsia"/>
          <w:rtl/>
        </w:rPr>
        <w:t>اما</w:t>
      </w:r>
      <w:r w:rsidRPr="005E3C44">
        <w:rPr>
          <w:rFonts w:ascii="Tahoma" w:hAnsi="Tahoma" w:cs="Tahoma"/>
          <w:rtl/>
        </w:rPr>
        <w:t xml:space="preserve"> شاه پس از انتقال ارمن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ان،</w:t>
      </w:r>
      <w:r w:rsidRPr="005E3C44">
        <w:rPr>
          <w:rFonts w:ascii="Tahoma" w:hAnsi="Tahoma" w:cs="Tahoma"/>
          <w:rtl/>
        </w:rPr>
        <w:t xml:space="preserve"> به گروه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از بازرگانان آنان امت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از</w:t>
      </w:r>
      <w:r w:rsidRPr="005E3C44">
        <w:rPr>
          <w:rFonts w:ascii="Tahoma" w:hAnsi="Tahoma" w:cs="Tahoma"/>
          <w:rtl/>
        </w:rPr>
        <w:t xml:space="preserve"> و امکان فعال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ت</w:t>
      </w:r>
      <w:r w:rsidRPr="005E3C44">
        <w:rPr>
          <w:rFonts w:ascii="Tahoma" w:hAnsi="Tahoma" w:cs="Tahoma"/>
          <w:rtl/>
        </w:rPr>
        <w:t xml:space="preserve"> داد. ارمن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ان</w:t>
      </w:r>
      <w:r w:rsidRPr="005E3C44">
        <w:rPr>
          <w:rFonts w:ascii="Tahoma" w:hAnsi="Tahoma" w:cs="Tahoma"/>
          <w:rtl/>
        </w:rPr>
        <w:t xml:space="preserve"> شبکه‌ها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تجار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گسترده‌ا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داشتند و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توانستند</w:t>
      </w:r>
      <w:r w:rsidRPr="005E3C44">
        <w:rPr>
          <w:rFonts w:ascii="Tahoma" w:hAnsi="Tahoma" w:cs="Tahoma"/>
          <w:rtl/>
        </w:rPr>
        <w:t xml:space="preserve"> ابر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شم</w:t>
      </w:r>
      <w:r w:rsidRPr="005E3C44">
        <w:rPr>
          <w:rFonts w:ascii="Tahoma" w:hAnsi="Tahoma" w:cs="Tahoma"/>
          <w:rtl/>
        </w:rPr>
        <w:t xml:space="preserve"> 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ران</w:t>
      </w:r>
      <w:r w:rsidRPr="005E3C44">
        <w:rPr>
          <w:rFonts w:ascii="Tahoma" w:hAnsi="Tahoma" w:cs="Tahoma"/>
          <w:rtl/>
        </w:rPr>
        <w:t xml:space="preserve"> را به بازارها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عثمان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،</w:t>
      </w:r>
      <w:r w:rsidRPr="005E3C44">
        <w:rPr>
          <w:rFonts w:ascii="Tahoma" w:hAnsi="Tahoma" w:cs="Tahoma"/>
          <w:rtl/>
        </w:rPr>
        <w:t xml:space="preserve"> روس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ه،</w:t>
      </w:r>
      <w:r w:rsidRPr="005E3C44">
        <w:rPr>
          <w:rFonts w:ascii="Tahoma" w:hAnsi="Tahoma" w:cs="Tahoma"/>
          <w:rtl/>
        </w:rPr>
        <w:t xml:space="preserve"> هند و اروپا برسانند. حکومت از دانش، زبان و ارتباطات آنان برا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گسترش بازرگان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استفاده کرد.</w:t>
      </w:r>
    </w:p>
    <w:p w:rsidR="005E3C44" w:rsidRPr="005E3C44" w:rsidRDefault="005E3C44" w:rsidP="005E3C4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E3C44">
        <w:rPr>
          <w:rFonts w:ascii="Tahoma" w:hAnsi="Tahoma" w:cs="Tahoma" w:hint="eastAsia"/>
          <w:rtl/>
        </w:rPr>
        <w:t>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</w:t>
      </w:r>
      <w:r w:rsidRPr="005E3C44">
        <w:rPr>
          <w:rFonts w:ascii="Tahoma" w:hAnsi="Tahoma" w:cs="Tahoma"/>
          <w:rtl/>
        </w:rPr>
        <w:t xml:space="preserve"> س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است</w:t>
      </w:r>
      <w:r w:rsidRPr="005E3C44">
        <w:rPr>
          <w:rFonts w:ascii="Tahoma" w:hAnsi="Tahoma" w:cs="Tahoma"/>
          <w:rtl/>
        </w:rPr>
        <w:t xml:space="preserve"> 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ز</w:t>
      </w:r>
      <w:r w:rsidRPr="005E3C44">
        <w:rPr>
          <w:rFonts w:ascii="Tahoma" w:hAnsi="Tahoma" w:cs="Tahoma"/>
          <w:rtl/>
        </w:rPr>
        <w:t xml:space="preserve"> نمونه‌ا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از روش شاه عباس بود: جداکردن گروه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از پا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گاه</w:t>
      </w:r>
      <w:r w:rsidRPr="005E3C44">
        <w:rPr>
          <w:rFonts w:ascii="Tahoma" w:hAnsi="Tahoma" w:cs="Tahoma"/>
          <w:rtl/>
        </w:rPr>
        <w:t xml:space="preserve"> پ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ش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ن،</w:t>
      </w:r>
      <w:r w:rsidRPr="005E3C44">
        <w:rPr>
          <w:rFonts w:ascii="Tahoma" w:hAnsi="Tahoma" w:cs="Tahoma"/>
          <w:rtl/>
        </w:rPr>
        <w:t xml:space="preserve"> انتقال آن به مح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ط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ز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</w:t>
      </w:r>
      <w:r w:rsidRPr="005E3C44">
        <w:rPr>
          <w:rFonts w:ascii="Tahoma" w:hAnsi="Tahoma" w:cs="Tahoma"/>
          <w:rtl/>
        </w:rPr>
        <w:t xml:space="preserve"> نظارت تاج و استفاده از توانا</w:t>
      </w:r>
      <w:r w:rsidRPr="005E3C44">
        <w:rPr>
          <w:rFonts w:ascii="Tahoma" w:hAnsi="Tahoma" w:cs="Tahoma" w:hint="cs"/>
          <w:rtl/>
        </w:rPr>
        <w:t>یی‌</w:t>
      </w:r>
      <w:r w:rsidRPr="005E3C44">
        <w:rPr>
          <w:rFonts w:ascii="Tahoma" w:hAnsi="Tahoma" w:cs="Tahoma" w:hint="eastAsia"/>
          <w:rtl/>
        </w:rPr>
        <w:t>ها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ش</w:t>
      </w:r>
      <w:r w:rsidRPr="005E3C44">
        <w:rPr>
          <w:rFonts w:ascii="Tahoma" w:hAnsi="Tahoma" w:cs="Tahoma"/>
          <w:rtl/>
        </w:rPr>
        <w:t xml:space="preserve"> در خدمت حکومت. غلامان قفقاز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در قشون و 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وان،</w:t>
      </w:r>
      <w:r w:rsidRPr="005E3C44">
        <w:rPr>
          <w:rFonts w:ascii="Tahoma" w:hAnsi="Tahoma" w:cs="Tahoma"/>
          <w:rtl/>
        </w:rPr>
        <w:t xml:space="preserve"> و بازرگانان ارمن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در تجارت، هر دو ب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رون</w:t>
      </w:r>
      <w:r w:rsidRPr="005E3C44">
        <w:rPr>
          <w:rFonts w:ascii="Tahoma" w:hAnsi="Tahoma" w:cs="Tahoma"/>
          <w:rtl/>
        </w:rPr>
        <w:t xml:space="preserve"> از شبکهٔ سنت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قزلباشان قرار داشتند و قدرتشان به حما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ت</w:t>
      </w:r>
      <w:r w:rsidRPr="005E3C44">
        <w:rPr>
          <w:rFonts w:ascii="Tahoma" w:hAnsi="Tahoma" w:cs="Tahoma"/>
          <w:rtl/>
        </w:rPr>
        <w:t xml:space="preserve"> شاه وابسته بود.</w:t>
      </w:r>
    </w:p>
    <w:p w:rsidR="005E3C44" w:rsidRPr="005E3C44" w:rsidRDefault="005E3C44" w:rsidP="005E3C4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E3C44">
        <w:rPr>
          <w:rFonts w:ascii="Tahoma" w:hAnsi="Tahoma" w:cs="Tahoma" w:hint="eastAsia"/>
          <w:rtl/>
        </w:rPr>
        <w:t>ابر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شم</w:t>
      </w:r>
      <w:r w:rsidRPr="005E3C44">
        <w:rPr>
          <w:rFonts w:ascii="Tahoma" w:hAnsi="Tahoma" w:cs="Tahoma"/>
          <w:rtl/>
        </w:rPr>
        <w:t xml:space="preserve"> 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ک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از مهم‌تر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</w:t>
      </w:r>
      <w:r w:rsidRPr="005E3C44">
        <w:rPr>
          <w:rFonts w:ascii="Tahoma" w:hAnsi="Tahoma" w:cs="Tahoma"/>
          <w:rtl/>
        </w:rPr>
        <w:t xml:space="preserve"> کالاها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صادرات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ران</w:t>
      </w:r>
      <w:r w:rsidRPr="005E3C44">
        <w:rPr>
          <w:rFonts w:ascii="Tahoma" w:hAnsi="Tahoma" w:cs="Tahoma"/>
          <w:rtl/>
        </w:rPr>
        <w:t xml:space="preserve"> بود و شاه کوش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د</w:t>
      </w:r>
      <w:r w:rsidRPr="005E3C44">
        <w:rPr>
          <w:rFonts w:ascii="Tahoma" w:hAnsi="Tahoma" w:cs="Tahoma"/>
          <w:rtl/>
        </w:rPr>
        <w:t xml:space="preserve"> کنترل ب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شتر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بر تول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د</w:t>
      </w:r>
      <w:r w:rsidRPr="005E3C44">
        <w:rPr>
          <w:rFonts w:ascii="Tahoma" w:hAnsi="Tahoma" w:cs="Tahoma"/>
          <w:rtl/>
        </w:rPr>
        <w:t xml:space="preserve"> و فروش آن پ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دا</w:t>
      </w:r>
      <w:r w:rsidRPr="005E3C44">
        <w:rPr>
          <w:rFonts w:ascii="Tahoma" w:hAnsi="Tahoma" w:cs="Tahoma"/>
          <w:rtl/>
        </w:rPr>
        <w:t xml:space="preserve"> کند. درآمد تجارت ابر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شم</w:t>
      </w:r>
      <w:r w:rsidRPr="005E3C44">
        <w:rPr>
          <w:rFonts w:ascii="Tahoma" w:hAnsi="Tahoma" w:cs="Tahoma"/>
          <w:rtl/>
        </w:rPr>
        <w:t xml:space="preserve">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توانست</w:t>
      </w:r>
      <w:r w:rsidRPr="005E3C44">
        <w:rPr>
          <w:rFonts w:ascii="Tahoma" w:hAnsi="Tahoma" w:cs="Tahoma"/>
          <w:rtl/>
        </w:rPr>
        <w:t xml:space="preserve"> هز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نهٔ</w:t>
      </w:r>
      <w:r w:rsidRPr="005E3C44">
        <w:rPr>
          <w:rFonts w:ascii="Tahoma" w:hAnsi="Tahoma" w:cs="Tahoma"/>
          <w:rtl/>
        </w:rPr>
        <w:t xml:space="preserve"> قشون، دربار و ساخت‌وسازها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گسترده را تأم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</w:t>
      </w:r>
      <w:r w:rsidRPr="005E3C44">
        <w:rPr>
          <w:rFonts w:ascii="Tahoma" w:hAnsi="Tahoma" w:cs="Tahoma"/>
          <w:rtl/>
        </w:rPr>
        <w:t xml:space="preserve"> کند. بازرگان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خارج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از 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</w:t>
      </w:r>
      <w:r w:rsidRPr="005E3C44">
        <w:rPr>
          <w:rFonts w:ascii="Tahoma" w:hAnsi="Tahoma" w:cs="Tahoma"/>
          <w:rtl/>
        </w:rPr>
        <w:t xml:space="preserve"> پس فقط فعال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ت</w:t>
      </w:r>
      <w:r w:rsidRPr="005E3C44">
        <w:rPr>
          <w:rFonts w:ascii="Tahoma" w:hAnsi="Tahoma" w:cs="Tahoma"/>
          <w:rtl/>
        </w:rPr>
        <w:t xml:space="preserve"> خصوص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بازرگانان نبود؛ بخش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از س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است</w:t>
      </w:r>
      <w:r w:rsidRPr="005E3C44">
        <w:rPr>
          <w:rFonts w:ascii="Tahoma" w:hAnsi="Tahoma" w:cs="Tahoma"/>
          <w:rtl/>
        </w:rPr>
        <w:t xml:space="preserve"> مال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و خارج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حکومت به شمار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رفت</w:t>
      </w:r>
      <w:r w:rsidRPr="005E3C44">
        <w:rPr>
          <w:rFonts w:ascii="Tahoma" w:hAnsi="Tahoma" w:cs="Tahoma"/>
          <w:rtl/>
        </w:rPr>
        <w:t>.</w:t>
      </w:r>
    </w:p>
    <w:p w:rsidR="005E3C44" w:rsidRPr="005E3C44" w:rsidRDefault="005E3C44" w:rsidP="005E3C4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E3C44">
        <w:rPr>
          <w:rFonts w:ascii="Tahoma" w:hAnsi="Tahoma" w:cs="Tahoma" w:hint="eastAsia"/>
          <w:rtl/>
        </w:rPr>
        <w:t>روابط</w:t>
      </w:r>
      <w:r w:rsidRPr="005E3C44">
        <w:rPr>
          <w:rFonts w:ascii="Tahoma" w:hAnsi="Tahoma" w:cs="Tahoma"/>
          <w:rtl/>
        </w:rPr>
        <w:t xml:space="preserve"> با دولت‌ها و شرکت‌ها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اروپا</w:t>
      </w:r>
      <w:r w:rsidRPr="005E3C44">
        <w:rPr>
          <w:rFonts w:ascii="Tahoma" w:hAnsi="Tahoma" w:cs="Tahoma" w:hint="cs"/>
          <w:rtl/>
        </w:rPr>
        <w:t>یی</w:t>
      </w:r>
      <w:r w:rsidRPr="005E3C44">
        <w:rPr>
          <w:rFonts w:ascii="Tahoma" w:hAnsi="Tahoma" w:cs="Tahoma"/>
          <w:rtl/>
        </w:rPr>
        <w:t xml:space="preserve"> 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ز</w:t>
      </w:r>
      <w:r w:rsidRPr="005E3C44">
        <w:rPr>
          <w:rFonts w:ascii="Tahoma" w:hAnsi="Tahoma" w:cs="Tahoma"/>
          <w:rtl/>
        </w:rPr>
        <w:t xml:space="preserve"> در هم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</w:t>
      </w:r>
      <w:r w:rsidRPr="005E3C44">
        <w:rPr>
          <w:rFonts w:ascii="Tahoma" w:hAnsi="Tahoma" w:cs="Tahoma"/>
          <w:rtl/>
        </w:rPr>
        <w:t xml:space="preserve"> چارچوب گسترش 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افت</w:t>
      </w:r>
      <w:r w:rsidRPr="005E3C44">
        <w:rPr>
          <w:rFonts w:ascii="Tahoma" w:hAnsi="Tahoma" w:cs="Tahoma"/>
          <w:rtl/>
        </w:rPr>
        <w:t>. صفو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ان</w:t>
      </w:r>
      <w:r w:rsidRPr="005E3C44">
        <w:rPr>
          <w:rFonts w:ascii="Tahoma" w:hAnsi="Tahoma" w:cs="Tahoma"/>
          <w:rtl/>
        </w:rPr>
        <w:t xml:space="preserve">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کوش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دند</w:t>
      </w:r>
      <w:r w:rsidRPr="005E3C44">
        <w:rPr>
          <w:rFonts w:ascii="Tahoma" w:hAnsi="Tahoma" w:cs="Tahoma"/>
          <w:rtl/>
        </w:rPr>
        <w:t xml:space="preserve"> برا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مقابله با عثمان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ان</w:t>
      </w:r>
      <w:r w:rsidRPr="005E3C44">
        <w:rPr>
          <w:rFonts w:ascii="Tahoma" w:hAnsi="Tahoma" w:cs="Tahoma"/>
          <w:rtl/>
        </w:rPr>
        <w:t xml:space="preserve"> راه‌ها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تجار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و متحدان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ب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رون</w:t>
      </w:r>
      <w:r w:rsidRPr="005E3C44">
        <w:rPr>
          <w:rFonts w:ascii="Tahoma" w:hAnsi="Tahoma" w:cs="Tahoma"/>
          <w:rtl/>
        </w:rPr>
        <w:t xml:space="preserve"> از جهان پ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رامون</w:t>
      </w:r>
      <w:r w:rsidRPr="005E3C44">
        <w:rPr>
          <w:rFonts w:ascii="Tahoma" w:hAnsi="Tahoma" w:cs="Tahoma"/>
          <w:rtl/>
        </w:rPr>
        <w:t xml:space="preserve"> خود پ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دا</w:t>
      </w:r>
      <w:r w:rsidRPr="005E3C44">
        <w:rPr>
          <w:rFonts w:ascii="Tahoma" w:hAnsi="Tahoma" w:cs="Tahoma"/>
          <w:rtl/>
        </w:rPr>
        <w:t xml:space="preserve"> کنند. اروپا</w:t>
      </w:r>
      <w:r w:rsidRPr="005E3C44">
        <w:rPr>
          <w:rFonts w:ascii="Tahoma" w:hAnsi="Tahoma" w:cs="Tahoma" w:hint="cs"/>
          <w:rtl/>
        </w:rPr>
        <w:t>یی</w:t>
      </w:r>
      <w:r w:rsidRPr="005E3C44">
        <w:rPr>
          <w:rFonts w:ascii="Tahoma" w:hAnsi="Tahoma" w:cs="Tahoma" w:hint="eastAsia"/>
          <w:rtl/>
        </w:rPr>
        <w:t>ان</w:t>
      </w:r>
      <w:r w:rsidRPr="005E3C44">
        <w:rPr>
          <w:rFonts w:ascii="Tahoma" w:hAnsi="Tahoma" w:cs="Tahoma"/>
          <w:rtl/>
        </w:rPr>
        <w:t xml:space="preserve"> 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ز</w:t>
      </w:r>
      <w:r w:rsidRPr="005E3C44">
        <w:rPr>
          <w:rFonts w:ascii="Tahoma" w:hAnsi="Tahoma" w:cs="Tahoma"/>
          <w:rtl/>
        </w:rPr>
        <w:t xml:space="preserve"> به ابر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شم</w:t>
      </w:r>
      <w:r w:rsidRPr="005E3C44">
        <w:rPr>
          <w:rFonts w:ascii="Tahoma" w:hAnsi="Tahoma" w:cs="Tahoma"/>
          <w:rtl/>
        </w:rPr>
        <w:t xml:space="preserve"> 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ران،</w:t>
      </w:r>
      <w:r w:rsidRPr="005E3C44">
        <w:rPr>
          <w:rFonts w:ascii="Tahoma" w:hAnsi="Tahoma" w:cs="Tahoma"/>
          <w:rtl/>
        </w:rPr>
        <w:t xml:space="preserve"> راه‌ها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شرق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و مقابله با عثمان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ان</w:t>
      </w:r>
      <w:r w:rsidRPr="005E3C44">
        <w:rPr>
          <w:rFonts w:ascii="Tahoma" w:hAnsi="Tahoma" w:cs="Tahoma"/>
          <w:rtl/>
        </w:rPr>
        <w:t xml:space="preserve"> و پرتغال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ان</w:t>
      </w:r>
      <w:r w:rsidRPr="005E3C44">
        <w:rPr>
          <w:rFonts w:ascii="Tahoma" w:hAnsi="Tahoma" w:cs="Tahoma"/>
          <w:rtl/>
        </w:rPr>
        <w:t xml:space="preserve"> علاقه داش</w:t>
      </w:r>
      <w:r w:rsidRPr="005E3C44">
        <w:rPr>
          <w:rFonts w:ascii="Tahoma" w:hAnsi="Tahoma" w:cs="Tahoma" w:hint="eastAsia"/>
          <w:rtl/>
        </w:rPr>
        <w:t>تند</w:t>
      </w:r>
      <w:r w:rsidRPr="005E3C44">
        <w:rPr>
          <w:rFonts w:ascii="Tahoma" w:hAnsi="Tahoma" w:cs="Tahoma"/>
          <w:rtl/>
        </w:rPr>
        <w:t>. اما هدف‌ها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دو طرف هم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شه</w:t>
      </w:r>
      <w:r w:rsidRPr="005E3C44">
        <w:rPr>
          <w:rFonts w:ascii="Tahoma" w:hAnsi="Tahoma" w:cs="Tahoma"/>
          <w:rtl/>
        </w:rPr>
        <w:t xml:space="preserve"> 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کسان</w:t>
      </w:r>
      <w:r w:rsidRPr="005E3C44">
        <w:rPr>
          <w:rFonts w:ascii="Tahoma" w:hAnsi="Tahoma" w:cs="Tahoma"/>
          <w:rtl/>
        </w:rPr>
        <w:t xml:space="preserve"> نبود و وعده‌ها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اتحاد لزوماً به همکار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نظام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پا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دار</w:t>
      </w:r>
      <w:r w:rsidRPr="005E3C44">
        <w:rPr>
          <w:rFonts w:ascii="Tahoma" w:hAnsi="Tahoma" w:cs="Tahoma"/>
          <w:rtl/>
        </w:rPr>
        <w:t xml:space="preserve"> تبد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ل</w:t>
      </w:r>
      <w:r w:rsidRPr="005E3C44">
        <w:rPr>
          <w:rFonts w:ascii="Tahoma" w:hAnsi="Tahoma" w:cs="Tahoma"/>
          <w:rtl/>
        </w:rPr>
        <w:t xml:space="preserve"> نم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شد</w:t>
      </w:r>
      <w:r w:rsidRPr="005E3C44">
        <w:rPr>
          <w:rFonts w:ascii="Tahoma" w:hAnsi="Tahoma" w:cs="Tahoma"/>
          <w:rtl/>
        </w:rPr>
        <w:t>.</w:t>
      </w:r>
    </w:p>
    <w:p w:rsidR="005E3C44" w:rsidRPr="005E3C44" w:rsidRDefault="005E3C44" w:rsidP="005E3C4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E3C44">
        <w:rPr>
          <w:rFonts w:ascii="Tahoma" w:hAnsi="Tahoma" w:cs="Tahoma" w:hint="eastAsia"/>
          <w:rtl/>
        </w:rPr>
        <w:t>در</w:t>
      </w:r>
      <w:r w:rsidRPr="005E3C44">
        <w:rPr>
          <w:rFonts w:ascii="Tahoma" w:hAnsi="Tahoma" w:cs="Tahoma"/>
          <w:rtl/>
        </w:rPr>
        <w:t xml:space="preserve"> خل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ج</w:t>
      </w:r>
      <w:r w:rsidRPr="005E3C44">
        <w:rPr>
          <w:rFonts w:ascii="Tahoma" w:hAnsi="Tahoma" w:cs="Tahoma"/>
          <w:rtl/>
        </w:rPr>
        <w:t xml:space="preserve"> فارس، پرتغال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ان</w:t>
      </w:r>
      <w:r w:rsidRPr="005E3C44">
        <w:rPr>
          <w:rFonts w:ascii="Tahoma" w:hAnsi="Tahoma" w:cs="Tahoma"/>
          <w:rtl/>
        </w:rPr>
        <w:t xml:space="preserve"> از آغاز سدهٔ شانزدهم بر هرمز و راه‌ها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مهم در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</w:t>
      </w:r>
      <w:r w:rsidRPr="005E3C44">
        <w:rPr>
          <w:rFonts w:ascii="Tahoma" w:hAnsi="Tahoma" w:cs="Tahoma" w:hint="cs"/>
          <w:rtl/>
        </w:rPr>
        <w:t>یی</w:t>
      </w:r>
      <w:r w:rsidRPr="005E3C44">
        <w:rPr>
          <w:rFonts w:ascii="Tahoma" w:hAnsi="Tahoma" w:cs="Tahoma"/>
          <w:rtl/>
        </w:rPr>
        <w:t xml:space="preserve"> تسلط 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افته</w:t>
      </w:r>
      <w:r w:rsidRPr="005E3C44">
        <w:rPr>
          <w:rFonts w:ascii="Tahoma" w:hAnsi="Tahoma" w:cs="Tahoma"/>
          <w:rtl/>
        </w:rPr>
        <w:t xml:space="preserve"> بودند. حکومت صفو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بدون 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رو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در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</w:t>
      </w:r>
      <w:r w:rsidRPr="005E3C44">
        <w:rPr>
          <w:rFonts w:ascii="Tahoma" w:hAnsi="Tahoma" w:cs="Tahoma" w:hint="cs"/>
          <w:rtl/>
        </w:rPr>
        <w:t>یی</w:t>
      </w:r>
      <w:r w:rsidRPr="005E3C44">
        <w:rPr>
          <w:rFonts w:ascii="Tahoma" w:hAnsi="Tahoma" w:cs="Tahoma"/>
          <w:rtl/>
        </w:rPr>
        <w:t xml:space="preserve"> مناسب نم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توانست</w:t>
      </w:r>
      <w:r w:rsidRPr="005E3C44">
        <w:rPr>
          <w:rFonts w:ascii="Tahoma" w:hAnsi="Tahoma" w:cs="Tahoma"/>
          <w:rtl/>
        </w:rPr>
        <w:t xml:space="preserve"> به‌آسان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آنان را ب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رون</w:t>
      </w:r>
      <w:r w:rsidRPr="005E3C44">
        <w:rPr>
          <w:rFonts w:ascii="Tahoma" w:hAnsi="Tahoma" w:cs="Tahoma"/>
          <w:rtl/>
        </w:rPr>
        <w:t xml:space="preserve"> براند. در سال </w:t>
      </w:r>
      <w:r w:rsidRPr="005E3C44">
        <w:rPr>
          <w:rFonts w:ascii="Tahoma" w:hAnsi="Tahoma" w:cs="Tahoma"/>
          <w:rtl/>
          <w:lang w:bidi="fa-IR"/>
        </w:rPr>
        <w:t>۱۶۲۲</w:t>
      </w:r>
      <w:r w:rsidRPr="005E3C44">
        <w:rPr>
          <w:rFonts w:ascii="Tahoma" w:hAnsi="Tahoma" w:cs="Tahoma"/>
          <w:rtl/>
        </w:rPr>
        <w:t xml:space="preserve"> 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لاد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،</w:t>
      </w:r>
      <w:r w:rsidRPr="005E3C44">
        <w:rPr>
          <w:rFonts w:ascii="Tahoma" w:hAnsi="Tahoma" w:cs="Tahoma"/>
          <w:rtl/>
        </w:rPr>
        <w:t xml:space="preserve"> 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روها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صفو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با کمک کشت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ها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شرکت هند شرق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انگلستان توانستند پرتغال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>ان را از هرمز ب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رون</w:t>
      </w:r>
      <w:r w:rsidRPr="005E3C44">
        <w:rPr>
          <w:rFonts w:ascii="Tahoma" w:hAnsi="Tahoma" w:cs="Tahoma"/>
          <w:rtl/>
        </w:rPr>
        <w:t xml:space="preserve"> کنند.</w:t>
      </w:r>
    </w:p>
    <w:p w:rsidR="005E3C44" w:rsidRPr="005E3C44" w:rsidRDefault="005E3C44" w:rsidP="005E3C4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E3C44">
        <w:rPr>
          <w:rFonts w:ascii="Tahoma" w:hAnsi="Tahoma" w:cs="Tahoma" w:hint="eastAsia"/>
          <w:rtl/>
        </w:rPr>
        <w:t>بازپس‌گ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هرمز 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ز</w:t>
      </w:r>
      <w:r w:rsidRPr="005E3C44">
        <w:rPr>
          <w:rFonts w:ascii="Tahoma" w:hAnsi="Tahoma" w:cs="Tahoma"/>
          <w:rtl/>
        </w:rPr>
        <w:t xml:space="preserve"> مانند اصلاح قشون نت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جهٔ</w:t>
      </w:r>
      <w:r w:rsidRPr="005E3C44">
        <w:rPr>
          <w:rFonts w:ascii="Tahoma" w:hAnsi="Tahoma" w:cs="Tahoma"/>
          <w:rtl/>
        </w:rPr>
        <w:t xml:space="preserve"> 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از</w:t>
      </w:r>
      <w:r w:rsidRPr="005E3C44">
        <w:rPr>
          <w:rFonts w:ascii="Tahoma" w:hAnsi="Tahoma" w:cs="Tahoma"/>
          <w:rtl/>
        </w:rPr>
        <w:t xml:space="preserve"> حکومت به استفاده از دانش و 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رو</w:t>
      </w:r>
      <w:r w:rsidRPr="005E3C44">
        <w:rPr>
          <w:rFonts w:ascii="Tahoma" w:hAnsi="Tahoma" w:cs="Tahoma" w:hint="cs"/>
          <w:rtl/>
        </w:rPr>
        <w:t>یی</w:t>
      </w:r>
      <w:r w:rsidRPr="005E3C44">
        <w:rPr>
          <w:rFonts w:ascii="Tahoma" w:hAnsi="Tahoma" w:cs="Tahoma"/>
          <w:rtl/>
        </w:rPr>
        <w:t xml:space="preserve"> بود که خود در اخت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ار</w:t>
      </w:r>
      <w:r w:rsidRPr="005E3C44">
        <w:rPr>
          <w:rFonts w:ascii="Tahoma" w:hAnsi="Tahoma" w:cs="Tahoma"/>
          <w:rtl/>
        </w:rPr>
        <w:t xml:space="preserve"> نداشت. صفو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ان</w:t>
      </w:r>
      <w:r w:rsidRPr="005E3C44">
        <w:rPr>
          <w:rFonts w:ascii="Tahoma" w:hAnsi="Tahoma" w:cs="Tahoma"/>
          <w:rtl/>
        </w:rPr>
        <w:t xml:space="preserve"> 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رو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زم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فراهم کردند و انگل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س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ان</w:t>
      </w:r>
      <w:r w:rsidRPr="005E3C44">
        <w:rPr>
          <w:rFonts w:ascii="Tahoma" w:hAnsi="Tahoma" w:cs="Tahoma"/>
          <w:rtl/>
        </w:rPr>
        <w:t xml:space="preserve"> توان در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</w:t>
      </w:r>
      <w:r w:rsidRPr="005E3C44">
        <w:rPr>
          <w:rFonts w:ascii="Tahoma" w:hAnsi="Tahoma" w:cs="Tahoma" w:hint="cs"/>
          <w:rtl/>
        </w:rPr>
        <w:t>یی</w:t>
      </w:r>
      <w:r w:rsidRPr="005E3C44">
        <w:rPr>
          <w:rFonts w:ascii="Tahoma" w:hAnsi="Tahoma" w:cs="Tahoma"/>
          <w:rtl/>
        </w:rPr>
        <w:t xml:space="preserve"> لازم را به 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دان</w:t>
      </w:r>
      <w:r w:rsidRPr="005E3C44">
        <w:rPr>
          <w:rFonts w:ascii="Tahoma" w:hAnsi="Tahoma" w:cs="Tahoma"/>
          <w:rtl/>
        </w:rPr>
        <w:t xml:space="preserve"> آوردند. 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</w:t>
      </w:r>
      <w:r w:rsidRPr="005E3C44">
        <w:rPr>
          <w:rFonts w:ascii="Tahoma" w:hAnsi="Tahoma" w:cs="Tahoma"/>
          <w:rtl/>
        </w:rPr>
        <w:t xml:space="preserve"> همکار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از دوست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پا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دار</w:t>
      </w:r>
      <w:r w:rsidRPr="005E3C44">
        <w:rPr>
          <w:rFonts w:ascii="Tahoma" w:hAnsi="Tahoma" w:cs="Tahoma"/>
          <w:rtl/>
        </w:rPr>
        <w:t xml:space="preserve"> سرچشمه نم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گرفت؛</w:t>
      </w:r>
      <w:r w:rsidRPr="005E3C44">
        <w:rPr>
          <w:rFonts w:ascii="Tahoma" w:hAnsi="Tahoma" w:cs="Tahoma"/>
          <w:rtl/>
        </w:rPr>
        <w:t xml:space="preserve"> هر طرف منافع خود را د</w:t>
      </w:r>
      <w:r w:rsidRPr="005E3C44">
        <w:rPr>
          <w:rFonts w:ascii="Tahoma" w:hAnsi="Tahoma" w:cs="Tahoma" w:hint="eastAsia"/>
          <w:rtl/>
        </w:rPr>
        <w:t>نبال</w:t>
      </w:r>
      <w:r w:rsidRPr="005E3C44">
        <w:rPr>
          <w:rFonts w:ascii="Tahoma" w:hAnsi="Tahoma" w:cs="Tahoma"/>
          <w:rtl/>
        </w:rPr>
        <w:t xml:space="preserve">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کرد</w:t>
      </w:r>
      <w:r w:rsidRPr="005E3C44">
        <w:rPr>
          <w:rFonts w:ascii="Tahoma" w:hAnsi="Tahoma" w:cs="Tahoma"/>
          <w:rtl/>
        </w:rPr>
        <w:t>. حکومت 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ران</w:t>
      </w:r>
      <w:r w:rsidRPr="005E3C44">
        <w:rPr>
          <w:rFonts w:ascii="Tahoma" w:hAnsi="Tahoma" w:cs="Tahoma"/>
          <w:rtl/>
        </w:rPr>
        <w:t xml:space="preserve">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خواست</w:t>
      </w:r>
      <w:r w:rsidRPr="005E3C44">
        <w:rPr>
          <w:rFonts w:ascii="Tahoma" w:hAnsi="Tahoma" w:cs="Tahoma"/>
          <w:rtl/>
        </w:rPr>
        <w:t xml:space="preserve"> اقتدار خود را بر خل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ج</w:t>
      </w:r>
      <w:r w:rsidRPr="005E3C44">
        <w:rPr>
          <w:rFonts w:ascii="Tahoma" w:hAnsi="Tahoma" w:cs="Tahoma"/>
          <w:rtl/>
        </w:rPr>
        <w:t xml:space="preserve"> فارس بازگرداند و شرکت انگل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س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در پ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کاهش قدرت رق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ب</w:t>
      </w:r>
      <w:r w:rsidRPr="005E3C44">
        <w:rPr>
          <w:rFonts w:ascii="Tahoma" w:hAnsi="Tahoma" w:cs="Tahoma"/>
          <w:rtl/>
        </w:rPr>
        <w:t xml:space="preserve"> پرتغال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و گسترش تجارت بود.</w:t>
      </w:r>
    </w:p>
    <w:p w:rsidR="005E3C44" w:rsidRPr="005E3C44" w:rsidRDefault="005E3C44" w:rsidP="005E3C4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E3C44">
        <w:rPr>
          <w:rFonts w:ascii="Tahoma" w:hAnsi="Tahoma" w:cs="Tahoma" w:hint="eastAsia"/>
          <w:rtl/>
        </w:rPr>
        <w:t>در</w:t>
      </w:r>
      <w:r w:rsidRPr="005E3C44">
        <w:rPr>
          <w:rFonts w:ascii="Tahoma" w:hAnsi="Tahoma" w:cs="Tahoma"/>
          <w:rtl/>
        </w:rPr>
        <w:t xml:space="preserve"> غرب، شاه عباس توانست بغداد را 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ز</w:t>
      </w:r>
      <w:r w:rsidRPr="005E3C44">
        <w:rPr>
          <w:rFonts w:ascii="Tahoma" w:hAnsi="Tahoma" w:cs="Tahoma"/>
          <w:rtl/>
        </w:rPr>
        <w:t xml:space="preserve"> در سال </w:t>
      </w:r>
      <w:r w:rsidRPr="005E3C44">
        <w:rPr>
          <w:rFonts w:ascii="Tahoma" w:hAnsi="Tahoma" w:cs="Tahoma"/>
          <w:rtl/>
          <w:lang w:bidi="fa-IR"/>
        </w:rPr>
        <w:t>۱۶۲۳</w:t>
      </w:r>
      <w:r w:rsidRPr="005E3C44">
        <w:rPr>
          <w:rFonts w:ascii="Tahoma" w:hAnsi="Tahoma" w:cs="Tahoma"/>
          <w:rtl/>
        </w:rPr>
        <w:t xml:space="preserve"> تصرف کند. 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</w:t>
      </w:r>
      <w:r w:rsidRPr="005E3C44">
        <w:rPr>
          <w:rFonts w:ascii="Tahoma" w:hAnsi="Tahoma" w:cs="Tahoma"/>
          <w:rtl/>
        </w:rPr>
        <w:t xml:space="preserve"> شهر هم از نظر راهبرد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و هم به سبب نزد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ک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به ز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ارتگاه‌ها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مهم ش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عه</w:t>
      </w:r>
      <w:r w:rsidRPr="005E3C44">
        <w:rPr>
          <w:rFonts w:ascii="Tahoma" w:hAnsi="Tahoma" w:cs="Tahoma"/>
          <w:rtl/>
        </w:rPr>
        <w:t xml:space="preserve"> اهم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ت</w:t>
      </w:r>
      <w:r w:rsidRPr="005E3C44">
        <w:rPr>
          <w:rFonts w:ascii="Tahoma" w:hAnsi="Tahoma" w:cs="Tahoma"/>
          <w:rtl/>
        </w:rPr>
        <w:t xml:space="preserve"> داشت. تصرف بغداد و دسترس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به عتبات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توانست</w:t>
      </w:r>
      <w:r w:rsidRPr="005E3C44">
        <w:rPr>
          <w:rFonts w:ascii="Tahoma" w:hAnsi="Tahoma" w:cs="Tahoma"/>
          <w:rtl/>
        </w:rPr>
        <w:t xml:space="preserve"> شاه را پاسدار اماکن مقدس ش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عه</w:t>
      </w:r>
      <w:r w:rsidRPr="005E3C44">
        <w:rPr>
          <w:rFonts w:ascii="Tahoma" w:hAnsi="Tahoma" w:cs="Tahoma"/>
          <w:rtl/>
        </w:rPr>
        <w:t xml:space="preserve"> نشان دهد. اما مرز 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ان</w:t>
      </w:r>
      <w:r w:rsidRPr="005E3C44">
        <w:rPr>
          <w:rFonts w:ascii="Tahoma" w:hAnsi="Tahoma" w:cs="Tahoma"/>
          <w:rtl/>
        </w:rPr>
        <w:t xml:space="preserve"> 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ران</w:t>
      </w:r>
      <w:r w:rsidRPr="005E3C44">
        <w:rPr>
          <w:rFonts w:ascii="Tahoma" w:hAnsi="Tahoma" w:cs="Tahoma"/>
          <w:rtl/>
        </w:rPr>
        <w:t xml:space="preserve"> و عثمان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همچنان پ</w:t>
      </w:r>
      <w:r w:rsidRPr="005E3C44">
        <w:rPr>
          <w:rFonts w:ascii="Tahoma" w:hAnsi="Tahoma" w:cs="Tahoma" w:hint="eastAsia"/>
          <w:rtl/>
        </w:rPr>
        <w:t>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دار</w:t>
      </w:r>
      <w:r w:rsidRPr="005E3C44">
        <w:rPr>
          <w:rFonts w:ascii="Tahoma" w:hAnsi="Tahoma" w:cs="Tahoma"/>
          <w:rtl/>
        </w:rPr>
        <w:t xml:space="preserve"> نبود و جانش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نان</w:t>
      </w:r>
      <w:r w:rsidRPr="005E3C44">
        <w:rPr>
          <w:rFonts w:ascii="Tahoma" w:hAnsi="Tahoma" w:cs="Tahoma"/>
          <w:rtl/>
        </w:rPr>
        <w:t xml:space="preserve"> او نتوانستند همهٔ فتوحاتش را برا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هم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شه</w:t>
      </w:r>
      <w:r w:rsidRPr="005E3C44">
        <w:rPr>
          <w:rFonts w:ascii="Tahoma" w:hAnsi="Tahoma" w:cs="Tahoma"/>
          <w:rtl/>
        </w:rPr>
        <w:t xml:space="preserve"> نگاه دارند.</w:t>
      </w:r>
    </w:p>
    <w:p w:rsidR="005E3C44" w:rsidRPr="005E3C44" w:rsidRDefault="005E3C44" w:rsidP="005E3C4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E3C44">
        <w:rPr>
          <w:rFonts w:ascii="Tahoma" w:hAnsi="Tahoma" w:cs="Tahoma" w:hint="eastAsia"/>
          <w:rtl/>
        </w:rPr>
        <w:t>در</w:t>
      </w:r>
      <w:r w:rsidRPr="005E3C44">
        <w:rPr>
          <w:rFonts w:ascii="Tahoma" w:hAnsi="Tahoma" w:cs="Tahoma"/>
          <w:rtl/>
        </w:rPr>
        <w:t xml:space="preserve"> کنار قشون و جنگ، انتقال پا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تخت</w:t>
      </w:r>
      <w:r w:rsidRPr="005E3C44">
        <w:rPr>
          <w:rFonts w:ascii="Tahoma" w:hAnsi="Tahoma" w:cs="Tahoma"/>
          <w:rtl/>
        </w:rPr>
        <w:t xml:space="preserve"> به اصفهان 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ک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از مهم‌تر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</w:t>
      </w:r>
      <w:r w:rsidRPr="005E3C44">
        <w:rPr>
          <w:rFonts w:ascii="Tahoma" w:hAnsi="Tahoma" w:cs="Tahoma"/>
          <w:rtl/>
        </w:rPr>
        <w:t xml:space="preserve"> تصم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م‌ها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کشوردار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شاه عباس بود. قزو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</w:t>
      </w:r>
      <w:r w:rsidRPr="005E3C44">
        <w:rPr>
          <w:rFonts w:ascii="Tahoma" w:hAnsi="Tahoma" w:cs="Tahoma"/>
          <w:rtl/>
        </w:rPr>
        <w:t xml:space="preserve"> از تبر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ز</w:t>
      </w:r>
      <w:r w:rsidRPr="005E3C44">
        <w:rPr>
          <w:rFonts w:ascii="Tahoma" w:hAnsi="Tahoma" w:cs="Tahoma"/>
          <w:rtl/>
        </w:rPr>
        <w:t xml:space="preserve"> امن‌تر بود، اما هنوز در بخش شمال‌غرب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کشور قرار داشت. اصفهان موقع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ت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مرکز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تر</w:t>
      </w:r>
      <w:r w:rsidRPr="005E3C44">
        <w:rPr>
          <w:rFonts w:ascii="Tahoma" w:hAnsi="Tahoma" w:cs="Tahoma"/>
          <w:rtl/>
        </w:rPr>
        <w:t xml:space="preserve"> داشت و از نظر ارتباط با فارس، خل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ج</w:t>
      </w:r>
      <w:r w:rsidRPr="005E3C44">
        <w:rPr>
          <w:rFonts w:ascii="Tahoma" w:hAnsi="Tahoma" w:cs="Tahoma"/>
          <w:rtl/>
        </w:rPr>
        <w:t xml:space="preserve"> فارس، خراسان و مناطق غرب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مناسب‌تر </w:t>
      </w:r>
      <w:r w:rsidRPr="005E3C44">
        <w:rPr>
          <w:rFonts w:ascii="Tahoma" w:hAnsi="Tahoma" w:cs="Tahoma" w:hint="eastAsia"/>
          <w:rtl/>
        </w:rPr>
        <w:t>بود</w:t>
      </w:r>
      <w:r w:rsidRPr="005E3C44">
        <w:rPr>
          <w:rFonts w:ascii="Tahoma" w:hAnsi="Tahoma" w:cs="Tahoma"/>
          <w:rtl/>
        </w:rPr>
        <w:t>. انتقال پا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تخت</w:t>
      </w:r>
      <w:r w:rsidRPr="005E3C44">
        <w:rPr>
          <w:rFonts w:ascii="Tahoma" w:hAnsi="Tahoma" w:cs="Tahoma"/>
          <w:rtl/>
        </w:rPr>
        <w:t xml:space="preserve"> در اواخر سدهٔ شانزدهم، مرکز ثقل حکومت را به درون فلات 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ران</w:t>
      </w:r>
      <w:r w:rsidRPr="005E3C44">
        <w:rPr>
          <w:rFonts w:ascii="Tahoma" w:hAnsi="Tahoma" w:cs="Tahoma"/>
          <w:rtl/>
        </w:rPr>
        <w:t xml:space="preserve"> برد.</w:t>
      </w:r>
    </w:p>
    <w:p w:rsidR="005E3C44" w:rsidRPr="005E3C44" w:rsidRDefault="005E3C44" w:rsidP="005E3C4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E3C44">
        <w:rPr>
          <w:rFonts w:ascii="Tahoma" w:hAnsi="Tahoma" w:cs="Tahoma" w:hint="eastAsia"/>
          <w:rtl/>
        </w:rPr>
        <w:t>اصفهان</w:t>
      </w:r>
      <w:r w:rsidRPr="005E3C44">
        <w:rPr>
          <w:rFonts w:ascii="Tahoma" w:hAnsi="Tahoma" w:cs="Tahoma"/>
          <w:rtl/>
        </w:rPr>
        <w:t xml:space="preserve"> فقط جا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تازهٔ اقامت شاه نشد. حکومت آن را به نما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شگاه</w:t>
      </w:r>
      <w:r w:rsidRPr="005E3C44">
        <w:rPr>
          <w:rFonts w:ascii="Tahoma" w:hAnsi="Tahoma" w:cs="Tahoma"/>
          <w:rtl/>
        </w:rPr>
        <w:t xml:space="preserve"> نظم صفو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تبد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ل</w:t>
      </w:r>
      <w:r w:rsidRPr="005E3C44">
        <w:rPr>
          <w:rFonts w:ascii="Tahoma" w:hAnsi="Tahoma" w:cs="Tahoma"/>
          <w:rtl/>
        </w:rPr>
        <w:t xml:space="preserve"> کرد. 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دان</w:t>
      </w:r>
      <w:r w:rsidRPr="005E3C44">
        <w:rPr>
          <w:rFonts w:ascii="Tahoma" w:hAnsi="Tahoma" w:cs="Tahoma"/>
          <w:rtl/>
        </w:rPr>
        <w:t xml:space="preserve"> نقش جهان، کاخ عال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قاپو،</w:t>
      </w:r>
      <w:r w:rsidRPr="005E3C44">
        <w:rPr>
          <w:rFonts w:ascii="Tahoma" w:hAnsi="Tahoma" w:cs="Tahoma"/>
          <w:rtl/>
        </w:rPr>
        <w:t xml:space="preserve"> مسجد شاه، مسجد ش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خ</w:t>
      </w:r>
      <w:r w:rsidRPr="005E3C44">
        <w:rPr>
          <w:rFonts w:ascii="Tahoma" w:hAnsi="Tahoma" w:cs="Tahoma"/>
          <w:rtl/>
        </w:rPr>
        <w:t xml:space="preserve"> لطف‌الله و بازار در فضا</w:t>
      </w:r>
      <w:r w:rsidRPr="005E3C44">
        <w:rPr>
          <w:rFonts w:ascii="Tahoma" w:hAnsi="Tahoma" w:cs="Tahoma" w:hint="cs"/>
          <w:rtl/>
        </w:rPr>
        <w:t>یی</w:t>
      </w:r>
      <w:r w:rsidRPr="005E3C44">
        <w:rPr>
          <w:rFonts w:ascii="Tahoma" w:hAnsi="Tahoma" w:cs="Tahoma"/>
          <w:rtl/>
        </w:rPr>
        <w:t xml:space="preserve"> واحد در کنار 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کد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گر</w:t>
      </w:r>
      <w:r w:rsidRPr="005E3C44">
        <w:rPr>
          <w:rFonts w:ascii="Tahoma" w:hAnsi="Tahoma" w:cs="Tahoma"/>
          <w:rtl/>
        </w:rPr>
        <w:t xml:space="preserve"> قرار گرفتند. 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</w:t>
      </w:r>
      <w:r w:rsidRPr="005E3C44">
        <w:rPr>
          <w:rFonts w:ascii="Tahoma" w:hAnsi="Tahoma" w:cs="Tahoma"/>
          <w:rtl/>
        </w:rPr>
        <w:t xml:space="preserve"> آرا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ش</w:t>
      </w:r>
      <w:r w:rsidRPr="005E3C44">
        <w:rPr>
          <w:rFonts w:ascii="Tahoma" w:hAnsi="Tahoma" w:cs="Tahoma"/>
          <w:rtl/>
        </w:rPr>
        <w:t xml:space="preserve"> را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توان</w:t>
      </w:r>
      <w:r w:rsidRPr="005E3C44">
        <w:rPr>
          <w:rFonts w:ascii="Tahoma" w:hAnsi="Tahoma" w:cs="Tahoma"/>
          <w:rtl/>
        </w:rPr>
        <w:t xml:space="preserve"> تصو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از ساختمان حکومت دانست: دربار، مذهب و ب</w:t>
      </w:r>
      <w:r w:rsidRPr="005E3C44">
        <w:rPr>
          <w:rFonts w:ascii="Tahoma" w:hAnsi="Tahoma" w:cs="Tahoma" w:hint="eastAsia"/>
          <w:rtl/>
        </w:rPr>
        <w:t>ازار</w:t>
      </w:r>
      <w:r w:rsidRPr="005E3C44">
        <w:rPr>
          <w:rFonts w:ascii="Tahoma" w:hAnsi="Tahoma" w:cs="Tahoma"/>
          <w:rtl/>
        </w:rPr>
        <w:t xml:space="preserve"> در پ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رامون</w:t>
      </w:r>
      <w:r w:rsidRPr="005E3C44">
        <w:rPr>
          <w:rFonts w:ascii="Tahoma" w:hAnsi="Tahoma" w:cs="Tahoma"/>
          <w:rtl/>
        </w:rPr>
        <w:t xml:space="preserve"> 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دان</w:t>
      </w:r>
      <w:r w:rsidRPr="005E3C44">
        <w:rPr>
          <w:rFonts w:ascii="Tahoma" w:hAnsi="Tahoma" w:cs="Tahoma"/>
          <w:rtl/>
        </w:rPr>
        <w:t xml:space="preserve"> شاه گرد آمده بودند و مرکز همه به قدرت تاج پ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وند</w:t>
      </w:r>
      <w:r w:rsidRPr="005E3C44">
        <w:rPr>
          <w:rFonts w:ascii="Tahoma" w:hAnsi="Tahoma" w:cs="Tahoma"/>
          <w:rtl/>
        </w:rPr>
        <w:t xml:space="preserve">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خورد</w:t>
      </w:r>
      <w:r w:rsidRPr="005E3C44">
        <w:rPr>
          <w:rFonts w:ascii="Tahoma" w:hAnsi="Tahoma" w:cs="Tahoma"/>
          <w:rtl/>
        </w:rPr>
        <w:t>.</w:t>
      </w:r>
    </w:p>
    <w:p w:rsidR="005E3C44" w:rsidRPr="005E3C44" w:rsidRDefault="005E3C44" w:rsidP="005E3C4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E3C44">
        <w:rPr>
          <w:rFonts w:ascii="Tahoma" w:hAnsi="Tahoma" w:cs="Tahoma" w:hint="eastAsia"/>
          <w:rtl/>
        </w:rPr>
        <w:t>عال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قاپو</w:t>
      </w:r>
      <w:r w:rsidRPr="005E3C44">
        <w:rPr>
          <w:rFonts w:ascii="Tahoma" w:hAnsi="Tahoma" w:cs="Tahoma"/>
          <w:rtl/>
        </w:rPr>
        <w:t xml:space="preserve"> جا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حضور شاه و نما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ش</w:t>
      </w:r>
      <w:r w:rsidRPr="005E3C44">
        <w:rPr>
          <w:rFonts w:ascii="Tahoma" w:hAnsi="Tahoma" w:cs="Tahoma"/>
          <w:rtl/>
        </w:rPr>
        <w:t xml:space="preserve"> اقتدار دربار بود. مسجد شاه مذهب رسم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و پ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وند</w:t>
      </w:r>
      <w:r w:rsidRPr="005E3C44">
        <w:rPr>
          <w:rFonts w:ascii="Tahoma" w:hAnsi="Tahoma" w:cs="Tahoma"/>
          <w:rtl/>
        </w:rPr>
        <w:t xml:space="preserve"> سلطنت با تش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ع</w:t>
      </w:r>
      <w:r w:rsidRPr="005E3C44">
        <w:rPr>
          <w:rFonts w:ascii="Tahoma" w:hAnsi="Tahoma" w:cs="Tahoma"/>
          <w:rtl/>
        </w:rPr>
        <w:t xml:space="preserve"> را نما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ش</w:t>
      </w:r>
      <w:r w:rsidRPr="005E3C44">
        <w:rPr>
          <w:rFonts w:ascii="Tahoma" w:hAnsi="Tahoma" w:cs="Tahoma"/>
          <w:rtl/>
        </w:rPr>
        <w:t xml:space="preserve">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داد</w:t>
      </w:r>
      <w:r w:rsidRPr="005E3C44">
        <w:rPr>
          <w:rFonts w:ascii="Tahoma" w:hAnsi="Tahoma" w:cs="Tahoma"/>
          <w:rtl/>
        </w:rPr>
        <w:t>. مسجد ش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خ</w:t>
      </w:r>
      <w:r w:rsidRPr="005E3C44">
        <w:rPr>
          <w:rFonts w:ascii="Tahoma" w:hAnsi="Tahoma" w:cs="Tahoma"/>
          <w:rtl/>
        </w:rPr>
        <w:t xml:space="preserve"> لطف‌الله رابطهٔ نزد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ک‌تر</w:t>
      </w:r>
      <w:r w:rsidRPr="005E3C44">
        <w:rPr>
          <w:rFonts w:ascii="Tahoma" w:hAnsi="Tahoma" w:cs="Tahoma"/>
          <w:rtl/>
        </w:rPr>
        <w:t xml:space="preserve"> دربار با 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نکاران</w:t>
      </w:r>
      <w:r w:rsidRPr="005E3C44">
        <w:rPr>
          <w:rFonts w:ascii="Tahoma" w:hAnsi="Tahoma" w:cs="Tahoma"/>
          <w:rtl/>
        </w:rPr>
        <w:t xml:space="preserve"> را نشان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داد</w:t>
      </w:r>
      <w:r w:rsidRPr="005E3C44">
        <w:rPr>
          <w:rFonts w:ascii="Tahoma" w:hAnsi="Tahoma" w:cs="Tahoma"/>
          <w:rtl/>
        </w:rPr>
        <w:t xml:space="preserve"> و بازار، تجارت و منابع اقتصاد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شهر را به 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دان</w:t>
      </w:r>
      <w:r w:rsidRPr="005E3C44">
        <w:rPr>
          <w:rFonts w:ascii="Tahoma" w:hAnsi="Tahoma" w:cs="Tahoma"/>
          <w:rtl/>
        </w:rPr>
        <w:t xml:space="preserve"> متصل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کرد</w:t>
      </w:r>
      <w:r w:rsidRPr="005E3C44">
        <w:rPr>
          <w:rFonts w:ascii="Tahoma" w:hAnsi="Tahoma" w:cs="Tahoma"/>
          <w:rtl/>
        </w:rPr>
        <w:t>. 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دان</w:t>
      </w:r>
      <w:r w:rsidRPr="005E3C44">
        <w:rPr>
          <w:rFonts w:ascii="Tahoma" w:hAnsi="Tahoma" w:cs="Tahoma"/>
          <w:rtl/>
        </w:rPr>
        <w:t xml:space="preserve"> برا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مراسم، دادو</w:t>
      </w:r>
      <w:r w:rsidRPr="005E3C44">
        <w:rPr>
          <w:rFonts w:ascii="Tahoma" w:hAnsi="Tahoma" w:cs="Tahoma" w:hint="eastAsia"/>
          <w:rtl/>
        </w:rPr>
        <w:t>ستد،</w:t>
      </w:r>
      <w:r w:rsidRPr="005E3C44">
        <w:rPr>
          <w:rFonts w:ascii="Tahoma" w:hAnsi="Tahoma" w:cs="Tahoma"/>
          <w:rtl/>
        </w:rPr>
        <w:t xml:space="preserve"> باز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ها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شاهانه و گردهما</w:t>
      </w:r>
      <w:r w:rsidRPr="005E3C44">
        <w:rPr>
          <w:rFonts w:ascii="Tahoma" w:hAnsi="Tahoma" w:cs="Tahoma" w:hint="cs"/>
          <w:rtl/>
        </w:rPr>
        <w:t>یی</w:t>
      </w:r>
      <w:r w:rsidRPr="005E3C44">
        <w:rPr>
          <w:rFonts w:ascii="Tahoma" w:hAnsi="Tahoma" w:cs="Tahoma"/>
          <w:rtl/>
        </w:rPr>
        <w:t xml:space="preserve"> عموم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به کار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رفت</w:t>
      </w:r>
      <w:r w:rsidRPr="005E3C44">
        <w:rPr>
          <w:rFonts w:ascii="Tahoma" w:hAnsi="Tahoma" w:cs="Tahoma"/>
          <w:rtl/>
        </w:rPr>
        <w:t>.</w:t>
      </w:r>
    </w:p>
    <w:p w:rsidR="005E3C44" w:rsidRPr="005E3C44" w:rsidRDefault="005E3C44" w:rsidP="005E3C4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E3C44">
        <w:rPr>
          <w:rFonts w:ascii="Tahoma" w:hAnsi="Tahoma" w:cs="Tahoma" w:hint="eastAsia"/>
          <w:rtl/>
        </w:rPr>
        <w:t>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</w:t>
      </w:r>
      <w:r w:rsidRPr="005E3C44">
        <w:rPr>
          <w:rFonts w:ascii="Tahoma" w:hAnsi="Tahoma" w:cs="Tahoma"/>
          <w:rtl/>
        </w:rPr>
        <w:t xml:space="preserve"> فضا فقط نت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جهٔ</w:t>
      </w:r>
      <w:r w:rsidRPr="005E3C44">
        <w:rPr>
          <w:rFonts w:ascii="Tahoma" w:hAnsi="Tahoma" w:cs="Tahoma"/>
          <w:rtl/>
        </w:rPr>
        <w:t xml:space="preserve"> ذوق معمار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نبود؛ صورت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ساخته‌شده از کشوردار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صفو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بود. شاه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خواست</w:t>
      </w:r>
      <w:r w:rsidRPr="005E3C44">
        <w:rPr>
          <w:rFonts w:ascii="Tahoma" w:hAnsi="Tahoma" w:cs="Tahoma"/>
          <w:rtl/>
        </w:rPr>
        <w:t xml:space="preserve"> 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روها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پراکنده در مکان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ز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</w:t>
      </w:r>
      <w:r w:rsidRPr="005E3C44">
        <w:rPr>
          <w:rFonts w:ascii="Tahoma" w:hAnsi="Tahoma" w:cs="Tahoma"/>
          <w:rtl/>
        </w:rPr>
        <w:t xml:space="preserve"> نگاه و فرمان او گرد آ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ند</w:t>
      </w:r>
      <w:r w:rsidRPr="005E3C44">
        <w:rPr>
          <w:rFonts w:ascii="Tahoma" w:hAnsi="Tahoma" w:cs="Tahoma"/>
          <w:rtl/>
        </w:rPr>
        <w:t>. شهر جد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د،</w:t>
      </w:r>
      <w:r w:rsidRPr="005E3C44">
        <w:rPr>
          <w:rFonts w:ascii="Tahoma" w:hAnsi="Tahoma" w:cs="Tahoma"/>
          <w:rtl/>
        </w:rPr>
        <w:t xml:space="preserve"> خ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ابان</w:t>
      </w:r>
      <w:r w:rsidRPr="005E3C44">
        <w:rPr>
          <w:rFonts w:ascii="Tahoma" w:hAnsi="Tahoma" w:cs="Tahoma"/>
          <w:rtl/>
        </w:rPr>
        <w:t xml:space="preserve"> چهارباغ، پل‌ها، باغ‌ها، کاروان‌سراها و محله‌ها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تازه، جمع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ت</w:t>
      </w:r>
      <w:r w:rsidRPr="005E3C44">
        <w:rPr>
          <w:rFonts w:ascii="Tahoma" w:hAnsi="Tahoma" w:cs="Tahoma"/>
          <w:rtl/>
        </w:rPr>
        <w:t xml:space="preserve"> و فعال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ت</w:t>
      </w:r>
      <w:r w:rsidRPr="005E3C44">
        <w:rPr>
          <w:rFonts w:ascii="Tahoma" w:hAnsi="Tahoma" w:cs="Tahoma"/>
          <w:rtl/>
        </w:rPr>
        <w:t xml:space="preserve"> اقتصاد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را به پا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تخت</w:t>
      </w:r>
      <w:r w:rsidRPr="005E3C44">
        <w:rPr>
          <w:rFonts w:ascii="Tahoma" w:hAnsi="Tahoma" w:cs="Tahoma"/>
          <w:rtl/>
        </w:rPr>
        <w:t xml:space="preserve"> جذب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/>
          <w:rtl/>
        </w:rPr>
        <w:t>کردند.</w:t>
      </w:r>
    </w:p>
    <w:p w:rsidR="005E3C44" w:rsidRPr="005E3C44" w:rsidRDefault="005E3C44" w:rsidP="005E3C4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E3C44">
        <w:rPr>
          <w:rFonts w:ascii="Tahoma" w:hAnsi="Tahoma" w:cs="Tahoma"/>
          <w:rtl/>
        </w:rPr>
        <w:t>رونق اصفهان به امن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ت</w:t>
      </w:r>
      <w:r w:rsidRPr="005E3C44">
        <w:rPr>
          <w:rFonts w:ascii="Tahoma" w:hAnsi="Tahoma" w:cs="Tahoma"/>
          <w:rtl/>
        </w:rPr>
        <w:t xml:space="preserve"> راه‌ها و شبکهٔ بازرگان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از</w:t>
      </w:r>
      <w:r w:rsidRPr="005E3C44">
        <w:rPr>
          <w:rFonts w:ascii="Tahoma" w:hAnsi="Tahoma" w:cs="Tahoma"/>
          <w:rtl/>
        </w:rPr>
        <w:t xml:space="preserve"> داشت. ساخت و نگهدار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کاروان‌سراها، راه‌ها و پل‌ها، رفت‌وآمد بازرگانان و مأموران را آسان‌تر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کرد</w:t>
      </w:r>
      <w:r w:rsidRPr="005E3C44">
        <w:rPr>
          <w:rFonts w:ascii="Tahoma" w:hAnsi="Tahoma" w:cs="Tahoma"/>
          <w:rtl/>
        </w:rPr>
        <w:t>. حکومت از تجارت مال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ات</w:t>
      </w:r>
      <w:r w:rsidRPr="005E3C44">
        <w:rPr>
          <w:rFonts w:ascii="Tahoma" w:hAnsi="Tahoma" w:cs="Tahoma"/>
          <w:rtl/>
        </w:rPr>
        <w:t xml:space="preserve">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گرفت</w:t>
      </w:r>
      <w:r w:rsidRPr="005E3C44">
        <w:rPr>
          <w:rFonts w:ascii="Tahoma" w:hAnsi="Tahoma" w:cs="Tahoma"/>
          <w:rtl/>
        </w:rPr>
        <w:t xml:space="preserve"> و در برابر با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د</w:t>
      </w:r>
      <w:r w:rsidRPr="005E3C44">
        <w:rPr>
          <w:rFonts w:ascii="Tahoma" w:hAnsi="Tahoma" w:cs="Tahoma"/>
          <w:rtl/>
        </w:rPr>
        <w:t xml:space="preserve"> امن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ت</w:t>
      </w:r>
      <w:r w:rsidRPr="005E3C44">
        <w:rPr>
          <w:rFonts w:ascii="Tahoma" w:hAnsi="Tahoma" w:cs="Tahoma"/>
          <w:rtl/>
        </w:rPr>
        <w:t xml:space="preserve"> نسب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آن را فراهم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ساخت</w:t>
      </w:r>
      <w:r w:rsidRPr="005E3C44">
        <w:rPr>
          <w:rFonts w:ascii="Tahoma" w:hAnsi="Tahoma" w:cs="Tahoma"/>
          <w:rtl/>
        </w:rPr>
        <w:t>. بد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ن‌سان،</w:t>
      </w:r>
      <w:r w:rsidRPr="005E3C44">
        <w:rPr>
          <w:rFonts w:ascii="Tahoma" w:hAnsi="Tahoma" w:cs="Tahoma"/>
          <w:rtl/>
        </w:rPr>
        <w:t xml:space="preserve"> آبادان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پا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تخت</w:t>
      </w:r>
      <w:r w:rsidRPr="005E3C44">
        <w:rPr>
          <w:rFonts w:ascii="Tahoma" w:hAnsi="Tahoma" w:cs="Tahoma"/>
          <w:rtl/>
        </w:rPr>
        <w:t xml:space="preserve"> با ت</w:t>
      </w:r>
      <w:r w:rsidRPr="005E3C44">
        <w:rPr>
          <w:rFonts w:ascii="Tahoma" w:hAnsi="Tahoma" w:cs="Tahoma" w:hint="eastAsia"/>
          <w:rtl/>
        </w:rPr>
        <w:t>وان</w:t>
      </w:r>
      <w:r w:rsidRPr="005E3C44">
        <w:rPr>
          <w:rFonts w:ascii="Tahoma" w:hAnsi="Tahoma" w:cs="Tahoma"/>
          <w:rtl/>
        </w:rPr>
        <w:t xml:space="preserve"> قشون و کار 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وان</w:t>
      </w:r>
      <w:r w:rsidRPr="005E3C44">
        <w:rPr>
          <w:rFonts w:ascii="Tahoma" w:hAnsi="Tahoma" w:cs="Tahoma"/>
          <w:rtl/>
        </w:rPr>
        <w:t xml:space="preserve"> پ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وند</w:t>
      </w:r>
      <w:r w:rsidRPr="005E3C44">
        <w:rPr>
          <w:rFonts w:ascii="Tahoma" w:hAnsi="Tahoma" w:cs="Tahoma"/>
          <w:rtl/>
        </w:rPr>
        <w:t xml:space="preserve"> داشت.</w:t>
      </w:r>
    </w:p>
    <w:p w:rsidR="005E3C44" w:rsidRPr="005E3C44" w:rsidRDefault="005E3C44" w:rsidP="005E3C4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E3C44">
        <w:rPr>
          <w:rFonts w:ascii="Tahoma" w:hAnsi="Tahoma" w:cs="Tahoma" w:hint="eastAsia"/>
          <w:rtl/>
        </w:rPr>
        <w:t>دورهٔ</w:t>
      </w:r>
      <w:r w:rsidRPr="005E3C44">
        <w:rPr>
          <w:rFonts w:ascii="Tahoma" w:hAnsi="Tahoma" w:cs="Tahoma"/>
          <w:rtl/>
        </w:rPr>
        <w:t xml:space="preserve"> شاه عباس معمولاً اوج قدرت صفو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شناخته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شود</w:t>
      </w:r>
      <w:r w:rsidRPr="005E3C44">
        <w:rPr>
          <w:rFonts w:ascii="Tahoma" w:hAnsi="Tahoma" w:cs="Tahoma"/>
          <w:rtl/>
        </w:rPr>
        <w:t xml:space="preserve"> و 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</w:t>
      </w:r>
      <w:r w:rsidRPr="005E3C44">
        <w:rPr>
          <w:rFonts w:ascii="Tahoma" w:hAnsi="Tahoma" w:cs="Tahoma"/>
          <w:rtl/>
        </w:rPr>
        <w:t xml:space="preserve"> داور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از جهات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درست است. او توانست دشمنان را عقب براند، قزلباشان را مهار کند، قشون تازه بسازد، درآمد مرکز را افزا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ش</w:t>
      </w:r>
      <w:r w:rsidRPr="005E3C44">
        <w:rPr>
          <w:rFonts w:ascii="Tahoma" w:hAnsi="Tahoma" w:cs="Tahoma"/>
          <w:rtl/>
        </w:rPr>
        <w:t xml:space="preserve"> دهد، پا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تخت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بزرگ پد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د</w:t>
      </w:r>
      <w:r w:rsidRPr="005E3C44">
        <w:rPr>
          <w:rFonts w:ascii="Tahoma" w:hAnsi="Tahoma" w:cs="Tahoma"/>
          <w:rtl/>
        </w:rPr>
        <w:t xml:space="preserve"> آورد و تجارت را گسترش دهد. اما هم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</w:t>
      </w:r>
      <w:r w:rsidRPr="005E3C44">
        <w:rPr>
          <w:rFonts w:ascii="Tahoma" w:hAnsi="Tahoma" w:cs="Tahoma"/>
          <w:rtl/>
        </w:rPr>
        <w:t xml:space="preserve"> تمرکز قدرت، ضعف‌ها</w:t>
      </w:r>
      <w:r w:rsidRPr="005E3C44">
        <w:rPr>
          <w:rFonts w:ascii="Tahoma" w:hAnsi="Tahoma" w:cs="Tahoma" w:hint="cs"/>
          <w:rtl/>
        </w:rPr>
        <w:t>یی</w:t>
      </w:r>
      <w:r w:rsidRPr="005E3C44">
        <w:rPr>
          <w:rFonts w:ascii="Tahoma" w:hAnsi="Tahoma" w:cs="Tahoma"/>
          <w:rtl/>
        </w:rPr>
        <w:t xml:space="preserve"> آفر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د</w:t>
      </w:r>
      <w:r w:rsidRPr="005E3C44">
        <w:rPr>
          <w:rFonts w:ascii="Tahoma" w:hAnsi="Tahoma" w:cs="Tahoma"/>
          <w:rtl/>
        </w:rPr>
        <w:t xml:space="preserve"> که در زمان او ز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</w:t>
      </w:r>
      <w:r w:rsidRPr="005E3C44">
        <w:rPr>
          <w:rFonts w:ascii="Tahoma" w:hAnsi="Tahoma" w:cs="Tahoma"/>
          <w:rtl/>
        </w:rPr>
        <w:t xml:space="preserve"> سا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هٔ</w:t>
      </w:r>
      <w:r w:rsidRPr="005E3C44">
        <w:rPr>
          <w:rFonts w:ascii="Tahoma" w:hAnsi="Tahoma" w:cs="Tahoma"/>
          <w:rtl/>
        </w:rPr>
        <w:t xml:space="preserve"> موفق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ت‌ها</w:t>
      </w:r>
      <w:r w:rsidRPr="005E3C44">
        <w:rPr>
          <w:rFonts w:ascii="Tahoma" w:hAnsi="Tahoma" w:cs="Tahoma"/>
          <w:rtl/>
        </w:rPr>
        <w:t xml:space="preserve"> پنهان ماندند.</w:t>
      </w:r>
    </w:p>
    <w:p w:rsidR="005E3C44" w:rsidRPr="005E3C44" w:rsidRDefault="005E3C44" w:rsidP="005E3C4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E3C44">
        <w:rPr>
          <w:rFonts w:ascii="Tahoma" w:hAnsi="Tahoma" w:cs="Tahoma" w:hint="eastAsia"/>
          <w:rtl/>
        </w:rPr>
        <w:t>نخست</w:t>
      </w:r>
      <w:r w:rsidRPr="005E3C44">
        <w:rPr>
          <w:rFonts w:ascii="Tahoma" w:hAnsi="Tahoma" w:cs="Tahoma"/>
          <w:rtl/>
        </w:rPr>
        <w:t xml:space="preserve"> آنکه 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روها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تازه ب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ش</w:t>
      </w:r>
      <w:r w:rsidRPr="005E3C44">
        <w:rPr>
          <w:rFonts w:ascii="Tahoma" w:hAnsi="Tahoma" w:cs="Tahoma"/>
          <w:rtl/>
        </w:rPr>
        <w:t xml:space="preserve"> از اندازه به شخص شاه وابسته بودند. غلام، تفنگچ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،</w:t>
      </w:r>
      <w:r w:rsidRPr="005E3C44">
        <w:rPr>
          <w:rFonts w:ascii="Tahoma" w:hAnsi="Tahoma" w:cs="Tahoma"/>
          <w:rtl/>
        </w:rPr>
        <w:t xml:space="preserve"> مأمور خاصه و 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وانسالار</w:t>
      </w:r>
      <w:r w:rsidRPr="005E3C44">
        <w:rPr>
          <w:rFonts w:ascii="Tahoma" w:hAnsi="Tahoma" w:cs="Tahoma"/>
          <w:rtl/>
        </w:rPr>
        <w:t xml:space="preserve"> مقام و درآمد خود را از تاج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گرفتند</w:t>
      </w:r>
      <w:r w:rsidRPr="005E3C44">
        <w:rPr>
          <w:rFonts w:ascii="Tahoma" w:hAnsi="Tahoma" w:cs="Tahoma"/>
          <w:rtl/>
        </w:rPr>
        <w:t>. 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</w:t>
      </w:r>
      <w:r w:rsidRPr="005E3C44">
        <w:rPr>
          <w:rFonts w:ascii="Tahoma" w:hAnsi="Tahoma" w:cs="Tahoma"/>
          <w:rtl/>
        </w:rPr>
        <w:t xml:space="preserve"> وابستگ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در دوران شاه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توانا به هماهنگ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انجام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د،</w:t>
      </w:r>
      <w:r w:rsidRPr="005E3C44">
        <w:rPr>
          <w:rFonts w:ascii="Tahoma" w:hAnsi="Tahoma" w:cs="Tahoma"/>
          <w:rtl/>
        </w:rPr>
        <w:t xml:space="preserve"> اما اگر جانش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</w:t>
      </w:r>
      <w:r w:rsidRPr="005E3C44">
        <w:rPr>
          <w:rFonts w:ascii="Tahoma" w:hAnsi="Tahoma" w:cs="Tahoma"/>
          <w:rtl/>
        </w:rPr>
        <w:t xml:space="preserve"> ضع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ف</w:t>
      </w:r>
      <w:r w:rsidRPr="005E3C44">
        <w:rPr>
          <w:rFonts w:ascii="Tahoma" w:hAnsi="Tahoma" w:cs="Tahoma"/>
          <w:rtl/>
        </w:rPr>
        <w:t xml:space="preserve"> بود، دستگاه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که به تصم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م</w:t>
      </w:r>
      <w:r w:rsidRPr="005E3C44">
        <w:rPr>
          <w:rFonts w:ascii="Tahoma" w:hAnsi="Tahoma" w:cs="Tahoma"/>
          <w:rtl/>
        </w:rPr>
        <w:t xml:space="preserve"> مرکز عادت کرده بود قدرت ابتکار و اصلاح خود را از دست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داد</w:t>
      </w:r>
      <w:r w:rsidRPr="005E3C44">
        <w:rPr>
          <w:rFonts w:ascii="Tahoma" w:hAnsi="Tahoma" w:cs="Tahoma"/>
          <w:rtl/>
        </w:rPr>
        <w:t>.</w:t>
      </w:r>
    </w:p>
    <w:p w:rsidR="005E3C44" w:rsidRPr="005E3C44" w:rsidRDefault="005E3C44" w:rsidP="005E3C4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E3C44">
        <w:rPr>
          <w:rFonts w:ascii="Tahoma" w:hAnsi="Tahoma" w:cs="Tahoma" w:hint="eastAsia"/>
          <w:rtl/>
        </w:rPr>
        <w:t>دوم</w:t>
      </w:r>
      <w:r w:rsidRPr="005E3C44">
        <w:rPr>
          <w:rFonts w:ascii="Tahoma" w:hAnsi="Tahoma" w:cs="Tahoma"/>
          <w:rtl/>
        </w:rPr>
        <w:t xml:space="preserve"> آنکه تبد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ل</w:t>
      </w:r>
      <w:r w:rsidRPr="005E3C44">
        <w:rPr>
          <w:rFonts w:ascii="Tahoma" w:hAnsi="Tahoma" w:cs="Tahoma"/>
          <w:rtl/>
        </w:rPr>
        <w:t xml:space="preserve"> ولا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ت‌ها</w:t>
      </w:r>
      <w:r w:rsidRPr="005E3C44">
        <w:rPr>
          <w:rFonts w:ascii="Tahoma" w:hAnsi="Tahoma" w:cs="Tahoma"/>
          <w:rtl/>
        </w:rPr>
        <w:t xml:space="preserve"> به خاصه، هرچند درآمد شاه را افزا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ش</w:t>
      </w:r>
      <w:r w:rsidRPr="005E3C44">
        <w:rPr>
          <w:rFonts w:ascii="Tahoma" w:hAnsi="Tahoma" w:cs="Tahoma"/>
          <w:rtl/>
        </w:rPr>
        <w:t xml:space="preserve"> داد، مسئول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ت</w:t>
      </w:r>
      <w:r w:rsidRPr="005E3C44">
        <w:rPr>
          <w:rFonts w:ascii="Tahoma" w:hAnsi="Tahoma" w:cs="Tahoma"/>
          <w:rtl/>
        </w:rPr>
        <w:t xml:space="preserve"> دفاع و آبادان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محل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را تضع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ف</w:t>
      </w:r>
      <w:r w:rsidRPr="005E3C44">
        <w:rPr>
          <w:rFonts w:ascii="Tahoma" w:hAnsi="Tahoma" w:cs="Tahoma"/>
          <w:rtl/>
        </w:rPr>
        <w:t xml:space="preserve">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کرد</w:t>
      </w:r>
      <w:r w:rsidRPr="005E3C44">
        <w:rPr>
          <w:rFonts w:ascii="Tahoma" w:hAnsi="Tahoma" w:cs="Tahoma"/>
          <w:rtl/>
        </w:rPr>
        <w:t>. مأموران کوتاه‌مدت ممکن بود برا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وصول ب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شتر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</w:t>
      </w:r>
      <w:r w:rsidRPr="005E3C44">
        <w:rPr>
          <w:rFonts w:ascii="Tahoma" w:hAnsi="Tahoma" w:cs="Tahoma"/>
          <w:rtl/>
        </w:rPr>
        <w:t xml:space="preserve"> درآمد، به توان تول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روستاها و شهرها آس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ب</w:t>
      </w:r>
      <w:r w:rsidRPr="005E3C44">
        <w:rPr>
          <w:rFonts w:ascii="Tahoma" w:hAnsi="Tahoma" w:cs="Tahoma"/>
          <w:rtl/>
        </w:rPr>
        <w:t xml:space="preserve"> بزنند. خزانه در کوتاه‌مدت پرتر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شد،</w:t>
      </w:r>
      <w:r w:rsidRPr="005E3C44">
        <w:rPr>
          <w:rFonts w:ascii="Tahoma" w:hAnsi="Tahoma" w:cs="Tahoma"/>
          <w:rtl/>
        </w:rPr>
        <w:t xml:space="preserve"> اما پا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هٔ</w:t>
      </w:r>
      <w:r w:rsidRPr="005E3C44">
        <w:rPr>
          <w:rFonts w:ascii="Tahoma" w:hAnsi="Tahoma" w:cs="Tahoma"/>
          <w:rtl/>
        </w:rPr>
        <w:t xml:space="preserve"> اقتصاد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کشو</w:t>
      </w:r>
      <w:r w:rsidRPr="005E3C44">
        <w:rPr>
          <w:rFonts w:ascii="Tahoma" w:hAnsi="Tahoma" w:cs="Tahoma" w:hint="eastAsia"/>
          <w:rtl/>
        </w:rPr>
        <w:t>ر</w:t>
      </w:r>
      <w:r w:rsidRPr="005E3C44">
        <w:rPr>
          <w:rFonts w:ascii="Tahoma" w:hAnsi="Tahoma" w:cs="Tahoma"/>
          <w:rtl/>
        </w:rPr>
        <w:t xml:space="preserve">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توانست</w:t>
      </w:r>
      <w:r w:rsidRPr="005E3C44">
        <w:rPr>
          <w:rFonts w:ascii="Tahoma" w:hAnsi="Tahoma" w:cs="Tahoma"/>
          <w:rtl/>
        </w:rPr>
        <w:t xml:space="preserve"> در درازمدت فرسوده گردد.</w:t>
      </w:r>
    </w:p>
    <w:p w:rsidR="005E3C44" w:rsidRPr="005E3C44" w:rsidRDefault="005E3C44" w:rsidP="005E3C4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E3C44">
        <w:rPr>
          <w:rFonts w:ascii="Tahoma" w:hAnsi="Tahoma" w:cs="Tahoma" w:hint="eastAsia"/>
          <w:rtl/>
        </w:rPr>
        <w:t>سوم</w:t>
      </w:r>
      <w:r w:rsidRPr="005E3C44">
        <w:rPr>
          <w:rFonts w:ascii="Tahoma" w:hAnsi="Tahoma" w:cs="Tahoma"/>
          <w:rtl/>
        </w:rPr>
        <w:t xml:space="preserve"> آنکه شاه عباس، که خود در نت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جهٔ</w:t>
      </w:r>
      <w:r w:rsidRPr="005E3C44">
        <w:rPr>
          <w:rFonts w:ascii="Tahoma" w:hAnsi="Tahoma" w:cs="Tahoma"/>
          <w:rtl/>
        </w:rPr>
        <w:t xml:space="preserve"> استفادهٔ ام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ران</w:t>
      </w:r>
      <w:r w:rsidRPr="005E3C44">
        <w:rPr>
          <w:rFonts w:ascii="Tahoma" w:hAnsi="Tahoma" w:cs="Tahoma"/>
          <w:rtl/>
        </w:rPr>
        <w:t xml:space="preserve"> از شاهزادگان به قدرت رس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ده</w:t>
      </w:r>
      <w:r w:rsidRPr="005E3C44">
        <w:rPr>
          <w:rFonts w:ascii="Tahoma" w:hAnsi="Tahoma" w:cs="Tahoma"/>
          <w:rtl/>
        </w:rPr>
        <w:t xml:space="preserve"> بود، از پسرانش ب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م</w:t>
      </w:r>
      <w:r w:rsidRPr="005E3C44">
        <w:rPr>
          <w:rFonts w:ascii="Tahoma" w:hAnsi="Tahoma" w:cs="Tahoma"/>
          <w:rtl/>
        </w:rPr>
        <w:t xml:space="preserve"> داشت. هر شاهزاده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توانست</w:t>
      </w:r>
      <w:r w:rsidRPr="005E3C44">
        <w:rPr>
          <w:rFonts w:ascii="Tahoma" w:hAnsi="Tahoma" w:cs="Tahoma"/>
          <w:rtl/>
        </w:rPr>
        <w:t xml:space="preserve"> به محور توطئه 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</w:t>
      </w:r>
      <w:r w:rsidRPr="005E3C44">
        <w:rPr>
          <w:rFonts w:ascii="Tahoma" w:hAnsi="Tahoma" w:cs="Tahoma"/>
          <w:rtl/>
        </w:rPr>
        <w:t xml:space="preserve"> وس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لهٔ</w:t>
      </w:r>
      <w:r w:rsidRPr="005E3C44">
        <w:rPr>
          <w:rFonts w:ascii="Tahoma" w:hAnsi="Tahoma" w:cs="Tahoma"/>
          <w:rtl/>
        </w:rPr>
        <w:t xml:space="preserve"> دست قزلباشان و دربار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ان</w:t>
      </w:r>
      <w:r w:rsidRPr="005E3C44">
        <w:rPr>
          <w:rFonts w:ascii="Tahoma" w:hAnsi="Tahoma" w:cs="Tahoma"/>
          <w:rtl/>
        </w:rPr>
        <w:t xml:space="preserve"> تبد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ل</w:t>
      </w:r>
      <w:r w:rsidRPr="005E3C44">
        <w:rPr>
          <w:rFonts w:ascii="Tahoma" w:hAnsi="Tahoma" w:cs="Tahoma"/>
          <w:rtl/>
        </w:rPr>
        <w:t xml:space="preserve"> شود. شاه برا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جلوگ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از تکرار تجربهٔ خود، شاهزادگان را ز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</w:t>
      </w:r>
      <w:r w:rsidRPr="005E3C44">
        <w:rPr>
          <w:rFonts w:ascii="Tahoma" w:hAnsi="Tahoma" w:cs="Tahoma"/>
          <w:rtl/>
        </w:rPr>
        <w:t xml:space="preserve"> نظارت شد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د</w:t>
      </w:r>
      <w:r w:rsidRPr="005E3C44">
        <w:rPr>
          <w:rFonts w:ascii="Tahoma" w:hAnsi="Tahoma" w:cs="Tahoma"/>
          <w:rtl/>
        </w:rPr>
        <w:t xml:space="preserve"> قرار د</w:t>
      </w:r>
      <w:r w:rsidRPr="005E3C44">
        <w:rPr>
          <w:rFonts w:ascii="Tahoma" w:hAnsi="Tahoma" w:cs="Tahoma" w:hint="eastAsia"/>
          <w:rtl/>
        </w:rPr>
        <w:t>اد</w:t>
      </w:r>
      <w:r w:rsidRPr="005E3C44">
        <w:rPr>
          <w:rFonts w:ascii="Tahoma" w:hAnsi="Tahoma" w:cs="Tahoma"/>
          <w:rtl/>
        </w:rPr>
        <w:t xml:space="preserve"> و برخ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را مجازات کرد.</w:t>
      </w:r>
    </w:p>
    <w:p w:rsidR="005E3C44" w:rsidRPr="005E3C44" w:rsidRDefault="005E3C44" w:rsidP="005E3C4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E3C44">
        <w:rPr>
          <w:rFonts w:ascii="Tahoma" w:hAnsi="Tahoma" w:cs="Tahoma" w:hint="eastAsia"/>
          <w:rtl/>
        </w:rPr>
        <w:t>صف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رزا،</w:t>
      </w:r>
      <w:r w:rsidRPr="005E3C44">
        <w:rPr>
          <w:rFonts w:ascii="Tahoma" w:hAnsi="Tahoma" w:cs="Tahoma"/>
          <w:rtl/>
        </w:rPr>
        <w:t xml:space="preserve"> ول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عهد</w:t>
      </w:r>
      <w:r w:rsidRPr="005E3C44">
        <w:rPr>
          <w:rFonts w:ascii="Tahoma" w:hAnsi="Tahoma" w:cs="Tahoma"/>
          <w:rtl/>
        </w:rPr>
        <w:t xml:space="preserve"> و 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ک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از پسران شاه، در سال </w:t>
      </w:r>
      <w:r w:rsidRPr="005E3C44">
        <w:rPr>
          <w:rFonts w:ascii="Tahoma" w:hAnsi="Tahoma" w:cs="Tahoma"/>
          <w:rtl/>
          <w:lang w:bidi="fa-IR"/>
        </w:rPr>
        <w:t>۱۶۱۵</w:t>
      </w:r>
      <w:r w:rsidRPr="005E3C44">
        <w:rPr>
          <w:rFonts w:ascii="Tahoma" w:hAnsi="Tahoma" w:cs="Tahoma"/>
          <w:rtl/>
        </w:rPr>
        <w:t xml:space="preserve"> 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لاد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به فرمان پدر کشته شد؛ ز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را</w:t>
      </w:r>
      <w:r w:rsidRPr="005E3C44">
        <w:rPr>
          <w:rFonts w:ascii="Tahoma" w:hAnsi="Tahoma" w:cs="Tahoma"/>
          <w:rtl/>
        </w:rPr>
        <w:t xml:space="preserve"> شاه به او و اطراف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انش</w:t>
      </w:r>
      <w:r w:rsidRPr="005E3C44">
        <w:rPr>
          <w:rFonts w:ascii="Tahoma" w:hAnsi="Tahoma" w:cs="Tahoma"/>
          <w:rtl/>
        </w:rPr>
        <w:t xml:space="preserve"> بدگمان شده بود. پسران 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گر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ز</w:t>
      </w:r>
      <w:r w:rsidRPr="005E3C44">
        <w:rPr>
          <w:rFonts w:ascii="Tahoma" w:hAnsi="Tahoma" w:cs="Tahoma"/>
          <w:rtl/>
        </w:rPr>
        <w:t xml:space="preserve"> کور 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</w:t>
      </w:r>
      <w:r w:rsidRPr="005E3C44">
        <w:rPr>
          <w:rFonts w:ascii="Tahoma" w:hAnsi="Tahoma" w:cs="Tahoma"/>
          <w:rtl/>
        </w:rPr>
        <w:t xml:space="preserve"> از امکان حضور در حکومت محروم شدند. 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</w:t>
      </w:r>
      <w:r w:rsidRPr="005E3C44">
        <w:rPr>
          <w:rFonts w:ascii="Tahoma" w:hAnsi="Tahoma" w:cs="Tahoma"/>
          <w:rtl/>
        </w:rPr>
        <w:t xml:space="preserve"> اقدامات خطر فور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شورش را کاهش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دادند،</w:t>
      </w:r>
      <w:r w:rsidRPr="005E3C44">
        <w:rPr>
          <w:rFonts w:ascii="Tahoma" w:hAnsi="Tahoma" w:cs="Tahoma"/>
          <w:rtl/>
        </w:rPr>
        <w:t xml:space="preserve"> اما خاندان را از شاهزادگان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که ت</w:t>
      </w:r>
      <w:r w:rsidRPr="005E3C44">
        <w:rPr>
          <w:rFonts w:ascii="Tahoma" w:hAnsi="Tahoma" w:cs="Tahoma" w:hint="eastAsia"/>
          <w:rtl/>
        </w:rPr>
        <w:t>جربهٔ</w:t>
      </w:r>
      <w:r w:rsidRPr="005E3C44">
        <w:rPr>
          <w:rFonts w:ascii="Tahoma" w:hAnsi="Tahoma" w:cs="Tahoma"/>
          <w:rtl/>
        </w:rPr>
        <w:t xml:space="preserve"> اداره و فرمانده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داشته باشند خال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کردند</w:t>
      </w:r>
      <w:r w:rsidRPr="005E3C44">
        <w:rPr>
          <w:rFonts w:ascii="Tahoma" w:hAnsi="Tahoma" w:cs="Tahoma"/>
          <w:rtl/>
        </w:rPr>
        <w:t>.</w:t>
      </w:r>
    </w:p>
    <w:p w:rsidR="005E3C44" w:rsidRPr="005E3C44" w:rsidRDefault="005E3C44" w:rsidP="005E3C4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E3C44">
        <w:rPr>
          <w:rFonts w:ascii="Tahoma" w:hAnsi="Tahoma" w:cs="Tahoma" w:hint="eastAsia"/>
          <w:rtl/>
        </w:rPr>
        <w:t>شاهزادگان</w:t>
      </w:r>
      <w:r w:rsidRPr="005E3C44">
        <w:rPr>
          <w:rFonts w:ascii="Tahoma" w:hAnsi="Tahoma" w:cs="Tahoma"/>
          <w:rtl/>
        </w:rPr>
        <w:t xml:space="preserve"> به جا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آنکه مانند گذشته در 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الات</w:t>
      </w:r>
      <w:r w:rsidRPr="005E3C44">
        <w:rPr>
          <w:rFonts w:ascii="Tahoma" w:hAnsi="Tahoma" w:cs="Tahoma"/>
          <w:rtl/>
        </w:rPr>
        <w:t xml:space="preserve"> آموزش بب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نند،</w:t>
      </w:r>
      <w:r w:rsidRPr="005E3C44">
        <w:rPr>
          <w:rFonts w:ascii="Tahoma" w:hAnsi="Tahoma" w:cs="Tahoma"/>
          <w:rtl/>
        </w:rPr>
        <w:t xml:space="preserve"> ب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شتر</w:t>
      </w:r>
      <w:r w:rsidRPr="005E3C44">
        <w:rPr>
          <w:rFonts w:ascii="Tahoma" w:hAnsi="Tahoma" w:cs="Tahoma"/>
          <w:rtl/>
        </w:rPr>
        <w:t xml:space="preserve"> در حرم و ز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</w:t>
      </w:r>
      <w:r w:rsidRPr="005E3C44">
        <w:rPr>
          <w:rFonts w:ascii="Tahoma" w:hAnsi="Tahoma" w:cs="Tahoma"/>
          <w:rtl/>
        </w:rPr>
        <w:t xml:space="preserve"> نظارت خواجه‌سرا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ان</w:t>
      </w:r>
      <w:r w:rsidRPr="005E3C44">
        <w:rPr>
          <w:rFonts w:ascii="Tahoma" w:hAnsi="Tahoma" w:cs="Tahoma"/>
          <w:rtl/>
        </w:rPr>
        <w:t xml:space="preserve"> نگاه داشته شدند. 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</w:t>
      </w:r>
      <w:r w:rsidRPr="005E3C44">
        <w:rPr>
          <w:rFonts w:ascii="Tahoma" w:hAnsi="Tahoma" w:cs="Tahoma"/>
          <w:rtl/>
        </w:rPr>
        <w:t xml:space="preserve"> س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است</w:t>
      </w:r>
      <w:r w:rsidRPr="005E3C44">
        <w:rPr>
          <w:rFonts w:ascii="Tahoma" w:hAnsi="Tahoma" w:cs="Tahoma"/>
          <w:rtl/>
        </w:rPr>
        <w:t xml:space="preserve"> از ارتباط آنان با قبا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ل</w:t>
      </w:r>
      <w:r w:rsidRPr="005E3C44">
        <w:rPr>
          <w:rFonts w:ascii="Tahoma" w:hAnsi="Tahoma" w:cs="Tahoma"/>
          <w:rtl/>
        </w:rPr>
        <w:t xml:space="preserve"> و ساختن پا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گاه</w:t>
      </w:r>
      <w:r w:rsidRPr="005E3C44">
        <w:rPr>
          <w:rFonts w:ascii="Tahoma" w:hAnsi="Tahoma" w:cs="Tahoma"/>
          <w:rtl/>
        </w:rPr>
        <w:t xml:space="preserve"> مستقل جلوگ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کرد؛</w:t>
      </w:r>
      <w:r w:rsidRPr="005E3C44">
        <w:rPr>
          <w:rFonts w:ascii="Tahoma" w:hAnsi="Tahoma" w:cs="Tahoma"/>
          <w:rtl/>
        </w:rPr>
        <w:t xml:space="preserve"> اما جانش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</w:t>
      </w:r>
      <w:r w:rsidRPr="005E3C44">
        <w:rPr>
          <w:rFonts w:ascii="Tahoma" w:hAnsi="Tahoma" w:cs="Tahoma"/>
          <w:rtl/>
        </w:rPr>
        <w:t xml:space="preserve"> آ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نده</w:t>
      </w:r>
      <w:r w:rsidRPr="005E3C44">
        <w:rPr>
          <w:rFonts w:ascii="Tahoma" w:hAnsi="Tahoma" w:cs="Tahoma"/>
          <w:rtl/>
        </w:rPr>
        <w:t xml:space="preserve"> را 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ز</w:t>
      </w:r>
      <w:r w:rsidRPr="005E3C44">
        <w:rPr>
          <w:rFonts w:ascii="Tahoma" w:hAnsi="Tahoma" w:cs="Tahoma"/>
          <w:rtl/>
        </w:rPr>
        <w:t xml:space="preserve"> از شناخت کشور، قشون و 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وان</w:t>
      </w:r>
      <w:r w:rsidRPr="005E3C44">
        <w:rPr>
          <w:rFonts w:ascii="Tahoma" w:hAnsi="Tahoma" w:cs="Tahoma"/>
          <w:rtl/>
        </w:rPr>
        <w:t xml:space="preserve"> محروم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ساخت</w:t>
      </w:r>
      <w:r w:rsidRPr="005E3C44">
        <w:rPr>
          <w:rFonts w:ascii="Tahoma" w:hAnsi="Tahoma" w:cs="Tahoma"/>
          <w:rtl/>
        </w:rPr>
        <w:t>. تاج ا</w:t>
      </w:r>
      <w:r w:rsidRPr="005E3C44">
        <w:rPr>
          <w:rFonts w:ascii="Tahoma" w:hAnsi="Tahoma" w:cs="Tahoma" w:hint="eastAsia"/>
          <w:rtl/>
        </w:rPr>
        <w:t>من‌تر</w:t>
      </w:r>
      <w:r w:rsidRPr="005E3C44">
        <w:rPr>
          <w:rFonts w:ascii="Tahoma" w:hAnsi="Tahoma" w:cs="Tahoma"/>
          <w:rtl/>
        </w:rPr>
        <w:t xml:space="preserve"> شد، ول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پادشاه بعد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ناآماده‌تر گرد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د</w:t>
      </w:r>
      <w:r w:rsidRPr="005E3C44">
        <w:rPr>
          <w:rFonts w:ascii="Tahoma" w:hAnsi="Tahoma" w:cs="Tahoma"/>
          <w:rtl/>
        </w:rPr>
        <w:t>.</w:t>
      </w:r>
    </w:p>
    <w:p w:rsidR="005E3C44" w:rsidRPr="005E3C44" w:rsidRDefault="005E3C44" w:rsidP="005E3C4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E3C44">
        <w:rPr>
          <w:rFonts w:ascii="Tahoma" w:hAnsi="Tahoma" w:cs="Tahoma" w:hint="eastAsia"/>
          <w:rtl/>
        </w:rPr>
        <w:t>چهارم</w:t>
      </w:r>
      <w:r w:rsidRPr="005E3C44">
        <w:rPr>
          <w:rFonts w:ascii="Tahoma" w:hAnsi="Tahoma" w:cs="Tahoma"/>
          <w:rtl/>
        </w:rPr>
        <w:t xml:space="preserve"> آنکه تمرکز قدرت، ترس را در دربار افزا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ش</w:t>
      </w:r>
      <w:r w:rsidRPr="005E3C44">
        <w:rPr>
          <w:rFonts w:ascii="Tahoma" w:hAnsi="Tahoma" w:cs="Tahoma"/>
          <w:rtl/>
        </w:rPr>
        <w:t xml:space="preserve"> داد. صاحب‌منصب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دانست</w:t>
      </w:r>
      <w:r w:rsidRPr="005E3C44">
        <w:rPr>
          <w:rFonts w:ascii="Tahoma" w:hAnsi="Tahoma" w:cs="Tahoma"/>
          <w:rtl/>
        </w:rPr>
        <w:t xml:space="preserve"> که مقامش به رضا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ت</w:t>
      </w:r>
      <w:r w:rsidRPr="005E3C44">
        <w:rPr>
          <w:rFonts w:ascii="Tahoma" w:hAnsi="Tahoma" w:cs="Tahoma"/>
          <w:rtl/>
        </w:rPr>
        <w:t xml:space="preserve"> شاه وابسته است و 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ک</w:t>
      </w:r>
      <w:r w:rsidRPr="005E3C44">
        <w:rPr>
          <w:rFonts w:ascii="Tahoma" w:hAnsi="Tahoma" w:cs="Tahoma"/>
          <w:rtl/>
        </w:rPr>
        <w:t xml:space="preserve"> بدگمان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تواند</w:t>
      </w:r>
      <w:r w:rsidRPr="005E3C44">
        <w:rPr>
          <w:rFonts w:ascii="Tahoma" w:hAnsi="Tahoma" w:cs="Tahoma"/>
          <w:rtl/>
        </w:rPr>
        <w:t xml:space="preserve"> به برکنار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،</w:t>
      </w:r>
      <w:r w:rsidRPr="005E3C44">
        <w:rPr>
          <w:rFonts w:ascii="Tahoma" w:hAnsi="Tahoma" w:cs="Tahoma"/>
          <w:rtl/>
        </w:rPr>
        <w:t xml:space="preserve"> مصادره 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</w:t>
      </w:r>
      <w:r w:rsidRPr="005E3C44">
        <w:rPr>
          <w:rFonts w:ascii="Tahoma" w:hAnsi="Tahoma" w:cs="Tahoma"/>
          <w:rtl/>
        </w:rPr>
        <w:t xml:space="preserve"> مرگ ب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نجامد</w:t>
      </w:r>
      <w:r w:rsidRPr="005E3C44">
        <w:rPr>
          <w:rFonts w:ascii="Tahoma" w:hAnsi="Tahoma" w:cs="Tahoma"/>
          <w:rtl/>
        </w:rPr>
        <w:t>. چن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</w:t>
      </w:r>
      <w:r w:rsidRPr="005E3C44">
        <w:rPr>
          <w:rFonts w:ascii="Tahoma" w:hAnsi="Tahoma" w:cs="Tahoma"/>
          <w:rtl/>
        </w:rPr>
        <w:t xml:space="preserve"> دستگاه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ممکن است فرمان‌ها را با سرعت اجرا کند، اما افرادش کمتر جرئت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کنند</w:t>
      </w:r>
      <w:r w:rsidRPr="005E3C44">
        <w:rPr>
          <w:rFonts w:ascii="Tahoma" w:hAnsi="Tahoma" w:cs="Tahoma"/>
          <w:rtl/>
        </w:rPr>
        <w:t xml:space="preserve"> خبر ناخوشا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ند،</w:t>
      </w:r>
      <w:r w:rsidRPr="005E3C44">
        <w:rPr>
          <w:rFonts w:ascii="Tahoma" w:hAnsi="Tahoma" w:cs="Tahoma"/>
          <w:rtl/>
        </w:rPr>
        <w:t xml:space="preserve"> </w:t>
      </w:r>
      <w:r w:rsidRPr="005E3C44">
        <w:rPr>
          <w:rFonts w:ascii="Tahoma" w:hAnsi="Tahoma" w:cs="Tahoma" w:hint="eastAsia"/>
          <w:rtl/>
        </w:rPr>
        <w:t>مخالفت</w:t>
      </w:r>
      <w:r w:rsidRPr="005E3C44">
        <w:rPr>
          <w:rFonts w:ascii="Tahoma" w:hAnsi="Tahoma" w:cs="Tahoma"/>
          <w:rtl/>
        </w:rPr>
        <w:t xml:space="preserve"> 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</w:t>
      </w:r>
      <w:r w:rsidRPr="005E3C44">
        <w:rPr>
          <w:rFonts w:ascii="Tahoma" w:hAnsi="Tahoma" w:cs="Tahoma"/>
          <w:rtl/>
        </w:rPr>
        <w:t xml:space="preserve"> پ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شنهاد</w:t>
      </w:r>
      <w:r w:rsidRPr="005E3C44">
        <w:rPr>
          <w:rFonts w:ascii="Tahoma" w:hAnsi="Tahoma" w:cs="Tahoma"/>
          <w:rtl/>
        </w:rPr>
        <w:t xml:space="preserve"> متفاوت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به شاه بدهند.</w:t>
      </w:r>
    </w:p>
    <w:p w:rsidR="005E3C44" w:rsidRPr="005E3C44" w:rsidRDefault="005E3C44" w:rsidP="005E3C4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E3C44">
        <w:rPr>
          <w:rFonts w:ascii="Tahoma" w:hAnsi="Tahoma" w:cs="Tahoma" w:hint="eastAsia"/>
          <w:rtl/>
        </w:rPr>
        <w:t>شاه</w:t>
      </w:r>
      <w:r w:rsidRPr="005E3C44">
        <w:rPr>
          <w:rFonts w:ascii="Tahoma" w:hAnsi="Tahoma" w:cs="Tahoma"/>
          <w:rtl/>
        </w:rPr>
        <w:t xml:space="preserve"> عباس توانسته بود قشون را از سازندهٔ شاه به ساختهٔ شاه تبد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ل</w:t>
      </w:r>
      <w:r w:rsidRPr="005E3C44">
        <w:rPr>
          <w:rFonts w:ascii="Tahoma" w:hAnsi="Tahoma" w:cs="Tahoma"/>
          <w:rtl/>
        </w:rPr>
        <w:t xml:space="preserve"> کند. 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</w:t>
      </w:r>
      <w:r w:rsidRPr="005E3C44">
        <w:rPr>
          <w:rFonts w:ascii="Tahoma" w:hAnsi="Tahoma" w:cs="Tahoma"/>
          <w:rtl/>
        </w:rPr>
        <w:t xml:space="preserve"> مهم‌تر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</w:t>
      </w:r>
      <w:r w:rsidRPr="005E3C44">
        <w:rPr>
          <w:rFonts w:ascii="Tahoma" w:hAnsi="Tahoma" w:cs="Tahoma"/>
          <w:rtl/>
        </w:rPr>
        <w:t xml:space="preserve"> دستاورد س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اس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او بود. قزلباشان 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گر</w:t>
      </w:r>
      <w:r w:rsidRPr="005E3C44">
        <w:rPr>
          <w:rFonts w:ascii="Tahoma" w:hAnsi="Tahoma" w:cs="Tahoma"/>
          <w:rtl/>
        </w:rPr>
        <w:t xml:space="preserve"> نم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توانستند</w:t>
      </w:r>
      <w:r w:rsidRPr="005E3C44">
        <w:rPr>
          <w:rFonts w:ascii="Tahoma" w:hAnsi="Tahoma" w:cs="Tahoma"/>
          <w:rtl/>
        </w:rPr>
        <w:t xml:space="preserve"> مانند دورهٔ محمد خدابنده در حرم شاه کس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را بکشند و از مجازات بگر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زند</w:t>
      </w:r>
      <w:r w:rsidRPr="005E3C44">
        <w:rPr>
          <w:rFonts w:ascii="Tahoma" w:hAnsi="Tahoma" w:cs="Tahoma"/>
          <w:rtl/>
        </w:rPr>
        <w:t>. 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وان،</w:t>
      </w:r>
      <w:r w:rsidRPr="005E3C44">
        <w:rPr>
          <w:rFonts w:ascii="Tahoma" w:hAnsi="Tahoma" w:cs="Tahoma"/>
          <w:rtl/>
        </w:rPr>
        <w:t xml:space="preserve"> غلامان و 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رو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نظام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تازه در اخت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ار</w:t>
      </w:r>
      <w:r w:rsidRPr="005E3C44">
        <w:rPr>
          <w:rFonts w:ascii="Tahoma" w:hAnsi="Tahoma" w:cs="Tahoma"/>
          <w:rtl/>
        </w:rPr>
        <w:t xml:space="preserve"> تاج قرار گرف</w:t>
      </w:r>
      <w:r w:rsidRPr="005E3C44">
        <w:rPr>
          <w:rFonts w:ascii="Tahoma" w:hAnsi="Tahoma" w:cs="Tahoma" w:hint="eastAsia"/>
          <w:rtl/>
        </w:rPr>
        <w:t>ته</w:t>
      </w:r>
      <w:r w:rsidRPr="005E3C44">
        <w:rPr>
          <w:rFonts w:ascii="Tahoma" w:hAnsi="Tahoma" w:cs="Tahoma"/>
          <w:rtl/>
        </w:rPr>
        <w:t xml:space="preserve"> بودند.</w:t>
      </w:r>
    </w:p>
    <w:p w:rsidR="005E3C44" w:rsidRPr="005E3C44" w:rsidRDefault="005E3C44" w:rsidP="005E3C4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E3C44">
        <w:rPr>
          <w:rFonts w:ascii="Tahoma" w:hAnsi="Tahoma" w:cs="Tahoma" w:hint="eastAsia"/>
          <w:rtl/>
        </w:rPr>
        <w:t>اما</w:t>
      </w:r>
      <w:r w:rsidRPr="005E3C44">
        <w:rPr>
          <w:rFonts w:ascii="Tahoma" w:hAnsi="Tahoma" w:cs="Tahoma"/>
          <w:rtl/>
        </w:rPr>
        <w:t xml:space="preserve"> همهٔ حکومت اکنون ب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ش</w:t>
      </w:r>
      <w:r w:rsidRPr="005E3C44">
        <w:rPr>
          <w:rFonts w:ascii="Tahoma" w:hAnsi="Tahoma" w:cs="Tahoma"/>
          <w:rtl/>
        </w:rPr>
        <w:t xml:space="preserve"> از گذشته به ک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ف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ت</w:t>
      </w:r>
      <w:r w:rsidRPr="005E3C44">
        <w:rPr>
          <w:rFonts w:ascii="Tahoma" w:hAnsi="Tahoma" w:cs="Tahoma"/>
          <w:rtl/>
        </w:rPr>
        <w:t xml:space="preserve"> شخص شاه وابسته شده بود. نهادها گسترش 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افته</w:t>
      </w:r>
      <w:r w:rsidRPr="005E3C44">
        <w:rPr>
          <w:rFonts w:ascii="Tahoma" w:hAnsi="Tahoma" w:cs="Tahoma"/>
          <w:rtl/>
        </w:rPr>
        <w:t xml:space="preserve"> بودند، ول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استقلالشان افزا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ش</w:t>
      </w:r>
      <w:r w:rsidRPr="005E3C44">
        <w:rPr>
          <w:rFonts w:ascii="Tahoma" w:hAnsi="Tahoma" w:cs="Tahoma"/>
          <w:rtl/>
        </w:rPr>
        <w:t xml:space="preserve"> 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افته</w:t>
      </w:r>
      <w:r w:rsidRPr="005E3C44">
        <w:rPr>
          <w:rFonts w:ascii="Tahoma" w:hAnsi="Tahoma" w:cs="Tahoma"/>
          <w:rtl/>
        </w:rPr>
        <w:t xml:space="preserve"> بود. 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وان</w:t>
      </w:r>
      <w:r w:rsidRPr="005E3C44">
        <w:rPr>
          <w:rFonts w:ascii="Tahoma" w:hAnsi="Tahoma" w:cs="Tahoma"/>
          <w:rtl/>
        </w:rPr>
        <w:t xml:space="preserve"> 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رومندتر</w:t>
      </w:r>
      <w:r w:rsidRPr="005E3C44">
        <w:rPr>
          <w:rFonts w:ascii="Tahoma" w:hAnsi="Tahoma" w:cs="Tahoma"/>
          <w:rtl/>
        </w:rPr>
        <w:t xml:space="preserve"> بود، اما نم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توانست</w:t>
      </w:r>
      <w:r w:rsidRPr="005E3C44">
        <w:rPr>
          <w:rFonts w:ascii="Tahoma" w:hAnsi="Tahoma" w:cs="Tahoma"/>
          <w:rtl/>
        </w:rPr>
        <w:t xml:space="preserve"> در برابر تصم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م</w:t>
      </w:r>
      <w:r w:rsidRPr="005E3C44">
        <w:rPr>
          <w:rFonts w:ascii="Tahoma" w:hAnsi="Tahoma" w:cs="Tahoma"/>
          <w:rtl/>
        </w:rPr>
        <w:t xml:space="preserve"> شاه با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ستد</w:t>
      </w:r>
      <w:r w:rsidRPr="005E3C44">
        <w:rPr>
          <w:rFonts w:ascii="Tahoma" w:hAnsi="Tahoma" w:cs="Tahoma"/>
          <w:rtl/>
        </w:rPr>
        <w:t>. قشون منظم‌تر بود، اما فرمانده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اش</w:t>
      </w:r>
      <w:r w:rsidRPr="005E3C44">
        <w:rPr>
          <w:rFonts w:ascii="Tahoma" w:hAnsi="Tahoma" w:cs="Tahoma"/>
          <w:rtl/>
        </w:rPr>
        <w:t xml:space="preserve"> از مرکز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آمد</w:t>
      </w:r>
      <w:r w:rsidRPr="005E3C44">
        <w:rPr>
          <w:rFonts w:ascii="Tahoma" w:hAnsi="Tahoma" w:cs="Tahoma"/>
          <w:rtl/>
        </w:rPr>
        <w:t>. 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نکاران</w:t>
      </w:r>
      <w:r w:rsidRPr="005E3C44">
        <w:rPr>
          <w:rFonts w:ascii="Tahoma" w:hAnsi="Tahoma" w:cs="Tahoma"/>
          <w:rtl/>
        </w:rPr>
        <w:t xml:space="preserve"> گسترده‌</w:t>
      </w:r>
      <w:r w:rsidRPr="005E3C44">
        <w:rPr>
          <w:rFonts w:ascii="Tahoma" w:hAnsi="Tahoma" w:cs="Tahoma" w:hint="eastAsia"/>
          <w:rtl/>
        </w:rPr>
        <w:t>تر</w:t>
      </w:r>
      <w:r w:rsidRPr="005E3C44">
        <w:rPr>
          <w:rFonts w:ascii="Tahoma" w:hAnsi="Tahoma" w:cs="Tahoma"/>
          <w:rtl/>
        </w:rPr>
        <w:t xml:space="preserve"> شده بودند، اما مقام‌ها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رسم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شان</w:t>
      </w:r>
      <w:r w:rsidRPr="005E3C44">
        <w:rPr>
          <w:rFonts w:ascii="Tahoma" w:hAnsi="Tahoma" w:cs="Tahoma"/>
          <w:rtl/>
        </w:rPr>
        <w:t xml:space="preserve"> همچنان با حما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ت</w:t>
      </w:r>
      <w:r w:rsidRPr="005E3C44">
        <w:rPr>
          <w:rFonts w:ascii="Tahoma" w:hAnsi="Tahoma" w:cs="Tahoma"/>
          <w:rtl/>
        </w:rPr>
        <w:t xml:space="preserve"> تاج پ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وند</w:t>
      </w:r>
      <w:r w:rsidRPr="005E3C44">
        <w:rPr>
          <w:rFonts w:ascii="Tahoma" w:hAnsi="Tahoma" w:cs="Tahoma"/>
          <w:rtl/>
        </w:rPr>
        <w:t xml:space="preserve"> داشت. دربار باشکوه‌تر بود، اما درون آن ترس، رقابت و پنهان‌کار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ز</w:t>
      </w:r>
      <w:r w:rsidRPr="005E3C44">
        <w:rPr>
          <w:rFonts w:ascii="Tahoma" w:hAnsi="Tahoma" w:cs="Tahoma"/>
          <w:rtl/>
        </w:rPr>
        <w:t xml:space="preserve"> رشد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کرد</w:t>
      </w:r>
      <w:r w:rsidRPr="005E3C44">
        <w:rPr>
          <w:rFonts w:ascii="Tahoma" w:hAnsi="Tahoma" w:cs="Tahoma"/>
          <w:rtl/>
        </w:rPr>
        <w:t>.</w:t>
      </w:r>
    </w:p>
    <w:p w:rsidR="005E3C44" w:rsidRPr="005E3C44" w:rsidRDefault="005E3C44" w:rsidP="005E3C4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E3C44">
        <w:rPr>
          <w:rFonts w:ascii="Tahoma" w:hAnsi="Tahoma" w:cs="Tahoma" w:hint="eastAsia"/>
          <w:rtl/>
        </w:rPr>
        <w:t>شاه</w:t>
      </w:r>
      <w:r w:rsidRPr="005E3C44">
        <w:rPr>
          <w:rFonts w:ascii="Tahoma" w:hAnsi="Tahoma" w:cs="Tahoma"/>
          <w:rtl/>
        </w:rPr>
        <w:t xml:space="preserve"> عباس در سال </w:t>
      </w:r>
      <w:r w:rsidRPr="005E3C44">
        <w:rPr>
          <w:rFonts w:ascii="Tahoma" w:hAnsi="Tahoma" w:cs="Tahoma"/>
          <w:rtl/>
          <w:lang w:bidi="fa-IR"/>
        </w:rPr>
        <w:t>۱۶۲۹</w:t>
      </w:r>
      <w:r w:rsidRPr="005E3C44">
        <w:rPr>
          <w:rFonts w:ascii="Tahoma" w:hAnsi="Tahoma" w:cs="Tahoma"/>
          <w:rtl/>
        </w:rPr>
        <w:t xml:space="preserve"> 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لاد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درگذشت و سام‌م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رزا،</w:t>
      </w:r>
      <w:r w:rsidRPr="005E3C44">
        <w:rPr>
          <w:rFonts w:ascii="Tahoma" w:hAnsi="Tahoma" w:cs="Tahoma"/>
          <w:rtl/>
        </w:rPr>
        <w:t xml:space="preserve"> نوه‌اش و فرزند صف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رزا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کشته‌شده، با نام شاه صف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بر تخت نشست. شاه تازه در حرم پرورش 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افته</w:t>
      </w:r>
      <w:r w:rsidRPr="005E3C44">
        <w:rPr>
          <w:rFonts w:ascii="Tahoma" w:hAnsi="Tahoma" w:cs="Tahoma"/>
          <w:rtl/>
        </w:rPr>
        <w:t xml:space="preserve"> بود و تجربهٔ ادارهٔ ولا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ت</w:t>
      </w:r>
      <w:r w:rsidRPr="005E3C44">
        <w:rPr>
          <w:rFonts w:ascii="Tahoma" w:hAnsi="Tahoma" w:cs="Tahoma"/>
          <w:rtl/>
        </w:rPr>
        <w:t xml:space="preserve"> 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</w:t>
      </w:r>
      <w:r w:rsidRPr="005E3C44">
        <w:rPr>
          <w:rFonts w:ascii="Tahoma" w:hAnsi="Tahoma" w:cs="Tahoma"/>
          <w:rtl/>
        </w:rPr>
        <w:t xml:space="preserve"> فرمانده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جنگ نداشت. اکنون با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د</w:t>
      </w:r>
      <w:r w:rsidRPr="005E3C44">
        <w:rPr>
          <w:rFonts w:ascii="Tahoma" w:hAnsi="Tahoma" w:cs="Tahoma"/>
          <w:rtl/>
        </w:rPr>
        <w:t xml:space="preserve"> معلوم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شد</w:t>
      </w:r>
      <w:r w:rsidRPr="005E3C44">
        <w:rPr>
          <w:rFonts w:ascii="Tahoma" w:hAnsi="Tahoma" w:cs="Tahoma"/>
          <w:rtl/>
        </w:rPr>
        <w:t xml:space="preserve"> ساختمان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که عباس با تمرکز قدرت در شخص خود سا</w:t>
      </w:r>
      <w:r w:rsidRPr="005E3C44">
        <w:rPr>
          <w:rFonts w:ascii="Tahoma" w:hAnsi="Tahoma" w:cs="Tahoma" w:hint="eastAsia"/>
          <w:rtl/>
        </w:rPr>
        <w:t>خته</w:t>
      </w:r>
      <w:r w:rsidRPr="005E3C44">
        <w:rPr>
          <w:rFonts w:ascii="Tahoma" w:hAnsi="Tahoma" w:cs="Tahoma"/>
          <w:rtl/>
        </w:rPr>
        <w:t xml:space="preserve"> بود، بدون حضور او چگونه کار خواهد کرد.</w:t>
      </w:r>
    </w:p>
    <w:p w:rsidR="000A721C" w:rsidRDefault="005E3C44" w:rsidP="005E3C44">
      <w:pPr>
        <w:bidi/>
        <w:spacing w:after="0" w:line="360" w:lineRule="auto"/>
        <w:ind w:firstLine="720"/>
        <w:jc w:val="both"/>
        <w:rPr>
          <w:rFonts w:ascii="Tahoma" w:hAnsi="Tahoma" w:cs="Tahoma"/>
          <w:rtl/>
        </w:rPr>
      </w:pPr>
      <w:r w:rsidRPr="005E3C44">
        <w:rPr>
          <w:rFonts w:ascii="Tahoma" w:hAnsi="Tahoma" w:cs="Tahoma" w:hint="eastAsia"/>
          <w:rtl/>
        </w:rPr>
        <w:t>حکومت</w:t>
      </w:r>
      <w:r w:rsidRPr="005E3C44">
        <w:rPr>
          <w:rFonts w:ascii="Tahoma" w:hAnsi="Tahoma" w:cs="Tahoma"/>
          <w:rtl/>
        </w:rPr>
        <w:t xml:space="preserve"> صفو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در ظاهر از هر زمان 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رومندتر</w:t>
      </w:r>
      <w:r w:rsidRPr="005E3C44">
        <w:rPr>
          <w:rFonts w:ascii="Tahoma" w:hAnsi="Tahoma" w:cs="Tahoma"/>
          <w:rtl/>
        </w:rPr>
        <w:t xml:space="preserve"> بود: قشون، 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وان،</w:t>
      </w:r>
      <w:r w:rsidRPr="005E3C44">
        <w:rPr>
          <w:rFonts w:ascii="Tahoma" w:hAnsi="Tahoma" w:cs="Tahoma"/>
          <w:rtl/>
        </w:rPr>
        <w:t xml:space="preserve"> پا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تخت،</w:t>
      </w:r>
      <w:r w:rsidRPr="005E3C44">
        <w:rPr>
          <w:rFonts w:ascii="Tahoma" w:hAnsi="Tahoma" w:cs="Tahoma"/>
          <w:rtl/>
        </w:rPr>
        <w:t xml:space="preserve"> تجارت و دستگاه 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گسترش 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افته</w:t>
      </w:r>
      <w:r w:rsidRPr="005E3C44">
        <w:rPr>
          <w:rFonts w:ascii="Tahoma" w:hAnsi="Tahoma" w:cs="Tahoma"/>
          <w:rtl/>
        </w:rPr>
        <w:t xml:space="preserve"> بودند. اما در درون 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</w:t>
      </w:r>
      <w:r w:rsidRPr="005E3C44">
        <w:rPr>
          <w:rFonts w:ascii="Tahoma" w:hAnsi="Tahoma" w:cs="Tahoma"/>
          <w:rtl/>
        </w:rPr>
        <w:t xml:space="preserve"> ساختمان، صاحبان قدرت مستقل محدود شده، شاهزادگان ب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تجربه</w:t>
      </w:r>
      <w:r w:rsidRPr="005E3C44">
        <w:rPr>
          <w:rFonts w:ascii="Tahoma" w:hAnsi="Tahoma" w:cs="Tahoma"/>
          <w:rtl/>
        </w:rPr>
        <w:t xml:space="preserve"> مانده و همهٔ راه‌ها به شخص شاه ختم شده بودند. هم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</w:t>
      </w:r>
      <w:r w:rsidRPr="005E3C44">
        <w:rPr>
          <w:rFonts w:ascii="Tahoma" w:hAnsi="Tahoma" w:cs="Tahoma"/>
          <w:rtl/>
        </w:rPr>
        <w:t xml:space="preserve"> تناقض، آغاز فرسودگ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تدر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ج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</w:t>
      </w:r>
      <w:r w:rsidRPr="005E3C44">
        <w:rPr>
          <w:rFonts w:ascii="Tahoma" w:hAnsi="Tahoma" w:cs="Tahoma" w:hint="eastAsia"/>
          <w:rtl/>
        </w:rPr>
        <w:t>حکومت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شد که در اوج شکوه، توان اصلاح خود را از دست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داد</w:t>
      </w:r>
      <w:r w:rsidRPr="005E3C44">
        <w:rPr>
          <w:rFonts w:ascii="Tahoma" w:hAnsi="Tahoma" w:cs="Tahoma"/>
          <w:rtl/>
        </w:rPr>
        <w:t>.</w:t>
      </w:r>
    </w:p>
    <w:p w:rsidR="005E3C44" w:rsidRPr="005E3C44" w:rsidRDefault="005E3C44" w:rsidP="005E3C44">
      <w:pPr>
        <w:keepNext/>
        <w:pageBreakBefore/>
        <w:bidi/>
        <w:spacing w:after="0" w:line="360" w:lineRule="auto"/>
        <w:jc w:val="center"/>
        <w:rPr>
          <w:rFonts w:asciiTheme="majorBidi" w:hAnsiTheme="majorBidi" w:cstheme="majorBidi"/>
          <w:b/>
          <w:bCs/>
          <w:sz w:val="36"/>
          <w:szCs w:val="36"/>
          <w:rtl/>
        </w:rPr>
      </w:pPr>
      <w:bookmarkStart w:id="10" w:name="Vol1Chapter08"/>
      <w:bookmarkEnd w:id="10"/>
      <w:r w:rsidRPr="005E3C44">
        <w:rPr>
          <w:rFonts w:asciiTheme="majorBidi" w:hAnsiTheme="majorBidi" w:cstheme="majorBidi"/>
          <w:b/>
          <w:bCs/>
          <w:sz w:val="36"/>
          <w:szCs w:val="36"/>
          <w:rtl/>
        </w:rPr>
        <w:t>فصل هشتم</w:t>
      </w:r>
    </w:p>
    <w:p w:rsidR="005E3C44" w:rsidRPr="005E3C44" w:rsidRDefault="005E3C44" w:rsidP="005E3C44">
      <w:pPr>
        <w:keepNext/>
        <w:bidi/>
        <w:spacing w:after="240" w:line="360" w:lineRule="auto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5E3C44">
        <w:rPr>
          <w:rFonts w:asciiTheme="majorBidi" w:hAnsiTheme="majorBidi" w:cstheme="majorBidi"/>
          <w:b/>
          <w:bCs/>
          <w:sz w:val="36"/>
          <w:szCs w:val="36"/>
          <w:rtl/>
        </w:rPr>
        <w:t>تمرکز بدون فرمانروای توانا</w:t>
      </w:r>
    </w:p>
    <w:p w:rsidR="005E3C44" w:rsidRPr="005E3C44" w:rsidRDefault="005E3C44" w:rsidP="005E3C4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E3C44">
        <w:rPr>
          <w:rFonts w:ascii="Tahoma" w:hAnsi="Tahoma" w:cs="Tahoma" w:hint="eastAsia"/>
          <w:rtl/>
        </w:rPr>
        <w:t>شاه</w:t>
      </w:r>
      <w:r w:rsidRPr="005E3C44">
        <w:rPr>
          <w:rFonts w:ascii="Tahoma" w:hAnsi="Tahoma" w:cs="Tahoma"/>
          <w:rtl/>
        </w:rPr>
        <w:t xml:space="preserve"> عباس حکومت صفو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را 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رومندتر،</w:t>
      </w:r>
      <w:r w:rsidRPr="005E3C44">
        <w:rPr>
          <w:rFonts w:ascii="Tahoma" w:hAnsi="Tahoma" w:cs="Tahoma"/>
          <w:rtl/>
        </w:rPr>
        <w:t xml:space="preserve"> متمرکزتر و ثروتمندتر از آنچه تحو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ل</w:t>
      </w:r>
      <w:r w:rsidRPr="005E3C44">
        <w:rPr>
          <w:rFonts w:ascii="Tahoma" w:hAnsi="Tahoma" w:cs="Tahoma"/>
          <w:rtl/>
        </w:rPr>
        <w:t xml:space="preserve"> گرفته بود به جانش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</w:t>
      </w:r>
      <w:r w:rsidRPr="005E3C44">
        <w:rPr>
          <w:rFonts w:ascii="Tahoma" w:hAnsi="Tahoma" w:cs="Tahoma"/>
          <w:rtl/>
        </w:rPr>
        <w:t xml:space="preserve"> خود سپرد. قزلباشان 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گر</w:t>
      </w:r>
      <w:r w:rsidRPr="005E3C44">
        <w:rPr>
          <w:rFonts w:ascii="Tahoma" w:hAnsi="Tahoma" w:cs="Tahoma"/>
          <w:rtl/>
        </w:rPr>
        <w:t xml:space="preserve"> انحصار قشون را در اخت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ار</w:t>
      </w:r>
      <w:r w:rsidRPr="005E3C44">
        <w:rPr>
          <w:rFonts w:ascii="Tahoma" w:hAnsi="Tahoma" w:cs="Tahoma"/>
          <w:rtl/>
        </w:rPr>
        <w:t xml:space="preserve"> نداشتند؛ غلامان، تفنگچ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ان</w:t>
      </w:r>
      <w:r w:rsidRPr="005E3C44">
        <w:rPr>
          <w:rFonts w:ascii="Tahoma" w:hAnsi="Tahoma" w:cs="Tahoma"/>
          <w:rtl/>
        </w:rPr>
        <w:t xml:space="preserve"> و توپچ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ان</w:t>
      </w:r>
      <w:r w:rsidRPr="005E3C44">
        <w:rPr>
          <w:rFonts w:ascii="Tahoma" w:hAnsi="Tahoma" w:cs="Tahoma"/>
          <w:rtl/>
        </w:rPr>
        <w:t xml:space="preserve"> در کنار آنان قرار گرفته بودند؛ ولا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ت‌ها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ب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شتر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به خاصه تبد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ل</w:t>
      </w:r>
      <w:r w:rsidRPr="005E3C44">
        <w:rPr>
          <w:rFonts w:ascii="Tahoma" w:hAnsi="Tahoma" w:cs="Tahoma"/>
          <w:rtl/>
        </w:rPr>
        <w:t xml:space="preserve"> شده بودند؛ درآمد ابر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شم</w:t>
      </w:r>
      <w:r w:rsidRPr="005E3C44">
        <w:rPr>
          <w:rFonts w:ascii="Tahoma" w:hAnsi="Tahoma" w:cs="Tahoma"/>
          <w:rtl/>
        </w:rPr>
        <w:t xml:space="preserve"> و بازرگان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به خزانه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رس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د؛</w:t>
      </w:r>
      <w:r w:rsidRPr="005E3C44">
        <w:rPr>
          <w:rFonts w:ascii="Tahoma" w:hAnsi="Tahoma" w:cs="Tahoma"/>
          <w:rtl/>
        </w:rPr>
        <w:t xml:space="preserve"> اصفهان پا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تخت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بزرگ و مرکز دربار و 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وان</w:t>
      </w:r>
      <w:r w:rsidRPr="005E3C44">
        <w:rPr>
          <w:rFonts w:ascii="Tahoma" w:hAnsi="Tahoma" w:cs="Tahoma"/>
          <w:rtl/>
        </w:rPr>
        <w:t xml:space="preserve"> شده بود؛ و عثمان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ان</w:t>
      </w:r>
      <w:r w:rsidRPr="005E3C44">
        <w:rPr>
          <w:rFonts w:ascii="Tahoma" w:hAnsi="Tahoma" w:cs="Tahoma"/>
          <w:rtl/>
        </w:rPr>
        <w:t xml:space="preserve"> و ازبکان از بخش‌ها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مهم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از سرزم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</w:t>
      </w:r>
      <w:r w:rsidRPr="005E3C44">
        <w:rPr>
          <w:rFonts w:ascii="Tahoma" w:hAnsi="Tahoma" w:cs="Tahoma"/>
          <w:rtl/>
        </w:rPr>
        <w:t xml:space="preserve"> 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ران</w:t>
      </w:r>
      <w:r w:rsidRPr="005E3C44">
        <w:rPr>
          <w:rFonts w:ascii="Tahoma" w:hAnsi="Tahoma" w:cs="Tahoma"/>
          <w:rtl/>
        </w:rPr>
        <w:t xml:space="preserve"> عقب رانده شده بودند.</w:t>
      </w:r>
    </w:p>
    <w:p w:rsidR="005E3C44" w:rsidRPr="005E3C44" w:rsidRDefault="005E3C44" w:rsidP="005E3C4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E3C44">
        <w:rPr>
          <w:rFonts w:ascii="Tahoma" w:hAnsi="Tahoma" w:cs="Tahoma" w:hint="eastAsia"/>
          <w:rtl/>
        </w:rPr>
        <w:t>اما</w:t>
      </w:r>
      <w:r w:rsidRPr="005E3C44">
        <w:rPr>
          <w:rFonts w:ascii="Tahoma" w:hAnsi="Tahoma" w:cs="Tahoma"/>
          <w:rtl/>
        </w:rPr>
        <w:t xml:space="preserve"> هم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</w:t>
      </w:r>
      <w:r w:rsidRPr="005E3C44">
        <w:rPr>
          <w:rFonts w:ascii="Tahoma" w:hAnsi="Tahoma" w:cs="Tahoma"/>
          <w:rtl/>
        </w:rPr>
        <w:t xml:space="preserve"> حکومت 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رومند</w:t>
      </w:r>
      <w:r w:rsidRPr="005E3C44">
        <w:rPr>
          <w:rFonts w:ascii="Tahoma" w:hAnsi="Tahoma" w:cs="Tahoma"/>
          <w:rtl/>
        </w:rPr>
        <w:t xml:space="preserve"> ضعف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درون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داشت. همهٔ راه‌ها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تصم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م‌گ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ب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ش</w:t>
      </w:r>
      <w:r w:rsidRPr="005E3C44">
        <w:rPr>
          <w:rFonts w:ascii="Tahoma" w:hAnsi="Tahoma" w:cs="Tahoma"/>
          <w:rtl/>
        </w:rPr>
        <w:t xml:space="preserve"> از اندازه به شخص شاه ختم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شدند</w:t>
      </w:r>
      <w:r w:rsidRPr="005E3C44">
        <w:rPr>
          <w:rFonts w:ascii="Tahoma" w:hAnsi="Tahoma" w:cs="Tahoma"/>
          <w:rtl/>
        </w:rPr>
        <w:t>. صاحب‌منصبان نظام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و 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وان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اخت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ار</w:t>
      </w:r>
      <w:r w:rsidRPr="005E3C44">
        <w:rPr>
          <w:rFonts w:ascii="Tahoma" w:hAnsi="Tahoma" w:cs="Tahoma"/>
          <w:rtl/>
        </w:rPr>
        <w:t xml:space="preserve"> خود را از او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گرفتند،</w:t>
      </w:r>
      <w:r w:rsidRPr="005E3C44">
        <w:rPr>
          <w:rFonts w:ascii="Tahoma" w:hAnsi="Tahoma" w:cs="Tahoma"/>
          <w:rtl/>
        </w:rPr>
        <w:t xml:space="preserve"> شاهزادگان از تجربهٔ حکومت محروم شده بودند و دربار آموخته بود که امن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ت</w:t>
      </w:r>
      <w:r w:rsidRPr="005E3C44">
        <w:rPr>
          <w:rFonts w:ascii="Tahoma" w:hAnsi="Tahoma" w:cs="Tahoma"/>
          <w:rtl/>
        </w:rPr>
        <w:t xml:space="preserve"> هر کس به رضا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ت</w:t>
      </w:r>
      <w:r w:rsidRPr="005E3C44">
        <w:rPr>
          <w:rFonts w:ascii="Tahoma" w:hAnsi="Tahoma" w:cs="Tahoma"/>
          <w:rtl/>
        </w:rPr>
        <w:t xml:space="preserve"> فرمانروا وا</w:t>
      </w:r>
      <w:r w:rsidRPr="005E3C44">
        <w:rPr>
          <w:rFonts w:ascii="Tahoma" w:hAnsi="Tahoma" w:cs="Tahoma" w:hint="eastAsia"/>
          <w:rtl/>
        </w:rPr>
        <w:t>بسته</w:t>
      </w:r>
      <w:r w:rsidRPr="005E3C44">
        <w:rPr>
          <w:rFonts w:ascii="Tahoma" w:hAnsi="Tahoma" w:cs="Tahoma"/>
          <w:rtl/>
        </w:rPr>
        <w:t xml:space="preserve"> است. دستگاه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توانست</w:t>
      </w:r>
      <w:r w:rsidRPr="005E3C44">
        <w:rPr>
          <w:rFonts w:ascii="Tahoma" w:hAnsi="Tahoma" w:cs="Tahoma"/>
          <w:rtl/>
        </w:rPr>
        <w:t xml:space="preserve"> فرمان شاه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توانا را با قدرت اجرا کند، اما برا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جبران ضعف شاه سازوکار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مستقل نداشت.</w:t>
      </w:r>
    </w:p>
    <w:p w:rsidR="005E3C44" w:rsidRPr="005E3C44" w:rsidRDefault="005E3C44" w:rsidP="005E3C4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E3C44">
        <w:rPr>
          <w:rFonts w:ascii="Tahoma" w:hAnsi="Tahoma" w:cs="Tahoma" w:hint="eastAsia"/>
          <w:rtl/>
        </w:rPr>
        <w:t>شاه</w:t>
      </w:r>
      <w:r w:rsidRPr="005E3C44">
        <w:rPr>
          <w:rFonts w:ascii="Tahoma" w:hAnsi="Tahoma" w:cs="Tahoma"/>
          <w:rtl/>
        </w:rPr>
        <w:t xml:space="preserve"> عباس با کشتن صف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رزا،</w:t>
      </w:r>
      <w:r w:rsidRPr="005E3C44">
        <w:rPr>
          <w:rFonts w:ascii="Tahoma" w:hAnsi="Tahoma" w:cs="Tahoma"/>
          <w:rtl/>
        </w:rPr>
        <w:t xml:space="preserve"> ول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عهد</w:t>
      </w:r>
      <w:r w:rsidRPr="005E3C44">
        <w:rPr>
          <w:rFonts w:ascii="Tahoma" w:hAnsi="Tahoma" w:cs="Tahoma"/>
          <w:rtl/>
        </w:rPr>
        <w:t xml:space="preserve"> خود، و کور 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</w:t>
      </w:r>
      <w:r w:rsidRPr="005E3C44">
        <w:rPr>
          <w:rFonts w:ascii="Tahoma" w:hAnsi="Tahoma" w:cs="Tahoma"/>
          <w:rtl/>
        </w:rPr>
        <w:t xml:space="preserve"> محدودکردن پسران 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گر،</w:t>
      </w:r>
      <w:r w:rsidRPr="005E3C44">
        <w:rPr>
          <w:rFonts w:ascii="Tahoma" w:hAnsi="Tahoma" w:cs="Tahoma"/>
          <w:rtl/>
        </w:rPr>
        <w:t xml:space="preserve"> خطر رقابت شاهزادگان را در دوران زندگ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اش</w:t>
      </w:r>
      <w:r w:rsidRPr="005E3C44">
        <w:rPr>
          <w:rFonts w:ascii="Tahoma" w:hAnsi="Tahoma" w:cs="Tahoma"/>
          <w:rtl/>
        </w:rPr>
        <w:t xml:space="preserve"> کاهش داده بود. اما هنگام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که در سال </w:t>
      </w:r>
      <w:r w:rsidRPr="005E3C44">
        <w:rPr>
          <w:rFonts w:ascii="Tahoma" w:hAnsi="Tahoma" w:cs="Tahoma"/>
          <w:rtl/>
          <w:lang w:bidi="fa-IR"/>
        </w:rPr>
        <w:t>۱۶۲۹</w:t>
      </w:r>
      <w:r w:rsidRPr="005E3C44">
        <w:rPr>
          <w:rFonts w:ascii="Tahoma" w:hAnsi="Tahoma" w:cs="Tahoma"/>
          <w:rtl/>
        </w:rPr>
        <w:t xml:space="preserve"> 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لاد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درگذشت، تاج به سام‌م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رزا،</w:t>
      </w:r>
      <w:r w:rsidRPr="005E3C44">
        <w:rPr>
          <w:rFonts w:ascii="Tahoma" w:hAnsi="Tahoma" w:cs="Tahoma"/>
          <w:rtl/>
        </w:rPr>
        <w:t xml:space="preserve"> پسر صف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رزا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کشته‌شده، رس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د</w:t>
      </w:r>
      <w:r w:rsidRPr="005E3C44">
        <w:rPr>
          <w:rFonts w:ascii="Tahoma" w:hAnsi="Tahoma" w:cs="Tahoma"/>
          <w:rtl/>
        </w:rPr>
        <w:t>. او با نام شاه صف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بر تخت نشست.</w:t>
      </w:r>
    </w:p>
    <w:p w:rsidR="005E3C44" w:rsidRPr="005E3C44" w:rsidRDefault="005E3C44" w:rsidP="005E3C4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E3C44">
        <w:rPr>
          <w:rFonts w:ascii="Tahoma" w:hAnsi="Tahoma" w:cs="Tahoma" w:hint="eastAsia"/>
          <w:rtl/>
        </w:rPr>
        <w:t>شاه</w:t>
      </w:r>
      <w:r w:rsidRPr="005E3C44">
        <w:rPr>
          <w:rFonts w:ascii="Tahoma" w:hAnsi="Tahoma" w:cs="Tahoma"/>
          <w:rtl/>
        </w:rPr>
        <w:t xml:space="preserve"> تازه نه در ولا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ت</w:t>
      </w:r>
      <w:r w:rsidRPr="005E3C44">
        <w:rPr>
          <w:rFonts w:ascii="Tahoma" w:hAnsi="Tahoma" w:cs="Tahoma"/>
          <w:rtl/>
        </w:rPr>
        <w:t xml:space="preserve"> حکومت کرده بود، نه قشون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را فرمانده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کرده و نه با کار 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وان</w:t>
      </w:r>
      <w:r w:rsidRPr="005E3C44">
        <w:rPr>
          <w:rFonts w:ascii="Tahoma" w:hAnsi="Tahoma" w:cs="Tahoma"/>
          <w:rtl/>
        </w:rPr>
        <w:t xml:space="preserve"> از نزد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ک</w:t>
      </w:r>
      <w:r w:rsidRPr="005E3C44">
        <w:rPr>
          <w:rFonts w:ascii="Tahoma" w:hAnsi="Tahoma" w:cs="Tahoma"/>
          <w:rtl/>
        </w:rPr>
        <w:t xml:space="preserve"> آشنا شده بود. او در مح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ط</w:t>
      </w:r>
      <w:r w:rsidRPr="005E3C44">
        <w:rPr>
          <w:rFonts w:ascii="Tahoma" w:hAnsi="Tahoma" w:cs="Tahoma"/>
          <w:rtl/>
        </w:rPr>
        <w:t xml:space="preserve"> بستهٔ حرم پرورش 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افته</w:t>
      </w:r>
      <w:r w:rsidRPr="005E3C44">
        <w:rPr>
          <w:rFonts w:ascii="Tahoma" w:hAnsi="Tahoma" w:cs="Tahoma"/>
          <w:rtl/>
        </w:rPr>
        <w:t xml:space="preserve"> بود؛ همان مح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ط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که قرار بود شاهزادگان را از توطئهٔ قزلباشان دور نگاه دارد. س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است</w:t>
      </w:r>
      <w:r w:rsidRPr="005E3C44">
        <w:rPr>
          <w:rFonts w:ascii="Tahoma" w:hAnsi="Tahoma" w:cs="Tahoma"/>
          <w:rtl/>
        </w:rPr>
        <w:t xml:space="preserve"> شاه عباس امن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ت</w:t>
      </w:r>
      <w:r w:rsidRPr="005E3C44">
        <w:rPr>
          <w:rFonts w:ascii="Tahoma" w:hAnsi="Tahoma" w:cs="Tahoma"/>
          <w:rtl/>
        </w:rPr>
        <w:t xml:space="preserve"> تاج را در برابر مدع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ان</w:t>
      </w:r>
      <w:r w:rsidRPr="005E3C44">
        <w:rPr>
          <w:rFonts w:ascii="Tahoma" w:hAnsi="Tahoma" w:cs="Tahoma"/>
          <w:rtl/>
        </w:rPr>
        <w:t xml:space="preserve"> </w:t>
      </w:r>
      <w:r w:rsidRPr="005E3C44">
        <w:rPr>
          <w:rFonts w:ascii="Tahoma" w:hAnsi="Tahoma" w:cs="Tahoma" w:hint="eastAsia"/>
          <w:rtl/>
        </w:rPr>
        <w:t>افزا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ش</w:t>
      </w:r>
      <w:r w:rsidRPr="005E3C44">
        <w:rPr>
          <w:rFonts w:ascii="Tahoma" w:hAnsi="Tahoma" w:cs="Tahoma"/>
          <w:rtl/>
        </w:rPr>
        <w:t xml:space="preserve"> داده بود، اما جانش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نش</w:t>
      </w:r>
      <w:r w:rsidRPr="005E3C44">
        <w:rPr>
          <w:rFonts w:ascii="Tahoma" w:hAnsi="Tahoma" w:cs="Tahoma"/>
          <w:rtl/>
        </w:rPr>
        <w:t xml:space="preserve"> را از تجربه‌ا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که برا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ادارهٔ آن تاج لازم بود محروم ساخته بود.</w:t>
      </w:r>
    </w:p>
    <w:p w:rsidR="005E3C44" w:rsidRPr="005E3C44" w:rsidRDefault="005E3C44" w:rsidP="005E3C4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E3C44">
        <w:rPr>
          <w:rFonts w:ascii="Tahoma" w:hAnsi="Tahoma" w:cs="Tahoma" w:hint="eastAsia"/>
          <w:rtl/>
        </w:rPr>
        <w:t>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</w:t>
      </w:r>
      <w:r w:rsidRPr="005E3C44">
        <w:rPr>
          <w:rFonts w:ascii="Tahoma" w:hAnsi="Tahoma" w:cs="Tahoma"/>
          <w:rtl/>
        </w:rPr>
        <w:t xml:space="preserve"> نخست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</w:t>
      </w:r>
      <w:r w:rsidRPr="005E3C44">
        <w:rPr>
          <w:rFonts w:ascii="Tahoma" w:hAnsi="Tahoma" w:cs="Tahoma"/>
          <w:rtl/>
        </w:rPr>
        <w:t xml:space="preserve"> بار نبود که کودک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</w:t>
      </w:r>
      <w:r w:rsidRPr="005E3C44">
        <w:rPr>
          <w:rFonts w:ascii="Tahoma" w:hAnsi="Tahoma" w:cs="Tahoma"/>
          <w:rtl/>
        </w:rPr>
        <w:t xml:space="preserve"> جوان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کم‌تجربه بر تخت صفو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نشست</w:t>
      </w:r>
      <w:r w:rsidRPr="005E3C44">
        <w:rPr>
          <w:rFonts w:ascii="Tahoma" w:hAnsi="Tahoma" w:cs="Tahoma"/>
          <w:rtl/>
        </w:rPr>
        <w:t>. شاه تهماسب 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ز</w:t>
      </w:r>
      <w:r w:rsidRPr="005E3C44">
        <w:rPr>
          <w:rFonts w:ascii="Tahoma" w:hAnsi="Tahoma" w:cs="Tahoma"/>
          <w:rtl/>
        </w:rPr>
        <w:t xml:space="preserve"> در کودک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پادشاه شده بود و شاه عباس در نوجوان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به سلطنت رس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ده</w:t>
      </w:r>
      <w:r w:rsidRPr="005E3C44">
        <w:rPr>
          <w:rFonts w:ascii="Tahoma" w:hAnsi="Tahoma" w:cs="Tahoma"/>
          <w:rtl/>
        </w:rPr>
        <w:t xml:space="preserve"> بود. اما آنان پ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ش</w:t>
      </w:r>
      <w:r w:rsidRPr="005E3C44">
        <w:rPr>
          <w:rFonts w:ascii="Tahoma" w:hAnsi="Tahoma" w:cs="Tahoma"/>
          <w:rtl/>
        </w:rPr>
        <w:t xml:space="preserve"> از پادشاه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</w:t>
      </w:r>
      <w:r w:rsidRPr="005E3C44">
        <w:rPr>
          <w:rFonts w:ascii="Tahoma" w:hAnsi="Tahoma" w:cs="Tahoma"/>
          <w:rtl/>
        </w:rPr>
        <w:t xml:space="preserve"> در سال‌ها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نخست آن با قشون، 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الات</w:t>
      </w:r>
      <w:r w:rsidRPr="005E3C44">
        <w:rPr>
          <w:rFonts w:ascii="Tahoma" w:hAnsi="Tahoma" w:cs="Tahoma"/>
          <w:rtl/>
        </w:rPr>
        <w:t xml:space="preserve"> و رقابت ام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ران</w:t>
      </w:r>
      <w:r w:rsidRPr="005E3C44">
        <w:rPr>
          <w:rFonts w:ascii="Tahoma" w:hAnsi="Tahoma" w:cs="Tahoma"/>
          <w:rtl/>
        </w:rPr>
        <w:t xml:space="preserve"> روبه‌رو شده بودند. تهماسب در 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دان</w:t>
      </w:r>
      <w:r w:rsidRPr="005E3C44">
        <w:rPr>
          <w:rFonts w:ascii="Tahoma" w:hAnsi="Tahoma" w:cs="Tahoma"/>
          <w:rtl/>
        </w:rPr>
        <w:t xml:space="preserve"> جنگ و 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ان</w:t>
      </w:r>
      <w:r w:rsidRPr="005E3C44">
        <w:rPr>
          <w:rFonts w:ascii="Tahoma" w:hAnsi="Tahoma" w:cs="Tahoma"/>
          <w:rtl/>
        </w:rPr>
        <w:t xml:space="preserve"> سران قزلباش رشد کرد و عباس از کودک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در خراسان موضوع و سپس باز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گر</w:t>
      </w:r>
      <w:r w:rsidRPr="005E3C44">
        <w:rPr>
          <w:rFonts w:ascii="Tahoma" w:hAnsi="Tahoma" w:cs="Tahoma"/>
          <w:rtl/>
        </w:rPr>
        <w:t xml:space="preserve"> رقابت قبا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ل</w:t>
      </w:r>
      <w:r w:rsidRPr="005E3C44">
        <w:rPr>
          <w:rFonts w:ascii="Tahoma" w:hAnsi="Tahoma" w:cs="Tahoma"/>
          <w:rtl/>
        </w:rPr>
        <w:t xml:space="preserve"> بود. سام‌م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رزا</w:t>
      </w:r>
      <w:r w:rsidRPr="005E3C44">
        <w:rPr>
          <w:rFonts w:ascii="Tahoma" w:hAnsi="Tahoma" w:cs="Tahoma"/>
          <w:rtl/>
        </w:rPr>
        <w:t xml:space="preserve"> از چن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</w:t>
      </w:r>
      <w:r w:rsidRPr="005E3C44">
        <w:rPr>
          <w:rFonts w:ascii="Tahoma" w:hAnsi="Tahoma" w:cs="Tahoma"/>
          <w:rtl/>
        </w:rPr>
        <w:t xml:space="preserve"> تجربه‌ا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برخوردار نبود.</w:t>
      </w:r>
    </w:p>
    <w:p w:rsidR="005E3C44" w:rsidRPr="005E3C44" w:rsidRDefault="005E3C44" w:rsidP="005E3C4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E3C44">
        <w:rPr>
          <w:rFonts w:ascii="Tahoma" w:hAnsi="Tahoma" w:cs="Tahoma" w:hint="eastAsia"/>
          <w:rtl/>
        </w:rPr>
        <w:t>ساختمان</w:t>
      </w:r>
      <w:r w:rsidRPr="005E3C44">
        <w:rPr>
          <w:rFonts w:ascii="Tahoma" w:hAnsi="Tahoma" w:cs="Tahoma"/>
          <w:rtl/>
        </w:rPr>
        <w:t xml:space="preserve"> حکومت با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د</w:t>
      </w:r>
      <w:r w:rsidRPr="005E3C44">
        <w:rPr>
          <w:rFonts w:ascii="Tahoma" w:hAnsi="Tahoma" w:cs="Tahoma"/>
          <w:rtl/>
        </w:rPr>
        <w:t xml:space="preserve"> 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</w:t>
      </w:r>
      <w:r w:rsidRPr="005E3C44">
        <w:rPr>
          <w:rFonts w:ascii="Tahoma" w:hAnsi="Tahoma" w:cs="Tahoma"/>
          <w:rtl/>
        </w:rPr>
        <w:t xml:space="preserve"> کمبود را جبران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کرد</w:t>
      </w:r>
      <w:r w:rsidRPr="005E3C44">
        <w:rPr>
          <w:rFonts w:ascii="Tahoma" w:hAnsi="Tahoma" w:cs="Tahoma"/>
          <w:rtl/>
        </w:rPr>
        <w:t>. 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وانسالاران،</w:t>
      </w:r>
      <w:r w:rsidRPr="005E3C44">
        <w:rPr>
          <w:rFonts w:ascii="Tahoma" w:hAnsi="Tahoma" w:cs="Tahoma"/>
          <w:rtl/>
        </w:rPr>
        <w:t xml:space="preserve"> غلامان دربار، خواجه‌سرا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ان،</w:t>
      </w:r>
      <w:r w:rsidRPr="005E3C44">
        <w:rPr>
          <w:rFonts w:ascii="Tahoma" w:hAnsi="Tahoma" w:cs="Tahoma"/>
          <w:rtl/>
        </w:rPr>
        <w:t xml:space="preserve"> ام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ران</w:t>
      </w:r>
      <w:r w:rsidRPr="005E3C44">
        <w:rPr>
          <w:rFonts w:ascii="Tahoma" w:hAnsi="Tahoma" w:cs="Tahoma"/>
          <w:rtl/>
        </w:rPr>
        <w:t xml:space="preserve"> قزلباش و 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نکاران</w:t>
      </w:r>
      <w:r w:rsidRPr="005E3C44">
        <w:rPr>
          <w:rFonts w:ascii="Tahoma" w:hAnsi="Tahoma" w:cs="Tahoma"/>
          <w:rtl/>
        </w:rPr>
        <w:t xml:space="preserve"> هر 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ک</w:t>
      </w:r>
      <w:r w:rsidRPr="005E3C44">
        <w:rPr>
          <w:rFonts w:ascii="Tahoma" w:hAnsi="Tahoma" w:cs="Tahoma"/>
          <w:rtl/>
        </w:rPr>
        <w:t xml:space="preserve"> آماده بودند به شاه تازه خدمت کنند؛ اما هر گروه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کوش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د</w:t>
      </w:r>
      <w:r w:rsidRPr="005E3C44">
        <w:rPr>
          <w:rFonts w:ascii="Tahoma" w:hAnsi="Tahoma" w:cs="Tahoma"/>
          <w:rtl/>
        </w:rPr>
        <w:t xml:space="preserve"> سهم خود را از قدرت افزا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ش</w:t>
      </w:r>
      <w:r w:rsidRPr="005E3C44">
        <w:rPr>
          <w:rFonts w:ascii="Tahoma" w:hAnsi="Tahoma" w:cs="Tahoma"/>
          <w:rtl/>
        </w:rPr>
        <w:t xml:space="preserve"> دهد. فرمانروا با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د</w:t>
      </w:r>
      <w:r w:rsidRPr="005E3C44">
        <w:rPr>
          <w:rFonts w:ascii="Tahoma" w:hAnsi="Tahoma" w:cs="Tahoma"/>
          <w:rtl/>
        </w:rPr>
        <w:t xml:space="preserve"> 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ان</w:t>
      </w:r>
      <w:r w:rsidRPr="005E3C44">
        <w:rPr>
          <w:rFonts w:ascii="Tahoma" w:hAnsi="Tahoma" w:cs="Tahoma"/>
          <w:rtl/>
        </w:rPr>
        <w:t xml:space="preserve"> آنان تعادل برقرار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کرد،</w:t>
      </w:r>
      <w:r w:rsidRPr="005E3C44">
        <w:rPr>
          <w:rFonts w:ascii="Tahoma" w:hAnsi="Tahoma" w:cs="Tahoma"/>
          <w:rtl/>
        </w:rPr>
        <w:t xml:space="preserve"> در حا</w:t>
      </w:r>
      <w:r w:rsidRPr="005E3C44">
        <w:rPr>
          <w:rFonts w:ascii="Tahoma" w:hAnsi="Tahoma" w:cs="Tahoma" w:hint="eastAsia"/>
          <w:rtl/>
        </w:rPr>
        <w:t>ل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که خود شناخت مستق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از توان و هدفشان نداشت.</w:t>
      </w:r>
    </w:p>
    <w:p w:rsidR="005E3C44" w:rsidRPr="005E3C44" w:rsidRDefault="005E3C44" w:rsidP="005E3C4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E3C44">
        <w:rPr>
          <w:rFonts w:ascii="Tahoma" w:hAnsi="Tahoma" w:cs="Tahoma" w:hint="eastAsia"/>
          <w:rtl/>
        </w:rPr>
        <w:t>شاه</w:t>
      </w:r>
      <w:r w:rsidRPr="005E3C44">
        <w:rPr>
          <w:rFonts w:ascii="Tahoma" w:hAnsi="Tahoma" w:cs="Tahoma"/>
          <w:rtl/>
        </w:rPr>
        <w:t xml:space="preserve"> صف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از آغاز با ترس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روبه‌رو بود که شاه عباس 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ز</w:t>
      </w:r>
      <w:r w:rsidRPr="005E3C44">
        <w:rPr>
          <w:rFonts w:ascii="Tahoma" w:hAnsi="Tahoma" w:cs="Tahoma"/>
          <w:rtl/>
        </w:rPr>
        <w:t xml:space="preserve"> در سال‌ها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پا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زندگ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تجربه کرده بود: هر شاهزاده، فرمانده 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</w:t>
      </w:r>
      <w:r w:rsidRPr="005E3C44">
        <w:rPr>
          <w:rFonts w:ascii="Tahoma" w:hAnsi="Tahoma" w:cs="Tahoma"/>
          <w:rtl/>
        </w:rPr>
        <w:t xml:space="preserve"> صاحب‌منصب 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رومند</w:t>
      </w:r>
      <w:r w:rsidRPr="005E3C44">
        <w:rPr>
          <w:rFonts w:ascii="Tahoma" w:hAnsi="Tahoma" w:cs="Tahoma"/>
          <w:rtl/>
        </w:rPr>
        <w:t xml:space="preserve"> ممکن است به محور توطئه تبد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ل</w:t>
      </w:r>
      <w:r w:rsidRPr="005E3C44">
        <w:rPr>
          <w:rFonts w:ascii="Tahoma" w:hAnsi="Tahoma" w:cs="Tahoma"/>
          <w:rtl/>
        </w:rPr>
        <w:t xml:space="preserve"> شود. در حکومت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که قانون جانش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و نهاد نظارت بر انتقال قدرت وجود نداشت، خبر محبوب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ت</w:t>
      </w:r>
      <w:r w:rsidRPr="005E3C44">
        <w:rPr>
          <w:rFonts w:ascii="Tahoma" w:hAnsi="Tahoma" w:cs="Tahoma"/>
          <w:rtl/>
        </w:rPr>
        <w:t xml:space="preserve"> 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</w:t>
      </w:r>
      <w:r w:rsidRPr="005E3C44">
        <w:rPr>
          <w:rFonts w:ascii="Tahoma" w:hAnsi="Tahoma" w:cs="Tahoma"/>
          <w:rtl/>
        </w:rPr>
        <w:t xml:space="preserve"> توانا</w:t>
      </w:r>
      <w:r w:rsidRPr="005E3C44">
        <w:rPr>
          <w:rFonts w:ascii="Tahoma" w:hAnsi="Tahoma" w:cs="Tahoma" w:hint="cs"/>
          <w:rtl/>
        </w:rPr>
        <w:t>یی</w:t>
      </w:r>
      <w:r w:rsidRPr="005E3C44">
        <w:rPr>
          <w:rFonts w:ascii="Tahoma" w:hAnsi="Tahoma" w:cs="Tahoma"/>
          <w:rtl/>
        </w:rPr>
        <w:t xml:space="preserve"> 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ک</w:t>
      </w:r>
      <w:r w:rsidRPr="005E3C44">
        <w:rPr>
          <w:rFonts w:ascii="Tahoma" w:hAnsi="Tahoma" w:cs="Tahoma"/>
          <w:rtl/>
        </w:rPr>
        <w:t xml:space="preserve"> نفر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توانست</w:t>
      </w:r>
      <w:r w:rsidRPr="005E3C44">
        <w:rPr>
          <w:rFonts w:ascii="Tahoma" w:hAnsi="Tahoma" w:cs="Tahoma"/>
          <w:rtl/>
        </w:rPr>
        <w:t xml:space="preserve"> برا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شاه نشانهٔ خطر باشد. هر صاحب‌منصب موفق، به همان اندازه که برا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حکومت مف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د</w:t>
      </w:r>
      <w:r w:rsidRPr="005E3C44">
        <w:rPr>
          <w:rFonts w:ascii="Tahoma" w:hAnsi="Tahoma" w:cs="Tahoma"/>
          <w:rtl/>
        </w:rPr>
        <w:t xml:space="preserve"> بود،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توانست</w:t>
      </w:r>
      <w:r w:rsidRPr="005E3C44">
        <w:rPr>
          <w:rFonts w:ascii="Tahoma" w:hAnsi="Tahoma" w:cs="Tahoma"/>
          <w:rtl/>
        </w:rPr>
        <w:t xml:space="preserve"> برا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فرمانروا نگران‌کننده شود.</w:t>
      </w:r>
    </w:p>
    <w:p w:rsidR="005E3C44" w:rsidRPr="005E3C44" w:rsidRDefault="005E3C44" w:rsidP="005E3C4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E3C44">
        <w:rPr>
          <w:rFonts w:ascii="Tahoma" w:hAnsi="Tahoma" w:cs="Tahoma" w:hint="eastAsia"/>
          <w:rtl/>
        </w:rPr>
        <w:t>پاسخ</w:t>
      </w:r>
      <w:r w:rsidRPr="005E3C44">
        <w:rPr>
          <w:rFonts w:ascii="Tahoma" w:hAnsi="Tahoma" w:cs="Tahoma"/>
          <w:rtl/>
        </w:rPr>
        <w:t xml:space="preserve"> شاه صف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به 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</w:t>
      </w:r>
      <w:r w:rsidRPr="005E3C44">
        <w:rPr>
          <w:rFonts w:ascii="Tahoma" w:hAnsi="Tahoma" w:cs="Tahoma"/>
          <w:rtl/>
        </w:rPr>
        <w:t xml:space="preserve"> ترس، اعتماد به نهادها نبود؛ حذف اشخاص بود. گروه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از شاهزادگان، وابستگان خاندان سلطنت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و رجال 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رومند</w:t>
      </w:r>
      <w:r w:rsidRPr="005E3C44">
        <w:rPr>
          <w:rFonts w:ascii="Tahoma" w:hAnsi="Tahoma" w:cs="Tahoma"/>
          <w:rtl/>
        </w:rPr>
        <w:t xml:space="preserve"> کشته 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</w:t>
      </w:r>
      <w:r w:rsidRPr="005E3C44">
        <w:rPr>
          <w:rFonts w:ascii="Tahoma" w:hAnsi="Tahoma" w:cs="Tahoma"/>
          <w:rtl/>
        </w:rPr>
        <w:t xml:space="preserve"> کنار گذاشته شدند. 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</w:t>
      </w:r>
      <w:r w:rsidRPr="005E3C44">
        <w:rPr>
          <w:rFonts w:ascii="Tahoma" w:hAnsi="Tahoma" w:cs="Tahoma"/>
          <w:rtl/>
        </w:rPr>
        <w:t xml:space="preserve"> تصف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ه‌ها</w:t>
      </w:r>
      <w:r w:rsidRPr="005E3C44">
        <w:rPr>
          <w:rFonts w:ascii="Tahoma" w:hAnsi="Tahoma" w:cs="Tahoma"/>
          <w:rtl/>
        </w:rPr>
        <w:t xml:space="preserve"> امکان توطئهٔ فور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را کاهش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دادند،</w:t>
      </w:r>
      <w:r w:rsidRPr="005E3C44">
        <w:rPr>
          <w:rFonts w:ascii="Tahoma" w:hAnsi="Tahoma" w:cs="Tahoma"/>
          <w:rtl/>
        </w:rPr>
        <w:t xml:space="preserve"> اما تجربه و توان حکومت را 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ز</w:t>
      </w:r>
      <w:r w:rsidRPr="005E3C44">
        <w:rPr>
          <w:rFonts w:ascii="Tahoma" w:hAnsi="Tahoma" w:cs="Tahoma"/>
          <w:rtl/>
        </w:rPr>
        <w:t xml:space="preserve"> از 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ان</w:t>
      </w:r>
      <w:r w:rsidRPr="005E3C44">
        <w:rPr>
          <w:rFonts w:ascii="Tahoma" w:hAnsi="Tahoma" w:cs="Tahoma"/>
          <w:rtl/>
        </w:rPr>
        <w:t xml:space="preserve">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بردند</w:t>
      </w:r>
      <w:r w:rsidRPr="005E3C44">
        <w:rPr>
          <w:rFonts w:ascii="Tahoma" w:hAnsi="Tahoma" w:cs="Tahoma"/>
          <w:rtl/>
        </w:rPr>
        <w:t>. دستگاه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که ب</w:t>
      </w:r>
      <w:r w:rsidRPr="005E3C44">
        <w:rPr>
          <w:rFonts w:ascii="Tahoma" w:hAnsi="Tahoma" w:cs="Tahoma" w:hint="eastAsia"/>
          <w:rtl/>
        </w:rPr>
        <w:t>هتر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</w:t>
      </w:r>
      <w:r w:rsidRPr="005E3C44">
        <w:rPr>
          <w:rFonts w:ascii="Tahoma" w:hAnsi="Tahoma" w:cs="Tahoma"/>
          <w:rtl/>
        </w:rPr>
        <w:t xml:space="preserve"> فرماندهان و کارگزارانش را به سبب ترس شاه از دست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داد،</w:t>
      </w:r>
      <w:r w:rsidRPr="005E3C44">
        <w:rPr>
          <w:rFonts w:ascii="Tahoma" w:hAnsi="Tahoma" w:cs="Tahoma"/>
          <w:rtl/>
        </w:rPr>
        <w:t xml:space="preserve"> در برابر بحران‌ها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بعد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ضع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ف‌تر</w:t>
      </w:r>
      <w:r w:rsidRPr="005E3C44">
        <w:rPr>
          <w:rFonts w:ascii="Tahoma" w:hAnsi="Tahoma" w:cs="Tahoma"/>
          <w:rtl/>
        </w:rPr>
        <w:t xml:space="preserve">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شد</w:t>
      </w:r>
      <w:r w:rsidRPr="005E3C44">
        <w:rPr>
          <w:rFonts w:ascii="Tahoma" w:hAnsi="Tahoma" w:cs="Tahoma"/>
          <w:rtl/>
        </w:rPr>
        <w:t>.</w:t>
      </w:r>
    </w:p>
    <w:p w:rsidR="005E3C44" w:rsidRPr="005E3C44" w:rsidRDefault="005E3C44" w:rsidP="005E3C4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ک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از برجسته‌تر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</w:t>
      </w:r>
      <w:r w:rsidRPr="005E3C44">
        <w:rPr>
          <w:rFonts w:ascii="Tahoma" w:hAnsi="Tahoma" w:cs="Tahoma"/>
          <w:rtl/>
        </w:rPr>
        <w:t xml:space="preserve"> قربان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ان</w:t>
      </w:r>
      <w:r w:rsidRPr="005E3C44">
        <w:rPr>
          <w:rFonts w:ascii="Tahoma" w:hAnsi="Tahoma" w:cs="Tahoma"/>
          <w:rtl/>
        </w:rPr>
        <w:t xml:space="preserve"> 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</w:t>
      </w:r>
      <w:r w:rsidRPr="005E3C44">
        <w:rPr>
          <w:rFonts w:ascii="Tahoma" w:hAnsi="Tahoma" w:cs="Tahoma"/>
          <w:rtl/>
        </w:rPr>
        <w:t xml:space="preserve"> س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است</w:t>
      </w:r>
      <w:r w:rsidRPr="005E3C44">
        <w:rPr>
          <w:rFonts w:ascii="Tahoma" w:hAnsi="Tahoma" w:cs="Tahoma"/>
          <w:rtl/>
        </w:rPr>
        <w:t xml:space="preserve"> امامقل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خان</w:t>
      </w:r>
      <w:r w:rsidRPr="005E3C44">
        <w:rPr>
          <w:rFonts w:ascii="Tahoma" w:hAnsi="Tahoma" w:cs="Tahoma"/>
          <w:rtl/>
        </w:rPr>
        <w:t xml:space="preserve"> بود. او فرزند الله‌ورد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خان</w:t>
      </w:r>
      <w:r w:rsidRPr="005E3C44">
        <w:rPr>
          <w:rFonts w:ascii="Tahoma" w:hAnsi="Tahoma" w:cs="Tahoma"/>
          <w:rtl/>
        </w:rPr>
        <w:t xml:space="preserve"> و از غلامان گرج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تبار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بود که در دورهٔ شاه عباس به بالاتر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</w:t>
      </w:r>
      <w:r w:rsidRPr="005E3C44">
        <w:rPr>
          <w:rFonts w:ascii="Tahoma" w:hAnsi="Tahoma" w:cs="Tahoma"/>
          <w:rtl/>
        </w:rPr>
        <w:t xml:space="preserve"> مقام‌ها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نظام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و حکومت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رس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ده</w:t>
      </w:r>
      <w:r w:rsidRPr="005E3C44">
        <w:rPr>
          <w:rFonts w:ascii="Tahoma" w:hAnsi="Tahoma" w:cs="Tahoma"/>
          <w:rtl/>
        </w:rPr>
        <w:t xml:space="preserve"> بودند. امامقل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خان</w:t>
      </w:r>
      <w:r w:rsidRPr="005E3C44">
        <w:rPr>
          <w:rFonts w:ascii="Tahoma" w:hAnsi="Tahoma" w:cs="Tahoma"/>
          <w:rtl/>
        </w:rPr>
        <w:t xml:space="preserve"> سال‌ها بر فارس و مناطق جنوب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فرمان رانده و در ب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رون‌راندن</w:t>
      </w:r>
      <w:r w:rsidRPr="005E3C44">
        <w:rPr>
          <w:rFonts w:ascii="Tahoma" w:hAnsi="Tahoma" w:cs="Tahoma"/>
          <w:rtl/>
        </w:rPr>
        <w:t xml:space="preserve"> پرتغال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ان</w:t>
      </w:r>
      <w:r w:rsidRPr="005E3C44">
        <w:rPr>
          <w:rFonts w:ascii="Tahoma" w:hAnsi="Tahoma" w:cs="Tahoma"/>
          <w:rtl/>
        </w:rPr>
        <w:t xml:space="preserve"> ا</w:t>
      </w:r>
      <w:r w:rsidRPr="005E3C44">
        <w:rPr>
          <w:rFonts w:ascii="Tahoma" w:hAnsi="Tahoma" w:cs="Tahoma" w:hint="eastAsia"/>
          <w:rtl/>
        </w:rPr>
        <w:t>ز</w:t>
      </w:r>
      <w:r w:rsidRPr="005E3C44">
        <w:rPr>
          <w:rFonts w:ascii="Tahoma" w:hAnsi="Tahoma" w:cs="Tahoma"/>
          <w:rtl/>
        </w:rPr>
        <w:t xml:space="preserve"> هرمز نقش مهم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فا</w:t>
      </w:r>
      <w:r w:rsidRPr="005E3C44">
        <w:rPr>
          <w:rFonts w:ascii="Tahoma" w:hAnsi="Tahoma" w:cs="Tahoma"/>
          <w:rtl/>
        </w:rPr>
        <w:t xml:space="preserve"> کرده بود. قدرت، ثروت، تجربه و نفوذ او برا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حکومت ارزشمند بود، اما هم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</w:t>
      </w:r>
      <w:r w:rsidRPr="005E3C44">
        <w:rPr>
          <w:rFonts w:ascii="Tahoma" w:hAnsi="Tahoma" w:cs="Tahoma"/>
          <w:rtl/>
        </w:rPr>
        <w:t xml:space="preserve"> و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ژگ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ها</w:t>
      </w:r>
      <w:r w:rsidRPr="005E3C44">
        <w:rPr>
          <w:rFonts w:ascii="Tahoma" w:hAnsi="Tahoma" w:cs="Tahoma"/>
          <w:rtl/>
        </w:rPr>
        <w:t xml:space="preserve">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توانست</w:t>
      </w:r>
      <w:r w:rsidRPr="005E3C44">
        <w:rPr>
          <w:rFonts w:ascii="Tahoma" w:hAnsi="Tahoma" w:cs="Tahoma"/>
          <w:rtl/>
        </w:rPr>
        <w:t xml:space="preserve"> در چشم شاه صف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تهد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دکننده</w:t>
      </w:r>
      <w:r w:rsidRPr="005E3C44">
        <w:rPr>
          <w:rFonts w:ascii="Tahoma" w:hAnsi="Tahoma" w:cs="Tahoma"/>
          <w:rtl/>
        </w:rPr>
        <w:t xml:space="preserve"> باشد.</w:t>
      </w:r>
    </w:p>
    <w:p w:rsidR="005E3C44" w:rsidRPr="005E3C44" w:rsidRDefault="005E3C44" w:rsidP="005E3C4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E3C44">
        <w:rPr>
          <w:rFonts w:ascii="Tahoma" w:hAnsi="Tahoma" w:cs="Tahoma" w:hint="eastAsia"/>
          <w:rtl/>
        </w:rPr>
        <w:t>امامقل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خان</w:t>
      </w:r>
      <w:r w:rsidRPr="005E3C44">
        <w:rPr>
          <w:rFonts w:ascii="Tahoma" w:hAnsi="Tahoma" w:cs="Tahoma"/>
          <w:rtl/>
        </w:rPr>
        <w:t xml:space="preserve"> و فرزندانش به فرمان شاه کشته شدند و دارا</w:t>
      </w:r>
      <w:r w:rsidRPr="005E3C44">
        <w:rPr>
          <w:rFonts w:ascii="Tahoma" w:hAnsi="Tahoma" w:cs="Tahoma" w:hint="cs"/>
          <w:rtl/>
        </w:rPr>
        <w:t>یی‌</w:t>
      </w:r>
      <w:r w:rsidRPr="005E3C44">
        <w:rPr>
          <w:rFonts w:ascii="Tahoma" w:hAnsi="Tahoma" w:cs="Tahoma" w:hint="eastAsia"/>
          <w:rtl/>
        </w:rPr>
        <w:t>ها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شان</w:t>
      </w:r>
      <w:r w:rsidRPr="005E3C44">
        <w:rPr>
          <w:rFonts w:ascii="Tahoma" w:hAnsi="Tahoma" w:cs="Tahoma"/>
          <w:rtl/>
        </w:rPr>
        <w:t xml:space="preserve"> به تصرف حکومت درآمد. 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</w:t>
      </w:r>
      <w:r w:rsidRPr="005E3C44">
        <w:rPr>
          <w:rFonts w:ascii="Tahoma" w:hAnsi="Tahoma" w:cs="Tahoma"/>
          <w:rtl/>
        </w:rPr>
        <w:t xml:space="preserve"> واقعه معنا</w:t>
      </w:r>
      <w:r w:rsidRPr="005E3C44">
        <w:rPr>
          <w:rFonts w:ascii="Tahoma" w:hAnsi="Tahoma" w:cs="Tahoma" w:hint="cs"/>
          <w:rtl/>
        </w:rPr>
        <w:t>یی</w:t>
      </w:r>
      <w:r w:rsidRPr="005E3C44">
        <w:rPr>
          <w:rFonts w:ascii="Tahoma" w:hAnsi="Tahoma" w:cs="Tahoma"/>
          <w:rtl/>
        </w:rPr>
        <w:t xml:space="preserve"> فراتر از حذف 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ک</w:t>
      </w:r>
      <w:r w:rsidRPr="005E3C44">
        <w:rPr>
          <w:rFonts w:ascii="Tahoma" w:hAnsi="Tahoma" w:cs="Tahoma"/>
          <w:rtl/>
        </w:rPr>
        <w:t xml:space="preserve"> فرمانده داشت. غلامان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که شاه عباس برا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مقابله با قزلباشان بالا آورده بود، اکنون خود به اندازه‌ا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رومند</w:t>
      </w:r>
      <w:r w:rsidRPr="005E3C44">
        <w:rPr>
          <w:rFonts w:ascii="Tahoma" w:hAnsi="Tahoma" w:cs="Tahoma"/>
          <w:rtl/>
        </w:rPr>
        <w:t xml:space="preserve"> شده بودند که تاج از آنان ب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م</w:t>
      </w:r>
      <w:r w:rsidRPr="005E3C44">
        <w:rPr>
          <w:rFonts w:ascii="Tahoma" w:hAnsi="Tahoma" w:cs="Tahoma"/>
          <w:rtl/>
        </w:rPr>
        <w:t xml:space="preserve"> داشت. </w:t>
      </w:r>
      <w:r w:rsidRPr="005E3C44">
        <w:rPr>
          <w:rFonts w:ascii="Tahoma" w:hAnsi="Tahoma" w:cs="Tahoma" w:hint="eastAsia"/>
          <w:rtl/>
        </w:rPr>
        <w:t>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رو</w:t>
      </w:r>
      <w:r w:rsidRPr="005E3C44">
        <w:rPr>
          <w:rFonts w:ascii="Tahoma" w:hAnsi="Tahoma" w:cs="Tahoma" w:hint="cs"/>
          <w:rtl/>
        </w:rPr>
        <w:t>یی</w:t>
      </w:r>
      <w:r w:rsidRPr="005E3C44">
        <w:rPr>
          <w:rFonts w:ascii="Tahoma" w:hAnsi="Tahoma" w:cs="Tahoma"/>
          <w:rtl/>
        </w:rPr>
        <w:t xml:space="preserve"> که برا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شکستن انحصار قبا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ل</w:t>
      </w:r>
      <w:r w:rsidRPr="005E3C44">
        <w:rPr>
          <w:rFonts w:ascii="Tahoma" w:hAnsi="Tahoma" w:cs="Tahoma"/>
          <w:rtl/>
        </w:rPr>
        <w:t xml:space="preserve"> ساخته شده بود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توانست</w:t>
      </w:r>
      <w:r w:rsidRPr="005E3C44">
        <w:rPr>
          <w:rFonts w:ascii="Tahoma" w:hAnsi="Tahoma" w:cs="Tahoma"/>
          <w:rtl/>
        </w:rPr>
        <w:t xml:space="preserve"> مانند همان قبا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ل</w:t>
      </w:r>
      <w:r w:rsidRPr="005E3C44">
        <w:rPr>
          <w:rFonts w:ascii="Tahoma" w:hAnsi="Tahoma" w:cs="Tahoma"/>
          <w:rtl/>
        </w:rPr>
        <w:t xml:space="preserve"> صاحب زم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ن،</w:t>
      </w:r>
      <w:r w:rsidRPr="005E3C44">
        <w:rPr>
          <w:rFonts w:ascii="Tahoma" w:hAnsi="Tahoma" w:cs="Tahoma"/>
          <w:rtl/>
        </w:rPr>
        <w:t xml:space="preserve"> ثروت و پ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روان</w:t>
      </w:r>
      <w:r w:rsidRPr="005E3C44">
        <w:rPr>
          <w:rFonts w:ascii="Tahoma" w:hAnsi="Tahoma" w:cs="Tahoma"/>
          <w:rtl/>
        </w:rPr>
        <w:t xml:space="preserve"> شود.</w:t>
      </w:r>
    </w:p>
    <w:p w:rsidR="005E3C44" w:rsidRPr="005E3C44" w:rsidRDefault="005E3C44" w:rsidP="005E3C4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E3C44">
        <w:rPr>
          <w:rFonts w:ascii="Tahoma" w:hAnsi="Tahoma" w:cs="Tahoma" w:hint="eastAsia"/>
          <w:rtl/>
        </w:rPr>
        <w:t>پس</w:t>
      </w:r>
      <w:r w:rsidRPr="005E3C44">
        <w:rPr>
          <w:rFonts w:ascii="Tahoma" w:hAnsi="Tahoma" w:cs="Tahoma"/>
          <w:rtl/>
        </w:rPr>
        <w:t xml:space="preserve"> وابستگ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نخست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</w:t>
      </w:r>
      <w:r w:rsidRPr="005E3C44">
        <w:rPr>
          <w:rFonts w:ascii="Tahoma" w:hAnsi="Tahoma" w:cs="Tahoma"/>
          <w:rtl/>
        </w:rPr>
        <w:t xml:space="preserve"> غلام به شاه، استقلال هم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شگ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او را تضم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</w:t>
      </w:r>
      <w:r w:rsidRPr="005E3C44">
        <w:rPr>
          <w:rFonts w:ascii="Tahoma" w:hAnsi="Tahoma" w:cs="Tahoma"/>
          <w:rtl/>
        </w:rPr>
        <w:t xml:space="preserve"> نم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کرد</w:t>
      </w:r>
      <w:r w:rsidRPr="005E3C44">
        <w:rPr>
          <w:rFonts w:ascii="Tahoma" w:hAnsi="Tahoma" w:cs="Tahoma"/>
          <w:rtl/>
        </w:rPr>
        <w:t>. صاحب‌منصب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که سال‌ها حکمران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کرد،</w:t>
      </w:r>
      <w:r w:rsidRPr="005E3C44">
        <w:rPr>
          <w:rFonts w:ascii="Tahoma" w:hAnsi="Tahoma" w:cs="Tahoma"/>
          <w:rtl/>
        </w:rPr>
        <w:t xml:space="preserve"> خانواده، دارا</w:t>
      </w:r>
      <w:r w:rsidRPr="005E3C44">
        <w:rPr>
          <w:rFonts w:ascii="Tahoma" w:hAnsi="Tahoma" w:cs="Tahoma" w:hint="cs"/>
          <w:rtl/>
        </w:rPr>
        <w:t>یی</w:t>
      </w:r>
      <w:r w:rsidRPr="005E3C44">
        <w:rPr>
          <w:rFonts w:ascii="Tahoma" w:hAnsi="Tahoma" w:cs="Tahoma" w:hint="eastAsia"/>
          <w:rtl/>
        </w:rPr>
        <w:t>،</w:t>
      </w:r>
      <w:r w:rsidRPr="005E3C44">
        <w:rPr>
          <w:rFonts w:ascii="Tahoma" w:hAnsi="Tahoma" w:cs="Tahoma"/>
          <w:rtl/>
        </w:rPr>
        <w:t xml:space="preserve"> ارتباطات و ز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ردستان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پ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دا</w:t>
      </w:r>
      <w:r w:rsidRPr="005E3C44">
        <w:rPr>
          <w:rFonts w:ascii="Tahoma" w:hAnsi="Tahoma" w:cs="Tahoma"/>
          <w:rtl/>
        </w:rPr>
        <w:t xml:space="preserve">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کرد</w:t>
      </w:r>
      <w:r w:rsidRPr="005E3C44">
        <w:rPr>
          <w:rFonts w:ascii="Tahoma" w:hAnsi="Tahoma" w:cs="Tahoma"/>
          <w:rtl/>
        </w:rPr>
        <w:t xml:space="preserve"> و به مرکز قدرت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تازه تبد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ل</w:t>
      </w:r>
      <w:r w:rsidRPr="005E3C44">
        <w:rPr>
          <w:rFonts w:ascii="Tahoma" w:hAnsi="Tahoma" w:cs="Tahoma"/>
          <w:rtl/>
        </w:rPr>
        <w:t xml:space="preserve">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شد</w:t>
      </w:r>
      <w:r w:rsidRPr="005E3C44">
        <w:rPr>
          <w:rFonts w:ascii="Tahoma" w:hAnsi="Tahoma" w:cs="Tahoma"/>
          <w:rtl/>
        </w:rPr>
        <w:t>. تاج برا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حفظ برتر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خود ناچار بود نه فقط قزلباشان، بلکه غلامان موفق ر</w:t>
      </w:r>
      <w:r w:rsidRPr="005E3C44">
        <w:rPr>
          <w:rFonts w:ascii="Tahoma" w:hAnsi="Tahoma" w:cs="Tahoma" w:hint="eastAsia"/>
          <w:rtl/>
        </w:rPr>
        <w:t>ا</w:t>
      </w:r>
      <w:r w:rsidRPr="005E3C44">
        <w:rPr>
          <w:rFonts w:ascii="Tahoma" w:hAnsi="Tahoma" w:cs="Tahoma"/>
          <w:rtl/>
        </w:rPr>
        <w:t xml:space="preserve"> 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ز</w:t>
      </w:r>
      <w:r w:rsidRPr="005E3C44">
        <w:rPr>
          <w:rFonts w:ascii="Tahoma" w:hAnsi="Tahoma" w:cs="Tahoma"/>
          <w:rtl/>
        </w:rPr>
        <w:t xml:space="preserve"> ز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</w:t>
      </w:r>
      <w:r w:rsidRPr="005E3C44">
        <w:rPr>
          <w:rFonts w:ascii="Tahoma" w:hAnsi="Tahoma" w:cs="Tahoma"/>
          <w:rtl/>
        </w:rPr>
        <w:t xml:space="preserve"> نظر بگ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رد</w:t>
      </w:r>
      <w:r w:rsidRPr="005E3C44">
        <w:rPr>
          <w:rFonts w:ascii="Tahoma" w:hAnsi="Tahoma" w:cs="Tahoma"/>
          <w:rtl/>
        </w:rPr>
        <w:t>.</w:t>
      </w:r>
    </w:p>
    <w:p w:rsidR="005E3C44" w:rsidRPr="005E3C44" w:rsidRDefault="005E3C44" w:rsidP="005E3C4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E3C44">
        <w:rPr>
          <w:rFonts w:ascii="Tahoma" w:hAnsi="Tahoma" w:cs="Tahoma" w:hint="eastAsia"/>
          <w:rtl/>
        </w:rPr>
        <w:t>کشتن</w:t>
      </w:r>
      <w:r w:rsidRPr="005E3C44">
        <w:rPr>
          <w:rFonts w:ascii="Tahoma" w:hAnsi="Tahoma" w:cs="Tahoma"/>
          <w:rtl/>
        </w:rPr>
        <w:t xml:space="preserve"> امامقل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خان</w:t>
      </w:r>
      <w:r w:rsidRPr="005E3C44">
        <w:rPr>
          <w:rFonts w:ascii="Tahoma" w:hAnsi="Tahoma" w:cs="Tahoma"/>
          <w:rtl/>
        </w:rPr>
        <w:t xml:space="preserve"> در کوتاه‌مدت درآمد و ولا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ت‌ها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او را به شاه بازگرداند، اما حکومت 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ک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از باتجربه‌تر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</w:t>
      </w:r>
      <w:r w:rsidRPr="005E3C44">
        <w:rPr>
          <w:rFonts w:ascii="Tahoma" w:hAnsi="Tahoma" w:cs="Tahoma"/>
          <w:rtl/>
        </w:rPr>
        <w:t xml:space="preserve"> فرماندهان خود را از دست داد. هم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</w:t>
      </w:r>
      <w:r w:rsidRPr="005E3C44">
        <w:rPr>
          <w:rFonts w:ascii="Tahoma" w:hAnsi="Tahoma" w:cs="Tahoma"/>
          <w:rtl/>
        </w:rPr>
        <w:t xml:space="preserve"> الگو دربارهٔ 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گر</w:t>
      </w:r>
      <w:r w:rsidRPr="005E3C44">
        <w:rPr>
          <w:rFonts w:ascii="Tahoma" w:hAnsi="Tahoma" w:cs="Tahoma"/>
          <w:rtl/>
        </w:rPr>
        <w:t xml:space="preserve"> رجال 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ز</w:t>
      </w:r>
      <w:r w:rsidRPr="005E3C44">
        <w:rPr>
          <w:rFonts w:ascii="Tahoma" w:hAnsi="Tahoma" w:cs="Tahoma"/>
          <w:rtl/>
        </w:rPr>
        <w:t xml:space="preserve"> تکرار شد. مصادرهٔ دارا</w:t>
      </w:r>
      <w:r w:rsidRPr="005E3C44">
        <w:rPr>
          <w:rFonts w:ascii="Tahoma" w:hAnsi="Tahoma" w:cs="Tahoma" w:hint="cs"/>
          <w:rtl/>
        </w:rPr>
        <w:t>یی</w:t>
      </w:r>
      <w:r w:rsidRPr="005E3C44">
        <w:rPr>
          <w:rFonts w:ascii="Tahoma" w:hAnsi="Tahoma" w:cs="Tahoma"/>
          <w:rtl/>
        </w:rPr>
        <w:t xml:space="preserve"> صاحب‌منصبان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توانست</w:t>
      </w:r>
      <w:r w:rsidRPr="005E3C44">
        <w:rPr>
          <w:rFonts w:ascii="Tahoma" w:hAnsi="Tahoma" w:cs="Tahoma"/>
          <w:rtl/>
        </w:rPr>
        <w:t xml:space="preserve"> خزانه را موقتاً پر کند، ول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ترس و ب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اعتماد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ر</w:t>
      </w:r>
      <w:r w:rsidRPr="005E3C44">
        <w:rPr>
          <w:rFonts w:ascii="Tahoma" w:hAnsi="Tahoma" w:cs="Tahoma" w:hint="eastAsia"/>
          <w:rtl/>
        </w:rPr>
        <w:t>ا</w:t>
      </w:r>
      <w:r w:rsidRPr="005E3C44">
        <w:rPr>
          <w:rFonts w:ascii="Tahoma" w:hAnsi="Tahoma" w:cs="Tahoma"/>
          <w:rtl/>
        </w:rPr>
        <w:t xml:space="preserve"> در دستگاه گسترش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داد</w:t>
      </w:r>
      <w:r w:rsidRPr="005E3C44">
        <w:rPr>
          <w:rFonts w:ascii="Tahoma" w:hAnsi="Tahoma" w:cs="Tahoma"/>
          <w:rtl/>
        </w:rPr>
        <w:t>.</w:t>
      </w:r>
    </w:p>
    <w:p w:rsidR="005E3C44" w:rsidRPr="005E3C44" w:rsidRDefault="005E3C44" w:rsidP="005E3C4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E3C44">
        <w:rPr>
          <w:rFonts w:ascii="Tahoma" w:hAnsi="Tahoma" w:cs="Tahoma" w:hint="eastAsia"/>
          <w:rtl/>
        </w:rPr>
        <w:t>هنگام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که صاحب‌منصب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داند</w:t>
      </w:r>
      <w:r w:rsidRPr="005E3C44">
        <w:rPr>
          <w:rFonts w:ascii="Tahoma" w:hAnsi="Tahoma" w:cs="Tahoma"/>
          <w:rtl/>
        </w:rPr>
        <w:t xml:space="preserve"> موفق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ت</w:t>
      </w:r>
      <w:r w:rsidRPr="005E3C44">
        <w:rPr>
          <w:rFonts w:ascii="Tahoma" w:hAnsi="Tahoma" w:cs="Tahoma"/>
          <w:rtl/>
        </w:rPr>
        <w:t xml:space="preserve"> و ثروتش ممکن است سبب نابود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او شود، دو واکنش محتمل است: 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</w:t>
      </w:r>
      <w:r w:rsidRPr="005E3C44">
        <w:rPr>
          <w:rFonts w:ascii="Tahoma" w:hAnsi="Tahoma" w:cs="Tahoma"/>
          <w:rtl/>
        </w:rPr>
        <w:t xml:space="preserve"> از برجسته‌شدن و پذ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رفتن</w:t>
      </w:r>
      <w:r w:rsidRPr="005E3C44">
        <w:rPr>
          <w:rFonts w:ascii="Tahoma" w:hAnsi="Tahoma" w:cs="Tahoma"/>
          <w:rtl/>
        </w:rPr>
        <w:t xml:space="preserve"> مسئول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ت‌ها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بزرگ پره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ز</w:t>
      </w:r>
      <w:r w:rsidRPr="005E3C44">
        <w:rPr>
          <w:rFonts w:ascii="Tahoma" w:hAnsi="Tahoma" w:cs="Tahoma"/>
          <w:rtl/>
        </w:rPr>
        <w:t xml:space="preserve">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کند،</w:t>
      </w:r>
      <w:r w:rsidRPr="005E3C44">
        <w:rPr>
          <w:rFonts w:ascii="Tahoma" w:hAnsi="Tahoma" w:cs="Tahoma"/>
          <w:rtl/>
        </w:rPr>
        <w:t xml:space="preserve"> 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</w:t>
      </w:r>
      <w:r w:rsidRPr="005E3C44">
        <w:rPr>
          <w:rFonts w:ascii="Tahoma" w:hAnsi="Tahoma" w:cs="Tahoma"/>
          <w:rtl/>
        </w:rPr>
        <w:t xml:space="preserve">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کوشد</w:t>
      </w:r>
      <w:r w:rsidRPr="005E3C44">
        <w:rPr>
          <w:rFonts w:ascii="Tahoma" w:hAnsi="Tahoma" w:cs="Tahoma"/>
          <w:rtl/>
        </w:rPr>
        <w:t xml:space="preserve"> تا فرصت دارد ثروت ب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شتر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گرد آورد و شبکه‌ا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برا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حفاظت از خود بسازد. ه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چ‌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ک</w:t>
      </w:r>
      <w:r w:rsidRPr="005E3C44">
        <w:rPr>
          <w:rFonts w:ascii="Tahoma" w:hAnsi="Tahoma" w:cs="Tahoma"/>
          <w:rtl/>
        </w:rPr>
        <w:t xml:space="preserve"> برا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کشوردار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سودمند 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ست</w:t>
      </w:r>
      <w:r w:rsidRPr="005E3C44">
        <w:rPr>
          <w:rFonts w:ascii="Tahoma" w:hAnsi="Tahoma" w:cs="Tahoma"/>
          <w:rtl/>
        </w:rPr>
        <w:t>. در حالت نخست، دستگاه از ابتکار و توانا</w:t>
      </w:r>
      <w:r w:rsidRPr="005E3C44">
        <w:rPr>
          <w:rFonts w:ascii="Tahoma" w:hAnsi="Tahoma" w:cs="Tahoma" w:hint="cs"/>
          <w:rtl/>
        </w:rPr>
        <w:t>یی</w:t>
      </w:r>
      <w:r w:rsidRPr="005E3C44">
        <w:rPr>
          <w:rFonts w:ascii="Tahoma" w:hAnsi="Tahoma" w:cs="Tahoma"/>
          <w:rtl/>
        </w:rPr>
        <w:t xml:space="preserve"> خال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شود؛</w:t>
      </w:r>
      <w:r w:rsidRPr="005E3C44">
        <w:rPr>
          <w:rFonts w:ascii="Tahoma" w:hAnsi="Tahoma" w:cs="Tahoma"/>
          <w:rtl/>
        </w:rPr>
        <w:t xml:space="preserve"> در حالت دوم، فساد و توطئه افزا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ش</w:t>
      </w:r>
      <w:r w:rsidRPr="005E3C44">
        <w:rPr>
          <w:rFonts w:ascii="Tahoma" w:hAnsi="Tahoma" w:cs="Tahoma"/>
          <w:rtl/>
        </w:rPr>
        <w:t xml:space="preserve"> م</w:t>
      </w:r>
      <w:r w:rsidRPr="005E3C44">
        <w:rPr>
          <w:rFonts w:ascii="Tahoma" w:hAnsi="Tahoma" w:cs="Tahoma" w:hint="cs"/>
          <w:rtl/>
        </w:rPr>
        <w:t>ی‌ی</w:t>
      </w:r>
      <w:r w:rsidRPr="005E3C44">
        <w:rPr>
          <w:rFonts w:ascii="Tahoma" w:hAnsi="Tahoma" w:cs="Tahoma" w:hint="eastAsia"/>
          <w:rtl/>
        </w:rPr>
        <w:t>ابد</w:t>
      </w:r>
      <w:r w:rsidRPr="005E3C44">
        <w:rPr>
          <w:rFonts w:ascii="Tahoma" w:hAnsi="Tahoma" w:cs="Tahoma"/>
          <w:rtl/>
        </w:rPr>
        <w:t>.</w:t>
      </w:r>
    </w:p>
    <w:p w:rsidR="005E3C44" w:rsidRPr="005E3C44" w:rsidRDefault="005E3C44" w:rsidP="005E3C4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E3C44">
        <w:rPr>
          <w:rFonts w:ascii="Tahoma" w:hAnsi="Tahoma" w:cs="Tahoma" w:hint="eastAsia"/>
          <w:rtl/>
        </w:rPr>
        <w:t>شاه</w:t>
      </w:r>
      <w:r w:rsidRPr="005E3C44">
        <w:rPr>
          <w:rFonts w:ascii="Tahoma" w:hAnsi="Tahoma" w:cs="Tahoma"/>
          <w:rtl/>
        </w:rPr>
        <w:t xml:space="preserve"> صف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برا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ادارهٔ امور به 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وانسالاران</w:t>
      </w:r>
      <w:r w:rsidRPr="005E3C44">
        <w:rPr>
          <w:rFonts w:ascii="Tahoma" w:hAnsi="Tahoma" w:cs="Tahoma"/>
          <w:rtl/>
        </w:rPr>
        <w:t xml:space="preserve"> وابسته بود. او نم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توانست</w:t>
      </w:r>
      <w:r w:rsidRPr="005E3C44">
        <w:rPr>
          <w:rFonts w:ascii="Tahoma" w:hAnsi="Tahoma" w:cs="Tahoma"/>
          <w:rtl/>
        </w:rPr>
        <w:t xml:space="preserve"> شخصاً همهٔ جزئ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ات</w:t>
      </w:r>
      <w:r w:rsidRPr="005E3C44">
        <w:rPr>
          <w:rFonts w:ascii="Tahoma" w:hAnsi="Tahoma" w:cs="Tahoma"/>
          <w:rtl/>
        </w:rPr>
        <w:t xml:space="preserve"> مال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،</w:t>
      </w:r>
      <w:r w:rsidRPr="005E3C44">
        <w:rPr>
          <w:rFonts w:ascii="Tahoma" w:hAnsi="Tahoma" w:cs="Tahoma"/>
          <w:rtl/>
        </w:rPr>
        <w:t xml:space="preserve"> انتصاب‌ها، مکاتبات و تدارکات را دنبال کند. هرچه آشنا</w:t>
      </w:r>
      <w:r w:rsidRPr="005E3C44">
        <w:rPr>
          <w:rFonts w:ascii="Tahoma" w:hAnsi="Tahoma" w:cs="Tahoma" w:hint="cs"/>
          <w:rtl/>
        </w:rPr>
        <w:t>یی</w:t>
      </w:r>
      <w:r w:rsidRPr="005E3C44">
        <w:rPr>
          <w:rFonts w:ascii="Tahoma" w:hAnsi="Tahoma" w:cs="Tahoma"/>
          <w:rtl/>
        </w:rPr>
        <w:t xml:space="preserve"> شاه با کشوردار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کمتر بود، وز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</w:t>
      </w:r>
      <w:r w:rsidRPr="005E3C44">
        <w:rPr>
          <w:rFonts w:ascii="Tahoma" w:hAnsi="Tahoma" w:cs="Tahoma"/>
          <w:rtl/>
        </w:rPr>
        <w:t xml:space="preserve"> و نزد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کان</w:t>
      </w:r>
      <w:r w:rsidRPr="005E3C44">
        <w:rPr>
          <w:rFonts w:ascii="Tahoma" w:hAnsi="Tahoma" w:cs="Tahoma"/>
          <w:rtl/>
        </w:rPr>
        <w:t xml:space="preserve"> دربار قدرت ب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شتر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پ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دا</w:t>
      </w:r>
      <w:r w:rsidRPr="005E3C44">
        <w:rPr>
          <w:rFonts w:ascii="Tahoma" w:hAnsi="Tahoma" w:cs="Tahoma"/>
          <w:rtl/>
        </w:rPr>
        <w:t xml:space="preserve">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کردند</w:t>
      </w:r>
      <w:r w:rsidRPr="005E3C44">
        <w:rPr>
          <w:rFonts w:ascii="Tahoma" w:hAnsi="Tahoma" w:cs="Tahoma"/>
          <w:rtl/>
        </w:rPr>
        <w:t>. اما افزا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ش</w:t>
      </w:r>
      <w:r w:rsidRPr="005E3C44">
        <w:rPr>
          <w:rFonts w:ascii="Tahoma" w:hAnsi="Tahoma" w:cs="Tahoma"/>
          <w:rtl/>
        </w:rPr>
        <w:t xml:space="preserve"> قدرت وز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</w:t>
      </w:r>
      <w:r w:rsidRPr="005E3C44">
        <w:rPr>
          <w:rFonts w:ascii="Tahoma" w:hAnsi="Tahoma" w:cs="Tahoma"/>
          <w:rtl/>
        </w:rPr>
        <w:t xml:space="preserve"> 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ز</w:t>
      </w:r>
      <w:r w:rsidRPr="005E3C44">
        <w:rPr>
          <w:rFonts w:ascii="Tahoma" w:hAnsi="Tahoma" w:cs="Tahoma"/>
          <w:rtl/>
        </w:rPr>
        <w:t xml:space="preserve">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توانست</w:t>
      </w:r>
      <w:r w:rsidRPr="005E3C44">
        <w:rPr>
          <w:rFonts w:ascii="Tahoma" w:hAnsi="Tahoma" w:cs="Tahoma"/>
          <w:rtl/>
        </w:rPr>
        <w:t xml:space="preserve"> س</w:t>
      </w:r>
      <w:r w:rsidRPr="005E3C44">
        <w:rPr>
          <w:rFonts w:ascii="Tahoma" w:hAnsi="Tahoma" w:cs="Tahoma" w:hint="eastAsia"/>
          <w:rtl/>
        </w:rPr>
        <w:t>وءظن</w:t>
      </w:r>
      <w:r w:rsidRPr="005E3C44">
        <w:rPr>
          <w:rFonts w:ascii="Tahoma" w:hAnsi="Tahoma" w:cs="Tahoma"/>
          <w:rtl/>
        </w:rPr>
        <w:t xml:space="preserve"> شاه و دشمن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رق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بان</w:t>
      </w:r>
      <w:r w:rsidRPr="005E3C44">
        <w:rPr>
          <w:rFonts w:ascii="Tahoma" w:hAnsi="Tahoma" w:cs="Tahoma"/>
          <w:rtl/>
        </w:rPr>
        <w:t xml:space="preserve"> را برانگ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زد</w:t>
      </w:r>
      <w:r w:rsidRPr="005E3C44">
        <w:rPr>
          <w:rFonts w:ascii="Tahoma" w:hAnsi="Tahoma" w:cs="Tahoma"/>
          <w:rtl/>
        </w:rPr>
        <w:t>.</w:t>
      </w:r>
    </w:p>
    <w:p w:rsidR="005E3C44" w:rsidRPr="005E3C44" w:rsidRDefault="005E3C44" w:rsidP="005E3C4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E3C44">
        <w:rPr>
          <w:rFonts w:ascii="Tahoma" w:hAnsi="Tahoma" w:cs="Tahoma" w:hint="eastAsia"/>
          <w:rtl/>
        </w:rPr>
        <w:t>در</w:t>
      </w:r>
      <w:r w:rsidRPr="005E3C44">
        <w:rPr>
          <w:rFonts w:ascii="Tahoma" w:hAnsi="Tahoma" w:cs="Tahoma"/>
          <w:rtl/>
        </w:rPr>
        <w:t xml:space="preserve"> دورهٔ او، ساروتق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به مقام وزارت بزرگ رس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د</w:t>
      </w:r>
      <w:r w:rsidRPr="005E3C44">
        <w:rPr>
          <w:rFonts w:ascii="Tahoma" w:hAnsi="Tahoma" w:cs="Tahoma"/>
          <w:rtl/>
        </w:rPr>
        <w:t>. او از 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وانسالاران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بود که با سخت‌گ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در وصول درآمد و کنترل هز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نه‌ها</w:t>
      </w:r>
      <w:r w:rsidRPr="005E3C44">
        <w:rPr>
          <w:rFonts w:ascii="Tahoma" w:hAnsi="Tahoma" w:cs="Tahoma"/>
          <w:rtl/>
        </w:rPr>
        <w:t xml:space="preserve">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کوش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د</w:t>
      </w:r>
      <w:r w:rsidRPr="005E3C44">
        <w:rPr>
          <w:rFonts w:ascii="Tahoma" w:hAnsi="Tahoma" w:cs="Tahoma"/>
          <w:rtl/>
        </w:rPr>
        <w:t xml:space="preserve"> خزانه و حکومت مرکز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را 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رومند</w:t>
      </w:r>
      <w:r w:rsidRPr="005E3C44">
        <w:rPr>
          <w:rFonts w:ascii="Tahoma" w:hAnsi="Tahoma" w:cs="Tahoma"/>
          <w:rtl/>
        </w:rPr>
        <w:t xml:space="preserve"> سازد. قدرت او از قب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له</w:t>
      </w:r>
      <w:r w:rsidRPr="005E3C44">
        <w:rPr>
          <w:rFonts w:ascii="Tahoma" w:hAnsi="Tahoma" w:cs="Tahoma"/>
          <w:rtl/>
        </w:rPr>
        <w:t xml:space="preserve"> 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</w:t>
      </w:r>
      <w:r w:rsidRPr="005E3C44">
        <w:rPr>
          <w:rFonts w:ascii="Tahoma" w:hAnsi="Tahoma" w:cs="Tahoma"/>
          <w:rtl/>
        </w:rPr>
        <w:t xml:space="preserve"> قشون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شخص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نم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آمد؛</w:t>
      </w:r>
      <w:r w:rsidRPr="005E3C44">
        <w:rPr>
          <w:rFonts w:ascii="Tahoma" w:hAnsi="Tahoma" w:cs="Tahoma"/>
          <w:rtl/>
        </w:rPr>
        <w:t xml:space="preserve"> از دسترس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به شاه، شناخت 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وان</w:t>
      </w:r>
      <w:r w:rsidRPr="005E3C44">
        <w:rPr>
          <w:rFonts w:ascii="Tahoma" w:hAnsi="Tahoma" w:cs="Tahoma"/>
          <w:rtl/>
        </w:rPr>
        <w:t xml:space="preserve"> و توانا</w:t>
      </w:r>
      <w:r w:rsidRPr="005E3C44">
        <w:rPr>
          <w:rFonts w:ascii="Tahoma" w:hAnsi="Tahoma" w:cs="Tahoma" w:hint="cs"/>
          <w:rtl/>
        </w:rPr>
        <w:t>یی</w:t>
      </w:r>
      <w:r w:rsidRPr="005E3C44">
        <w:rPr>
          <w:rFonts w:ascii="Tahoma" w:hAnsi="Tahoma" w:cs="Tahoma"/>
          <w:rtl/>
        </w:rPr>
        <w:t xml:space="preserve"> ادارهٔ مال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سر</w:t>
      </w:r>
      <w:r w:rsidRPr="005E3C44">
        <w:rPr>
          <w:rFonts w:ascii="Tahoma" w:hAnsi="Tahoma" w:cs="Tahoma" w:hint="eastAsia"/>
          <w:rtl/>
        </w:rPr>
        <w:t>چشمه</w:t>
      </w:r>
      <w:r w:rsidRPr="005E3C44">
        <w:rPr>
          <w:rFonts w:ascii="Tahoma" w:hAnsi="Tahoma" w:cs="Tahoma"/>
          <w:rtl/>
        </w:rPr>
        <w:t xml:space="preserve">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گرفت</w:t>
      </w:r>
      <w:r w:rsidRPr="005E3C44">
        <w:rPr>
          <w:rFonts w:ascii="Tahoma" w:hAnsi="Tahoma" w:cs="Tahoma"/>
          <w:rtl/>
        </w:rPr>
        <w:t>.</w:t>
      </w:r>
    </w:p>
    <w:p w:rsidR="005E3C44" w:rsidRPr="005E3C44" w:rsidRDefault="005E3C44" w:rsidP="005E3C4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E3C44">
        <w:rPr>
          <w:rFonts w:ascii="Tahoma" w:hAnsi="Tahoma" w:cs="Tahoma" w:hint="eastAsia"/>
          <w:rtl/>
        </w:rPr>
        <w:t>ظهور</w:t>
      </w:r>
      <w:r w:rsidRPr="005E3C44">
        <w:rPr>
          <w:rFonts w:ascii="Tahoma" w:hAnsi="Tahoma" w:cs="Tahoma"/>
          <w:rtl/>
        </w:rPr>
        <w:t xml:space="preserve"> ساروتق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نشان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داد</w:t>
      </w:r>
      <w:r w:rsidRPr="005E3C44">
        <w:rPr>
          <w:rFonts w:ascii="Tahoma" w:hAnsi="Tahoma" w:cs="Tahoma"/>
          <w:rtl/>
        </w:rPr>
        <w:t xml:space="preserve"> که تمرکز دورهٔ شاه عباس، وز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</w:t>
      </w:r>
      <w:r w:rsidRPr="005E3C44">
        <w:rPr>
          <w:rFonts w:ascii="Tahoma" w:hAnsi="Tahoma" w:cs="Tahoma"/>
          <w:rtl/>
        </w:rPr>
        <w:t xml:space="preserve"> را به چه اندازه مهم کرده است. ولا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ت‌ها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خاصه، قشون مواجب‌بگ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ر،</w:t>
      </w:r>
      <w:r w:rsidRPr="005E3C44">
        <w:rPr>
          <w:rFonts w:ascii="Tahoma" w:hAnsi="Tahoma" w:cs="Tahoma"/>
          <w:rtl/>
        </w:rPr>
        <w:t xml:space="preserve"> دربار بزرگ و تجارت ز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</w:t>
      </w:r>
      <w:r w:rsidRPr="005E3C44">
        <w:rPr>
          <w:rFonts w:ascii="Tahoma" w:hAnsi="Tahoma" w:cs="Tahoma"/>
          <w:rtl/>
        </w:rPr>
        <w:t xml:space="preserve"> نظارت حکومت به هماهنگ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مرکز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از</w:t>
      </w:r>
      <w:r w:rsidRPr="005E3C44">
        <w:rPr>
          <w:rFonts w:ascii="Tahoma" w:hAnsi="Tahoma" w:cs="Tahoma"/>
          <w:rtl/>
        </w:rPr>
        <w:t xml:space="preserve"> داشتند. وز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</w:t>
      </w:r>
      <w:r w:rsidRPr="005E3C44">
        <w:rPr>
          <w:rFonts w:ascii="Tahoma" w:hAnsi="Tahoma" w:cs="Tahoma"/>
          <w:rtl/>
        </w:rPr>
        <w:t xml:space="preserve"> با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د</w:t>
      </w:r>
      <w:r w:rsidRPr="005E3C44">
        <w:rPr>
          <w:rFonts w:ascii="Tahoma" w:hAnsi="Tahoma" w:cs="Tahoma"/>
          <w:rtl/>
        </w:rPr>
        <w:t xml:space="preserve"> درآمد را بشناسد، هز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نه‌ها</w:t>
      </w:r>
      <w:r w:rsidRPr="005E3C44">
        <w:rPr>
          <w:rFonts w:ascii="Tahoma" w:hAnsi="Tahoma" w:cs="Tahoma"/>
          <w:rtl/>
        </w:rPr>
        <w:t xml:space="preserve"> را تنظ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م</w:t>
      </w:r>
      <w:r w:rsidRPr="005E3C44">
        <w:rPr>
          <w:rFonts w:ascii="Tahoma" w:hAnsi="Tahoma" w:cs="Tahoma"/>
          <w:rtl/>
        </w:rPr>
        <w:t xml:space="preserve"> کند، مأموران را ز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</w:t>
      </w:r>
      <w:r w:rsidRPr="005E3C44">
        <w:rPr>
          <w:rFonts w:ascii="Tahoma" w:hAnsi="Tahoma" w:cs="Tahoma"/>
          <w:rtl/>
        </w:rPr>
        <w:t xml:space="preserve"> نظر بگ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رد</w:t>
      </w:r>
      <w:r w:rsidRPr="005E3C44">
        <w:rPr>
          <w:rFonts w:ascii="Tahoma" w:hAnsi="Tahoma" w:cs="Tahoma"/>
          <w:rtl/>
        </w:rPr>
        <w:t xml:space="preserve"> و فرمان‌ها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شاه را به عمل تبد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ل</w:t>
      </w:r>
      <w:r w:rsidRPr="005E3C44">
        <w:rPr>
          <w:rFonts w:ascii="Tahoma" w:hAnsi="Tahoma" w:cs="Tahoma"/>
          <w:rtl/>
        </w:rPr>
        <w:t xml:space="preserve"> سازد.</w:t>
      </w:r>
    </w:p>
    <w:p w:rsidR="005E3C44" w:rsidRPr="005E3C44" w:rsidRDefault="005E3C44" w:rsidP="005E3C4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E3C44">
        <w:rPr>
          <w:rFonts w:ascii="Tahoma" w:hAnsi="Tahoma" w:cs="Tahoma" w:hint="eastAsia"/>
          <w:rtl/>
        </w:rPr>
        <w:t>اما</w:t>
      </w:r>
      <w:r w:rsidRPr="005E3C44">
        <w:rPr>
          <w:rFonts w:ascii="Tahoma" w:hAnsi="Tahoma" w:cs="Tahoma"/>
          <w:rtl/>
        </w:rPr>
        <w:t xml:space="preserve"> سخت‌گ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مال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هم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شه</w:t>
      </w:r>
      <w:r w:rsidRPr="005E3C44">
        <w:rPr>
          <w:rFonts w:ascii="Tahoma" w:hAnsi="Tahoma" w:cs="Tahoma"/>
          <w:rtl/>
        </w:rPr>
        <w:t xml:space="preserve"> به معنا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عدالت 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</w:t>
      </w:r>
      <w:r w:rsidRPr="005E3C44">
        <w:rPr>
          <w:rFonts w:ascii="Tahoma" w:hAnsi="Tahoma" w:cs="Tahoma"/>
          <w:rtl/>
        </w:rPr>
        <w:t xml:space="preserve"> آبادان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نبود. مأمور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که موظف بود درآمد ب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شتر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به خزانه بفرستد ممکن بود فشار را بر کشاورزان، پ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شه‌وران</w:t>
      </w:r>
      <w:r w:rsidRPr="005E3C44">
        <w:rPr>
          <w:rFonts w:ascii="Tahoma" w:hAnsi="Tahoma" w:cs="Tahoma"/>
          <w:rtl/>
        </w:rPr>
        <w:t xml:space="preserve"> و بازرگانان افزا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ش</w:t>
      </w:r>
      <w:r w:rsidRPr="005E3C44">
        <w:rPr>
          <w:rFonts w:ascii="Tahoma" w:hAnsi="Tahoma" w:cs="Tahoma"/>
          <w:rtl/>
        </w:rPr>
        <w:t xml:space="preserve"> دهد. حکومت مرکز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رقم درآمد را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د،</w:t>
      </w:r>
      <w:r w:rsidRPr="005E3C44">
        <w:rPr>
          <w:rFonts w:ascii="Tahoma" w:hAnsi="Tahoma" w:cs="Tahoma"/>
          <w:rtl/>
        </w:rPr>
        <w:t xml:space="preserve"> ول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هم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شه</w:t>
      </w:r>
      <w:r w:rsidRPr="005E3C44">
        <w:rPr>
          <w:rFonts w:ascii="Tahoma" w:hAnsi="Tahoma" w:cs="Tahoma"/>
          <w:rtl/>
        </w:rPr>
        <w:t xml:space="preserve"> از بها</w:t>
      </w:r>
      <w:r w:rsidRPr="005E3C44">
        <w:rPr>
          <w:rFonts w:ascii="Tahoma" w:hAnsi="Tahoma" w:cs="Tahoma" w:hint="cs"/>
          <w:rtl/>
        </w:rPr>
        <w:t>یی</w:t>
      </w:r>
      <w:r w:rsidRPr="005E3C44">
        <w:rPr>
          <w:rFonts w:ascii="Tahoma" w:hAnsi="Tahoma" w:cs="Tahoma"/>
          <w:rtl/>
        </w:rPr>
        <w:t xml:space="preserve"> که مردم برا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فراهم‌کردن آن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پرداختند</w:t>
      </w:r>
      <w:r w:rsidRPr="005E3C44">
        <w:rPr>
          <w:rFonts w:ascii="Tahoma" w:hAnsi="Tahoma" w:cs="Tahoma"/>
          <w:rtl/>
        </w:rPr>
        <w:t xml:space="preserve"> آگاه نبود. اگر مأموران محل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برا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جلب رضا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ت</w:t>
      </w:r>
      <w:r w:rsidRPr="005E3C44">
        <w:rPr>
          <w:rFonts w:ascii="Tahoma" w:hAnsi="Tahoma" w:cs="Tahoma"/>
          <w:rtl/>
        </w:rPr>
        <w:t xml:space="preserve"> وز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</w:t>
      </w:r>
      <w:r w:rsidRPr="005E3C44">
        <w:rPr>
          <w:rFonts w:ascii="Tahoma" w:hAnsi="Tahoma" w:cs="Tahoma"/>
          <w:rtl/>
        </w:rPr>
        <w:t xml:space="preserve"> و شاه، مال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ات</w:t>
      </w:r>
      <w:r w:rsidRPr="005E3C44">
        <w:rPr>
          <w:rFonts w:ascii="Tahoma" w:hAnsi="Tahoma" w:cs="Tahoma"/>
          <w:rtl/>
        </w:rPr>
        <w:t xml:space="preserve"> ب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شتر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وصول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کردند،</w:t>
      </w:r>
      <w:r w:rsidRPr="005E3C44">
        <w:rPr>
          <w:rFonts w:ascii="Tahoma" w:hAnsi="Tahoma" w:cs="Tahoma"/>
          <w:rtl/>
        </w:rPr>
        <w:t xml:space="preserve"> توان تول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کشور در درازمدت آس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ب</w:t>
      </w:r>
      <w:r w:rsidRPr="005E3C44">
        <w:rPr>
          <w:rFonts w:ascii="Tahoma" w:hAnsi="Tahoma" w:cs="Tahoma"/>
          <w:rtl/>
        </w:rPr>
        <w:t xml:space="preserve">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د</w:t>
      </w:r>
      <w:r w:rsidRPr="005E3C44">
        <w:rPr>
          <w:rFonts w:ascii="Tahoma" w:hAnsi="Tahoma" w:cs="Tahoma"/>
          <w:rtl/>
        </w:rPr>
        <w:t>.</w:t>
      </w:r>
    </w:p>
    <w:p w:rsidR="005E3C44" w:rsidRPr="005E3C44" w:rsidRDefault="005E3C44" w:rsidP="005E3C4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E3C44">
        <w:rPr>
          <w:rFonts w:ascii="Tahoma" w:hAnsi="Tahoma" w:cs="Tahoma" w:hint="eastAsia"/>
          <w:rtl/>
        </w:rPr>
        <w:t>تمرکز</w:t>
      </w:r>
      <w:r w:rsidRPr="005E3C44">
        <w:rPr>
          <w:rFonts w:ascii="Tahoma" w:hAnsi="Tahoma" w:cs="Tahoma"/>
          <w:rtl/>
        </w:rPr>
        <w:t xml:space="preserve"> دستگاه اطلاعات را به بالا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فرستاد،</w:t>
      </w:r>
      <w:r w:rsidRPr="005E3C44">
        <w:rPr>
          <w:rFonts w:ascii="Tahoma" w:hAnsi="Tahoma" w:cs="Tahoma"/>
          <w:rtl/>
        </w:rPr>
        <w:t xml:space="preserve"> اما ترس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توانست</w:t>
      </w:r>
      <w:r w:rsidRPr="005E3C44">
        <w:rPr>
          <w:rFonts w:ascii="Tahoma" w:hAnsi="Tahoma" w:cs="Tahoma"/>
          <w:rtl/>
        </w:rPr>
        <w:t xml:space="preserve"> همان اطلاعات را تحر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ف</w:t>
      </w:r>
      <w:r w:rsidRPr="005E3C44">
        <w:rPr>
          <w:rFonts w:ascii="Tahoma" w:hAnsi="Tahoma" w:cs="Tahoma"/>
          <w:rtl/>
        </w:rPr>
        <w:t xml:space="preserve"> کند. حاکم 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</w:t>
      </w:r>
      <w:r w:rsidRPr="005E3C44">
        <w:rPr>
          <w:rFonts w:ascii="Tahoma" w:hAnsi="Tahoma" w:cs="Tahoma"/>
          <w:rtl/>
        </w:rPr>
        <w:t xml:space="preserve"> مأمور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که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ترس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د</w:t>
      </w:r>
      <w:r w:rsidRPr="005E3C44">
        <w:rPr>
          <w:rFonts w:ascii="Tahoma" w:hAnsi="Tahoma" w:cs="Tahoma"/>
          <w:rtl/>
        </w:rPr>
        <w:t xml:space="preserve"> گزارش کمبود درآمد 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</w:t>
      </w:r>
      <w:r w:rsidRPr="005E3C44">
        <w:rPr>
          <w:rFonts w:ascii="Tahoma" w:hAnsi="Tahoma" w:cs="Tahoma"/>
          <w:rtl/>
        </w:rPr>
        <w:t xml:space="preserve"> ضعف قشون به برکنار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اش</w:t>
      </w:r>
      <w:r w:rsidRPr="005E3C44">
        <w:rPr>
          <w:rFonts w:ascii="Tahoma" w:hAnsi="Tahoma" w:cs="Tahoma"/>
          <w:rtl/>
        </w:rPr>
        <w:t xml:space="preserve"> ب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نجامد،</w:t>
      </w:r>
      <w:r w:rsidRPr="005E3C44">
        <w:rPr>
          <w:rFonts w:ascii="Tahoma" w:hAnsi="Tahoma" w:cs="Tahoma"/>
          <w:rtl/>
        </w:rPr>
        <w:t xml:space="preserve"> ممکن بود واقع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ت</w:t>
      </w:r>
      <w:r w:rsidRPr="005E3C44">
        <w:rPr>
          <w:rFonts w:ascii="Tahoma" w:hAnsi="Tahoma" w:cs="Tahoma"/>
          <w:rtl/>
        </w:rPr>
        <w:t xml:space="preserve"> را پنهان کند. شاه و وز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</w:t>
      </w:r>
      <w:r w:rsidRPr="005E3C44">
        <w:rPr>
          <w:rFonts w:ascii="Tahoma" w:hAnsi="Tahoma" w:cs="Tahoma"/>
          <w:rtl/>
        </w:rPr>
        <w:t xml:space="preserve"> در مرکز با دفترها</w:t>
      </w:r>
      <w:r w:rsidRPr="005E3C44">
        <w:rPr>
          <w:rFonts w:ascii="Tahoma" w:hAnsi="Tahoma" w:cs="Tahoma" w:hint="cs"/>
          <w:rtl/>
        </w:rPr>
        <w:t>یی</w:t>
      </w:r>
      <w:r w:rsidRPr="005E3C44">
        <w:rPr>
          <w:rFonts w:ascii="Tahoma" w:hAnsi="Tahoma" w:cs="Tahoma"/>
          <w:rtl/>
        </w:rPr>
        <w:t xml:space="preserve"> منظم روبه‌رو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شدند،</w:t>
      </w:r>
      <w:r w:rsidRPr="005E3C44">
        <w:rPr>
          <w:rFonts w:ascii="Tahoma" w:hAnsi="Tahoma" w:cs="Tahoma"/>
          <w:rtl/>
        </w:rPr>
        <w:t xml:space="preserve"> ول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ن</w:t>
      </w:r>
      <w:r w:rsidRPr="005E3C44">
        <w:rPr>
          <w:rFonts w:ascii="Tahoma" w:hAnsi="Tahoma" w:cs="Tahoma" w:hint="eastAsia"/>
          <w:rtl/>
        </w:rPr>
        <w:t>ظم</w:t>
      </w:r>
      <w:r w:rsidRPr="005E3C44">
        <w:rPr>
          <w:rFonts w:ascii="Tahoma" w:hAnsi="Tahoma" w:cs="Tahoma"/>
          <w:rtl/>
        </w:rPr>
        <w:t xml:space="preserve"> دفتر الزاماً به معنا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سلامت روستا، شهر 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</w:t>
      </w:r>
      <w:r w:rsidRPr="005E3C44">
        <w:rPr>
          <w:rFonts w:ascii="Tahoma" w:hAnsi="Tahoma" w:cs="Tahoma"/>
          <w:rtl/>
        </w:rPr>
        <w:t xml:space="preserve"> قشون نبود.</w:t>
      </w:r>
    </w:p>
    <w:p w:rsidR="005E3C44" w:rsidRPr="005E3C44" w:rsidRDefault="005E3C44" w:rsidP="005E3C4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E3C44">
        <w:rPr>
          <w:rFonts w:ascii="Tahoma" w:hAnsi="Tahoma" w:cs="Tahoma" w:hint="eastAsia"/>
          <w:rtl/>
        </w:rPr>
        <w:t>در</w:t>
      </w:r>
      <w:r w:rsidRPr="005E3C44">
        <w:rPr>
          <w:rFonts w:ascii="Tahoma" w:hAnsi="Tahoma" w:cs="Tahoma"/>
          <w:rtl/>
        </w:rPr>
        <w:t xml:space="preserve"> هم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</w:t>
      </w:r>
      <w:r w:rsidRPr="005E3C44">
        <w:rPr>
          <w:rFonts w:ascii="Tahoma" w:hAnsi="Tahoma" w:cs="Tahoma"/>
          <w:rtl/>
        </w:rPr>
        <w:t xml:space="preserve"> زمان، دشمنان خارج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ضعف ناش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از انتقال قدرت و تصف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هٔ</w:t>
      </w:r>
      <w:r w:rsidRPr="005E3C44">
        <w:rPr>
          <w:rFonts w:ascii="Tahoma" w:hAnsi="Tahoma" w:cs="Tahoma"/>
          <w:rtl/>
        </w:rPr>
        <w:t xml:space="preserve"> فرماندهان را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آزمودند</w:t>
      </w:r>
      <w:r w:rsidRPr="005E3C44">
        <w:rPr>
          <w:rFonts w:ascii="Tahoma" w:hAnsi="Tahoma" w:cs="Tahoma"/>
          <w:rtl/>
        </w:rPr>
        <w:t>. عثمان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ان</w:t>
      </w:r>
      <w:r w:rsidRPr="005E3C44">
        <w:rPr>
          <w:rFonts w:ascii="Tahoma" w:hAnsi="Tahoma" w:cs="Tahoma"/>
          <w:rtl/>
        </w:rPr>
        <w:t xml:space="preserve"> هنوز بغداد را که شاه عباس تصرف کرده بود هدف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مهم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دانستند</w:t>
      </w:r>
      <w:r w:rsidRPr="005E3C44">
        <w:rPr>
          <w:rFonts w:ascii="Tahoma" w:hAnsi="Tahoma" w:cs="Tahoma"/>
          <w:rtl/>
        </w:rPr>
        <w:t>. بغداد از نظر راهبرد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،</w:t>
      </w:r>
      <w:r w:rsidRPr="005E3C44">
        <w:rPr>
          <w:rFonts w:ascii="Tahoma" w:hAnsi="Tahoma" w:cs="Tahoma"/>
          <w:rtl/>
        </w:rPr>
        <w:t xml:space="preserve"> تجار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و مذهب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اهم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ت</w:t>
      </w:r>
      <w:r w:rsidRPr="005E3C44">
        <w:rPr>
          <w:rFonts w:ascii="Tahoma" w:hAnsi="Tahoma" w:cs="Tahoma"/>
          <w:rtl/>
        </w:rPr>
        <w:t xml:space="preserve"> داشت. تسلط بر آن، دسترس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به عراق و ز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ارتگاه‌ها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مهم ش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عه</w:t>
      </w:r>
      <w:r w:rsidRPr="005E3C44">
        <w:rPr>
          <w:rFonts w:ascii="Tahoma" w:hAnsi="Tahoma" w:cs="Tahoma"/>
          <w:rtl/>
        </w:rPr>
        <w:t xml:space="preserve"> را در اخت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ار</w:t>
      </w:r>
      <w:r w:rsidRPr="005E3C44">
        <w:rPr>
          <w:rFonts w:ascii="Tahoma" w:hAnsi="Tahoma" w:cs="Tahoma"/>
          <w:rtl/>
        </w:rPr>
        <w:t xml:space="preserve"> حکومت صفو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قرار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داد</w:t>
      </w:r>
      <w:r w:rsidRPr="005E3C44">
        <w:rPr>
          <w:rFonts w:ascii="Tahoma" w:hAnsi="Tahoma" w:cs="Tahoma"/>
          <w:rtl/>
        </w:rPr>
        <w:t xml:space="preserve"> و در همان حال، عثمان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ان</w:t>
      </w:r>
      <w:r w:rsidRPr="005E3C44">
        <w:rPr>
          <w:rFonts w:ascii="Tahoma" w:hAnsi="Tahoma" w:cs="Tahoma"/>
          <w:rtl/>
        </w:rPr>
        <w:t xml:space="preserve"> را از 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ک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از مراکز اصل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منطقه دور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کرد</w:t>
      </w:r>
      <w:r w:rsidRPr="005E3C44">
        <w:rPr>
          <w:rFonts w:ascii="Tahoma" w:hAnsi="Tahoma" w:cs="Tahoma"/>
          <w:rtl/>
        </w:rPr>
        <w:t>.</w:t>
      </w:r>
    </w:p>
    <w:p w:rsidR="005E3C44" w:rsidRPr="005E3C44" w:rsidRDefault="005E3C44" w:rsidP="005E3C4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E3C44">
        <w:rPr>
          <w:rFonts w:ascii="Tahoma" w:hAnsi="Tahoma" w:cs="Tahoma" w:hint="eastAsia"/>
          <w:rtl/>
        </w:rPr>
        <w:t>شاه</w:t>
      </w:r>
      <w:r w:rsidRPr="005E3C44">
        <w:rPr>
          <w:rFonts w:ascii="Tahoma" w:hAnsi="Tahoma" w:cs="Tahoma"/>
          <w:rtl/>
        </w:rPr>
        <w:t xml:space="preserve"> صف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در آغاز سلطنت با جنگ در غرب روبه‌رو شد. حکومت هنوز از قشون و منابع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که شاه عباس ساخته بود برخوردار بود، اما فرمانده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و هماهنگ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آن به اندازهٔ گذشته استوار نبود. تصف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هٔ</w:t>
      </w:r>
      <w:r w:rsidRPr="005E3C44">
        <w:rPr>
          <w:rFonts w:ascii="Tahoma" w:hAnsi="Tahoma" w:cs="Tahoma"/>
          <w:rtl/>
        </w:rPr>
        <w:t xml:space="preserve"> رجال و ب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اعتماد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دربار، توان استفاده از 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</w:t>
      </w:r>
      <w:r w:rsidRPr="005E3C44">
        <w:rPr>
          <w:rFonts w:ascii="Tahoma" w:hAnsi="Tahoma" w:cs="Tahoma"/>
          <w:rtl/>
        </w:rPr>
        <w:t xml:space="preserve"> منابع را کاهش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داد</w:t>
      </w:r>
      <w:r w:rsidRPr="005E3C44">
        <w:rPr>
          <w:rFonts w:ascii="Tahoma" w:hAnsi="Tahoma" w:cs="Tahoma"/>
          <w:rtl/>
        </w:rPr>
        <w:t>.</w:t>
      </w:r>
    </w:p>
    <w:p w:rsidR="005E3C44" w:rsidRPr="005E3C44" w:rsidRDefault="005E3C44" w:rsidP="005E3C4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E3C44">
        <w:rPr>
          <w:rFonts w:ascii="Tahoma" w:hAnsi="Tahoma" w:cs="Tahoma" w:hint="eastAsia"/>
          <w:rtl/>
        </w:rPr>
        <w:t>در</w:t>
      </w:r>
      <w:r w:rsidRPr="005E3C44">
        <w:rPr>
          <w:rFonts w:ascii="Tahoma" w:hAnsi="Tahoma" w:cs="Tahoma"/>
          <w:rtl/>
        </w:rPr>
        <w:t xml:space="preserve"> سال </w:t>
      </w:r>
      <w:r w:rsidRPr="005E3C44">
        <w:rPr>
          <w:rFonts w:ascii="Tahoma" w:hAnsi="Tahoma" w:cs="Tahoma"/>
          <w:rtl/>
          <w:lang w:bidi="fa-IR"/>
        </w:rPr>
        <w:t>۱۶۳۸</w:t>
      </w:r>
      <w:r w:rsidRPr="005E3C44">
        <w:rPr>
          <w:rFonts w:ascii="Tahoma" w:hAnsi="Tahoma" w:cs="Tahoma"/>
          <w:rtl/>
        </w:rPr>
        <w:t xml:space="preserve"> 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لاد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،</w:t>
      </w:r>
      <w:r w:rsidRPr="005E3C44">
        <w:rPr>
          <w:rFonts w:ascii="Tahoma" w:hAnsi="Tahoma" w:cs="Tahoma"/>
          <w:rtl/>
        </w:rPr>
        <w:t xml:space="preserve"> سلطان مراد چهارم عثمان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با 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رو</w:t>
      </w:r>
      <w:r w:rsidRPr="005E3C44">
        <w:rPr>
          <w:rFonts w:ascii="Tahoma" w:hAnsi="Tahoma" w:cs="Tahoma" w:hint="cs"/>
          <w:rtl/>
        </w:rPr>
        <w:t>یی</w:t>
      </w:r>
      <w:r w:rsidRPr="005E3C44">
        <w:rPr>
          <w:rFonts w:ascii="Tahoma" w:hAnsi="Tahoma" w:cs="Tahoma"/>
          <w:rtl/>
        </w:rPr>
        <w:t xml:space="preserve"> بزرگ به بغداد حمله کرد. شهر پس از محاصره سقوط کرد و حکومت صفو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نتوانست آن را بازپس 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رد</w:t>
      </w:r>
      <w:r w:rsidRPr="005E3C44">
        <w:rPr>
          <w:rFonts w:ascii="Tahoma" w:hAnsi="Tahoma" w:cs="Tahoma"/>
          <w:rtl/>
        </w:rPr>
        <w:t xml:space="preserve">. از دست رفتن بغداد 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ک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از مهم‌تر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</w:t>
      </w:r>
      <w:r w:rsidRPr="005E3C44">
        <w:rPr>
          <w:rFonts w:ascii="Tahoma" w:hAnsi="Tahoma" w:cs="Tahoma"/>
          <w:rtl/>
        </w:rPr>
        <w:t xml:space="preserve"> عقب‌نش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ها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دورهٔ شاه صف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بود.</w:t>
      </w:r>
    </w:p>
    <w:p w:rsidR="005E3C44" w:rsidRPr="005E3C44" w:rsidRDefault="005E3C44" w:rsidP="005E3C4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E3C44">
        <w:rPr>
          <w:rFonts w:ascii="Tahoma" w:hAnsi="Tahoma" w:cs="Tahoma" w:hint="eastAsia"/>
          <w:rtl/>
        </w:rPr>
        <w:t>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</w:t>
      </w:r>
      <w:r w:rsidRPr="005E3C44">
        <w:rPr>
          <w:rFonts w:ascii="Tahoma" w:hAnsi="Tahoma" w:cs="Tahoma"/>
          <w:rtl/>
        </w:rPr>
        <w:t xml:space="preserve"> شکست را نم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توان</w:t>
      </w:r>
      <w:r w:rsidRPr="005E3C44">
        <w:rPr>
          <w:rFonts w:ascii="Tahoma" w:hAnsi="Tahoma" w:cs="Tahoma"/>
          <w:rtl/>
        </w:rPr>
        <w:t xml:space="preserve"> فقط به ناتوان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شخص شاه نسبت داد. فاصلهٔ بغداد از مرکز صفو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،</w:t>
      </w:r>
      <w:r w:rsidRPr="005E3C44">
        <w:rPr>
          <w:rFonts w:ascii="Tahoma" w:hAnsi="Tahoma" w:cs="Tahoma"/>
          <w:rtl/>
        </w:rPr>
        <w:t xml:space="preserve"> توان نظام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عثمان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ان،</w:t>
      </w:r>
      <w:r w:rsidRPr="005E3C44">
        <w:rPr>
          <w:rFonts w:ascii="Tahoma" w:hAnsi="Tahoma" w:cs="Tahoma"/>
          <w:rtl/>
        </w:rPr>
        <w:t xml:space="preserve"> دشوار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تدارکات و کشمکش 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رپا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دو حکومت در نت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جه</w:t>
      </w:r>
      <w:r w:rsidRPr="005E3C44">
        <w:rPr>
          <w:rFonts w:ascii="Tahoma" w:hAnsi="Tahoma" w:cs="Tahoma"/>
          <w:rtl/>
        </w:rPr>
        <w:t xml:space="preserve"> نقش داشتند. اما ضعف فرمانده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و حذف رجال باتجربه 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ز</w:t>
      </w:r>
      <w:r w:rsidRPr="005E3C44">
        <w:rPr>
          <w:rFonts w:ascii="Tahoma" w:hAnsi="Tahoma" w:cs="Tahoma"/>
          <w:rtl/>
        </w:rPr>
        <w:t xml:space="preserve"> امکان پاسخ مؤثر را کاهش داده بود. ساختمان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که شاه عباس با اتکا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فراوان به شخص خود اداره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کرد،</w:t>
      </w:r>
      <w:r w:rsidRPr="005E3C44">
        <w:rPr>
          <w:rFonts w:ascii="Tahoma" w:hAnsi="Tahoma" w:cs="Tahoma"/>
          <w:rtl/>
        </w:rPr>
        <w:t xml:space="preserve"> بدون او همان توان را نشان نم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داد</w:t>
      </w:r>
      <w:r w:rsidRPr="005E3C44">
        <w:rPr>
          <w:rFonts w:ascii="Tahoma" w:hAnsi="Tahoma" w:cs="Tahoma"/>
          <w:rtl/>
        </w:rPr>
        <w:t>.</w:t>
      </w:r>
    </w:p>
    <w:p w:rsidR="005E3C44" w:rsidRPr="005E3C44" w:rsidRDefault="005E3C44" w:rsidP="005E3C4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E3C44">
        <w:rPr>
          <w:rFonts w:ascii="Tahoma" w:hAnsi="Tahoma" w:cs="Tahoma" w:hint="eastAsia"/>
          <w:rtl/>
        </w:rPr>
        <w:t>پس</w:t>
      </w:r>
      <w:r w:rsidRPr="005E3C44">
        <w:rPr>
          <w:rFonts w:ascii="Tahoma" w:hAnsi="Tahoma" w:cs="Tahoma"/>
          <w:rtl/>
        </w:rPr>
        <w:t xml:space="preserve"> از سقوط بغداد، هر دو حکومت بار 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گر</w:t>
      </w:r>
      <w:r w:rsidRPr="005E3C44">
        <w:rPr>
          <w:rFonts w:ascii="Tahoma" w:hAnsi="Tahoma" w:cs="Tahoma"/>
          <w:rtl/>
        </w:rPr>
        <w:t xml:space="preserve"> با محدود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ت</w:t>
      </w:r>
      <w:r w:rsidRPr="005E3C44">
        <w:rPr>
          <w:rFonts w:ascii="Tahoma" w:hAnsi="Tahoma" w:cs="Tahoma"/>
          <w:rtl/>
        </w:rPr>
        <w:t xml:space="preserve"> قدرت خود روبه‌رو شدند. عثمان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ان</w:t>
      </w:r>
      <w:r w:rsidRPr="005E3C44">
        <w:rPr>
          <w:rFonts w:ascii="Tahoma" w:hAnsi="Tahoma" w:cs="Tahoma"/>
          <w:rtl/>
        </w:rPr>
        <w:t xml:space="preserve"> توانسته بودند شهر را بگ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رند،</w:t>
      </w:r>
      <w:r w:rsidRPr="005E3C44">
        <w:rPr>
          <w:rFonts w:ascii="Tahoma" w:hAnsi="Tahoma" w:cs="Tahoma"/>
          <w:rtl/>
        </w:rPr>
        <w:t xml:space="preserve"> اما ادامهٔ جنگ در مناطق کوهستان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و درون 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ران</w:t>
      </w:r>
      <w:r w:rsidRPr="005E3C44">
        <w:rPr>
          <w:rFonts w:ascii="Tahoma" w:hAnsi="Tahoma" w:cs="Tahoma"/>
          <w:rtl/>
        </w:rPr>
        <w:t xml:space="preserve"> برا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شان</w:t>
      </w:r>
      <w:r w:rsidRPr="005E3C44">
        <w:rPr>
          <w:rFonts w:ascii="Tahoma" w:hAnsi="Tahoma" w:cs="Tahoma"/>
          <w:rtl/>
        </w:rPr>
        <w:t xml:space="preserve"> پرهز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نه</w:t>
      </w:r>
      <w:r w:rsidRPr="005E3C44">
        <w:rPr>
          <w:rFonts w:ascii="Tahoma" w:hAnsi="Tahoma" w:cs="Tahoma"/>
          <w:rtl/>
        </w:rPr>
        <w:t xml:space="preserve"> بود. صفو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ان</w:t>
      </w:r>
      <w:r w:rsidRPr="005E3C44">
        <w:rPr>
          <w:rFonts w:ascii="Tahoma" w:hAnsi="Tahoma" w:cs="Tahoma"/>
          <w:rtl/>
        </w:rPr>
        <w:t xml:space="preserve"> 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ز</w:t>
      </w:r>
      <w:r w:rsidRPr="005E3C44">
        <w:rPr>
          <w:rFonts w:ascii="Tahoma" w:hAnsi="Tahoma" w:cs="Tahoma"/>
          <w:rtl/>
        </w:rPr>
        <w:t xml:space="preserve"> 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رو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لازم برا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بازپس‌گ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فور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بغداد را نداشتند. جنگ ب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شتر</w:t>
      </w:r>
      <w:r w:rsidRPr="005E3C44">
        <w:rPr>
          <w:rFonts w:ascii="Tahoma" w:hAnsi="Tahoma" w:cs="Tahoma"/>
          <w:rtl/>
        </w:rPr>
        <w:t xml:space="preserve">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توانست</w:t>
      </w:r>
      <w:r w:rsidRPr="005E3C44">
        <w:rPr>
          <w:rFonts w:ascii="Tahoma" w:hAnsi="Tahoma" w:cs="Tahoma"/>
          <w:rtl/>
        </w:rPr>
        <w:t xml:space="preserve"> هر دو طرف را فرسوده کند.</w:t>
      </w:r>
    </w:p>
    <w:p w:rsidR="005E3C44" w:rsidRPr="005E3C44" w:rsidRDefault="005E3C44" w:rsidP="005E3C4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E3C44">
        <w:rPr>
          <w:rFonts w:ascii="Tahoma" w:hAnsi="Tahoma" w:cs="Tahoma" w:hint="eastAsia"/>
          <w:rtl/>
        </w:rPr>
        <w:t>پ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مان</w:t>
      </w:r>
      <w:r w:rsidRPr="005E3C44">
        <w:rPr>
          <w:rFonts w:ascii="Tahoma" w:hAnsi="Tahoma" w:cs="Tahoma"/>
          <w:rtl/>
        </w:rPr>
        <w:t xml:space="preserve"> زهاب، 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</w:t>
      </w:r>
      <w:r w:rsidRPr="005E3C44">
        <w:rPr>
          <w:rFonts w:ascii="Tahoma" w:hAnsi="Tahoma" w:cs="Tahoma"/>
          <w:rtl/>
        </w:rPr>
        <w:t xml:space="preserve"> پ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مان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که در سال </w:t>
      </w:r>
      <w:r w:rsidRPr="005E3C44">
        <w:rPr>
          <w:rFonts w:ascii="Tahoma" w:hAnsi="Tahoma" w:cs="Tahoma"/>
          <w:rtl/>
          <w:lang w:bidi="fa-IR"/>
        </w:rPr>
        <w:t>۱۶۳۹</w:t>
      </w:r>
      <w:r w:rsidRPr="005E3C44">
        <w:rPr>
          <w:rFonts w:ascii="Tahoma" w:hAnsi="Tahoma" w:cs="Tahoma"/>
          <w:rtl/>
        </w:rPr>
        <w:t xml:space="preserve"> 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لاد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ان</w:t>
      </w:r>
      <w:r w:rsidRPr="005E3C44">
        <w:rPr>
          <w:rFonts w:ascii="Tahoma" w:hAnsi="Tahoma" w:cs="Tahoma"/>
          <w:rtl/>
        </w:rPr>
        <w:t xml:space="preserve"> دو حکومت بسته شد، به جنگ پا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ان</w:t>
      </w:r>
      <w:r w:rsidRPr="005E3C44">
        <w:rPr>
          <w:rFonts w:ascii="Tahoma" w:hAnsi="Tahoma" w:cs="Tahoma"/>
          <w:rtl/>
        </w:rPr>
        <w:t xml:space="preserve"> داد و مرز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نسبتاً پا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دارتر</w:t>
      </w:r>
      <w:r w:rsidRPr="005E3C44">
        <w:rPr>
          <w:rFonts w:ascii="Tahoma" w:hAnsi="Tahoma" w:cs="Tahoma"/>
          <w:rtl/>
        </w:rPr>
        <w:t xml:space="preserve"> پد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د</w:t>
      </w:r>
      <w:r w:rsidRPr="005E3C44">
        <w:rPr>
          <w:rFonts w:ascii="Tahoma" w:hAnsi="Tahoma" w:cs="Tahoma"/>
          <w:rtl/>
        </w:rPr>
        <w:t xml:space="preserve"> آورد. بغداد و بخش عمدهٔ عراق عرب در اخت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ار</w:t>
      </w:r>
      <w:r w:rsidRPr="005E3C44">
        <w:rPr>
          <w:rFonts w:ascii="Tahoma" w:hAnsi="Tahoma" w:cs="Tahoma"/>
          <w:rtl/>
        </w:rPr>
        <w:t xml:space="preserve"> عثمان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ان</w:t>
      </w:r>
      <w:r w:rsidRPr="005E3C44">
        <w:rPr>
          <w:rFonts w:ascii="Tahoma" w:hAnsi="Tahoma" w:cs="Tahoma"/>
          <w:rtl/>
        </w:rPr>
        <w:t xml:space="preserve"> باق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ماند و حکومت صفو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حاکم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ت</w:t>
      </w:r>
      <w:r w:rsidRPr="005E3C44">
        <w:rPr>
          <w:rFonts w:ascii="Tahoma" w:hAnsi="Tahoma" w:cs="Tahoma"/>
          <w:rtl/>
        </w:rPr>
        <w:t xml:space="preserve"> خود را بر سرزم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ن‌ها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اصل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ران</w:t>
      </w:r>
      <w:r w:rsidRPr="005E3C44">
        <w:rPr>
          <w:rFonts w:ascii="Tahoma" w:hAnsi="Tahoma" w:cs="Tahoma"/>
          <w:rtl/>
        </w:rPr>
        <w:t xml:space="preserve"> حفظ کرد. حدود دق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ق</w:t>
      </w:r>
      <w:r w:rsidRPr="005E3C44">
        <w:rPr>
          <w:rFonts w:ascii="Tahoma" w:hAnsi="Tahoma" w:cs="Tahoma"/>
          <w:rtl/>
        </w:rPr>
        <w:t xml:space="preserve"> مرز در همه‌</w:t>
      </w:r>
      <w:r w:rsidRPr="005E3C44">
        <w:rPr>
          <w:rFonts w:ascii="Tahoma" w:hAnsi="Tahoma" w:cs="Tahoma" w:hint="eastAsia"/>
          <w:rtl/>
        </w:rPr>
        <w:t>جا</w:t>
      </w:r>
      <w:r w:rsidRPr="005E3C44">
        <w:rPr>
          <w:rFonts w:ascii="Tahoma" w:hAnsi="Tahoma" w:cs="Tahoma"/>
          <w:rtl/>
        </w:rPr>
        <w:t xml:space="preserve"> روشن و بدون اختلاف نبود، اما چارچوب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پد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د</w:t>
      </w:r>
      <w:r w:rsidRPr="005E3C44">
        <w:rPr>
          <w:rFonts w:ascii="Tahoma" w:hAnsi="Tahoma" w:cs="Tahoma"/>
          <w:rtl/>
        </w:rPr>
        <w:t xml:space="preserve"> آمد که در دوره‌ها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بعد 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ز</w:t>
      </w:r>
      <w:r w:rsidRPr="005E3C44">
        <w:rPr>
          <w:rFonts w:ascii="Tahoma" w:hAnsi="Tahoma" w:cs="Tahoma"/>
          <w:rtl/>
        </w:rPr>
        <w:t xml:space="preserve"> بر رابطهٔ دو کشور اثر گذاشت.</w:t>
      </w:r>
    </w:p>
    <w:p w:rsidR="005E3C44" w:rsidRPr="005E3C44" w:rsidRDefault="005E3C44" w:rsidP="005E3C4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E3C44">
        <w:rPr>
          <w:rFonts w:ascii="Tahoma" w:hAnsi="Tahoma" w:cs="Tahoma" w:hint="eastAsia"/>
          <w:rtl/>
        </w:rPr>
        <w:t>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</w:t>
      </w:r>
      <w:r w:rsidRPr="005E3C44">
        <w:rPr>
          <w:rFonts w:ascii="Tahoma" w:hAnsi="Tahoma" w:cs="Tahoma"/>
          <w:rtl/>
        </w:rPr>
        <w:t xml:space="preserve"> پ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مان</w:t>
      </w:r>
      <w:r w:rsidRPr="005E3C44">
        <w:rPr>
          <w:rFonts w:ascii="Tahoma" w:hAnsi="Tahoma" w:cs="Tahoma"/>
          <w:rtl/>
        </w:rPr>
        <w:t xml:space="preserve"> از نظر کشوردار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اهم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ت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ب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ش</w:t>
      </w:r>
      <w:r w:rsidRPr="005E3C44">
        <w:rPr>
          <w:rFonts w:ascii="Tahoma" w:hAnsi="Tahoma" w:cs="Tahoma"/>
          <w:rtl/>
        </w:rPr>
        <w:t xml:space="preserve"> از از دست رفتن 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</w:t>
      </w:r>
      <w:r w:rsidRPr="005E3C44">
        <w:rPr>
          <w:rFonts w:ascii="Tahoma" w:hAnsi="Tahoma" w:cs="Tahoma"/>
          <w:rtl/>
        </w:rPr>
        <w:t xml:space="preserve"> حفظ چند منطقه داشت. حکومت صفو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پذ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رفت</w:t>
      </w:r>
      <w:r w:rsidRPr="005E3C44">
        <w:rPr>
          <w:rFonts w:ascii="Tahoma" w:hAnsi="Tahoma" w:cs="Tahoma"/>
          <w:rtl/>
        </w:rPr>
        <w:t xml:space="preserve"> که توان گسترش ب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پا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ان</w:t>
      </w:r>
      <w:r w:rsidRPr="005E3C44">
        <w:rPr>
          <w:rFonts w:ascii="Tahoma" w:hAnsi="Tahoma" w:cs="Tahoma"/>
          <w:rtl/>
        </w:rPr>
        <w:t xml:space="preserve"> ندارد و با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د</w:t>
      </w:r>
      <w:r w:rsidRPr="005E3C44">
        <w:rPr>
          <w:rFonts w:ascii="Tahoma" w:hAnsi="Tahoma" w:cs="Tahoma"/>
          <w:rtl/>
        </w:rPr>
        <w:t xml:space="preserve"> منابع خود را در مرز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محدودتر اداره کند. عثمان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ان</w:t>
      </w:r>
      <w:r w:rsidRPr="005E3C44">
        <w:rPr>
          <w:rFonts w:ascii="Tahoma" w:hAnsi="Tahoma" w:cs="Tahoma"/>
          <w:rtl/>
        </w:rPr>
        <w:t xml:space="preserve"> 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ز</w:t>
      </w:r>
      <w:r w:rsidRPr="005E3C44">
        <w:rPr>
          <w:rFonts w:ascii="Tahoma" w:hAnsi="Tahoma" w:cs="Tahoma"/>
          <w:rtl/>
        </w:rPr>
        <w:t xml:space="preserve"> بقا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ران</w:t>
      </w:r>
      <w:r w:rsidRPr="005E3C44">
        <w:rPr>
          <w:rFonts w:ascii="Tahoma" w:hAnsi="Tahoma" w:cs="Tahoma"/>
          <w:rtl/>
        </w:rPr>
        <w:t xml:space="preserve"> صفو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را به عنوان حکومت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مستقل و ش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ع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پذ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رفتند</w:t>
      </w:r>
      <w:r w:rsidRPr="005E3C44">
        <w:rPr>
          <w:rFonts w:ascii="Tahoma" w:hAnsi="Tahoma" w:cs="Tahoma"/>
          <w:rtl/>
        </w:rPr>
        <w:t>. اختلاف مذه</w:t>
      </w:r>
      <w:r w:rsidRPr="005E3C44">
        <w:rPr>
          <w:rFonts w:ascii="Tahoma" w:hAnsi="Tahoma" w:cs="Tahoma" w:hint="eastAsia"/>
          <w:rtl/>
        </w:rPr>
        <w:t>ب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از 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ان</w:t>
      </w:r>
      <w:r w:rsidRPr="005E3C44">
        <w:rPr>
          <w:rFonts w:ascii="Tahoma" w:hAnsi="Tahoma" w:cs="Tahoma"/>
          <w:rtl/>
        </w:rPr>
        <w:t xml:space="preserve"> نرفت، اما ضرورت س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اس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هر دو طرف را به پذ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رش</w:t>
      </w:r>
      <w:r w:rsidRPr="005E3C44">
        <w:rPr>
          <w:rFonts w:ascii="Tahoma" w:hAnsi="Tahoma" w:cs="Tahoma"/>
          <w:rtl/>
        </w:rPr>
        <w:t xml:space="preserve"> همز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ست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واداشت.</w:t>
      </w:r>
    </w:p>
    <w:p w:rsidR="005E3C44" w:rsidRPr="005E3C44" w:rsidRDefault="005E3C44" w:rsidP="005E3C4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E3C44">
        <w:rPr>
          <w:rFonts w:ascii="Tahoma" w:hAnsi="Tahoma" w:cs="Tahoma" w:hint="eastAsia"/>
          <w:rtl/>
        </w:rPr>
        <w:t>صلح</w:t>
      </w:r>
      <w:r w:rsidRPr="005E3C44">
        <w:rPr>
          <w:rFonts w:ascii="Tahoma" w:hAnsi="Tahoma" w:cs="Tahoma"/>
          <w:rtl/>
        </w:rPr>
        <w:t xml:space="preserve"> در غرب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توانست</w:t>
      </w:r>
      <w:r w:rsidRPr="005E3C44">
        <w:rPr>
          <w:rFonts w:ascii="Tahoma" w:hAnsi="Tahoma" w:cs="Tahoma"/>
          <w:rtl/>
        </w:rPr>
        <w:t xml:space="preserve"> به حکومت فرصت بازساز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بدهد، ول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در شرق مشکل 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گر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وجود داشت. قندهار، که در مس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</w:t>
      </w:r>
      <w:r w:rsidRPr="005E3C44">
        <w:rPr>
          <w:rFonts w:ascii="Tahoma" w:hAnsi="Tahoma" w:cs="Tahoma"/>
          <w:rtl/>
        </w:rPr>
        <w:t xml:space="preserve"> ارتباط 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ران،</w:t>
      </w:r>
      <w:r w:rsidRPr="005E3C44">
        <w:rPr>
          <w:rFonts w:ascii="Tahoma" w:hAnsi="Tahoma" w:cs="Tahoma"/>
          <w:rtl/>
        </w:rPr>
        <w:t xml:space="preserve"> هند و آس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مرکز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قرار داشت، 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ان</w:t>
      </w:r>
      <w:r w:rsidRPr="005E3C44">
        <w:rPr>
          <w:rFonts w:ascii="Tahoma" w:hAnsi="Tahoma" w:cs="Tahoma"/>
          <w:rtl/>
        </w:rPr>
        <w:t xml:space="preserve"> صفو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ان</w:t>
      </w:r>
      <w:r w:rsidRPr="005E3C44">
        <w:rPr>
          <w:rFonts w:ascii="Tahoma" w:hAnsi="Tahoma" w:cs="Tahoma"/>
          <w:rtl/>
        </w:rPr>
        <w:t xml:space="preserve"> و گورکان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ان</w:t>
      </w:r>
      <w:r w:rsidRPr="005E3C44">
        <w:rPr>
          <w:rFonts w:ascii="Tahoma" w:hAnsi="Tahoma" w:cs="Tahoma"/>
          <w:rtl/>
        </w:rPr>
        <w:t xml:space="preserve"> هند دست‌به‌دست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شد</w:t>
      </w:r>
      <w:r w:rsidRPr="005E3C44">
        <w:rPr>
          <w:rFonts w:ascii="Tahoma" w:hAnsi="Tahoma" w:cs="Tahoma"/>
          <w:rtl/>
        </w:rPr>
        <w:t>. اهم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ت</w:t>
      </w:r>
      <w:r w:rsidRPr="005E3C44">
        <w:rPr>
          <w:rFonts w:ascii="Tahoma" w:hAnsi="Tahoma" w:cs="Tahoma"/>
          <w:rtl/>
        </w:rPr>
        <w:t xml:space="preserve"> آن فقط نظام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نبود؛ کنترل قندهار بر راه‌ها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تجار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و نفوذ در م</w:t>
      </w:r>
      <w:r w:rsidRPr="005E3C44">
        <w:rPr>
          <w:rFonts w:ascii="Tahoma" w:hAnsi="Tahoma" w:cs="Tahoma" w:hint="eastAsia"/>
          <w:rtl/>
        </w:rPr>
        <w:t>نطقه</w:t>
      </w:r>
      <w:r w:rsidRPr="005E3C44">
        <w:rPr>
          <w:rFonts w:ascii="Tahoma" w:hAnsi="Tahoma" w:cs="Tahoma"/>
          <w:rtl/>
        </w:rPr>
        <w:t xml:space="preserve"> اثر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گذاشت</w:t>
      </w:r>
      <w:r w:rsidRPr="005E3C44">
        <w:rPr>
          <w:rFonts w:ascii="Tahoma" w:hAnsi="Tahoma" w:cs="Tahoma"/>
          <w:rtl/>
        </w:rPr>
        <w:t>.</w:t>
      </w:r>
    </w:p>
    <w:p w:rsidR="005E3C44" w:rsidRPr="005E3C44" w:rsidRDefault="005E3C44" w:rsidP="005E3C4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E3C44">
        <w:rPr>
          <w:rFonts w:ascii="Tahoma" w:hAnsi="Tahoma" w:cs="Tahoma" w:hint="eastAsia"/>
          <w:rtl/>
        </w:rPr>
        <w:t>در</w:t>
      </w:r>
      <w:r w:rsidRPr="005E3C44">
        <w:rPr>
          <w:rFonts w:ascii="Tahoma" w:hAnsi="Tahoma" w:cs="Tahoma"/>
          <w:rtl/>
        </w:rPr>
        <w:t xml:space="preserve"> دورهٔ شاه صف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،</w:t>
      </w:r>
      <w:r w:rsidRPr="005E3C44">
        <w:rPr>
          <w:rFonts w:ascii="Tahoma" w:hAnsi="Tahoma" w:cs="Tahoma"/>
          <w:rtl/>
        </w:rPr>
        <w:t xml:space="preserve"> قندهار به دست گورکان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ان</w:t>
      </w:r>
      <w:r w:rsidRPr="005E3C44">
        <w:rPr>
          <w:rFonts w:ascii="Tahoma" w:hAnsi="Tahoma" w:cs="Tahoma"/>
          <w:rtl/>
        </w:rPr>
        <w:t xml:space="preserve"> هند افتاد. حکومت صفو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که هم‌زمان درگ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</w:t>
      </w:r>
      <w:r w:rsidRPr="005E3C44">
        <w:rPr>
          <w:rFonts w:ascii="Tahoma" w:hAnsi="Tahoma" w:cs="Tahoma"/>
          <w:rtl/>
        </w:rPr>
        <w:t xml:space="preserve"> جنگ با عثمان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ان</w:t>
      </w:r>
      <w:r w:rsidRPr="005E3C44">
        <w:rPr>
          <w:rFonts w:ascii="Tahoma" w:hAnsi="Tahoma" w:cs="Tahoma"/>
          <w:rtl/>
        </w:rPr>
        <w:t xml:space="preserve"> و مشکلات داخل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بود، نتوانست در دو جبهه از همهٔ سرزم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ن‌ها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مورد ادعا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خود دفاع کند. بد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ن‌سان،</w:t>
      </w:r>
      <w:r w:rsidRPr="005E3C44">
        <w:rPr>
          <w:rFonts w:ascii="Tahoma" w:hAnsi="Tahoma" w:cs="Tahoma"/>
          <w:rtl/>
        </w:rPr>
        <w:t xml:space="preserve"> بخش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از فتوحات و نفوذ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که در دورهٔ شاه عباس به دست آمده بود از 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ان</w:t>
      </w:r>
      <w:r w:rsidRPr="005E3C44">
        <w:rPr>
          <w:rFonts w:ascii="Tahoma" w:hAnsi="Tahoma" w:cs="Tahoma"/>
          <w:rtl/>
        </w:rPr>
        <w:t xml:space="preserve"> رفت.</w:t>
      </w:r>
    </w:p>
    <w:p w:rsidR="005E3C44" w:rsidRPr="005E3C44" w:rsidRDefault="005E3C44" w:rsidP="005E3C4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E3C44">
        <w:rPr>
          <w:rFonts w:ascii="Tahoma" w:hAnsi="Tahoma" w:cs="Tahoma" w:hint="eastAsia"/>
          <w:rtl/>
        </w:rPr>
        <w:t>باا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ن‌همه،</w:t>
      </w:r>
      <w:r w:rsidRPr="005E3C44">
        <w:rPr>
          <w:rFonts w:ascii="Tahoma" w:hAnsi="Tahoma" w:cs="Tahoma"/>
          <w:rtl/>
        </w:rPr>
        <w:t xml:space="preserve"> از دست رفتن بغداد و قندهار به فروپاش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حکومت 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نجام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د</w:t>
      </w:r>
      <w:r w:rsidRPr="005E3C44">
        <w:rPr>
          <w:rFonts w:ascii="Tahoma" w:hAnsi="Tahoma" w:cs="Tahoma"/>
          <w:rtl/>
        </w:rPr>
        <w:t>. 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</w:t>
      </w:r>
      <w:r w:rsidRPr="005E3C44">
        <w:rPr>
          <w:rFonts w:ascii="Tahoma" w:hAnsi="Tahoma" w:cs="Tahoma"/>
          <w:rtl/>
        </w:rPr>
        <w:t xml:space="preserve"> نکته نشان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داد</w:t>
      </w:r>
      <w:r w:rsidRPr="005E3C44">
        <w:rPr>
          <w:rFonts w:ascii="Tahoma" w:hAnsi="Tahoma" w:cs="Tahoma"/>
          <w:rtl/>
        </w:rPr>
        <w:t xml:space="preserve"> که نهادها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صفو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،</w:t>
      </w:r>
      <w:r w:rsidRPr="005E3C44">
        <w:rPr>
          <w:rFonts w:ascii="Tahoma" w:hAnsi="Tahoma" w:cs="Tahoma"/>
          <w:rtl/>
        </w:rPr>
        <w:t xml:space="preserve"> با وجود ضعف شاه، از توان ادامهٔ کار برخوردار شده‌اند. 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وان</w:t>
      </w:r>
      <w:r w:rsidRPr="005E3C44">
        <w:rPr>
          <w:rFonts w:ascii="Tahoma" w:hAnsi="Tahoma" w:cs="Tahoma"/>
          <w:rtl/>
        </w:rPr>
        <w:t xml:space="preserve"> مال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ات</w:t>
      </w:r>
      <w:r w:rsidRPr="005E3C44">
        <w:rPr>
          <w:rFonts w:ascii="Tahoma" w:hAnsi="Tahoma" w:cs="Tahoma"/>
          <w:rtl/>
        </w:rPr>
        <w:t xml:space="preserve">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گرفت،</w:t>
      </w:r>
      <w:r w:rsidRPr="005E3C44">
        <w:rPr>
          <w:rFonts w:ascii="Tahoma" w:hAnsi="Tahoma" w:cs="Tahoma"/>
          <w:rtl/>
        </w:rPr>
        <w:t xml:space="preserve"> قشون مرزها را نگاه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داشت،</w:t>
      </w:r>
      <w:r w:rsidRPr="005E3C44">
        <w:rPr>
          <w:rFonts w:ascii="Tahoma" w:hAnsi="Tahoma" w:cs="Tahoma"/>
          <w:rtl/>
        </w:rPr>
        <w:t xml:space="preserve"> دستگاه 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مذهب رسم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را اداره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کرد</w:t>
      </w:r>
      <w:r w:rsidRPr="005E3C44">
        <w:rPr>
          <w:rFonts w:ascii="Tahoma" w:hAnsi="Tahoma" w:cs="Tahoma"/>
          <w:rtl/>
        </w:rPr>
        <w:t xml:space="preserve"> و پا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تخت</w:t>
      </w:r>
      <w:r w:rsidRPr="005E3C44">
        <w:rPr>
          <w:rFonts w:ascii="Tahoma" w:hAnsi="Tahoma" w:cs="Tahoma"/>
          <w:rtl/>
        </w:rPr>
        <w:t xml:space="preserve"> هم</w:t>
      </w:r>
      <w:r w:rsidRPr="005E3C44">
        <w:rPr>
          <w:rFonts w:ascii="Tahoma" w:hAnsi="Tahoma" w:cs="Tahoma" w:hint="eastAsia"/>
          <w:rtl/>
        </w:rPr>
        <w:t>چنان</w:t>
      </w:r>
      <w:r w:rsidRPr="005E3C44">
        <w:rPr>
          <w:rFonts w:ascii="Tahoma" w:hAnsi="Tahoma" w:cs="Tahoma"/>
          <w:rtl/>
        </w:rPr>
        <w:t xml:space="preserve"> مرکز فرمان‌ها بود. حکومت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توانست</w:t>
      </w:r>
      <w:r w:rsidRPr="005E3C44">
        <w:rPr>
          <w:rFonts w:ascii="Tahoma" w:hAnsi="Tahoma" w:cs="Tahoma"/>
          <w:rtl/>
        </w:rPr>
        <w:t xml:space="preserve"> شکست بخورد و بخش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از قلمرو را از دست بدهد، ب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آنکه</w:t>
      </w:r>
      <w:r w:rsidRPr="005E3C44">
        <w:rPr>
          <w:rFonts w:ascii="Tahoma" w:hAnsi="Tahoma" w:cs="Tahoma"/>
          <w:rtl/>
        </w:rPr>
        <w:t xml:space="preserve"> مانند امپراتور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نادر 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</w:t>
      </w:r>
      <w:r w:rsidRPr="005E3C44">
        <w:rPr>
          <w:rFonts w:ascii="Tahoma" w:hAnsi="Tahoma" w:cs="Tahoma"/>
          <w:rtl/>
        </w:rPr>
        <w:t xml:space="preserve"> برخ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حکومت‌ها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ل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بلافاصله فروبپاشد.</w:t>
      </w:r>
    </w:p>
    <w:p w:rsidR="005E3C44" w:rsidRPr="005E3C44" w:rsidRDefault="005E3C44" w:rsidP="005E3C4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E3C44">
        <w:rPr>
          <w:rFonts w:ascii="Tahoma" w:hAnsi="Tahoma" w:cs="Tahoma" w:hint="eastAsia"/>
          <w:rtl/>
        </w:rPr>
        <w:t>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</w:t>
      </w:r>
      <w:r w:rsidRPr="005E3C44">
        <w:rPr>
          <w:rFonts w:ascii="Tahoma" w:hAnsi="Tahoma" w:cs="Tahoma"/>
          <w:rtl/>
        </w:rPr>
        <w:t xml:space="preserve"> بقا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نهاد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ک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از دستاوردها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واقع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صفو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ان</w:t>
      </w:r>
      <w:r w:rsidRPr="005E3C44">
        <w:rPr>
          <w:rFonts w:ascii="Tahoma" w:hAnsi="Tahoma" w:cs="Tahoma"/>
          <w:rtl/>
        </w:rPr>
        <w:t xml:space="preserve"> بود. کشور 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گر</w:t>
      </w:r>
      <w:r w:rsidRPr="005E3C44">
        <w:rPr>
          <w:rFonts w:ascii="Tahoma" w:hAnsi="Tahoma" w:cs="Tahoma"/>
          <w:rtl/>
        </w:rPr>
        <w:t xml:space="preserve"> فقط با 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رو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شخص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بن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ان‌گذار</w:t>
      </w:r>
      <w:r w:rsidRPr="005E3C44">
        <w:rPr>
          <w:rFonts w:ascii="Tahoma" w:hAnsi="Tahoma" w:cs="Tahoma"/>
          <w:rtl/>
        </w:rPr>
        <w:t xml:space="preserve"> نگه داشته نم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شد</w:t>
      </w:r>
      <w:r w:rsidRPr="005E3C44">
        <w:rPr>
          <w:rFonts w:ascii="Tahoma" w:hAnsi="Tahoma" w:cs="Tahoma"/>
          <w:rtl/>
        </w:rPr>
        <w:t>. اما ک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ف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ت</w:t>
      </w:r>
      <w:r w:rsidRPr="005E3C44">
        <w:rPr>
          <w:rFonts w:ascii="Tahoma" w:hAnsi="Tahoma" w:cs="Tahoma"/>
          <w:rtl/>
        </w:rPr>
        <w:t xml:space="preserve"> کار نهادها به رابطهٔ شاه با صاحب‌منصبان وابسته بود. اگر فرمانروا به جا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استفاده از دانش و تجربهٔ آنان، از قدرتشان بترسد و آنان را از 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ان</w:t>
      </w:r>
      <w:r w:rsidRPr="005E3C44">
        <w:rPr>
          <w:rFonts w:ascii="Tahoma" w:hAnsi="Tahoma" w:cs="Tahoma"/>
          <w:rtl/>
        </w:rPr>
        <w:t xml:space="preserve"> </w:t>
      </w:r>
      <w:r w:rsidRPr="005E3C44">
        <w:rPr>
          <w:rFonts w:ascii="Tahoma" w:hAnsi="Tahoma" w:cs="Tahoma" w:hint="eastAsia"/>
          <w:rtl/>
        </w:rPr>
        <w:t>بردارد،</w:t>
      </w:r>
      <w:r w:rsidRPr="005E3C44">
        <w:rPr>
          <w:rFonts w:ascii="Tahoma" w:hAnsi="Tahoma" w:cs="Tahoma"/>
          <w:rtl/>
        </w:rPr>
        <w:t xml:space="preserve"> همان دستگاه به‌تدر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ج</w:t>
      </w:r>
      <w:r w:rsidRPr="005E3C44">
        <w:rPr>
          <w:rFonts w:ascii="Tahoma" w:hAnsi="Tahoma" w:cs="Tahoma"/>
          <w:rtl/>
        </w:rPr>
        <w:t xml:space="preserve"> از توانا</w:t>
      </w:r>
      <w:r w:rsidRPr="005E3C44">
        <w:rPr>
          <w:rFonts w:ascii="Tahoma" w:hAnsi="Tahoma" w:cs="Tahoma" w:hint="cs"/>
          <w:rtl/>
        </w:rPr>
        <w:t>یی</w:t>
      </w:r>
      <w:r w:rsidRPr="005E3C44">
        <w:rPr>
          <w:rFonts w:ascii="Tahoma" w:hAnsi="Tahoma" w:cs="Tahoma"/>
          <w:rtl/>
        </w:rPr>
        <w:t xml:space="preserve"> خال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شود</w:t>
      </w:r>
      <w:r w:rsidRPr="005E3C44">
        <w:rPr>
          <w:rFonts w:ascii="Tahoma" w:hAnsi="Tahoma" w:cs="Tahoma"/>
          <w:rtl/>
        </w:rPr>
        <w:t>.</w:t>
      </w:r>
    </w:p>
    <w:p w:rsidR="005E3C44" w:rsidRPr="005E3C44" w:rsidRDefault="005E3C44" w:rsidP="005E3C4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E3C44">
        <w:rPr>
          <w:rFonts w:ascii="Tahoma" w:hAnsi="Tahoma" w:cs="Tahoma" w:hint="eastAsia"/>
          <w:rtl/>
        </w:rPr>
        <w:t>شاه</w:t>
      </w:r>
      <w:r w:rsidRPr="005E3C44">
        <w:rPr>
          <w:rFonts w:ascii="Tahoma" w:hAnsi="Tahoma" w:cs="Tahoma"/>
          <w:rtl/>
        </w:rPr>
        <w:t xml:space="preserve"> صف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در سال </w:t>
      </w:r>
      <w:r w:rsidRPr="005E3C44">
        <w:rPr>
          <w:rFonts w:ascii="Tahoma" w:hAnsi="Tahoma" w:cs="Tahoma"/>
          <w:rtl/>
          <w:lang w:bidi="fa-IR"/>
        </w:rPr>
        <w:t>۱۶۴۲</w:t>
      </w:r>
      <w:r w:rsidRPr="005E3C44">
        <w:rPr>
          <w:rFonts w:ascii="Tahoma" w:hAnsi="Tahoma" w:cs="Tahoma"/>
          <w:rtl/>
        </w:rPr>
        <w:t xml:space="preserve"> 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لاد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درگذشت. سلطنت او نزد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ک</w:t>
      </w:r>
      <w:r w:rsidRPr="005E3C44">
        <w:rPr>
          <w:rFonts w:ascii="Tahoma" w:hAnsi="Tahoma" w:cs="Tahoma"/>
          <w:rtl/>
        </w:rPr>
        <w:t xml:space="preserve"> به س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زده</w:t>
      </w:r>
      <w:r w:rsidRPr="005E3C44">
        <w:rPr>
          <w:rFonts w:ascii="Tahoma" w:hAnsi="Tahoma" w:cs="Tahoma"/>
          <w:rtl/>
        </w:rPr>
        <w:t xml:space="preserve"> سال ادامه 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افته</w:t>
      </w:r>
      <w:r w:rsidRPr="005E3C44">
        <w:rPr>
          <w:rFonts w:ascii="Tahoma" w:hAnsi="Tahoma" w:cs="Tahoma"/>
          <w:rtl/>
        </w:rPr>
        <w:t xml:space="preserve"> بود. حکومت در 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</w:t>
      </w:r>
      <w:r w:rsidRPr="005E3C44">
        <w:rPr>
          <w:rFonts w:ascii="Tahoma" w:hAnsi="Tahoma" w:cs="Tahoma"/>
          <w:rtl/>
        </w:rPr>
        <w:t xml:space="preserve"> مدت باق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ماند، مرز غرب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به صلح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نسبتاً پا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دار</w:t>
      </w:r>
      <w:r w:rsidRPr="005E3C44">
        <w:rPr>
          <w:rFonts w:ascii="Tahoma" w:hAnsi="Tahoma" w:cs="Tahoma"/>
          <w:rtl/>
        </w:rPr>
        <w:t xml:space="preserve"> رس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د</w:t>
      </w:r>
      <w:r w:rsidRPr="005E3C44">
        <w:rPr>
          <w:rFonts w:ascii="Tahoma" w:hAnsi="Tahoma" w:cs="Tahoma"/>
          <w:rtl/>
        </w:rPr>
        <w:t xml:space="preserve"> و 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وان</w:t>
      </w:r>
      <w:r w:rsidRPr="005E3C44">
        <w:rPr>
          <w:rFonts w:ascii="Tahoma" w:hAnsi="Tahoma" w:cs="Tahoma"/>
          <w:rtl/>
        </w:rPr>
        <w:t xml:space="preserve"> توانست دستگاه مرکز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را حفظ کند؛ اما کشور بخش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از فتوحات پ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ش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</w:t>
      </w:r>
      <w:r w:rsidRPr="005E3C44">
        <w:rPr>
          <w:rFonts w:ascii="Tahoma" w:hAnsi="Tahoma" w:cs="Tahoma"/>
          <w:rtl/>
        </w:rPr>
        <w:t xml:space="preserve"> را از دست داد و تصف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هٔ</w:t>
      </w:r>
      <w:r w:rsidRPr="005E3C44">
        <w:rPr>
          <w:rFonts w:ascii="Tahoma" w:hAnsi="Tahoma" w:cs="Tahoma"/>
          <w:rtl/>
        </w:rPr>
        <w:t xml:space="preserve"> رجال، ترس و تمرکز د</w:t>
      </w:r>
      <w:r w:rsidRPr="005E3C44">
        <w:rPr>
          <w:rFonts w:ascii="Tahoma" w:hAnsi="Tahoma" w:cs="Tahoma" w:hint="eastAsia"/>
          <w:rtl/>
        </w:rPr>
        <w:t>ربار</w:t>
      </w:r>
      <w:r w:rsidRPr="005E3C44">
        <w:rPr>
          <w:rFonts w:ascii="Tahoma" w:hAnsi="Tahoma" w:cs="Tahoma"/>
          <w:rtl/>
        </w:rPr>
        <w:t xml:space="preserve"> افزا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ش</w:t>
      </w:r>
      <w:r w:rsidRPr="005E3C44">
        <w:rPr>
          <w:rFonts w:ascii="Tahoma" w:hAnsi="Tahoma" w:cs="Tahoma"/>
          <w:rtl/>
        </w:rPr>
        <w:t xml:space="preserve"> 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افت</w:t>
      </w:r>
      <w:r w:rsidRPr="005E3C44">
        <w:rPr>
          <w:rFonts w:ascii="Tahoma" w:hAnsi="Tahoma" w:cs="Tahoma"/>
          <w:rtl/>
        </w:rPr>
        <w:t>.</w:t>
      </w:r>
    </w:p>
    <w:p w:rsidR="005E3C44" w:rsidRPr="005E3C44" w:rsidRDefault="005E3C44" w:rsidP="005E3C4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E3C44">
        <w:rPr>
          <w:rFonts w:ascii="Tahoma" w:hAnsi="Tahoma" w:cs="Tahoma" w:hint="eastAsia"/>
          <w:rtl/>
        </w:rPr>
        <w:t>پس</w:t>
      </w:r>
      <w:r w:rsidRPr="005E3C44">
        <w:rPr>
          <w:rFonts w:ascii="Tahoma" w:hAnsi="Tahoma" w:cs="Tahoma"/>
          <w:rtl/>
        </w:rPr>
        <w:t xml:space="preserve"> از او، پسر خردسالش عباس دوم بر تخت نشست. بار 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گر</w:t>
      </w:r>
      <w:r w:rsidRPr="005E3C44">
        <w:rPr>
          <w:rFonts w:ascii="Tahoma" w:hAnsi="Tahoma" w:cs="Tahoma"/>
          <w:rtl/>
        </w:rPr>
        <w:t xml:space="preserve"> حکومت به پادشاه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کودک رس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د</w:t>
      </w:r>
      <w:r w:rsidRPr="005E3C44">
        <w:rPr>
          <w:rFonts w:ascii="Tahoma" w:hAnsi="Tahoma" w:cs="Tahoma"/>
          <w:rtl/>
        </w:rPr>
        <w:t xml:space="preserve"> و بار 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گر</w:t>
      </w:r>
      <w:r w:rsidRPr="005E3C44">
        <w:rPr>
          <w:rFonts w:ascii="Tahoma" w:hAnsi="Tahoma" w:cs="Tahoma"/>
          <w:rtl/>
        </w:rPr>
        <w:t xml:space="preserve"> 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</w:t>
      </w:r>
      <w:r w:rsidRPr="005E3C44">
        <w:rPr>
          <w:rFonts w:ascii="Tahoma" w:hAnsi="Tahoma" w:cs="Tahoma"/>
          <w:rtl/>
        </w:rPr>
        <w:t xml:space="preserve"> پرسش مطرح شد که چه کس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در دوران ناتوان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شاه فرمان خواهد راند. اما 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</w:t>
      </w:r>
      <w:r w:rsidRPr="005E3C44">
        <w:rPr>
          <w:rFonts w:ascii="Tahoma" w:hAnsi="Tahoma" w:cs="Tahoma"/>
          <w:rtl/>
        </w:rPr>
        <w:t xml:space="preserve"> بار پاسخ فقط در 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ان</w:t>
      </w:r>
      <w:r w:rsidRPr="005E3C44">
        <w:rPr>
          <w:rFonts w:ascii="Tahoma" w:hAnsi="Tahoma" w:cs="Tahoma"/>
          <w:rtl/>
        </w:rPr>
        <w:t xml:space="preserve"> قبا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ل</w:t>
      </w:r>
      <w:r w:rsidRPr="005E3C44">
        <w:rPr>
          <w:rFonts w:ascii="Tahoma" w:hAnsi="Tahoma" w:cs="Tahoma"/>
          <w:rtl/>
        </w:rPr>
        <w:t xml:space="preserve"> قزلباش جست‌وجو نم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شد</w:t>
      </w:r>
      <w:r w:rsidRPr="005E3C44">
        <w:rPr>
          <w:rFonts w:ascii="Tahoma" w:hAnsi="Tahoma" w:cs="Tahoma"/>
          <w:rtl/>
        </w:rPr>
        <w:t>. خواجه‌سرا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ان،</w:t>
      </w:r>
      <w:r w:rsidRPr="005E3C44">
        <w:rPr>
          <w:rFonts w:ascii="Tahoma" w:hAnsi="Tahoma" w:cs="Tahoma"/>
          <w:rtl/>
        </w:rPr>
        <w:t xml:space="preserve"> زنان حرم، غلامان و 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وانسالاران</w:t>
      </w:r>
      <w:r w:rsidRPr="005E3C44">
        <w:rPr>
          <w:rFonts w:ascii="Tahoma" w:hAnsi="Tahoma" w:cs="Tahoma"/>
          <w:rtl/>
        </w:rPr>
        <w:t xml:space="preserve"> 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ز</w:t>
      </w:r>
      <w:r w:rsidRPr="005E3C44">
        <w:rPr>
          <w:rFonts w:ascii="Tahoma" w:hAnsi="Tahoma" w:cs="Tahoma"/>
          <w:rtl/>
        </w:rPr>
        <w:t xml:space="preserve"> در طول دورهٔ تمرکز قدرت به 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روها</w:t>
      </w:r>
      <w:r w:rsidRPr="005E3C44">
        <w:rPr>
          <w:rFonts w:ascii="Tahoma" w:hAnsi="Tahoma" w:cs="Tahoma" w:hint="cs"/>
          <w:rtl/>
        </w:rPr>
        <w:t>یی</w:t>
      </w:r>
      <w:r w:rsidRPr="005E3C44">
        <w:rPr>
          <w:rFonts w:ascii="Tahoma" w:hAnsi="Tahoma" w:cs="Tahoma"/>
          <w:rtl/>
        </w:rPr>
        <w:t xml:space="preserve"> مؤثر تبد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ل</w:t>
      </w:r>
      <w:r w:rsidRPr="005E3C44">
        <w:rPr>
          <w:rFonts w:ascii="Tahoma" w:hAnsi="Tahoma" w:cs="Tahoma"/>
          <w:rtl/>
        </w:rPr>
        <w:t xml:space="preserve"> شده بودند.</w:t>
      </w:r>
    </w:p>
    <w:p w:rsidR="005E3C44" w:rsidRPr="005E3C44" w:rsidRDefault="005E3C44" w:rsidP="005E3C4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E3C44">
        <w:rPr>
          <w:rFonts w:ascii="Tahoma" w:hAnsi="Tahoma" w:cs="Tahoma"/>
          <w:rtl/>
        </w:rPr>
        <w:t>عباس دوم هنگام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که در سال </w:t>
      </w:r>
      <w:r w:rsidRPr="005E3C44">
        <w:rPr>
          <w:rFonts w:ascii="Tahoma" w:hAnsi="Tahoma" w:cs="Tahoma"/>
          <w:rtl/>
          <w:lang w:bidi="fa-IR"/>
        </w:rPr>
        <w:t>۱۶۴۲</w:t>
      </w:r>
      <w:r w:rsidRPr="005E3C44">
        <w:rPr>
          <w:rFonts w:ascii="Tahoma" w:hAnsi="Tahoma" w:cs="Tahoma"/>
          <w:rtl/>
        </w:rPr>
        <w:t xml:space="preserve"> 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لاد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بر تخت نشست، نزد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ک</w:t>
      </w:r>
      <w:r w:rsidRPr="005E3C44">
        <w:rPr>
          <w:rFonts w:ascii="Tahoma" w:hAnsi="Tahoma" w:cs="Tahoma"/>
          <w:rtl/>
        </w:rPr>
        <w:t xml:space="preserve"> به نه سال داشت. بار 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گر</w:t>
      </w:r>
      <w:r w:rsidRPr="005E3C44">
        <w:rPr>
          <w:rFonts w:ascii="Tahoma" w:hAnsi="Tahoma" w:cs="Tahoma"/>
          <w:rtl/>
        </w:rPr>
        <w:t xml:space="preserve"> تاج صفو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به کودک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رس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د</w:t>
      </w:r>
      <w:r w:rsidRPr="005E3C44">
        <w:rPr>
          <w:rFonts w:ascii="Tahoma" w:hAnsi="Tahoma" w:cs="Tahoma"/>
          <w:rtl/>
        </w:rPr>
        <w:t xml:space="preserve"> که نه تجربهٔ فرمانده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داشت، نه کار 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وان</w:t>
      </w:r>
      <w:r w:rsidRPr="005E3C44">
        <w:rPr>
          <w:rFonts w:ascii="Tahoma" w:hAnsi="Tahoma" w:cs="Tahoma"/>
          <w:rtl/>
        </w:rPr>
        <w:t xml:space="preserve"> را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شناخت</w:t>
      </w:r>
      <w:r w:rsidRPr="005E3C44">
        <w:rPr>
          <w:rFonts w:ascii="Tahoma" w:hAnsi="Tahoma" w:cs="Tahoma"/>
          <w:rtl/>
        </w:rPr>
        <w:t xml:space="preserve"> و نه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توانست</w:t>
      </w:r>
      <w:r w:rsidRPr="005E3C44">
        <w:rPr>
          <w:rFonts w:ascii="Tahoma" w:hAnsi="Tahoma" w:cs="Tahoma"/>
          <w:rtl/>
        </w:rPr>
        <w:t xml:space="preserve"> شخصاً 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ان</w:t>
      </w:r>
      <w:r w:rsidRPr="005E3C44">
        <w:rPr>
          <w:rFonts w:ascii="Tahoma" w:hAnsi="Tahoma" w:cs="Tahoma"/>
          <w:rtl/>
        </w:rPr>
        <w:t xml:space="preserve"> 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روها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دربار تعادل برقرار کند. تفاوت 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</w:t>
      </w:r>
      <w:r w:rsidRPr="005E3C44">
        <w:rPr>
          <w:rFonts w:ascii="Tahoma" w:hAnsi="Tahoma" w:cs="Tahoma"/>
          <w:rtl/>
        </w:rPr>
        <w:t xml:space="preserve"> دوره با آغاز سلطنت شاه تهماسب </w:t>
      </w:r>
      <w:r w:rsidRPr="005E3C44">
        <w:rPr>
          <w:rFonts w:ascii="Tahoma" w:hAnsi="Tahoma" w:cs="Tahoma" w:hint="eastAsia"/>
          <w:rtl/>
        </w:rPr>
        <w:t>در</w:t>
      </w:r>
      <w:r w:rsidRPr="005E3C44">
        <w:rPr>
          <w:rFonts w:ascii="Tahoma" w:hAnsi="Tahoma" w:cs="Tahoma"/>
          <w:rtl/>
        </w:rPr>
        <w:t xml:space="preserve"> آن بود که قزلباشان 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گر</w:t>
      </w:r>
      <w:r w:rsidRPr="005E3C44">
        <w:rPr>
          <w:rFonts w:ascii="Tahoma" w:hAnsi="Tahoma" w:cs="Tahoma"/>
          <w:rtl/>
        </w:rPr>
        <w:t xml:space="preserve"> تنها 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رو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مدع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سرپرست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شاه نبودند. زنان حرم، خواجه‌سرا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ان،</w:t>
      </w:r>
      <w:r w:rsidRPr="005E3C44">
        <w:rPr>
          <w:rFonts w:ascii="Tahoma" w:hAnsi="Tahoma" w:cs="Tahoma"/>
          <w:rtl/>
        </w:rPr>
        <w:t xml:space="preserve"> غلامان، وز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ران</w:t>
      </w:r>
      <w:r w:rsidRPr="005E3C44">
        <w:rPr>
          <w:rFonts w:ascii="Tahoma" w:hAnsi="Tahoma" w:cs="Tahoma"/>
          <w:rtl/>
        </w:rPr>
        <w:t xml:space="preserve"> و مقام‌ها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مذهب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ز</w:t>
      </w:r>
      <w:r w:rsidRPr="005E3C44">
        <w:rPr>
          <w:rFonts w:ascii="Tahoma" w:hAnsi="Tahoma" w:cs="Tahoma"/>
          <w:rtl/>
        </w:rPr>
        <w:t xml:space="preserve"> در طول 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ک</w:t>
      </w:r>
      <w:r w:rsidRPr="005E3C44">
        <w:rPr>
          <w:rFonts w:ascii="Tahoma" w:hAnsi="Tahoma" w:cs="Tahoma"/>
          <w:rtl/>
        </w:rPr>
        <w:t xml:space="preserve"> سدهٔ حکومت صفو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جا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گاه</w:t>
      </w:r>
      <w:r w:rsidRPr="005E3C44">
        <w:rPr>
          <w:rFonts w:ascii="Tahoma" w:hAnsi="Tahoma" w:cs="Tahoma"/>
          <w:rtl/>
        </w:rPr>
        <w:t xml:space="preserve"> 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رومندتر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پ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دا</w:t>
      </w:r>
      <w:r w:rsidRPr="005E3C44">
        <w:rPr>
          <w:rFonts w:ascii="Tahoma" w:hAnsi="Tahoma" w:cs="Tahoma"/>
          <w:rtl/>
        </w:rPr>
        <w:t xml:space="preserve"> کرده بودند.</w:t>
      </w:r>
    </w:p>
    <w:p w:rsidR="005E3C44" w:rsidRPr="005E3C44" w:rsidRDefault="005E3C44" w:rsidP="005E3C4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E3C44">
        <w:rPr>
          <w:rFonts w:ascii="Tahoma" w:hAnsi="Tahoma" w:cs="Tahoma" w:hint="eastAsia"/>
          <w:rtl/>
        </w:rPr>
        <w:t>در</w:t>
      </w:r>
      <w:r w:rsidRPr="005E3C44">
        <w:rPr>
          <w:rFonts w:ascii="Tahoma" w:hAnsi="Tahoma" w:cs="Tahoma"/>
          <w:rtl/>
        </w:rPr>
        <w:t xml:space="preserve"> سال‌ها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نخست، ادارهٔ حکومت ب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ش</w:t>
      </w:r>
      <w:r w:rsidRPr="005E3C44">
        <w:rPr>
          <w:rFonts w:ascii="Tahoma" w:hAnsi="Tahoma" w:cs="Tahoma"/>
          <w:rtl/>
        </w:rPr>
        <w:t xml:space="preserve"> از همه ز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</w:t>
      </w:r>
      <w:r w:rsidRPr="005E3C44">
        <w:rPr>
          <w:rFonts w:ascii="Tahoma" w:hAnsi="Tahoma" w:cs="Tahoma"/>
          <w:rtl/>
        </w:rPr>
        <w:t xml:space="preserve"> نفوذ مادر شاه، آناخانم، و ساروتق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،</w:t>
      </w:r>
      <w:r w:rsidRPr="005E3C44">
        <w:rPr>
          <w:rFonts w:ascii="Tahoma" w:hAnsi="Tahoma" w:cs="Tahoma"/>
          <w:rtl/>
        </w:rPr>
        <w:t xml:space="preserve"> وز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</w:t>
      </w:r>
      <w:r w:rsidRPr="005E3C44">
        <w:rPr>
          <w:rFonts w:ascii="Tahoma" w:hAnsi="Tahoma" w:cs="Tahoma"/>
          <w:rtl/>
        </w:rPr>
        <w:t xml:space="preserve"> بزرگ، قرار گرفت. 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</w:t>
      </w:r>
      <w:r w:rsidRPr="005E3C44">
        <w:rPr>
          <w:rFonts w:ascii="Tahoma" w:hAnsi="Tahoma" w:cs="Tahoma"/>
          <w:rtl/>
        </w:rPr>
        <w:t xml:space="preserve"> وضع نشان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داد</w:t>
      </w:r>
      <w:r w:rsidRPr="005E3C44">
        <w:rPr>
          <w:rFonts w:ascii="Tahoma" w:hAnsi="Tahoma" w:cs="Tahoma"/>
          <w:rtl/>
        </w:rPr>
        <w:t xml:space="preserve"> که حرم 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گر</w:t>
      </w:r>
      <w:r w:rsidRPr="005E3C44">
        <w:rPr>
          <w:rFonts w:ascii="Tahoma" w:hAnsi="Tahoma" w:cs="Tahoma"/>
          <w:rtl/>
        </w:rPr>
        <w:t xml:space="preserve"> فقط محل زندگ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زنان و شاهزادگان نبود. س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است</w:t>
      </w:r>
      <w:r w:rsidRPr="005E3C44">
        <w:rPr>
          <w:rFonts w:ascii="Tahoma" w:hAnsi="Tahoma" w:cs="Tahoma"/>
          <w:rtl/>
        </w:rPr>
        <w:t xml:space="preserve"> شاه عباس در نگاه‌داشتن شاهزادگان در حرم، خواجه‌سرا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ان</w:t>
      </w:r>
      <w:r w:rsidRPr="005E3C44">
        <w:rPr>
          <w:rFonts w:ascii="Tahoma" w:hAnsi="Tahoma" w:cs="Tahoma"/>
          <w:rtl/>
        </w:rPr>
        <w:t xml:space="preserve"> و زنان نزد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ک</w:t>
      </w:r>
      <w:r w:rsidRPr="005E3C44">
        <w:rPr>
          <w:rFonts w:ascii="Tahoma" w:hAnsi="Tahoma" w:cs="Tahoma"/>
          <w:rtl/>
        </w:rPr>
        <w:t xml:space="preserve"> به آنان را ب</w:t>
      </w:r>
      <w:r w:rsidRPr="005E3C44">
        <w:rPr>
          <w:rFonts w:ascii="Tahoma" w:hAnsi="Tahoma" w:cs="Tahoma" w:hint="eastAsia"/>
          <w:rtl/>
        </w:rPr>
        <w:t>ه</w:t>
      </w:r>
      <w:r w:rsidRPr="005E3C44">
        <w:rPr>
          <w:rFonts w:ascii="Tahoma" w:hAnsi="Tahoma" w:cs="Tahoma"/>
          <w:rtl/>
        </w:rPr>
        <w:t xml:space="preserve"> حلقهٔ ارتباط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ان</w:t>
      </w:r>
      <w:r w:rsidRPr="005E3C44">
        <w:rPr>
          <w:rFonts w:ascii="Tahoma" w:hAnsi="Tahoma" w:cs="Tahoma"/>
          <w:rtl/>
        </w:rPr>
        <w:t xml:space="preserve"> تاج و دستگاه حکومت تبد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ل</w:t>
      </w:r>
      <w:r w:rsidRPr="005E3C44">
        <w:rPr>
          <w:rFonts w:ascii="Tahoma" w:hAnsi="Tahoma" w:cs="Tahoma"/>
          <w:rtl/>
        </w:rPr>
        <w:t xml:space="preserve"> کرده بود. کس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که به شاه کودک دسترس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داشت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توانست</w:t>
      </w:r>
      <w:r w:rsidRPr="005E3C44">
        <w:rPr>
          <w:rFonts w:ascii="Tahoma" w:hAnsi="Tahoma" w:cs="Tahoma"/>
          <w:rtl/>
        </w:rPr>
        <w:t xml:space="preserve"> بر فرمان‌ها، انتصاب‌ها و اطلاعات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که به او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رس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د</w:t>
      </w:r>
      <w:r w:rsidRPr="005E3C44">
        <w:rPr>
          <w:rFonts w:ascii="Tahoma" w:hAnsi="Tahoma" w:cs="Tahoma"/>
          <w:rtl/>
        </w:rPr>
        <w:t xml:space="preserve"> اثر بگذارد.</w:t>
      </w:r>
    </w:p>
    <w:p w:rsidR="005E3C44" w:rsidRPr="005E3C44" w:rsidRDefault="005E3C44" w:rsidP="005E3C4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E3C44">
        <w:rPr>
          <w:rFonts w:ascii="Tahoma" w:hAnsi="Tahoma" w:cs="Tahoma" w:hint="eastAsia"/>
          <w:rtl/>
        </w:rPr>
        <w:t>آناخانم</w:t>
      </w:r>
      <w:r w:rsidRPr="005E3C44">
        <w:rPr>
          <w:rFonts w:ascii="Tahoma" w:hAnsi="Tahoma" w:cs="Tahoma"/>
          <w:rtl/>
        </w:rPr>
        <w:t xml:space="preserve"> از راه مقام مادر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به شاه نزد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ک</w:t>
      </w:r>
      <w:r w:rsidRPr="005E3C44">
        <w:rPr>
          <w:rFonts w:ascii="Tahoma" w:hAnsi="Tahoma" w:cs="Tahoma"/>
          <w:rtl/>
        </w:rPr>
        <w:t xml:space="preserve"> بود و ساروتق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دانش و شبکهٔ 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وان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لازم برا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ادارهٔ امور را در اخت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ار</w:t>
      </w:r>
      <w:r w:rsidRPr="005E3C44">
        <w:rPr>
          <w:rFonts w:ascii="Tahoma" w:hAnsi="Tahoma" w:cs="Tahoma"/>
          <w:rtl/>
        </w:rPr>
        <w:t xml:space="preserve"> داشت. همکار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</w:t>
      </w:r>
      <w:r w:rsidRPr="005E3C44">
        <w:rPr>
          <w:rFonts w:ascii="Tahoma" w:hAnsi="Tahoma" w:cs="Tahoma"/>
          <w:rtl/>
        </w:rPr>
        <w:t xml:space="preserve"> دو توانست در آغاز از فروپاش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دستگاه جلوگ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کند. مال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ات</w:t>
      </w:r>
      <w:r w:rsidRPr="005E3C44">
        <w:rPr>
          <w:rFonts w:ascii="Tahoma" w:hAnsi="Tahoma" w:cs="Tahoma"/>
          <w:rtl/>
        </w:rPr>
        <w:t xml:space="preserve"> وصول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شد،</w:t>
      </w:r>
      <w:r w:rsidRPr="005E3C44">
        <w:rPr>
          <w:rFonts w:ascii="Tahoma" w:hAnsi="Tahoma" w:cs="Tahoma"/>
          <w:rtl/>
        </w:rPr>
        <w:t xml:space="preserve"> فرمان‌ها صادر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گرد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دند،</w:t>
      </w:r>
      <w:r w:rsidRPr="005E3C44">
        <w:rPr>
          <w:rFonts w:ascii="Tahoma" w:hAnsi="Tahoma" w:cs="Tahoma"/>
          <w:rtl/>
        </w:rPr>
        <w:t xml:space="preserve"> 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الات</w:t>
      </w:r>
      <w:r w:rsidRPr="005E3C44">
        <w:rPr>
          <w:rFonts w:ascii="Tahoma" w:hAnsi="Tahoma" w:cs="Tahoma"/>
          <w:rtl/>
        </w:rPr>
        <w:t xml:space="preserve"> ز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</w:t>
      </w:r>
      <w:r w:rsidRPr="005E3C44">
        <w:rPr>
          <w:rFonts w:ascii="Tahoma" w:hAnsi="Tahoma" w:cs="Tahoma"/>
          <w:rtl/>
        </w:rPr>
        <w:t xml:space="preserve"> نظر باق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ماندند</w:t>
      </w:r>
      <w:r w:rsidRPr="005E3C44">
        <w:rPr>
          <w:rFonts w:ascii="Tahoma" w:hAnsi="Tahoma" w:cs="Tahoma"/>
          <w:rtl/>
        </w:rPr>
        <w:t xml:space="preserve"> و قشون </w:t>
      </w:r>
      <w:r w:rsidRPr="005E3C44">
        <w:rPr>
          <w:rFonts w:ascii="Tahoma" w:hAnsi="Tahoma" w:cs="Tahoma" w:hint="eastAsia"/>
          <w:rtl/>
        </w:rPr>
        <w:t>به</w:t>
      </w:r>
      <w:r w:rsidRPr="005E3C44">
        <w:rPr>
          <w:rFonts w:ascii="Tahoma" w:hAnsi="Tahoma" w:cs="Tahoma"/>
          <w:rtl/>
        </w:rPr>
        <w:t xml:space="preserve"> کار خود ادامه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داد</w:t>
      </w:r>
      <w:r w:rsidRPr="005E3C44">
        <w:rPr>
          <w:rFonts w:ascii="Tahoma" w:hAnsi="Tahoma" w:cs="Tahoma"/>
          <w:rtl/>
        </w:rPr>
        <w:t>. حکومت نشان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داد</w:t>
      </w:r>
      <w:r w:rsidRPr="005E3C44">
        <w:rPr>
          <w:rFonts w:ascii="Tahoma" w:hAnsi="Tahoma" w:cs="Tahoma"/>
          <w:rtl/>
        </w:rPr>
        <w:t xml:space="preserve"> که حت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در غ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اب</w:t>
      </w:r>
      <w:r w:rsidRPr="005E3C44">
        <w:rPr>
          <w:rFonts w:ascii="Tahoma" w:hAnsi="Tahoma" w:cs="Tahoma"/>
          <w:rtl/>
        </w:rPr>
        <w:t xml:space="preserve"> فرمانروا</w:t>
      </w:r>
      <w:r w:rsidRPr="005E3C44">
        <w:rPr>
          <w:rFonts w:ascii="Tahoma" w:hAnsi="Tahoma" w:cs="Tahoma" w:hint="cs"/>
          <w:rtl/>
        </w:rPr>
        <w:t>یی</w:t>
      </w:r>
      <w:r w:rsidRPr="005E3C44">
        <w:rPr>
          <w:rFonts w:ascii="Tahoma" w:hAnsi="Tahoma" w:cs="Tahoma"/>
          <w:rtl/>
        </w:rPr>
        <w:t xml:space="preserve"> بالغ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تواند</w:t>
      </w:r>
      <w:r w:rsidRPr="005E3C44">
        <w:rPr>
          <w:rFonts w:ascii="Tahoma" w:hAnsi="Tahoma" w:cs="Tahoma"/>
          <w:rtl/>
        </w:rPr>
        <w:t xml:space="preserve"> وظا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ف</w:t>
      </w:r>
      <w:r w:rsidRPr="005E3C44">
        <w:rPr>
          <w:rFonts w:ascii="Tahoma" w:hAnsi="Tahoma" w:cs="Tahoma"/>
          <w:rtl/>
        </w:rPr>
        <w:t xml:space="preserve"> روزانهٔ خود را انجام دهد.</w:t>
      </w:r>
    </w:p>
    <w:p w:rsidR="005E3C44" w:rsidRPr="005E3C44" w:rsidRDefault="005E3C44" w:rsidP="005E3C4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E3C44">
        <w:rPr>
          <w:rFonts w:ascii="Tahoma" w:hAnsi="Tahoma" w:cs="Tahoma" w:hint="eastAsia"/>
          <w:rtl/>
        </w:rPr>
        <w:t>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</w:t>
      </w:r>
      <w:r w:rsidRPr="005E3C44">
        <w:rPr>
          <w:rFonts w:ascii="Tahoma" w:hAnsi="Tahoma" w:cs="Tahoma"/>
          <w:rtl/>
        </w:rPr>
        <w:t xml:space="preserve"> توانا</w:t>
      </w:r>
      <w:r w:rsidRPr="005E3C44">
        <w:rPr>
          <w:rFonts w:ascii="Tahoma" w:hAnsi="Tahoma" w:cs="Tahoma" w:hint="cs"/>
          <w:rtl/>
        </w:rPr>
        <w:t>یی</w:t>
      </w:r>
      <w:r w:rsidRPr="005E3C44">
        <w:rPr>
          <w:rFonts w:ascii="Tahoma" w:hAnsi="Tahoma" w:cs="Tahoma"/>
          <w:rtl/>
        </w:rPr>
        <w:t xml:space="preserve"> 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ک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از نشانه‌ها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نهاد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نه‌شدن</w:t>
      </w:r>
      <w:r w:rsidRPr="005E3C44">
        <w:rPr>
          <w:rFonts w:ascii="Tahoma" w:hAnsi="Tahoma" w:cs="Tahoma"/>
          <w:rtl/>
        </w:rPr>
        <w:t xml:space="preserve"> کشوردار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صفو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بود. در آغاز حکومت، مرگ شاه اسماع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ل</w:t>
      </w:r>
      <w:r w:rsidRPr="005E3C44">
        <w:rPr>
          <w:rFonts w:ascii="Tahoma" w:hAnsi="Tahoma" w:cs="Tahoma"/>
          <w:rtl/>
        </w:rPr>
        <w:t xml:space="preserve"> همهٔ قزلباشان را وارد کشمکش کرده بود و تاج کودک شاه تهماسب به دست ام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ران</w:t>
      </w:r>
      <w:r w:rsidRPr="005E3C44">
        <w:rPr>
          <w:rFonts w:ascii="Tahoma" w:hAnsi="Tahoma" w:cs="Tahoma"/>
          <w:rtl/>
        </w:rPr>
        <w:t xml:space="preserve">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چرخ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د</w:t>
      </w:r>
      <w:r w:rsidRPr="005E3C44">
        <w:rPr>
          <w:rFonts w:ascii="Tahoma" w:hAnsi="Tahoma" w:cs="Tahoma"/>
          <w:rtl/>
        </w:rPr>
        <w:t>. اکنون 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وان</w:t>
      </w:r>
      <w:r w:rsidRPr="005E3C44">
        <w:rPr>
          <w:rFonts w:ascii="Tahoma" w:hAnsi="Tahoma" w:cs="Tahoma"/>
          <w:rtl/>
        </w:rPr>
        <w:t xml:space="preserve"> و دربار چنان گسترش 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افته</w:t>
      </w:r>
      <w:r w:rsidRPr="005E3C44">
        <w:rPr>
          <w:rFonts w:ascii="Tahoma" w:hAnsi="Tahoma" w:cs="Tahoma"/>
          <w:rtl/>
        </w:rPr>
        <w:t xml:space="preserve"> بودند که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توانستند</w:t>
      </w:r>
      <w:r w:rsidRPr="005E3C44">
        <w:rPr>
          <w:rFonts w:ascii="Tahoma" w:hAnsi="Tahoma" w:cs="Tahoma"/>
          <w:rtl/>
        </w:rPr>
        <w:t xml:space="preserve"> در دوران کودک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شاه، ادار</w:t>
      </w:r>
      <w:r w:rsidRPr="005E3C44">
        <w:rPr>
          <w:rFonts w:ascii="Tahoma" w:hAnsi="Tahoma" w:cs="Tahoma" w:hint="eastAsia"/>
          <w:rtl/>
        </w:rPr>
        <w:t>هٔ</w:t>
      </w:r>
      <w:r w:rsidRPr="005E3C44">
        <w:rPr>
          <w:rFonts w:ascii="Tahoma" w:hAnsi="Tahoma" w:cs="Tahoma"/>
          <w:rtl/>
        </w:rPr>
        <w:t xml:space="preserve"> کشور را ادامه دهند. اما 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</w:t>
      </w:r>
      <w:r w:rsidRPr="005E3C44">
        <w:rPr>
          <w:rFonts w:ascii="Tahoma" w:hAnsi="Tahoma" w:cs="Tahoma"/>
          <w:rtl/>
        </w:rPr>
        <w:t xml:space="preserve"> موفق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ت،</w:t>
      </w:r>
      <w:r w:rsidRPr="005E3C44">
        <w:rPr>
          <w:rFonts w:ascii="Tahoma" w:hAnsi="Tahoma" w:cs="Tahoma"/>
          <w:rtl/>
        </w:rPr>
        <w:t xml:space="preserve"> مسئلهٔ پاسخ‌گو</w:t>
      </w:r>
      <w:r w:rsidRPr="005E3C44">
        <w:rPr>
          <w:rFonts w:ascii="Tahoma" w:hAnsi="Tahoma" w:cs="Tahoma" w:hint="cs"/>
          <w:rtl/>
        </w:rPr>
        <w:t>یی</w:t>
      </w:r>
      <w:r w:rsidRPr="005E3C44">
        <w:rPr>
          <w:rFonts w:ascii="Tahoma" w:hAnsi="Tahoma" w:cs="Tahoma"/>
          <w:rtl/>
        </w:rPr>
        <w:t xml:space="preserve"> را حل نم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کرد</w:t>
      </w:r>
      <w:r w:rsidRPr="005E3C44">
        <w:rPr>
          <w:rFonts w:ascii="Tahoma" w:hAnsi="Tahoma" w:cs="Tahoma"/>
          <w:rtl/>
        </w:rPr>
        <w:t>. کسان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حکومت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کردند</w:t>
      </w:r>
      <w:r w:rsidRPr="005E3C44">
        <w:rPr>
          <w:rFonts w:ascii="Tahoma" w:hAnsi="Tahoma" w:cs="Tahoma"/>
          <w:rtl/>
        </w:rPr>
        <w:t xml:space="preserve"> که مقامشان از نزد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ک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به شاه کودک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آمد</w:t>
      </w:r>
      <w:r w:rsidRPr="005E3C44">
        <w:rPr>
          <w:rFonts w:ascii="Tahoma" w:hAnsi="Tahoma" w:cs="Tahoma"/>
          <w:rtl/>
        </w:rPr>
        <w:t xml:space="preserve"> و نهاد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مستقل بر کارشان نظارت نداشت.</w:t>
      </w:r>
    </w:p>
    <w:p w:rsidR="005E3C44" w:rsidRPr="005E3C44" w:rsidRDefault="005E3C44" w:rsidP="005E3C4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E3C44">
        <w:rPr>
          <w:rFonts w:ascii="Tahoma" w:hAnsi="Tahoma" w:cs="Tahoma" w:hint="eastAsia"/>
          <w:rtl/>
        </w:rPr>
        <w:t>ساروتق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در وصول درآمد و مهار هز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نه‌ها</w:t>
      </w:r>
      <w:r w:rsidRPr="005E3C44">
        <w:rPr>
          <w:rFonts w:ascii="Tahoma" w:hAnsi="Tahoma" w:cs="Tahoma"/>
          <w:rtl/>
        </w:rPr>
        <w:t xml:space="preserve"> سخت‌گ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</w:t>
      </w:r>
      <w:r w:rsidRPr="005E3C44">
        <w:rPr>
          <w:rFonts w:ascii="Tahoma" w:hAnsi="Tahoma" w:cs="Tahoma"/>
          <w:rtl/>
        </w:rPr>
        <w:t xml:space="preserve"> بود. او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کوش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د</w:t>
      </w:r>
      <w:r w:rsidRPr="005E3C44">
        <w:rPr>
          <w:rFonts w:ascii="Tahoma" w:hAnsi="Tahoma" w:cs="Tahoma"/>
          <w:rtl/>
        </w:rPr>
        <w:t xml:space="preserve"> مأموران و حاکمان محل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را ز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</w:t>
      </w:r>
      <w:r w:rsidRPr="005E3C44">
        <w:rPr>
          <w:rFonts w:ascii="Tahoma" w:hAnsi="Tahoma" w:cs="Tahoma"/>
          <w:rtl/>
        </w:rPr>
        <w:t xml:space="preserve"> نظارت مرکز نگه دارد و اجازه ندهد درآمد ولا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ت‌ها</w:t>
      </w:r>
      <w:r w:rsidRPr="005E3C44">
        <w:rPr>
          <w:rFonts w:ascii="Tahoma" w:hAnsi="Tahoma" w:cs="Tahoma"/>
          <w:rtl/>
        </w:rPr>
        <w:t xml:space="preserve"> در دست آنان باق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بماند. چن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</w:t>
      </w:r>
      <w:r w:rsidRPr="005E3C44">
        <w:rPr>
          <w:rFonts w:ascii="Tahoma" w:hAnsi="Tahoma" w:cs="Tahoma"/>
          <w:rtl/>
        </w:rPr>
        <w:t xml:space="preserve"> س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است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برا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حفظ خزانه و پرداخت هز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نه‌ها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دربار و قشون ضرور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بود، اما دشمنان بس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ار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برا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وز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</w:t>
      </w:r>
      <w:r w:rsidRPr="005E3C44">
        <w:rPr>
          <w:rFonts w:ascii="Tahoma" w:hAnsi="Tahoma" w:cs="Tahoma"/>
          <w:rtl/>
        </w:rPr>
        <w:t xml:space="preserve"> پد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د</w:t>
      </w:r>
      <w:r w:rsidRPr="005E3C44">
        <w:rPr>
          <w:rFonts w:ascii="Tahoma" w:hAnsi="Tahoma" w:cs="Tahoma"/>
          <w:rtl/>
        </w:rPr>
        <w:t xml:space="preserve">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آورد</w:t>
      </w:r>
      <w:r w:rsidRPr="005E3C44">
        <w:rPr>
          <w:rFonts w:ascii="Tahoma" w:hAnsi="Tahoma" w:cs="Tahoma"/>
          <w:rtl/>
        </w:rPr>
        <w:t>. هر صاحب‌منصب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که درآمد، مقام 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</w:t>
      </w:r>
      <w:r w:rsidRPr="005E3C44">
        <w:rPr>
          <w:rFonts w:ascii="Tahoma" w:hAnsi="Tahoma" w:cs="Tahoma"/>
          <w:rtl/>
        </w:rPr>
        <w:t xml:space="preserve"> اخت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ارش</w:t>
      </w:r>
      <w:r w:rsidRPr="005E3C44">
        <w:rPr>
          <w:rFonts w:ascii="Tahoma" w:hAnsi="Tahoma" w:cs="Tahoma"/>
          <w:rtl/>
        </w:rPr>
        <w:t xml:space="preserve"> محدود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شد</w:t>
      </w:r>
      <w:r w:rsidRPr="005E3C44">
        <w:rPr>
          <w:rFonts w:ascii="Tahoma" w:hAnsi="Tahoma" w:cs="Tahoma"/>
          <w:rtl/>
        </w:rPr>
        <w:t xml:space="preserve"> ممکن بود ساروتق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را مانع منافع خود بب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ند</w:t>
      </w:r>
      <w:r w:rsidRPr="005E3C44">
        <w:rPr>
          <w:rFonts w:ascii="Tahoma" w:hAnsi="Tahoma" w:cs="Tahoma"/>
          <w:rtl/>
        </w:rPr>
        <w:t>.</w:t>
      </w:r>
    </w:p>
    <w:p w:rsidR="005E3C44" w:rsidRPr="005E3C44" w:rsidRDefault="005E3C44" w:rsidP="005E3C4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E3C44">
        <w:rPr>
          <w:rFonts w:ascii="Tahoma" w:hAnsi="Tahoma" w:cs="Tahoma" w:hint="eastAsia"/>
          <w:rtl/>
        </w:rPr>
        <w:t>افزا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ش</w:t>
      </w:r>
      <w:r w:rsidRPr="005E3C44">
        <w:rPr>
          <w:rFonts w:ascii="Tahoma" w:hAnsi="Tahoma" w:cs="Tahoma"/>
          <w:rtl/>
        </w:rPr>
        <w:t xml:space="preserve"> قدرت وز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</w:t>
      </w:r>
      <w:r w:rsidRPr="005E3C44">
        <w:rPr>
          <w:rFonts w:ascii="Tahoma" w:hAnsi="Tahoma" w:cs="Tahoma"/>
          <w:rtl/>
        </w:rPr>
        <w:t xml:space="preserve"> 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ز</w:t>
      </w:r>
      <w:r w:rsidRPr="005E3C44">
        <w:rPr>
          <w:rFonts w:ascii="Tahoma" w:hAnsi="Tahoma" w:cs="Tahoma"/>
          <w:rtl/>
        </w:rPr>
        <w:t xml:space="preserve"> سوءظن ام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ران</w:t>
      </w:r>
      <w:r w:rsidRPr="005E3C44">
        <w:rPr>
          <w:rFonts w:ascii="Tahoma" w:hAnsi="Tahoma" w:cs="Tahoma"/>
          <w:rtl/>
        </w:rPr>
        <w:t xml:space="preserve"> را برم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انگ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خت</w:t>
      </w:r>
      <w:r w:rsidRPr="005E3C44">
        <w:rPr>
          <w:rFonts w:ascii="Tahoma" w:hAnsi="Tahoma" w:cs="Tahoma"/>
          <w:rtl/>
        </w:rPr>
        <w:t>. ساروتق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قب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له</w:t>
      </w:r>
      <w:r w:rsidRPr="005E3C44">
        <w:rPr>
          <w:rFonts w:ascii="Tahoma" w:hAnsi="Tahoma" w:cs="Tahoma"/>
          <w:rtl/>
        </w:rPr>
        <w:t xml:space="preserve"> و قشون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شخص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نداشت، اما از راه 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وان</w:t>
      </w:r>
      <w:r w:rsidRPr="005E3C44">
        <w:rPr>
          <w:rFonts w:ascii="Tahoma" w:hAnsi="Tahoma" w:cs="Tahoma"/>
          <w:rtl/>
        </w:rPr>
        <w:t xml:space="preserve"> و دسترس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به شاه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توانست</w:t>
      </w:r>
      <w:r w:rsidRPr="005E3C44">
        <w:rPr>
          <w:rFonts w:ascii="Tahoma" w:hAnsi="Tahoma" w:cs="Tahoma"/>
          <w:rtl/>
        </w:rPr>
        <w:t xml:space="preserve"> در عزل و نصب و تقس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م</w:t>
      </w:r>
      <w:r w:rsidRPr="005E3C44">
        <w:rPr>
          <w:rFonts w:ascii="Tahoma" w:hAnsi="Tahoma" w:cs="Tahoma"/>
          <w:rtl/>
        </w:rPr>
        <w:t xml:space="preserve"> منابع اثر بگذارد. برا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سران نظام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،</w:t>
      </w:r>
      <w:r w:rsidRPr="005E3C44">
        <w:rPr>
          <w:rFonts w:ascii="Tahoma" w:hAnsi="Tahoma" w:cs="Tahoma"/>
          <w:rtl/>
        </w:rPr>
        <w:t xml:space="preserve"> 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</w:t>
      </w:r>
      <w:r w:rsidRPr="005E3C44">
        <w:rPr>
          <w:rFonts w:ascii="Tahoma" w:hAnsi="Tahoma" w:cs="Tahoma"/>
          <w:rtl/>
        </w:rPr>
        <w:t xml:space="preserve"> نفوذ کمتر از قدرت 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ک</w:t>
      </w:r>
      <w:r w:rsidRPr="005E3C44">
        <w:rPr>
          <w:rFonts w:ascii="Tahoma" w:hAnsi="Tahoma" w:cs="Tahoma"/>
          <w:rtl/>
        </w:rPr>
        <w:t xml:space="preserve"> فرمانده رق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ب</w:t>
      </w:r>
      <w:r w:rsidRPr="005E3C44">
        <w:rPr>
          <w:rFonts w:ascii="Tahoma" w:hAnsi="Tahoma" w:cs="Tahoma"/>
          <w:rtl/>
        </w:rPr>
        <w:t xml:space="preserve"> خطرناک نبود. وز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</w:t>
      </w:r>
      <w:r w:rsidRPr="005E3C44">
        <w:rPr>
          <w:rFonts w:ascii="Tahoma" w:hAnsi="Tahoma" w:cs="Tahoma"/>
          <w:rtl/>
        </w:rPr>
        <w:t xml:space="preserve">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توانست</w:t>
      </w:r>
      <w:r w:rsidRPr="005E3C44">
        <w:rPr>
          <w:rFonts w:ascii="Tahoma" w:hAnsi="Tahoma" w:cs="Tahoma"/>
          <w:rtl/>
        </w:rPr>
        <w:t xml:space="preserve"> بدون ور</w:t>
      </w:r>
      <w:r w:rsidRPr="005E3C44">
        <w:rPr>
          <w:rFonts w:ascii="Tahoma" w:hAnsi="Tahoma" w:cs="Tahoma" w:hint="eastAsia"/>
          <w:rtl/>
        </w:rPr>
        <w:t>ود</w:t>
      </w:r>
      <w:r w:rsidRPr="005E3C44">
        <w:rPr>
          <w:rFonts w:ascii="Tahoma" w:hAnsi="Tahoma" w:cs="Tahoma"/>
          <w:rtl/>
        </w:rPr>
        <w:t xml:space="preserve"> به 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دان</w:t>
      </w:r>
      <w:r w:rsidRPr="005E3C44">
        <w:rPr>
          <w:rFonts w:ascii="Tahoma" w:hAnsi="Tahoma" w:cs="Tahoma"/>
          <w:rtl/>
        </w:rPr>
        <w:t xml:space="preserve"> جنگ، درآمد قشون 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</w:t>
      </w:r>
      <w:r w:rsidRPr="005E3C44">
        <w:rPr>
          <w:rFonts w:ascii="Tahoma" w:hAnsi="Tahoma" w:cs="Tahoma"/>
          <w:rtl/>
        </w:rPr>
        <w:t xml:space="preserve"> ولا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ت</w:t>
      </w:r>
      <w:r w:rsidRPr="005E3C44">
        <w:rPr>
          <w:rFonts w:ascii="Tahoma" w:hAnsi="Tahoma" w:cs="Tahoma"/>
          <w:rtl/>
        </w:rPr>
        <w:t xml:space="preserve"> آنان را محدود سازد.</w:t>
      </w:r>
    </w:p>
    <w:p w:rsidR="005E3C44" w:rsidRPr="005E3C44" w:rsidRDefault="005E3C44" w:rsidP="005E3C4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E3C44">
        <w:rPr>
          <w:rFonts w:ascii="Tahoma" w:hAnsi="Tahoma" w:cs="Tahoma" w:hint="eastAsia"/>
          <w:rtl/>
        </w:rPr>
        <w:t>در</w:t>
      </w:r>
      <w:r w:rsidRPr="005E3C44">
        <w:rPr>
          <w:rFonts w:ascii="Tahoma" w:hAnsi="Tahoma" w:cs="Tahoma"/>
          <w:rtl/>
        </w:rPr>
        <w:t xml:space="preserve"> سال </w:t>
      </w:r>
      <w:r w:rsidRPr="005E3C44">
        <w:rPr>
          <w:rFonts w:ascii="Tahoma" w:hAnsi="Tahoma" w:cs="Tahoma"/>
          <w:rtl/>
          <w:lang w:bidi="fa-IR"/>
        </w:rPr>
        <w:t>۱۶۴۵</w:t>
      </w:r>
      <w:r w:rsidRPr="005E3C44">
        <w:rPr>
          <w:rFonts w:ascii="Tahoma" w:hAnsi="Tahoma" w:cs="Tahoma"/>
          <w:rtl/>
        </w:rPr>
        <w:t xml:space="preserve"> 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لاد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،</w:t>
      </w:r>
      <w:r w:rsidRPr="005E3C44">
        <w:rPr>
          <w:rFonts w:ascii="Tahoma" w:hAnsi="Tahoma" w:cs="Tahoma"/>
          <w:rtl/>
        </w:rPr>
        <w:t xml:space="preserve"> جان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خان</w:t>
      </w:r>
      <w:r w:rsidRPr="005E3C44">
        <w:rPr>
          <w:rFonts w:ascii="Tahoma" w:hAnsi="Tahoma" w:cs="Tahoma"/>
          <w:rtl/>
        </w:rPr>
        <w:t xml:space="preserve"> شاملو و گروه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از همراهانش ساروتق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را کشتند. 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</w:t>
      </w:r>
      <w:r w:rsidRPr="005E3C44">
        <w:rPr>
          <w:rFonts w:ascii="Tahoma" w:hAnsi="Tahoma" w:cs="Tahoma"/>
          <w:rtl/>
        </w:rPr>
        <w:t xml:space="preserve"> حادثه شباهت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آشکار با قتل 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رزا</w:t>
      </w:r>
      <w:r w:rsidRPr="005E3C44">
        <w:rPr>
          <w:rFonts w:ascii="Tahoma" w:hAnsi="Tahoma" w:cs="Tahoma"/>
          <w:rtl/>
        </w:rPr>
        <w:t xml:space="preserve"> سلمان در دورهٔ محمد خدابنده داشت. قشون بار 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گر</w:t>
      </w:r>
      <w:r w:rsidRPr="005E3C44">
        <w:rPr>
          <w:rFonts w:ascii="Tahoma" w:hAnsi="Tahoma" w:cs="Tahoma"/>
          <w:rtl/>
        </w:rPr>
        <w:t xml:space="preserve"> وز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را که برا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تقو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ت</w:t>
      </w:r>
      <w:r w:rsidRPr="005E3C44">
        <w:rPr>
          <w:rFonts w:ascii="Tahoma" w:hAnsi="Tahoma" w:cs="Tahoma"/>
          <w:rtl/>
        </w:rPr>
        <w:t xml:space="preserve"> مرکز و 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وان</w:t>
      </w:r>
      <w:r w:rsidRPr="005E3C44">
        <w:rPr>
          <w:rFonts w:ascii="Tahoma" w:hAnsi="Tahoma" w:cs="Tahoma"/>
          <w:rtl/>
        </w:rPr>
        <w:t xml:space="preserve"> کار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کرد</w:t>
      </w:r>
      <w:r w:rsidRPr="005E3C44">
        <w:rPr>
          <w:rFonts w:ascii="Tahoma" w:hAnsi="Tahoma" w:cs="Tahoma"/>
          <w:rtl/>
        </w:rPr>
        <w:t xml:space="preserve"> از 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ان</w:t>
      </w:r>
      <w:r w:rsidRPr="005E3C44">
        <w:rPr>
          <w:rFonts w:ascii="Tahoma" w:hAnsi="Tahoma" w:cs="Tahoma"/>
          <w:rtl/>
        </w:rPr>
        <w:t xml:space="preserve"> برد. اما نت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جه</w:t>
      </w:r>
      <w:r w:rsidRPr="005E3C44">
        <w:rPr>
          <w:rFonts w:ascii="Tahoma" w:hAnsi="Tahoma" w:cs="Tahoma"/>
          <w:rtl/>
        </w:rPr>
        <w:t xml:space="preserve"> 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ن‌بار</w:t>
      </w:r>
      <w:r w:rsidRPr="005E3C44">
        <w:rPr>
          <w:rFonts w:ascii="Tahoma" w:hAnsi="Tahoma" w:cs="Tahoma"/>
          <w:rtl/>
        </w:rPr>
        <w:t xml:space="preserve"> متفاوت بود. در دورهٔ </w:t>
      </w:r>
      <w:r w:rsidRPr="005E3C44">
        <w:rPr>
          <w:rFonts w:ascii="Tahoma" w:hAnsi="Tahoma" w:cs="Tahoma" w:hint="eastAsia"/>
          <w:rtl/>
        </w:rPr>
        <w:t>محمد</w:t>
      </w:r>
      <w:r w:rsidRPr="005E3C44">
        <w:rPr>
          <w:rFonts w:ascii="Tahoma" w:hAnsi="Tahoma" w:cs="Tahoma"/>
          <w:rtl/>
        </w:rPr>
        <w:t xml:space="preserve"> خدابنده، شاه توان مجازات قاتلان وز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</w:t>
      </w:r>
      <w:r w:rsidRPr="005E3C44">
        <w:rPr>
          <w:rFonts w:ascii="Tahoma" w:hAnsi="Tahoma" w:cs="Tahoma"/>
          <w:rtl/>
        </w:rPr>
        <w:t xml:space="preserve"> را نداشت؛ در دورهٔ عباس دوم، دستگاه تاج 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رومندتر</w:t>
      </w:r>
      <w:r w:rsidRPr="005E3C44">
        <w:rPr>
          <w:rFonts w:ascii="Tahoma" w:hAnsi="Tahoma" w:cs="Tahoma"/>
          <w:rtl/>
        </w:rPr>
        <w:t xml:space="preserve"> بود.</w:t>
      </w:r>
    </w:p>
    <w:p w:rsidR="005E3C44" w:rsidRPr="005E3C44" w:rsidRDefault="005E3C44" w:rsidP="005E3C4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E3C44">
        <w:rPr>
          <w:rFonts w:ascii="Tahoma" w:hAnsi="Tahoma" w:cs="Tahoma" w:hint="eastAsia"/>
          <w:rtl/>
        </w:rPr>
        <w:t>جان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خان</w:t>
      </w:r>
      <w:r w:rsidRPr="005E3C44">
        <w:rPr>
          <w:rFonts w:ascii="Tahoma" w:hAnsi="Tahoma" w:cs="Tahoma"/>
          <w:rtl/>
        </w:rPr>
        <w:t xml:space="preserve"> گمان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کرد</w:t>
      </w:r>
      <w:r w:rsidRPr="005E3C44">
        <w:rPr>
          <w:rFonts w:ascii="Tahoma" w:hAnsi="Tahoma" w:cs="Tahoma"/>
          <w:rtl/>
        </w:rPr>
        <w:t xml:space="preserve"> با حذف وز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</w:t>
      </w:r>
      <w:r w:rsidRPr="005E3C44">
        <w:rPr>
          <w:rFonts w:ascii="Tahoma" w:hAnsi="Tahoma" w:cs="Tahoma"/>
          <w:rtl/>
        </w:rPr>
        <w:t xml:space="preserve">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تواند</w:t>
      </w:r>
      <w:r w:rsidRPr="005E3C44">
        <w:rPr>
          <w:rFonts w:ascii="Tahoma" w:hAnsi="Tahoma" w:cs="Tahoma"/>
          <w:rtl/>
        </w:rPr>
        <w:t xml:space="preserve"> قدرت ب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شتر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در اخت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ار</w:t>
      </w:r>
      <w:r w:rsidRPr="005E3C44">
        <w:rPr>
          <w:rFonts w:ascii="Tahoma" w:hAnsi="Tahoma" w:cs="Tahoma"/>
          <w:rtl/>
        </w:rPr>
        <w:t xml:space="preserve"> 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رد،</w:t>
      </w:r>
      <w:r w:rsidRPr="005E3C44">
        <w:rPr>
          <w:rFonts w:ascii="Tahoma" w:hAnsi="Tahoma" w:cs="Tahoma"/>
          <w:rtl/>
        </w:rPr>
        <w:t xml:space="preserve"> اما خود و همراهانش اندک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بعد به فرمان شاه 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</w:t>
      </w:r>
      <w:r w:rsidRPr="005E3C44">
        <w:rPr>
          <w:rFonts w:ascii="Tahoma" w:hAnsi="Tahoma" w:cs="Tahoma"/>
          <w:rtl/>
        </w:rPr>
        <w:t xml:space="preserve"> در جر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ان</w:t>
      </w:r>
      <w:r w:rsidRPr="005E3C44">
        <w:rPr>
          <w:rFonts w:ascii="Tahoma" w:hAnsi="Tahoma" w:cs="Tahoma"/>
          <w:rtl/>
        </w:rPr>
        <w:t xml:space="preserve"> واکنش دربار کشته شدند. عباس دوم هنوز جوان بود، ول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</w:t>
      </w:r>
      <w:r w:rsidRPr="005E3C44">
        <w:rPr>
          <w:rFonts w:ascii="Tahoma" w:hAnsi="Tahoma" w:cs="Tahoma"/>
          <w:rtl/>
        </w:rPr>
        <w:t xml:space="preserve"> مجازات نشان داد که قزلباشان 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گر</w:t>
      </w:r>
      <w:r w:rsidRPr="005E3C44">
        <w:rPr>
          <w:rFonts w:ascii="Tahoma" w:hAnsi="Tahoma" w:cs="Tahoma"/>
          <w:rtl/>
        </w:rPr>
        <w:t xml:space="preserve"> نم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توانند</w:t>
      </w:r>
      <w:r w:rsidRPr="005E3C44">
        <w:rPr>
          <w:rFonts w:ascii="Tahoma" w:hAnsi="Tahoma" w:cs="Tahoma"/>
          <w:rtl/>
        </w:rPr>
        <w:t xml:space="preserve"> صاحب‌منصب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بلندپا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ه</w:t>
      </w:r>
      <w:r w:rsidRPr="005E3C44">
        <w:rPr>
          <w:rFonts w:ascii="Tahoma" w:hAnsi="Tahoma" w:cs="Tahoma"/>
          <w:rtl/>
        </w:rPr>
        <w:t xml:space="preserve"> را بکشند و ما</w:t>
      </w:r>
      <w:r w:rsidRPr="005E3C44">
        <w:rPr>
          <w:rFonts w:ascii="Tahoma" w:hAnsi="Tahoma" w:cs="Tahoma" w:hint="eastAsia"/>
          <w:rtl/>
        </w:rPr>
        <w:t>نند</w:t>
      </w:r>
      <w:r w:rsidRPr="005E3C44">
        <w:rPr>
          <w:rFonts w:ascii="Tahoma" w:hAnsi="Tahoma" w:cs="Tahoma"/>
          <w:rtl/>
        </w:rPr>
        <w:t xml:space="preserve"> قاتلان مهدعل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</w:t>
      </w:r>
      <w:r w:rsidRPr="005E3C44">
        <w:rPr>
          <w:rFonts w:ascii="Tahoma" w:hAnsi="Tahoma" w:cs="Tahoma"/>
          <w:rtl/>
        </w:rPr>
        <w:t xml:space="preserve"> از مجازات بگر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زند</w:t>
      </w:r>
      <w:r w:rsidRPr="005E3C44">
        <w:rPr>
          <w:rFonts w:ascii="Tahoma" w:hAnsi="Tahoma" w:cs="Tahoma"/>
          <w:rtl/>
        </w:rPr>
        <w:t>.</w:t>
      </w:r>
    </w:p>
    <w:p w:rsidR="005E3C44" w:rsidRPr="005E3C44" w:rsidRDefault="005E3C44" w:rsidP="005E3C4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E3C44">
        <w:rPr>
          <w:rFonts w:ascii="Tahoma" w:hAnsi="Tahoma" w:cs="Tahoma" w:hint="eastAsia"/>
          <w:rtl/>
        </w:rPr>
        <w:t>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</w:t>
      </w:r>
      <w:r w:rsidRPr="005E3C44">
        <w:rPr>
          <w:rFonts w:ascii="Tahoma" w:hAnsi="Tahoma" w:cs="Tahoma"/>
          <w:rtl/>
        </w:rPr>
        <w:t xml:space="preserve"> تغ</w:t>
      </w:r>
      <w:r w:rsidRPr="005E3C44">
        <w:rPr>
          <w:rFonts w:ascii="Tahoma" w:hAnsi="Tahoma" w:cs="Tahoma" w:hint="cs"/>
          <w:rtl/>
        </w:rPr>
        <w:t>یی</w:t>
      </w:r>
      <w:r w:rsidRPr="005E3C44">
        <w:rPr>
          <w:rFonts w:ascii="Tahoma" w:hAnsi="Tahoma" w:cs="Tahoma" w:hint="eastAsia"/>
          <w:rtl/>
        </w:rPr>
        <w:t>ر</w:t>
      </w:r>
      <w:r w:rsidRPr="005E3C44">
        <w:rPr>
          <w:rFonts w:ascii="Tahoma" w:hAnsi="Tahoma" w:cs="Tahoma"/>
          <w:rtl/>
        </w:rPr>
        <w:t xml:space="preserve"> فقط از توان شخص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شاه جوان سرچشمه نم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گرفت</w:t>
      </w:r>
      <w:r w:rsidRPr="005E3C44">
        <w:rPr>
          <w:rFonts w:ascii="Tahoma" w:hAnsi="Tahoma" w:cs="Tahoma"/>
          <w:rtl/>
        </w:rPr>
        <w:t>. غلامان، خواجه‌سرا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ان،</w:t>
      </w:r>
      <w:r w:rsidRPr="005E3C44">
        <w:rPr>
          <w:rFonts w:ascii="Tahoma" w:hAnsi="Tahoma" w:cs="Tahoma"/>
          <w:rtl/>
        </w:rPr>
        <w:t xml:space="preserve"> 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وانسالاران</w:t>
      </w:r>
      <w:r w:rsidRPr="005E3C44">
        <w:rPr>
          <w:rFonts w:ascii="Tahoma" w:hAnsi="Tahoma" w:cs="Tahoma"/>
          <w:rtl/>
        </w:rPr>
        <w:t xml:space="preserve"> و 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گر</w:t>
      </w:r>
      <w:r w:rsidRPr="005E3C44">
        <w:rPr>
          <w:rFonts w:ascii="Tahoma" w:hAnsi="Tahoma" w:cs="Tahoma"/>
          <w:rtl/>
        </w:rPr>
        <w:t xml:space="preserve"> گروه‌ها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دربار 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رو</w:t>
      </w:r>
      <w:r w:rsidRPr="005E3C44">
        <w:rPr>
          <w:rFonts w:ascii="Tahoma" w:hAnsi="Tahoma" w:cs="Tahoma" w:hint="cs"/>
          <w:rtl/>
        </w:rPr>
        <w:t>یی</w:t>
      </w:r>
      <w:r w:rsidRPr="005E3C44">
        <w:rPr>
          <w:rFonts w:ascii="Tahoma" w:hAnsi="Tahoma" w:cs="Tahoma"/>
          <w:rtl/>
        </w:rPr>
        <w:t xml:space="preserve"> ساخته بودند که تاج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توانست</w:t>
      </w:r>
      <w:r w:rsidRPr="005E3C44">
        <w:rPr>
          <w:rFonts w:ascii="Tahoma" w:hAnsi="Tahoma" w:cs="Tahoma"/>
          <w:rtl/>
        </w:rPr>
        <w:t xml:space="preserve"> در برابر 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ک</w:t>
      </w:r>
      <w:r w:rsidRPr="005E3C44">
        <w:rPr>
          <w:rFonts w:ascii="Tahoma" w:hAnsi="Tahoma" w:cs="Tahoma"/>
          <w:rtl/>
        </w:rPr>
        <w:t xml:space="preserve"> دسته از قزلباشان به آن تک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ه</w:t>
      </w:r>
      <w:r w:rsidRPr="005E3C44">
        <w:rPr>
          <w:rFonts w:ascii="Tahoma" w:hAnsi="Tahoma" w:cs="Tahoma"/>
          <w:rtl/>
        </w:rPr>
        <w:t xml:space="preserve"> کند. اصلاحات شاه عباس هنوز پس از مرگ او کار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کردند</w:t>
      </w:r>
      <w:r w:rsidRPr="005E3C44">
        <w:rPr>
          <w:rFonts w:ascii="Tahoma" w:hAnsi="Tahoma" w:cs="Tahoma"/>
          <w:rtl/>
        </w:rPr>
        <w:t>. انحصار قشون شکست</w:t>
      </w:r>
      <w:r w:rsidRPr="005E3C44">
        <w:rPr>
          <w:rFonts w:ascii="Tahoma" w:hAnsi="Tahoma" w:cs="Tahoma" w:hint="eastAsia"/>
          <w:rtl/>
        </w:rPr>
        <w:t>ه</w:t>
      </w:r>
      <w:r w:rsidRPr="005E3C44">
        <w:rPr>
          <w:rFonts w:ascii="Tahoma" w:hAnsi="Tahoma" w:cs="Tahoma"/>
          <w:rtl/>
        </w:rPr>
        <w:t xml:space="preserve"> شده بود و شاه برا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مجازات 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ک</w:t>
      </w:r>
      <w:r w:rsidRPr="005E3C44">
        <w:rPr>
          <w:rFonts w:ascii="Tahoma" w:hAnsi="Tahoma" w:cs="Tahoma"/>
          <w:rtl/>
        </w:rPr>
        <w:t xml:space="preserve"> ام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</w:t>
      </w:r>
      <w:r w:rsidRPr="005E3C44">
        <w:rPr>
          <w:rFonts w:ascii="Tahoma" w:hAnsi="Tahoma" w:cs="Tahoma"/>
          <w:rtl/>
        </w:rPr>
        <w:t xml:space="preserve"> ناچار نبود فقط از قب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له‌ا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رق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ب</w:t>
      </w:r>
      <w:r w:rsidRPr="005E3C44">
        <w:rPr>
          <w:rFonts w:ascii="Tahoma" w:hAnsi="Tahoma" w:cs="Tahoma"/>
          <w:rtl/>
        </w:rPr>
        <w:t xml:space="preserve"> کمک بگ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رد</w:t>
      </w:r>
      <w:r w:rsidRPr="005E3C44">
        <w:rPr>
          <w:rFonts w:ascii="Tahoma" w:hAnsi="Tahoma" w:cs="Tahoma"/>
          <w:rtl/>
        </w:rPr>
        <w:t>.</w:t>
      </w:r>
    </w:p>
    <w:p w:rsidR="005E3C44" w:rsidRPr="005E3C44" w:rsidRDefault="005E3C44" w:rsidP="005E3C4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E3C44">
        <w:rPr>
          <w:rFonts w:ascii="Tahoma" w:hAnsi="Tahoma" w:cs="Tahoma" w:hint="eastAsia"/>
          <w:rtl/>
        </w:rPr>
        <w:t>پس</w:t>
      </w:r>
      <w:r w:rsidRPr="005E3C44">
        <w:rPr>
          <w:rFonts w:ascii="Tahoma" w:hAnsi="Tahoma" w:cs="Tahoma"/>
          <w:rtl/>
        </w:rPr>
        <w:t xml:space="preserve"> از مرگ ساروتق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،</w:t>
      </w:r>
      <w:r w:rsidRPr="005E3C44">
        <w:rPr>
          <w:rFonts w:ascii="Tahoma" w:hAnsi="Tahoma" w:cs="Tahoma"/>
          <w:rtl/>
        </w:rPr>
        <w:t xml:space="preserve"> خل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فه‌سلطان</w:t>
      </w:r>
      <w:r w:rsidRPr="005E3C44">
        <w:rPr>
          <w:rFonts w:ascii="Tahoma" w:hAnsi="Tahoma" w:cs="Tahoma"/>
          <w:rtl/>
        </w:rPr>
        <w:t xml:space="preserve"> بار 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گر</w:t>
      </w:r>
      <w:r w:rsidRPr="005E3C44">
        <w:rPr>
          <w:rFonts w:ascii="Tahoma" w:hAnsi="Tahoma" w:cs="Tahoma"/>
          <w:rtl/>
        </w:rPr>
        <w:t xml:space="preserve"> به وزارت رس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د</w:t>
      </w:r>
      <w:r w:rsidRPr="005E3C44">
        <w:rPr>
          <w:rFonts w:ascii="Tahoma" w:hAnsi="Tahoma" w:cs="Tahoma"/>
          <w:rtl/>
        </w:rPr>
        <w:t>. او از خاندان‌ها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شناخته‌شدهٔ 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وان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و 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بود و پ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ش</w:t>
      </w:r>
      <w:r w:rsidRPr="005E3C44">
        <w:rPr>
          <w:rFonts w:ascii="Tahoma" w:hAnsi="Tahoma" w:cs="Tahoma"/>
          <w:rtl/>
        </w:rPr>
        <w:t xml:space="preserve"> از آن 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ز</w:t>
      </w:r>
      <w:r w:rsidRPr="005E3C44">
        <w:rPr>
          <w:rFonts w:ascii="Tahoma" w:hAnsi="Tahoma" w:cs="Tahoma"/>
          <w:rtl/>
        </w:rPr>
        <w:t xml:space="preserve"> مقام وزارت را تجربه کرده بود. بازگشت او نشان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داد</w:t>
      </w:r>
      <w:r w:rsidRPr="005E3C44">
        <w:rPr>
          <w:rFonts w:ascii="Tahoma" w:hAnsi="Tahoma" w:cs="Tahoma"/>
          <w:rtl/>
        </w:rPr>
        <w:t xml:space="preserve"> که حکومت برا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جبران خلأ 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جادشده</w:t>
      </w:r>
      <w:r w:rsidRPr="005E3C44">
        <w:rPr>
          <w:rFonts w:ascii="Tahoma" w:hAnsi="Tahoma" w:cs="Tahoma"/>
          <w:rtl/>
        </w:rPr>
        <w:t xml:space="preserve"> به حافظهٔ 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وان</w:t>
      </w:r>
      <w:r w:rsidRPr="005E3C44">
        <w:rPr>
          <w:rFonts w:ascii="Tahoma" w:hAnsi="Tahoma" w:cs="Tahoma"/>
          <w:rtl/>
        </w:rPr>
        <w:t xml:space="preserve"> رو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آورد</w:t>
      </w:r>
      <w:r w:rsidRPr="005E3C44">
        <w:rPr>
          <w:rFonts w:ascii="Tahoma" w:hAnsi="Tahoma" w:cs="Tahoma"/>
          <w:rtl/>
        </w:rPr>
        <w:t>. وز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ران</w:t>
      </w:r>
      <w:r w:rsidRPr="005E3C44">
        <w:rPr>
          <w:rFonts w:ascii="Tahoma" w:hAnsi="Tahoma" w:cs="Tahoma"/>
          <w:rtl/>
        </w:rPr>
        <w:t xml:space="preserve"> ممکن بود برکنار 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>ا کشته شوند، اما خاندان‌ها و شبکه‌ها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وان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تجربهٔ ادارهٔ کشور را حفظ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کردند</w:t>
      </w:r>
      <w:r w:rsidRPr="005E3C44">
        <w:rPr>
          <w:rFonts w:ascii="Tahoma" w:hAnsi="Tahoma" w:cs="Tahoma"/>
          <w:rtl/>
        </w:rPr>
        <w:t>.</w:t>
      </w:r>
    </w:p>
    <w:p w:rsidR="005E3C44" w:rsidRPr="005E3C44" w:rsidRDefault="005E3C44" w:rsidP="005E3C4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E3C44">
        <w:rPr>
          <w:rFonts w:ascii="Tahoma" w:hAnsi="Tahoma" w:cs="Tahoma" w:hint="eastAsia"/>
          <w:rtl/>
        </w:rPr>
        <w:t>خل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فه‌سلطان</w:t>
      </w:r>
      <w:r w:rsidRPr="005E3C44">
        <w:rPr>
          <w:rFonts w:ascii="Tahoma" w:hAnsi="Tahoma" w:cs="Tahoma"/>
          <w:rtl/>
        </w:rPr>
        <w:t xml:space="preserve"> با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د</w:t>
      </w:r>
      <w:r w:rsidRPr="005E3C44">
        <w:rPr>
          <w:rFonts w:ascii="Tahoma" w:hAnsi="Tahoma" w:cs="Tahoma"/>
          <w:rtl/>
        </w:rPr>
        <w:t xml:space="preserve"> 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ان</w:t>
      </w:r>
      <w:r w:rsidRPr="005E3C44">
        <w:rPr>
          <w:rFonts w:ascii="Tahoma" w:hAnsi="Tahoma" w:cs="Tahoma"/>
          <w:rtl/>
        </w:rPr>
        <w:t xml:space="preserve"> دربار، قشون، خزانه و 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نکاران</w:t>
      </w:r>
      <w:r w:rsidRPr="005E3C44">
        <w:rPr>
          <w:rFonts w:ascii="Tahoma" w:hAnsi="Tahoma" w:cs="Tahoma"/>
          <w:rtl/>
        </w:rPr>
        <w:t xml:space="preserve"> تعادل برقرار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کرد</w:t>
      </w:r>
      <w:r w:rsidRPr="005E3C44">
        <w:rPr>
          <w:rFonts w:ascii="Tahoma" w:hAnsi="Tahoma" w:cs="Tahoma"/>
          <w:rtl/>
        </w:rPr>
        <w:t>. پ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وند</w:t>
      </w:r>
      <w:r w:rsidRPr="005E3C44">
        <w:rPr>
          <w:rFonts w:ascii="Tahoma" w:hAnsi="Tahoma" w:cs="Tahoma"/>
          <w:rtl/>
        </w:rPr>
        <w:t xml:space="preserve"> خانوادگ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و اجتماع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او با دستگاه مذهب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ز</w:t>
      </w:r>
      <w:r w:rsidRPr="005E3C44">
        <w:rPr>
          <w:rFonts w:ascii="Tahoma" w:hAnsi="Tahoma" w:cs="Tahoma"/>
          <w:rtl/>
        </w:rPr>
        <w:t xml:space="preserve"> نمونه‌ا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از نزد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ک‌شدن</w:t>
      </w:r>
      <w:r w:rsidRPr="005E3C44">
        <w:rPr>
          <w:rFonts w:ascii="Tahoma" w:hAnsi="Tahoma" w:cs="Tahoma"/>
          <w:rtl/>
        </w:rPr>
        <w:t xml:space="preserve"> 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وان</w:t>
      </w:r>
      <w:r w:rsidRPr="005E3C44">
        <w:rPr>
          <w:rFonts w:ascii="Tahoma" w:hAnsi="Tahoma" w:cs="Tahoma"/>
          <w:rtl/>
        </w:rPr>
        <w:t xml:space="preserve"> و عمامه بود. در دورهٔ صفو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مرز 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</w:t>
      </w:r>
      <w:r w:rsidRPr="005E3C44">
        <w:rPr>
          <w:rFonts w:ascii="Tahoma" w:hAnsi="Tahoma" w:cs="Tahoma"/>
          <w:rtl/>
        </w:rPr>
        <w:t xml:space="preserve"> دو 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رو</w:t>
      </w:r>
      <w:r w:rsidRPr="005E3C44">
        <w:rPr>
          <w:rFonts w:ascii="Tahoma" w:hAnsi="Tahoma" w:cs="Tahoma"/>
          <w:rtl/>
        </w:rPr>
        <w:t xml:space="preserve"> هم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شه</w:t>
      </w:r>
      <w:r w:rsidRPr="005E3C44">
        <w:rPr>
          <w:rFonts w:ascii="Tahoma" w:hAnsi="Tahoma" w:cs="Tahoma"/>
          <w:rtl/>
        </w:rPr>
        <w:t xml:space="preserve"> با مرز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روشن 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ان</w:t>
      </w:r>
      <w:r w:rsidRPr="005E3C44">
        <w:rPr>
          <w:rFonts w:ascii="Tahoma" w:hAnsi="Tahoma" w:cs="Tahoma"/>
          <w:rtl/>
        </w:rPr>
        <w:t xml:space="preserve"> دو گروه جدا مشخص نم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شد</w:t>
      </w:r>
      <w:r w:rsidRPr="005E3C44">
        <w:rPr>
          <w:rFonts w:ascii="Tahoma" w:hAnsi="Tahoma" w:cs="Tahoma"/>
          <w:rtl/>
        </w:rPr>
        <w:t xml:space="preserve">. 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ک</w:t>
      </w:r>
      <w:r w:rsidRPr="005E3C44">
        <w:rPr>
          <w:rFonts w:ascii="Tahoma" w:hAnsi="Tahoma" w:cs="Tahoma"/>
          <w:rtl/>
        </w:rPr>
        <w:t xml:space="preserve"> خاندان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توانست</w:t>
      </w:r>
      <w:r w:rsidRPr="005E3C44">
        <w:rPr>
          <w:rFonts w:ascii="Tahoma" w:hAnsi="Tahoma" w:cs="Tahoma"/>
          <w:rtl/>
        </w:rPr>
        <w:t xml:space="preserve"> هم صاحب دانش 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باشد، هم در 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وان</w:t>
      </w:r>
      <w:r w:rsidRPr="005E3C44">
        <w:rPr>
          <w:rFonts w:ascii="Tahoma" w:hAnsi="Tahoma" w:cs="Tahoma"/>
          <w:rtl/>
        </w:rPr>
        <w:t xml:space="preserve"> خدمت کند و هم با دربار پ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وند</w:t>
      </w:r>
      <w:r w:rsidRPr="005E3C44">
        <w:rPr>
          <w:rFonts w:ascii="Tahoma" w:hAnsi="Tahoma" w:cs="Tahoma"/>
          <w:rtl/>
        </w:rPr>
        <w:t xml:space="preserve"> 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ابد</w:t>
      </w:r>
      <w:r w:rsidRPr="005E3C44">
        <w:rPr>
          <w:rFonts w:ascii="Tahoma" w:hAnsi="Tahoma" w:cs="Tahoma"/>
          <w:rtl/>
        </w:rPr>
        <w:t>.</w:t>
      </w:r>
    </w:p>
    <w:p w:rsidR="005E3C44" w:rsidRPr="005E3C44" w:rsidRDefault="005E3C44" w:rsidP="005E3C4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E3C44">
        <w:rPr>
          <w:rFonts w:ascii="Tahoma" w:hAnsi="Tahoma" w:cs="Tahoma" w:hint="eastAsia"/>
          <w:rtl/>
        </w:rPr>
        <w:t>عباس</w:t>
      </w:r>
      <w:r w:rsidRPr="005E3C44">
        <w:rPr>
          <w:rFonts w:ascii="Tahoma" w:hAnsi="Tahoma" w:cs="Tahoma"/>
          <w:rtl/>
        </w:rPr>
        <w:t xml:space="preserve"> دوم با رس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دن</w:t>
      </w:r>
      <w:r w:rsidRPr="005E3C44">
        <w:rPr>
          <w:rFonts w:ascii="Tahoma" w:hAnsi="Tahoma" w:cs="Tahoma"/>
          <w:rtl/>
        </w:rPr>
        <w:t xml:space="preserve"> به نوجوان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و جوان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به‌تدر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ج</w:t>
      </w:r>
      <w:r w:rsidRPr="005E3C44">
        <w:rPr>
          <w:rFonts w:ascii="Tahoma" w:hAnsi="Tahoma" w:cs="Tahoma"/>
          <w:rtl/>
        </w:rPr>
        <w:t xml:space="preserve"> ادارهٔ مستق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م</w:t>
      </w:r>
      <w:r w:rsidRPr="005E3C44">
        <w:rPr>
          <w:rFonts w:ascii="Tahoma" w:hAnsi="Tahoma" w:cs="Tahoma"/>
          <w:rtl/>
        </w:rPr>
        <w:t xml:space="preserve"> حکومت را در اخت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ار</w:t>
      </w:r>
      <w:r w:rsidRPr="005E3C44">
        <w:rPr>
          <w:rFonts w:ascii="Tahoma" w:hAnsi="Tahoma" w:cs="Tahoma"/>
          <w:rtl/>
        </w:rPr>
        <w:t xml:space="preserve"> گرفت. او برخلاف شاه صف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توانست از ز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</w:t>
      </w:r>
      <w:r w:rsidRPr="005E3C44">
        <w:rPr>
          <w:rFonts w:ascii="Tahoma" w:hAnsi="Tahoma" w:cs="Tahoma"/>
          <w:rtl/>
        </w:rPr>
        <w:t xml:space="preserve"> سا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هٔ</w:t>
      </w:r>
      <w:r w:rsidRPr="005E3C44">
        <w:rPr>
          <w:rFonts w:ascii="Tahoma" w:hAnsi="Tahoma" w:cs="Tahoma"/>
          <w:rtl/>
        </w:rPr>
        <w:t xml:space="preserve"> سرپرستان ب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رون</w:t>
      </w:r>
      <w:r w:rsidRPr="005E3C44">
        <w:rPr>
          <w:rFonts w:ascii="Tahoma" w:hAnsi="Tahoma" w:cs="Tahoma"/>
          <w:rtl/>
        </w:rPr>
        <w:t xml:space="preserve"> آ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د،</w:t>
      </w:r>
      <w:r w:rsidRPr="005E3C44">
        <w:rPr>
          <w:rFonts w:ascii="Tahoma" w:hAnsi="Tahoma" w:cs="Tahoma"/>
          <w:rtl/>
        </w:rPr>
        <w:t xml:space="preserve"> ب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آنکه</w:t>
      </w:r>
      <w:r w:rsidRPr="005E3C44">
        <w:rPr>
          <w:rFonts w:ascii="Tahoma" w:hAnsi="Tahoma" w:cs="Tahoma"/>
          <w:rtl/>
        </w:rPr>
        <w:t xml:space="preserve"> همهٔ رجال باتجربه را از 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ان</w:t>
      </w:r>
      <w:r w:rsidRPr="005E3C44">
        <w:rPr>
          <w:rFonts w:ascii="Tahoma" w:hAnsi="Tahoma" w:cs="Tahoma"/>
          <w:rtl/>
        </w:rPr>
        <w:t xml:space="preserve"> ببرد. 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</w:t>
      </w:r>
      <w:r w:rsidRPr="005E3C44">
        <w:rPr>
          <w:rFonts w:ascii="Tahoma" w:hAnsi="Tahoma" w:cs="Tahoma"/>
          <w:rtl/>
        </w:rPr>
        <w:t xml:space="preserve"> تفاوت در توان حکومت اثر گذاشت. شاه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توانست</w:t>
      </w:r>
      <w:r w:rsidRPr="005E3C44">
        <w:rPr>
          <w:rFonts w:ascii="Tahoma" w:hAnsi="Tahoma" w:cs="Tahoma"/>
          <w:rtl/>
        </w:rPr>
        <w:t xml:space="preserve"> از دستگاه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که به ارث </w:t>
      </w:r>
      <w:r w:rsidRPr="005E3C44">
        <w:rPr>
          <w:rFonts w:ascii="Tahoma" w:hAnsi="Tahoma" w:cs="Tahoma" w:hint="eastAsia"/>
          <w:rtl/>
        </w:rPr>
        <w:t>برده</w:t>
      </w:r>
      <w:r w:rsidRPr="005E3C44">
        <w:rPr>
          <w:rFonts w:ascii="Tahoma" w:hAnsi="Tahoma" w:cs="Tahoma"/>
          <w:rtl/>
        </w:rPr>
        <w:t xml:space="preserve"> بود استفاده کند و در همان حال تصم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م</w:t>
      </w:r>
      <w:r w:rsidRPr="005E3C44">
        <w:rPr>
          <w:rFonts w:ascii="Tahoma" w:hAnsi="Tahoma" w:cs="Tahoma"/>
          <w:rtl/>
        </w:rPr>
        <w:t xml:space="preserve"> نها</w:t>
      </w:r>
      <w:r w:rsidRPr="005E3C44">
        <w:rPr>
          <w:rFonts w:ascii="Tahoma" w:hAnsi="Tahoma" w:cs="Tahoma" w:hint="cs"/>
          <w:rtl/>
        </w:rPr>
        <w:t>یی</w:t>
      </w:r>
      <w:r w:rsidRPr="005E3C44">
        <w:rPr>
          <w:rFonts w:ascii="Tahoma" w:hAnsi="Tahoma" w:cs="Tahoma"/>
          <w:rtl/>
        </w:rPr>
        <w:t xml:space="preserve"> را خود بگ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رد</w:t>
      </w:r>
      <w:r w:rsidRPr="005E3C44">
        <w:rPr>
          <w:rFonts w:ascii="Tahoma" w:hAnsi="Tahoma" w:cs="Tahoma"/>
          <w:rtl/>
        </w:rPr>
        <w:t>.</w:t>
      </w:r>
    </w:p>
    <w:p w:rsidR="005E3C44" w:rsidRPr="005E3C44" w:rsidRDefault="005E3C44" w:rsidP="005E3C4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E3C44">
        <w:rPr>
          <w:rFonts w:ascii="Tahoma" w:hAnsi="Tahoma" w:cs="Tahoma" w:hint="eastAsia"/>
          <w:rtl/>
        </w:rPr>
        <w:t>مهم‌تر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</w:t>
      </w:r>
      <w:r w:rsidRPr="005E3C44">
        <w:rPr>
          <w:rFonts w:ascii="Tahoma" w:hAnsi="Tahoma" w:cs="Tahoma"/>
          <w:rtl/>
        </w:rPr>
        <w:t xml:space="preserve"> آزمون نظام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او قندهار بود. 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</w:t>
      </w:r>
      <w:r w:rsidRPr="005E3C44">
        <w:rPr>
          <w:rFonts w:ascii="Tahoma" w:hAnsi="Tahoma" w:cs="Tahoma"/>
          <w:rtl/>
        </w:rPr>
        <w:t xml:space="preserve"> شهر در مس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</w:t>
      </w:r>
      <w:r w:rsidRPr="005E3C44">
        <w:rPr>
          <w:rFonts w:ascii="Tahoma" w:hAnsi="Tahoma" w:cs="Tahoma"/>
          <w:rtl/>
        </w:rPr>
        <w:t xml:space="preserve"> 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ان</w:t>
      </w:r>
      <w:r w:rsidRPr="005E3C44">
        <w:rPr>
          <w:rFonts w:ascii="Tahoma" w:hAnsi="Tahoma" w:cs="Tahoma"/>
          <w:rtl/>
        </w:rPr>
        <w:t xml:space="preserve"> 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ران،</w:t>
      </w:r>
      <w:r w:rsidRPr="005E3C44">
        <w:rPr>
          <w:rFonts w:ascii="Tahoma" w:hAnsi="Tahoma" w:cs="Tahoma"/>
          <w:rtl/>
        </w:rPr>
        <w:t xml:space="preserve"> هند و آس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مرکز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قرار داشت و کنترل آن از نظر دفاع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و بازرگان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اهم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ت</w:t>
      </w:r>
      <w:r w:rsidRPr="005E3C44">
        <w:rPr>
          <w:rFonts w:ascii="Tahoma" w:hAnsi="Tahoma" w:cs="Tahoma"/>
          <w:rtl/>
        </w:rPr>
        <w:t xml:space="preserve"> فراوان داشت. قندهار در دورهٔ شاه صف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به دست گورکان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ان</w:t>
      </w:r>
      <w:r w:rsidRPr="005E3C44">
        <w:rPr>
          <w:rFonts w:ascii="Tahoma" w:hAnsi="Tahoma" w:cs="Tahoma"/>
          <w:rtl/>
        </w:rPr>
        <w:t xml:space="preserve"> هند افتاده بود و بازپس‌گ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آن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توانست</w:t>
      </w:r>
      <w:r w:rsidRPr="005E3C44">
        <w:rPr>
          <w:rFonts w:ascii="Tahoma" w:hAnsi="Tahoma" w:cs="Tahoma"/>
          <w:rtl/>
        </w:rPr>
        <w:t xml:space="preserve"> نشان دهد که حکومت صفو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پس از ضعف دورهٔ پ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ش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</w:t>
      </w:r>
      <w:r w:rsidRPr="005E3C44">
        <w:rPr>
          <w:rFonts w:ascii="Tahoma" w:hAnsi="Tahoma" w:cs="Tahoma"/>
          <w:rtl/>
        </w:rPr>
        <w:t xml:space="preserve"> توان نظام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خود را باز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افته</w:t>
      </w:r>
      <w:r w:rsidRPr="005E3C44">
        <w:rPr>
          <w:rFonts w:ascii="Tahoma" w:hAnsi="Tahoma" w:cs="Tahoma"/>
          <w:rtl/>
        </w:rPr>
        <w:t xml:space="preserve"> است.</w:t>
      </w:r>
    </w:p>
    <w:p w:rsidR="005E3C44" w:rsidRPr="005E3C44" w:rsidRDefault="005E3C44" w:rsidP="005E3C4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E3C44">
        <w:rPr>
          <w:rFonts w:ascii="Tahoma" w:hAnsi="Tahoma" w:cs="Tahoma" w:hint="eastAsia"/>
          <w:rtl/>
        </w:rPr>
        <w:t>در</w:t>
      </w:r>
      <w:r w:rsidRPr="005E3C44">
        <w:rPr>
          <w:rFonts w:ascii="Tahoma" w:hAnsi="Tahoma" w:cs="Tahoma"/>
          <w:rtl/>
        </w:rPr>
        <w:t xml:space="preserve"> سال </w:t>
      </w:r>
      <w:r w:rsidRPr="005E3C44">
        <w:rPr>
          <w:rFonts w:ascii="Tahoma" w:hAnsi="Tahoma" w:cs="Tahoma"/>
          <w:rtl/>
          <w:lang w:bidi="fa-IR"/>
        </w:rPr>
        <w:t>۱۶۴۹</w:t>
      </w:r>
      <w:r w:rsidRPr="005E3C44">
        <w:rPr>
          <w:rFonts w:ascii="Tahoma" w:hAnsi="Tahoma" w:cs="Tahoma"/>
          <w:rtl/>
        </w:rPr>
        <w:t xml:space="preserve"> 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لاد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،</w:t>
      </w:r>
      <w:r w:rsidRPr="005E3C44">
        <w:rPr>
          <w:rFonts w:ascii="Tahoma" w:hAnsi="Tahoma" w:cs="Tahoma"/>
          <w:rtl/>
        </w:rPr>
        <w:t xml:space="preserve"> سپاه صفو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قندهار را بازپس گرفت. گورکان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ان</w:t>
      </w:r>
      <w:r w:rsidRPr="005E3C44">
        <w:rPr>
          <w:rFonts w:ascii="Tahoma" w:hAnsi="Tahoma" w:cs="Tahoma"/>
          <w:rtl/>
        </w:rPr>
        <w:t xml:space="preserve"> هند چند بار برا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تصرف دوبارهٔ آن لشکر کش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دند،</w:t>
      </w:r>
      <w:r w:rsidRPr="005E3C44">
        <w:rPr>
          <w:rFonts w:ascii="Tahoma" w:hAnsi="Tahoma" w:cs="Tahoma"/>
          <w:rtl/>
        </w:rPr>
        <w:t xml:space="preserve"> اما کوشش‌ها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شان</w:t>
      </w:r>
      <w:r w:rsidRPr="005E3C44">
        <w:rPr>
          <w:rFonts w:ascii="Tahoma" w:hAnsi="Tahoma" w:cs="Tahoma"/>
          <w:rtl/>
        </w:rPr>
        <w:t xml:space="preserve"> به نت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جه</w:t>
      </w:r>
      <w:r w:rsidRPr="005E3C44">
        <w:rPr>
          <w:rFonts w:ascii="Tahoma" w:hAnsi="Tahoma" w:cs="Tahoma"/>
          <w:rtl/>
        </w:rPr>
        <w:t xml:space="preserve"> نرس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د</w:t>
      </w:r>
      <w:r w:rsidRPr="005E3C44">
        <w:rPr>
          <w:rFonts w:ascii="Tahoma" w:hAnsi="Tahoma" w:cs="Tahoma"/>
          <w:rtl/>
        </w:rPr>
        <w:t>. حفظ قندهار نشان داد که قشون صفو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،</w:t>
      </w:r>
      <w:r w:rsidRPr="005E3C44">
        <w:rPr>
          <w:rFonts w:ascii="Tahoma" w:hAnsi="Tahoma" w:cs="Tahoma"/>
          <w:rtl/>
        </w:rPr>
        <w:t xml:space="preserve"> با وجود ضعف‌ها و رقابت‌ها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درون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،</w:t>
      </w:r>
      <w:r w:rsidRPr="005E3C44">
        <w:rPr>
          <w:rFonts w:ascii="Tahoma" w:hAnsi="Tahoma" w:cs="Tahoma"/>
          <w:rtl/>
        </w:rPr>
        <w:t xml:space="preserve"> هنوز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تواند</w:t>
      </w:r>
      <w:r w:rsidRPr="005E3C44">
        <w:rPr>
          <w:rFonts w:ascii="Tahoma" w:hAnsi="Tahoma" w:cs="Tahoma"/>
          <w:rtl/>
        </w:rPr>
        <w:t xml:space="preserve"> در برابر 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ک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از بزرگ‌تر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</w:t>
      </w:r>
      <w:r w:rsidRPr="005E3C44">
        <w:rPr>
          <w:rFonts w:ascii="Tahoma" w:hAnsi="Tahoma" w:cs="Tahoma"/>
          <w:rtl/>
        </w:rPr>
        <w:t xml:space="preserve"> حکومت‌ها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منطقه مقاومت کند.</w:t>
      </w:r>
    </w:p>
    <w:p w:rsidR="005E3C44" w:rsidRPr="005E3C44" w:rsidRDefault="005E3C44" w:rsidP="005E3C4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E3C44">
        <w:rPr>
          <w:rFonts w:ascii="Tahoma" w:hAnsi="Tahoma" w:cs="Tahoma" w:hint="eastAsia"/>
          <w:rtl/>
        </w:rPr>
        <w:t>پ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روز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در قندهار فقط نت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جهٔ</w:t>
      </w:r>
      <w:r w:rsidRPr="005E3C44">
        <w:rPr>
          <w:rFonts w:ascii="Tahoma" w:hAnsi="Tahoma" w:cs="Tahoma"/>
          <w:rtl/>
        </w:rPr>
        <w:t xml:space="preserve"> حضور شاه 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</w:t>
      </w:r>
      <w:r w:rsidRPr="005E3C44">
        <w:rPr>
          <w:rFonts w:ascii="Tahoma" w:hAnsi="Tahoma" w:cs="Tahoma"/>
          <w:rtl/>
        </w:rPr>
        <w:t xml:space="preserve"> دلاور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فرماندهان نبود. قلعه، توپخانه، تدارکات، راه‌ها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ارتباط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و توان رساندن آذوقه و 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رو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تازه در نت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جه</w:t>
      </w:r>
      <w:r w:rsidRPr="005E3C44">
        <w:rPr>
          <w:rFonts w:ascii="Tahoma" w:hAnsi="Tahoma" w:cs="Tahoma"/>
          <w:rtl/>
        </w:rPr>
        <w:t xml:space="preserve"> نقش داشتند. همان درس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که از جنگ‌ها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عثمان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آموخته شده بود در شرق 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ز</w:t>
      </w:r>
      <w:r w:rsidRPr="005E3C44">
        <w:rPr>
          <w:rFonts w:ascii="Tahoma" w:hAnsi="Tahoma" w:cs="Tahoma"/>
          <w:rtl/>
        </w:rPr>
        <w:t xml:space="preserve"> صدق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کرد</w:t>
      </w:r>
      <w:r w:rsidRPr="005E3C44">
        <w:rPr>
          <w:rFonts w:ascii="Tahoma" w:hAnsi="Tahoma" w:cs="Tahoma"/>
          <w:rtl/>
        </w:rPr>
        <w:t>: قشون بدون خزانه و 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وان</w:t>
      </w:r>
      <w:r w:rsidRPr="005E3C44">
        <w:rPr>
          <w:rFonts w:ascii="Tahoma" w:hAnsi="Tahoma" w:cs="Tahoma"/>
          <w:rtl/>
        </w:rPr>
        <w:t xml:space="preserve"> نم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توانست</w:t>
      </w:r>
      <w:r w:rsidRPr="005E3C44">
        <w:rPr>
          <w:rFonts w:ascii="Tahoma" w:hAnsi="Tahoma" w:cs="Tahoma"/>
          <w:rtl/>
        </w:rPr>
        <w:t xml:space="preserve"> جنگ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طولان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را ادامه دهد.</w:t>
      </w:r>
    </w:p>
    <w:p w:rsidR="005E3C44" w:rsidRPr="005E3C44" w:rsidRDefault="005E3C44" w:rsidP="005E3C4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E3C44">
        <w:rPr>
          <w:rFonts w:ascii="Tahoma" w:hAnsi="Tahoma" w:cs="Tahoma" w:hint="eastAsia"/>
          <w:rtl/>
        </w:rPr>
        <w:t>حفظ</w:t>
      </w:r>
      <w:r w:rsidRPr="005E3C44">
        <w:rPr>
          <w:rFonts w:ascii="Tahoma" w:hAnsi="Tahoma" w:cs="Tahoma"/>
          <w:rtl/>
        </w:rPr>
        <w:t xml:space="preserve"> قندهار بر اعتبار عباس دوم افزود. شاه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که در کودک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ز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</w:t>
      </w:r>
      <w:r w:rsidRPr="005E3C44">
        <w:rPr>
          <w:rFonts w:ascii="Tahoma" w:hAnsi="Tahoma" w:cs="Tahoma"/>
          <w:rtl/>
        </w:rPr>
        <w:t xml:space="preserve"> سرپرست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مادر و وز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ران</w:t>
      </w:r>
      <w:r w:rsidRPr="005E3C44">
        <w:rPr>
          <w:rFonts w:ascii="Tahoma" w:hAnsi="Tahoma" w:cs="Tahoma"/>
          <w:rtl/>
        </w:rPr>
        <w:t xml:space="preserve"> قرار داشت، اکنون فرمانروا</w:t>
      </w:r>
      <w:r w:rsidRPr="005E3C44">
        <w:rPr>
          <w:rFonts w:ascii="Tahoma" w:hAnsi="Tahoma" w:cs="Tahoma" w:hint="cs"/>
          <w:rtl/>
        </w:rPr>
        <w:t>یی</w:t>
      </w:r>
      <w:r w:rsidRPr="005E3C44">
        <w:rPr>
          <w:rFonts w:ascii="Tahoma" w:hAnsi="Tahoma" w:cs="Tahoma"/>
          <w:rtl/>
        </w:rPr>
        <w:t xml:space="preserve"> شناخته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شد</w:t>
      </w:r>
      <w:r w:rsidRPr="005E3C44">
        <w:rPr>
          <w:rFonts w:ascii="Tahoma" w:hAnsi="Tahoma" w:cs="Tahoma"/>
          <w:rtl/>
        </w:rPr>
        <w:t xml:space="preserve"> که توانسته است سرزم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مهم را بازپس 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رد</w:t>
      </w:r>
      <w:r w:rsidRPr="005E3C44">
        <w:rPr>
          <w:rFonts w:ascii="Tahoma" w:hAnsi="Tahoma" w:cs="Tahoma"/>
          <w:rtl/>
        </w:rPr>
        <w:t>. 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</w:t>
      </w:r>
      <w:r w:rsidRPr="005E3C44">
        <w:rPr>
          <w:rFonts w:ascii="Tahoma" w:hAnsi="Tahoma" w:cs="Tahoma"/>
          <w:rtl/>
        </w:rPr>
        <w:t xml:space="preserve"> پ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روز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به تاج امکان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داد</w:t>
      </w:r>
      <w:r w:rsidRPr="005E3C44">
        <w:rPr>
          <w:rFonts w:ascii="Tahoma" w:hAnsi="Tahoma" w:cs="Tahoma"/>
          <w:rtl/>
        </w:rPr>
        <w:t xml:space="preserve"> در برابر ام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ران،</w:t>
      </w:r>
      <w:r w:rsidRPr="005E3C44">
        <w:rPr>
          <w:rFonts w:ascii="Tahoma" w:hAnsi="Tahoma" w:cs="Tahoma"/>
          <w:rtl/>
        </w:rPr>
        <w:t xml:space="preserve"> 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وانسالاران</w:t>
      </w:r>
      <w:r w:rsidRPr="005E3C44">
        <w:rPr>
          <w:rFonts w:ascii="Tahoma" w:hAnsi="Tahoma" w:cs="Tahoma"/>
          <w:rtl/>
        </w:rPr>
        <w:t xml:space="preserve"> و دربار با اعتماد ب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شتر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عمل کند.</w:t>
      </w:r>
    </w:p>
    <w:p w:rsidR="005E3C44" w:rsidRPr="005E3C44" w:rsidRDefault="005E3C44" w:rsidP="005E3C4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E3C44">
        <w:rPr>
          <w:rFonts w:ascii="Tahoma" w:hAnsi="Tahoma" w:cs="Tahoma" w:hint="eastAsia"/>
          <w:rtl/>
        </w:rPr>
        <w:t>روابط</w:t>
      </w:r>
      <w:r w:rsidRPr="005E3C44">
        <w:rPr>
          <w:rFonts w:ascii="Tahoma" w:hAnsi="Tahoma" w:cs="Tahoma"/>
          <w:rtl/>
        </w:rPr>
        <w:t xml:space="preserve"> با عثمان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ان</w:t>
      </w:r>
      <w:r w:rsidRPr="005E3C44">
        <w:rPr>
          <w:rFonts w:ascii="Tahoma" w:hAnsi="Tahoma" w:cs="Tahoma"/>
          <w:rtl/>
        </w:rPr>
        <w:t xml:space="preserve"> در ب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شتر</w:t>
      </w:r>
      <w:r w:rsidRPr="005E3C44">
        <w:rPr>
          <w:rFonts w:ascii="Tahoma" w:hAnsi="Tahoma" w:cs="Tahoma"/>
          <w:rtl/>
        </w:rPr>
        <w:t xml:space="preserve"> دوران او بر پا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هٔ</w:t>
      </w:r>
      <w:r w:rsidRPr="005E3C44">
        <w:rPr>
          <w:rFonts w:ascii="Tahoma" w:hAnsi="Tahoma" w:cs="Tahoma"/>
          <w:rtl/>
        </w:rPr>
        <w:t xml:space="preserve"> صلح زهاب باق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ماند. 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</w:t>
      </w:r>
      <w:r w:rsidRPr="005E3C44">
        <w:rPr>
          <w:rFonts w:ascii="Tahoma" w:hAnsi="Tahoma" w:cs="Tahoma"/>
          <w:rtl/>
        </w:rPr>
        <w:t xml:space="preserve"> آرامش طولان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برا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ران</w:t>
      </w:r>
      <w:r w:rsidRPr="005E3C44">
        <w:rPr>
          <w:rFonts w:ascii="Tahoma" w:hAnsi="Tahoma" w:cs="Tahoma"/>
          <w:rtl/>
        </w:rPr>
        <w:t xml:space="preserve"> اهم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ت</w:t>
      </w:r>
      <w:r w:rsidRPr="005E3C44">
        <w:rPr>
          <w:rFonts w:ascii="Tahoma" w:hAnsi="Tahoma" w:cs="Tahoma"/>
          <w:rtl/>
        </w:rPr>
        <w:t xml:space="preserve"> فراوان داشت. آذربا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جان</w:t>
      </w:r>
      <w:r w:rsidRPr="005E3C44">
        <w:rPr>
          <w:rFonts w:ascii="Tahoma" w:hAnsi="Tahoma" w:cs="Tahoma"/>
          <w:rtl/>
        </w:rPr>
        <w:t xml:space="preserve"> و مناطق غرب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از لشکرکش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ها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و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رانگر</w:t>
      </w:r>
      <w:r w:rsidRPr="005E3C44">
        <w:rPr>
          <w:rFonts w:ascii="Tahoma" w:hAnsi="Tahoma" w:cs="Tahoma"/>
          <w:rtl/>
        </w:rPr>
        <w:t xml:space="preserve"> مکرر آسوده‌تر شدند، تجارت امکان گسترش 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افت</w:t>
      </w:r>
      <w:r w:rsidRPr="005E3C44">
        <w:rPr>
          <w:rFonts w:ascii="Tahoma" w:hAnsi="Tahoma" w:cs="Tahoma"/>
          <w:rtl/>
        </w:rPr>
        <w:t xml:space="preserve"> و حکومت توانست 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رو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خود را به شرق و مسائل داخل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اختصاص دهد.</w:t>
      </w:r>
    </w:p>
    <w:p w:rsidR="005E3C44" w:rsidRPr="005E3C44" w:rsidRDefault="005E3C44" w:rsidP="005E3C4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E3C44">
        <w:rPr>
          <w:rFonts w:ascii="Tahoma" w:hAnsi="Tahoma" w:cs="Tahoma" w:hint="eastAsia"/>
          <w:rtl/>
        </w:rPr>
        <w:t>صلح</w:t>
      </w:r>
      <w:r w:rsidRPr="005E3C44">
        <w:rPr>
          <w:rFonts w:ascii="Tahoma" w:hAnsi="Tahoma" w:cs="Tahoma"/>
          <w:rtl/>
        </w:rPr>
        <w:t xml:space="preserve"> پا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دار</w:t>
      </w:r>
      <w:r w:rsidRPr="005E3C44">
        <w:rPr>
          <w:rFonts w:ascii="Tahoma" w:hAnsi="Tahoma" w:cs="Tahoma"/>
          <w:rtl/>
        </w:rPr>
        <w:t xml:space="preserve"> نشانهٔ ضعف 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</w:t>
      </w:r>
      <w:r w:rsidRPr="005E3C44">
        <w:rPr>
          <w:rFonts w:ascii="Tahoma" w:hAnsi="Tahoma" w:cs="Tahoma"/>
          <w:rtl/>
        </w:rPr>
        <w:t xml:space="preserve"> ترک کامل رقابت نبود. حکومت صفو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همچنان عثمان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ان</w:t>
      </w:r>
      <w:r w:rsidRPr="005E3C44">
        <w:rPr>
          <w:rFonts w:ascii="Tahoma" w:hAnsi="Tahoma" w:cs="Tahoma"/>
          <w:rtl/>
        </w:rPr>
        <w:t xml:space="preserve"> را رق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ب</w:t>
      </w:r>
      <w:r w:rsidRPr="005E3C44">
        <w:rPr>
          <w:rFonts w:ascii="Tahoma" w:hAnsi="Tahoma" w:cs="Tahoma"/>
          <w:rtl/>
        </w:rPr>
        <w:t xml:space="preserve"> بزرگ مذهب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و س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اس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خود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دانست،</w:t>
      </w:r>
      <w:r w:rsidRPr="005E3C44">
        <w:rPr>
          <w:rFonts w:ascii="Tahoma" w:hAnsi="Tahoma" w:cs="Tahoma"/>
          <w:rtl/>
        </w:rPr>
        <w:t xml:space="preserve"> اما تجربه نشان داده بود که جنگ دائم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هر دو طرف را فرسوده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کند</w:t>
      </w:r>
      <w:r w:rsidRPr="005E3C44">
        <w:rPr>
          <w:rFonts w:ascii="Tahoma" w:hAnsi="Tahoma" w:cs="Tahoma"/>
          <w:rtl/>
        </w:rPr>
        <w:t>. حفظ مرز و آرامش، در بس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ار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از دوره‌ها برا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کشوردار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سودمندتر از تلاش هم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شگ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ب</w:t>
      </w:r>
      <w:r w:rsidRPr="005E3C44">
        <w:rPr>
          <w:rFonts w:ascii="Tahoma" w:hAnsi="Tahoma" w:cs="Tahoma" w:hint="eastAsia"/>
          <w:rtl/>
        </w:rPr>
        <w:t>را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گسترش قلمرو بود.</w:t>
      </w:r>
    </w:p>
    <w:p w:rsidR="005E3C44" w:rsidRPr="005E3C44" w:rsidRDefault="005E3C44" w:rsidP="005E3C4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E3C44">
        <w:rPr>
          <w:rFonts w:ascii="Tahoma" w:hAnsi="Tahoma" w:cs="Tahoma" w:hint="eastAsia"/>
          <w:rtl/>
        </w:rPr>
        <w:t>اصفهان</w:t>
      </w:r>
      <w:r w:rsidRPr="005E3C44">
        <w:rPr>
          <w:rFonts w:ascii="Tahoma" w:hAnsi="Tahoma" w:cs="Tahoma"/>
          <w:rtl/>
        </w:rPr>
        <w:t xml:space="preserve"> در 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</w:t>
      </w:r>
      <w:r w:rsidRPr="005E3C44">
        <w:rPr>
          <w:rFonts w:ascii="Tahoma" w:hAnsi="Tahoma" w:cs="Tahoma"/>
          <w:rtl/>
        </w:rPr>
        <w:t xml:space="preserve"> دوره همچنان مرکز پررونق حکومت، تجارت و هنر باق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ماند. 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دان‌ها،</w:t>
      </w:r>
      <w:r w:rsidRPr="005E3C44">
        <w:rPr>
          <w:rFonts w:ascii="Tahoma" w:hAnsi="Tahoma" w:cs="Tahoma"/>
          <w:rtl/>
        </w:rPr>
        <w:t xml:space="preserve"> بازارها، کاروان‌سراها و محله‌ها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گوناگون، گروه‌ها</w:t>
      </w:r>
      <w:r w:rsidRPr="005E3C44">
        <w:rPr>
          <w:rFonts w:ascii="Tahoma" w:hAnsi="Tahoma" w:cs="Tahoma" w:hint="cs"/>
          <w:rtl/>
        </w:rPr>
        <w:t>یی</w:t>
      </w:r>
      <w:r w:rsidRPr="005E3C44">
        <w:rPr>
          <w:rFonts w:ascii="Tahoma" w:hAnsi="Tahoma" w:cs="Tahoma"/>
          <w:rtl/>
        </w:rPr>
        <w:t xml:space="preserve"> از بازرگانان، صنعتگران، 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نکاران،</w:t>
      </w:r>
      <w:r w:rsidRPr="005E3C44">
        <w:rPr>
          <w:rFonts w:ascii="Tahoma" w:hAnsi="Tahoma" w:cs="Tahoma"/>
          <w:rtl/>
        </w:rPr>
        <w:t xml:space="preserve"> صاحب‌منصبان و نما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ندگان</w:t>
      </w:r>
      <w:r w:rsidRPr="005E3C44">
        <w:rPr>
          <w:rFonts w:ascii="Tahoma" w:hAnsi="Tahoma" w:cs="Tahoma"/>
          <w:rtl/>
        </w:rPr>
        <w:t xml:space="preserve"> خارج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را در پا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تخت</w:t>
      </w:r>
      <w:r w:rsidRPr="005E3C44">
        <w:rPr>
          <w:rFonts w:ascii="Tahoma" w:hAnsi="Tahoma" w:cs="Tahoma"/>
          <w:rtl/>
        </w:rPr>
        <w:t xml:space="preserve"> گرد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آوردند</w:t>
      </w:r>
      <w:r w:rsidRPr="005E3C44">
        <w:rPr>
          <w:rFonts w:ascii="Tahoma" w:hAnsi="Tahoma" w:cs="Tahoma"/>
          <w:rtl/>
        </w:rPr>
        <w:t>. شکوه شهر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توانست</w:t>
      </w:r>
      <w:r w:rsidRPr="005E3C44">
        <w:rPr>
          <w:rFonts w:ascii="Tahoma" w:hAnsi="Tahoma" w:cs="Tahoma"/>
          <w:rtl/>
        </w:rPr>
        <w:t xml:space="preserve"> تصو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از ثبات </w:t>
      </w:r>
      <w:r w:rsidRPr="005E3C44">
        <w:rPr>
          <w:rFonts w:ascii="Tahoma" w:hAnsi="Tahoma" w:cs="Tahoma" w:hint="eastAsia"/>
          <w:rtl/>
        </w:rPr>
        <w:t>حکومت</w:t>
      </w:r>
      <w:r w:rsidRPr="005E3C44">
        <w:rPr>
          <w:rFonts w:ascii="Tahoma" w:hAnsi="Tahoma" w:cs="Tahoma"/>
          <w:rtl/>
        </w:rPr>
        <w:t xml:space="preserve"> عرضه کند، حت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هنگام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که درون دستگاه مشکلات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وجود داشت.</w:t>
      </w:r>
    </w:p>
    <w:p w:rsidR="005E3C44" w:rsidRPr="005E3C44" w:rsidRDefault="005E3C44" w:rsidP="005E3C4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E3C44">
        <w:rPr>
          <w:rFonts w:ascii="Tahoma" w:hAnsi="Tahoma" w:cs="Tahoma" w:hint="eastAsia"/>
          <w:rtl/>
        </w:rPr>
        <w:t>بازرگان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ابر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شم</w:t>
      </w:r>
      <w:r w:rsidRPr="005E3C44">
        <w:rPr>
          <w:rFonts w:ascii="Tahoma" w:hAnsi="Tahoma" w:cs="Tahoma"/>
          <w:rtl/>
        </w:rPr>
        <w:t xml:space="preserve"> و ارتباط با ارمن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ان</w:t>
      </w:r>
      <w:r w:rsidRPr="005E3C44">
        <w:rPr>
          <w:rFonts w:ascii="Tahoma" w:hAnsi="Tahoma" w:cs="Tahoma"/>
          <w:rtl/>
        </w:rPr>
        <w:t xml:space="preserve"> جلفا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نو، شرکت‌ها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اروپا</w:t>
      </w:r>
      <w:r w:rsidRPr="005E3C44">
        <w:rPr>
          <w:rFonts w:ascii="Tahoma" w:hAnsi="Tahoma" w:cs="Tahoma" w:hint="cs"/>
          <w:rtl/>
        </w:rPr>
        <w:t>یی</w:t>
      </w:r>
      <w:r w:rsidRPr="005E3C44">
        <w:rPr>
          <w:rFonts w:ascii="Tahoma" w:hAnsi="Tahoma" w:cs="Tahoma" w:hint="eastAsia"/>
          <w:rtl/>
        </w:rPr>
        <w:t>،</w:t>
      </w:r>
      <w:r w:rsidRPr="005E3C44">
        <w:rPr>
          <w:rFonts w:ascii="Tahoma" w:hAnsi="Tahoma" w:cs="Tahoma"/>
          <w:rtl/>
        </w:rPr>
        <w:t xml:space="preserve"> هند و عثمان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بخش مهم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از اقتصاد کشور بود. حکومت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کوش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د</w:t>
      </w:r>
      <w:r w:rsidRPr="005E3C44">
        <w:rPr>
          <w:rFonts w:ascii="Tahoma" w:hAnsi="Tahoma" w:cs="Tahoma"/>
          <w:rtl/>
        </w:rPr>
        <w:t xml:space="preserve"> از 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</w:t>
      </w:r>
      <w:r w:rsidRPr="005E3C44">
        <w:rPr>
          <w:rFonts w:ascii="Tahoma" w:hAnsi="Tahoma" w:cs="Tahoma"/>
          <w:rtl/>
        </w:rPr>
        <w:t xml:space="preserve"> تجارت درآمد بگ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رد</w:t>
      </w:r>
      <w:r w:rsidRPr="005E3C44">
        <w:rPr>
          <w:rFonts w:ascii="Tahoma" w:hAnsi="Tahoma" w:cs="Tahoma"/>
          <w:rtl/>
        </w:rPr>
        <w:t xml:space="preserve"> و در همان حال، بازرگانان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خواستند</w:t>
      </w:r>
      <w:r w:rsidRPr="005E3C44">
        <w:rPr>
          <w:rFonts w:ascii="Tahoma" w:hAnsi="Tahoma" w:cs="Tahoma"/>
          <w:rtl/>
        </w:rPr>
        <w:t xml:space="preserve"> از انحصار و دخالت سنگ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</w:t>
      </w:r>
      <w:r w:rsidRPr="005E3C44">
        <w:rPr>
          <w:rFonts w:ascii="Tahoma" w:hAnsi="Tahoma" w:cs="Tahoma"/>
          <w:rtl/>
        </w:rPr>
        <w:t xml:space="preserve"> مأموران دور بمانند. رابطهٔ تاج و بازار از همکار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و رقابت هم‌زمان تشک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ل</w:t>
      </w:r>
      <w:r w:rsidRPr="005E3C44">
        <w:rPr>
          <w:rFonts w:ascii="Tahoma" w:hAnsi="Tahoma" w:cs="Tahoma"/>
          <w:rtl/>
        </w:rPr>
        <w:t xml:space="preserve">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شد</w:t>
      </w:r>
      <w:r w:rsidRPr="005E3C44">
        <w:rPr>
          <w:rFonts w:ascii="Tahoma" w:hAnsi="Tahoma" w:cs="Tahoma"/>
          <w:rtl/>
        </w:rPr>
        <w:t>.</w:t>
      </w:r>
    </w:p>
    <w:p w:rsidR="005E3C44" w:rsidRPr="005E3C44" w:rsidRDefault="005E3C44" w:rsidP="005E3C4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E3C44">
        <w:rPr>
          <w:rFonts w:ascii="Tahoma" w:hAnsi="Tahoma" w:cs="Tahoma" w:hint="eastAsia"/>
          <w:rtl/>
        </w:rPr>
        <w:t>شاه</w:t>
      </w:r>
      <w:r w:rsidRPr="005E3C44">
        <w:rPr>
          <w:rFonts w:ascii="Tahoma" w:hAnsi="Tahoma" w:cs="Tahoma"/>
          <w:rtl/>
        </w:rPr>
        <w:t xml:space="preserve"> و 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وان</w:t>
      </w:r>
      <w:r w:rsidRPr="005E3C44">
        <w:rPr>
          <w:rFonts w:ascii="Tahoma" w:hAnsi="Tahoma" w:cs="Tahoma"/>
          <w:rtl/>
        </w:rPr>
        <w:t xml:space="preserve"> به درآمد تجارت 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از</w:t>
      </w:r>
      <w:r w:rsidRPr="005E3C44">
        <w:rPr>
          <w:rFonts w:ascii="Tahoma" w:hAnsi="Tahoma" w:cs="Tahoma"/>
          <w:rtl/>
        </w:rPr>
        <w:t xml:space="preserve"> داشتند. بازرگان 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ز</w:t>
      </w:r>
      <w:r w:rsidRPr="005E3C44">
        <w:rPr>
          <w:rFonts w:ascii="Tahoma" w:hAnsi="Tahoma" w:cs="Tahoma"/>
          <w:rtl/>
        </w:rPr>
        <w:t xml:space="preserve"> برا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امن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ت</w:t>
      </w:r>
      <w:r w:rsidRPr="005E3C44">
        <w:rPr>
          <w:rFonts w:ascii="Tahoma" w:hAnsi="Tahoma" w:cs="Tahoma"/>
          <w:rtl/>
        </w:rPr>
        <w:t xml:space="preserve"> راه‌ها، اعتبار قراردادها و حما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ت</w:t>
      </w:r>
      <w:r w:rsidRPr="005E3C44">
        <w:rPr>
          <w:rFonts w:ascii="Tahoma" w:hAnsi="Tahoma" w:cs="Tahoma"/>
          <w:rtl/>
        </w:rPr>
        <w:t xml:space="preserve"> در برابر راهزنان و مأموران محل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به حکومت 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ازمند</w:t>
      </w:r>
      <w:r w:rsidRPr="005E3C44">
        <w:rPr>
          <w:rFonts w:ascii="Tahoma" w:hAnsi="Tahoma" w:cs="Tahoma"/>
          <w:rtl/>
        </w:rPr>
        <w:t xml:space="preserve"> بود. اما هرچه حکومت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کوش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د</w:t>
      </w:r>
      <w:r w:rsidRPr="005E3C44">
        <w:rPr>
          <w:rFonts w:ascii="Tahoma" w:hAnsi="Tahoma" w:cs="Tahoma"/>
          <w:rtl/>
        </w:rPr>
        <w:t xml:space="preserve"> ق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مت،</w:t>
      </w:r>
      <w:r w:rsidRPr="005E3C44">
        <w:rPr>
          <w:rFonts w:ascii="Tahoma" w:hAnsi="Tahoma" w:cs="Tahoma"/>
          <w:rtl/>
        </w:rPr>
        <w:t xml:space="preserve"> خر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د</w:t>
      </w:r>
      <w:r w:rsidRPr="005E3C44">
        <w:rPr>
          <w:rFonts w:ascii="Tahoma" w:hAnsi="Tahoma" w:cs="Tahoma"/>
          <w:rtl/>
        </w:rPr>
        <w:t xml:space="preserve"> 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</w:t>
      </w:r>
      <w:r w:rsidRPr="005E3C44">
        <w:rPr>
          <w:rFonts w:ascii="Tahoma" w:hAnsi="Tahoma" w:cs="Tahoma"/>
          <w:rtl/>
        </w:rPr>
        <w:t xml:space="preserve"> صدور ابر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شم</w:t>
      </w:r>
      <w:r w:rsidRPr="005E3C44">
        <w:rPr>
          <w:rFonts w:ascii="Tahoma" w:hAnsi="Tahoma" w:cs="Tahoma"/>
          <w:rtl/>
        </w:rPr>
        <w:t xml:space="preserve"> را ب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شتر</w:t>
      </w:r>
      <w:r w:rsidRPr="005E3C44">
        <w:rPr>
          <w:rFonts w:ascii="Tahoma" w:hAnsi="Tahoma" w:cs="Tahoma"/>
          <w:rtl/>
        </w:rPr>
        <w:t xml:space="preserve"> کنترل کند، امکان نارضا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ت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و دورشدن تجارت از مس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>رها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رسم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افزا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ش</w:t>
      </w:r>
      <w:r w:rsidRPr="005E3C44">
        <w:rPr>
          <w:rFonts w:ascii="Tahoma" w:hAnsi="Tahoma" w:cs="Tahoma"/>
          <w:rtl/>
        </w:rPr>
        <w:t xml:space="preserve"> م</w:t>
      </w:r>
      <w:r w:rsidRPr="005E3C44">
        <w:rPr>
          <w:rFonts w:ascii="Tahoma" w:hAnsi="Tahoma" w:cs="Tahoma" w:hint="cs"/>
          <w:rtl/>
        </w:rPr>
        <w:t>ی‌ی</w:t>
      </w:r>
      <w:r w:rsidRPr="005E3C44">
        <w:rPr>
          <w:rFonts w:ascii="Tahoma" w:hAnsi="Tahoma" w:cs="Tahoma" w:hint="eastAsia"/>
          <w:rtl/>
        </w:rPr>
        <w:t>افت</w:t>
      </w:r>
      <w:r w:rsidRPr="005E3C44">
        <w:rPr>
          <w:rFonts w:ascii="Tahoma" w:hAnsi="Tahoma" w:cs="Tahoma"/>
          <w:rtl/>
        </w:rPr>
        <w:t>.</w:t>
      </w:r>
    </w:p>
    <w:p w:rsidR="005E3C44" w:rsidRPr="005E3C44" w:rsidRDefault="005E3C44" w:rsidP="005E3C4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E3C44">
        <w:rPr>
          <w:rFonts w:ascii="Tahoma" w:hAnsi="Tahoma" w:cs="Tahoma" w:hint="eastAsia"/>
          <w:rtl/>
        </w:rPr>
        <w:t>روابط</w:t>
      </w:r>
      <w:r w:rsidRPr="005E3C44">
        <w:rPr>
          <w:rFonts w:ascii="Tahoma" w:hAnsi="Tahoma" w:cs="Tahoma"/>
          <w:rtl/>
        </w:rPr>
        <w:t xml:space="preserve"> حکومت با مس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ح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ان،</w:t>
      </w:r>
      <w:r w:rsidRPr="005E3C44">
        <w:rPr>
          <w:rFonts w:ascii="Tahoma" w:hAnsi="Tahoma" w:cs="Tahoma"/>
          <w:rtl/>
        </w:rPr>
        <w:t xml:space="preserve"> 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هود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ان،</w:t>
      </w:r>
      <w:r w:rsidRPr="005E3C44">
        <w:rPr>
          <w:rFonts w:ascii="Tahoma" w:hAnsi="Tahoma" w:cs="Tahoma"/>
          <w:rtl/>
        </w:rPr>
        <w:t xml:space="preserve"> زرتشت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ان</w:t>
      </w:r>
      <w:r w:rsidRPr="005E3C44">
        <w:rPr>
          <w:rFonts w:ascii="Tahoma" w:hAnsi="Tahoma" w:cs="Tahoma"/>
          <w:rtl/>
        </w:rPr>
        <w:t xml:space="preserve"> و 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گر</w:t>
      </w:r>
      <w:r w:rsidRPr="005E3C44">
        <w:rPr>
          <w:rFonts w:ascii="Tahoma" w:hAnsi="Tahoma" w:cs="Tahoma"/>
          <w:rtl/>
        </w:rPr>
        <w:t xml:space="preserve"> گروه‌ها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مذهب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ز</w:t>
      </w:r>
      <w:r w:rsidRPr="005E3C44">
        <w:rPr>
          <w:rFonts w:ascii="Tahoma" w:hAnsi="Tahoma" w:cs="Tahoma"/>
          <w:rtl/>
        </w:rPr>
        <w:t xml:space="preserve"> فقط بر اعتقاد استوار نبود. 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</w:t>
      </w:r>
      <w:r w:rsidRPr="005E3C44">
        <w:rPr>
          <w:rFonts w:ascii="Tahoma" w:hAnsi="Tahoma" w:cs="Tahoma"/>
          <w:rtl/>
        </w:rPr>
        <w:t xml:space="preserve"> گروه‌ها بخش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از اقتصاد، صنعت و تجارت کشور بودند و رفتار حکومت با آنان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توانست</w:t>
      </w:r>
      <w:r w:rsidRPr="005E3C44">
        <w:rPr>
          <w:rFonts w:ascii="Tahoma" w:hAnsi="Tahoma" w:cs="Tahoma"/>
          <w:rtl/>
        </w:rPr>
        <w:t xml:space="preserve"> بر درآمد و ثبات شهرها اثر بگذارد. 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از</w:t>
      </w:r>
      <w:r w:rsidRPr="005E3C44">
        <w:rPr>
          <w:rFonts w:ascii="Tahoma" w:hAnsi="Tahoma" w:cs="Tahoma"/>
          <w:rtl/>
        </w:rPr>
        <w:t xml:space="preserve"> اقتصاد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گاه شاه را به مدارا وام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داشت</w:t>
      </w:r>
      <w:r w:rsidRPr="005E3C44">
        <w:rPr>
          <w:rFonts w:ascii="Tahoma" w:hAnsi="Tahoma" w:cs="Tahoma"/>
          <w:rtl/>
        </w:rPr>
        <w:t xml:space="preserve"> </w:t>
      </w:r>
      <w:r w:rsidRPr="005E3C44">
        <w:rPr>
          <w:rFonts w:ascii="Tahoma" w:hAnsi="Tahoma" w:cs="Tahoma" w:hint="eastAsia"/>
          <w:rtl/>
        </w:rPr>
        <w:t>و</w:t>
      </w:r>
      <w:r w:rsidRPr="005E3C44">
        <w:rPr>
          <w:rFonts w:ascii="Tahoma" w:hAnsi="Tahoma" w:cs="Tahoma"/>
          <w:rtl/>
        </w:rPr>
        <w:t xml:space="preserve"> فشار 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نکاران</w:t>
      </w:r>
      <w:r w:rsidRPr="005E3C44">
        <w:rPr>
          <w:rFonts w:ascii="Tahoma" w:hAnsi="Tahoma" w:cs="Tahoma"/>
          <w:rtl/>
        </w:rPr>
        <w:t xml:space="preserve"> 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</w:t>
      </w:r>
      <w:r w:rsidRPr="005E3C44">
        <w:rPr>
          <w:rFonts w:ascii="Tahoma" w:hAnsi="Tahoma" w:cs="Tahoma"/>
          <w:rtl/>
        </w:rPr>
        <w:t xml:space="preserve"> 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از</w:t>
      </w:r>
      <w:r w:rsidRPr="005E3C44">
        <w:rPr>
          <w:rFonts w:ascii="Tahoma" w:hAnsi="Tahoma" w:cs="Tahoma"/>
          <w:rtl/>
        </w:rPr>
        <w:t xml:space="preserve"> مال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گاه س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است</w:t>
      </w:r>
      <w:r w:rsidRPr="005E3C44">
        <w:rPr>
          <w:rFonts w:ascii="Tahoma" w:hAnsi="Tahoma" w:cs="Tahoma"/>
          <w:rtl/>
        </w:rPr>
        <w:t xml:space="preserve"> را به سو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محدود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ت</w:t>
      </w:r>
      <w:r w:rsidRPr="005E3C44">
        <w:rPr>
          <w:rFonts w:ascii="Tahoma" w:hAnsi="Tahoma" w:cs="Tahoma"/>
          <w:rtl/>
        </w:rPr>
        <w:t xml:space="preserve"> و اجبار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برد</w:t>
      </w:r>
      <w:r w:rsidRPr="005E3C44">
        <w:rPr>
          <w:rFonts w:ascii="Tahoma" w:hAnsi="Tahoma" w:cs="Tahoma"/>
          <w:rtl/>
        </w:rPr>
        <w:t>.</w:t>
      </w:r>
    </w:p>
    <w:p w:rsidR="005E3C44" w:rsidRPr="005E3C44" w:rsidRDefault="005E3C44" w:rsidP="005E3C4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E3C44">
        <w:rPr>
          <w:rFonts w:ascii="Tahoma" w:hAnsi="Tahoma" w:cs="Tahoma" w:hint="eastAsia"/>
          <w:rtl/>
        </w:rPr>
        <w:t>در</w:t>
      </w:r>
      <w:r w:rsidRPr="005E3C44">
        <w:rPr>
          <w:rFonts w:ascii="Tahoma" w:hAnsi="Tahoma" w:cs="Tahoma"/>
          <w:rtl/>
        </w:rPr>
        <w:t xml:space="preserve"> دورهٔ عباس دوم، نمونه‌ها</w:t>
      </w:r>
      <w:r w:rsidRPr="005E3C44">
        <w:rPr>
          <w:rFonts w:ascii="Tahoma" w:hAnsi="Tahoma" w:cs="Tahoma" w:hint="cs"/>
          <w:rtl/>
        </w:rPr>
        <w:t>یی</w:t>
      </w:r>
      <w:r w:rsidRPr="005E3C44">
        <w:rPr>
          <w:rFonts w:ascii="Tahoma" w:hAnsi="Tahoma" w:cs="Tahoma"/>
          <w:rtl/>
        </w:rPr>
        <w:t xml:space="preserve"> از حما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ت</w:t>
      </w:r>
      <w:r w:rsidRPr="005E3C44">
        <w:rPr>
          <w:rFonts w:ascii="Tahoma" w:hAnsi="Tahoma" w:cs="Tahoma"/>
          <w:rtl/>
        </w:rPr>
        <w:t xml:space="preserve"> از برخ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جماعت‌ها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مس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ح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و در همان حال فشار بر گروه‌ها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گر</w:t>
      </w:r>
      <w:r w:rsidRPr="005E3C44">
        <w:rPr>
          <w:rFonts w:ascii="Tahoma" w:hAnsi="Tahoma" w:cs="Tahoma"/>
          <w:rtl/>
        </w:rPr>
        <w:t xml:space="preserve"> 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ده</w:t>
      </w:r>
      <w:r w:rsidRPr="005E3C44">
        <w:rPr>
          <w:rFonts w:ascii="Tahoma" w:hAnsi="Tahoma" w:cs="Tahoma"/>
          <w:rtl/>
        </w:rPr>
        <w:t xml:space="preserve">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شود</w:t>
      </w:r>
      <w:r w:rsidRPr="005E3C44">
        <w:rPr>
          <w:rFonts w:ascii="Tahoma" w:hAnsi="Tahoma" w:cs="Tahoma"/>
          <w:rtl/>
        </w:rPr>
        <w:t>. فشار برا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مسلمان‌کردن 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هود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ان</w:t>
      </w:r>
      <w:r w:rsidRPr="005E3C44">
        <w:rPr>
          <w:rFonts w:ascii="Tahoma" w:hAnsi="Tahoma" w:cs="Tahoma"/>
          <w:rtl/>
        </w:rPr>
        <w:t xml:space="preserve"> در بخش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از دوران او نشان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دهد</w:t>
      </w:r>
      <w:r w:rsidRPr="005E3C44">
        <w:rPr>
          <w:rFonts w:ascii="Tahoma" w:hAnsi="Tahoma" w:cs="Tahoma"/>
          <w:rtl/>
        </w:rPr>
        <w:t xml:space="preserve"> که آرامش و توان ادار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حکومت الزاماً به مدارا نم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انجام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د</w:t>
      </w:r>
      <w:r w:rsidRPr="005E3C44">
        <w:rPr>
          <w:rFonts w:ascii="Tahoma" w:hAnsi="Tahoma" w:cs="Tahoma"/>
          <w:rtl/>
        </w:rPr>
        <w:t>. حکومت ش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ع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توانست</w:t>
      </w:r>
      <w:r w:rsidRPr="005E3C44">
        <w:rPr>
          <w:rFonts w:ascii="Tahoma" w:hAnsi="Tahoma" w:cs="Tahoma"/>
          <w:rtl/>
        </w:rPr>
        <w:t xml:space="preserve"> تفاوت مذهب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را نه فقط مسئله‌ا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اعتقاد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،</w:t>
      </w:r>
      <w:r w:rsidRPr="005E3C44">
        <w:rPr>
          <w:rFonts w:ascii="Tahoma" w:hAnsi="Tahoma" w:cs="Tahoma"/>
          <w:rtl/>
        </w:rPr>
        <w:t xml:space="preserve"> بلکه نشانه‌ا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از جا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گاه</w:t>
      </w:r>
      <w:r w:rsidRPr="005E3C44">
        <w:rPr>
          <w:rFonts w:ascii="Tahoma" w:hAnsi="Tahoma" w:cs="Tahoma"/>
          <w:rtl/>
        </w:rPr>
        <w:t xml:space="preserve"> نابرابر افراد در جامعه بداند.</w:t>
      </w:r>
    </w:p>
    <w:p w:rsidR="005E3C44" w:rsidRPr="005E3C44" w:rsidRDefault="005E3C44" w:rsidP="005E3C4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E3C44">
        <w:rPr>
          <w:rFonts w:ascii="Tahoma" w:hAnsi="Tahoma" w:cs="Tahoma" w:hint="eastAsia"/>
          <w:rtl/>
        </w:rPr>
        <w:t>اجبار</w:t>
      </w:r>
      <w:r w:rsidRPr="005E3C44">
        <w:rPr>
          <w:rFonts w:ascii="Tahoma" w:hAnsi="Tahoma" w:cs="Tahoma"/>
          <w:rtl/>
        </w:rPr>
        <w:t xml:space="preserve"> مذهب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ز</w:t>
      </w:r>
      <w:r w:rsidRPr="005E3C44">
        <w:rPr>
          <w:rFonts w:ascii="Tahoma" w:hAnsi="Tahoma" w:cs="Tahoma"/>
          <w:rtl/>
        </w:rPr>
        <w:t xml:space="preserve"> هم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شه</w:t>
      </w:r>
      <w:r w:rsidRPr="005E3C44">
        <w:rPr>
          <w:rFonts w:ascii="Tahoma" w:hAnsi="Tahoma" w:cs="Tahoma"/>
          <w:rtl/>
        </w:rPr>
        <w:t xml:space="preserve"> نت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جهٔ</w:t>
      </w:r>
      <w:r w:rsidRPr="005E3C44">
        <w:rPr>
          <w:rFonts w:ascii="Tahoma" w:hAnsi="Tahoma" w:cs="Tahoma"/>
          <w:rtl/>
        </w:rPr>
        <w:t xml:space="preserve"> تصم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م</w:t>
      </w:r>
      <w:r w:rsidRPr="005E3C44">
        <w:rPr>
          <w:rFonts w:ascii="Tahoma" w:hAnsi="Tahoma" w:cs="Tahoma"/>
          <w:rtl/>
        </w:rPr>
        <w:t xml:space="preserve"> مستقل 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نکاران</w:t>
      </w:r>
      <w:r w:rsidRPr="005E3C44">
        <w:rPr>
          <w:rFonts w:ascii="Tahoma" w:hAnsi="Tahoma" w:cs="Tahoma"/>
          <w:rtl/>
        </w:rPr>
        <w:t xml:space="preserve"> نبود. دربار، مأموران مال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و صاحبان قدرت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توانستند</w:t>
      </w:r>
      <w:r w:rsidRPr="005E3C44">
        <w:rPr>
          <w:rFonts w:ascii="Tahoma" w:hAnsi="Tahoma" w:cs="Tahoma"/>
          <w:rtl/>
        </w:rPr>
        <w:t xml:space="preserve"> از زبان 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</w:t>
      </w:r>
      <w:r w:rsidRPr="005E3C44">
        <w:rPr>
          <w:rFonts w:ascii="Tahoma" w:hAnsi="Tahoma" w:cs="Tahoma"/>
          <w:rtl/>
        </w:rPr>
        <w:t xml:space="preserve"> برا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تصرف دارا</w:t>
      </w:r>
      <w:r w:rsidRPr="005E3C44">
        <w:rPr>
          <w:rFonts w:ascii="Tahoma" w:hAnsi="Tahoma" w:cs="Tahoma" w:hint="cs"/>
          <w:rtl/>
        </w:rPr>
        <w:t>یی</w:t>
      </w:r>
      <w:r w:rsidRPr="005E3C44">
        <w:rPr>
          <w:rFonts w:ascii="Tahoma" w:hAnsi="Tahoma" w:cs="Tahoma" w:hint="eastAsia"/>
          <w:rtl/>
        </w:rPr>
        <w:t>،</w:t>
      </w:r>
      <w:r w:rsidRPr="005E3C44">
        <w:rPr>
          <w:rFonts w:ascii="Tahoma" w:hAnsi="Tahoma" w:cs="Tahoma"/>
          <w:rtl/>
        </w:rPr>
        <w:t xml:space="preserve"> گرفتن مال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ات</w:t>
      </w:r>
      <w:r w:rsidRPr="005E3C44">
        <w:rPr>
          <w:rFonts w:ascii="Tahoma" w:hAnsi="Tahoma" w:cs="Tahoma"/>
          <w:rtl/>
        </w:rPr>
        <w:t xml:space="preserve"> ب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شتر</w:t>
      </w:r>
      <w:r w:rsidRPr="005E3C44">
        <w:rPr>
          <w:rFonts w:ascii="Tahoma" w:hAnsi="Tahoma" w:cs="Tahoma"/>
          <w:rtl/>
        </w:rPr>
        <w:t xml:space="preserve"> 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</w:t>
      </w:r>
      <w:r w:rsidRPr="005E3C44">
        <w:rPr>
          <w:rFonts w:ascii="Tahoma" w:hAnsi="Tahoma" w:cs="Tahoma"/>
          <w:rtl/>
        </w:rPr>
        <w:t xml:space="preserve"> حذف گروه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آس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ب‌پذ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</w:t>
      </w:r>
      <w:r w:rsidRPr="005E3C44">
        <w:rPr>
          <w:rFonts w:ascii="Tahoma" w:hAnsi="Tahoma" w:cs="Tahoma"/>
          <w:rtl/>
        </w:rPr>
        <w:t xml:space="preserve"> استفاده کنند. همان‌گونه که 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نکاران</w:t>
      </w:r>
      <w:r w:rsidRPr="005E3C44">
        <w:rPr>
          <w:rFonts w:ascii="Tahoma" w:hAnsi="Tahoma" w:cs="Tahoma"/>
          <w:rtl/>
        </w:rPr>
        <w:t xml:space="preserve"> برا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اجرا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احکام به قدرت حکومت 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از</w:t>
      </w:r>
      <w:r w:rsidRPr="005E3C44">
        <w:rPr>
          <w:rFonts w:ascii="Tahoma" w:hAnsi="Tahoma" w:cs="Tahoma"/>
          <w:rtl/>
        </w:rPr>
        <w:t xml:space="preserve"> داشتند، حک</w:t>
      </w:r>
      <w:r w:rsidRPr="005E3C44">
        <w:rPr>
          <w:rFonts w:ascii="Tahoma" w:hAnsi="Tahoma" w:cs="Tahoma" w:hint="eastAsia"/>
          <w:rtl/>
        </w:rPr>
        <w:t>ومت</w:t>
      </w:r>
      <w:r w:rsidRPr="005E3C44">
        <w:rPr>
          <w:rFonts w:ascii="Tahoma" w:hAnsi="Tahoma" w:cs="Tahoma"/>
          <w:rtl/>
        </w:rPr>
        <w:t xml:space="preserve"> 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ز</w:t>
      </w:r>
      <w:r w:rsidRPr="005E3C44">
        <w:rPr>
          <w:rFonts w:ascii="Tahoma" w:hAnsi="Tahoma" w:cs="Tahoma"/>
          <w:rtl/>
        </w:rPr>
        <w:t xml:space="preserve">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توانست</w:t>
      </w:r>
      <w:r w:rsidRPr="005E3C44">
        <w:rPr>
          <w:rFonts w:ascii="Tahoma" w:hAnsi="Tahoma" w:cs="Tahoma"/>
          <w:rtl/>
        </w:rPr>
        <w:t xml:space="preserve"> برا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پوشاندن هدف‌ها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مال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</w:t>
      </w:r>
      <w:r w:rsidRPr="005E3C44">
        <w:rPr>
          <w:rFonts w:ascii="Tahoma" w:hAnsi="Tahoma" w:cs="Tahoma"/>
          <w:rtl/>
        </w:rPr>
        <w:t xml:space="preserve"> س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اس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خود از حکم و فشار مذهب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بهره بگ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رد</w:t>
      </w:r>
      <w:r w:rsidRPr="005E3C44">
        <w:rPr>
          <w:rFonts w:ascii="Tahoma" w:hAnsi="Tahoma" w:cs="Tahoma"/>
          <w:rtl/>
        </w:rPr>
        <w:t>.</w:t>
      </w:r>
    </w:p>
    <w:p w:rsidR="005E3C44" w:rsidRPr="005E3C44" w:rsidRDefault="005E3C44" w:rsidP="005E3C4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E3C44">
        <w:rPr>
          <w:rFonts w:ascii="Tahoma" w:hAnsi="Tahoma" w:cs="Tahoma" w:hint="eastAsia"/>
          <w:rtl/>
        </w:rPr>
        <w:t>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</w:t>
      </w:r>
      <w:r w:rsidRPr="005E3C44">
        <w:rPr>
          <w:rFonts w:ascii="Tahoma" w:hAnsi="Tahoma" w:cs="Tahoma"/>
          <w:rtl/>
        </w:rPr>
        <w:t xml:space="preserve"> پ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وند،</w:t>
      </w:r>
      <w:r w:rsidRPr="005E3C44">
        <w:rPr>
          <w:rFonts w:ascii="Tahoma" w:hAnsi="Tahoma" w:cs="Tahoma"/>
          <w:rtl/>
        </w:rPr>
        <w:t xml:space="preserve"> تشخ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ص</w:t>
      </w:r>
      <w:r w:rsidRPr="005E3C44">
        <w:rPr>
          <w:rFonts w:ascii="Tahoma" w:hAnsi="Tahoma" w:cs="Tahoma"/>
          <w:rtl/>
        </w:rPr>
        <w:t xml:space="preserve"> مرز 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ان</w:t>
      </w:r>
      <w:r w:rsidRPr="005E3C44">
        <w:rPr>
          <w:rFonts w:ascii="Tahoma" w:hAnsi="Tahoma" w:cs="Tahoma"/>
          <w:rtl/>
        </w:rPr>
        <w:t xml:space="preserve"> فرمان شاه و خواست عمامه را دشوار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کرد</w:t>
      </w:r>
      <w:r w:rsidRPr="005E3C44">
        <w:rPr>
          <w:rFonts w:ascii="Tahoma" w:hAnsi="Tahoma" w:cs="Tahoma"/>
          <w:rtl/>
        </w:rPr>
        <w:t>. 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نکار</w:t>
      </w:r>
      <w:r w:rsidRPr="005E3C44">
        <w:rPr>
          <w:rFonts w:ascii="Tahoma" w:hAnsi="Tahoma" w:cs="Tahoma"/>
          <w:rtl/>
        </w:rPr>
        <w:t xml:space="preserve"> ممکن بود محدود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ت</w:t>
      </w:r>
      <w:r w:rsidRPr="005E3C44">
        <w:rPr>
          <w:rFonts w:ascii="Tahoma" w:hAnsi="Tahoma" w:cs="Tahoma"/>
          <w:rtl/>
        </w:rPr>
        <w:t xml:space="preserve"> عل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ه</w:t>
      </w:r>
      <w:r w:rsidRPr="005E3C44">
        <w:rPr>
          <w:rFonts w:ascii="Tahoma" w:hAnsi="Tahoma" w:cs="Tahoma"/>
          <w:rtl/>
        </w:rPr>
        <w:t xml:space="preserve"> غ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رمسلمانان</w:t>
      </w:r>
      <w:r w:rsidRPr="005E3C44">
        <w:rPr>
          <w:rFonts w:ascii="Tahoma" w:hAnsi="Tahoma" w:cs="Tahoma"/>
          <w:rtl/>
        </w:rPr>
        <w:t xml:space="preserve"> را تکل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ف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شرع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بداند؛ مأمور حکومت همان محدود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ت</w:t>
      </w:r>
      <w:r w:rsidRPr="005E3C44">
        <w:rPr>
          <w:rFonts w:ascii="Tahoma" w:hAnsi="Tahoma" w:cs="Tahoma"/>
          <w:rtl/>
        </w:rPr>
        <w:t xml:space="preserve"> را راه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برا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افزا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ش</w:t>
      </w:r>
      <w:r w:rsidRPr="005E3C44">
        <w:rPr>
          <w:rFonts w:ascii="Tahoma" w:hAnsi="Tahoma" w:cs="Tahoma"/>
          <w:rtl/>
        </w:rPr>
        <w:t xml:space="preserve"> درآمد 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</w:t>
      </w:r>
      <w:r w:rsidRPr="005E3C44">
        <w:rPr>
          <w:rFonts w:ascii="Tahoma" w:hAnsi="Tahoma" w:cs="Tahoma"/>
          <w:rtl/>
        </w:rPr>
        <w:t xml:space="preserve"> نما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ش</w:t>
      </w:r>
      <w:r w:rsidRPr="005E3C44">
        <w:rPr>
          <w:rFonts w:ascii="Tahoma" w:hAnsi="Tahoma" w:cs="Tahoma"/>
          <w:rtl/>
        </w:rPr>
        <w:t xml:space="preserve"> اطاعت مذهب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بب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ند؛</w:t>
      </w:r>
      <w:r w:rsidRPr="005E3C44">
        <w:rPr>
          <w:rFonts w:ascii="Tahoma" w:hAnsi="Tahoma" w:cs="Tahoma"/>
          <w:rtl/>
        </w:rPr>
        <w:t xml:space="preserve"> و شاه از آن برا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تقو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ت</w:t>
      </w:r>
      <w:r w:rsidRPr="005E3C44">
        <w:rPr>
          <w:rFonts w:ascii="Tahoma" w:hAnsi="Tahoma" w:cs="Tahoma"/>
          <w:rtl/>
        </w:rPr>
        <w:t xml:space="preserve"> تصو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</w:t>
      </w:r>
      <w:r w:rsidRPr="005E3C44">
        <w:rPr>
          <w:rFonts w:ascii="Tahoma" w:hAnsi="Tahoma" w:cs="Tahoma"/>
          <w:rtl/>
        </w:rPr>
        <w:t xml:space="preserve"> خود به عنوان پاسدا</w:t>
      </w:r>
      <w:r w:rsidRPr="005E3C44">
        <w:rPr>
          <w:rFonts w:ascii="Tahoma" w:hAnsi="Tahoma" w:cs="Tahoma" w:hint="eastAsia"/>
          <w:rtl/>
        </w:rPr>
        <w:t>ر</w:t>
      </w:r>
      <w:r w:rsidRPr="005E3C44">
        <w:rPr>
          <w:rFonts w:ascii="Tahoma" w:hAnsi="Tahoma" w:cs="Tahoma"/>
          <w:rtl/>
        </w:rPr>
        <w:t xml:space="preserve"> تش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ع</w:t>
      </w:r>
      <w:r w:rsidRPr="005E3C44">
        <w:rPr>
          <w:rFonts w:ascii="Tahoma" w:hAnsi="Tahoma" w:cs="Tahoma"/>
          <w:rtl/>
        </w:rPr>
        <w:t xml:space="preserve"> استفاده کند. نت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جه</w:t>
      </w:r>
      <w:r w:rsidRPr="005E3C44">
        <w:rPr>
          <w:rFonts w:ascii="Tahoma" w:hAnsi="Tahoma" w:cs="Tahoma"/>
          <w:rtl/>
        </w:rPr>
        <w:t xml:space="preserve"> برا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جامعه 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ک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بود، هرچند انگ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زه‌ها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روها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درگ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</w:t>
      </w:r>
      <w:r w:rsidRPr="005E3C44">
        <w:rPr>
          <w:rFonts w:ascii="Tahoma" w:hAnsi="Tahoma" w:cs="Tahoma"/>
          <w:rtl/>
        </w:rPr>
        <w:t xml:space="preserve"> 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کسان</w:t>
      </w:r>
      <w:r w:rsidRPr="005E3C44">
        <w:rPr>
          <w:rFonts w:ascii="Tahoma" w:hAnsi="Tahoma" w:cs="Tahoma"/>
          <w:rtl/>
        </w:rPr>
        <w:t xml:space="preserve"> نبودند.</w:t>
      </w:r>
    </w:p>
    <w:p w:rsidR="005E3C44" w:rsidRPr="005E3C44" w:rsidRDefault="005E3C44" w:rsidP="005E3C4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E3C44">
        <w:rPr>
          <w:rFonts w:ascii="Tahoma" w:hAnsi="Tahoma" w:cs="Tahoma" w:hint="eastAsia"/>
          <w:rtl/>
        </w:rPr>
        <w:t>دستگاه</w:t>
      </w:r>
      <w:r w:rsidRPr="005E3C44">
        <w:rPr>
          <w:rFonts w:ascii="Tahoma" w:hAnsi="Tahoma" w:cs="Tahoma"/>
          <w:rtl/>
        </w:rPr>
        <w:t xml:space="preserve"> 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نکار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در دورهٔ عباس دوم همچنان گسترش 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افت</w:t>
      </w:r>
      <w:r w:rsidRPr="005E3C44">
        <w:rPr>
          <w:rFonts w:ascii="Tahoma" w:hAnsi="Tahoma" w:cs="Tahoma"/>
          <w:rtl/>
        </w:rPr>
        <w:t>. مدارس، موقوفات و خاندان‌ها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نکار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ر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شه‌ها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عم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ق‌تر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پ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دا</w:t>
      </w:r>
      <w:r w:rsidRPr="005E3C44">
        <w:rPr>
          <w:rFonts w:ascii="Tahoma" w:hAnsi="Tahoma" w:cs="Tahoma"/>
          <w:rtl/>
        </w:rPr>
        <w:t xml:space="preserve"> کردند. 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گر</w:t>
      </w:r>
      <w:r w:rsidRPr="005E3C44">
        <w:rPr>
          <w:rFonts w:ascii="Tahoma" w:hAnsi="Tahoma" w:cs="Tahoma"/>
          <w:rtl/>
        </w:rPr>
        <w:t xml:space="preserve"> لازم نبود ب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شتر</w:t>
      </w:r>
      <w:r w:rsidRPr="005E3C44">
        <w:rPr>
          <w:rFonts w:ascii="Tahoma" w:hAnsi="Tahoma" w:cs="Tahoma"/>
          <w:rtl/>
        </w:rPr>
        <w:t xml:space="preserve"> مقام‌ها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مذهب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از 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ان</w:t>
      </w:r>
      <w:r w:rsidRPr="005E3C44">
        <w:rPr>
          <w:rFonts w:ascii="Tahoma" w:hAnsi="Tahoma" w:cs="Tahoma"/>
          <w:rtl/>
        </w:rPr>
        <w:t xml:space="preserve"> مهاجران برگز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ده</w:t>
      </w:r>
      <w:r w:rsidRPr="005E3C44">
        <w:rPr>
          <w:rFonts w:ascii="Tahoma" w:hAnsi="Tahoma" w:cs="Tahoma"/>
          <w:rtl/>
        </w:rPr>
        <w:t xml:space="preserve"> شوند. چند نسل از شاگردان در 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ران</w:t>
      </w:r>
      <w:r w:rsidRPr="005E3C44">
        <w:rPr>
          <w:rFonts w:ascii="Tahoma" w:hAnsi="Tahoma" w:cs="Tahoma"/>
          <w:rtl/>
        </w:rPr>
        <w:t xml:space="preserve"> پرورش 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افته</w:t>
      </w:r>
      <w:r w:rsidRPr="005E3C44">
        <w:rPr>
          <w:rFonts w:ascii="Tahoma" w:hAnsi="Tahoma" w:cs="Tahoma"/>
          <w:rtl/>
        </w:rPr>
        <w:t xml:space="preserve"> و شبکه‌ها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محل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و خانوادگ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جاد</w:t>
      </w:r>
      <w:r w:rsidRPr="005E3C44">
        <w:rPr>
          <w:rFonts w:ascii="Tahoma" w:hAnsi="Tahoma" w:cs="Tahoma"/>
          <w:rtl/>
        </w:rPr>
        <w:t xml:space="preserve"> کرده بودند.</w:t>
      </w:r>
    </w:p>
    <w:p w:rsidR="005E3C44" w:rsidRPr="005E3C44" w:rsidRDefault="005E3C44" w:rsidP="005E3C4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E3C44">
        <w:rPr>
          <w:rFonts w:ascii="Tahoma" w:hAnsi="Tahoma" w:cs="Tahoma" w:hint="eastAsia"/>
          <w:rtl/>
        </w:rPr>
        <w:t>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</w:t>
      </w:r>
      <w:r w:rsidRPr="005E3C44">
        <w:rPr>
          <w:rFonts w:ascii="Tahoma" w:hAnsi="Tahoma" w:cs="Tahoma"/>
          <w:rtl/>
        </w:rPr>
        <w:t xml:space="preserve"> تحول رابطهٔ 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نکاران</w:t>
      </w:r>
      <w:r w:rsidRPr="005E3C44">
        <w:rPr>
          <w:rFonts w:ascii="Tahoma" w:hAnsi="Tahoma" w:cs="Tahoma"/>
          <w:rtl/>
        </w:rPr>
        <w:t xml:space="preserve"> با تاج را تغ</w:t>
      </w:r>
      <w:r w:rsidRPr="005E3C44">
        <w:rPr>
          <w:rFonts w:ascii="Tahoma" w:hAnsi="Tahoma" w:cs="Tahoma" w:hint="cs"/>
          <w:rtl/>
        </w:rPr>
        <w:t>یی</w:t>
      </w:r>
      <w:r w:rsidRPr="005E3C44">
        <w:rPr>
          <w:rFonts w:ascii="Tahoma" w:hAnsi="Tahoma" w:cs="Tahoma" w:hint="eastAsia"/>
          <w:rtl/>
        </w:rPr>
        <w:t>ر</w:t>
      </w:r>
      <w:r w:rsidRPr="005E3C44">
        <w:rPr>
          <w:rFonts w:ascii="Tahoma" w:hAnsi="Tahoma" w:cs="Tahoma"/>
          <w:rtl/>
        </w:rPr>
        <w:t xml:space="preserve">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داد</w:t>
      </w:r>
      <w:r w:rsidRPr="005E3C44">
        <w:rPr>
          <w:rFonts w:ascii="Tahoma" w:hAnsi="Tahoma" w:cs="Tahoma"/>
          <w:rtl/>
        </w:rPr>
        <w:t>. نخست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</w:t>
      </w:r>
      <w:r w:rsidRPr="005E3C44">
        <w:rPr>
          <w:rFonts w:ascii="Tahoma" w:hAnsi="Tahoma" w:cs="Tahoma"/>
          <w:rtl/>
        </w:rPr>
        <w:t xml:space="preserve"> فق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هان</w:t>
      </w:r>
      <w:r w:rsidRPr="005E3C44">
        <w:rPr>
          <w:rFonts w:ascii="Tahoma" w:hAnsi="Tahoma" w:cs="Tahoma"/>
          <w:rtl/>
        </w:rPr>
        <w:t xml:space="preserve"> مهاجر بخش بزرگ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از موقع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ت</w:t>
      </w:r>
      <w:r w:rsidRPr="005E3C44">
        <w:rPr>
          <w:rFonts w:ascii="Tahoma" w:hAnsi="Tahoma" w:cs="Tahoma"/>
          <w:rtl/>
        </w:rPr>
        <w:t xml:space="preserve"> خود را مد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ون</w:t>
      </w:r>
      <w:r w:rsidRPr="005E3C44">
        <w:rPr>
          <w:rFonts w:ascii="Tahoma" w:hAnsi="Tahoma" w:cs="Tahoma"/>
          <w:rtl/>
        </w:rPr>
        <w:t xml:space="preserve"> دعوت و حما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ت</w:t>
      </w:r>
      <w:r w:rsidRPr="005E3C44">
        <w:rPr>
          <w:rFonts w:ascii="Tahoma" w:hAnsi="Tahoma" w:cs="Tahoma"/>
          <w:rtl/>
        </w:rPr>
        <w:t xml:space="preserve"> شاهان صفو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بودند. نسل‌ها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بعد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توانستند</w:t>
      </w:r>
      <w:r w:rsidRPr="005E3C44">
        <w:rPr>
          <w:rFonts w:ascii="Tahoma" w:hAnsi="Tahoma" w:cs="Tahoma"/>
          <w:rtl/>
        </w:rPr>
        <w:t xml:space="preserve"> اعتبار خود را از خاندان، مدرسه، شاگردان، موقوفات و اعتماد مردم بگ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رند</w:t>
      </w:r>
      <w:r w:rsidRPr="005E3C44">
        <w:rPr>
          <w:rFonts w:ascii="Tahoma" w:hAnsi="Tahoma" w:cs="Tahoma"/>
          <w:rtl/>
        </w:rPr>
        <w:t>. آنان همچنان برا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مقام‌ها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ر</w:t>
      </w:r>
      <w:r w:rsidRPr="005E3C44">
        <w:rPr>
          <w:rFonts w:ascii="Tahoma" w:hAnsi="Tahoma" w:cs="Tahoma" w:hint="eastAsia"/>
          <w:rtl/>
        </w:rPr>
        <w:t>سم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به شاه 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از</w:t>
      </w:r>
      <w:r w:rsidRPr="005E3C44">
        <w:rPr>
          <w:rFonts w:ascii="Tahoma" w:hAnsi="Tahoma" w:cs="Tahoma"/>
          <w:rtl/>
        </w:rPr>
        <w:t xml:space="preserve"> داشتند، اما همهٔ نفوذشان با برکنار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از منصب از 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ان</w:t>
      </w:r>
      <w:r w:rsidRPr="005E3C44">
        <w:rPr>
          <w:rFonts w:ascii="Tahoma" w:hAnsi="Tahoma" w:cs="Tahoma"/>
          <w:rtl/>
        </w:rPr>
        <w:t xml:space="preserve"> نم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رفت</w:t>
      </w:r>
      <w:r w:rsidRPr="005E3C44">
        <w:rPr>
          <w:rFonts w:ascii="Tahoma" w:hAnsi="Tahoma" w:cs="Tahoma"/>
          <w:rtl/>
        </w:rPr>
        <w:t>.</w:t>
      </w:r>
    </w:p>
    <w:p w:rsidR="005E3C44" w:rsidRPr="005E3C44" w:rsidRDefault="005E3C44" w:rsidP="005E3C4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E3C44">
        <w:rPr>
          <w:rFonts w:ascii="Tahoma" w:hAnsi="Tahoma" w:cs="Tahoma" w:hint="eastAsia"/>
          <w:rtl/>
        </w:rPr>
        <w:t>در</w:t>
      </w:r>
      <w:r w:rsidRPr="005E3C44">
        <w:rPr>
          <w:rFonts w:ascii="Tahoma" w:hAnsi="Tahoma" w:cs="Tahoma"/>
          <w:rtl/>
        </w:rPr>
        <w:t xml:space="preserve"> نت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جه،</w:t>
      </w:r>
      <w:r w:rsidRPr="005E3C44">
        <w:rPr>
          <w:rFonts w:ascii="Tahoma" w:hAnsi="Tahoma" w:cs="Tahoma"/>
          <w:rtl/>
        </w:rPr>
        <w:t xml:space="preserve"> 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نکاران</w:t>
      </w:r>
      <w:r w:rsidRPr="005E3C44">
        <w:rPr>
          <w:rFonts w:ascii="Tahoma" w:hAnsi="Tahoma" w:cs="Tahoma"/>
          <w:rtl/>
        </w:rPr>
        <w:t xml:space="preserve"> به‌تدر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ج</w:t>
      </w:r>
      <w:r w:rsidRPr="005E3C44">
        <w:rPr>
          <w:rFonts w:ascii="Tahoma" w:hAnsi="Tahoma" w:cs="Tahoma"/>
          <w:rtl/>
        </w:rPr>
        <w:t xml:space="preserve"> دو چهره پ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دا</w:t>
      </w:r>
      <w:r w:rsidRPr="005E3C44">
        <w:rPr>
          <w:rFonts w:ascii="Tahoma" w:hAnsi="Tahoma" w:cs="Tahoma"/>
          <w:rtl/>
        </w:rPr>
        <w:t xml:space="preserve"> کردند. گروه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صاحب‌منصبان رسم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حکومت بودند و از راه صدر، ش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خ‌الاسلام،</w:t>
      </w:r>
      <w:r w:rsidRPr="005E3C44">
        <w:rPr>
          <w:rFonts w:ascii="Tahoma" w:hAnsi="Tahoma" w:cs="Tahoma"/>
          <w:rtl/>
        </w:rPr>
        <w:t xml:space="preserve"> قضاوت و مدارس با تاج و 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وان</w:t>
      </w:r>
      <w:r w:rsidRPr="005E3C44">
        <w:rPr>
          <w:rFonts w:ascii="Tahoma" w:hAnsi="Tahoma" w:cs="Tahoma"/>
          <w:rtl/>
        </w:rPr>
        <w:t xml:space="preserve"> همکار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کردند</w:t>
      </w:r>
      <w:r w:rsidRPr="005E3C44">
        <w:rPr>
          <w:rFonts w:ascii="Tahoma" w:hAnsi="Tahoma" w:cs="Tahoma"/>
          <w:rtl/>
        </w:rPr>
        <w:t>. گروه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گر،</w:t>
      </w:r>
      <w:r w:rsidRPr="005E3C44">
        <w:rPr>
          <w:rFonts w:ascii="Tahoma" w:hAnsi="Tahoma" w:cs="Tahoma"/>
          <w:rtl/>
        </w:rPr>
        <w:t xml:space="preserve"> 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</w:t>
      </w:r>
      <w:r w:rsidRPr="005E3C44">
        <w:rPr>
          <w:rFonts w:ascii="Tahoma" w:hAnsi="Tahoma" w:cs="Tahoma"/>
          <w:rtl/>
        </w:rPr>
        <w:t xml:space="preserve"> همان افراد در بخش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گر</w:t>
      </w:r>
      <w:r w:rsidRPr="005E3C44">
        <w:rPr>
          <w:rFonts w:ascii="Tahoma" w:hAnsi="Tahoma" w:cs="Tahoma"/>
          <w:rtl/>
        </w:rPr>
        <w:t xml:space="preserve"> از فعال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ت</w:t>
      </w:r>
      <w:r w:rsidRPr="005E3C44">
        <w:rPr>
          <w:rFonts w:ascii="Tahoma" w:hAnsi="Tahoma" w:cs="Tahoma"/>
          <w:rtl/>
        </w:rPr>
        <w:t xml:space="preserve"> خود، از شبکه‌ها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اجتماع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و مال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ب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رون</w:t>
      </w:r>
      <w:r w:rsidRPr="005E3C44">
        <w:rPr>
          <w:rFonts w:ascii="Tahoma" w:hAnsi="Tahoma" w:cs="Tahoma"/>
          <w:rtl/>
        </w:rPr>
        <w:t xml:space="preserve"> از خزانه بهره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گرفتند</w:t>
      </w:r>
      <w:r w:rsidRPr="005E3C44">
        <w:rPr>
          <w:rFonts w:ascii="Tahoma" w:hAnsi="Tahoma" w:cs="Tahoma"/>
          <w:rtl/>
        </w:rPr>
        <w:t>. هم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</w:t>
      </w:r>
      <w:r w:rsidRPr="005E3C44">
        <w:rPr>
          <w:rFonts w:ascii="Tahoma" w:hAnsi="Tahoma" w:cs="Tahoma"/>
          <w:rtl/>
        </w:rPr>
        <w:t xml:space="preserve"> دوگانگ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بعدها امکان داد که عمامه هم درون حکومت باشد و هم در برابر آن از جا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گاه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مستقل سخن بگو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د</w:t>
      </w:r>
      <w:r w:rsidRPr="005E3C44">
        <w:rPr>
          <w:rFonts w:ascii="Tahoma" w:hAnsi="Tahoma" w:cs="Tahoma"/>
          <w:rtl/>
        </w:rPr>
        <w:t>.</w:t>
      </w:r>
    </w:p>
    <w:p w:rsidR="005E3C44" w:rsidRPr="005E3C44" w:rsidRDefault="005E3C44" w:rsidP="005E3C4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E3C44">
        <w:rPr>
          <w:rFonts w:ascii="Tahoma" w:hAnsi="Tahoma" w:cs="Tahoma" w:hint="eastAsia"/>
          <w:rtl/>
        </w:rPr>
        <w:t>عباس</w:t>
      </w:r>
      <w:r w:rsidRPr="005E3C44">
        <w:rPr>
          <w:rFonts w:ascii="Tahoma" w:hAnsi="Tahoma" w:cs="Tahoma"/>
          <w:rtl/>
        </w:rPr>
        <w:t xml:space="preserve"> دوم در مقا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سه</w:t>
      </w:r>
      <w:r w:rsidRPr="005E3C44">
        <w:rPr>
          <w:rFonts w:ascii="Tahoma" w:hAnsi="Tahoma" w:cs="Tahoma"/>
          <w:rtl/>
        </w:rPr>
        <w:t xml:space="preserve"> با شاه صف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فرمانروا</w:t>
      </w:r>
      <w:r w:rsidRPr="005E3C44">
        <w:rPr>
          <w:rFonts w:ascii="Tahoma" w:hAnsi="Tahoma" w:cs="Tahoma" w:hint="cs"/>
          <w:rtl/>
        </w:rPr>
        <w:t>یی</w:t>
      </w:r>
      <w:r w:rsidRPr="005E3C44">
        <w:rPr>
          <w:rFonts w:ascii="Tahoma" w:hAnsi="Tahoma" w:cs="Tahoma"/>
          <w:rtl/>
        </w:rPr>
        <w:t xml:space="preserve"> تواناتر بود. او توانست قشون را به کار 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رد،</w:t>
      </w:r>
      <w:r w:rsidRPr="005E3C44">
        <w:rPr>
          <w:rFonts w:ascii="Tahoma" w:hAnsi="Tahoma" w:cs="Tahoma"/>
          <w:rtl/>
        </w:rPr>
        <w:t xml:space="preserve"> قندهار را حفظ کند، وز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ران</w:t>
      </w:r>
      <w:r w:rsidRPr="005E3C44">
        <w:rPr>
          <w:rFonts w:ascii="Tahoma" w:hAnsi="Tahoma" w:cs="Tahoma"/>
          <w:rtl/>
        </w:rPr>
        <w:t xml:space="preserve"> و ام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ران</w:t>
      </w:r>
      <w:r w:rsidRPr="005E3C44">
        <w:rPr>
          <w:rFonts w:ascii="Tahoma" w:hAnsi="Tahoma" w:cs="Tahoma"/>
          <w:rtl/>
        </w:rPr>
        <w:t xml:space="preserve"> را ز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</w:t>
      </w:r>
      <w:r w:rsidRPr="005E3C44">
        <w:rPr>
          <w:rFonts w:ascii="Tahoma" w:hAnsi="Tahoma" w:cs="Tahoma"/>
          <w:rtl/>
        </w:rPr>
        <w:t xml:space="preserve"> نظارت داشته باشد و دوره‌ا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از آرامش نسب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پد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د</w:t>
      </w:r>
      <w:r w:rsidRPr="005E3C44">
        <w:rPr>
          <w:rFonts w:ascii="Tahoma" w:hAnsi="Tahoma" w:cs="Tahoma"/>
          <w:rtl/>
        </w:rPr>
        <w:t xml:space="preserve"> آورد. اما موفق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ت</w:t>
      </w:r>
      <w:r w:rsidRPr="005E3C44">
        <w:rPr>
          <w:rFonts w:ascii="Tahoma" w:hAnsi="Tahoma" w:cs="Tahoma"/>
          <w:rtl/>
        </w:rPr>
        <w:t xml:space="preserve"> او ساختمان بن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</w:t>
      </w:r>
      <w:r w:rsidRPr="005E3C44">
        <w:rPr>
          <w:rFonts w:ascii="Tahoma" w:hAnsi="Tahoma" w:cs="Tahoma"/>
          <w:rtl/>
        </w:rPr>
        <w:t xml:space="preserve"> حکومت را تغ</w:t>
      </w:r>
      <w:r w:rsidRPr="005E3C44">
        <w:rPr>
          <w:rFonts w:ascii="Tahoma" w:hAnsi="Tahoma" w:cs="Tahoma" w:hint="cs"/>
          <w:rtl/>
        </w:rPr>
        <w:t>یی</w:t>
      </w:r>
      <w:r w:rsidRPr="005E3C44">
        <w:rPr>
          <w:rFonts w:ascii="Tahoma" w:hAnsi="Tahoma" w:cs="Tahoma" w:hint="eastAsia"/>
          <w:rtl/>
        </w:rPr>
        <w:t>ر</w:t>
      </w:r>
      <w:r w:rsidRPr="005E3C44">
        <w:rPr>
          <w:rFonts w:ascii="Tahoma" w:hAnsi="Tahoma" w:cs="Tahoma"/>
          <w:rtl/>
        </w:rPr>
        <w:t xml:space="preserve"> نداد. شاه همچنان سرچشمهٔ اصل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تص</w:t>
      </w:r>
      <w:r w:rsidRPr="005E3C44">
        <w:rPr>
          <w:rFonts w:ascii="Tahoma" w:hAnsi="Tahoma" w:cs="Tahoma" w:hint="eastAsia"/>
          <w:rtl/>
        </w:rPr>
        <w:t>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م</w:t>
      </w:r>
      <w:r w:rsidRPr="005E3C44">
        <w:rPr>
          <w:rFonts w:ascii="Tahoma" w:hAnsi="Tahoma" w:cs="Tahoma"/>
          <w:rtl/>
        </w:rPr>
        <w:t xml:space="preserve"> بود و ک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ف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ت</w:t>
      </w:r>
      <w:r w:rsidRPr="005E3C44">
        <w:rPr>
          <w:rFonts w:ascii="Tahoma" w:hAnsi="Tahoma" w:cs="Tahoma"/>
          <w:rtl/>
        </w:rPr>
        <w:t xml:space="preserve"> کار دستگاه به توان و علاقهٔ او وابسته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ماند</w:t>
      </w:r>
      <w:r w:rsidRPr="005E3C44">
        <w:rPr>
          <w:rFonts w:ascii="Tahoma" w:hAnsi="Tahoma" w:cs="Tahoma"/>
          <w:rtl/>
        </w:rPr>
        <w:t>.</w:t>
      </w:r>
    </w:p>
    <w:p w:rsidR="005E3C44" w:rsidRPr="005E3C44" w:rsidRDefault="005E3C44" w:rsidP="005E3C4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E3C44">
        <w:rPr>
          <w:rFonts w:ascii="Tahoma" w:hAnsi="Tahoma" w:cs="Tahoma" w:hint="eastAsia"/>
          <w:rtl/>
        </w:rPr>
        <w:t>وز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</w:t>
      </w:r>
      <w:r w:rsidRPr="005E3C44">
        <w:rPr>
          <w:rFonts w:ascii="Tahoma" w:hAnsi="Tahoma" w:cs="Tahoma"/>
          <w:rtl/>
        </w:rPr>
        <w:t xml:space="preserve">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توانست</w:t>
      </w:r>
      <w:r w:rsidRPr="005E3C44">
        <w:rPr>
          <w:rFonts w:ascii="Tahoma" w:hAnsi="Tahoma" w:cs="Tahoma"/>
          <w:rtl/>
        </w:rPr>
        <w:t xml:space="preserve"> کشور را خوب اداره کند، اما امن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ت</w:t>
      </w:r>
      <w:r w:rsidRPr="005E3C44">
        <w:rPr>
          <w:rFonts w:ascii="Tahoma" w:hAnsi="Tahoma" w:cs="Tahoma"/>
          <w:rtl/>
        </w:rPr>
        <w:t xml:space="preserve"> نهاد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نداشت. ساروتق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به دست ام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ران</w:t>
      </w:r>
      <w:r w:rsidRPr="005E3C44">
        <w:rPr>
          <w:rFonts w:ascii="Tahoma" w:hAnsi="Tahoma" w:cs="Tahoma"/>
          <w:rtl/>
        </w:rPr>
        <w:t xml:space="preserve"> کشته شد و خل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فه‌سلطان</w:t>
      </w:r>
      <w:r w:rsidRPr="005E3C44">
        <w:rPr>
          <w:rFonts w:ascii="Tahoma" w:hAnsi="Tahoma" w:cs="Tahoma"/>
          <w:rtl/>
        </w:rPr>
        <w:t xml:space="preserve"> 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ز</w:t>
      </w:r>
      <w:r w:rsidRPr="005E3C44">
        <w:rPr>
          <w:rFonts w:ascii="Tahoma" w:hAnsi="Tahoma" w:cs="Tahoma"/>
          <w:rtl/>
        </w:rPr>
        <w:t xml:space="preserve"> مقام خود را از رضا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ت</w:t>
      </w:r>
      <w:r w:rsidRPr="005E3C44">
        <w:rPr>
          <w:rFonts w:ascii="Tahoma" w:hAnsi="Tahoma" w:cs="Tahoma"/>
          <w:rtl/>
        </w:rPr>
        <w:t xml:space="preserve"> شاه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گرفت</w:t>
      </w:r>
      <w:r w:rsidRPr="005E3C44">
        <w:rPr>
          <w:rFonts w:ascii="Tahoma" w:hAnsi="Tahoma" w:cs="Tahoma"/>
          <w:rtl/>
        </w:rPr>
        <w:t>. قاض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و ش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خ‌الاسلام</w:t>
      </w:r>
      <w:r w:rsidRPr="005E3C44">
        <w:rPr>
          <w:rFonts w:ascii="Tahoma" w:hAnsi="Tahoma" w:cs="Tahoma"/>
          <w:rtl/>
        </w:rPr>
        <w:t xml:space="preserve">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توانستند</w:t>
      </w:r>
      <w:r w:rsidRPr="005E3C44">
        <w:rPr>
          <w:rFonts w:ascii="Tahoma" w:hAnsi="Tahoma" w:cs="Tahoma"/>
          <w:rtl/>
        </w:rPr>
        <w:t xml:space="preserve"> در جامعه نفوذ داشته باشند، اما حدود وظا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ف</w:t>
      </w:r>
      <w:r w:rsidRPr="005E3C44">
        <w:rPr>
          <w:rFonts w:ascii="Tahoma" w:hAnsi="Tahoma" w:cs="Tahoma"/>
          <w:rtl/>
        </w:rPr>
        <w:t xml:space="preserve"> رسم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شان</w:t>
      </w:r>
      <w:r w:rsidRPr="005E3C44">
        <w:rPr>
          <w:rFonts w:ascii="Tahoma" w:hAnsi="Tahoma" w:cs="Tahoma"/>
          <w:rtl/>
        </w:rPr>
        <w:t xml:space="preserve"> با فرمان تاج تع</w:t>
      </w:r>
      <w:r w:rsidRPr="005E3C44">
        <w:rPr>
          <w:rFonts w:ascii="Tahoma" w:hAnsi="Tahoma" w:cs="Tahoma" w:hint="cs"/>
          <w:rtl/>
        </w:rPr>
        <w:t>یی</w:t>
      </w:r>
      <w:r w:rsidRPr="005E3C44">
        <w:rPr>
          <w:rFonts w:ascii="Tahoma" w:hAnsi="Tahoma" w:cs="Tahoma" w:hint="eastAsia"/>
          <w:rtl/>
        </w:rPr>
        <w:t>ن</w:t>
      </w:r>
      <w:r w:rsidRPr="005E3C44">
        <w:rPr>
          <w:rFonts w:ascii="Tahoma" w:hAnsi="Tahoma" w:cs="Tahoma"/>
          <w:rtl/>
        </w:rPr>
        <w:t xml:space="preserve">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شد</w:t>
      </w:r>
      <w:r w:rsidRPr="005E3C44">
        <w:rPr>
          <w:rFonts w:ascii="Tahoma" w:hAnsi="Tahoma" w:cs="Tahoma"/>
          <w:rtl/>
        </w:rPr>
        <w:t>. فرمان</w:t>
      </w:r>
      <w:r w:rsidRPr="005E3C44">
        <w:rPr>
          <w:rFonts w:ascii="Tahoma" w:hAnsi="Tahoma" w:cs="Tahoma" w:hint="eastAsia"/>
          <w:rtl/>
        </w:rPr>
        <w:t>ده</w:t>
      </w:r>
      <w:r w:rsidRPr="005E3C44">
        <w:rPr>
          <w:rFonts w:ascii="Tahoma" w:hAnsi="Tahoma" w:cs="Tahoma"/>
          <w:rtl/>
        </w:rPr>
        <w:t xml:space="preserve"> قشون 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ز</w:t>
      </w:r>
      <w:r w:rsidRPr="005E3C44">
        <w:rPr>
          <w:rFonts w:ascii="Tahoma" w:hAnsi="Tahoma" w:cs="Tahoma"/>
          <w:rtl/>
        </w:rPr>
        <w:t xml:space="preserve">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دانست</w:t>
      </w:r>
      <w:r w:rsidRPr="005E3C44">
        <w:rPr>
          <w:rFonts w:ascii="Tahoma" w:hAnsi="Tahoma" w:cs="Tahoma"/>
          <w:rtl/>
        </w:rPr>
        <w:t xml:space="preserve"> که موفق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ت</w:t>
      </w:r>
      <w:r w:rsidRPr="005E3C44">
        <w:rPr>
          <w:rFonts w:ascii="Tahoma" w:hAnsi="Tahoma" w:cs="Tahoma"/>
          <w:rtl/>
        </w:rPr>
        <w:t xml:space="preserve"> ب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ش</w:t>
      </w:r>
      <w:r w:rsidRPr="005E3C44">
        <w:rPr>
          <w:rFonts w:ascii="Tahoma" w:hAnsi="Tahoma" w:cs="Tahoma"/>
          <w:rtl/>
        </w:rPr>
        <w:t xml:space="preserve"> از اندازه ممکن است سوءظن دربار را برانگ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زد</w:t>
      </w:r>
      <w:r w:rsidRPr="005E3C44">
        <w:rPr>
          <w:rFonts w:ascii="Tahoma" w:hAnsi="Tahoma" w:cs="Tahoma"/>
          <w:rtl/>
        </w:rPr>
        <w:t>.</w:t>
      </w:r>
    </w:p>
    <w:p w:rsidR="005E3C44" w:rsidRPr="005E3C44" w:rsidRDefault="005E3C44" w:rsidP="005E3C4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E3C44">
        <w:rPr>
          <w:rFonts w:ascii="Tahoma" w:hAnsi="Tahoma" w:cs="Tahoma" w:hint="eastAsia"/>
          <w:rtl/>
        </w:rPr>
        <w:t>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</w:t>
      </w:r>
      <w:r w:rsidRPr="005E3C44">
        <w:rPr>
          <w:rFonts w:ascii="Tahoma" w:hAnsi="Tahoma" w:cs="Tahoma"/>
          <w:rtl/>
        </w:rPr>
        <w:t xml:space="preserve"> وضع مانع پ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دا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ش</w:t>
      </w:r>
      <w:r w:rsidRPr="005E3C44">
        <w:rPr>
          <w:rFonts w:ascii="Tahoma" w:hAnsi="Tahoma" w:cs="Tahoma"/>
          <w:rtl/>
        </w:rPr>
        <w:t xml:space="preserve"> مسئول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ت</w:t>
      </w:r>
      <w:r w:rsidRPr="005E3C44">
        <w:rPr>
          <w:rFonts w:ascii="Tahoma" w:hAnsi="Tahoma" w:cs="Tahoma"/>
          <w:rtl/>
        </w:rPr>
        <w:t xml:space="preserve"> مستقل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شد</w:t>
      </w:r>
      <w:r w:rsidRPr="005E3C44">
        <w:rPr>
          <w:rFonts w:ascii="Tahoma" w:hAnsi="Tahoma" w:cs="Tahoma"/>
          <w:rtl/>
        </w:rPr>
        <w:t>. صاحب‌منصب ب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ش</w:t>
      </w:r>
      <w:r w:rsidRPr="005E3C44">
        <w:rPr>
          <w:rFonts w:ascii="Tahoma" w:hAnsi="Tahoma" w:cs="Tahoma"/>
          <w:rtl/>
        </w:rPr>
        <w:t xml:space="preserve"> از آنکه در برابر نهاد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پا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دار</w:t>
      </w:r>
      <w:r w:rsidRPr="005E3C44">
        <w:rPr>
          <w:rFonts w:ascii="Tahoma" w:hAnsi="Tahoma" w:cs="Tahoma"/>
          <w:rtl/>
        </w:rPr>
        <w:t xml:space="preserve"> 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</w:t>
      </w:r>
      <w:r w:rsidRPr="005E3C44">
        <w:rPr>
          <w:rFonts w:ascii="Tahoma" w:hAnsi="Tahoma" w:cs="Tahoma"/>
          <w:rtl/>
        </w:rPr>
        <w:t xml:space="preserve"> قانون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روشن پاسخ‌گو باشد، با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د</w:t>
      </w:r>
      <w:r w:rsidRPr="005E3C44">
        <w:rPr>
          <w:rFonts w:ascii="Tahoma" w:hAnsi="Tahoma" w:cs="Tahoma"/>
          <w:rtl/>
        </w:rPr>
        <w:t xml:space="preserve"> رضا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ت</w:t>
      </w:r>
      <w:r w:rsidRPr="005E3C44">
        <w:rPr>
          <w:rFonts w:ascii="Tahoma" w:hAnsi="Tahoma" w:cs="Tahoma"/>
          <w:rtl/>
        </w:rPr>
        <w:t xml:space="preserve"> شاه را حفظ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کرد</w:t>
      </w:r>
      <w:r w:rsidRPr="005E3C44">
        <w:rPr>
          <w:rFonts w:ascii="Tahoma" w:hAnsi="Tahoma" w:cs="Tahoma"/>
          <w:rtl/>
        </w:rPr>
        <w:t>. اگر شاه درست انتخاب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کرد،</w:t>
      </w:r>
      <w:r w:rsidRPr="005E3C44">
        <w:rPr>
          <w:rFonts w:ascii="Tahoma" w:hAnsi="Tahoma" w:cs="Tahoma"/>
          <w:rtl/>
        </w:rPr>
        <w:t xml:space="preserve"> دستگاه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توانست</w:t>
      </w:r>
      <w:r w:rsidRPr="005E3C44">
        <w:rPr>
          <w:rFonts w:ascii="Tahoma" w:hAnsi="Tahoma" w:cs="Tahoma"/>
          <w:rtl/>
        </w:rPr>
        <w:t xml:space="preserve"> کارآمد باشد؛ اما اگر فرمانروا از شناخت، اراده 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</w:t>
      </w:r>
      <w:r w:rsidRPr="005E3C44">
        <w:rPr>
          <w:rFonts w:ascii="Tahoma" w:hAnsi="Tahoma" w:cs="Tahoma"/>
          <w:rtl/>
        </w:rPr>
        <w:t xml:space="preserve"> توان لازم برخوردار نبود، همان دستگاه راه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برا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اصلاح تصم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م</w:t>
      </w:r>
      <w:r w:rsidRPr="005E3C44">
        <w:rPr>
          <w:rFonts w:ascii="Tahoma" w:hAnsi="Tahoma" w:cs="Tahoma"/>
          <w:rtl/>
        </w:rPr>
        <w:t xml:space="preserve"> او نداشت.</w:t>
      </w:r>
    </w:p>
    <w:p w:rsidR="005E3C44" w:rsidRPr="005E3C44" w:rsidRDefault="005E3C44" w:rsidP="005E3C4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E3C44">
        <w:rPr>
          <w:rFonts w:ascii="Tahoma" w:hAnsi="Tahoma" w:cs="Tahoma" w:hint="eastAsia"/>
          <w:rtl/>
        </w:rPr>
        <w:t>پرورش</w:t>
      </w:r>
      <w:r w:rsidRPr="005E3C44">
        <w:rPr>
          <w:rFonts w:ascii="Tahoma" w:hAnsi="Tahoma" w:cs="Tahoma"/>
          <w:rtl/>
        </w:rPr>
        <w:t xml:space="preserve"> شاهزادگان در حرم 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ز</w:t>
      </w:r>
      <w:r w:rsidRPr="005E3C44">
        <w:rPr>
          <w:rFonts w:ascii="Tahoma" w:hAnsi="Tahoma" w:cs="Tahoma"/>
          <w:rtl/>
        </w:rPr>
        <w:t xml:space="preserve"> ادامه 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افت</w:t>
      </w:r>
      <w:r w:rsidRPr="005E3C44">
        <w:rPr>
          <w:rFonts w:ascii="Tahoma" w:hAnsi="Tahoma" w:cs="Tahoma"/>
          <w:rtl/>
        </w:rPr>
        <w:t>. حکومت از تجربهٔ شورش‌ها و استفادهٔ قزلباشان از شاهزادگان چنان ب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مناک</w:t>
      </w:r>
      <w:r w:rsidRPr="005E3C44">
        <w:rPr>
          <w:rFonts w:ascii="Tahoma" w:hAnsi="Tahoma" w:cs="Tahoma"/>
          <w:rtl/>
        </w:rPr>
        <w:t xml:space="preserve"> بود که آزاد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و آموزش س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اس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ول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عهد</w:t>
      </w:r>
      <w:r w:rsidRPr="005E3C44">
        <w:rPr>
          <w:rFonts w:ascii="Tahoma" w:hAnsi="Tahoma" w:cs="Tahoma"/>
          <w:rtl/>
        </w:rPr>
        <w:t xml:space="preserve"> را خطر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برا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شاه وقت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دانست</w:t>
      </w:r>
      <w:r w:rsidRPr="005E3C44">
        <w:rPr>
          <w:rFonts w:ascii="Tahoma" w:hAnsi="Tahoma" w:cs="Tahoma"/>
          <w:rtl/>
        </w:rPr>
        <w:t>. شاهزاده‌ا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که ولا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ت</w:t>
      </w:r>
      <w:r w:rsidRPr="005E3C44">
        <w:rPr>
          <w:rFonts w:ascii="Tahoma" w:hAnsi="Tahoma" w:cs="Tahoma"/>
          <w:rtl/>
        </w:rPr>
        <w:t xml:space="preserve"> و قشون داشت ممکن بود پ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ش</w:t>
      </w:r>
      <w:r w:rsidRPr="005E3C44">
        <w:rPr>
          <w:rFonts w:ascii="Tahoma" w:hAnsi="Tahoma" w:cs="Tahoma"/>
          <w:rtl/>
        </w:rPr>
        <w:t xml:space="preserve"> از مرگ پدر مدع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تاج شود؛ پس امن‌تر آن </w:t>
      </w:r>
      <w:r w:rsidRPr="005E3C44">
        <w:rPr>
          <w:rFonts w:ascii="Tahoma" w:hAnsi="Tahoma" w:cs="Tahoma" w:hint="eastAsia"/>
          <w:rtl/>
        </w:rPr>
        <w:t>بود</w:t>
      </w:r>
      <w:r w:rsidRPr="005E3C44">
        <w:rPr>
          <w:rFonts w:ascii="Tahoma" w:hAnsi="Tahoma" w:cs="Tahoma"/>
          <w:rtl/>
        </w:rPr>
        <w:t xml:space="preserve"> که ز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</w:t>
      </w:r>
      <w:r w:rsidRPr="005E3C44">
        <w:rPr>
          <w:rFonts w:ascii="Tahoma" w:hAnsi="Tahoma" w:cs="Tahoma"/>
          <w:rtl/>
        </w:rPr>
        <w:t xml:space="preserve"> مراقبت حرم باق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بماند.</w:t>
      </w:r>
    </w:p>
    <w:p w:rsidR="005E3C44" w:rsidRPr="005E3C44" w:rsidRDefault="005E3C44" w:rsidP="005E3C4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E3C44">
        <w:rPr>
          <w:rFonts w:ascii="Tahoma" w:hAnsi="Tahoma" w:cs="Tahoma" w:hint="eastAsia"/>
          <w:rtl/>
        </w:rPr>
        <w:t>اما</w:t>
      </w:r>
      <w:r w:rsidRPr="005E3C44">
        <w:rPr>
          <w:rFonts w:ascii="Tahoma" w:hAnsi="Tahoma" w:cs="Tahoma"/>
          <w:rtl/>
        </w:rPr>
        <w:t xml:space="preserve"> 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</w:t>
      </w:r>
      <w:r w:rsidRPr="005E3C44">
        <w:rPr>
          <w:rFonts w:ascii="Tahoma" w:hAnsi="Tahoma" w:cs="Tahoma"/>
          <w:rtl/>
        </w:rPr>
        <w:t xml:space="preserve"> امن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ت</w:t>
      </w:r>
      <w:r w:rsidRPr="005E3C44">
        <w:rPr>
          <w:rFonts w:ascii="Tahoma" w:hAnsi="Tahoma" w:cs="Tahoma"/>
          <w:rtl/>
        </w:rPr>
        <w:t xml:space="preserve"> برا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شاه وقت، خطر را به آ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نده</w:t>
      </w:r>
      <w:r w:rsidRPr="005E3C44">
        <w:rPr>
          <w:rFonts w:ascii="Tahoma" w:hAnsi="Tahoma" w:cs="Tahoma"/>
          <w:rtl/>
        </w:rPr>
        <w:t xml:space="preserve"> منتقل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کرد</w:t>
      </w:r>
      <w:r w:rsidRPr="005E3C44">
        <w:rPr>
          <w:rFonts w:ascii="Tahoma" w:hAnsi="Tahoma" w:cs="Tahoma"/>
          <w:rtl/>
        </w:rPr>
        <w:t>. ول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عهد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که کشور، 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وان،</w:t>
      </w:r>
      <w:r w:rsidRPr="005E3C44">
        <w:rPr>
          <w:rFonts w:ascii="Tahoma" w:hAnsi="Tahoma" w:cs="Tahoma"/>
          <w:rtl/>
        </w:rPr>
        <w:t xml:space="preserve"> قشون و 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الات</w:t>
      </w:r>
      <w:r w:rsidRPr="005E3C44">
        <w:rPr>
          <w:rFonts w:ascii="Tahoma" w:hAnsi="Tahoma" w:cs="Tahoma"/>
          <w:rtl/>
        </w:rPr>
        <w:t xml:space="preserve"> را ند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ده</w:t>
      </w:r>
      <w:r w:rsidRPr="005E3C44">
        <w:rPr>
          <w:rFonts w:ascii="Tahoma" w:hAnsi="Tahoma" w:cs="Tahoma"/>
          <w:rtl/>
        </w:rPr>
        <w:t xml:space="preserve"> بود، پس از رس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دن</w:t>
      </w:r>
      <w:r w:rsidRPr="005E3C44">
        <w:rPr>
          <w:rFonts w:ascii="Tahoma" w:hAnsi="Tahoma" w:cs="Tahoma"/>
          <w:rtl/>
        </w:rPr>
        <w:t xml:space="preserve"> به سلطنت ناچار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شد</w:t>
      </w:r>
      <w:r w:rsidRPr="005E3C44">
        <w:rPr>
          <w:rFonts w:ascii="Tahoma" w:hAnsi="Tahoma" w:cs="Tahoma"/>
          <w:rtl/>
        </w:rPr>
        <w:t xml:space="preserve"> به کسان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تک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ه</w:t>
      </w:r>
      <w:r w:rsidRPr="005E3C44">
        <w:rPr>
          <w:rFonts w:ascii="Tahoma" w:hAnsi="Tahoma" w:cs="Tahoma"/>
          <w:rtl/>
        </w:rPr>
        <w:t xml:space="preserve"> کند که خود منافع و رقابت‌ها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شان</w:t>
      </w:r>
      <w:r w:rsidRPr="005E3C44">
        <w:rPr>
          <w:rFonts w:ascii="Tahoma" w:hAnsi="Tahoma" w:cs="Tahoma"/>
          <w:rtl/>
        </w:rPr>
        <w:t xml:space="preserve"> را داشتند. در نت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جه،</w:t>
      </w:r>
      <w:r w:rsidRPr="005E3C44">
        <w:rPr>
          <w:rFonts w:ascii="Tahoma" w:hAnsi="Tahoma" w:cs="Tahoma"/>
          <w:rtl/>
        </w:rPr>
        <w:t xml:space="preserve"> هر انتقال تاج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توانست</w:t>
      </w:r>
      <w:r w:rsidRPr="005E3C44">
        <w:rPr>
          <w:rFonts w:ascii="Tahoma" w:hAnsi="Tahoma" w:cs="Tahoma"/>
          <w:rtl/>
        </w:rPr>
        <w:t xml:space="preserve"> دوره‌ا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از نفوذ حرم، خ</w:t>
      </w:r>
      <w:r w:rsidRPr="005E3C44">
        <w:rPr>
          <w:rFonts w:ascii="Tahoma" w:hAnsi="Tahoma" w:cs="Tahoma" w:hint="eastAsia"/>
          <w:rtl/>
        </w:rPr>
        <w:t>واجه‌سرا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ان،</w:t>
      </w:r>
      <w:r w:rsidRPr="005E3C44">
        <w:rPr>
          <w:rFonts w:ascii="Tahoma" w:hAnsi="Tahoma" w:cs="Tahoma"/>
          <w:rtl/>
        </w:rPr>
        <w:t xml:space="preserve"> وز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ران</w:t>
      </w:r>
      <w:r w:rsidRPr="005E3C44">
        <w:rPr>
          <w:rFonts w:ascii="Tahoma" w:hAnsi="Tahoma" w:cs="Tahoma"/>
          <w:rtl/>
        </w:rPr>
        <w:t xml:space="preserve"> 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</w:t>
      </w:r>
      <w:r w:rsidRPr="005E3C44">
        <w:rPr>
          <w:rFonts w:ascii="Tahoma" w:hAnsi="Tahoma" w:cs="Tahoma"/>
          <w:rtl/>
        </w:rPr>
        <w:t xml:space="preserve"> ام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ران</w:t>
      </w:r>
      <w:r w:rsidRPr="005E3C44">
        <w:rPr>
          <w:rFonts w:ascii="Tahoma" w:hAnsi="Tahoma" w:cs="Tahoma"/>
          <w:rtl/>
        </w:rPr>
        <w:t xml:space="preserve"> را آغاز کند.</w:t>
      </w:r>
    </w:p>
    <w:p w:rsidR="005E3C44" w:rsidRPr="005E3C44" w:rsidRDefault="005E3C44" w:rsidP="005E3C4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E3C44">
        <w:rPr>
          <w:rFonts w:ascii="Tahoma" w:hAnsi="Tahoma" w:cs="Tahoma" w:hint="eastAsia"/>
          <w:rtl/>
        </w:rPr>
        <w:t>عباس</w:t>
      </w:r>
      <w:r w:rsidRPr="005E3C44">
        <w:rPr>
          <w:rFonts w:ascii="Tahoma" w:hAnsi="Tahoma" w:cs="Tahoma"/>
          <w:rtl/>
        </w:rPr>
        <w:t xml:space="preserve"> دوم در سال </w:t>
      </w:r>
      <w:r w:rsidRPr="005E3C44">
        <w:rPr>
          <w:rFonts w:ascii="Tahoma" w:hAnsi="Tahoma" w:cs="Tahoma"/>
          <w:rtl/>
          <w:lang w:bidi="fa-IR"/>
        </w:rPr>
        <w:t>۱۶۶۶</w:t>
      </w:r>
      <w:r w:rsidRPr="005E3C44">
        <w:rPr>
          <w:rFonts w:ascii="Tahoma" w:hAnsi="Tahoma" w:cs="Tahoma"/>
          <w:rtl/>
        </w:rPr>
        <w:t xml:space="preserve"> 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لاد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،</w:t>
      </w:r>
      <w:r w:rsidRPr="005E3C44">
        <w:rPr>
          <w:rFonts w:ascii="Tahoma" w:hAnsi="Tahoma" w:cs="Tahoma"/>
          <w:rtl/>
        </w:rPr>
        <w:t xml:space="preserve"> در حدود س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وچهارسالگ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،</w:t>
      </w:r>
      <w:r w:rsidRPr="005E3C44">
        <w:rPr>
          <w:rFonts w:ascii="Tahoma" w:hAnsi="Tahoma" w:cs="Tahoma"/>
          <w:rtl/>
        </w:rPr>
        <w:t xml:space="preserve"> درگذشت. مرگ زودهنگام او بار 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گر</w:t>
      </w:r>
      <w:r w:rsidRPr="005E3C44">
        <w:rPr>
          <w:rFonts w:ascii="Tahoma" w:hAnsi="Tahoma" w:cs="Tahoma"/>
          <w:rtl/>
        </w:rPr>
        <w:t xml:space="preserve"> حکومت را در برابر انتقال قدرت قرار داد. پسرش صف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رزا،</w:t>
      </w:r>
      <w:r w:rsidRPr="005E3C44">
        <w:rPr>
          <w:rFonts w:ascii="Tahoma" w:hAnsi="Tahoma" w:cs="Tahoma"/>
          <w:rtl/>
        </w:rPr>
        <w:t xml:space="preserve"> که مانند بس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ار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از شاهزادگان متأخر صفو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در فضا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بستهٔ حرم پرورش 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افته</w:t>
      </w:r>
      <w:r w:rsidRPr="005E3C44">
        <w:rPr>
          <w:rFonts w:ascii="Tahoma" w:hAnsi="Tahoma" w:cs="Tahoma"/>
          <w:rtl/>
        </w:rPr>
        <w:t xml:space="preserve"> بود، جانش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</w:t>
      </w:r>
      <w:r w:rsidRPr="005E3C44">
        <w:rPr>
          <w:rFonts w:ascii="Tahoma" w:hAnsi="Tahoma" w:cs="Tahoma"/>
          <w:rtl/>
        </w:rPr>
        <w:t xml:space="preserve"> او شد و ابتدا با نام شاه صف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دوم </w:t>
      </w:r>
      <w:r w:rsidRPr="005E3C44">
        <w:rPr>
          <w:rFonts w:ascii="Tahoma" w:hAnsi="Tahoma" w:cs="Tahoma" w:hint="eastAsia"/>
          <w:rtl/>
        </w:rPr>
        <w:t>بر</w:t>
      </w:r>
      <w:r w:rsidRPr="005E3C44">
        <w:rPr>
          <w:rFonts w:ascii="Tahoma" w:hAnsi="Tahoma" w:cs="Tahoma"/>
          <w:rtl/>
        </w:rPr>
        <w:t xml:space="preserve"> تخت نشست.</w:t>
      </w:r>
    </w:p>
    <w:p w:rsidR="005E3C44" w:rsidRPr="005E3C44" w:rsidRDefault="005E3C44" w:rsidP="005E3C4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E3C44">
        <w:rPr>
          <w:rFonts w:ascii="Tahoma" w:hAnsi="Tahoma" w:cs="Tahoma" w:hint="eastAsia"/>
          <w:rtl/>
        </w:rPr>
        <w:t>آغاز</w:t>
      </w:r>
      <w:r w:rsidRPr="005E3C44">
        <w:rPr>
          <w:rFonts w:ascii="Tahoma" w:hAnsi="Tahoma" w:cs="Tahoma"/>
          <w:rtl/>
        </w:rPr>
        <w:t xml:space="preserve"> سلطنتش با ب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مار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،</w:t>
      </w:r>
      <w:r w:rsidRPr="005E3C44">
        <w:rPr>
          <w:rFonts w:ascii="Tahoma" w:hAnsi="Tahoma" w:cs="Tahoma"/>
          <w:rtl/>
        </w:rPr>
        <w:t xml:space="preserve"> خشکسال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،</w:t>
      </w:r>
      <w:r w:rsidRPr="005E3C44">
        <w:rPr>
          <w:rFonts w:ascii="Tahoma" w:hAnsi="Tahoma" w:cs="Tahoma"/>
          <w:rtl/>
        </w:rPr>
        <w:t xml:space="preserve"> نابسامان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و حوادث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همراه شد که دربار و منجمان آنها را به نامناسب‌بودن زمان تاج‌گذار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</w:t>
      </w:r>
      <w:r w:rsidRPr="005E3C44">
        <w:rPr>
          <w:rFonts w:ascii="Tahoma" w:hAnsi="Tahoma" w:cs="Tahoma"/>
          <w:rtl/>
        </w:rPr>
        <w:t xml:space="preserve"> نام شاه نسبت دادند. به پ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شنهاد</w:t>
      </w:r>
      <w:r w:rsidRPr="005E3C44">
        <w:rPr>
          <w:rFonts w:ascii="Tahoma" w:hAnsi="Tahoma" w:cs="Tahoma"/>
          <w:rtl/>
        </w:rPr>
        <w:t xml:space="preserve"> آنان، تاج‌گذار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تکرار شد و شاه 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ن‌بار</w:t>
      </w:r>
      <w:r w:rsidRPr="005E3C44">
        <w:rPr>
          <w:rFonts w:ascii="Tahoma" w:hAnsi="Tahoma" w:cs="Tahoma"/>
          <w:rtl/>
        </w:rPr>
        <w:t xml:space="preserve"> نام سل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مان</w:t>
      </w:r>
      <w:r w:rsidRPr="005E3C44">
        <w:rPr>
          <w:rFonts w:ascii="Tahoma" w:hAnsi="Tahoma" w:cs="Tahoma"/>
          <w:rtl/>
        </w:rPr>
        <w:t xml:space="preserve"> را برگز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د</w:t>
      </w:r>
      <w:r w:rsidRPr="005E3C44">
        <w:rPr>
          <w:rFonts w:ascii="Tahoma" w:hAnsi="Tahoma" w:cs="Tahoma"/>
          <w:rtl/>
        </w:rPr>
        <w:t>. 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</w:t>
      </w:r>
      <w:r w:rsidRPr="005E3C44">
        <w:rPr>
          <w:rFonts w:ascii="Tahoma" w:hAnsi="Tahoma" w:cs="Tahoma"/>
          <w:rtl/>
        </w:rPr>
        <w:t xml:space="preserve"> حادثه نشان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داد</w:t>
      </w:r>
      <w:r w:rsidRPr="005E3C44">
        <w:rPr>
          <w:rFonts w:ascii="Tahoma" w:hAnsi="Tahoma" w:cs="Tahoma"/>
          <w:rtl/>
        </w:rPr>
        <w:t xml:space="preserve"> که تصم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م‌ها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حکومت، حت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پس از گسترش 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وان</w:t>
      </w:r>
      <w:r w:rsidRPr="005E3C44">
        <w:rPr>
          <w:rFonts w:ascii="Tahoma" w:hAnsi="Tahoma" w:cs="Tahoma"/>
          <w:rtl/>
        </w:rPr>
        <w:t xml:space="preserve"> و فقه، هنوز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توانستند</w:t>
      </w:r>
      <w:r w:rsidRPr="005E3C44">
        <w:rPr>
          <w:rFonts w:ascii="Tahoma" w:hAnsi="Tahoma" w:cs="Tahoma"/>
          <w:rtl/>
        </w:rPr>
        <w:t xml:space="preserve"> ز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</w:t>
      </w:r>
      <w:r w:rsidRPr="005E3C44">
        <w:rPr>
          <w:rFonts w:ascii="Tahoma" w:hAnsi="Tahoma" w:cs="Tahoma"/>
          <w:rtl/>
        </w:rPr>
        <w:t xml:space="preserve"> تأث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</w:t>
      </w:r>
      <w:r w:rsidRPr="005E3C44">
        <w:rPr>
          <w:rFonts w:ascii="Tahoma" w:hAnsi="Tahoma" w:cs="Tahoma"/>
          <w:rtl/>
        </w:rPr>
        <w:t xml:space="preserve"> منجمان، نشانه‌ها و باورها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دربار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قرار 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رند</w:t>
      </w:r>
      <w:r w:rsidRPr="005E3C44">
        <w:rPr>
          <w:rFonts w:ascii="Tahoma" w:hAnsi="Tahoma" w:cs="Tahoma"/>
          <w:rtl/>
        </w:rPr>
        <w:t>.</w:t>
      </w:r>
    </w:p>
    <w:p w:rsidR="005E3C44" w:rsidRPr="005E3C44" w:rsidRDefault="005E3C44" w:rsidP="005E3C4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E3C44">
        <w:rPr>
          <w:rFonts w:ascii="Tahoma" w:hAnsi="Tahoma" w:cs="Tahoma" w:hint="eastAsia"/>
          <w:rtl/>
        </w:rPr>
        <w:t>تکرار</w:t>
      </w:r>
      <w:r w:rsidRPr="005E3C44">
        <w:rPr>
          <w:rFonts w:ascii="Tahoma" w:hAnsi="Tahoma" w:cs="Tahoma"/>
          <w:rtl/>
        </w:rPr>
        <w:t xml:space="preserve"> تاج‌گذار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مشکل واقع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حکومت را حل نم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کرد</w:t>
      </w:r>
      <w:r w:rsidRPr="005E3C44">
        <w:rPr>
          <w:rFonts w:ascii="Tahoma" w:hAnsi="Tahoma" w:cs="Tahoma"/>
          <w:rtl/>
        </w:rPr>
        <w:t xml:space="preserve">. مسئله در نام شاه 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</w:t>
      </w:r>
      <w:r w:rsidRPr="005E3C44">
        <w:rPr>
          <w:rFonts w:ascii="Tahoma" w:hAnsi="Tahoma" w:cs="Tahoma"/>
          <w:rtl/>
        </w:rPr>
        <w:t xml:space="preserve"> ساعت نشستن او بر تخت نبود؛ در ساختمان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بود که فرمانروا</w:t>
      </w:r>
      <w:r w:rsidRPr="005E3C44">
        <w:rPr>
          <w:rFonts w:ascii="Tahoma" w:hAnsi="Tahoma" w:cs="Tahoma" w:hint="cs"/>
          <w:rtl/>
        </w:rPr>
        <w:t>یی</w:t>
      </w:r>
      <w:r w:rsidRPr="005E3C44">
        <w:rPr>
          <w:rFonts w:ascii="Tahoma" w:hAnsi="Tahoma" w:cs="Tahoma"/>
          <w:rtl/>
        </w:rPr>
        <w:t xml:space="preserve"> ب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تجربه</w:t>
      </w:r>
      <w:r w:rsidRPr="005E3C44">
        <w:rPr>
          <w:rFonts w:ascii="Tahoma" w:hAnsi="Tahoma" w:cs="Tahoma"/>
          <w:rtl/>
        </w:rPr>
        <w:t xml:space="preserve"> را در رأس دستگاه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بزرگ قرار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داد</w:t>
      </w:r>
      <w:r w:rsidRPr="005E3C44">
        <w:rPr>
          <w:rFonts w:ascii="Tahoma" w:hAnsi="Tahoma" w:cs="Tahoma"/>
          <w:rtl/>
        </w:rPr>
        <w:t xml:space="preserve"> و راه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نهاد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برا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جبران ضعفش نداشت. در دورهٔ شاه سل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مان،</w:t>
      </w:r>
      <w:r w:rsidRPr="005E3C44">
        <w:rPr>
          <w:rFonts w:ascii="Tahoma" w:hAnsi="Tahoma" w:cs="Tahoma"/>
          <w:rtl/>
        </w:rPr>
        <w:t xml:space="preserve"> 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</w:t>
      </w:r>
      <w:r w:rsidRPr="005E3C44">
        <w:rPr>
          <w:rFonts w:ascii="Tahoma" w:hAnsi="Tahoma" w:cs="Tahoma"/>
          <w:rtl/>
        </w:rPr>
        <w:t xml:space="preserve"> مشکل آشکارتر شد.</w:t>
      </w:r>
    </w:p>
    <w:p w:rsidR="005E3C44" w:rsidRPr="005E3C44" w:rsidRDefault="005E3C44" w:rsidP="005E3C4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E3C44">
        <w:rPr>
          <w:rFonts w:ascii="Tahoma" w:hAnsi="Tahoma" w:cs="Tahoma" w:hint="eastAsia"/>
          <w:rtl/>
        </w:rPr>
        <w:t>دربار</w:t>
      </w:r>
      <w:r w:rsidRPr="005E3C44">
        <w:rPr>
          <w:rFonts w:ascii="Tahoma" w:hAnsi="Tahoma" w:cs="Tahoma"/>
          <w:rtl/>
        </w:rPr>
        <w:t xml:space="preserve"> بزرگ‌تر، حرم بانفوذتر، دستگاه 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نکار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ر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شه‌دارتر</w:t>
      </w:r>
      <w:r w:rsidRPr="005E3C44">
        <w:rPr>
          <w:rFonts w:ascii="Tahoma" w:hAnsi="Tahoma" w:cs="Tahoma"/>
          <w:rtl/>
        </w:rPr>
        <w:t xml:space="preserve"> و 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وان</w:t>
      </w:r>
      <w:r w:rsidRPr="005E3C44">
        <w:rPr>
          <w:rFonts w:ascii="Tahoma" w:hAnsi="Tahoma" w:cs="Tahoma"/>
          <w:rtl/>
        </w:rPr>
        <w:t xml:space="preserve"> گسترده‌تر شده بودند؛ اما قشون از آمادگ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دورهٔ شاه عباس فاصله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گرفت،</w:t>
      </w:r>
      <w:r w:rsidRPr="005E3C44">
        <w:rPr>
          <w:rFonts w:ascii="Tahoma" w:hAnsi="Tahoma" w:cs="Tahoma"/>
          <w:rtl/>
        </w:rPr>
        <w:t xml:space="preserve"> ولا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ت‌ها</w:t>
      </w:r>
      <w:r w:rsidRPr="005E3C44">
        <w:rPr>
          <w:rFonts w:ascii="Tahoma" w:hAnsi="Tahoma" w:cs="Tahoma"/>
          <w:rtl/>
        </w:rPr>
        <w:t xml:space="preserve"> ز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ر</w:t>
      </w:r>
      <w:r w:rsidRPr="005E3C44">
        <w:rPr>
          <w:rFonts w:ascii="Tahoma" w:hAnsi="Tahoma" w:cs="Tahoma"/>
          <w:rtl/>
        </w:rPr>
        <w:t xml:space="preserve"> فشار مال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قرار داشتند و مقام‌ها ب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ش</w:t>
      </w:r>
      <w:r w:rsidRPr="005E3C44">
        <w:rPr>
          <w:rFonts w:ascii="Tahoma" w:hAnsi="Tahoma" w:cs="Tahoma"/>
          <w:rtl/>
        </w:rPr>
        <w:t xml:space="preserve"> از گذشته به دسترس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به شاه وابسته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شدند</w:t>
      </w:r>
      <w:r w:rsidRPr="005E3C44">
        <w:rPr>
          <w:rFonts w:ascii="Tahoma" w:hAnsi="Tahoma" w:cs="Tahoma"/>
          <w:rtl/>
        </w:rPr>
        <w:t xml:space="preserve">. حکومت هنوز باشکوه و کشور هنوز 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کپارچه</w:t>
      </w:r>
      <w:r w:rsidRPr="005E3C44">
        <w:rPr>
          <w:rFonts w:ascii="Tahoma" w:hAnsi="Tahoma" w:cs="Tahoma"/>
          <w:rtl/>
        </w:rPr>
        <w:t xml:space="preserve"> بود، ول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توان اصلاح و پاسخ‌گو</w:t>
      </w:r>
      <w:r w:rsidRPr="005E3C44">
        <w:rPr>
          <w:rFonts w:ascii="Tahoma" w:hAnsi="Tahoma" w:cs="Tahoma" w:hint="cs"/>
          <w:rtl/>
        </w:rPr>
        <w:t>یی</w:t>
      </w:r>
      <w:r w:rsidRPr="005E3C44">
        <w:rPr>
          <w:rFonts w:ascii="Tahoma" w:hAnsi="Tahoma" w:cs="Tahoma"/>
          <w:rtl/>
        </w:rPr>
        <w:t xml:space="preserve"> آن آرام‌آرام کاهش م</w:t>
      </w:r>
      <w:r w:rsidRPr="005E3C44">
        <w:rPr>
          <w:rFonts w:ascii="Tahoma" w:hAnsi="Tahoma" w:cs="Tahoma" w:hint="cs"/>
          <w:rtl/>
        </w:rPr>
        <w:t>ی‌ی</w:t>
      </w:r>
      <w:r w:rsidRPr="005E3C44">
        <w:rPr>
          <w:rFonts w:ascii="Tahoma" w:hAnsi="Tahoma" w:cs="Tahoma" w:hint="eastAsia"/>
          <w:rtl/>
        </w:rPr>
        <w:t>افت</w:t>
      </w:r>
      <w:r w:rsidRPr="005E3C44">
        <w:rPr>
          <w:rFonts w:ascii="Tahoma" w:hAnsi="Tahoma" w:cs="Tahoma"/>
          <w:rtl/>
        </w:rPr>
        <w:t>.</w:t>
      </w:r>
    </w:p>
    <w:p w:rsidR="005E3C44" w:rsidRDefault="005E3C44" w:rsidP="005E3C44">
      <w:pPr>
        <w:bidi/>
        <w:spacing w:after="0" w:line="360" w:lineRule="auto"/>
        <w:ind w:firstLine="720"/>
        <w:jc w:val="both"/>
        <w:rPr>
          <w:rFonts w:ascii="Tahoma" w:hAnsi="Tahoma" w:cs="Tahoma"/>
          <w:rtl/>
        </w:rPr>
      </w:pPr>
      <w:r w:rsidRPr="005E3C44">
        <w:rPr>
          <w:rFonts w:ascii="Tahoma" w:hAnsi="Tahoma" w:cs="Tahoma" w:hint="eastAsia"/>
          <w:rtl/>
        </w:rPr>
        <w:t>از</w:t>
      </w:r>
      <w:r w:rsidRPr="005E3C44">
        <w:rPr>
          <w:rFonts w:ascii="Tahoma" w:hAnsi="Tahoma" w:cs="Tahoma"/>
          <w:rtl/>
        </w:rPr>
        <w:t xml:space="preserve"> 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نجا</w:t>
      </w:r>
      <w:r w:rsidRPr="005E3C44">
        <w:rPr>
          <w:rFonts w:ascii="Tahoma" w:hAnsi="Tahoma" w:cs="Tahoma"/>
          <w:rtl/>
        </w:rPr>
        <w:t xml:space="preserve"> دورهٔ تازه‌ا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آغاز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شود</w:t>
      </w:r>
      <w:r w:rsidRPr="005E3C44">
        <w:rPr>
          <w:rFonts w:ascii="Tahoma" w:hAnsi="Tahoma" w:cs="Tahoma"/>
          <w:rtl/>
        </w:rPr>
        <w:t>: فروپاش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هنوز رخ نداده، دشمن به پا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تخت</w:t>
      </w:r>
      <w:r w:rsidRPr="005E3C44">
        <w:rPr>
          <w:rFonts w:ascii="Tahoma" w:hAnsi="Tahoma" w:cs="Tahoma"/>
          <w:rtl/>
        </w:rPr>
        <w:t xml:space="preserve"> نرس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ده</w:t>
      </w:r>
      <w:r w:rsidRPr="005E3C44">
        <w:rPr>
          <w:rFonts w:ascii="Tahoma" w:hAnsi="Tahoma" w:cs="Tahoma"/>
          <w:rtl/>
        </w:rPr>
        <w:t xml:space="preserve"> و د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وان</w:t>
      </w:r>
      <w:r w:rsidRPr="005E3C44">
        <w:rPr>
          <w:rFonts w:ascii="Tahoma" w:hAnsi="Tahoma" w:cs="Tahoma"/>
          <w:rtl/>
        </w:rPr>
        <w:t xml:space="preserve"> همچنان مال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ات</w:t>
      </w:r>
      <w:r w:rsidRPr="005E3C44">
        <w:rPr>
          <w:rFonts w:ascii="Tahoma" w:hAnsi="Tahoma" w:cs="Tahoma"/>
          <w:rtl/>
        </w:rPr>
        <w:t xml:space="preserve"> و فرمان‌ها را اداره م</w:t>
      </w:r>
      <w:r w:rsidRPr="005E3C44">
        <w:rPr>
          <w:rFonts w:ascii="Tahoma" w:hAnsi="Tahoma" w:cs="Tahoma" w:hint="cs"/>
          <w:rtl/>
        </w:rPr>
        <w:t>ی‌</w:t>
      </w:r>
      <w:r w:rsidRPr="005E3C44">
        <w:rPr>
          <w:rFonts w:ascii="Tahoma" w:hAnsi="Tahoma" w:cs="Tahoma" w:hint="eastAsia"/>
          <w:rtl/>
        </w:rPr>
        <w:t>کند؛</w:t>
      </w:r>
      <w:r w:rsidRPr="005E3C44">
        <w:rPr>
          <w:rFonts w:ascii="Tahoma" w:hAnsi="Tahoma" w:cs="Tahoma"/>
          <w:rtl/>
        </w:rPr>
        <w:t xml:space="preserve"> اما ساختمان حکومت در حال فرسوده‌شدن است. فصل بعد نشان خواهد داد که چگونه در دوران شاه سل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مان،</w:t>
      </w:r>
      <w:r w:rsidRPr="005E3C44">
        <w:rPr>
          <w:rFonts w:ascii="Tahoma" w:hAnsi="Tahoma" w:cs="Tahoma"/>
          <w:rtl/>
        </w:rPr>
        <w:t xml:space="preserve"> ضعف شخص شاه به گسترش نفوذ حرم، </w:t>
      </w:r>
      <w:r w:rsidRPr="005E3C44">
        <w:rPr>
          <w:rFonts w:ascii="Tahoma" w:hAnsi="Tahoma" w:cs="Tahoma" w:hint="eastAsia"/>
          <w:rtl/>
        </w:rPr>
        <w:t>دربار</w:t>
      </w:r>
      <w:r w:rsidRPr="005E3C44">
        <w:rPr>
          <w:rFonts w:ascii="Tahoma" w:hAnsi="Tahoma" w:cs="Tahoma"/>
          <w:rtl/>
        </w:rPr>
        <w:t xml:space="preserve"> و عمامه انجام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د</w:t>
      </w:r>
      <w:r w:rsidRPr="005E3C44">
        <w:rPr>
          <w:rFonts w:ascii="Tahoma" w:hAnsi="Tahoma" w:cs="Tahoma"/>
          <w:rtl/>
        </w:rPr>
        <w:t xml:space="preserve"> و فاصلهٔ م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ان</w:t>
      </w:r>
      <w:r w:rsidRPr="005E3C44">
        <w:rPr>
          <w:rFonts w:ascii="Tahoma" w:hAnsi="Tahoma" w:cs="Tahoma"/>
          <w:rtl/>
        </w:rPr>
        <w:t xml:space="preserve"> شکوه ظاهر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و توان واقع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کشوردار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/>
          <w:rtl/>
        </w:rPr>
        <w:t xml:space="preserve"> ب</w:t>
      </w:r>
      <w:r w:rsidRPr="005E3C44">
        <w:rPr>
          <w:rFonts w:ascii="Tahoma" w:hAnsi="Tahoma" w:cs="Tahoma" w:hint="cs"/>
          <w:rtl/>
        </w:rPr>
        <w:t>ی</w:t>
      </w:r>
      <w:r w:rsidRPr="005E3C44">
        <w:rPr>
          <w:rFonts w:ascii="Tahoma" w:hAnsi="Tahoma" w:cs="Tahoma" w:hint="eastAsia"/>
          <w:rtl/>
        </w:rPr>
        <w:t>شتر</w:t>
      </w:r>
      <w:r w:rsidRPr="005E3C44">
        <w:rPr>
          <w:rFonts w:ascii="Tahoma" w:hAnsi="Tahoma" w:cs="Tahoma"/>
          <w:rtl/>
        </w:rPr>
        <w:t xml:space="preserve"> شد.</w:t>
      </w:r>
    </w:p>
    <w:p w:rsidR="005E3C44" w:rsidRPr="008A2A16" w:rsidRDefault="008A2A16" w:rsidP="008A2A16">
      <w:pPr>
        <w:keepNext/>
        <w:pageBreakBefore/>
        <w:bidi/>
        <w:spacing w:after="0" w:line="360" w:lineRule="auto"/>
        <w:jc w:val="center"/>
        <w:rPr>
          <w:rFonts w:asciiTheme="majorBidi" w:hAnsiTheme="majorBidi" w:cstheme="majorBidi"/>
          <w:b/>
          <w:bCs/>
          <w:sz w:val="36"/>
          <w:szCs w:val="36"/>
          <w:rtl/>
        </w:rPr>
      </w:pPr>
      <w:r>
        <w:rPr>
          <w:rFonts w:cs="Calibri"/>
          <w:b/>
          <w:bCs/>
          <w:sz w:val="36"/>
          <w:szCs w:val="36"/>
          <w:rtl/>
        </w:rPr>
        <w:t>فصل</w:t>
      </w:r>
      <w:r>
        <w:rPr>
          <w:b/>
          <w:sz w:val="36"/>
        </w:rPr>
        <w:t xml:space="preserve"> </w:t>
      </w:r>
      <w:r>
        <w:rPr>
          <w:rFonts w:cs="Calibri"/>
          <w:b/>
          <w:bCs/>
          <w:sz w:val="36"/>
          <w:szCs w:val="36"/>
          <w:rtl/>
        </w:rPr>
        <w:t>نهم</w:t>
      </w:r>
    </w:p>
    <w:p w:rsidR="008A2A16" w:rsidRPr="008A2A16" w:rsidRDefault="008A2A16" w:rsidP="008A2A16">
      <w:pPr>
        <w:keepNext/>
        <w:bidi/>
        <w:spacing w:after="240" w:line="360" w:lineRule="auto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8A2A16">
        <w:rPr>
          <w:rFonts w:asciiTheme="majorBidi" w:hAnsiTheme="majorBidi" w:cstheme="majorBidi"/>
          <w:b/>
          <w:bCs/>
          <w:sz w:val="36"/>
          <w:szCs w:val="36"/>
          <w:rtl/>
        </w:rPr>
        <w:t>شاه سلیمان؛ فرسودگی آرام کشورداری</w:t>
      </w:r>
    </w:p>
    <w:p w:rsidR="008A2A16" w:rsidRPr="008A2A16" w:rsidRDefault="008A2A16" w:rsidP="008A2A1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A2A16">
        <w:rPr>
          <w:rFonts w:ascii="Tahoma" w:hAnsi="Tahoma" w:cs="Tahoma" w:hint="eastAsia"/>
          <w:rtl/>
        </w:rPr>
        <w:t>صف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م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رزا،</w:t>
      </w:r>
      <w:r w:rsidRPr="008A2A16">
        <w:rPr>
          <w:rFonts w:ascii="Tahoma" w:hAnsi="Tahoma" w:cs="Tahoma"/>
          <w:rtl/>
        </w:rPr>
        <w:t xml:space="preserve"> پسر عباس دوم، در سال </w:t>
      </w:r>
      <w:r w:rsidRPr="008A2A16">
        <w:rPr>
          <w:rFonts w:ascii="Tahoma" w:hAnsi="Tahoma" w:cs="Tahoma"/>
          <w:rtl/>
          <w:lang w:bidi="fa-IR"/>
        </w:rPr>
        <w:t>۱۶۶۶</w:t>
      </w:r>
      <w:r w:rsidRPr="008A2A16">
        <w:rPr>
          <w:rFonts w:ascii="Tahoma" w:hAnsi="Tahoma" w:cs="Tahoma"/>
          <w:rtl/>
        </w:rPr>
        <w:t xml:space="preserve"> م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لاد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با نام شاه صف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دوم بر تخت نشست. او ن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ز</w:t>
      </w:r>
      <w:r w:rsidRPr="008A2A16">
        <w:rPr>
          <w:rFonts w:ascii="Tahoma" w:hAnsi="Tahoma" w:cs="Tahoma"/>
          <w:rtl/>
        </w:rPr>
        <w:t xml:space="preserve"> مانند چند تن از پادشاهان پ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ش</w:t>
      </w:r>
      <w:r w:rsidRPr="008A2A16">
        <w:rPr>
          <w:rFonts w:ascii="Tahoma" w:hAnsi="Tahoma" w:cs="Tahoma"/>
          <w:rtl/>
        </w:rPr>
        <w:t xml:space="preserve"> از خود در حرم پرورش 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افته</w:t>
      </w:r>
      <w:r w:rsidRPr="008A2A16">
        <w:rPr>
          <w:rFonts w:ascii="Tahoma" w:hAnsi="Tahoma" w:cs="Tahoma"/>
          <w:rtl/>
        </w:rPr>
        <w:t xml:space="preserve"> بود و پ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ش</w:t>
      </w:r>
      <w:r w:rsidRPr="008A2A16">
        <w:rPr>
          <w:rFonts w:ascii="Tahoma" w:hAnsi="Tahoma" w:cs="Tahoma"/>
          <w:rtl/>
        </w:rPr>
        <w:t xml:space="preserve"> از سلطنت تجربه‌ا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از فرمانده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قشون، ادارهٔ ولا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ت</w:t>
      </w:r>
      <w:r w:rsidRPr="008A2A16">
        <w:rPr>
          <w:rFonts w:ascii="Tahoma" w:hAnsi="Tahoma" w:cs="Tahoma"/>
          <w:rtl/>
        </w:rPr>
        <w:t xml:space="preserve"> 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ا</w:t>
      </w:r>
      <w:r w:rsidRPr="008A2A16">
        <w:rPr>
          <w:rFonts w:ascii="Tahoma" w:hAnsi="Tahoma" w:cs="Tahoma"/>
          <w:rtl/>
        </w:rPr>
        <w:t xml:space="preserve"> کار 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وان</w:t>
      </w:r>
      <w:r w:rsidRPr="008A2A16">
        <w:rPr>
          <w:rFonts w:ascii="Tahoma" w:hAnsi="Tahoma" w:cs="Tahoma"/>
          <w:rtl/>
        </w:rPr>
        <w:t xml:space="preserve"> نداشت. دستگاه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بزرگ و پ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چ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ده</w:t>
      </w:r>
      <w:r w:rsidRPr="008A2A16">
        <w:rPr>
          <w:rFonts w:ascii="Tahoma" w:hAnsi="Tahoma" w:cs="Tahoma"/>
          <w:rtl/>
        </w:rPr>
        <w:t xml:space="preserve"> در اخت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ارش</w:t>
      </w:r>
      <w:r w:rsidRPr="008A2A16">
        <w:rPr>
          <w:rFonts w:ascii="Tahoma" w:hAnsi="Tahoma" w:cs="Tahoma"/>
          <w:rtl/>
        </w:rPr>
        <w:t xml:space="preserve"> قرار گ</w:t>
      </w:r>
      <w:r w:rsidRPr="008A2A16">
        <w:rPr>
          <w:rFonts w:ascii="Tahoma" w:hAnsi="Tahoma" w:cs="Tahoma" w:hint="eastAsia"/>
          <w:rtl/>
        </w:rPr>
        <w:t>رفت،</w:t>
      </w:r>
      <w:r w:rsidRPr="008A2A16">
        <w:rPr>
          <w:rFonts w:ascii="Tahoma" w:hAnsi="Tahoma" w:cs="Tahoma"/>
          <w:rtl/>
        </w:rPr>
        <w:t xml:space="preserve"> ب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آنکه</w:t>
      </w:r>
      <w:r w:rsidRPr="008A2A16">
        <w:rPr>
          <w:rFonts w:ascii="Tahoma" w:hAnsi="Tahoma" w:cs="Tahoma"/>
          <w:rtl/>
        </w:rPr>
        <w:t xml:space="preserve"> فرصت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افته</w:t>
      </w:r>
      <w:r w:rsidRPr="008A2A16">
        <w:rPr>
          <w:rFonts w:ascii="Tahoma" w:hAnsi="Tahoma" w:cs="Tahoma"/>
          <w:rtl/>
        </w:rPr>
        <w:t xml:space="preserve"> باشد اجزا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آن را بشناسد.</w:t>
      </w:r>
    </w:p>
    <w:p w:rsidR="008A2A16" w:rsidRPr="008A2A16" w:rsidRDefault="008A2A16" w:rsidP="008A2A1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A2A16">
        <w:rPr>
          <w:rFonts w:ascii="Tahoma" w:hAnsi="Tahoma" w:cs="Tahoma" w:hint="eastAsia"/>
          <w:rtl/>
        </w:rPr>
        <w:t>آغاز</w:t>
      </w:r>
      <w:r w:rsidRPr="008A2A16">
        <w:rPr>
          <w:rFonts w:ascii="Tahoma" w:hAnsi="Tahoma" w:cs="Tahoma"/>
          <w:rtl/>
        </w:rPr>
        <w:t xml:space="preserve"> سلطنت او با ب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مار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،</w:t>
      </w:r>
      <w:r w:rsidRPr="008A2A16">
        <w:rPr>
          <w:rFonts w:ascii="Tahoma" w:hAnsi="Tahoma" w:cs="Tahoma"/>
          <w:rtl/>
        </w:rPr>
        <w:t xml:space="preserve"> کمبود، خشکسال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و حوادث ناخوشا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ند</w:t>
      </w:r>
      <w:r w:rsidRPr="008A2A16">
        <w:rPr>
          <w:rFonts w:ascii="Tahoma" w:hAnsi="Tahoma" w:cs="Tahoma"/>
          <w:rtl/>
        </w:rPr>
        <w:t xml:space="preserve"> همراه شد. دربار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ان</w:t>
      </w:r>
      <w:r w:rsidRPr="008A2A16">
        <w:rPr>
          <w:rFonts w:ascii="Tahoma" w:hAnsi="Tahoma" w:cs="Tahoma"/>
          <w:rtl/>
        </w:rPr>
        <w:t xml:space="preserve"> و منجمان، به جا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جست‌وجو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علت 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ن</w:t>
      </w:r>
      <w:r w:rsidRPr="008A2A16">
        <w:rPr>
          <w:rFonts w:ascii="Tahoma" w:hAnsi="Tahoma" w:cs="Tahoma"/>
          <w:rtl/>
        </w:rPr>
        <w:t xml:space="preserve"> مشکلات در وضع مال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،</w:t>
      </w:r>
      <w:r w:rsidRPr="008A2A16">
        <w:rPr>
          <w:rFonts w:ascii="Tahoma" w:hAnsi="Tahoma" w:cs="Tahoma"/>
          <w:rtl/>
        </w:rPr>
        <w:t xml:space="preserve"> کشاورز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،</w:t>
      </w:r>
      <w:r w:rsidRPr="008A2A16">
        <w:rPr>
          <w:rFonts w:ascii="Tahoma" w:hAnsi="Tahoma" w:cs="Tahoma"/>
          <w:rtl/>
        </w:rPr>
        <w:t xml:space="preserve"> ادارهٔ ولا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ت‌ها</w:t>
      </w:r>
      <w:r w:rsidRPr="008A2A16">
        <w:rPr>
          <w:rFonts w:ascii="Tahoma" w:hAnsi="Tahoma" w:cs="Tahoma"/>
          <w:rtl/>
        </w:rPr>
        <w:t xml:space="preserve"> 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ا</w:t>
      </w:r>
      <w:r w:rsidRPr="008A2A16">
        <w:rPr>
          <w:rFonts w:ascii="Tahoma" w:hAnsi="Tahoma" w:cs="Tahoma"/>
          <w:rtl/>
        </w:rPr>
        <w:t xml:space="preserve"> آمادگ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قشون، آنها را به زمان نامناسب تاج‌گذار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نسبت دادند. در سال </w:t>
      </w:r>
      <w:r w:rsidRPr="008A2A16">
        <w:rPr>
          <w:rFonts w:ascii="Tahoma" w:hAnsi="Tahoma" w:cs="Tahoma"/>
          <w:rtl/>
          <w:lang w:bidi="fa-IR"/>
        </w:rPr>
        <w:t>۱۶۶۸</w:t>
      </w:r>
      <w:r w:rsidRPr="008A2A16">
        <w:rPr>
          <w:rFonts w:ascii="Tahoma" w:hAnsi="Tahoma" w:cs="Tahoma"/>
          <w:rtl/>
        </w:rPr>
        <w:t xml:space="preserve"> م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لاد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مراسم تاج‌گذار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تکر</w:t>
      </w:r>
      <w:r w:rsidRPr="008A2A16">
        <w:rPr>
          <w:rFonts w:ascii="Tahoma" w:hAnsi="Tahoma" w:cs="Tahoma" w:hint="eastAsia"/>
          <w:rtl/>
        </w:rPr>
        <w:t>ار</w:t>
      </w:r>
      <w:r w:rsidRPr="008A2A16">
        <w:rPr>
          <w:rFonts w:ascii="Tahoma" w:hAnsi="Tahoma" w:cs="Tahoma"/>
          <w:rtl/>
        </w:rPr>
        <w:t xml:space="preserve"> شد و شاه نام خود را از صف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به سل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مان</w:t>
      </w:r>
      <w:r w:rsidRPr="008A2A16">
        <w:rPr>
          <w:rFonts w:ascii="Tahoma" w:hAnsi="Tahoma" w:cs="Tahoma"/>
          <w:rtl/>
        </w:rPr>
        <w:t xml:space="preserve"> تغ</w:t>
      </w:r>
      <w:r w:rsidRPr="008A2A16">
        <w:rPr>
          <w:rFonts w:ascii="Tahoma" w:hAnsi="Tahoma" w:cs="Tahoma" w:hint="cs"/>
          <w:rtl/>
        </w:rPr>
        <w:t>یی</w:t>
      </w:r>
      <w:r w:rsidRPr="008A2A16">
        <w:rPr>
          <w:rFonts w:ascii="Tahoma" w:hAnsi="Tahoma" w:cs="Tahoma" w:hint="eastAsia"/>
          <w:rtl/>
        </w:rPr>
        <w:t>ر</w:t>
      </w:r>
      <w:r w:rsidRPr="008A2A16">
        <w:rPr>
          <w:rFonts w:ascii="Tahoma" w:hAnsi="Tahoma" w:cs="Tahoma"/>
          <w:rtl/>
        </w:rPr>
        <w:t xml:space="preserve"> داد.</w:t>
      </w:r>
    </w:p>
    <w:p w:rsidR="008A2A16" w:rsidRPr="008A2A16" w:rsidRDefault="008A2A16" w:rsidP="008A2A1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A2A16">
        <w:rPr>
          <w:rFonts w:ascii="Tahoma" w:hAnsi="Tahoma" w:cs="Tahoma" w:hint="eastAsia"/>
          <w:rtl/>
        </w:rPr>
        <w:t>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ن</w:t>
      </w:r>
      <w:r w:rsidRPr="008A2A16">
        <w:rPr>
          <w:rFonts w:ascii="Tahoma" w:hAnsi="Tahoma" w:cs="Tahoma"/>
          <w:rtl/>
        </w:rPr>
        <w:t xml:space="preserve"> اقدام از نظر کشوردار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معنا</w:t>
      </w:r>
      <w:r w:rsidRPr="008A2A16">
        <w:rPr>
          <w:rFonts w:ascii="Tahoma" w:hAnsi="Tahoma" w:cs="Tahoma" w:hint="cs"/>
          <w:rtl/>
        </w:rPr>
        <w:t>یی</w:t>
      </w:r>
      <w:r w:rsidRPr="008A2A16">
        <w:rPr>
          <w:rFonts w:ascii="Tahoma" w:hAnsi="Tahoma" w:cs="Tahoma"/>
          <w:rtl/>
        </w:rPr>
        <w:t xml:space="preserve"> روشن داشت. دستگاه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که برا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شناخت درآمد، زم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ن،</w:t>
      </w:r>
      <w:r w:rsidRPr="008A2A16">
        <w:rPr>
          <w:rFonts w:ascii="Tahoma" w:hAnsi="Tahoma" w:cs="Tahoma"/>
          <w:rtl/>
        </w:rPr>
        <w:t xml:space="preserve"> قشون و جمع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ت</w:t>
      </w:r>
      <w:r w:rsidRPr="008A2A16">
        <w:rPr>
          <w:rFonts w:ascii="Tahoma" w:hAnsi="Tahoma" w:cs="Tahoma"/>
          <w:rtl/>
        </w:rPr>
        <w:t xml:space="preserve"> دارا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وان</w:t>
      </w:r>
      <w:r w:rsidRPr="008A2A16">
        <w:rPr>
          <w:rFonts w:ascii="Tahoma" w:hAnsi="Tahoma" w:cs="Tahoma"/>
          <w:rtl/>
        </w:rPr>
        <w:t xml:space="preserve"> و مأمور بود، هنگام رو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ارو</w:t>
      </w:r>
      <w:r w:rsidRPr="008A2A16">
        <w:rPr>
          <w:rFonts w:ascii="Tahoma" w:hAnsi="Tahoma" w:cs="Tahoma" w:hint="cs"/>
          <w:rtl/>
        </w:rPr>
        <w:t>یی</w:t>
      </w:r>
      <w:r w:rsidRPr="008A2A16">
        <w:rPr>
          <w:rFonts w:ascii="Tahoma" w:hAnsi="Tahoma" w:cs="Tahoma"/>
          <w:rtl/>
        </w:rPr>
        <w:t xml:space="preserve"> با بحران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توانست</w:t>
      </w:r>
      <w:r w:rsidRPr="008A2A16">
        <w:rPr>
          <w:rFonts w:ascii="Tahoma" w:hAnsi="Tahoma" w:cs="Tahoma"/>
          <w:rtl/>
        </w:rPr>
        <w:t xml:space="preserve"> به تعب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ر</w:t>
      </w:r>
      <w:r w:rsidRPr="008A2A16">
        <w:rPr>
          <w:rFonts w:ascii="Tahoma" w:hAnsi="Tahoma" w:cs="Tahoma"/>
          <w:rtl/>
        </w:rPr>
        <w:t xml:space="preserve"> منجمان و تغ</w:t>
      </w:r>
      <w:r w:rsidRPr="008A2A16">
        <w:rPr>
          <w:rFonts w:ascii="Tahoma" w:hAnsi="Tahoma" w:cs="Tahoma" w:hint="cs"/>
          <w:rtl/>
        </w:rPr>
        <w:t>یی</w:t>
      </w:r>
      <w:r w:rsidRPr="008A2A16">
        <w:rPr>
          <w:rFonts w:ascii="Tahoma" w:hAnsi="Tahoma" w:cs="Tahoma" w:hint="eastAsia"/>
          <w:rtl/>
        </w:rPr>
        <w:t>ر</w:t>
      </w:r>
      <w:r w:rsidRPr="008A2A16">
        <w:rPr>
          <w:rFonts w:ascii="Tahoma" w:hAnsi="Tahoma" w:cs="Tahoma"/>
          <w:rtl/>
        </w:rPr>
        <w:t xml:space="preserve"> نام شاه پناه ببرد. دانش ادار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و باورها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دربار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در کنار 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کد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گر</w:t>
      </w:r>
      <w:r w:rsidRPr="008A2A16">
        <w:rPr>
          <w:rFonts w:ascii="Tahoma" w:hAnsi="Tahoma" w:cs="Tahoma"/>
          <w:rtl/>
        </w:rPr>
        <w:t xml:space="preserve"> زندگ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کردند،</w:t>
      </w:r>
      <w:r w:rsidRPr="008A2A16">
        <w:rPr>
          <w:rFonts w:ascii="Tahoma" w:hAnsi="Tahoma" w:cs="Tahoma"/>
          <w:rtl/>
        </w:rPr>
        <w:t xml:space="preserve"> ب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/>
          <w:rtl/>
        </w:rPr>
        <w:t xml:space="preserve">آنکه 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ک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الزاماً 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گر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را کنار بزند.</w:t>
      </w:r>
    </w:p>
    <w:p w:rsidR="008A2A16" w:rsidRPr="008A2A16" w:rsidRDefault="008A2A16" w:rsidP="008A2A1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A2A16">
        <w:rPr>
          <w:rFonts w:ascii="Tahoma" w:hAnsi="Tahoma" w:cs="Tahoma" w:hint="eastAsia"/>
          <w:rtl/>
        </w:rPr>
        <w:t>تاج‌گذار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دوم ممکن بود برا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دربار و شاه آرامش روان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ا</w:t>
      </w:r>
      <w:r w:rsidRPr="008A2A16">
        <w:rPr>
          <w:rFonts w:ascii="Tahoma" w:hAnsi="Tahoma" w:cs="Tahoma"/>
          <w:rtl/>
        </w:rPr>
        <w:t xml:space="preserve"> نشانه‌ا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از آغاز تازه فراهم کند، اما ب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مار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،</w:t>
      </w:r>
      <w:r w:rsidRPr="008A2A16">
        <w:rPr>
          <w:rFonts w:ascii="Tahoma" w:hAnsi="Tahoma" w:cs="Tahoma"/>
          <w:rtl/>
        </w:rPr>
        <w:t xml:space="preserve"> خشکسال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ا</w:t>
      </w:r>
      <w:r w:rsidRPr="008A2A16">
        <w:rPr>
          <w:rFonts w:ascii="Tahoma" w:hAnsi="Tahoma" w:cs="Tahoma"/>
          <w:rtl/>
        </w:rPr>
        <w:t xml:space="preserve"> کمبود درآمد را از م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ان</w:t>
      </w:r>
      <w:r w:rsidRPr="008A2A16">
        <w:rPr>
          <w:rFonts w:ascii="Tahoma" w:hAnsi="Tahoma" w:cs="Tahoma"/>
          <w:rtl/>
        </w:rPr>
        <w:t xml:space="preserve"> نم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برد</w:t>
      </w:r>
      <w:r w:rsidRPr="008A2A16">
        <w:rPr>
          <w:rFonts w:ascii="Tahoma" w:hAnsi="Tahoma" w:cs="Tahoma"/>
          <w:rtl/>
        </w:rPr>
        <w:t>. مشکل اصل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نه نام شاه بود و نه ساعت نشستن او بر تخت؛ مشکل آن بود که فرمانروا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تازه شناخت و علاقهٔ اندک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به ادارهٔ </w:t>
      </w:r>
      <w:r w:rsidRPr="008A2A16">
        <w:rPr>
          <w:rFonts w:ascii="Tahoma" w:hAnsi="Tahoma" w:cs="Tahoma" w:hint="eastAsia"/>
          <w:rtl/>
        </w:rPr>
        <w:t>دستگاه</w:t>
      </w:r>
      <w:r w:rsidRPr="008A2A16">
        <w:rPr>
          <w:rFonts w:ascii="Tahoma" w:hAnsi="Tahoma" w:cs="Tahoma"/>
          <w:rtl/>
        </w:rPr>
        <w:t xml:space="preserve"> داشت و اطراف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انش</w:t>
      </w:r>
      <w:r w:rsidRPr="008A2A16">
        <w:rPr>
          <w:rFonts w:ascii="Tahoma" w:hAnsi="Tahoma" w:cs="Tahoma"/>
          <w:rtl/>
        </w:rPr>
        <w:t xml:space="preserve">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توانستند</w:t>
      </w:r>
      <w:r w:rsidRPr="008A2A16">
        <w:rPr>
          <w:rFonts w:ascii="Tahoma" w:hAnsi="Tahoma" w:cs="Tahoma"/>
          <w:rtl/>
        </w:rPr>
        <w:t xml:space="preserve"> اطلاعات و تصم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م‌ها</w:t>
      </w:r>
      <w:r w:rsidRPr="008A2A16">
        <w:rPr>
          <w:rFonts w:ascii="Tahoma" w:hAnsi="Tahoma" w:cs="Tahoma"/>
          <w:rtl/>
        </w:rPr>
        <w:t xml:space="preserve"> را از صاف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منافع خود عبور دهند.</w:t>
      </w:r>
    </w:p>
    <w:p w:rsidR="008A2A16" w:rsidRPr="008A2A16" w:rsidRDefault="008A2A16" w:rsidP="008A2A1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A2A16">
        <w:rPr>
          <w:rFonts w:ascii="Tahoma" w:hAnsi="Tahoma" w:cs="Tahoma" w:hint="eastAsia"/>
          <w:rtl/>
        </w:rPr>
        <w:t>شاه</w:t>
      </w:r>
      <w:r w:rsidRPr="008A2A16">
        <w:rPr>
          <w:rFonts w:ascii="Tahoma" w:hAnsi="Tahoma" w:cs="Tahoma"/>
          <w:rtl/>
        </w:rPr>
        <w:t xml:space="preserve"> سل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مان</w:t>
      </w:r>
      <w:r w:rsidRPr="008A2A16">
        <w:rPr>
          <w:rFonts w:ascii="Tahoma" w:hAnsi="Tahoma" w:cs="Tahoma"/>
          <w:rtl/>
        </w:rPr>
        <w:t xml:space="preserve"> ب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ش</w:t>
      </w:r>
      <w:r w:rsidRPr="008A2A16">
        <w:rPr>
          <w:rFonts w:ascii="Tahoma" w:hAnsi="Tahoma" w:cs="Tahoma"/>
          <w:rtl/>
        </w:rPr>
        <w:t xml:space="preserve"> از ب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ست‌وپنج</w:t>
      </w:r>
      <w:r w:rsidRPr="008A2A16">
        <w:rPr>
          <w:rFonts w:ascii="Tahoma" w:hAnsi="Tahoma" w:cs="Tahoma"/>
          <w:rtl/>
        </w:rPr>
        <w:t xml:space="preserve"> سال سلطنت کرد. در بخش بزرگ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از 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ن</w:t>
      </w:r>
      <w:r w:rsidRPr="008A2A16">
        <w:rPr>
          <w:rFonts w:ascii="Tahoma" w:hAnsi="Tahoma" w:cs="Tahoma"/>
          <w:rtl/>
        </w:rPr>
        <w:t xml:space="preserve"> دوران، 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ران</w:t>
      </w:r>
      <w:r w:rsidRPr="008A2A16">
        <w:rPr>
          <w:rFonts w:ascii="Tahoma" w:hAnsi="Tahoma" w:cs="Tahoma"/>
          <w:rtl/>
        </w:rPr>
        <w:t xml:space="preserve"> با جنگ سراسر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و و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رانگر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مانند جنگ‌ها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دورهٔ شاه تهماسب 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ا</w:t>
      </w:r>
      <w:r w:rsidRPr="008A2A16">
        <w:rPr>
          <w:rFonts w:ascii="Tahoma" w:hAnsi="Tahoma" w:cs="Tahoma"/>
          <w:rtl/>
        </w:rPr>
        <w:t xml:space="preserve"> شاه عباس روبه‌رو نشد. مرز غرب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با عثمان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ان</w:t>
      </w:r>
      <w:r w:rsidRPr="008A2A16">
        <w:rPr>
          <w:rFonts w:ascii="Tahoma" w:hAnsi="Tahoma" w:cs="Tahoma"/>
          <w:rtl/>
        </w:rPr>
        <w:t xml:space="preserve"> بر پا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هٔ</w:t>
      </w:r>
      <w:r w:rsidRPr="008A2A16">
        <w:rPr>
          <w:rFonts w:ascii="Tahoma" w:hAnsi="Tahoma" w:cs="Tahoma"/>
          <w:rtl/>
        </w:rPr>
        <w:t xml:space="preserve"> پ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مان</w:t>
      </w:r>
      <w:r w:rsidRPr="008A2A16">
        <w:rPr>
          <w:rFonts w:ascii="Tahoma" w:hAnsi="Tahoma" w:cs="Tahoma"/>
          <w:rtl/>
        </w:rPr>
        <w:t xml:space="preserve"> زهاب آرام ماند و قندهار ن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ز</w:t>
      </w:r>
      <w:r w:rsidRPr="008A2A16">
        <w:rPr>
          <w:rFonts w:ascii="Tahoma" w:hAnsi="Tahoma" w:cs="Tahoma"/>
          <w:rtl/>
        </w:rPr>
        <w:t xml:space="preserve"> در اخت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ار</w:t>
      </w:r>
      <w:r w:rsidRPr="008A2A16">
        <w:rPr>
          <w:rFonts w:ascii="Tahoma" w:hAnsi="Tahoma" w:cs="Tahoma"/>
          <w:rtl/>
        </w:rPr>
        <w:t xml:space="preserve"> صفو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ان</w:t>
      </w:r>
      <w:r w:rsidRPr="008A2A16">
        <w:rPr>
          <w:rFonts w:ascii="Tahoma" w:hAnsi="Tahoma" w:cs="Tahoma"/>
          <w:rtl/>
        </w:rPr>
        <w:t xml:space="preserve"> بود. نبود دشمن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که به پا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تخت</w:t>
      </w:r>
      <w:r w:rsidRPr="008A2A16">
        <w:rPr>
          <w:rFonts w:ascii="Tahoma" w:hAnsi="Tahoma" w:cs="Tahoma"/>
          <w:rtl/>
        </w:rPr>
        <w:t xml:space="preserve"> حمله کند،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توانست</w:t>
      </w:r>
      <w:r w:rsidRPr="008A2A16">
        <w:rPr>
          <w:rFonts w:ascii="Tahoma" w:hAnsi="Tahoma" w:cs="Tahoma"/>
          <w:rtl/>
        </w:rPr>
        <w:t xml:space="preserve"> فرصت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برا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اصلاح قشون، 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وان</w:t>
      </w:r>
      <w:r w:rsidRPr="008A2A16">
        <w:rPr>
          <w:rFonts w:ascii="Tahoma" w:hAnsi="Tahoma" w:cs="Tahoma"/>
          <w:rtl/>
        </w:rPr>
        <w:t xml:space="preserve"> و اقتصاد فراهم آورد.</w:t>
      </w:r>
    </w:p>
    <w:p w:rsidR="008A2A16" w:rsidRPr="008A2A16" w:rsidRDefault="008A2A16" w:rsidP="008A2A1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A2A16">
        <w:rPr>
          <w:rFonts w:ascii="Tahoma" w:hAnsi="Tahoma" w:cs="Tahoma" w:hint="eastAsia"/>
          <w:rtl/>
        </w:rPr>
        <w:t>اما</w:t>
      </w:r>
      <w:r w:rsidRPr="008A2A16">
        <w:rPr>
          <w:rFonts w:ascii="Tahoma" w:hAnsi="Tahoma" w:cs="Tahoma"/>
          <w:rtl/>
        </w:rPr>
        <w:t xml:space="preserve"> آرامش خارج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هم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شه</w:t>
      </w:r>
      <w:r w:rsidRPr="008A2A16">
        <w:rPr>
          <w:rFonts w:ascii="Tahoma" w:hAnsi="Tahoma" w:cs="Tahoma"/>
          <w:rtl/>
        </w:rPr>
        <w:t xml:space="preserve"> به ن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رومندشدن</w:t>
      </w:r>
      <w:r w:rsidRPr="008A2A16">
        <w:rPr>
          <w:rFonts w:ascii="Tahoma" w:hAnsi="Tahoma" w:cs="Tahoma"/>
          <w:rtl/>
        </w:rPr>
        <w:t xml:space="preserve"> کشوردار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نم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انجامد</w:t>
      </w:r>
      <w:r w:rsidRPr="008A2A16">
        <w:rPr>
          <w:rFonts w:ascii="Tahoma" w:hAnsi="Tahoma" w:cs="Tahoma"/>
          <w:rtl/>
        </w:rPr>
        <w:t>. گاه جنگ ضعف حکومت را زود آشکار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کند</w:t>
      </w:r>
      <w:r w:rsidRPr="008A2A16">
        <w:rPr>
          <w:rFonts w:ascii="Tahoma" w:hAnsi="Tahoma" w:cs="Tahoma"/>
          <w:rtl/>
        </w:rPr>
        <w:t xml:space="preserve"> و آن را ناچار به اصلاح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سازد</w:t>
      </w:r>
      <w:r w:rsidRPr="008A2A16">
        <w:rPr>
          <w:rFonts w:ascii="Tahoma" w:hAnsi="Tahoma" w:cs="Tahoma"/>
          <w:rtl/>
        </w:rPr>
        <w:t>. در دوران صلح، ضعف‌ها ممکن است پشت درآمد موجود، شکوه دربار و عادت دستگاه به کار روزانه پنهان بمانند. حکومت همچنان مال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ات</w:t>
      </w:r>
      <w:r w:rsidRPr="008A2A16">
        <w:rPr>
          <w:rFonts w:ascii="Tahoma" w:hAnsi="Tahoma" w:cs="Tahoma"/>
          <w:rtl/>
        </w:rPr>
        <w:t xml:space="preserve">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رد،</w:t>
      </w:r>
      <w:r w:rsidRPr="008A2A16">
        <w:rPr>
          <w:rFonts w:ascii="Tahoma" w:hAnsi="Tahoma" w:cs="Tahoma"/>
          <w:rtl/>
        </w:rPr>
        <w:t xml:space="preserve"> </w:t>
      </w:r>
      <w:r w:rsidRPr="008A2A16">
        <w:rPr>
          <w:rFonts w:ascii="Tahoma" w:hAnsi="Tahoma" w:cs="Tahoma" w:hint="eastAsia"/>
          <w:rtl/>
        </w:rPr>
        <w:t>فرمان</w:t>
      </w:r>
      <w:r w:rsidRPr="008A2A16">
        <w:rPr>
          <w:rFonts w:ascii="Tahoma" w:hAnsi="Tahoma" w:cs="Tahoma"/>
          <w:rtl/>
        </w:rPr>
        <w:t xml:space="preserve"> صادر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کند</w:t>
      </w:r>
      <w:r w:rsidRPr="008A2A16">
        <w:rPr>
          <w:rFonts w:ascii="Tahoma" w:hAnsi="Tahoma" w:cs="Tahoma"/>
          <w:rtl/>
        </w:rPr>
        <w:t xml:space="preserve"> و مراسم برگزار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نما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د؛</w:t>
      </w:r>
      <w:r w:rsidRPr="008A2A16">
        <w:rPr>
          <w:rFonts w:ascii="Tahoma" w:hAnsi="Tahoma" w:cs="Tahoma"/>
          <w:rtl/>
        </w:rPr>
        <w:t xml:space="preserve"> درحال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که</w:t>
      </w:r>
      <w:r w:rsidRPr="008A2A16">
        <w:rPr>
          <w:rFonts w:ascii="Tahoma" w:hAnsi="Tahoma" w:cs="Tahoma"/>
          <w:rtl/>
        </w:rPr>
        <w:t xml:space="preserve"> توان مقابله با بحران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بزرگ به‌تدر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ج</w:t>
      </w:r>
      <w:r w:rsidRPr="008A2A16">
        <w:rPr>
          <w:rFonts w:ascii="Tahoma" w:hAnsi="Tahoma" w:cs="Tahoma"/>
          <w:rtl/>
        </w:rPr>
        <w:t xml:space="preserve"> کاهش م</w:t>
      </w:r>
      <w:r w:rsidRPr="008A2A16">
        <w:rPr>
          <w:rFonts w:ascii="Tahoma" w:hAnsi="Tahoma" w:cs="Tahoma" w:hint="cs"/>
          <w:rtl/>
        </w:rPr>
        <w:t>ی‌ی</w:t>
      </w:r>
      <w:r w:rsidRPr="008A2A16">
        <w:rPr>
          <w:rFonts w:ascii="Tahoma" w:hAnsi="Tahoma" w:cs="Tahoma" w:hint="eastAsia"/>
          <w:rtl/>
        </w:rPr>
        <w:t>ابد</w:t>
      </w:r>
      <w:r w:rsidRPr="008A2A16">
        <w:rPr>
          <w:rFonts w:ascii="Tahoma" w:hAnsi="Tahoma" w:cs="Tahoma"/>
          <w:rtl/>
        </w:rPr>
        <w:t>.</w:t>
      </w:r>
    </w:p>
    <w:p w:rsidR="008A2A16" w:rsidRPr="008A2A16" w:rsidRDefault="008A2A16" w:rsidP="008A2A1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A2A16">
        <w:rPr>
          <w:rFonts w:ascii="Tahoma" w:hAnsi="Tahoma" w:cs="Tahoma" w:hint="eastAsia"/>
          <w:rtl/>
        </w:rPr>
        <w:t>شاه</w:t>
      </w:r>
      <w:r w:rsidRPr="008A2A16">
        <w:rPr>
          <w:rFonts w:ascii="Tahoma" w:hAnsi="Tahoma" w:cs="Tahoma"/>
          <w:rtl/>
        </w:rPr>
        <w:t xml:space="preserve"> سل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مان</w:t>
      </w:r>
      <w:r w:rsidRPr="008A2A16">
        <w:rPr>
          <w:rFonts w:ascii="Tahoma" w:hAnsi="Tahoma" w:cs="Tahoma"/>
          <w:rtl/>
        </w:rPr>
        <w:t xml:space="preserve"> ب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شتر</w:t>
      </w:r>
      <w:r w:rsidRPr="008A2A16">
        <w:rPr>
          <w:rFonts w:ascii="Tahoma" w:hAnsi="Tahoma" w:cs="Tahoma"/>
          <w:rtl/>
        </w:rPr>
        <w:t xml:space="preserve"> وقت خود را در فضا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دربار و حرم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گذراند</w:t>
      </w:r>
      <w:r w:rsidRPr="008A2A16">
        <w:rPr>
          <w:rFonts w:ascii="Tahoma" w:hAnsi="Tahoma" w:cs="Tahoma"/>
          <w:rtl/>
        </w:rPr>
        <w:t xml:space="preserve"> و کمتر از پ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ش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ن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انش</w:t>
      </w:r>
      <w:r w:rsidRPr="008A2A16">
        <w:rPr>
          <w:rFonts w:ascii="Tahoma" w:hAnsi="Tahoma" w:cs="Tahoma"/>
          <w:rtl/>
        </w:rPr>
        <w:t xml:space="preserve"> در ادارهٔ مستق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م</w:t>
      </w:r>
      <w:r w:rsidRPr="008A2A16">
        <w:rPr>
          <w:rFonts w:ascii="Tahoma" w:hAnsi="Tahoma" w:cs="Tahoma"/>
          <w:rtl/>
        </w:rPr>
        <w:t xml:space="preserve"> امور و حضور در قشون فعال بود. گزارش‌ها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برخ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مسافران و وقا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ع‌نگاران</w:t>
      </w:r>
      <w:r w:rsidRPr="008A2A16">
        <w:rPr>
          <w:rFonts w:ascii="Tahoma" w:hAnsi="Tahoma" w:cs="Tahoma"/>
          <w:rtl/>
        </w:rPr>
        <w:t xml:space="preserve"> از علاقهٔ او به باده‌نوش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،</w:t>
      </w:r>
      <w:r w:rsidRPr="008A2A16">
        <w:rPr>
          <w:rFonts w:ascii="Tahoma" w:hAnsi="Tahoma" w:cs="Tahoma"/>
          <w:rtl/>
        </w:rPr>
        <w:t xml:space="preserve"> سرگرم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و زندگ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دربار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سخن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گو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ند</w:t>
      </w:r>
      <w:r w:rsidRPr="008A2A16">
        <w:rPr>
          <w:rFonts w:ascii="Tahoma" w:hAnsi="Tahoma" w:cs="Tahoma"/>
          <w:rtl/>
        </w:rPr>
        <w:t>. 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ن</w:t>
      </w:r>
      <w:r w:rsidRPr="008A2A16">
        <w:rPr>
          <w:rFonts w:ascii="Tahoma" w:hAnsi="Tahoma" w:cs="Tahoma"/>
          <w:rtl/>
        </w:rPr>
        <w:t xml:space="preserve"> گزارش‌ها ممکن است با داور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>‌ها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اخلاق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ا</w:t>
      </w:r>
      <w:r w:rsidRPr="008A2A16">
        <w:rPr>
          <w:rFonts w:ascii="Tahoma" w:hAnsi="Tahoma" w:cs="Tahoma"/>
          <w:rtl/>
        </w:rPr>
        <w:t xml:space="preserve"> اغراق همراه باشند، اما کناره‌گ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ر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نسب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شاه از امور حکومت با جهت کل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رو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دادها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دوره سازگار است.</w:t>
      </w:r>
    </w:p>
    <w:p w:rsidR="008A2A16" w:rsidRPr="008A2A16" w:rsidRDefault="008A2A16" w:rsidP="008A2A1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A2A16">
        <w:rPr>
          <w:rFonts w:ascii="Tahoma" w:hAnsi="Tahoma" w:cs="Tahoma" w:hint="eastAsia"/>
          <w:rtl/>
        </w:rPr>
        <w:t>مسئله</w:t>
      </w:r>
      <w:r w:rsidRPr="008A2A16">
        <w:rPr>
          <w:rFonts w:ascii="Tahoma" w:hAnsi="Tahoma" w:cs="Tahoma"/>
          <w:rtl/>
        </w:rPr>
        <w:t xml:space="preserve"> فقط آن نبود که شاه چگونه اوقات خود را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گذراند</w:t>
      </w:r>
      <w:r w:rsidRPr="008A2A16">
        <w:rPr>
          <w:rFonts w:ascii="Tahoma" w:hAnsi="Tahoma" w:cs="Tahoma"/>
          <w:rtl/>
        </w:rPr>
        <w:t>. در حکومت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که همهٔ تصم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م‌ها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اصل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در نها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ت</w:t>
      </w:r>
      <w:r w:rsidRPr="008A2A16">
        <w:rPr>
          <w:rFonts w:ascii="Tahoma" w:hAnsi="Tahoma" w:cs="Tahoma"/>
          <w:rtl/>
        </w:rPr>
        <w:t xml:space="preserve"> به شخص شاه بازم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گشت،</w:t>
      </w:r>
      <w:r w:rsidRPr="008A2A16">
        <w:rPr>
          <w:rFonts w:ascii="Tahoma" w:hAnsi="Tahoma" w:cs="Tahoma"/>
          <w:rtl/>
        </w:rPr>
        <w:t xml:space="preserve"> ب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علاقگ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او به کشوردار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خلأ</w:t>
      </w:r>
      <w:r w:rsidRPr="008A2A16">
        <w:rPr>
          <w:rFonts w:ascii="Tahoma" w:hAnsi="Tahoma" w:cs="Tahoma" w:hint="cs"/>
          <w:rtl/>
        </w:rPr>
        <w:t>یی</w:t>
      </w:r>
      <w:r w:rsidRPr="008A2A16">
        <w:rPr>
          <w:rFonts w:ascii="Tahoma" w:hAnsi="Tahoma" w:cs="Tahoma"/>
          <w:rtl/>
        </w:rPr>
        <w:t xml:space="preserve"> بزرگ 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جاد</w:t>
      </w:r>
      <w:r w:rsidRPr="008A2A16">
        <w:rPr>
          <w:rFonts w:ascii="Tahoma" w:hAnsi="Tahoma" w:cs="Tahoma"/>
          <w:rtl/>
        </w:rPr>
        <w:t xml:space="preserve">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کرد</w:t>
      </w:r>
      <w:r w:rsidRPr="008A2A16">
        <w:rPr>
          <w:rFonts w:ascii="Tahoma" w:hAnsi="Tahoma" w:cs="Tahoma"/>
          <w:rtl/>
        </w:rPr>
        <w:t>. اگر نهاد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مستقل وجود داشت که وز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ران</w:t>
      </w:r>
      <w:r w:rsidRPr="008A2A16">
        <w:rPr>
          <w:rFonts w:ascii="Tahoma" w:hAnsi="Tahoma" w:cs="Tahoma"/>
          <w:rtl/>
        </w:rPr>
        <w:t xml:space="preserve"> را برگز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ند،</w:t>
      </w:r>
      <w:r w:rsidRPr="008A2A16">
        <w:rPr>
          <w:rFonts w:ascii="Tahoma" w:hAnsi="Tahoma" w:cs="Tahoma"/>
          <w:rtl/>
        </w:rPr>
        <w:t xml:space="preserve"> بر کارشان نظارت کند و س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است‌ها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کشور را بدون حضور روزانهٔ فرمانروا ادامه دهد، کناره‌گ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ر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شاه لزوماً به ضعف دستگاه نم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انجام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د</w:t>
      </w:r>
      <w:r w:rsidRPr="008A2A16">
        <w:rPr>
          <w:rFonts w:ascii="Tahoma" w:hAnsi="Tahoma" w:cs="Tahoma"/>
          <w:rtl/>
        </w:rPr>
        <w:t>. اما در حکومت صفو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،</w:t>
      </w:r>
      <w:r w:rsidRPr="008A2A16">
        <w:rPr>
          <w:rFonts w:ascii="Tahoma" w:hAnsi="Tahoma" w:cs="Tahoma"/>
          <w:rtl/>
        </w:rPr>
        <w:t xml:space="preserve"> صاحب‌منصبان همچنان اخت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ار</w:t>
      </w:r>
      <w:r w:rsidRPr="008A2A16">
        <w:rPr>
          <w:rFonts w:ascii="Tahoma" w:hAnsi="Tahoma" w:cs="Tahoma"/>
          <w:rtl/>
        </w:rPr>
        <w:t xml:space="preserve"> و امن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ت</w:t>
      </w:r>
      <w:r w:rsidRPr="008A2A16">
        <w:rPr>
          <w:rFonts w:ascii="Tahoma" w:hAnsi="Tahoma" w:cs="Tahoma"/>
          <w:rtl/>
        </w:rPr>
        <w:t xml:space="preserve"> خود را از رضا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ت</w:t>
      </w:r>
      <w:r w:rsidRPr="008A2A16">
        <w:rPr>
          <w:rFonts w:ascii="Tahoma" w:hAnsi="Tahoma" w:cs="Tahoma"/>
          <w:rtl/>
        </w:rPr>
        <w:t xml:space="preserve"> شخص شاه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گرفتند</w:t>
      </w:r>
      <w:r w:rsidRPr="008A2A16">
        <w:rPr>
          <w:rFonts w:ascii="Tahoma" w:hAnsi="Tahoma" w:cs="Tahoma"/>
          <w:rtl/>
        </w:rPr>
        <w:t>.</w:t>
      </w:r>
    </w:p>
    <w:p w:rsidR="008A2A16" w:rsidRPr="008A2A16" w:rsidRDefault="008A2A16" w:rsidP="008A2A1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A2A16">
        <w:rPr>
          <w:rFonts w:ascii="Tahoma" w:hAnsi="Tahoma" w:cs="Tahoma" w:hint="eastAsia"/>
          <w:rtl/>
        </w:rPr>
        <w:t>در</w:t>
      </w:r>
      <w:r w:rsidRPr="008A2A16">
        <w:rPr>
          <w:rFonts w:ascii="Tahoma" w:hAnsi="Tahoma" w:cs="Tahoma"/>
          <w:rtl/>
        </w:rPr>
        <w:t xml:space="preserve"> نت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جه،</w:t>
      </w:r>
      <w:r w:rsidRPr="008A2A16">
        <w:rPr>
          <w:rFonts w:ascii="Tahoma" w:hAnsi="Tahoma" w:cs="Tahoma"/>
          <w:rtl/>
        </w:rPr>
        <w:t xml:space="preserve"> هرچه شاه کمتر در امور دخالت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کرد،</w:t>
      </w:r>
      <w:r w:rsidRPr="008A2A16">
        <w:rPr>
          <w:rFonts w:ascii="Tahoma" w:hAnsi="Tahoma" w:cs="Tahoma"/>
          <w:rtl/>
        </w:rPr>
        <w:t xml:space="preserve"> قدرت کسان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که به او دسترس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داشتند ب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شتر</w:t>
      </w:r>
      <w:r w:rsidRPr="008A2A16">
        <w:rPr>
          <w:rFonts w:ascii="Tahoma" w:hAnsi="Tahoma" w:cs="Tahoma"/>
          <w:rtl/>
        </w:rPr>
        <w:t xml:space="preserve">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شد</w:t>
      </w:r>
      <w:r w:rsidRPr="008A2A16">
        <w:rPr>
          <w:rFonts w:ascii="Tahoma" w:hAnsi="Tahoma" w:cs="Tahoma"/>
          <w:rtl/>
        </w:rPr>
        <w:t>. خواجه‌سرا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ان،</w:t>
      </w:r>
      <w:r w:rsidRPr="008A2A16">
        <w:rPr>
          <w:rFonts w:ascii="Tahoma" w:hAnsi="Tahoma" w:cs="Tahoma"/>
          <w:rtl/>
        </w:rPr>
        <w:t xml:space="preserve"> زنان حرم، نزد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کان</w:t>
      </w:r>
      <w:r w:rsidRPr="008A2A16">
        <w:rPr>
          <w:rFonts w:ascii="Tahoma" w:hAnsi="Tahoma" w:cs="Tahoma"/>
          <w:rtl/>
        </w:rPr>
        <w:t xml:space="preserve"> دربار، پزشکان، منجمان و خدمتگزاران خاص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توانستند</w:t>
      </w:r>
      <w:r w:rsidRPr="008A2A16">
        <w:rPr>
          <w:rFonts w:ascii="Tahoma" w:hAnsi="Tahoma" w:cs="Tahoma"/>
          <w:rtl/>
        </w:rPr>
        <w:t xml:space="preserve"> تع</w:t>
      </w:r>
      <w:r w:rsidRPr="008A2A16">
        <w:rPr>
          <w:rFonts w:ascii="Tahoma" w:hAnsi="Tahoma" w:cs="Tahoma" w:hint="cs"/>
          <w:rtl/>
        </w:rPr>
        <w:t>یی</w:t>
      </w:r>
      <w:r w:rsidRPr="008A2A16">
        <w:rPr>
          <w:rFonts w:ascii="Tahoma" w:hAnsi="Tahoma" w:cs="Tahoma" w:hint="eastAsia"/>
          <w:rtl/>
        </w:rPr>
        <w:t>ن</w:t>
      </w:r>
      <w:r w:rsidRPr="008A2A16">
        <w:rPr>
          <w:rFonts w:ascii="Tahoma" w:hAnsi="Tahoma" w:cs="Tahoma"/>
          <w:rtl/>
        </w:rPr>
        <w:t xml:space="preserve"> کنند چه خبر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به شاه برسد، چه کس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اجازهٔ 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دار</w:t>
      </w:r>
      <w:r w:rsidRPr="008A2A16">
        <w:rPr>
          <w:rFonts w:ascii="Tahoma" w:hAnsi="Tahoma" w:cs="Tahoma"/>
          <w:rtl/>
        </w:rPr>
        <w:t xml:space="preserve"> پ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دا</w:t>
      </w:r>
      <w:r w:rsidRPr="008A2A16">
        <w:rPr>
          <w:rFonts w:ascii="Tahoma" w:hAnsi="Tahoma" w:cs="Tahoma"/>
          <w:rtl/>
        </w:rPr>
        <w:t xml:space="preserve"> کند و فرمان با چه صورت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صادر شود. فاصلهٔ م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ان</w:t>
      </w:r>
      <w:r w:rsidRPr="008A2A16">
        <w:rPr>
          <w:rFonts w:ascii="Tahoma" w:hAnsi="Tahoma" w:cs="Tahoma"/>
          <w:rtl/>
        </w:rPr>
        <w:t xml:space="preserve"> کشور و فرمانروا افزا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ش</w:t>
      </w:r>
      <w:r w:rsidRPr="008A2A16">
        <w:rPr>
          <w:rFonts w:ascii="Tahoma" w:hAnsi="Tahoma" w:cs="Tahoma"/>
          <w:rtl/>
        </w:rPr>
        <w:t xml:space="preserve"> م</w:t>
      </w:r>
      <w:r w:rsidRPr="008A2A16">
        <w:rPr>
          <w:rFonts w:ascii="Tahoma" w:hAnsi="Tahoma" w:cs="Tahoma" w:hint="cs"/>
          <w:rtl/>
        </w:rPr>
        <w:t>ی‌ی</w:t>
      </w:r>
      <w:r w:rsidRPr="008A2A16">
        <w:rPr>
          <w:rFonts w:ascii="Tahoma" w:hAnsi="Tahoma" w:cs="Tahoma" w:hint="eastAsia"/>
          <w:rtl/>
        </w:rPr>
        <w:t>افت</w:t>
      </w:r>
      <w:r w:rsidRPr="008A2A16">
        <w:rPr>
          <w:rFonts w:ascii="Tahoma" w:hAnsi="Tahoma" w:cs="Tahoma"/>
          <w:rtl/>
        </w:rPr>
        <w:t xml:space="preserve"> و حرم به دروازهٔ ورود به حکومت تبد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ل</w:t>
      </w:r>
      <w:r w:rsidRPr="008A2A16">
        <w:rPr>
          <w:rFonts w:ascii="Tahoma" w:hAnsi="Tahoma" w:cs="Tahoma"/>
          <w:rtl/>
        </w:rPr>
        <w:t xml:space="preserve">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شد</w:t>
      </w:r>
      <w:r w:rsidRPr="008A2A16">
        <w:rPr>
          <w:rFonts w:ascii="Tahoma" w:hAnsi="Tahoma" w:cs="Tahoma"/>
          <w:rtl/>
        </w:rPr>
        <w:t>.</w:t>
      </w:r>
    </w:p>
    <w:p w:rsidR="008A2A16" w:rsidRPr="008A2A16" w:rsidRDefault="008A2A16" w:rsidP="008A2A1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A2A16">
        <w:rPr>
          <w:rFonts w:ascii="Tahoma" w:hAnsi="Tahoma" w:cs="Tahoma" w:hint="eastAsia"/>
          <w:rtl/>
        </w:rPr>
        <w:t>وز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ر</w:t>
      </w:r>
      <w:r w:rsidRPr="008A2A16">
        <w:rPr>
          <w:rFonts w:ascii="Tahoma" w:hAnsi="Tahoma" w:cs="Tahoma"/>
          <w:rtl/>
        </w:rPr>
        <w:t xml:space="preserve"> برا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انجام کار خود فقط به دانش 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وان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ن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از</w:t>
      </w:r>
      <w:r w:rsidRPr="008A2A16">
        <w:rPr>
          <w:rFonts w:ascii="Tahoma" w:hAnsi="Tahoma" w:cs="Tahoma"/>
          <w:rtl/>
        </w:rPr>
        <w:t xml:space="preserve"> نداشت؛ با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د</w:t>
      </w:r>
      <w:r w:rsidRPr="008A2A16">
        <w:rPr>
          <w:rFonts w:ascii="Tahoma" w:hAnsi="Tahoma" w:cs="Tahoma"/>
          <w:rtl/>
        </w:rPr>
        <w:t xml:space="preserve"> راه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برا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دسترس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منظم به شاه ن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ز</w:t>
      </w:r>
      <w:r w:rsidRPr="008A2A16">
        <w:rPr>
          <w:rFonts w:ascii="Tahoma" w:hAnsi="Tahoma" w:cs="Tahoma"/>
          <w:rtl/>
        </w:rPr>
        <w:t xml:space="preserve"> پ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دا</w:t>
      </w:r>
      <w:r w:rsidRPr="008A2A16">
        <w:rPr>
          <w:rFonts w:ascii="Tahoma" w:hAnsi="Tahoma" w:cs="Tahoma"/>
          <w:rtl/>
        </w:rPr>
        <w:t xml:space="preserve">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کرد</w:t>
      </w:r>
      <w:r w:rsidRPr="008A2A16">
        <w:rPr>
          <w:rFonts w:ascii="Tahoma" w:hAnsi="Tahoma" w:cs="Tahoma"/>
          <w:rtl/>
        </w:rPr>
        <w:t>. فرمانده قشون، حاکم ولا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ت</w:t>
      </w:r>
      <w:r w:rsidRPr="008A2A16">
        <w:rPr>
          <w:rFonts w:ascii="Tahoma" w:hAnsi="Tahoma" w:cs="Tahoma"/>
          <w:rtl/>
        </w:rPr>
        <w:t xml:space="preserve"> و صاحب‌منصب مذهب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ن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ز</w:t>
      </w:r>
      <w:r w:rsidRPr="008A2A16">
        <w:rPr>
          <w:rFonts w:ascii="Tahoma" w:hAnsi="Tahoma" w:cs="Tahoma"/>
          <w:rtl/>
        </w:rPr>
        <w:t xml:space="preserve"> برا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تثب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ت</w:t>
      </w:r>
      <w:r w:rsidRPr="008A2A16">
        <w:rPr>
          <w:rFonts w:ascii="Tahoma" w:hAnsi="Tahoma" w:cs="Tahoma"/>
          <w:rtl/>
        </w:rPr>
        <w:t xml:space="preserve"> مقام خود ناچار بودند رضا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ت</w:t>
      </w:r>
      <w:r w:rsidRPr="008A2A16">
        <w:rPr>
          <w:rFonts w:ascii="Tahoma" w:hAnsi="Tahoma" w:cs="Tahoma"/>
          <w:rtl/>
        </w:rPr>
        <w:t xml:space="preserve"> کسان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را جلب کنند که به دربار نزد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ک</w:t>
      </w:r>
      <w:r w:rsidRPr="008A2A16">
        <w:rPr>
          <w:rFonts w:ascii="Tahoma" w:hAnsi="Tahoma" w:cs="Tahoma"/>
          <w:rtl/>
        </w:rPr>
        <w:t xml:space="preserve"> بودند. بد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ن‌سان،</w:t>
      </w:r>
      <w:r w:rsidRPr="008A2A16">
        <w:rPr>
          <w:rFonts w:ascii="Tahoma" w:hAnsi="Tahoma" w:cs="Tahoma"/>
          <w:rtl/>
        </w:rPr>
        <w:t xml:space="preserve"> رقابت بر سر </w:t>
      </w:r>
      <w:r w:rsidRPr="008A2A16">
        <w:rPr>
          <w:rFonts w:ascii="Tahoma" w:hAnsi="Tahoma" w:cs="Tahoma" w:hint="eastAsia"/>
          <w:rtl/>
        </w:rPr>
        <w:t>خدمت</w:t>
      </w:r>
      <w:r w:rsidRPr="008A2A16">
        <w:rPr>
          <w:rFonts w:ascii="Tahoma" w:hAnsi="Tahoma" w:cs="Tahoma"/>
          <w:rtl/>
        </w:rPr>
        <w:t xml:space="preserve"> به کشور به رقابت بر سر دسترس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به فرمانروا تبد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ل</w:t>
      </w:r>
      <w:r w:rsidRPr="008A2A16">
        <w:rPr>
          <w:rFonts w:ascii="Tahoma" w:hAnsi="Tahoma" w:cs="Tahoma"/>
          <w:rtl/>
        </w:rPr>
        <w:t xml:space="preserve">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شد</w:t>
      </w:r>
      <w:r w:rsidRPr="008A2A16">
        <w:rPr>
          <w:rFonts w:ascii="Tahoma" w:hAnsi="Tahoma" w:cs="Tahoma"/>
          <w:rtl/>
        </w:rPr>
        <w:t>.</w:t>
      </w:r>
    </w:p>
    <w:p w:rsidR="008A2A16" w:rsidRPr="008A2A16" w:rsidRDefault="008A2A16" w:rsidP="008A2A1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A2A16">
        <w:rPr>
          <w:rFonts w:ascii="Tahoma" w:hAnsi="Tahoma" w:cs="Tahoma" w:hint="eastAsia"/>
          <w:rtl/>
        </w:rPr>
        <w:t>در</w:t>
      </w:r>
      <w:r w:rsidRPr="008A2A16">
        <w:rPr>
          <w:rFonts w:ascii="Tahoma" w:hAnsi="Tahoma" w:cs="Tahoma"/>
          <w:rtl/>
        </w:rPr>
        <w:t xml:space="preserve"> چن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ن</w:t>
      </w:r>
      <w:r w:rsidRPr="008A2A16">
        <w:rPr>
          <w:rFonts w:ascii="Tahoma" w:hAnsi="Tahoma" w:cs="Tahoma"/>
          <w:rtl/>
        </w:rPr>
        <w:t xml:space="preserve"> فضا</w:t>
      </w:r>
      <w:r w:rsidRPr="008A2A16">
        <w:rPr>
          <w:rFonts w:ascii="Tahoma" w:hAnsi="Tahoma" w:cs="Tahoma" w:hint="cs"/>
          <w:rtl/>
        </w:rPr>
        <w:t>یی</w:t>
      </w:r>
      <w:r w:rsidRPr="008A2A16">
        <w:rPr>
          <w:rFonts w:ascii="Tahoma" w:hAnsi="Tahoma" w:cs="Tahoma" w:hint="eastAsia"/>
          <w:rtl/>
        </w:rPr>
        <w:t>،</w:t>
      </w:r>
      <w:r w:rsidRPr="008A2A16">
        <w:rPr>
          <w:rFonts w:ascii="Tahoma" w:hAnsi="Tahoma" w:cs="Tahoma"/>
          <w:rtl/>
        </w:rPr>
        <w:t xml:space="preserve"> هد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ه،</w:t>
      </w:r>
      <w:r w:rsidRPr="008A2A16">
        <w:rPr>
          <w:rFonts w:ascii="Tahoma" w:hAnsi="Tahoma" w:cs="Tahoma"/>
          <w:rtl/>
        </w:rPr>
        <w:t xml:space="preserve"> سفارش، خو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شاوند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و پرداخت به واسطه‌ها اهم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ت</w:t>
      </w:r>
      <w:r w:rsidRPr="008A2A16">
        <w:rPr>
          <w:rFonts w:ascii="Tahoma" w:hAnsi="Tahoma" w:cs="Tahoma"/>
          <w:rtl/>
        </w:rPr>
        <w:t xml:space="preserve"> ب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شتر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پ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دا</w:t>
      </w:r>
      <w:r w:rsidRPr="008A2A16">
        <w:rPr>
          <w:rFonts w:ascii="Tahoma" w:hAnsi="Tahoma" w:cs="Tahoma"/>
          <w:rtl/>
        </w:rPr>
        <w:t xml:space="preserve">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کرد</w:t>
      </w:r>
      <w:r w:rsidRPr="008A2A16">
        <w:rPr>
          <w:rFonts w:ascii="Tahoma" w:hAnsi="Tahoma" w:cs="Tahoma"/>
          <w:rtl/>
        </w:rPr>
        <w:t>. صاحب‌منصب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که شا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ستگ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داشت اما راه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به دربار نم</w:t>
      </w:r>
      <w:r w:rsidRPr="008A2A16">
        <w:rPr>
          <w:rFonts w:ascii="Tahoma" w:hAnsi="Tahoma" w:cs="Tahoma" w:hint="cs"/>
          <w:rtl/>
        </w:rPr>
        <w:t>ی‌ی</w:t>
      </w:r>
      <w:r w:rsidRPr="008A2A16">
        <w:rPr>
          <w:rFonts w:ascii="Tahoma" w:hAnsi="Tahoma" w:cs="Tahoma" w:hint="eastAsia"/>
          <w:rtl/>
        </w:rPr>
        <w:t>افت</w:t>
      </w:r>
      <w:r w:rsidRPr="008A2A16">
        <w:rPr>
          <w:rFonts w:ascii="Tahoma" w:hAnsi="Tahoma" w:cs="Tahoma"/>
          <w:rtl/>
        </w:rPr>
        <w:t xml:space="preserve"> ممکن بود کنار بماند؛ و کس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که از حما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ت</w:t>
      </w:r>
      <w:r w:rsidRPr="008A2A16">
        <w:rPr>
          <w:rFonts w:ascii="Tahoma" w:hAnsi="Tahoma" w:cs="Tahoma"/>
          <w:rtl/>
        </w:rPr>
        <w:t xml:space="preserve"> خواجه، زن بانفوذ 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ا</w:t>
      </w:r>
      <w:r w:rsidRPr="008A2A16">
        <w:rPr>
          <w:rFonts w:ascii="Tahoma" w:hAnsi="Tahoma" w:cs="Tahoma"/>
          <w:rtl/>
        </w:rPr>
        <w:t xml:space="preserve"> نزد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ک</w:t>
      </w:r>
      <w:r w:rsidRPr="008A2A16">
        <w:rPr>
          <w:rFonts w:ascii="Tahoma" w:hAnsi="Tahoma" w:cs="Tahoma"/>
          <w:rtl/>
        </w:rPr>
        <w:t xml:space="preserve"> شاه برخوردار بود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توانست</w:t>
      </w:r>
      <w:r w:rsidRPr="008A2A16">
        <w:rPr>
          <w:rFonts w:ascii="Tahoma" w:hAnsi="Tahoma" w:cs="Tahoma"/>
          <w:rtl/>
        </w:rPr>
        <w:t xml:space="preserve"> به مقام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برسد که توان انج</w:t>
      </w:r>
      <w:r w:rsidRPr="008A2A16">
        <w:rPr>
          <w:rFonts w:ascii="Tahoma" w:hAnsi="Tahoma" w:cs="Tahoma" w:hint="eastAsia"/>
          <w:rtl/>
        </w:rPr>
        <w:t>امش</w:t>
      </w:r>
      <w:r w:rsidRPr="008A2A16">
        <w:rPr>
          <w:rFonts w:ascii="Tahoma" w:hAnsi="Tahoma" w:cs="Tahoma"/>
          <w:rtl/>
        </w:rPr>
        <w:t xml:space="preserve"> را نداشت.</w:t>
      </w:r>
    </w:p>
    <w:p w:rsidR="008A2A16" w:rsidRPr="008A2A16" w:rsidRDefault="008A2A16" w:rsidP="008A2A1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A2A16">
        <w:rPr>
          <w:rFonts w:ascii="Tahoma" w:hAnsi="Tahoma" w:cs="Tahoma" w:hint="eastAsia"/>
          <w:rtl/>
        </w:rPr>
        <w:t>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ن</w:t>
      </w:r>
      <w:r w:rsidRPr="008A2A16">
        <w:rPr>
          <w:rFonts w:ascii="Tahoma" w:hAnsi="Tahoma" w:cs="Tahoma"/>
          <w:rtl/>
        </w:rPr>
        <w:t xml:space="preserve"> وضع به معنا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آن ن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ست</w:t>
      </w:r>
      <w:r w:rsidRPr="008A2A16">
        <w:rPr>
          <w:rFonts w:ascii="Tahoma" w:hAnsi="Tahoma" w:cs="Tahoma"/>
          <w:rtl/>
        </w:rPr>
        <w:t xml:space="preserve"> که همهٔ مقام‌ها فروخته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شدند</w:t>
      </w:r>
      <w:r w:rsidRPr="008A2A16">
        <w:rPr>
          <w:rFonts w:ascii="Tahoma" w:hAnsi="Tahoma" w:cs="Tahoma"/>
          <w:rtl/>
        </w:rPr>
        <w:t xml:space="preserve"> 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ا</w:t>
      </w:r>
      <w:r w:rsidRPr="008A2A16">
        <w:rPr>
          <w:rFonts w:ascii="Tahoma" w:hAnsi="Tahoma" w:cs="Tahoma"/>
          <w:rtl/>
        </w:rPr>
        <w:t xml:space="preserve"> ه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چ</w:t>
      </w:r>
      <w:r w:rsidRPr="008A2A16">
        <w:rPr>
          <w:rFonts w:ascii="Tahoma" w:hAnsi="Tahoma" w:cs="Tahoma"/>
          <w:rtl/>
        </w:rPr>
        <w:t xml:space="preserve"> کارگزار شا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سته‌ا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باق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نمانده بود. 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وان</w:t>
      </w:r>
      <w:r w:rsidRPr="008A2A16">
        <w:rPr>
          <w:rFonts w:ascii="Tahoma" w:hAnsi="Tahoma" w:cs="Tahoma"/>
          <w:rtl/>
        </w:rPr>
        <w:t xml:space="preserve"> صفو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هنوز خاندان‌ها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باتجربه، دب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ران،</w:t>
      </w:r>
      <w:r w:rsidRPr="008A2A16">
        <w:rPr>
          <w:rFonts w:ascii="Tahoma" w:hAnsi="Tahoma" w:cs="Tahoma"/>
          <w:rtl/>
        </w:rPr>
        <w:t xml:space="preserve"> مستوف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ان</w:t>
      </w:r>
      <w:r w:rsidRPr="008A2A16">
        <w:rPr>
          <w:rFonts w:ascii="Tahoma" w:hAnsi="Tahoma" w:cs="Tahoma"/>
          <w:rtl/>
        </w:rPr>
        <w:t xml:space="preserve"> و وز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ران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داشت که کار حکومت را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شناختند</w:t>
      </w:r>
      <w:r w:rsidRPr="008A2A16">
        <w:rPr>
          <w:rFonts w:ascii="Tahoma" w:hAnsi="Tahoma" w:cs="Tahoma"/>
          <w:rtl/>
        </w:rPr>
        <w:t>. مشکل آن بود که قاعده‌ا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مستقل برا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برگز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دن</w:t>
      </w:r>
      <w:r w:rsidRPr="008A2A16">
        <w:rPr>
          <w:rFonts w:ascii="Tahoma" w:hAnsi="Tahoma" w:cs="Tahoma"/>
          <w:rtl/>
        </w:rPr>
        <w:t xml:space="preserve"> و حفظ آنان وجود ندا</w:t>
      </w:r>
      <w:r w:rsidRPr="008A2A16">
        <w:rPr>
          <w:rFonts w:ascii="Tahoma" w:hAnsi="Tahoma" w:cs="Tahoma" w:hint="eastAsia"/>
          <w:rtl/>
        </w:rPr>
        <w:t>شت</w:t>
      </w:r>
      <w:r w:rsidRPr="008A2A16">
        <w:rPr>
          <w:rFonts w:ascii="Tahoma" w:hAnsi="Tahoma" w:cs="Tahoma"/>
          <w:rtl/>
        </w:rPr>
        <w:t>. شا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ستگ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توانست</w:t>
      </w:r>
      <w:r w:rsidRPr="008A2A16">
        <w:rPr>
          <w:rFonts w:ascii="Tahoma" w:hAnsi="Tahoma" w:cs="Tahoma"/>
          <w:rtl/>
        </w:rPr>
        <w:t xml:space="preserve"> به کار آ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د،</w:t>
      </w:r>
      <w:r w:rsidRPr="008A2A16">
        <w:rPr>
          <w:rFonts w:ascii="Tahoma" w:hAnsi="Tahoma" w:cs="Tahoma"/>
          <w:rtl/>
        </w:rPr>
        <w:t xml:space="preserve"> اما برا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امن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ت</w:t>
      </w:r>
      <w:r w:rsidRPr="008A2A16">
        <w:rPr>
          <w:rFonts w:ascii="Tahoma" w:hAnsi="Tahoma" w:cs="Tahoma"/>
          <w:rtl/>
        </w:rPr>
        <w:t xml:space="preserve"> مقام کاف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نبود.</w:t>
      </w:r>
    </w:p>
    <w:p w:rsidR="008A2A16" w:rsidRPr="008A2A16" w:rsidRDefault="008A2A16" w:rsidP="008A2A1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ک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از مهم‌تر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ن</w:t>
      </w:r>
      <w:r w:rsidRPr="008A2A16">
        <w:rPr>
          <w:rFonts w:ascii="Tahoma" w:hAnsi="Tahoma" w:cs="Tahoma"/>
          <w:rtl/>
        </w:rPr>
        <w:t xml:space="preserve"> رجال 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ن</w:t>
      </w:r>
      <w:r w:rsidRPr="008A2A16">
        <w:rPr>
          <w:rFonts w:ascii="Tahoma" w:hAnsi="Tahoma" w:cs="Tahoma"/>
          <w:rtl/>
        </w:rPr>
        <w:t xml:space="preserve"> دوره ش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خ‌عل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خان</w:t>
      </w:r>
      <w:r w:rsidRPr="008A2A16">
        <w:rPr>
          <w:rFonts w:ascii="Tahoma" w:hAnsi="Tahoma" w:cs="Tahoma"/>
          <w:rtl/>
        </w:rPr>
        <w:t xml:space="preserve"> زنگنه بود که برا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سال‌ها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طولان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مقام وزارت بزرگ را در اخت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ار</w:t>
      </w:r>
      <w:r w:rsidRPr="008A2A16">
        <w:rPr>
          <w:rFonts w:ascii="Tahoma" w:hAnsi="Tahoma" w:cs="Tahoma"/>
          <w:rtl/>
        </w:rPr>
        <w:t xml:space="preserve"> داشت. او از تجربهٔ 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وان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و توان اداره برخوردار بود و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کوش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د</w:t>
      </w:r>
      <w:r w:rsidRPr="008A2A16">
        <w:rPr>
          <w:rFonts w:ascii="Tahoma" w:hAnsi="Tahoma" w:cs="Tahoma"/>
          <w:rtl/>
        </w:rPr>
        <w:t xml:space="preserve"> درآمدها را منظم، هز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نه‌ها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دربار را محدود و فساد مأموران را مهار کند. حضورش نشان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داد</w:t>
      </w:r>
      <w:r w:rsidRPr="008A2A16">
        <w:rPr>
          <w:rFonts w:ascii="Tahoma" w:hAnsi="Tahoma" w:cs="Tahoma"/>
          <w:rtl/>
        </w:rPr>
        <w:t xml:space="preserve"> ک</w:t>
      </w:r>
      <w:r w:rsidRPr="008A2A16">
        <w:rPr>
          <w:rFonts w:ascii="Tahoma" w:hAnsi="Tahoma" w:cs="Tahoma" w:hint="eastAsia"/>
          <w:rtl/>
        </w:rPr>
        <w:t>ه</w:t>
      </w:r>
      <w:r w:rsidRPr="008A2A16">
        <w:rPr>
          <w:rFonts w:ascii="Tahoma" w:hAnsi="Tahoma" w:cs="Tahoma"/>
          <w:rtl/>
        </w:rPr>
        <w:t xml:space="preserve"> حکومت هنوز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توانست</w:t>
      </w:r>
      <w:r w:rsidRPr="008A2A16">
        <w:rPr>
          <w:rFonts w:ascii="Tahoma" w:hAnsi="Tahoma" w:cs="Tahoma"/>
          <w:rtl/>
        </w:rPr>
        <w:t xml:space="preserve"> 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وانسالار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توانا در رأس دستگاه قرار دهد.</w:t>
      </w:r>
    </w:p>
    <w:p w:rsidR="008A2A16" w:rsidRPr="008A2A16" w:rsidRDefault="008A2A16" w:rsidP="008A2A1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A2A16">
        <w:rPr>
          <w:rFonts w:ascii="Tahoma" w:hAnsi="Tahoma" w:cs="Tahoma" w:hint="eastAsia"/>
          <w:rtl/>
        </w:rPr>
        <w:t>اما</w:t>
      </w:r>
      <w:r w:rsidRPr="008A2A16">
        <w:rPr>
          <w:rFonts w:ascii="Tahoma" w:hAnsi="Tahoma" w:cs="Tahoma"/>
          <w:rtl/>
        </w:rPr>
        <w:t xml:space="preserve"> کار وز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ر</w:t>
      </w:r>
      <w:r w:rsidRPr="008A2A16">
        <w:rPr>
          <w:rFonts w:ascii="Tahoma" w:hAnsi="Tahoma" w:cs="Tahoma"/>
          <w:rtl/>
        </w:rPr>
        <w:t xml:space="preserve"> در برابر دربار آسان نبود. هر اصلاح مال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به منافع گروه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آس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ب</w:t>
      </w:r>
      <w:r w:rsidRPr="008A2A16">
        <w:rPr>
          <w:rFonts w:ascii="Tahoma" w:hAnsi="Tahoma" w:cs="Tahoma"/>
          <w:rtl/>
        </w:rPr>
        <w:t xml:space="preserve">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زد</w:t>
      </w:r>
      <w:r w:rsidRPr="008A2A16">
        <w:rPr>
          <w:rFonts w:ascii="Tahoma" w:hAnsi="Tahoma" w:cs="Tahoma"/>
          <w:rtl/>
        </w:rPr>
        <w:t>. کاهش مستمر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ها،</w:t>
      </w:r>
      <w:r w:rsidRPr="008A2A16">
        <w:rPr>
          <w:rFonts w:ascii="Tahoma" w:hAnsi="Tahoma" w:cs="Tahoma"/>
          <w:rtl/>
        </w:rPr>
        <w:t xml:space="preserve"> جلوگ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ر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از بخشش‌ها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ب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حساب،</w:t>
      </w:r>
      <w:r w:rsidRPr="008A2A16">
        <w:rPr>
          <w:rFonts w:ascii="Tahoma" w:hAnsi="Tahoma" w:cs="Tahoma"/>
          <w:rtl/>
        </w:rPr>
        <w:t xml:space="preserve"> حسابرس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از مأموران و محدودکردن هز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نهٔ</w:t>
      </w:r>
      <w:r w:rsidRPr="008A2A16">
        <w:rPr>
          <w:rFonts w:ascii="Tahoma" w:hAnsi="Tahoma" w:cs="Tahoma"/>
          <w:rtl/>
        </w:rPr>
        <w:t xml:space="preserve"> حرم و دربار، کسان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را که از وضع موجود سود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بردند</w:t>
      </w:r>
      <w:r w:rsidRPr="008A2A16">
        <w:rPr>
          <w:rFonts w:ascii="Tahoma" w:hAnsi="Tahoma" w:cs="Tahoma"/>
          <w:rtl/>
        </w:rPr>
        <w:t xml:space="preserve"> عل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ه</w:t>
      </w:r>
      <w:r w:rsidRPr="008A2A16">
        <w:rPr>
          <w:rFonts w:ascii="Tahoma" w:hAnsi="Tahoma" w:cs="Tahoma"/>
          <w:rtl/>
        </w:rPr>
        <w:t xml:space="preserve"> وز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ر</w:t>
      </w:r>
      <w:r w:rsidRPr="008A2A16">
        <w:rPr>
          <w:rFonts w:ascii="Tahoma" w:hAnsi="Tahoma" w:cs="Tahoma"/>
          <w:rtl/>
        </w:rPr>
        <w:t xml:space="preserve">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کرد</w:t>
      </w:r>
      <w:r w:rsidRPr="008A2A16">
        <w:rPr>
          <w:rFonts w:ascii="Tahoma" w:hAnsi="Tahoma" w:cs="Tahoma"/>
          <w:rtl/>
        </w:rPr>
        <w:t>. وز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ر</w:t>
      </w:r>
      <w:r w:rsidRPr="008A2A16">
        <w:rPr>
          <w:rFonts w:ascii="Tahoma" w:hAnsi="Tahoma" w:cs="Tahoma"/>
          <w:rtl/>
        </w:rPr>
        <w:t xml:space="preserve"> با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د</w:t>
      </w:r>
      <w:r w:rsidRPr="008A2A16">
        <w:rPr>
          <w:rFonts w:ascii="Tahoma" w:hAnsi="Tahoma" w:cs="Tahoma"/>
          <w:rtl/>
        </w:rPr>
        <w:t xml:space="preserve"> هم خزانه را حف</w:t>
      </w:r>
      <w:r w:rsidRPr="008A2A16">
        <w:rPr>
          <w:rFonts w:ascii="Tahoma" w:hAnsi="Tahoma" w:cs="Tahoma" w:hint="eastAsia"/>
          <w:rtl/>
        </w:rPr>
        <w:t>ظ</w:t>
      </w:r>
      <w:r w:rsidRPr="008A2A16">
        <w:rPr>
          <w:rFonts w:ascii="Tahoma" w:hAnsi="Tahoma" w:cs="Tahoma"/>
          <w:rtl/>
        </w:rPr>
        <w:t xml:space="preserve">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کرد</w:t>
      </w:r>
      <w:r w:rsidRPr="008A2A16">
        <w:rPr>
          <w:rFonts w:ascii="Tahoma" w:hAnsi="Tahoma" w:cs="Tahoma"/>
          <w:rtl/>
        </w:rPr>
        <w:t xml:space="preserve"> و هم شاه و نزد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کان</w:t>
      </w:r>
      <w:r w:rsidRPr="008A2A16">
        <w:rPr>
          <w:rFonts w:ascii="Tahoma" w:hAnsi="Tahoma" w:cs="Tahoma"/>
          <w:rtl/>
        </w:rPr>
        <w:t xml:space="preserve"> او را از خود ناراض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نم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ساخت</w:t>
      </w:r>
      <w:r w:rsidRPr="008A2A16">
        <w:rPr>
          <w:rFonts w:ascii="Tahoma" w:hAnsi="Tahoma" w:cs="Tahoma"/>
          <w:rtl/>
        </w:rPr>
        <w:t>.</w:t>
      </w:r>
    </w:p>
    <w:p w:rsidR="008A2A16" w:rsidRPr="008A2A16" w:rsidRDefault="008A2A16" w:rsidP="008A2A1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A2A16">
        <w:rPr>
          <w:rFonts w:ascii="Tahoma" w:hAnsi="Tahoma" w:cs="Tahoma" w:hint="eastAsia"/>
          <w:rtl/>
        </w:rPr>
        <w:t>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ن</w:t>
      </w:r>
      <w:r w:rsidRPr="008A2A16">
        <w:rPr>
          <w:rFonts w:ascii="Tahoma" w:hAnsi="Tahoma" w:cs="Tahoma"/>
          <w:rtl/>
        </w:rPr>
        <w:t xml:space="preserve"> همان تناقض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بود که 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وانسالاران</w:t>
      </w:r>
      <w:r w:rsidRPr="008A2A16">
        <w:rPr>
          <w:rFonts w:ascii="Tahoma" w:hAnsi="Tahoma" w:cs="Tahoma"/>
          <w:rtl/>
        </w:rPr>
        <w:t xml:space="preserve"> در دوره‌ها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مختلف تار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خ</w:t>
      </w:r>
      <w:r w:rsidRPr="008A2A16">
        <w:rPr>
          <w:rFonts w:ascii="Tahoma" w:hAnsi="Tahoma" w:cs="Tahoma"/>
          <w:rtl/>
        </w:rPr>
        <w:t xml:space="preserve"> 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ران</w:t>
      </w:r>
      <w:r w:rsidRPr="008A2A16">
        <w:rPr>
          <w:rFonts w:ascii="Tahoma" w:hAnsi="Tahoma" w:cs="Tahoma"/>
          <w:rtl/>
        </w:rPr>
        <w:t xml:space="preserve"> با آن روبه‌رو شده بودند. آنان برا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ادارهٔ کشور به قدرت شاه ن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از</w:t>
      </w:r>
      <w:r w:rsidRPr="008A2A16">
        <w:rPr>
          <w:rFonts w:ascii="Tahoma" w:hAnsi="Tahoma" w:cs="Tahoma"/>
          <w:rtl/>
        </w:rPr>
        <w:t xml:space="preserve"> داشتند، ول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اصلاح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که منافع دربار را محدود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کرد</w:t>
      </w:r>
      <w:r w:rsidRPr="008A2A16">
        <w:rPr>
          <w:rFonts w:ascii="Tahoma" w:hAnsi="Tahoma" w:cs="Tahoma"/>
          <w:rtl/>
        </w:rPr>
        <w:t xml:space="preserve">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توانست</w:t>
      </w:r>
      <w:r w:rsidRPr="008A2A16">
        <w:rPr>
          <w:rFonts w:ascii="Tahoma" w:hAnsi="Tahoma" w:cs="Tahoma"/>
          <w:rtl/>
        </w:rPr>
        <w:t xml:space="preserve"> حما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ت</w:t>
      </w:r>
      <w:r w:rsidRPr="008A2A16">
        <w:rPr>
          <w:rFonts w:ascii="Tahoma" w:hAnsi="Tahoma" w:cs="Tahoma"/>
          <w:rtl/>
        </w:rPr>
        <w:t xml:space="preserve"> همان شاه را از م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ان</w:t>
      </w:r>
      <w:r w:rsidRPr="008A2A16">
        <w:rPr>
          <w:rFonts w:ascii="Tahoma" w:hAnsi="Tahoma" w:cs="Tahoma"/>
          <w:rtl/>
        </w:rPr>
        <w:t xml:space="preserve"> ببرد. وز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ر</w:t>
      </w:r>
      <w:r w:rsidRPr="008A2A16">
        <w:rPr>
          <w:rFonts w:ascii="Tahoma" w:hAnsi="Tahoma" w:cs="Tahoma"/>
          <w:rtl/>
        </w:rPr>
        <w:t xml:space="preserve">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توانست</w:t>
      </w:r>
      <w:r w:rsidRPr="008A2A16">
        <w:rPr>
          <w:rFonts w:ascii="Tahoma" w:hAnsi="Tahoma" w:cs="Tahoma"/>
          <w:rtl/>
        </w:rPr>
        <w:t xml:space="preserve"> بداند خزانه توان پر</w:t>
      </w:r>
      <w:r w:rsidRPr="008A2A16">
        <w:rPr>
          <w:rFonts w:ascii="Tahoma" w:hAnsi="Tahoma" w:cs="Tahoma" w:hint="eastAsia"/>
          <w:rtl/>
        </w:rPr>
        <w:t>داخت</w:t>
      </w:r>
      <w:r w:rsidRPr="008A2A16">
        <w:rPr>
          <w:rFonts w:ascii="Tahoma" w:hAnsi="Tahoma" w:cs="Tahoma"/>
          <w:rtl/>
        </w:rPr>
        <w:t xml:space="preserve"> ندارد، اما اگر شاه بخشش 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ا</w:t>
      </w:r>
      <w:r w:rsidRPr="008A2A16">
        <w:rPr>
          <w:rFonts w:ascii="Tahoma" w:hAnsi="Tahoma" w:cs="Tahoma"/>
          <w:rtl/>
        </w:rPr>
        <w:t xml:space="preserve"> هز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نه‌ا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را ضرور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دانست،</w:t>
      </w:r>
      <w:r w:rsidRPr="008A2A16">
        <w:rPr>
          <w:rFonts w:ascii="Tahoma" w:hAnsi="Tahoma" w:cs="Tahoma"/>
          <w:rtl/>
        </w:rPr>
        <w:t xml:space="preserve"> مسئول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ت</w:t>
      </w:r>
      <w:r w:rsidRPr="008A2A16">
        <w:rPr>
          <w:rFonts w:ascii="Tahoma" w:hAnsi="Tahoma" w:cs="Tahoma"/>
          <w:rtl/>
        </w:rPr>
        <w:t xml:space="preserve"> مخالفت بر دوش وز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ر</w:t>
      </w:r>
      <w:r w:rsidRPr="008A2A16">
        <w:rPr>
          <w:rFonts w:ascii="Tahoma" w:hAnsi="Tahoma" w:cs="Tahoma"/>
          <w:rtl/>
        </w:rPr>
        <w:t xml:space="preserve">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افتاد</w:t>
      </w:r>
      <w:r w:rsidRPr="008A2A16">
        <w:rPr>
          <w:rFonts w:ascii="Tahoma" w:hAnsi="Tahoma" w:cs="Tahoma"/>
          <w:rtl/>
        </w:rPr>
        <w:t>.</w:t>
      </w:r>
    </w:p>
    <w:p w:rsidR="008A2A16" w:rsidRPr="008A2A16" w:rsidRDefault="008A2A16" w:rsidP="008A2A1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A2A16">
        <w:rPr>
          <w:rFonts w:ascii="Tahoma" w:hAnsi="Tahoma" w:cs="Tahoma" w:hint="eastAsia"/>
          <w:rtl/>
        </w:rPr>
        <w:t>ش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خ‌عل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خان</w:t>
      </w:r>
      <w:r w:rsidRPr="008A2A16">
        <w:rPr>
          <w:rFonts w:ascii="Tahoma" w:hAnsi="Tahoma" w:cs="Tahoma"/>
          <w:rtl/>
        </w:rPr>
        <w:t xml:space="preserve"> توانست برا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مدت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طولان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م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ان</w:t>
      </w:r>
      <w:r w:rsidRPr="008A2A16">
        <w:rPr>
          <w:rFonts w:ascii="Tahoma" w:hAnsi="Tahoma" w:cs="Tahoma"/>
          <w:rtl/>
        </w:rPr>
        <w:t xml:space="preserve"> 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ن</w:t>
      </w:r>
      <w:r w:rsidRPr="008A2A16">
        <w:rPr>
          <w:rFonts w:ascii="Tahoma" w:hAnsi="Tahoma" w:cs="Tahoma"/>
          <w:rtl/>
        </w:rPr>
        <w:t xml:space="preserve"> ن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روها</w:t>
      </w:r>
      <w:r w:rsidRPr="008A2A16">
        <w:rPr>
          <w:rFonts w:ascii="Tahoma" w:hAnsi="Tahoma" w:cs="Tahoma"/>
          <w:rtl/>
        </w:rPr>
        <w:t xml:space="preserve"> تعادل برقرار کند. او از اقتدار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برخوردار شد که بدون حما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ت</w:t>
      </w:r>
      <w:r w:rsidRPr="008A2A16">
        <w:rPr>
          <w:rFonts w:ascii="Tahoma" w:hAnsi="Tahoma" w:cs="Tahoma"/>
          <w:rtl/>
        </w:rPr>
        <w:t xml:space="preserve"> 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ا</w:t>
      </w:r>
      <w:r w:rsidRPr="008A2A16">
        <w:rPr>
          <w:rFonts w:ascii="Tahoma" w:hAnsi="Tahoma" w:cs="Tahoma"/>
          <w:rtl/>
        </w:rPr>
        <w:t xml:space="preserve"> دست‌کم تحمل شاه ممکن نبود. اما موفق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تش</w:t>
      </w:r>
      <w:r w:rsidRPr="008A2A16">
        <w:rPr>
          <w:rFonts w:ascii="Tahoma" w:hAnsi="Tahoma" w:cs="Tahoma"/>
          <w:rtl/>
        </w:rPr>
        <w:t xml:space="preserve"> به نهاد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تبد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ل</w:t>
      </w:r>
      <w:r w:rsidRPr="008A2A16">
        <w:rPr>
          <w:rFonts w:ascii="Tahoma" w:hAnsi="Tahoma" w:cs="Tahoma"/>
          <w:rtl/>
        </w:rPr>
        <w:t xml:space="preserve"> نشد که پس از او ن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ز</w:t>
      </w:r>
      <w:r w:rsidRPr="008A2A16">
        <w:rPr>
          <w:rFonts w:ascii="Tahoma" w:hAnsi="Tahoma" w:cs="Tahoma"/>
          <w:rtl/>
        </w:rPr>
        <w:t xml:space="preserve"> مستقل از شخص وز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ر</w:t>
      </w:r>
      <w:r w:rsidRPr="008A2A16">
        <w:rPr>
          <w:rFonts w:ascii="Tahoma" w:hAnsi="Tahoma" w:cs="Tahoma"/>
          <w:rtl/>
        </w:rPr>
        <w:t xml:space="preserve"> ادامه 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ابد</w:t>
      </w:r>
      <w:r w:rsidRPr="008A2A16">
        <w:rPr>
          <w:rFonts w:ascii="Tahoma" w:hAnsi="Tahoma" w:cs="Tahoma"/>
          <w:rtl/>
        </w:rPr>
        <w:t>. هنگام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که وز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ر</w:t>
      </w:r>
      <w:r w:rsidRPr="008A2A16">
        <w:rPr>
          <w:rFonts w:ascii="Tahoma" w:hAnsi="Tahoma" w:cs="Tahoma"/>
          <w:rtl/>
        </w:rPr>
        <w:t xml:space="preserve"> توانا از م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ان</w:t>
      </w:r>
      <w:r w:rsidRPr="008A2A16">
        <w:rPr>
          <w:rFonts w:ascii="Tahoma" w:hAnsi="Tahoma" w:cs="Tahoma"/>
          <w:rtl/>
        </w:rPr>
        <w:t xml:space="preserve">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رفت،</w:t>
      </w:r>
      <w:r w:rsidRPr="008A2A16">
        <w:rPr>
          <w:rFonts w:ascii="Tahoma" w:hAnsi="Tahoma" w:cs="Tahoma"/>
          <w:rtl/>
        </w:rPr>
        <w:t xml:space="preserve"> را</w:t>
      </w:r>
      <w:r w:rsidRPr="008A2A16">
        <w:rPr>
          <w:rFonts w:ascii="Tahoma" w:hAnsi="Tahoma" w:cs="Tahoma" w:hint="eastAsia"/>
          <w:rtl/>
        </w:rPr>
        <w:t>ه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تضم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ن‌شده</w:t>
      </w:r>
      <w:r w:rsidRPr="008A2A16">
        <w:rPr>
          <w:rFonts w:ascii="Tahoma" w:hAnsi="Tahoma" w:cs="Tahoma"/>
          <w:rtl/>
        </w:rPr>
        <w:t xml:space="preserve"> برا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گز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نش</w:t>
      </w:r>
      <w:r w:rsidRPr="008A2A16">
        <w:rPr>
          <w:rFonts w:ascii="Tahoma" w:hAnsi="Tahoma" w:cs="Tahoma"/>
          <w:rtl/>
        </w:rPr>
        <w:t xml:space="preserve"> جانش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ن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هم‌تراز او وجود نداشت.</w:t>
      </w:r>
    </w:p>
    <w:p w:rsidR="008A2A16" w:rsidRPr="008A2A16" w:rsidRDefault="008A2A16" w:rsidP="008A2A1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A2A16">
        <w:rPr>
          <w:rFonts w:ascii="Tahoma" w:hAnsi="Tahoma" w:cs="Tahoma" w:hint="eastAsia"/>
          <w:rtl/>
        </w:rPr>
        <w:t>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ن</w:t>
      </w:r>
      <w:r w:rsidRPr="008A2A16">
        <w:rPr>
          <w:rFonts w:ascii="Tahoma" w:hAnsi="Tahoma" w:cs="Tahoma"/>
          <w:rtl/>
        </w:rPr>
        <w:t xml:space="preserve"> وابستگ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به افراد 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ک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از ضعف‌ها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پنهان 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وان</w:t>
      </w:r>
      <w:r w:rsidRPr="008A2A16">
        <w:rPr>
          <w:rFonts w:ascii="Tahoma" w:hAnsi="Tahoma" w:cs="Tahoma"/>
          <w:rtl/>
        </w:rPr>
        <w:t xml:space="preserve"> بود. دفترها، مقام‌ها و سلسله‌مراتب وجود داشتند، اما ک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ف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ت</w:t>
      </w:r>
      <w:r w:rsidRPr="008A2A16">
        <w:rPr>
          <w:rFonts w:ascii="Tahoma" w:hAnsi="Tahoma" w:cs="Tahoma"/>
          <w:rtl/>
        </w:rPr>
        <w:t xml:space="preserve"> کار دستگاه به توانا</w:t>
      </w:r>
      <w:r w:rsidRPr="008A2A16">
        <w:rPr>
          <w:rFonts w:ascii="Tahoma" w:hAnsi="Tahoma" w:cs="Tahoma" w:hint="cs"/>
          <w:rtl/>
        </w:rPr>
        <w:t>یی</w:t>
      </w:r>
      <w:r w:rsidRPr="008A2A16">
        <w:rPr>
          <w:rFonts w:ascii="Tahoma" w:hAnsi="Tahoma" w:cs="Tahoma"/>
          <w:rtl/>
        </w:rPr>
        <w:t xml:space="preserve"> و امن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ت</w:t>
      </w:r>
      <w:r w:rsidRPr="008A2A16">
        <w:rPr>
          <w:rFonts w:ascii="Tahoma" w:hAnsi="Tahoma" w:cs="Tahoma"/>
          <w:rtl/>
        </w:rPr>
        <w:t xml:space="preserve"> چند شخص در رأس آن وابسته بود. اگر شاه وز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ر</w:t>
      </w:r>
      <w:r w:rsidRPr="008A2A16">
        <w:rPr>
          <w:rFonts w:ascii="Tahoma" w:hAnsi="Tahoma" w:cs="Tahoma"/>
          <w:rtl/>
        </w:rPr>
        <w:t xml:space="preserve"> دانا</w:t>
      </w:r>
      <w:r w:rsidRPr="008A2A16">
        <w:rPr>
          <w:rFonts w:ascii="Tahoma" w:hAnsi="Tahoma" w:cs="Tahoma" w:hint="cs"/>
          <w:rtl/>
        </w:rPr>
        <w:t>یی</w:t>
      </w:r>
      <w:r w:rsidRPr="008A2A16">
        <w:rPr>
          <w:rFonts w:ascii="Tahoma" w:hAnsi="Tahoma" w:cs="Tahoma"/>
          <w:rtl/>
        </w:rPr>
        <w:t xml:space="preserve"> برم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گز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د</w:t>
      </w:r>
      <w:r w:rsidRPr="008A2A16">
        <w:rPr>
          <w:rFonts w:ascii="Tahoma" w:hAnsi="Tahoma" w:cs="Tahoma"/>
          <w:rtl/>
        </w:rPr>
        <w:t xml:space="preserve"> و از او حما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ت</w:t>
      </w:r>
      <w:r w:rsidRPr="008A2A16">
        <w:rPr>
          <w:rFonts w:ascii="Tahoma" w:hAnsi="Tahoma" w:cs="Tahoma"/>
          <w:rtl/>
        </w:rPr>
        <w:t xml:space="preserve">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کرد،</w:t>
      </w:r>
      <w:r w:rsidRPr="008A2A16">
        <w:rPr>
          <w:rFonts w:ascii="Tahoma" w:hAnsi="Tahoma" w:cs="Tahoma"/>
          <w:rtl/>
        </w:rPr>
        <w:t xml:space="preserve"> 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وان</w:t>
      </w:r>
      <w:r w:rsidRPr="008A2A16">
        <w:rPr>
          <w:rFonts w:ascii="Tahoma" w:hAnsi="Tahoma" w:cs="Tahoma"/>
          <w:rtl/>
        </w:rPr>
        <w:t xml:space="preserve">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توانست</w:t>
      </w:r>
      <w:r w:rsidRPr="008A2A16">
        <w:rPr>
          <w:rFonts w:ascii="Tahoma" w:hAnsi="Tahoma" w:cs="Tahoma"/>
          <w:rtl/>
        </w:rPr>
        <w:t xml:space="preserve"> تا اندازه‌ا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نظم برقرا</w:t>
      </w:r>
      <w:r w:rsidRPr="008A2A16">
        <w:rPr>
          <w:rFonts w:ascii="Tahoma" w:hAnsi="Tahoma" w:cs="Tahoma" w:hint="eastAsia"/>
          <w:rtl/>
        </w:rPr>
        <w:t>ر</w:t>
      </w:r>
      <w:r w:rsidRPr="008A2A16">
        <w:rPr>
          <w:rFonts w:ascii="Tahoma" w:hAnsi="Tahoma" w:cs="Tahoma"/>
          <w:rtl/>
        </w:rPr>
        <w:t xml:space="preserve"> سازد. اگر مقام وزارت به فرد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ضع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ف</w:t>
      </w:r>
      <w:r w:rsidRPr="008A2A16">
        <w:rPr>
          <w:rFonts w:ascii="Tahoma" w:hAnsi="Tahoma" w:cs="Tahoma"/>
          <w:rtl/>
        </w:rPr>
        <w:t xml:space="preserve"> 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ا</w:t>
      </w:r>
      <w:r w:rsidRPr="008A2A16">
        <w:rPr>
          <w:rFonts w:ascii="Tahoma" w:hAnsi="Tahoma" w:cs="Tahoma"/>
          <w:rtl/>
        </w:rPr>
        <w:t xml:space="preserve"> وابسته به حرم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رس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د،</w:t>
      </w:r>
      <w:r w:rsidRPr="008A2A16">
        <w:rPr>
          <w:rFonts w:ascii="Tahoma" w:hAnsi="Tahoma" w:cs="Tahoma"/>
          <w:rtl/>
        </w:rPr>
        <w:t xml:space="preserve"> همان دستگاه در خدمت رقابت‌ها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دربار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قرار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گرفت</w:t>
      </w:r>
      <w:r w:rsidRPr="008A2A16">
        <w:rPr>
          <w:rFonts w:ascii="Tahoma" w:hAnsi="Tahoma" w:cs="Tahoma"/>
          <w:rtl/>
        </w:rPr>
        <w:t>.</w:t>
      </w:r>
    </w:p>
    <w:p w:rsidR="008A2A16" w:rsidRPr="008A2A16" w:rsidRDefault="008A2A16" w:rsidP="008A2A1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A2A16">
        <w:rPr>
          <w:rFonts w:ascii="Tahoma" w:hAnsi="Tahoma" w:cs="Tahoma" w:hint="eastAsia"/>
          <w:rtl/>
        </w:rPr>
        <w:t>مشکل</w:t>
      </w:r>
      <w:r w:rsidRPr="008A2A16">
        <w:rPr>
          <w:rFonts w:ascii="Tahoma" w:hAnsi="Tahoma" w:cs="Tahoma"/>
          <w:rtl/>
        </w:rPr>
        <w:t xml:space="preserve"> درآمد ن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ز</w:t>
      </w:r>
      <w:r w:rsidRPr="008A2A16">
        <w:rPr>
          <w:rFonts w:ascii="Tahoma" w:hAnsi="Tahoma" w:cs="Tahoma"/>
          <w:rtl/>
        </w:rPr>
        <w:t xml:space="preserve"> عم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ق‌تر</w:t>
      </w:r>
      <w:r w:rsidRPr="008A2A16">
        <w:rPr>
          <w:rFonts w:ascii="Tahoma" w:hAnsi="Tahoma" w:cs="Tahoma"/>
          <w:rtl/>
        </w:rPr>
        <w:t xml:space="preserve">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شد</w:t>
      </w:r>
      <w:r w:rsidRPr="008A2A16">
        <w:rPr>
          <w:rFonts w:ascii="Tahoma" w:hAnsi="Tahoma" w:cs="Tahoma"/>
          <w:rtl/>
        </w:rPr>
        <w:t>. دربار بزرگ، حرم گسترده، قشون، دستگاه 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نکار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،</w:t>
      </w:r>
      <w:r w:rsidRPr="008A2A16">
        <w:rPr>
          <w:rFonts w:ascii="Tahoma" w:hAnsi="Tahoma" w:cs="Tahoma"/>
          <w:rtl/>
        </w:rPr>
        <w:t xml:space="preserve"> ساخت‌وسازها و مستمر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ها</w:t>
      </w:r>
      <w:r w:rsidRPr="008A2A16">
        <w:rPr>
          <w:rFonts w:ascii="Tahoma" w:hAnsi="Tahoma" w:cs="Tahoma"/>
          <w:rtl/>
        </w:rPr>
        <w:t xml:space="preserve"> هز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نه</w:t>
      </w:r>
      <w:r w:rsidRPr="008A2A16">
        <w:rPr>
          <w:rFonts w:ascii="Tahoma" w:hAnsi="Tahoma" w:cs="Tahoma"/>
          <w:rtl/>
        </w:rPr>
        <w:t xml:space="preserve"> داشتند. در دوران شاه عباس، فتوحات، تجارت ابر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شم،</w:t>
      </w:r>
      <w:r w:rsidRPr="008A2A16">
        <w:rPr>
          <w:rFonts w:ascii="Tahoma" w:hAnsi="Tahoma" w:cs="Tahoma"/>
          <w:rtl/>
        </w:rPr>
        <w:t xml:space="preserve"> افزا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ش</w:t>
      </w:r>
      <w:r w:rsidRPr="008A2A16">
        <w:rPr>
          <w:rFonts w:ascii="Tahoma" w:hAnsi="Tahoma" w:cs="Tahoma"/>
          <w:rtl/>
        </w:rPr>
        <w:t xml:space="preserve"> املاک خاصه و نظارت مستق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م</w:t>
      </w:r>
      <w:r w:rsidRPr="008A2A16">
        <w:rPr>
          <w:rFonts w:ascii="Tahoma" w:hAnsi="Tahoma" w:cs="Tahoma"/>
          <w:rtl/>
        </w:rPr>
        <w:t xml:space="preserve"> شاه منابع لازم را فراهم کرده بودند. در دورهٔ شاه سل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مان،</w:t>
      </w:r>
      <w:r w:rsidRPr="008A2A16">
        <w:rPr>
          <w:rFonts w:ascii="Tahoma" w:hAnsi="Tahoma" w:cs="Tahoma"/>
          <w:rtl/>
        </w:rPr>
        <w:t xml:space="preserve"> همان هز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نه‌ها</w:t>
      </w:r>
      <w:r w:rsidRPr="008A2A16">
        <w:rPr>
          <w:rFonts w:ascii="Tahoma" w:hAnsi="Tahoma" w:cs="Tahoma"/>
          <w:rtl/>
        </w:rPr>
        <w:t xml:space="preserve"> باق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ماندند، اما توان حکومت برا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گسترش درآمد و نظارت بر مأموران کاهش 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افت</w:t>
      </w:r>
      <w:r w:rsidRPr="008A2A16">
        <w:rPr>
          <w:rFonts w:ascii="Tahoma" w:hAnsi="Tahoma" w:cs="Tahoma"/>
          <w:rtl/>
        </w:rPr>
        <w:t>.</w:t>
      </w:r>
    </w:p>
    <w:p w:rsidR="008A2A16" w:rsidRPr="008A2A16" w:rsidRDefault="008A2A16" w:rsidP="008A2A1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A2A16">
        <w:rPr>
          <w:rFonts w:ascii="Tahoma" w:hAnsi="Tahoma" w:cs="Tahoma" w:hint="eastAsia"/>
          <w:rtl/>
        </w:rPr>
        <w:t>ولا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ت‌ها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خاصه قرار بود درآمد ب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شتر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مستق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ماً</w:t>
      </w:r>
      <w:r w:rsidRPr="008A2A16">
        <w:rPr>
          <w:rFonts w:ascii="Tahoma" w:hAnsi="Tahoma" w:cs="Tahoma"/>
          <w:rtl/>
        </w:rPr>
        <w:t xml:space="preserve"> به خزانه برسانند، ول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ادارهٔ آنها به دست مأموران کوتاه‌مدت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توانست</w:t>
      </w:r>
      <w:r w:rsidRPr="008A2A16">
        <w:rPr>
          <w:rFonts w:ascii="Tahoma" w:hAnsi="Tahoma" w:cs="Tahoma"/>
          <w:rtl/>
        </w:rPr>
        <w:t xml:space="preserve"> فشار بر مردم را افزا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ش</w:t>
      </w:r>
      <w:r w:rsidRPr="008A2A16">
        <w:rPr>
          <w:rFonts w:ascii="Tahoma" w:hAnsi="Tahoma" w:cs="Tahoma"/>
          <w:rtl/>
        </w:rPr>
        <w:t xml:space="preserve"> دهد. مأمور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که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دانست</w:t>
      </w:r>
      <w:r w:rsidRPr="008A2A16">
        <w:rPr>
          <w:rFonts w:ascii="Tahoma" w:hAnsi="Tahoma" w:cs="Tahoma"/>
          <w:rtl/>
        </w:rPr>
        <w:t xml:space="preserve"> مقامش پا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دار</w:t>
      </w:r>
      <w:r w:rsidRPr="008A2A16">
        <w:rPr>
          <w:rFonts w:ascii="Tahoma" w:hAnsi="Tahoma" w:cs="Tahoma"/>
          <w:rtl/>
        </w:rPr>
        <w:t xml:space="preserve"> ن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ست،</w:t>
      </w:r>
      <w:r w:rsidRPr="008A2A16">
        <w:rPr>
          <w:rFonts w:ascii="Tahoma" w:hAnsi="Tahoma" w:cs="Tahoma"/>
          <w:rtl/>
        </w:rPr>
        <w:t xml:space="preserve"> ممکن بود بکوشد در کوتاه‌تر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ن</w:t>
      </w:r>
      <w:r w:rsidRPr="008A2A16">
        <w:rPr>
          <w:rFonts w:ascii="Tahoma" w:hAnsi="Tahoma" w:cs="Tahoma"/>
          <w:rtl/>
        </w:rPr>
        <w:t xml:space="preserve"> زمان ب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شتر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ن</w:t>
      </w:r>
      <w:r w:rsidRPr="008A2A16">
        <w:rPr>
          <w:rFonts w:ascii="Tahoma" w:hAnsi="Tahoma" w:cs="Tahoma"/>
          <w:rtl/>
        </w:rPr>
        <w:t xml:space="preserve"> درآمد را وصول کند. او انگ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زهٔ</w:t>
      </w:r>
      <w:r w:rsidRPr="008A2A16">
        <w:rPr>
          <w:rFonts w:ascii="Tahoma" w:hAnsi="Tahoma" w:cs="Tahoma"/>
          <w:rtl/>
        </w:rPr>
        <w:t xml:space="preserve"> کمت</w:t>
      </w:r>
      <w:r w:rsidRPr="008A2A16">
        <w:rPr>
          <w:rFonts w:ascii="Tahoma" w:hAnsi="Tahoma" w:cs="Tahoma" w:hint="eastAsia"/>
          <w:rtl/>
        </w:rPr>
        <w:t>ر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برا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آبادان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بلندمدت زم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ن،</w:t>
      </w:r>
      <w:r w:rsidRPr="008A2A16">
        <w:rPr>
          <w:rFonts w:ascii="Tahoma" w:hAnsi="Tahoma" w:cs="Tahoma"/>
          <w:rtl/>
        </w:rPr>
        <w:t xml:space="preserve"> حفظ روستا و حما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ت</w:t>
      </w:r>
      <w:r w:rsidRPr="008A2A16">
        <w:rPr>
          <w:rFonts w:ascii="Tahoma" w:hAnsi="Tahoma" w:cs="Tahoma"/>
          <w:rtl/>
        </w:rPr>
        <w:t xml:space="preserve"> از کشاورز داشت.</w:t>
      </w:r>
    </w:p>
    <w:p w:rsidR="008A2A16" w:rsidRPr="008A2A16" w:rsidRDefault="008A2A16" w:rsidP="008A2A1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A2A16">
        <w:rPr>
          <w:rFonts w:ascii="Tahoma" w:hAnsi="Tahoma" w:cs="Tahoma" w:hint="eastAsia"/>
          <w:rtl/>
        </w:rPr>
        <w:t>اگر</w:t>
      </w:r>
      <w:r w:rsidRPr="008A2A16">
        <w:rPr>
          <w:rFonts w:ascii="Tahoma" w:hAnsi="Tahoma" w:cs="Tahoma"/>
          <w:rtl/>
        </w:rPr>
        <w:t xml:space="preserve"> کشاورز ز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ر</w:t>
      </w:r>
      <w:r w:rsidRPr="008A2A16">
        <w:rPr>
          <w:rFonts w:ascii="Tahoma" w:hAnsi="Tahoma" w:cs="Tahoma"/>
          <w:rtl/>
        </w:rPr>
        <w:t xml:space="preserve"> فشار مال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ات</w:t>
      </w:r>
      <w:r w:rsidRPr="008A2A16">
        <w:rPr>
          <w:rFonts w:ascii="Tahoma" w:hAnsi="Tahoma" w:cs="Tahoma"/>
          <w:rtl/>
        </w:rPr>
        <w:t xml:space="preserve"> زم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ن</w:t>
      </w:r>
      <w:r w:rsidRPr="008A2A16">
        <w:rPr>
          <w:rFonts w:ascii="Tahoma" w:hAnsi="Tahoma" w:cs="Tahoma"/>
          <w:rtl/>
        </w:rPr>
        <w:t xml:space="preserve"> را ترک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کرد</w:t>
      </w:r>
      <w:r w:rsidRPr="008A2A16">
        <w:rPr>
          <w:rFonts w:ascii="Tahoma" w:hAnsi="Tahoma" w:cs="Tahoma"/>
          <w:rtl/>
        </w:rPr>
        <w:t xml:space="preserve"> 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ا</w:t>
      </w:r>
      <w:r w:rsidRPr="008A2A16">
        <w:rPr>
          <w:rFonts w:ascii="Tahoma" w:hAnsi="Tahoma" w:cs="Tahoma"/>
          <w:rtl/>
        </w:rPr>
        <w:t xml:space="preserve"> توان کشت بعد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را از دست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داد،</w:t>
      </w:r>
      <w:r w:rsidRPr="008A2A16">
        <w:rPr>
          <w:rFonts w:ascii="Tahoma" w:hAnsi="Tahoma" w:cs="Tahoma"/>
          <w:rtl/>
        </w:rPr>
        <w:t xml:space="preserve"> خزانه در سال‌ها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آ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نده</w:t>
      </w:r>
      <w:r w:rsidRPr="008A2A16">
        <w:rPr>
          <w:rFonts w:ascii="Tahoma" w:hAnsi="Tahoma" w:cs="Tahoma"/>
          <w:rtl/>
        </w:rPr>
        <w:t xml:space="preserve"> درآمد کمتر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گرفت</w:t>
      </w:r>
      <w:r w:rsidRPr="008A2A16">
        <w:rPr>
          <w:rFonts w:ascii="Tahoma" w:hAnsi="Tahoma" w:cs="Tahoma"/>
          <w:rtl/>
        </w:rPr>
        <w:t>. اما دستگاه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که با ن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از</w:t>
      </w:r>
      <w:r w:rsidRPr="008A2A16">
        <w:rPr>
          <w:rFonts w:ascii="Tahoma" w:hAnsi="Tahoma" w:cs="Tahoma"/>
          <w:rtl/>
        </w:rPr>
        <w:t xml:space="preserve"> فور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به پول روبه‌رو بود ممکن بود 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ن</w:t>
      </w:r>
      <w:r w:rsidRPr="008A2A16">
        <w:rPr>
          <w:rFonts w:ascii="Tahoma" w:hAnsi="Tahoma" w:cs="Tahoma"/>
          <w:rtl/>
        </w:rPr>
        <w:t xml:space="preserve"> پ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امد</w:t>
      </w:r>
      <w:r w:rsidRPr="008A2A16">
        <w:rPr>
          <w:rFonts w:ascii="Tahoma" w:hAnsi="Tahoma" w:cs="Tahoma"/>
          <w:rtl/>
        </w:rPr>
        <w:t xml:space="preserve"> را ناد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ده</w:t>
      </w:r>
      <w:r w:rsidRPr="008A2A16">
        <w:rPr>
          <w:rFonts w:ascii="Tahoma" w:hAnsi="Tahoma" w:cs="Tahoma"/>
          <w:rtl/>
        </w:rPr>
        <w:t xml:space="preserve"> بگ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رد</w:t>
      </w:r>
      <w:r w:rsidRPr="008A2A16">
        <w:rPr>
          <w:rFonts w:ascii="Tahoma" w:hAnsi="Tahoma" w:cs="Tahoma"/>
          <w:rtl/>
        </w:rPr>
        <w:t>. در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افت</w:t>
      </w:r>
      <w:r w:rsidRPr="008A2A16">
        <w:rPr>
          <w:rFonts w:ascii="Tahoma" w:hAnsi="Tahoma" w:cs="Tahoma"/>
          <w:rtl/>
        </w:rPr>
        <w:t xml:space="preserve"> ب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شتر</w:t>
      </w:r>
      <w:r w:rsidRPr="008A2A16">
        <w:rPr>
          <w:rFonts w:ascii="Tahoma" w:hAnsi="Tahoma" w:cs="Tahoma"/>
          <w:rtl/>
        </w:rPr>
        <w:t xml:space="preserve"> در 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ک</w:t>
      </w:r>
      <w:r w:rsidRPr="008A2A16">
        <w:rPr>
          <w:rFonts w:ascii="Tahoma" w:hAnsi="Tahoma" w:cs="Tahoma"/>
          <w:rtl/>
        </w:rPr>
        <w:t xml:space="preserve"> سال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توانست</w:t>
      </w:r>
      <w:r w:rsidRPr="008A2A16">
        <w:rPr>
          <w:rFonts w:ascii="Tahoma" w:hAnsi="Tahoma" w:cs="Tahoma"/>
          <w:rtl/>
        </w:rPr>
        <w:t xml:space="preserve"> در دفتر موفق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ت</w:t>
      </w:r>
      <w:r w:rsidRPr="008A2A16">
        <w:rPr>
          <w:rFonts w:ascii="Tahoma" w:hAnsi="Tahoma" w:cs="Tahoma"/>
          <w:rtl/>
        </w:rPr>
        <w:t xml:space="preserve"> </w:t>
      </w:r>
      <w:r w:rsidRPr="008A2A16">
        <w:rPr>
          <w:rFonts w:ascii="Tahoma" w:hAnsi="Tahoma" w:cs="Tahoma" w:hint="eastAsia"/>
          <w:rtl/>
        </w:rPr>
        <w:t>به</w:t>
      </w:r>
      <w:r w:rsidRPr="008A2A16">
        <w:rPr>
          <w:rFonts w:ascii="Tahoma" w:hAnsi="Tahoma" w:cs="Tahoma"/>
          <w:rtl/>
        </w:rPr>
        <w:t xml:space="preserve"> نظر برسد، درحال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که</w:t>
      </w:r>
      <w:r w:rsidRPr="008A2A16">
        <w:rPr>
          <w:rFonts w:ascii="Tahoma" w:hAnsi="Tahoma" w:cs="Tahoma"/>
          <w:rtl/>
        </w:rPr>
        <w:t xml:space="preserve"> پا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هٔ</w:t>
      </w:r>
      <w:r w:rsidRPr="008A2A16">
        <w:rPr>
          <w:rFonts w:ascii="Tahoma" w:hAnsi="Tahoma" w:cs="Tahoma"/>
          <w:rtl/>
        </w:rPr>
        <w:t xml:space="preserve"> مال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ات</w:t>
      </w:r>
      <w:r w:rsidRPr="008A2A16">
        <w:rPr>
          <w:rFonts w:ascii="Tahoma" w:hAnsi="Tahoma" w:cs="Tahoma"/>
          <w:rtl/>
        </w:rPr>
        <w:t xml:space="preserve"> سال‌ها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بعد را و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ران</w:t>
      </w:r>
      <w:r w:rsidRPr="008A2A16">
        <w:rPr>
          <w:rFonts w:ascii="Tahoma" w:hAnsi="Tahoma" w:cs="Tahoma"/>
          <w:rtl/>
        </w:rPr>
        <w:t xml:space="preserve">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کرد</w:t>
      </w:r>
      <w:r w:rsidRPr="008A2A16">
        <w:rPr>
          <w:rFonts w:ascii="Tahoma" w:hAnsi="Tahoma" w:cs="Tahoma"/>
          <w:rtl/>
        </w:rPr>
        <w:t>.</w:t>
      </w:r>
    </w:p>
    <w:p w:rsidR="008A2A16" w:rsidRPr="008A2A16" w:rsidRDefault="008A2A16" w:rsidP="008A2A1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A2A16">
        <w:rPr>
          <w:rFonts w:ascii="Tahoma" w:hAnsi="Tahoma" w:cs="Tahoma" w:hint="eastAsia"/>
          <w:rtl/>
        </w:rPr>
        <w:t>فاصلهٔ</w:t>
      </w:r>
      <w:r w:rsidRPr="008A2A16">
        <w:rPr>
          <w:rFonts w:ascii="Tahoma" w:hAnsi="Tahoma" w:cs="Tahoma"/>
          <w:rtl/>
        </w:rPr>
        <w:t xml:space="preserve"> مرکز با واقع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ت</w:t>
      </w:r>
      <w:r w:rsidRPr="008A2A16">
        <w:rPr>
          <w:rFonts w:ascii="Tahoma" w:hAnsi="Tahoma" w:cs="Tahoma"/>
          <w:rtl/>
        </w:rPr>
        <w:t xml:space="preserve"> 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الات</w:t>
      </w:r>
      <w:r w:rsidRPr="008A2A16">
        <w:rPr>
          <w:rFonts w:ascii="Tahoma" w:hAnsi="Tahoma" w:cs="Tahoma"/>
          <w:rtl/>
        </w:rPr>
        <w:t xml:space="preserve"> ن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ز</w:t>
      </w:r>
      <w:r w:rsidRPr="008A2A16">
        <w:rPr>
          <w:rFonts w:ascii="Tahoma" w:hAnsi="Tahoma" w:cs="Tahoma"/>
          <w:rtl/>
        </w:rPr>
        <w:t xml:space="preserve"> ب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شتر</w:t>
      </w:r>
      <w:r w:rsidRPr="008A2A16">
        <w:rPr>
          <w:rFonts w:ascii="Tahoma" w:hAnsi="Tahoma" w:cs="Tahoma"/>
          <w:rtl/>
        </w:rPr>
        <w:t xml:space="preserve">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شد</w:t>
      </w:r>
      <w:r w:rsidRPr="008A2A16">
        <w:rPr>
          <w:rFonts w:ascii="Tahoma" w:hAnsi="Tahoma" w:cs="Tahoma"/>
          <w:rtl/>
        </w:rPr>
        <w:t>. فرمان‌ها از اصفهان صادر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شدند،</w:t>
      </w:r>
      <w:r w:rsidRPr="008A2A16">
        <w:rPr>
          <w:rFonts w:ascii="Tahoma" w:hAnsi="Tahoma" w:cs="Tahoma"/>
          <w:rtl/>
        </w:rPr>
        <w:t xml:space="preserve"> اما اجرا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آنها به حاکمان، مأموران و صاحبان قدرت محل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وابسته بود. اگر گزارش‌ها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آنان نادرست 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ا</w:t>
      </w:r>
      <w:r w:rsidRPr="008A2A16">
        <w:rPr>
          <w:rFonts w:ascii="Tahoma" w:hAnsi="Tahoma" w:cs="Tahoma"/>
          <w:rtl/>
        </w:rPr>
        <w:t xml:space="preserve"> ناقص بود، 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وان</w:t>
      </w:r>
      <w:r w:rsidRPr="008A2A16">
        <w:rPr>
          <w:rFonts w:ascii="Tahoma" w:hAnsi="Tahoma" w:cs="Tahoma"/>
          <w:rtl/>
        </w:rPr>
        <w:t xml:space="preserve"> بر پا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هٔ</w:t>
      </w:r>
      <w:r w:rsidRPr="008A2A16">
        <w:rPr>
          <w:rFonts w:ascii="Tahoma" w:hAnsi="Tahoma" w:cs="Tahoma"/>
          <w:rtl/>
        </w:rPr>
        <w:t xml:space="preserve"> اطلاعات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تصم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م</w:t>
      </w:r>
      <w:r w:rsidRPr="008A2A16">
        <w:rPr>
          <w:rFonts w:ascii="Tahoma" w:hAnsi="Tahoma" w:cs="Tahoma"/>
          <w:rtl/>
        </w:rPr>
        <w:t xml:space="preserve">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گرفت</w:t>
      </w:r>
      <w:r w:rsidRPr="008A2A16">
        <w:rPr>
          <w:rFonts w:ascii="Tahoma" w:hAnsi="Tahoma" w:cs="Tahoma"/>
          <w:rtl/>
        </w:rPr>
        <w:t xml:space="preserve"> که با وضع واقع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مردم و قشون سازگار </w:t>
      </w:r>
      <w:r w:rsidRPr="008A2A16">
        <w:rPr>
          <w:rFonts w:ascii="Tahoma" w:hAnsi="Tahoma" w:cs="Tahoma" w:hint="eastAsia"/>
          <w:rtl/>
        </w:rPr>
        <w:t>نبود</w:t>
      </w:r>
      <w:r w:rsidRPr="008A2A16">
        <w:rPr>
          <w:rFonts w:ascii="Tahoma" w:hAnsi="Tahoma" w:cs="Tahoma"/>
          <w:rtl/>
        </w:rPr>
        <w:t>.</w:t>
      </w:r>
    </w:p>
    <w:p w:rsidR="008A2A16" w:rsidRPr="008A2A16" w:rsidRDefault="008A2A16" w:rsidP="008A2A1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A2A16">
        <w:rPr>
          <w:rFonts w:ascii="Tahoma" w:hAnsi="Tahoma" w:cs="Tahoma" w:hint="eastAsia"/>
          <w:rtl/>
        </w:rPr>
        <w:t>فساد</w:t>
      </w:r>
      <w:r w:rsidRPr="008A2A16">
        <w:rPr>
          <w:rFonts w:ascii="Tahoma" w:hAnsi="Tahoma" w:cs="Tahoma"/>
          <w:rtl/>
        </w:rPr>
        <w:t xml:space="preserve"> فقط دزد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دن</w:t>
      </w:r>
      <w:r w:rsidRPr="008A2A16">
        <w:rPr>
          <w:rFonts w:ascii="Tahoma" w:hAnsi="Tahoma" w:cs="Tahoma"/>
          <w:rtl/>
        </w:rPr>
        <w:t xml:space="preserve"> پول از خزانه نبود. هنگام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که مقام با هد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ه</w:t>
      </w:r>
      <w:r w:rsidRPr="008A2A16">
        <w:rPr>
          <w:rFonts w:ascii="Tahoma" w:hAnsi="Tahoma" w:cs="Tahoma"/>
          <w:rtl/>
        </w:rPr>
        <w:t xml:space="preserve"> و رابطه به دست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آمد،</w:t>
      </w:r>
      <w:r w:rsidRPr="008A2A16">
        <w:rPr>
          <w:rFonts w:ascii="Tahoma" w:hAnsi="Tahoma" w:cs="Tahoma"/>
          <w:rtl/>
        </w:rPr>
        <w:t xml:space="preserve"> صاحب‌منصب هز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نه‌ا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را که برا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رس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دن</w:t>
      </w:r>
      <w:r w:rsidRPr="008A2A16">
        <w:rPr>
          <w:rFonts w:ascii="Tahoma" w:hAnsi="Tahoma" w:cs="Tahoma"/>
          <w:rtl/>
        </w:rPr>
        <w:t xml:space="preserve"> به آن پرداخته بود از مردم جبران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کرد</w:t>
      </w:r>
      <w:r w:rsidRPr="008A2A16">
        <w:rPr>
          <w:rFonts w:ascii="Tahoma" w:hAnsi="Tahoma" w:cs="Tahoma"/>
          <w:rtl/>
        </w:rPr>
        <w:t>. او با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د</w:t>
      </w:r>
      <w:r w:rsidRPr="008A2A16">
        <w:rPr>
          <w:rFonts w:ascii="Tahoma" w:hAnsi="Tahoma" w:cs="Tahoma"/>
          <w:rtl/>
        </w:rPr>
        <w:t xml:space="preserve"> در مدت حکومت خود هم پول از دست‌رفته را بازم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گرداند،</w:t>
      </w:r>
      <w:r w:rsidRPr="008A2A16">
        <w:rPr>
          <w:rFonts w:ascii="Tahoma" w:hAnsi="Tahoma" w:cs="Tahoma"/>
          <w:rtl/>
        </w:rPr>
        <w:t xml:space="preserve"> هم حام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انش</w:t>
      </w:r>
      <w:r w:rsidRPr="008A2A16">
        <w:rPr>
          <w:rFonts w:ascii="Tahoma" w:hAnsi="Tahoma" w:cs="Tahoma"/>
          <w:rtl/>
        </w:rPr>
        <w:t xml:space="preserve"> را راض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نگاه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داشت</w:t>
      </w:r>
      <w:r w:rsidRPr="008A2A16">
        <w:rPr>
          <w:rFonts w:ascii="Tahoma" w:hAnsi="Tahoma" w:cs="Tahoma"/>
          <w:rtl/>
        </w:rPr>
        <w:t xml:space="preserve"> و هم س</w:t>
      </w:r>
      <w:r w:rsidRPr="008A2A16">
        <w:rPr>
          <w:rFonts w:ascii="Tahoma" w:hAnsi="Tahoma" w:cs="Tahoma" w:hint="eastAsia"/>
          <w:rtl/>
        </w:rPr>
        <w:t>هم</w:t>
      </w:r>
      <w:r w:rsidRPr="008A2A16">
        <w:rPr>
          <w:rFonts w:ascii="Tahoma" w:hAnsi="Tahoma" w:cs="Tahoma"/>
          <w:rtl/>
        </w:rPr>
        <w:t xml:space="preserve"> خزانه را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فرستاد</w:t>
      </w:r>
      <w:r w:rsidRPr="008A2A16">
        <w:rPr>
          <w:rFonts w:ascii="Tahoma" w:hAnsi="Tahoma" w:cs="Tahoma"/>
          <w:rtl/>
        </w:rPr>
        <w:t>. فشار نها</w:t>
      </w:r>
      <w:r w:rsidRPr="008A2A16">
        <w:rPr>
          <w:rFonts w:ascii="Tahoma" w:hAnsi="Tahoma" w:cs="Tahoma" w:hint="cs"/>
          <w:rtl/>
        </w:rPr>
        <w:t>یی</w:t>
      </w:r>
      <w:r w:rsidRPr="008A2A16">
        <w:rPr>
          <w:rFonts w:ascii="Tahoma" w:hAnsi="Tahoma" w:cs="Tahoma"/>
          <w:rtl/>
        </w:rPr>
        <w:t xml:space="preserve"> به پا</w:t>
      </w:r>
      <w:r w:rsidRPr="008A2A16">
        <w:rPr>
          <w:rFonts w:ascii="Tahoma" w:hAnsi="Tahoma" w:cs="Tahoma" w:hint="cs"/>
          <w:rtl/>
        </w:rPr>
        <w:t>یی</w:t>
      </w:r>
      <w:r w:rsidRPr="008A2A16">
        <w:rPr>
          <w:rFonts w:ascii="Tahoma" w:hAnsi="Tahoma" w:cs="Tahoma" w:hint="eastAsia"/>
          <w:rtl/>
        </w:rPr>
        <w:t>ن‌تر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ن</w:t>
      </w:r>
      <w:r w:rsidRPr="008A2A16">
        <w:rPr>
          <w:rFonts w:ascii="Tahoma" w:hAnsi="Tahoma" w:cs="Tahoma"/>
          <w:rtl/>
        </w:rPr>
        <w:t xml:space="preserve"> لا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ه‌ها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جامعه منتقل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شد</w:t>
      </w:r>
      <w:r w:rsidRPr="008A2A16">
        <w:rPr>
          <w:rFonts w:ascii="Tahoma" w:hAnsi="Tahoma" w:cs="Tahoma"/>
          <w:rtl/>
        </w:rPr>
        <w:t>.</w:t>
      </w:r>
    </w:p>
    <w:p w:rsidR="008A2A16" w:rsidRPr="008A2A16" w:rsidRDefault="008A2A16" w:rsidP="008A2A1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A2A16">
        <w:rPr>
          <w:rFonts w:ascii="Tahoma" w:hAnsi="Tahoma" w:cs="Tahoma" w:hint="eastAsia"/>
          <w:rtl/>
        </w:rPr>
        <w:t>بازار</w:t>
      </w:r>
      <w:r w:rsidRPr="008A2A16">
        <w:rPr>
          <w:rFonts w:ascii="Tahoma" w:hAnsi="Tahoma" w:cs="Tahoma"/>
          <w:rtl/>
        </w:rPr>
        <w:t xml:space="preserve"> و تجارت ن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ز</w:t>
      </w:r>
      <w:r w:rsidRPr="008A2A16">
        <w:rPr>
          <w:rFonts w:ascii="Tahoma" w:hAnsi="Tahoma" w:cs="Tahoma"/>
          <w:rtl/>
        </w:rPr>
        <w:t xml:space="preserve"> از 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ن</w:t>
      </w:r>
      <w:r w:rsidRPr="008A2A16">
        <w:rPr>
          <w:rFonts w:ascii="Tahoma" w:hAnsi="Tahoma" w:cs="Tahoma"/>
          <w:rtl/>
        </w:rPr>
        <w:t xml:space="preserve"> وضع جدا نبودند. اصفهان همچنان شهر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بزرگ و مرکز آمدوشد بازرگانان بود. ارمن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ان</w:t>
      </w:r>
      <w:r w:rsidRPr="008A2A16">
        <w:rPr>
          <w:rFonts w:ascii="Tahoma" w:hAnsi="Tahoma" w:cs="Tahoma"/>
          <w:rtl/>
        </w:rPr>
        <w:t xml:space="preserve"> جلفا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نو شبکه‌ها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گستردهٔ تجارت ابر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شم</w:t>
      </w:r>
      <w:r w:rsidRPr="008A2A16">
        <w:rPr>
          <w:rFonts w:ascii="Tahoma" w:hAnsi="Tahoma" w:cs="Tahoma"/>
          <w:rtl/>
        </w:rPr>
        <w:t xml:space="preserve"> را در اخت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ار</w:t>
      </w:r>
      <w:r w:rsidRPr="008A2A16">
        <w:rPr>
          <w:rFonts w:ascii="Tahoma" w:hAnsi="Tahoma" w:cs="Tahoma"/>
          <w:rtl/>
        </w:rPr>
        <w:t xml:space="preserve"> داشتند و شرکت‌ها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اروپا</w:t>
      </w:r>
      <w:r w:rsidRPr="008A2A16">
        <w:rPr>
          <w:rFonts w:ascii="Tahoma" w:hAnsi="Tahoma" w:cs="Tahoma" w:hint="cs"/>
          <w:rtl/>
        </w:rPr>
        <w:t>یی</w:t>
      </w:r>
      <w:r w:rsidRPr="008A2A16">
        <w:rPr>
          <w:rFonts w:ascii="Tahoma" w:hAnsi="Tahoma" w:cs="Tahoma"/>
          <w:rtl/>
        </w:rPr>
        <w:t xml:space="preserve"> در خل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ج</w:t>
      </w:r>
      <w:r w:rsidRPr="008A2A16">
        <w:rPr>
          <w:rFonts w:ascii="Tahoma" w:hAnsi="Tahoma" w:cs="Tahoma"/>
          <w:rtl/>
        </w:rPr>
        <w:t xml:space="preserve"> فارس و شهرها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ران</w:t>
      </w:r>
      <w:r w:rsidRPr="008A2A16">
        <w:rPr>
          <w:rFonts w:ascii="Tahoma" w:hAnsi="Tahoma" w:cs="Tahoma"/>
          <w:rtl/>
        </w:rPr>
        <w:t xml:space="preserve"> فعال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ت</w:t>
      </w:r>
      <w:r w:rsidRPr="008A2A16">
        <w:rPr>
          <w:rFonts w:ascii="Tahoma" w:hAnsi="Tahoma" w:cs="Tahoma"/>
          <w:rtl/>
        </w:rPr>
        <w:t xml:space="preserve">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کردند</w:t>
      </w:r>
      <w:r w:rsidRPr="008A2A16">
        <w:rPr>
          <w:rFonts w:ascii="Tahoma" w:hAnsi="Tahoma" w:cs="Tahoma"/>
          <w:rtl/>
        </w:rPr>
        <w:t>. اما تجارت به امن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ت</w:t>
      </w:r>
      <w:r w:rsidRPr="008A2A16">
        <w:rPr>
          <w:rFonts w:ascii="Tahoma" w:hAnsi="Tahoma" w:cs="Tahoma"/>
          <w:rtl/>
        </w:rPr>
        <w:t xml:space="preserve"> راه، ثبات پو</w:t>
      </w:r>
      <w:r w:rsidRPr="008A2A16">
        <w:rPr>
          <w:rFonts w:ascii="Tahoma" w:hAnsi="Tahoma" w:cs="Tahoma" w:hint="eastAsia"/>
          <w:rtl/>
        </w:rPr>
        <w:t>ل،</w:t>
      </w:r>
      <w:r w:rsidRPr="008A2A16">
        <w:rPr>
          <w:rFonts w:ascii="Tahoma" w:hAnsi="Tahoma" w:cs="Tahoma"/>
          <w:rtl/>
        </w:rPr>
        <w:t xml:space="preserve"> قابل پ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ش‌ب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ن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بودن</w:t>
      </w:r>
      <w:r w:rsidRPr="008A2A16">
        <w:rPr>
          <w:rFonts w:ascii="Tahoma" w:hAnsi="Tahoma" w:cs="Tahoma"/>
          <w:rtl/>
        </w:rPr>
        <w:t xml:space="preserve"> مال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ات</w:t>
      </w:r>
      <w:r w:rsidRPr="008A2A16">
        <w:rPr>
          <w:rFonts w:ascii="Tahoma" w:hAnsi="Tahoma" w:cs="Tahoma"/>
          <w:rtl/>
        </w:rPr>
        <w:t xml:space="preserve"> و احترام به قرارداد ن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از</w:t>
      </w:r>
      <w:r w:rsidRPr="008A2A16">
        <w:rPr>
          <w:rFonts w:ascii="Tahoma" w:hAnsi="Tahoma" w:cs="Tahoma"/>
          <w:rtl/>
        </w:rPr>
        <w:t xml:space="preserve"> داشت.</w:t>
      </w:r>
    </w:p>
    <w:p w:rsidR="008A2A16" w:rsidRPr="008A2A16" w:rsidRDefault="008A2A16" w:rsidP="008A2A1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A2A16">
        <w:rPr>
          <w:rFonts w:ascii="Tahoma" w:hAnsi="Tahoma" w:cs="Tahoma" w:hint="eastAsia"/>
          <w:rtl/>
        </w:rPr>
        <w:t>هرگاه</w:t>
      </w:r>
      <w:r w:rsidRPr="008A2A16">
        <w:rPr>
          <w:rFonts w:ascii="Tahoma" w:hAnsi="Tahoma" w:cs="Tahoma"/>
          <w:rtl/>
        </w:rPr>
        <w:t xml:space="preserve"> حکومت برا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جبران کمبود خزانه به مصادره، انحصار 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ا</w:t>
      </w:r>
      <w:r w:rsidRPr="008A2A16">
        <w:rPr>
          <w:rFonts w:ascii="Tahoma" w:hAnsi="Tahoma" w:cs="Tahoma"/>
          <w:rtl/>
        </w:rPr>
        <w:t xml:space="preserve"> درخواست‌ها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ناگهان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رو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آورد،</w:t>
      </w:r>
      <w:r w:rsidRPr="008A2A16">
        <w:rPr>
          <w:rFonts w:ascii="Tahoma" w:hAnsi="Tahoma" w:cs="Tahoma"/>
          <w:rtl/>
        </w:rPr>
        <w:t xml:space="preserve"> اعتماد بازرگان کاهش م</w:t>
      </w:r>
      <w:r w:rsidRPr="008A2A16">
        <w:rPr>
          <w:rFonts w:ascii="Tahoma" w:hAnsi="Tahoma" w:cs="Tahoma" w:hint="cs"/>
          <w:rtl/>
        </w:rPr>
        <w:t>ی‌ی</w:t>
      </w:r>
      <w:r w:rsidRPr="008A2A16">
        <w:rPr>
          <w:rFonts w:ascii="Tahoma" w:hAnsi="Tahoma" w:cs="Tahoma" w:hint="eastAsia"/>
          <w:rtl/>
        </w:rPr>
        <w:t>افت</w:t>
      </w:r>
      <w:r w:rsidRPr="008A2A16">
        <w:rPr>
          <w:rFonts w:ascii="Tahoma" w:hAnsi="Tahoma" w:cs="Tahoma"/>
          <w:rtl/>
        </w:rPr>
        <w:t>. بازرگان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توانست</w:t>
      </w:r>
      <w:r w:rsidRPr="008A2A16">
        <w:rPr>
          <w:rFonts w:ascii="Tahoma" w:hAnsi="Tahoma" w:cs="Tahoma"/>
          <w:rtl/>
        </w:rPr>
        <w:t xml:space="preserve"> سرما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هٔ</w:t>
      </w:r>
      <w:r w:rsidRPr="008A2A16">
        <w:rPr>
          <w:rFonts w:ascii="Tahoma" w:hAnsi="Tahoma" w:cs="Tahoma"/>
          <w:rtl/>
        </w:rPr>
        <w:t xml:space="preserve"> خود را پنهان کند، مس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ر</w:t>
      </w:r>
      <w:r w:rsidRPr="008A2A16">
        <w:rPr>
          <w:rFonts w:ascii="Tahoma" w:hAnsi="Tahoma" w:cs="Tahoma"/>
          <w:rtl/>
        </w:rPr>
        <w:t xml:space="preserve"> 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گر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برگز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ند</w:t>
      </w:r>
      <w:r w:rsidRPr="008A2A16">
        <w:rPr>
          <w:rFonts w:ascii="Tahoma" w:hAnsi="Tahoma" w:cs="Tahoma"/>
          <w:rtl/>
        </w:rPr>
        <w:t xml:space="preserve"> 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ا</w:t>
      </w:r>
      <w:r w:rsidRPr="008A2A16">
        <w:rPr>
          <w:rFonts w:ascii="Tahoma" w:hAnsi="Tahoma" w:cs="Tahoma"/>
          <w:rtl/>
        </w:rPr>
        <w:t xml:space="preserve"> فعال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تش</w:t>
      </w:r>
      <w:r w:rsidRPr="008A2A16">
        <w:rPr>
          <w:rFonts w:ascii="Tahoma" w:hAnsi="Tahoma" w:cs="Tahoma"/>
          <w:rtl/>
        </w:rPr>
        <w:t xml:space="preserve"> را کاهش دهد. حکومت ممکن بود با فشار، درآمد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فور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به دست آورد، ام</w:t>
      </w:r>
      <w:r w:rsidRPr="008A2A16">
        <w:rPr>
          <w:rFonts w:ascii="Tahoma" w:hAnsi="Tahoma" w:cs="Tahoma" w:hint="eastAsia"/>
          <w:rtl/>
        </w:rPr>
        <w:t>ا</w:t>
      </w:r>
      <w:r w:rsidRPr="008A2A16">
        <w:rPr>
          <w:rFonts w:ascii="Tahoma" w:hAnsi="Tahoma" w:cs="Tahoma"/>
          <w:rtl/>
        </w:rPr>
        <w:t xml:space="preserve"> در درازمدت از رونق تجارت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کاست</w:t>
      </w:r>
      <w:r w:rsidRPr="008A2A16">
        <w:rPr>
          <w:rFonts w:ascii="Tahoma" w:hAnsi="Tahoma" w:cs="Tahoma"/>
          <w:rtl/>
        </w:rPr>
        <w:t>.</w:t>
      </w:r>
    </w:p>
    <w:p w:rsidR="008A2A16" w:rsidRPr="008A2A16" w:rsidRDefault="008A2A16" w:rsidP="008A2A1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A2A16">
        <w:rPr>
          <w:rFonts w:ascii="Tahoma" w:hAnsi="Tahoma" w:cs="Tahoma" w:hint="eastAsia"/>
          <w:rtl/>
        </w:rPr>
        <w:t>جلفا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نو نمونهٔ روشن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از 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ن</w:t>
      </w:r>
      <w:r w:rsidRPr="008A2A16">
        <w:rPr>
          <w:rFonts w:ascii="Tahoma" w:hAnsi="Tahoma" w:cs="Tahoma"/>
          <w:rtl/>
        </w:rPr>
        <w:t xml:space="preserve"> رابطه بود. بازرگانان ارمن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برا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فعال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ت</w:t>
      </w:r>
      <w:r w:rsidRPr="008A2A16">
        <w:rPr>
          <w:rFonts w:ascii="Tahoma" w:hAnsi="Tahoma" w:cs="Tahoma"/>
          <w:rtl/>
        </w:rPr>
        <w:t xml:space="preserve"> به امت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ازها</w:t>
      </w:r>
      <w:r w:rsidRPr="008A2A16">
        <w:rPr>
          <w:rFonts w:ascii="Tahoma" w:hAnsi="Tahoma" w:cs="Tahoma"/>
          <w:rtl/>
        </w:rPr>
        <w:t xml:space="preserve"> و حما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ت</w:t>
      </w:r>
      <w:r w:rsidRPr="008A2A16">
        <w:rPr>
          <w:rFonts w:ascii="Tahoma" w:hAnsi="Tahoma" w:cs="Tahoma"/>
          <w:rtl/>
        </w:rPr>
        <w:t xml:space="preserve"> شاه ن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از</w:t>
      </w:r>
      <w:r w:rsidRPr="008A2A16">
        <w:rPr>
          <w:rFonts w:ascii="Tahoma" w:hAnsi="Tahoma" w:cs="Tahoma"/>
          <w:rtl/>
        </w:rPr>
        <w:t xml:space="preserve"> داشتند و حکومت ن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ز</w:t>
      </w:r>
      <w:r w:rsidRPr="008A2A16">
        <w:rPr>
          <w:rFonts w:ascii="Tahoma" w:hAnsi="Tahoma" w:cs="Tahoma"/>
          <w:rtl/>
        </w:rPr>
        <w:t xml:space="preserve"> از شبکه‌ها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آنان برا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صدور ابر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شم</w:t>
      </w:r>
      <w:r w:rsidRPr="008A2A16">
        <w:rPr>
          <w:rFonts w:ascii="Tahoma" w:hAnsi="Tahoma" w:cs="Tahoma"/>
          <w:rtl/>
        </w:rPr>
        <w:t xml:space="preserve"> و ارتباط با بازارها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دور بهره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برد</w:t>
      </w:r>
      <w:r w:rsidRPr="008A2A16">
        <w:rPr>
          <w:rFonts w:ascii="Tahoma" w:hAnsi="Tahoma" w:cs="Tahoma"/>
          <w:rtl/>
        </w:rPr>
        <w:t>. اما هم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ن</w:t>
      </w:r>
      <w:r w:rsidRPr="008A2A16">
        <w:rPr>
          <w:rFonts w:ascii="Tahoma" w:hAnsi="Tahoma" w:cs="Tahoma"/>
          <w:rtl/>
        </w:rPr>
        <w:t xml:space="preserve"> ثروت آنان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توانست</w:t>
      </w:r>
      <w:r w:rsidRPr="008A2A16">
        <w:rPr>
          <w:rFonts w:ascii="Tahoma" w:hAnsi="Tahoma" w:cs="Tahoma"/>
          <w:rtl/>
        </w:rPr>
        <w:t xml:space="preserve"> چشم دربار و مأموران را به دارا</w:t>
      </w:r>
      <w:r w:rsidRPr="008A2A16">
        <w:rPr>
          <w:rFonts w:ascii="Tahoma" w:hAnsi="Tahoma" w:cs="Tahoma" w:hint="cs"/>
          <w:rtl/>
        </w:rPr>
        <w:t>یی‌</w:t>
      </w:r>
      <w:r w:rsidRPr="008A2A16">
        <w:rPr>
          <w:rFonts w:ascii="Tahoma" w:hAnsi="Tahoma" w:cs="Tahoma" w:hint="eastAsia"/>
          <w:rtl/>
        </w:rPr>
        <w:t>شان</w:t>
      </w:r>
      <w:r w:rsidRPr="008A2A16">
        <w:rPr>
          <w:rFonts w:ascii="Tahoma" w:hAnsi="Tahoma" w:cs="Tahoma"/>
          <w:rtl/>
        </w:rPr>
        <w:t xml:space="preserve"> بد</w:t>
      </w:r>
      <w:r w:rsidRPr="008A2A16">
        <w:rPr>
          <w:rFonts w:ascii="Tahoma" w:hAnsi="Tahoma" w:cs="Tahoma" w:hint="eastAsia"/>
          <w:rtl/>
        </w:rPr>
        <w:t>وزد</w:t>
      </w:r>
      <w:r w:rsidRPr="008A2A16">
        <w:rPr>
          <w:rFonts w:ascii="Tahoma" w:hAnsi="Tahoma" w:cs="Tahoma"/>
          <w:rtl/>
        </w:rPr>
        <w:t>. حما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ت</w:t>
      </w:r>
      <w:r w:rsidRPr="008A2A16">
        <w:rPr>
          <w:rFonts w:ascii="Tahoma" w:hAnsi="Tahoma" w:cs="Tahoma"/>
          <w:rtl/>
        </w:rPr>
        <w:t xml:space="preserve"> و فشار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توانستند</w:t>
      </w:r>
      <w:r w:rsidRPr="008A2A16">
        <w:rPr>
          <w:rFonts w:ascii="Tahoma" w:hAnsi="Tahoma" w:cs="Tahoma"/>
          <w:rtl/>
        </w:rPr>
        <w:t xml:space="preserve"> در کنار 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کد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گر</w:t>
      </w:r>
      <w:r w:rsidRPr="008A2A16">
        <w:rPr>
          <w:rFonts w:ascii="Tahoma" w:hAnsi="Tahoma" w:cs="Tahoma"/>
          <w:rtl/>
        </w:rPr>
        <w:t xml:space="preserve"> وجود داشته باشند.</w:t>
      </w:r>
    </w:p>
    <w:p w:rsidR="008A2A16" w:rsidRPr="008A2A16" w:rsidRDefault="008A2A16" w:rsidP="008A2A1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A2A16">
        <w:rPr>
          <w:rFonts w:ascii="Tahoma" w:hAnsi="Tahoma" w:cs="Tahoma" w:hint="eastAsia"/>
          <w:rtl/>
        </w:rPr>
        <w:t>قشون</w:t>
      </w:r>
      <w:r w:rsidRPr="008A2A16">
        <w:rPr>
          <w:rFonts w:ascii="Tahoma" w:hAnsi="Tahoma" w:cs="Tahoma"/>
          <w:rtl/>
        </w:rPr>
        <w:t xml:space="preserve"> ن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ز</w:t>
      </w:r>
      <w:r w:rsidRPr="008A2A16">
        <w:rPr>
          <w:rFonts w:ascii="Tahoma" w:hAnsi="Tahoma" w:cs="Tahoma"/>
          <w:rtl/>
        </w:rPr>
        <w:t xml:space="preserve"> در دوران صلح طولان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به‌تدر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ج</w:t>
      </w:r>
      <w:r w:rsidRPr="008A2A16">
        <w:rPr>
          <w:rFonts w:ascii="Tahoma" w:hAnsi="Tahoma" w:cs="Tahoma"/>
          <w:rtl/>
        </w:rPr>
        <w:t xml:space="preserve"> از آمادگ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فاصله گرفت. ن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رو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نظام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فقط با داشتن نام، لباس و فهرست مواجب آماده نم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ماند</w:t>
      </w:r>
      <w:r w:rsidRPr="008A2A16">
        <w:rPr>
          <w:rFonts w:ascii="Tahoma" w:hAnsi="Tahoma" w:cs="Tahoma"/>
          <w:rtl/>
        </w:rPr>
        <w:t>. سرباز با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د</w:t>
      </w:r>
      <w:r w:rsidRPr="008A2A16">
        <w:rPr>
          <w:rFonts w:ascii="Tahoma" w:hAnsi="Tahoma" w:cs="Tahoma"/>
          <w:rtl/>
        </w:rPr>
        <w:t xml:space="preserve"> آموزش بب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ند،</w:t>
      </w:r>
      <w:r w:rsidRPr="008A2A16">
        <w:rPr>
          <w:rFonts w:ascii="Tahoma" w:hAnsi="Tahoma" w:cs="Tahoma"/>
          <w:rtl/>
        </w:rPr>
        <w:t xml:space="preserve"> سلاحش نگهدار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شود، فرمانده تجربه کسب کند و تدارکات مرتب آزما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ش</w:t>
      </w:r>
      <w:r w:rsidRPr="008A2A16">
        <w:rPr>
          <w:rFonts w:ascii="Tahoma" w:hAnsi="Tahoma" w:cs="Tahoma"/>
          <w:rtl/>
        </w:rPr>
        <w:t xml:space="preserve"> گردد. نبود جنگ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توانست</w:t>
      </w:r>
      <w:r w:rsidRPr="008A2A16">
        <w:rPr>
          <w:rFonts w:ascii="Tahoma" w:hAnsi="Tahoma" w:cs="Tahoma"/>
          <w:rtl/>
        </w:rPr>
        <w:t xml:space="preserve"> فرصت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برا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تمر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ن</w:t>
      </w:r>
      <w:r w:rsidRPr="008A2A16">
        <w:rPr>
          <w:rFonts w:ascii="Tahoma" w:hAnsi="Tahoma" w:cs="Tahoma"/>
          <w:rtl/>
        </w:rPr>
        <w:t xml:space="preserve"> و </w:t>
      </w:r>
      <w:r w:rsidRPr="008A2A16">
        <w:rPr>
          <w:rFonts w:ascii="Tahoma" w:hAnsi="Tahoma" w:cs="Tahoma" w:hint="eastAsia"/>
          <w:rtl/>
        </w:rPr>
        <w:t>سازمان‌ده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باشد، اما اگر شاه و دربار علاقه‌ا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به امور نظام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نداشتند، قشون به هز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نه‌ا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در دفتر تبد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ل</w:t>
      </w:r>
      <w:r w:rsidRPr="008A2A16">
        <w:rPr>
          <w:rFonts w:ascii="Tahoma" w:hAnsi="Tahoma" w:cs="Tahoma"/>
          <w:rtl/>
        </w:rPr>
        <w:t xml:space="preserve">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شد</w:t>
      </w:r>
      <w:r w:rsidRPr="008A2A16">
        <w:rPr>
          <w:rFonts w:ascii="Tahoma" w:hAnsi="Tahoma" w:cs="Tahoma"/>
          <w:rtl/>
        </w:rPr>
        <w:t>.</w:t>
      </w:r>
    </w:p>
    <w:p w:rsidR="008A2A16" w:rsidRPr="008A2A16" w:rsidRDefault="008A2A16" w:rsidP="008A2A1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A2A16">
        <w:rPr>
          <w:rFonts w:ascii="Tahoma" w:hAnsi="Tahoma" w:cs="Tahoma" w:hint="eastAsia"/>
          <w:rtl/>
        </w:rPr>
        <w:t>گزارش</w:t>
      </w:r>
      <w:r w:rsidRPr="008A2A16">
        <w:rPr>
          <w:rFonts w:ascii="Tahoma" w:hAnsi="Tahoma" w:cs="Tahoma"/>
          <w:rtl/>
        </w:rPr>
        <w:t xml:space="preserve"> شمار سربازان هم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شه</w:t>
      </w:r>
      <w:r w:rsidRPr="008A2A16">
        <w:rPr>
          <w:rFonts w:ascii="Tahoma" w:hAnsi="Tahoma" w:cs="Tahoma"/>
          <w:rtl/>
        </w:rPr>
        <w:t xml:space="preserve"> با شمار واقع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ن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روها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آماده برابر نبود. فرمانده 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ا</w:t>
      </w:r>
      <w:r w:rsidRPr="008A2A16">
        <w:rPr>
          <w:rFonts w:ascii="Tahoma" w:hAnsi="Tahoma" w:cs="Tahoma"/>
          <w:rtl/>
        </w:rPr>
        <w:t xml:space="preserve"> مأمور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توانست</w:t>
      </w:r>
      <w:r w:rsidRPr="008A2A16">
        <w:rPr>
          <w:rFonts w:ascii="Tahoma" w:hAnsi="Tahoma" w:cs="Tahoma"/>
          <w:rtl/>
        </w:rPr>
        <w:t xml:space="preserve"> برا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در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افت</w:t>
      </w:r>
      <w:r w:rsidRPr="008A2A16">
        <w:rPr>
          <w:rFonts w:ascii="Tahoma" w:hAnsi="Tahoma" w:cs="Tahoma"/>
          <w:rtl/>
        </w:rPr>
        <w:t xml:space="preserve"> مواجب ب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شتر</w:t>
      </w:r>
      <w:r w:rsidRPr="008A2A16">
        <w:rPr>
          <w:rFonts w:ascii="Tahoma" w:hAnsi="Tahoma" w:cs="Tahoma"/>
          <w:rtl/>
        </w:rPr>
        <w:t xml:space="preserve"> نام کسان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را در دفتر نگاه دارد که در م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دان</w:t>
      </w:r>
      <w:r w:rsidRPr="008A2A16">
        <w:rPr>
          <w:rFonts w:ascii="Tahoma" w:hAnsi="Tahoma" w:cs="Tahoma"/>
          <w:rtl/>
        </w:rPr>
        <w:t xml:space="preserve"> حاضر نبودند. سلاح و اسب ممکن بود فرسوده 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ا</w:t>
      </w:r>
      <w:r w:rsidRPr="008A2A16">
        <w:rPr>
          <w:rFonts w:ascii="Tahoma" w:hAnsi="Tahoma" w:cs="Tahoma"/>
          <w:rtl/>
        </w:rPr>
        <w:t xml:space="preserve"> فروخته شوند و پول نگهدار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آنها در جا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گر</w:t>
      </w:r>
      <w:r w:rsidRPr="008A2A16">
        <w:rPr>
          <w:rFonts w:ascii="Tahoma" w:hAnsi="Tahoma" w:cs="Tahoma"/>
          <w:rtl/>
        </w:rPr>
        <w:t xml:space="preserve"> مصرف گردد. </w:t>
      </w:r>
      <w:r w:rsidRPr="008A2A16">
        <w:rPr>
          <w:rFonts w:ascii="Tahoma" w:hAnsi="Tahoma" w:cs="Tahoma" w:hint="eastAsia"/>
          <w:rtl/>
        </w:rPr>
        <w:t>تا</w:t>
      </w:r>
      <w:r w:rsidRPr="008A2A16">
        <w:rPr>
          <w:rFonts w:ascii="Tahoma" w:hAnsi="Tahoma" w:cs="Tahoma"/>
          <w:rtl/>
        </w:rPr>
        <w:t xml:space="preserve"> هنگام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که جنگ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بزرگ رو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نم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داد،</w:t>
      </w:r>
      <w:r w:rsidRPr="008A2A16">
        <w:rPr>
          <w:rFonts w:ascii="Tahoma" w:hAnsi="Tahoma" w:cs="Tahoma"/>
          <w:rtl/>
        </w:rPr>
        <w:t xml:space="preserve"> فاصلهٔ م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ان</w:t>
      </w:r>
      <w:r w:rsidRPr="008A2A16">
        <w:rPr>
          <w:rFonts w:ascii="Tahoma" w:hAnsi="Tahoma" w:cs="Tahoma"/>
          <w:rtl/>
        </w:rPr>
        <w:t xml:space="preserve"> عدد دفتر و توان واقع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قشون پنهان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ماند</w:t>
      </w:r>
      <w:r w:rsidRPr="008A2A16">
        <w:rPr>
          <w:rFonts w:ascii="Tahoma" w:hAnsi="Tahoma" w:cs="Tahoma"/>
          <w:rtl/>
        </w:rPr>
        <w:t>.</w:t>
      </w:r>
    </w:p>
    <w:p w:rsidR="008A2A16" w:rsidRPr="008A2A16" w:rsidRDefault="008A2A16" w:rsidP="008A2A1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A2A16">
        <w:rPr>
          <w:rFonts w:ascii="Tahoma" w:hAnsi="Tahoma" w:cs="Tahoma" w:hint="eastAsia"/>
          <w:rtl/>
        </w:rPr>
        <w:t>مرزها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آرام غرب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ن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ز</w:t>
      </w:r>
      <w:r w:rsidRPr="008A2A16">
        <w:rPr>
          <w:rFonts w:ascii="Tahoma" w:hAnsi="Tahoma" w:cs="Tahoma"/>
          <w:rtl/>
        </w:rPr>
        <w:t xml:space="preserve"> توجه حکومت را از مناطق دورتر برداشت. در قفقاز، خراسان، بلوچستان و نواح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افغان‌نش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ن،</w:t>
      </w:r>
      <w:r w:rsidRPr="008A2A16">
        <w:rPr>
          <w:rFonts w:ascii="Tahoma" w:hAnsi="Tahoma" w:cs="Tahoma"/>
          <w:rtl/>
        </w:rPr>
        <w:t xml:space="preserve"> قدرت مرکز به حضور حاکمان، دژها و قشون محل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وابسته بود. هرگاه مرکز از نظارت و تأم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ن</w:t>
      </w:r>
      <w:r w:rsidRPr="008A2A16">
        <w:rPr>
          <w:rFonts w:ascii="Tahoma" w:hAnsi="Tahoma" w:cs="Tahoma"/>
          <w:rtl/>
        </w:rPr>
        <w:t xml:space="preserve"> 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ن</w:t>
      </w:r>
      <w:r w:rsidRPr="008A2A16">
        <w:rPr>
          <w:rFonts w:ascii="Tahoma" w:hAnsi="Tahoma" w:cs="Tahoma"/>
          <w:rtl/>
        </w:rPr>
        <w:t xml:space="preserve"> مناطق غفلت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کرد،</w:t>
      </w:r>
      <w:r w:rsidRPr="008A2A16">
        <w:rPr>
          <w:rFonts w:ascii="Tahoma" w:hAnsi="Tahoma" w:cs="Tahoma"/>
          <w:rtl/>
        </w:rPr>
        <w:t xml:space="preserve"> ن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روها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محل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امکان م</w:t>
      </w:r>
      <w:r w:rsidRPr="008A2A16">
        <w:rPr>
          <w:rFonts w:ascii="Tahoma" w:hAnsi="Tahoma" w:cs="Tahoma" w:hint="cs"/>
          <w:rtl/>
        </w:rPr>
        <w:t>ی‌ی</w:t>
      </w:r>
      <w:r w:rsidRPr="008A2A16">
        <w:rPr>
          <w:rFonts w:ascii="Tahoma" w:hAnsi="Tahoma" w:cs="Tahoma" w:hint="eastAsia"/>
          <w:rtl/>
        </w:rPr>
        <w:t>افتند</w:t>
      </w:r>
      <w:r w:rsidRPr="008A2A16">
        <w:rPr>
          <w:rFonts w:ascii="Tahoma" w:hAnsi="Tahoma" w:cs="Tahoma"/>
          <w:rtl/>
        </w:rPr>
        <w:t xml:space="preserve"> مستقل‌تر عمل کنن</w:t>
      </w:r>
      <w:r w:rsidRPr="008A2A16">
        <w:rPr>
          <w:rFonts w:ascii="Tahoma" w:hAnsi="Tahoma" w:cs="Tahoma" w:hint="eastAsia"/>
          <w:rtl/>
        </w:rPr>
        <w:t>د</w:t>
      </w:r>
      <w:r w:rsidRPr="008A2A16">
        <w:rPr>
          <w:rFonts w:ascii="Tahoma" w:hAnsi="Tahoma" w:cs="Tahoma"/>
          <w:rtl/>
        </w:rPr>
        <w:t xml:space="preserve"> 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ا</w:t>
      </w:r>
      <w:r w:rsidRPr="008A2A16">
        <w:rPr>
          <w:rFonts w:ascii="Tahoma" w:hAnsi="Tahoma" w:cs="Tahoma"/>
          <w:rtl/>
        </w:rPr>
        <w:t xml:space="preserve"> از حکومت فاصله بگ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رند</w:t>
      </w:r>
      <w:r w:rsidRPr="008A2A16">
        <w:rPr>
          <w:rFonts w:ascii="Tahoma" w:hAnsi="Tahoma" w:cs="Tahoma"/>
          <w:rtl/>
        </w:rPr>
        <w:t>.</w:t>
      </w:r>
    </w:p>
    <w:p w:rsidR="008A2A16" w:rsidRPr="008A2A16" w:rsidRDefault="008A2A16" w:rsidP="008A2A1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A2A16">
        <w:rPr>
          <w:rFonts w:ascii="Tahoma" w:hAnsi="Tahoma" w:cs="Tahoma" w:hint="eastAsia"/>
          <w:rtl/>
        </w:rPr>
        <w:t>حملهٔ</w:t>
      </w:r>
      <w:r w:rsidRPr="008A2A16">
        <w:rPr>
          <w:rFonts w:ascii="Tahoma" w:hAnsi="Tahoma" w:cs="Tahoma"/>
          <w:rtl/>
        </w:rPr>
        <w:t xml:space="preserve"> قزاقان به سواحل در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خزر در آغاز سلطنت شاه سل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مان</w:t>
      </w:r>
      <w:r w:rsidRPr="008A2A16">
        <w:rPr>
          <w:rFonts w:ascii="Tahoma" w:hAnsi="Tahoma" w:cs="Tahoma"/>
          <w:rtl/>
        </w:rPr>
        <w:t xml:space="preserve"> نمونه‌ا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از آس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ب‌پذ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ر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مرزها بود. گروه‌ها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مهاجم توانستند به مناطق ساحل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حمله و خسارت وارد کنند. 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ن</w:t>
      </w:r>
      <w:r w:rsidRPr="008A2A16">
        <w:rPr>
          <w:rFonts w:ascii="Tahoma" w:hAnsi="Tahoma" w:cs="Tahoma"/>
          <w:rtl/>
        </w:rPr>
        <w:t xml:space="preserve"> 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ورش</w:t>
      </w:r>
      <w:r w:rsidRPr="008A2A16">
        <w:rPr>
          <w:rFonts w:ascii="Tahoma" w:hAnsi="Tahoma" w:cs="Tahoma"/>
          <w:rtl/>
        </w:rPr>
        <w:t xml:space="preserve"> حکومت را سرنگون نکرد، اما نشان داد که شکوه اصفهان الزاماً به معنا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امن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ت</w:t>
      </w:r>
      <w:r w:rsidRPr="008A2A16">
        <w:rPr>
          <w:rFonts w:ascii="Tahoma" w:hAnsi="Tahoma" w:cs="Tahoma"/>
          <w:rtl/>
        </w:rPr>
        <w:t xml:space="preserve"> همهٔ مرزها ن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ست</w:t>
      </w:r>
      <w:r w:rsidRPr="008A2A16">
        <w:rPr>
          <w:rFonts w:ascii="Tahoma" w:hAnsi="Tahoma" w:cs="Tahoma"/>
          <w:rtl/>
        </w:rPr>
        <w:t>.</w:t>
      </w:r>
    </w:p>
    <w:p w:rsidR="008A2A16" w:rsidRPr="008A2A16" w:rsidRDefault="008A2A16" w:rsidP="008A2A1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A2A16">
        <w:rPr>
          <w:rFonts w:ascii="Tahoma" w:hAnsi="Tahoma" w:cs="Tahoma" w:hint="eastAsia"/>
          <w:rtl/>
        </w:rPr>
        <w:t>در</w:t>
      </w:r>
      <w:r w:rsidRPr="008A2A16">
        <w:rPr>
          <w:rFonts w:ascii="Tahoma" w:hAnsi="Tahoma" w:cs="Tahoma"/>
          <w:rtl/>
        </w:rPr>
        <w:t xml:space="preserve"> شرق ن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ز</w:t>
      </w:r>
      <w:r w:rsidRPr="008A2A16">
        <w:rPr>
          <w:rFonts w:ascii="Tahoma" w:hAnsi="Tahoma" w:cs="Tahoma"/>
          <w:rtl/>
        </w:rPr>
        <w:t xml:space="preserve"> ازبکان و گروه‌ها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مختلف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توانستند</w:t>
      </w:r>
      <w:r w:rsidRPr="008A2A16">
        <w:rPr>
          <w:rFonts w:ascii="Tahoma" w:hAnsi="Tahoma" w:cs="Tahoma"/>
          <w:rtl/>
        </w:rPr>
        <w:t xml:space="preserve"> از ضعف نظارت مرکز استفاده کنند. حکومت صفو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هنوز قادر بود در برابر حمله‌ها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محدود واکنش نشان دهد، اما توان بس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ج</w:t>
      </w:r>
      <w:r w:rsidRPr="008A2A16">
        <w:rPr>
          <w:rFonts w:ascii="Tahoma" w:hAnsi="Tahoma" w:cs="Tahoma"/>
          <w:rtl/>
        </w:rPr>
        <w:t xml:space="preserve"> سر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ع</w:t>
      </w:r>
      <w:r w:rsidRPr="008A2A16">
        <w:rPr>
          <w:rFonts w:ascii="Tahoma" w:hAnsi="Tahoma" w:cs="Tahoma"/>
          <w:rtl/>
        </w:rPr>
        <w:t xml:space="preserve"> و هماهنگ ن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روها</w:t>
      </w:r>
      <w:r w:rsidRPr="008A2A16">
        <w:rPr>
          <w:rFonts w:ascii="Tahoma" w:hAnsi="Tahoma" w:cs="Tahoma"/>
          <w:rtl/>
        </w:rPr>
        <w:t xml:space="preserve"> کاهش م</w:t>
      </w:r>
      <w:r w:rsidRPr="008A2A16">
        <w:rPr>
          <w:rFonts w:ascii="Tahoma" w:hAnsi="Tahoma" w:cs="Tahoma" w:hint="cs"/>
          <w:rtl/>
        </w:rPr>
        <w:t>ی‌ی</w:t>
      </w:r>
      <w:r w:rsidRPr="008A2A16">
        <w:rPr>
          <w:rFonts w:ascii="Tahoma" w:hAnsi="Tahoma" w:cs="Tahoma" w:hint="eastAsia"/>
          <w:rtl/>
        </w:rPr>
        <w:t>افت</w:t>
      </w:r>
      <w:r w:rsidRPr="008A2A16">
        <w:rPr>
          <w:rFonts w:ascii="Tahoma" w:hAnsi="Tahoma" w:cs="Tahoma"/>
          <w:rtl/>
        </w:rPr>
        <w:t>. فرماندهان محل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ب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ش</w:t>
      </w:r>
      <w:r w:rsidRPr="008A2A16">
        <w:rPr>
          <w:rFonts w:ascii="Tahoma" w:hAnsi="Tahoma" w:cs="Tahoma"/>
          <w:rtl/>
        </w:rPr>
        <w:t xml:space="preserve"> از گذشته به امکانات خود وابسته بودند و مرکز </w:t>
      </w:r>
      <w:r w:rsidRPr="008A2A16">
        <w:rPr>
          <w:rFonts w:ascii="Tahoma" w:hAnsi="Tahoma" w:cs="Tahoma" w:hint="eastAsia"/>
          <w:rtl/>
        </w:rPr>
        <w:t>هم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شه</w:t>
      </w:r>
      <w:r w:rsidRPr="008A2A16">
        <w:rPr>
          <w:rFonts w:ascii="Tahoma" w:hAnsi="Tahoma" w:cs="Tahoma"/>
          <w:rtl/>
        </w:rPr>
        <w:t xml:space="preserve"> ن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رو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لازم را به‌موقع نم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رساند</w:t>
      </w:r>
      <w:r w:rsidRPr="008A2A16">
        <w:rPr>
          <w:rFonts w:ascii="Tahoma" w:hAnsi="Tahoma" w:cs="Tahoma"/>
          <w:rtl/>
        </w:rPr>
        <w:t>.</w:t>
      </w:r>
    </w:p>
    <w:p w:rsidR="008A2A16" w:rsidRPr="008A2A16" w:rsidRDefault="008A2A16" w:rsidP="008A2A1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A2A16">
        <w:rPr>
          <w:rFonts w:ascii="Tahoma" w:hAnsi="Tahoma" w:cs="Tahoma" w:hint="eastAsia"/>
          <w:rtl/>
        </w:rPr>
        <w:t>باا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ن‌همه،</w:t>
      </w:r>
      <w:r w:rsidRPr="008A2A16">
        <w:rPr>
          <w:rFonts w:ascii="Tahoma" w:hAnsi="Tahoma" w:cs="Tahoma"/>
          <w:rtl/>
        </w:rPr>
        <w:t xml:space="preserve"> فرسودگ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حکومت برا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مردم پا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تخت</w:t>
      </w:r>
      <w:r w:rsidRPr="008A2A16">
        <w:rPr>
          <w:rFonts w:ascii="Tahoma" w:hAnsi="Tahoma" w:cs="Tahoma"/>
          <w:rtl/>
        </w:rPr>
        <w:t xml:space="preserve"> و حت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بس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ار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از صاحب‌منصبان آشکار نبود. اصفهان همچنان باشکوه بود، مراسم دربار برگزار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شد،</w:t>
      </w:r>
      <w:r w:rsidRPr="008A2A16">
        <w:rPr>
          <w:rFonts w:ascii="Tahoma" w:hAnsi="Tahoma" w:cs="Tahoma"/>
          <w:rtl/>
        </w:rPr>
        <w:t xml:space="preserve"> سف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ران</w:t>
      </w:r>
      <w:r w:rsidRPr="008A2A16">
        <w:rPr>
          <w:rFonts w:ascii="Tahoma" w:hAnsi="Tahoma" w:cs="Tahoma"/>
          <w:rtl/>
        </w:rPr>
        <w:t xml:space="preserve"> خارج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به حضور شاه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رس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دند</w:t>
      </w:r>
      <w:r w:rsidRPr="008A2A16">
        <w:rPr>
          <w:rFonts w:ascii="Tahoma" w:hAnsi="Tahoma" w:cs="Tahoma"/>
          <w:rtl/>
        </w:rPr>
        <w:t xml:space="preserve"> و بازارها فعال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ت</w:t>
      </w:r>
      <w:r w:rsidRPr="008A2A16">
        <w:rPr>
          <w:rFonts w:ascii="Tahoma" w:hAnsi="Tahoma" w:cs="Tahoma"/>
          <w:rtl/>
        </w:rPr>
        <w:t xml:space="preserve">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کردند</w:t>
      </w:r>
      <w:r w:rsidRPr="008A2A16">
        <w:rPr>
          <w:rFonts w:ascii="Tahoma" w:hAnsi="Tahoma" w:cs="Tahoma"/>
          <w:rtl/>
        </w:rPr>
        <w:t>. مال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ات</w:t>
      </w:r>
      <w:r w:rsidRPr="008A2A16">
        <w:rPr>
          <w:rFonts w:ascii="Tahoma" w:hAnsi="Tahoma" w:cs="Tahoma"/>
          <w:rtl/>
        </w:rPr>
        <w:t xml:space="preserve"> به خزانه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آمد</w:t>
      </w:r>
      <w:r w:rsidRPr="008A2A16">
        <w:rPr>
          <w:rFonts w:ascii="Tahoma" w:hAnsi="Tahoma" w:cs="Tahoma"/>
          <w:rtl/>
        </w:rPr>
        <w:t xml:space="preserve"> و نام شاه بر سکه و خطبه باق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بود. ه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چ</w:t>
      </w:r>
      <w:r w:rsidRPr="008A2A16">
        <w:rPr>
          <w:rFonts w:ascii="Tahoma" w:hAnsi="Tahoma" w:cs="Tahoma"/>
          <w:rtl/>
        </w:rPr>
        <w:t xml:space="preserve"> نشانه‌ا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وجود نداشت که سقوط نزد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ک</w:t>
      </w:r>
      <w:r w:rsidRPr="008A2A16">
        <w:rPr>
          <w:rFonts w:ascii="Tahoma" w:hAnsi="Tahoma" w:cs="Tahoma"/>
          <w:rtl/>
        </w:rPr>
        <w:t xml:space="preserve"> باشد.</w:t>
      </w:r>
    </w:p>
    <w:p w:rsidR="008A2A16" w:rsidRPr="008A2A16" w:rsidRDefault="008A2A16" w:rsidP="008A2A1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A2A16">
        <w:rPr>
          <w:rFonts w:ascii="Tahoma" w:hAnsi="Tahoma" w:cs="Tahoma" w:hint="eastAsia"/>
          <w:rtl/>
        </w:rPr>
        <w:t>هم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ن</w:t>
      </w:r>
      <w:r w:rsidRPr="008A2A16">
        <w:rPr>
          <w:rFonts w:ascii="Tahoma" w:hAnsi="Tahoma" w:cs="Tahoma"/>
          <w:rtl/>
        </w:rPr>
        <w:t xml:space="preserve"> ظاهر پا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دار</w:t>
      </w:r>
      <w:r w:rsidRPr="008A2A16">
        <w:rPr>
          <w:rFonts w:ascii="Tahoma" w:hAnsi="Tahoma" w:cs="Tahoma"/>
          <w:rtl/>
        </w:rPr>
        <w:t xml:space="preserve"> خطر را ب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شتر</w:t>
      </w:r>
      <w:r w:rsidRPr="008A2A16">
        <w:rPr>
          <w:rFonts w:ascii="Tahoma" w:hAnsi="Tahoma" w:cs="Tahoma"/>
          <w:rtl/>
        </w:rPr>
        <w:t xml:space="preserve">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کرد</w:t>
      </w:r>
      <w:r w:rsidRPr="008A2A16">
        <w:rPr>
          <w:rFonts w:ascii="Tahoma" w:hAnsi="Tahoma" w:cs="Tahoma"/>
          <w:rtl/>
        </w:rPr>
        <w:t>. حکومت دل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ل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فور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برا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اصلاح خود نم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د</w:t>
      </w:r>
      <w:r w:rsidRPr="008A2A16">
        <w:rPr>
          <w:rFonts w:ascii="Tahoma" w:hAnsi="Tahoma" w:cs="Tahoma"/>
          <w:rtl/>
        </w:rPr>
        <w:t>. وز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ر</w:t>
      </w:r>
      <w:r w:rsidRPr="008A2A16">
        <w:rPr>
          <w:rFonts w:ascii="Tahoma" w:hAnsi="Tahoma" w:cs="Tahoma"/>
          <w:rtl/>
        </w:rPr>
        <w:t xml:space="preserve"> ممکن بود از کاهش درآمد 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ا</w:t>
      </w:r>
      <w:r w:rsidRPr="008A2A16">
        <w:rPr>
          <w:rFonts w:ascii="Tahoma" w:hAnsi="Tahoma" w:cs="Tahoma"/>
          <w:rtl/>
        </w:rPr>
        <w:t xml:space="preserve"> ضعف قشون سخن بگو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د،</w:t>
      </w:r>
      <w:r w:rsidRPr="008A2A16">
        <w:rPr>
          <w:rFonts w:ascii="Tahoma" w:hAnsi="Tahoma" w:cs="Tahoma"/>
          <w:rtl/>
        </w:rPr>
        <w:t xml:space="preserve"> اما تا هنگام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که دشمن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بزرگ به مرز نرس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ده</w:t>
      </w:r>
      <w:r w:rsidRPr="008A2A16">
        <w:rPr>
          <w:rFonts w:ascii="Tahoma" w:hAnsi="Tahoma" w:cs="Tahoma"/>
          <w:rtl/>
        </w:rPr>
        <w:t xml:space="preserve"> و شورش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سراسر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شکل نگرفته بود، دربار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توانست</w:t>
      </w:r>
      <w:r w:rsidRPr="008A2A16">
        <w:rPr>
          <w:rFonts w:ascii="Tahoma" w:hAnsi="Tahoma" w:cs="Tahoma"/>
          <w:rtl/>
        </w:rPr>
        <w:t xml:space="preserve"> هشدارها را اغراق‌آم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ز</w:t>
      </w:r>
      <w:r w:rsidRPr="008A2A16">
        <w:rPr>
          <w:rFonts w:ascii="Tahoma" w:hAnsi="Tahoma" w:cs="Tahoma"/>
          <w:rtl/>
        </w:rPr>
        <w:t xml:space="preserve"> بداند.</w:t>
      </w:r>
    </w:p>
    <w:p w:rsidR="008A2A16" w:rsidRPr="008A2A16" w:rsidRDefault="008A2A16" w:rsidP="008A2A1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A2A16">
        <w:rPr>
          <w:rFonts w:ascii="Tahoma" w:hAnsi="Tahoma" w:cs="Tahoma" w:hint="eastAsia"/>
          <w:rtl/>
        </w:rPr>
        <w:t>شاه</w:t>
      </w:r>
      <w:r w:rsidRPr="008A2A16">
        <w:rPr>
          <w:rFonts w:ascii="Tahoma" w:hAnsi="Tahoma" w:cs="Tahoma"/>
          <w:rtl/>
        </w:rPr>
        <w:t xml:space="preserve"> سل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مان</w:t>
      </w:r>
      <w:r w:rsidRPr="008A2A16">
        <w:rPr>
          <w:rFonts w:ascii="Tahoma" w:hAnsi="Tahoma" w:cs="Tahoma"/>
          <w:rtl/>
        </w:rPr>
        <w:t xml:space="preserve"> ن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ز</w:t>
      </w:r>
      <w:r w:rsidRPr="008A2A16">
        <w:rPr>
          <w:rFonts w:ascii="Tahoma" w:hAnsi="Tahoma" w:cs="Tahoma"/>
          <w:rtl/>
        </w:rPr>
        <w:t xml:space="preserve"> مانند 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گر</w:t>
      </w:r>
      <w:r w:rsidRPr="008A2A16">
        <w:rPr>
          <w:rFonts w:ascii="Tahoma" w:hAnsi="Tahoma" w:cs="Tahoma"/>
          <w:rtl/>
        </w:rPr>
        <w:t xml:space="preserve"> شاهان صفو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برا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تقو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ت</w:t>
      </w:r>
      <w:r w:rsidRPr="008A2A16">
        <w:rPr>
          <w:rFonts w:ascii="Tahoma" w:hAnsi="Tahoma" w:cs="Tahoma"/>
          <w:rtl/>
        </w:rPr>
        <w:t xml:space="preserve"> حقان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ت</w:t>
      </w:r>
      <w:r w:rsidRPr="008A2A16">
        <w:rPr>
          <w:rFonts w:ascii="Tahoma" w:hAnsi="Tahoma" w:cs="Tahoma"/>
          <w:rtl/>
        </w:rPr>
        <w:t xml:space="preserve"> تاج به مذهب رسم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ن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از</w:t>
      </w:r>
      <w:r w:rsidRPr="008A2A16">
        <w:rPr>
          <w:rFonts w:ascii="Tahoma" w:hAnsi="Tahoma" w:cs="Tahoma"/>
          <w:rtl/>
        </w:rPr>
        <w:t xml:space="preserve"> داشت. اما هرچه خود از ادارهٔ روزانهٔ کشور دورتر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شد،</w:t>
      </w:r>
      <w:r w:rsidRPr="008A2A16">
        <w:rPr>
          <w:rFonts w:ascii="Tahoma" w:hAnsi="Tahoma" w:cs="Tahoma"/>
          <w:rtl/>
        </w:rPr>
        <w:t xml:space="preserve"> 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نکاران</w:t>
      </w:r>
      <w:r w:rsidRPr="008A2A16">
        <w:rPr>
          <w:rFonts w:ascii="Tahoma" w:hAnsi="Tahoma" w:cs="Tahoma"/>
          <w:rtl/>
        </w:rPr>
        <w:t xml:space="preserve">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توانستند</w:t>
      </w:r>
      <w:r w:rsidRPr="008A2A16">
        <w:rPr>
          <w:rFonts w:ascii="Tahoma" w:hAnsi="Tahoma" w:cs="Tahoma"/>
          <w:rtl/>
        </w:rPr>
        <w:t xml:space="preserve"> در تعر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ف</w:t>
      </w:r>
      <w:r w:rsidRPr="008A2A16">
        <w:rPr>
          <w:rFonts w:ascii="Tahoma" w:hAnsi="Tahoma" w:cs="Tahoma"/>
          <w:rtl/>
        </w:rPr>
        <w:t xml:space="preserve"> رفتار درست حکومت و جامعه سهم ب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شتر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پ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دا</w:t>
      </w:r>
      <w:r w:rsidRPr="008A2A16">
        <w:rPr>
          <w:rFonts w:ascii="Tahoma" w:hAnsi="Tahoma" w:cs="Tahoma"/>
          <w:rtl/>
        </w:rPr>
        <w:t xml:space="preserve"> کنند. شاه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که نم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خواست</w:t>
      </w:r>
      <w:r w:rsidRPr="008A2A16">
        <w:rPr>
          <w:rFonts w:ascii="Tahoma" w:hAnsi="Tahoma" w:cs="Tahoma"/>
          <w:rtl/>
        </w:rPr>
        <w:t xml:space="preserve"> شخصاً دربارهٔ مسائل دشوار داو</w:t>
      </w:r>
      <w:r w:rsidRPr="008A2A16">
        <w:rPr>
          <w:rFonts w:ascii="Tahoma" w:hAnsi="Tahoma" w:cs="Tahoma" w:hint="eastAsia"/>
          <w:rtl/>
        </w:rPr>
        <w:t>ر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کند، آسان‌تر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توانست</w:t>
      </w:r>
      <w:r w:rsidRPr="008A2A16">
        <w:rPr>
          <w:rFonts w:ascii="Tahoma" w:hAnsi="Tahoma" w:cs="Tahoma"/>
          <w:rtl/>
        </w:rPr>
        <w:t xml:space="preserve"> پاسخ را از فق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ه،</w:t>
      </w:r>
      <w:r w:rsidRPr="008A2A16">
        <w:rPr>
          <w:rFonts w:ascii="Tahoma" w:hAnsi="Tahoma" w:cs="Tahoma"/>
          <w:rtl/>
        </w:rPr>
        <w:t xml:space="preserve"> ش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خ‌الاسلام</w:t>
      </w:r>
      <w:r w:rsidRPr="008A2A16">
        <w:rPr>
          <w:rFonts w:ascii="Tahoma" w:hAnsi="Tahoma" w:cs="Tahoma"/>
          <w:rtl/>
        </w:rPr>
        <w:t xml:space="preserve"> 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ا</w:t>
      </w:r>
      <w:r w:rsidRPr="008A2A16">
        <w:rPr>
          <w:rFonts w:ascii="Tahoma" w:hAnsi="Tahoma" w:cs="Tahoma"/>
          <w:rtl/>
        </w:rPr>
        <w:t xml:space="preserve"> صاحب‌منصب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مذهب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بخواهد.</w:t>
      </w:r>
    </w:p>
    <w:p w:rsidR="008A2A16" w:rsidRPr="008A2A16" w:rsidRDefault="008A2A16" w:rsidP="008A2A1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A2A16">
        <w:rPr>
          <w:rFonts w:ascii="Tahoma" w:hAnsi="Tahoma" w:cs="Tahoma" w:hint="eastAsia"/>
          <w:rtl/>
        </w:rPr>
        <w:t>در</w:t>
      </w:r>
      <w:r w:rsidRPr="008A2A16">
        <w:rPr>
          <w:rFonts w:ascii="Tahoma" w:hAnsi="Tahoma" w:cs="Tahoma"/>
          <w:rtl/>
        </w:rPr>
        <w:t xml:space="preserve"> نت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جه،</w:t>
      </w:r>
      <w:r w:rsidRPr="008A2A16">
        <w:rPr>
          <w:rFonts w:ascii="Tahoma" w:hAnsi="Tahoma" w:cs="Tahoma"/>
          <w:rtl/>
        </w:rPr>
        <w:t xml:space="preserve"> کناره‌گ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ر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شاه فقط دربار و وز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ران</w:t>
      </w:r>
      <w:r w:rsidRPr="008A2A16">
        <w:rPr>
          <w:rFonts w:ascii="Tahoma" w:hAnsi="Tahoma" w:cs="Tahoma"/>
          <w:rtl/>
        </w:rPr>
        <w:t xml:space="preserve"> را ن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رومند</w:t>
      </w:r>
      <w:r w:rsidRPr="008A2A16">
        <w:rPr>
          <w:rFonts w:ascii="Tahoma" w:hAnsi="Tahoma" w:cs="Tahoma"/>
          <w:rtl/>
        </w:rPr>
        <w:t xml:space="preserve"> نکرد؛ عمامه ن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ز</w:t>
      </w:r>
      <w:r w:rsidRPr="008A2A16">
        <w:rPr>
          <w:rFonts w:ascii="Tahoma" w:hAnsi="Tahoma" w:cs="Tahoma"/>
          <w:rtl/>
        </w:rPr>
        <w:t xml:space="preserve"> فرصت 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افت</w:t>
      </w:r>
      <w:r w:rsidRPr="008A2A16">
        <w:rPr>
          <w:rFonts w:ascii="Tahoma" w:hAnsi="Tahoma" w:cs="Tahoma"/>
          <w:rtl/>
        </w:rPr>
        <w:t xml:space="preserve"> حوزهٔ حضور خود را گسترش دهد. دستگاه 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نکار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اکنون از مدارس، موقوفات، محاکم، خاندان‌ها و پ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وندها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اجتماع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برخوردار بود و برا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نفوذ خود فقط به 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ک</w:t>
      </w:r>
      <w:r w:rsidRPr="008A2A16">
        <w:rPr>
          <w:rFonts w:ascii="Tahoma" w:hAnsi="Tahoma" w:cs="Tahoma"/>
          <w:rtl/>
        </w:rPr>
        <w:t xml:space="preserve"> فرمان تازهٔ شاه ن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از</w:t>
      </w:r>
      <w:r w:rsidRPr="008A2A16">
        <w:rPr>
          <w:rFonts w:ascii="Tahoma" w:hAnsi="Tahoma" w:cs="Tahoma"/>
          <w:rtl/>
        </w:rPr>
        <w:t xml:space="preserve"> نداشت.</w:t>
      </w:r>
    </w:p>
    <w:p w:rsidR="008A2A16" w:rsidRDefault="008A2A16" w:rsidP="008A2A16">
      <w:pPr>
        <w:bidi/>
        <w:spacing w:after="0" w:line="360" w:lineRule="auto"/>
        <w:ind w:firstLine="720"/>
        <w:jc w:val="both"/>
        <w:rPr>
          <w:rFonts w:ascii="Tahoma" w:hAnsi="Tahoma" w:cs="Tahoma"/>
          <w:rtl/>
        </w:rPr>
      </w:pPr>
      <w:r w:rsidRPr="008A2A16">
        <w:rPr>
          <w:rFonts w:ascii="Tahoma" w:hAnsi="Tahoma" w:cs="Tahoma" w:hint="eastAsia"/>
          <w:rtl/>
        </w:rPr>
        <w:t>در</w:t>
      </w:r>
      <w:r w:rsidRPr="008A2A16">
        <w:rPr>
          <w:rFonts w:ascii="Tahoma" w:hAnsi="Tahoma" w:cs="Tahoma"/>
          <w:rtl/>
        </w:rPr>
        <w:t xml:space="preserve"> قسمت دوم خواه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م</w:t>
      </w:r>
      <w:r w:rsidRPr="008A2A16">
        <w:rPr>
          <w:rFonts w:ascii="Tahoma" w:hAnsi="Tahoma" w:cs="Tahoma"/>
          <w:rtl/>
        </w:rPr>
        <w:t xml:space="preserve"> 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د</w:t>
      </w:r>
      <w:r w:rsidRPr="008A2A16">
        <w:rPr>
          <w:rFonts w:ascii="Tahoma" w:hAnsi="Tahoma" w:cs="Tahoma"/>
          <w:rtl/>
        </w:rPr>
        <w:t xml:space="preserve"> که چگونه در هم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ن</w:t>
      </w:r>
      <w:r w:rsidRPr="008A2A16">
        <w:rPr>
          <w:rFonts w:ascii="Tahoma" w:hAnsi="Tahoma" w:cs="Tahoma"/>
          <w:rtl/>
        </w:rPr>
        <w:t xml:space="preserve"> دوره، 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نکاران</w:t>
      </w:r>
      <w:r w:rsidRPr="008A2A16">
        <w:rPr>
          <w:rFonts w:ascii="Tahoma" w:hAnsi="Tahoma" w:cs="Tahoma"/>
          <w:rtl/>
        </w:rPr>
        <w:t xml:space="preserve"> از کارگزاران مذهب رسم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به ن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رو</w:t>
      </w:r>
      <w:r w:rsidRPr="008A2A16">
        <w:rPr>
          <w:rFonts w:ascii="Tahoma" w:hAnsi="Tahoma" w:cs="Tahoma" w:hint="cs"/>
          <w:rtl/>
        </w:rPr>
        <w:t>یی</w:t>
      </w:r>
      <w:r w:rsidRPr="008A2A16">
        <w:rPr>
          <w:rFonts w:ascii="Tahoma" w:hAnsi="Tahoma" w:cs="Tahoma"/>
          <w:rtl/>
        </w:rPr>
        <w:t xml:space="preserve"> نزد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ک‌تر</w:t>
      </w:r>
      <w:r w:rsidRPr="008A2A16">
        <w:rPr>
          <w:rFonts w:ascii="Tahoma" w:hAnsi="Tahoma" w:cs="Tahoma"/>
          <w:rtl/>
        </w:rPr>
        <w:t xml:space="preserve"> به مرکز تصم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م‌گ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ر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تبد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ل</w:t>
      </w:r>
      <w:r w:rsidRPr="008A2A16">
        <w:rPr>
          <w:rFonts w:ascii="Tahoma" w:hAnsi="Tahoma" w:cs="Tahoma"/>
          <w:rtl/>
        </w:rPr>
        <w:t xml:space="preserve"> شدند؛ مقام ملاباش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چگونه در رأس دستگاه مذهب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دربار جا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گرفت؛ نفوذ کسان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چون محمدباقر مجلس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چه تغ</w:t>
      </w:r>
      <w:r w:rsidRPr="008A2A16">
        <w:rPr>
          <w:rFonts w:ascii="Tahoma" w:hAnsi="Tahoma" w:cs="Tahoma" w:hint="cs"/>
          <w:rtl/>
        </w:rPr>
        <w:t>یی</w:t>
      </w:r>
      <w:r w:rsidRPr="008A2A16">
        <w:rPr>
          <w:rFonts w:ascii="Tahoma" w:hAnsi="Tahoma" w:cs="Tahoma" w:hint="eastAsia"/>
          <w:rtl/>
        </w:rPr>
        <w:t>ر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در رابطهٔ تاج و عمامه 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جاد</w:t>
      </w:r>
      <w:r w:rsidRPr="008A2A16">
        <w:rPr>
          <w:rFonts w:ascii="Tahoma" w:hAnsi="Tahoma" w:cs="Tahoma"/>
          <w:rtl/>
        </w:rPr>
        <w:t xml:space="preserve"> کرد؛ </w:t>
      </w:r>
      <w:r w:rsidRPr="008A2A16">
        <w:rPr>
          <w:rFonts w:ascii="Tahoma" w:hAnsi="Tahoma" w:cs="Tahoma" w:hint="eastAsia"/>
          <w:rtl/>
        </w:rPr>
        <w:t>و</w:t>
      </w:r>
      <w:r w:rsidRPr="008A2A16">
        <w:rPr>
          <w:rFonts w:ascii="Tahoma" w:hAnsi="Tahoma" w:cs="Tahoma"/>
          <w:rtl/>
        </w:rPr>
        <w:t xml:space="preserve"> شاه سل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مان</w:t>
      </w:r>
      <w:r w:rsidRPr="008A2A16">
        <w:rPr>
          <w:rFonts w:ascii="Tahoma" w:hAnsi="Tahoma" w:cs="Tahoma"/>
          <w:rtl/>
        </w:rPr>
        <w:t xml:space="preserve"> چگونه حکومت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را به جانش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نش</w:t>
      </w:r>
      <w:r w:rsidRPr="008A2A16">
        <w:rPr>
          <w:rFonts w:ascii="Tahoma" w:hAnsi="Tahoma" w:cs="Tahoma"/>
          <w:rtl/>
        </w:rPr>
        <w:t xml:space="preserve"> سپرد که در ظاهر آرام و 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کپارچه،</w:t>
      </w:r>
      <w:r w:rsidRPr="008A2A16">
        <w:rPr>
          <w:rFonts w:ascii="Tahoma" w:hAnsi="Tahoma" w:cs="Tahoma"/>
          <w:rtl/>
        </w:rPr>
        <w:t xml:space="preserve"> اما در درون از نظر قشون، 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وان</w:t>
      </w:r>
      <w:r w:rsidRPr="008A2A16">
        <w:rPr>
          <w:rFonts w:ascii="Tahoma" w:hAnsi="Tahoma" w:cs="Tahoma"/>
          <w:rtl/>
        </w:rPr>
        <w:t xml:space="preserve"> و توان تصم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م‌گ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ر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فرسوده شده بود.</w:t>
      </w:r>
    </w:p>
    <w:p w:rsidR="008A2A16" w:rsidRPr="008A2A16" w:rsidRDefault="008A2A16" w:rsidP="008A2A1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A2A16">
        <w:rPr>
          <w:rFonts w:ascii="Tahoma" w:hAnsi="Tahoma" w:cs="Tahoma"/>
          <w:rtl/>
        </w:rPr>
        <w:t>دستگاه 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نکار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در آغاز حکومت صفو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برا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اجرا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فرمان شاه ساخته شده بود. شاه اسماع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ل</w:t>
      </w:r>
      <w:r w:rsidRPr="008A2A16">
        <w:rPr>
          <w:rFonts w:ascii="Tahoma" w:hAnsi="Tahoma" w:cs="Tahoma"/>
          <w:rtl/>
        </w:rPr>
        <w:t xml:space="preserve"> مذهب رسم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را تع</w:t>
      </w:r>
      <w:r w:rsidRPr="008A2A16">
        <w:rPr>
          <w:rFonts w:ascii="Tahoma" w:hAnsi="Tahoma" w:cs="Tahoma" w:hint="cs"/>
          <w:rtl/>
        </w:rPr>
        <w:t>یی</w:t>
      </w:r>
      <w:r w:rsidRPr="008A2A16">
        <w:rPr>
          <w:rFonts w:ascii="Tahoma" w:hAnsi="Tahoma" w:cs="Tahoma" w:hint="eastAsia"/>
          <w:rtl/>
        </w:rPr>
        <w:t>ن</w:t>
      </w:r>
      <w:r w:rsidRPr="008A2A16">
        <w:rPr>
          <w:rFonts w:ascii="Tahoma" w:hAnsi="Tahoma" w:cs="Tahoma"/>
          <w:rtl/>
        </w:rPr>
        <w:t xml:space="preserve"> کرد و برا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گسترش آن به فق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هان</w:t>
      </w:r>
      <w:r w:rsidRPr="008A2A16">
        <w:rPr>
          <w:rFonts w:ascii="Tahoma" w:hAnsi="Tahoma" w:cs="Tahoma"/>
          <w:rtl/>
        </w:rPr>
        <w:t xml:space="preserve"> ن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از</w:t>
      </w:r>
      <w:r w:rsidRPr="008A2A16">
        <w:rPr>
          <w:rFonts w:ascii="Tahoma" w:hAnsi="Tahoma" w:cs="Tahoma"/>
          <w:rtl/>
        </w:rPr>
        <w:t xml:space="preserve"> 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افت</w:t>
      </w:r>
      <w:r w:rsidRPr="008A2A16">
        <w:rPr>
          <w:rFonts w:ascii="Tahoma" w:hAnsi="Tahoma" w:cs="Tahoma"/>
          <w:rtl/>
        </w:rPr>
        <w:t>. شاه تهماسب با حما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ت</w:t>
      </w:r>
      <w:r w:rsidRPr="008A2A16">
        <w:rPr>
          <w:rFonts w:ascii="Tahoma" w:hAnsi="Tahoma" w:cs="Tahoma"/>
          <w:rtl/>
        </w:rPr>
        <w:t xml:space="preserve"> از 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نکاران،</w:t>
      </w:r>
      <w:r w:rsidRPr="008A2A16">
        <w:rPr>
          <w:rFonts w:ascii="Tahoma" w:hAnsi="Tahoma" w:cs="Tahoma"/>
          <w:rtl/>
        </w:rPr>
        <w:t xml:space="preserve"> آنان را در برابر باورها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غلوآم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ز</w:t>
      </w:r>
      <w:r w:rsidRPr="008A2A16">
        <w:rPr>
          <w:rFonts w:ascii="Tahoma" w:hAnsi="Tahoma" w:cs="Tahoma"/>
          <w:rtl/>
        </w:rPr>
        <w:t xml:space="preserve"> قزلباشان و قدرت سران قبا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ل</w:t>
      </w:r>
      <w:r w:rsidRPr="008A2A16">
        <w:rPr>
          <w:rFonts w:ascii="Tahoma" w:hAnsi="Tahoma" w:cs="Tahoma"/>
          <w:rtl/>
        </w:rPr>
        <w:t xml:space="preserve"> به کار گرفت. شاه عباس ن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ز</w:t>
      </w:r>
      <w:r w:rsidRPr="008A2A16">
        <w:rPr>
          <w:rFonts w:ascii="Tahoma" w:hAnsi="Tahoma" w:cs="Tahoma"/>
          <w:rtl/>
        </w:rPr>
        <w:t xml:space="preserve"> از مذهب و 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نکاران</w:t>
      </w:r>
      <w:r w:rsidRPr="008A2A16">
        <w:rPr>
          <w:rFonts w:ascii="Tahoma" w:hAnsi="Tahoma" w:cs="Tahoma"/>
          <w:rtl/>
        </w:rPr>
        <w:t xml:space="preserve"> برا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استوارکردن تاج استفاده کرد، اما اجازه نداد ه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چ</w:t>
      </w:r>
      <w:r w:rsidRPr="008A2A16">
        <w:rPr>
          <w:rFonts w:ascii="Tahoma" w:hAnsi="Tahoma" w:cs="Tahoma"/>
          <w:rtl/>
        </w:rPr>
        <w:t xml:space="preserve"> صاحب‌منصب مذهب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اخت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ار</w:t>
      </w:r>
      <w:r w:rsidRPr="008A2A16">
        <w:rPr>
          <w:rFonts w:ascii="Tahoma" w:hAnsi="Tahoma" w:cs="Tahoma"/>
          <w:rtl/>
        </w:rPr>
        <w:t xml:space="preserve"> س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اس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مستقل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در برابر او پ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دا</w:t>
      </w:r>
      <w:r w:rsidRPr="008A2A16">
        <w:rPr>
          <w:rFonts w:ascii="Tahoma" w:hAnsi="Tahoma" w:cs="Tahoma"/>
          <w:rtl/>
        </w:rPr>
        <w:t xml:space="preserve"> کند.</w:t>
      </w:r>
    </w:p>
    <w:p w:rsidR="008A2A16" w:rsidRPr="008A2A16" w:rsidRDefault="008A2A16" w:rsidP="008A2A1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A2A16">
        <w:rPr>
          <w:rFonts w:ascii="Tahoma" w:hAnsi="Tahoma" w:cs="Tahoma" w:hint="eastAsia"/>
          <w:rtl/>
        </w:rPr>
        <w:t>در</w:t>
      </w:r>
      <w:r w:rsidRPr="008A2A16">
        <w:rPr>
          <w:rFonts w:ascii="Tahoma" w:hAnsi="Tahoma" w:cs="Tahoma"/>
          <w:rtl/>
        </w:rPr>
        <w:t xml:space="preserve"> دورهٔ شاه سل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مان</w:t>
      </w:r>
      <w:r w:rsidRPr="008A2A16">
        <w:rPr>
          <w:rFonts w:ascii="Tahoma" w:hAnsi="Tahoma" w:cs="Tahoma"/>
          <w:rtl/>
        </w:rPr>
        <w:t xml:space="preserve"> 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ن</w:t>
      </w:r>
      <w:r w:rsidRPr="008A2A16">
        <w:rPr>
          <w:rFonts w:ascii="Tahoma" w:hAnsi="Tahoma" w:cs="Tahoma"/>
          <w:rtl/>
        </w:rPr>
        <w:t xml:space="preserve"> رابطه به‌تدر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ج</w:t>
      </w:r>
      <w:r w:rsidRPr="008A2A16">
        <w:rPr>
          <w:rFonts w:ascii="Tahoma" w:hAnsi="Tahoma" w:cs="Tahoma"/>
          <w:rtl/>
        </w:rPr>
        <w:t xml:space="preserve"> تغ</w:t>
      </w:r>
      <w:r w:rsidRPr="008A2A16">
        <w:rPr>
          <w:rFonts w:ascii="Tahoma" w:hAnsi="Tahoma" w:cs="Tahoma" w:hint="cs"/>
          <w:rtl/>
        </w:rPr>
        <w:t>یی</w:t>
      </w:r>
      <w:r w:rsidRPr="008A2A16">
        <w:rPr>
          <w:rFonts w:ascii="Tahoma" w:hAnsi="Tahoma" w:cs="Tahoma" w:hint="eastAsia"/>
          <w:rtl/>
        </w:rPr>
        <w:t>ر</w:t>
      </w:r>
      <w:r w:rsidRPr="008A2A16">
        <w:rPr>
          <w:rFonts w:ascii="Tahoma" w:hAnsi="Tahoma" w:cs="Tahoma"/>
          <w:rtl/>
        </w:rPr>
        <w:t xml:space="preserve"> کرد. نه به 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ن</w:t>
      </w:r>
      <w:r w:rsidRPr="008A2A16">
        <w:rPr>
          <w:rFonts w:ascii="Tahoma" w:hAnsi="Tahoma" w:cs="Tahoma"/>
          <w:rtl/>
        </w:rPr>
        <w:t xml:space="preserve"> سبب که 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نکاران</w:t>
      </w:r>
      <w:r w:rsidRPr="008A2A16">
        <w:rPr>
          <w:rFonts w:ascii="Tahoma" w:hAnsi="Tahoma" w:cs="Tahoma"/>
          <w:rtl/>
        </w:rPr>
        <w:t xml:space="preserve"> قشون 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ا</w:t>
      </w:r>
      <w:r w:rsidRPr="008A2A16">
        <w:rPr>
          <w:rFonts w:ascii="Tahoma" w:hAnsi="Tahoma" w:cs="Tahoma"/>
          <w:rtl/>
        </w:rPr>
        <w:t xml:space="preserve"> خزانه را تصرف کرده باشند، بلکه از آن رو که کناره‌گ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ر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شاه از ادارهٔ مستق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م</w:t>
      </w:r>
      <w:r w:rsidRPr="008A2A16">
        <w:rPr>
          <w:rFonts w:ascii="Tahoma" w:hAnsi="Tahoma" w:cs="Tahoma"/>
          <w:rtl/>
        </w:rPr>
        <w:t xml:space="preserve"> کشور، فضا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ب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شتر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برا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نفوذ آنان فراهم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کرد</w:t>
      </w:r>
      <w:r w:rsidRPr="008A2A16">
        <w:rPr>
          <w:rFonts w:ascii="Tahoma" w:hAnsi="Tahoma" w:cs="Tahoma"/>
          <w:rtl/>
        </w:rPr>
        <w:t>. فرمانروا</w:t>
      </w:r>
      <w:r w:rsidRPr="008A2A16">
        <w:rPr>
          <w:rFonts w:ascii="Tahoma" w:hAnsi="Tahoma" w:cs="Tahoma" w:hint="cs"/>
          <w:rtl/>
        </w:rPr>
        <w:t>یی</w:t>
      </w:r>
      <w:r w:rsidRPr="008A2A16">
        <w:rPr>
          <w:rFonts w:ascii="Tahoma" w:hAnsi="Tahoma" w:cs="Tahoma"/>
          <w:rtl/>
        </w:rPr>
        <w:t xml:space="preserve"> که خود کمتر تصم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م</w:t>
      </w:r>
      <w:r w:rsidRPr="008A2A16">
        <w:rPr>
          <w:rFonts w:ascii="Tahoma" w:hAnsi="Tahoma" w:cs="Tahoma"/>
          <w:rtl/>
        </w:rPr>
        <w:t xml:space="preserve">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گرفت،</w:t>
      </w:r>
      <w:r w:rsidRPr="008A2A16">
        <w:rPr>
          <w:rFonts w:ascii="Tahoma" w:hAnsi="Tahoma" w:cs="Tahoma"/>
          <w:rtl/>
        </w:rPr>
        <w:t xml:space="preserve"> ناچار بود در امور مذهب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،</w:t>
      </w:r>
      <w:r w:rsidRPr="008A2A16">
        <w:rPr>
          <w:rFonts w:ascii="Tahoma" w:hAnsi="Tahoma" w:cs="Tahoma"/>
          <w:rtl/>
        </w:rPr>
        <w:t xml:space="preserve"> اجتماع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و حت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برخ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مسائل حکومت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به کسان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تک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ه</w:t>
      </w:r>
      <w:r w:rsidRPr="008A2A16">
        <w:rPr>
          <w:rFonts w:ascii="Tahoma" w:hAnsi="Tahoma" w:cs="Tahoma"/>
          <w:rtl/>
        </w:rPr>
        <w:t xml:space="preserve"> کند که مدع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شناخت حکم شرع بودند.</w:t>
      </w:r>
    </w:p>
    <w:p w:rsidR="008A2A16" w:rsidRPr="008A2A16" w:rsidRDefault="008A2A16" w:rsidP="008A2A1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A2A16">
        <w:rPr>
          <w:rFonts w:ascii="Tahoma" w:hAnsi="Tahoma" w:cs="Tahoma" w:hint="eastAsia"/>
          <w:rtl/>
        </w:rPr>
        <w:t>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نکاران</w:t>
      </w:r>
      <w:r w:rsidRPr="008A2A16">
        <w:rPr>
          <w:rFonts w:ascii="Tahoma" w:hAnsi="Tahoma" w:cs="Tahoma"/>
          <w:rtl/>
        </w:rPr>
        <w:t xml:space="preserve"> در 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ن</w:t>
      </w:r>
      <w:r w:rsidRPr="008A2A16">
        <w:rPr>
          <w:rFonts w:ascii="Tahoma" w:hAnsi="Tahoma" w:cs="Tahoma"/>
          <w:rtl/>
        </w:rPr>
        <w:t xml:space="preserve"> زمان 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گر</w:t>
      </w:r>
      <w:r w:rsidRPr="008A2A16">
        <w:rPr>
          <w:rFonts w:ascii="Tahoma" w:hAnsi="Tahoma" w:cs="Tahoma"/>
          <w:rtl/>
        </w:rPr>
        <w:t xml:space="preserve"> گروه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محدود از مهاجران وابسته به دعوت شاه نبودند. نزد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ک</w:t>
      </w:r>
      <w:r w:rsidRPr="008A2A16">
        <w:rPr>
          <w:rFonts w:ascii="Tahoma" w:hAnsi="Tahoma" w:cs="Tahoma"/>
          <w:rtl/>
        </w:rPr>
        <w:t xml:space="preserve"> به دو سده از رسم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شدن</w:t>
      </w:r>
      <w:r w:rsidRPr="008A2A16">
        <w:rPr>
          <w:rFonts w:ascii="Tahoma" w:hAnsi="Tahoma" w:cs="Tahoma"/>
          <w:rtl/>
        </w:rPr>
        <w:t xml:space="preserve"> تش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ع</w:t>
      </w:r>
      <w:r w:rsidRPr="008A2A16">
        <w:rPr>
          <w:rFonts w:ascii="Tahoma" w:hAnsi="Tahoma" w:cs="Tahoma"/>
          <w:rtl/>
        </w:rPr>
        <w:t xml:space="preserve"> گذشته بود. مدارس، محاکم، موقوفات و خاندان‌ها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نکار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در شهرها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مختلف ر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شه</w:t>
      </w:r>
      <w:r w:rsidRPr="008A2A16">
        <w:rPr>
          <w:rFonts w:ascii="Tahoma" w:hAnsi="Tahoma" w:cs="Tahoma"/>
          <w:rtl/>
        </w:rPr>
        <w:t xml:space="preserve"> گرفته بودند. فق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هان</w:t>
      </w:r>
      <w:r w:rsidRPr="008A2A16">
        <w:rPr>
          <w:rFonts w:ascii="Tahoma" w:hAnsi="Tahoma" w:cs="Tahoma"/>
          <w:rtl/>
        </w:rPr>
        <w:t xml:space="preserve"> در 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ران</w:t>
      </w:r>
      <w:r w:rsidRPr="008A2A16">
        <w:rPr>
          <w:rFonts w:ascii="Tahoma" w:hAnsi="Tahoma" w:cs="Tahoma"/>
          <w:rtl/>
        </w:rPr>
        <w:t xml:space="preserve"> زاده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شدند،</w:t>
      </w:r>
      <w:r w:rsidRPr="008A2A16">
        <w:rPr>
          <w:rFonts w:ascii="Tahoma" w:hAnsi="Tahoma" w:cs="Tahoma"/>
          <w:rtl/>
        </w:rPr>
        <w:t xml:space="preserve"> آموزش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دند،</w:t>
      </w:r>
      <w:r w:rsidRPr="008A2A16">
        <w:rPr>
          <w:rFonts w:ascii="Tahoma" w:hAnsi="Tahoma" w:cs="Tahoma"/>
          <w:rtl/>
        </w:rPr>
        <w:t xml:space="preserve"> شاگرد ترب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ت</w:t>
      </w:r>
      <w:r w:rsidRPr="008A2A16">
        <w:rPr>
          <w:rFonts w:ascii="Tahoma" w:hAnsi="Tahoma" w:cs="Tahoma"/>
          <w:rtl/>
        </w:rPr>
        <w:t xml:space="preserve">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کردند</w:t>
      </w:r>
      <w:r w:rsidRPr="008A2A16">
        <w:rPr>
          <w:rFonts w:ascii="Tahoma" w:hAnsi="Tahoma" w:cs="Tahoma"/>
          <w:rtl/>
        </w:rPr>
        <w:t xml:space="preserve"> و جا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گاه</w:t>
      </w:r>
      <w:r w:rsidRPr="008A2A16">
        <w:rPr>
          <w:rFonts w:ascii="Tahoma" w:hAnsi="Tahoma" w:cs="Tahoma"/>
          <w:rtl/>
        </w:rPr>
        <w:t xml:space="preserve"> خود را از شبکه‌ا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گرفتند</w:t>
      </w:r>
      <w:r w:rsidRPr="008A2A16">
        <w:rPr>
          <w:rFonts w:ascii="Tahoma" w:hAnsi="Tahoma" w:cs="Tahoma"/>
          <w:rtl/>
        </w:rPr>
        <w:t xml:space="preserve"> که از عمر 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ک</w:t>
      </w:r>
      <w:r w:rsidRPr="008A2A16">
        <w:rPr>
          <w:rFonts w:ascii="Tahoma" w:hAnsi="Tahoma" w:cs="Tahoma"/>
          <w:rtl/>
        </w:rPr>
        <w:t xml:space="preserve"> شاه 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ا</w:t>
      </w:r>
      <w:r w:rsidRPr="008A2A16">
        <w:rPr>
          <w:rFonts w:ascii="Tahoma" w:hAnsi="Tahoma" w:cs="Tahoma"/>
          <w:rtl/>
        </w:rPr>
        <w:t xml:space="preserve"> 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ک</w:t>
      </w:r>
      <w:r w:rsidRPr="008A2A16">
        <w:rPr>
          <w:rFonts w:ascii="Tahoma" w:hAnsi="Tahoma" w:cs="Tahoma"/>
          <w:rtl/>
        </w:rPr>
        <w:t xml:space="preserve"> وز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ر</w:t>
      </w:r>
      <w:r w:rsidRPr="008A2A16">
        <w:rPr>
          <w:rFonts w:ascii="Tahoma" w:hAnsi="Tahoma" w:cs="Tahoma"/>
          <w:rtl/>
        </w:rPr>
        <w:t xml:space="preserve"> طولان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تر</w:t>
      </w:r>
      <w:r w:rsidRPr="008A2A16">
        <w:rPr>
          <w:rFonts w:ascii="Tahoma" w:hAnsi="Tahoma" w:cs="Tahoma"/>
          <w:rtl/>
        </w:rPr>
        <w:t xml:space="preserve"> بود.</w:t>
      </w:r>
    </w:p>
    <w:p w:rsidR="008A2A16" w:rsidRPr="008A2A16" w:rsidRDefault="008A2A16" w:rsidP="008A2A1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A2A16">
        <w:rPr>
          <w:rFonts w:ascii="Tahoma" w:hAnsi="Tahoma" w:cs="Tahoma" w:hint="eastAsia"/>
          <w:rtl/>
        </w:rPr>
        <w:t>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ن</w:t>
      </w:r>
      <w:r w:rsidRPr="008A2A16">
        <w:rPr>
          <w:rFonts w:ascii="Tahoma" w:hAnsi="Tahoma" w:cs="Tahoma"/>
          <w:rtl/>
        </w:rPr>
        <w:t xml:space="preserve"> تحول به معنا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استقلال کامل عمامه از تاج نبود. بس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ار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از 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نکاران</w:t>
      </w:r>
      <w:r w:rsidRPr="008A2A16">
        <w:rPr>
          <w:rFonts w:ascii="Tahoma" w:hAnsi="Tahoma" w:cs="Tahoma"/>
          <w:rtl/>
        </w:rPr>
        <w:t xml:space="preserve"> بلندپا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ه</w:t>
      </w:r>
      <w:r w:rsidRPr="008A2A16">
        <w:rPr>
          <w:rFonts w:ascii="Tahoma" w:hAnsi="Tahoma" w:cs="Tahoma"/>
          <w:rtl/>
        </w:rPr>
        <w:t xml:space="preserve"> مقام رسم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خود را از شاه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گرفتند</w:t>
      </w:r>
      <w:r w:rsidRPr="008A2A16">
        <w:rPr>
          <w:rFonts w:ascii="Tahoma" w:hAnsi="Tahoma" w:cs="Tahoma"/>
          <w:rtl/>
        </w:rPr>
        <w:t xml:space="preserve"> و درآمد مدرسه، محکمه 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ا</w:t>
      </w:r>
      <w:r w:rsidRPr="008A2A16">
        <w:rPr>
          <w:rFonts w:ascii="Tahoma" w:hAnsi="Tahoma" w:cs="Tahoma"/>
          <w:rtl/>
        </w:rPr>
        <w:t xml:space="preserve"> منصبشان به فرمان و حما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ت</w:t>
      </w:r>
      <w:r w:rsidRPr="008A2A16">
        <w:rPr>
          <w:rFonts w:ascii="Tahoma" w:hAnsi="Tahoma" w:cs="Tahoma"/>
          <w:rtl/>
        </w:rPr>
        <w:t xml:space="preserve"> حکومت وابسته بود. شاه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توانست</w:t>
      </w:r>
      <w:r w:rsidRPr="008A2A16">
        <w:rPr>
          <w:rFonts w:ascii="Tahoma" w:hAnsi="Tahoma" w:cs="Tahoma"/>
          <w:rtl/>
        </w:rPr>
        <w:t xml:space="preserve"> ش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خ‌الاسلام،</w:t>
      </w:r>
      <w:r w:rsidRPr="008A2A16">
        <w:rPr>
          <w:rFonts w:ascii="Tahoma" w:hAnsi="Tahoma" w:cs="Tahoma"/>
          <w:rtl/>
        </w:rPr>
        <w:t xml:space="preserve"> صدر 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ا</w:t>
      </w:r>
      <w:r w:rsidRPr="008A2A16">
        <w:rPr>
          <w:rFonts w:ascii="Tahoma" w:hAnsi="Tahoma" w:cs="Tahoma"/>
          <w:rtl/>
        </w:rPr>
        <w:t xml:space="preserve"> قاض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را منصوب 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ا</w:t>
      </w:r>
      <w:r w:rsidRPr="008A2A16">
        <w:rPr>
          <w:rFonts w:ascii="Tahoma" w:hAnsi="Tahoma" w:cs="Tahoma"/>
          <w:rtl/>
        </w:rPr>
        <w:t xml:space="preserve"> برکنار کند. اما برکنار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از منصب 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گر</w:t>
      </w:r>
      <w:r w:rsidRPr="008A2A16">
        <w:rPr>
          <w:rFonts w:ascii="Tahoma" w:hAnsi="Tahoma" w:cs="Tahoma"/>
          <w:rtl/>
        </w:rPr>
        <w:t xml:space="preserve"> الزاماً همهٔ نفوذ 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نکار</w:t>
      </w:r>
      <w:r w:rsidRPr="008A2A16">
        <w:rPr>
          <w:rFonts w:ascii="Tahoma" w:hAnsi="Tahoma" w:cs="Tahoma"/>
          <w:rtl/>
        </w:rPr>
        <w:t xml:space="preserve"> را از م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ان</w:t>
      </w:r>
      <w:r w:rsidRPr="008A2A16">
        <w:rPr>
          <w:rFonts w:ascii="Tahoma" w:hAnsi="Tahoma" w:cs="Tahoma"/>
          <w:rtl/>
        </w:rPr>
        <w:t xml:space="preserve"> نم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برد</w:t>
      </w:r>
      <w:r w:rsidRPr="008A2A16">
        <w:rPr>
          <w:rFonts w:ascii="Tahoma" w:hAnsi="Tahoma" w:cs="Tahoma"/>
          <w:rtl/>
        </w:rPr>
        <w:t>. او ممکن بود همچنان مدرسه، شاگرد، موقوفه، اعتبار خانوادگ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و پ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وند</w:t>
      </w:r>
      <w:r w:rsidRPr="008A2A16">
        <w:rPr>
          <w:rFonts w:ascii="Tahoma" w:hAnsi="Tahoma" w:cs="Tahoma"/>
          <w:rtl/>
        </w:rPr>
        <w:t xml:space="preserve"> با بازار و مردم را حفظ کند.</w:t>
      </w:r>
    </w:p>
    <w:p w:rsidR="008A2A16" w:rsidRPr="008A2A16" w:rsidRDefault="008A2A16" w:rsidP="008A2A1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A2A16">
        <w:rPr>
          <w:rFonts w:ascii="Tahoma" w:hAnsi="Tahoma" w:cs="Tahoma" w:hint="eastAsia"/>
          <w:rtl/>
        </w:rPr>
        <w:t>بد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ن‌سان،</w:t>
      </w:r>
      <w:r w:rsidRPr="008A2A16">
        <w:rPr>
          <w:rFonts w:ascii="Tahoma" w:hAnsi="Tahoma" w:cs="Tahoma"/>
          <w:rtl/>
        </w:rPr>
        <w:t xml:space="preserve"> سرچشمه‌ها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قدرت عمامه دوگانه شده بود. بخش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از آن از تاج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آمد</w:t>
      </w:r>
      <w:r w:rsidRPr="008A2A16">
        <w:rPr>
          <w:rFonts w:ascii="Tahoma" w:hAnsi="Tahoma" w:cs="Tahoma"/>
          <w:rtl/>
        </w:rPr>
        <w:t xml:space="preserve"> و بخش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گر</w:t>
      </w:r>
      <w:r w:rsidRPr="008A2A16">
        <w:rPr>
          <w:rFonts w:ascii="Tahoma" w:hAnsi="Tahoma" w:cs="Tahoma"/>
          <w:rtl/>
        </w:rPr>
        <w:t xml:space="preserve"> در جامعه و دستگاه مذهب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ساخته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شد</w:t>
      </w:r>
      <w:r w:rsidRPr="008A2A16">
        <w:rPr>
          <w:rFonts w:ascii="Tahoma" w:hAnsi="Tahoma" w:cs="Tahoma"/>
          <w:rtl/>
        </w:rPr>
        <w:t>. هم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ن</w:t>
      </w:r>
      <w:r w:rsidRPr="008A2A16">
        <w:rPr>
          <w:rFonts w:ascii="Tahoma" w:hAnsi="Tahoma" w:cs="Tahoma"/>
          <w:rtl/>
        </w:rPr>
        <w:t xml:space="preserve"> دوگانگ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به 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نکار</w:t>
      </w:r>
      <w:r w:rsidRPr="008A2A16">
        <w:rPr>
          <w:rFonts w:ascii="Tahoma" w:hAnsi="Tahoma" w:cs="Tahoma"/>
          <w:rtl/>
        </w:rPr>
        <w:t xml:space="preserve"> امکان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داد</w:t>
      </w:r>
      <w:r w:rsidRPr="008A2A16">
        <w:rPr>
          <w:rFonts w:ascii="Tahoma" w:hAnsi="Tahoma" w:cs="Tahoma"/>
          <w:rtl/>
        </w:rPr>
        <w:t xml:space="preserve"> هم کارگزار حکومت باشد و هم در موارد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سخن خود را حکم شر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عت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معرف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کند که بر رفتار شاه ن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ز</w:t>
      </w:r>
      <w:r w:rsidRPr="008A2A16">
        <w:rPr>
          <w:rFonts w:ascii="Tahoma" w:hAnsi="Tahoma" w:cs="Tahoma"/>
          <w:rtl/>
        </w:rPr>
        <w:t xml:space="preserve"> داور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دار</w:t>
      </w:r>
      <w:r w:rsidRPr="008A2A16">
        <w:rPr>
          <w:rFonts w:ascii="Tahoma" w:hAnsi="Tahoma" w:cs="Tahoma" w:hint="eastAsia"/>
          <w:rtl/>
        </w:rPr>
        <w:t>د</w:t>
      </w:r>
      <w:r w:rsidRPr="008A2A16">
        <w:rPr>
          <w:rFonts w:ascii="Tahoma" w:hAnsi="Tahoma" w:cs="Tahoma"/>
          <w:rtl/>
        </w:rPr>
        <w:t>.</w:t>
      </w:r>
    </w:p>
    <w:p w:rsidR="008A2A16" w:rsidRPr="008A2A16" w:rsidRDefault="008A2A16" w:rsidP="008A2A1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ک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از برجسته‌تر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ن</w:t>
      </w:r>
      <w:r w:rsidRPr="008A2A16">
        <w:rPr>
          <w:rFonts w:ascii="Tahoma" w:hAnsi="Tahoma" w:cs="Tahoma"/>
          <w:rtl/>
        </w:rPr>
        <w:t xml:space="preserve"> 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نکاران</w:t>
      </w:r>
      <w:r w:rsidRPr="008A2A16">
        <w:rPr>
          <w:rFonts w:ascii="Tahoma" w:hAnsi="Tahoma" w:cs="Tahoma"/>
          <w:rtl/>
        </w:rPr>
        <w:t xml:space="preserve"> 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ن</w:t>
      </w:r>
      <w:r w:rsidRPr="008A2A16">
        <w:rPr>
          <w:rFonts w:ascii="Tahoma" w:hAnsi="Tahoma" w:cs="Tahoma"/>
          <w:rtl/>
        </w:rPr>
        <w:t xml:space="preserve"> دوره محمدباقر مجلس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بود. او در خانواده‌ا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نکار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پرورش 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افته،</w:t>
      </w:r>
      <w:r w:rsidRPr="008A2A16">
        <w:rPr>
          <w:rFonts w:ascii="Tahoma" w:hAnsi="Tahoma" w:cs="Tahoma"/>
          <w:rtl/>
        </w:rPr>
        <w:t xml:space="preserve"> در اصفهان آموزش 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ده</w:t>
      </w:r>
      <w:r w:rsidRPr="008A2A16">
        <w:rPr>
          <w:rFonts w:ascii="Tahoma" w:hAnsi="Tahoma" w:cs="Tahoma"/>
          <w:rtl/>
        </w:rPr>
        <w:t xml:space="preserve"> و از شبکهٔ استادان، شاگردان و پ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وندها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مذهب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برخوردار بود. جا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گاهش</w:t>
      </w:r>
      <w:r w:rsidRPr="008A2A16">
        <w:rPr>
          <w:rFonts w:ascii="Tahoma" w:hAnsi="Tahoma" w:cs="Tahoma"/>
          <w:rtl/>
        </w:rPr>
        <w:t xml:space="preserve"> فقط نت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جهٔ</w:t>
      </w:r>
      <w:r w:rsidRPr="008A2A16">
        <w:rPr>
          <w:rFonts w:ascii="Tahoma" w:hAnsi="Tahoma" w:cs="Tahoma"/>
          <w:rtl/>
        </w:rPr>
        <w:t xml:space="preserve"> انتصاب حکومت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نبود، اما حما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ت</w:t>
      </w:r>
      <w:r w:rsidRPr="008A2A16">
        <w:rPr>
          <w:rFonts w:ascii="Tahoma" w:hAnsi="Tahoma" w:cs="Tahoma"/>
          <w:rtl/>
        </w:rPr>
        <w:t xml:space="preserve"> شاه امکان داد نفوذ علم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و اجتماع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اش</w:t>
      </w:r>
      <w:r w:rsidRPr="008A2A16">
        <w:rPr>
          <w:rFonts w:ascii="Tahoma" w:hAnsi="Tahoma" w:cs="Tahoma"/>
          <w:rtl/>
        </w:rPr>
        <w:t xml:space="preserve"> به قدرت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نزد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ک‌تر</w:t>
      </w:r>
      <w:r w:rsidRPr="008A2A16">
        <w:rPr>
          <w:rFonts w:ascii="Tahoma" w:hAnsi="Tahoma" w:cs="Tahoma"/>
          <w:rtl/>
        </w:rPr>
        <w:t xml:space="preserve"> به مرکز حکومت تبد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ل</w:t>
      </w:r>
      <w:r w:rsidRPr="008A2A16">
        <w:rPr>
          <w:rFonts w:ascii="Tahoma" w:hAnsi="Tahoma" w:cs="Tahoma"/>
          <w:rtl/>
        </w:rPr>
        <w:t xml:space="preserve"> شود.</w:t>
      </w:r>
    </w:p>
    <w:p w:rsidR="008A2A16" w:rsidRPr="008A2A16" w:rsidRDefault="008A2A16" w:rsidP="008A2A1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A2A16">
        <w:rPr>
          <w:rFonts w:ascii="Tahoma" w:hAnsi="Tahoma" w:cs="Tahoma" w:hint="eastAsia"/>
          <w:rtl/>
        </w:rPr>
        <w:t>مجلس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در سال‌ها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پا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ان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سلطنت شاه سل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مان</w:t>
      </w:r>
      <w:r w:rsidRPr="008A2A16">
        <w:rPr>
          <w:rFonts w:ascii="Tahoma" w:hAnsi="Tahoma" w:cs="Tahoma"/>
          <w:rtl/>
        </w:rPr>
        <w:t xml:space="preserve"> به مقام ش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خ‌الاسلام</w:t>
      </w:r>
      <w:r w:rsidRPr="008A2A16">
        <w:rPr>
          <w:rFonts w:ascii="Tahoma" w:hAnsi="Tahoma" w:cs="Tahoma"/>
          <w:rtl/>
        </w:rPr>
        <w:t xml:space="preserve"> اصفهان رس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د</w:t>
      </w:r>
      <w:r w:rsidRPr="008A2A16">
        <w:rPr>
          <w:rFonts w:ascii="Tahoma" w:hAnsi="Tahoma" w:cs="Tahoma"/>
          <w:rtl/>
        </w:rPr>
        <w:t>. 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ن</w:t>
      </w:r>
      <w:r w:rsidRPr="008A2A16">
        <w:rPr>
          <w:rFonts w:ascii="Tahoma" w:hAnsi="Tahoma" w:cs="Tahoma"/>
          <w:rtl/>
        </w:rPr>
        <w:t xml:space="preserve"> مقام او را در مرکز پا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تخت</w:t>
      </w:r>
      <w:r w:rsidRPr="008A2A16">
        <w:rPr>
          <w:rFonts w:ascii="Tahoma" w:hAnsi="Tahoma" w:cs="Tahoma"/>
          <w:rtl/>
        </w:rPr>
        <w:t xml:space="preserve"> و در نزد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ک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دربار قرار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داد</w:t>
      </w:r>
      <w:r w:rsidRPr="008A2A16">
        <w:rPr>
          <w:rFonts w:ascii="Tahoma" w:hAnsi="Tahoma" w:cs="Tahoma"/>
          <w:rtl/>
        </w:rPr>
        <w:t>. اصفهان فقط شهر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بزرگ نبود؛ محل حضور شاه، 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وان،</w:t>
      </w:r>
      <w:r w:rsidRPr="008A2A16">
        <w:rPr>
          <w:rFonts w:ascii="Tahoma" w:hAnsi="Tahoma" w:cs="Tahoma"/>
          <w:rtl/>
        </w:rPr>
        <w:t xml:space="preserve"> بازار، سف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ران</w:t>
      </w:r>
      <w:r w:rsidRPr="008A2A16">
        <w:rPr>
          <w:rFonts w:ascii="Tahoma" w:hAnsi="Tahoma" w:cs="Tahoma"/>
          <w:rtl/>
        </w:rPr>
        <w:t xml:space="preserve"> خارج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،</w:t>
      </w:r>
      <w:r w:rsidRPr="008A2A16">
        <w:rPr>
          <w:rFonts w:ascii="Tahoma" w:hAnsi="Tahoma" w:cs="Tahoma"/>
          <w:rtl/>
        </w:rPr>
        <w:t xml:space="preserve"> مدارس، مساجد و مهم‌تر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ن</w:t>
      </w:r>
      <w:r w:rsidRPr="008A2A16">
        <w:rPr>
          <w:rFonts w:ascii="Tahoma" w:hAnsi="Tahoma" w:cs="Tahoma"/>
          <w:rtl/>
        </w:rPr>
        <w:t xml:space="preserve"> ن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روها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حکومت بود. صاحب‌منصب مذهب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پا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تخت</w:t>
      </w:r>
      <w:r w:rsidRPr="008A2A16">
        <w:rPr>
          <w:rFonts w:ascii="Tahoma" w:hAnsi="Tahoma" w:cs="Tahoma"/>
          <w:rtl/>
        </w:rPr>
        <w:t xml:space="preserve">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توانست</w:t>
      </w:r>
      <w:r w:rsidRPr="008A2A16">
        <w:rPr>
          <w:rFonts w:ascii="Tahoma" w:hAnsi="Tahoma" w:cs="Tahoma"/>
          <w:rtl/>
        </w:rPr>
        <w:t xml:space="preserve"> بر تصم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م‌ها</w:t>
      </w:r>
      <w:r w:rsidRPr="008A2A16">
        <w:rPr>
          <w:rFonts w:ascii="Tahoma" w:hAnsi="Tahoma" w:cs="Tahoma" w:hint="cs"/>
          <w:rtl/>
        </w:rPr>
        <w:t>یی</w:t>
      </w:r>
      <w:r w:rsidRPr="008A2A16">
        <w:rPr>
          <w:rFonts w:ascii="Tahoma" w:hAnsi="Tahoma" w:cs="Tahoma"/>
          <w:rtl/>
        </w:rPr>
        <w:t xml:space="preserve"> اثر بگذارد که دامنه‌شان از 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ک</w:t>
      </w:r>
      <w:r w:rsidRPr="008A2A16">
        <w:rPr>
          <w:rFonts w:ascii="Tahoma" w:hAnsi="Tahoma" w:cs="Tahoma"/>
          <w:rtl/>
        </w:rPr>
        <w:t xml:space="preserve"> شهر فراتر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رفت</w:t>
      </w:r>
      <w:r w:rsidRPr="008A2A16">
        <w:rPr>
          <w:rFonts w:ascii="Tahoma" w:hAnsi="Tahoma" w:cs="Tahoma"/>
          <w:rtl/>
        </w:rPr>
        <w:t>.</w:t>
      </w:r>
    </w:p>
    <w:p w:rsidR="008A2A16" w:rsidRPr="008A2A16" w:rsidRDefault="008A2A16" w:rsidP="008A2A1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A2A16">
        <w:rPr>
          <w:rFonts w:ascii="Tahoma" w:hAnsi="Tahoma" w:cs="Tahoma" w:hint="eastAsia"/>
          <w:rtl/>
        </w:rPr>
        <w:t>اهم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ت</w:t>
      </w:r>
      <w:r w:rsidRPr="008A2A16">
        <w:rPr>
          <w:rFonts w:ascii="Tahoma" w:hAnsi="Tahoma" w:cs="Tahoma"/>
          <w:rtl/>
        </w:rPr>
        <w:t xml:space="preserve"> مجلس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فقط در نزد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ک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به شاه نبود. او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کوش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د</w:t>
      </w:r>
      <w:r w:rsidRPr="008A2A16">
        <w:rPr>
          <w:rFonts w:ascii="Tahoma" w:hAnsi="Tahoma" w:cs="Tahoma"/>
          <w:rtl/>
        </w:rPr>
        <w:t xml:space="preserve"> آموزه‌ها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تش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ع</w:t>
      </w:r>
      <w:r w:rsidRPr="008A2A16">
        <w:rPr>
          <w:rFonts w:ascii="Tahoma" w:hAnsi="Tahoma" w:cs="Tahoma"/>
          <w:rtl/>
        </w:rPr>
        <w:t xml:space="preserve"> را از حلقه‌ها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تخصص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مدرسه ب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رون</w:t>
      </w:r>
      <w:r w:rsidRPr="008A2A16">
        <w:rPr>
          <w:rFonts w:ascii="Tahoma" w:hAnsi="Tahoma" w:cs="Tahoma"/>
          <w:rtl/>
        </w:rPr>
        <w:t xml:space="preserve"> آورد و به زبان و زندگ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مردم نزد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ک</w:t>
      </w:r>
      <w:r w:rsidRPr="008A2A16">
        <w:rPr>
          <w:rFonts w:ascii="Tahoma" w:hAnsi="Tahoma" w:cs="Tahoma"/>
          <w:rtl/>
        </w:rPr>
        <w:t xml:space="preserve"> کند. بخش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از نوشته‌ها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او به فارس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بود و برا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خوانندگان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نوشته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شد</w:t>
      </w:r>
      <w:r w:rsidRPr="008A2A16">
        <w:rPr>
          <w:rFonts w:ascii="Tahoma" w:hAnsi="Tahoma" w:cs="Tahoma"/>
          <w:rtl/>
        </w:rPr>
        <w:t xml:space="preserve"> که نم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توانستند</w:t>
      </w:r>
      <w:r w:rsidRPr="008A2A16">
        <w:rPr>
          <w:rFonts w:ascii="Tahoma" w:hAnsi="Tahoma" w:cs="Tahoma"/>
          <w:rtl/>
        </w:rPr>
        <w:t xml:space="preserve"> از کتاب‌ها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دشوار عرب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و بحث‌ها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تخصص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فقه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استفاده کنند. دعا، اخلاق، آداب روزانه، رفتار خانوادگ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،</w:t>
      </w:r>
      <w:r w:rsidRPr="008A2A16">
        <w:rPr>
          <w:rFonts w:ascii="Tahoma" w:hAnsi="Tahoma" w:cs="Tahoma"/>
          <w:rtl/>
        </w:rPr>
        <w:t xml:space="preserve"> مناسبت‌ها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مذهب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و روا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ت</w:t>
      </w:r>
      <w:r w:rsidRPr="008A2A16">
        <w:rPr>
          <w:rFonts w:ascii="Tahoma" w:hAnsi="Tahoma" w:cs="Tahoma"/>
          <w:rtl/>
        </w:rPr>
        <w:t xml:space="preserve"> زندگ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امامان از 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ن</w:t>
      </w:r>
      <w:r w:rsidRPr="008A2A16">
        <w:rPr>
          <w:rFonts w:ascii="Tahoma" w:hAnsi="Tahoma" w:cs="Tahoma"/>
          <w:rtl/>
        </w:rPr>
        <w:t xml:space="preserve"> راه در دسترس گروه‌ها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گسترده‌تر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قرار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گرفت</w:t>
      </w:r>
      <w:r w:rsidRPr="008A2A16">
        <w:rPr>
          <w:rFonts w:ascii="Tahoma" w:hAnsi="Tahoma" w:cs="Tahoma"/>
          <w:rtl/>
        </w:rPr>
        <w:t>.</w:t>
      </w:r>
    </w:p>
    <w:p w:rsidR="008A2A16" w:rsidRPr="008A2A16" w:rsidRDefault="008A2A16" w:rsidP="008A2A1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A2A16">
        <w:rPr>
          <w:rFonts w:ascii="Tahoma" w:hAnsi="Tahoma" w:cs="Tahoma" w:hint="eastAsia"/>
          <w:rtl/>
        </w:rPr>
        <w:t>اثر</w:t>
      </w:r>
      <w:r w:rsidRPr="008A2A16">
        <w:rPr>
          <w:rFonts w:ascii="Tahoma" w:hAnsi="Tahoma" w:cs="Tahoma"/>
          <w:rtl/>
        </w:rPr>
        <w:t xml:space="preserve"> بزرگ حد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ث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او، «بحارالانوار»، کوشش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برا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گردآوردن مجموعه‌ا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گسترده از روا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ات</w:t>
      </w:r>
      <w:r w:rsidRPr="008A2A16">
        <w:rPr>
          <w:rFonts w:ascii="Tahoma" w:hAnsi="Tahoma" w:cs="Tahoma"/>
          <w:rtl/>
        </w:rPr>
        <w:t xml:space="preserve"> ش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عه</w:t>
      </w:r>
      <w:r w:rsidRPr="008A2A16">
        <w:rPr>
          <w:rFonts w:ascii="Tahoma" w:hAnsi="Tahoma" w:cs="Tahoma"/>
          <w:rtl/>
        </w:rPr>
        <w:t xml:space="preserve"> بود. اهم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ت</w:t>
      </w:r>
      <w:r w:rsidRPr="008A2A16">
        <w:rPr>
          <w:rFonts w:ascii="Tahoma" w:hAnsi="Tahoma" w:cs="Tahoma"/>
          <w:rtl/>
        </w:rPr>
        <w:t xml:space="preserve"> چن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ن</w:t>
      </w:r>
      <w:r w:rsidRPr="008A2A16">
        <w:rPr>
          <w:rFonts w:ascii="Tahoma" w:hAnsi="Tahoma" w:cs="Tahoma"/>
          <w:rtl/>
        </w:rPr>
        <w:t xml:space="preserve"> کار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فقط علم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نبود. گردآور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روا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ت‌ها</w:t>
      </w:r>
      <w:r w:rsidRPr="008A2A16">
        <w:rPr>
          <w:rFonts w:ascii="Tahoma" w:hAnsi="Tahoma" w:cs="Tahoma"/>
          <w:rtl/>
        </w:rPr>
        <w:t xml:space="preserve"> حافظه‌ا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بزرگ برا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مذهب رسم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فراهم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کرد</w:t>
      </w:r>
      <w:r w:rsidRPr="008A2A16">
        <w:rPr>
          <w:rFonts w:ascii="Tahoma" w:hAnsi="Tahoma" w:cs="Tahoma"/>
          <w:rtl/>
        </w:rPr>
        <w:t>. حکومت‌ها و شاهان تغ</w:t>
      </w:r>
      <w:r w:rsidRPr="008A2A16">
        <w:rPr>
          <w:rFonts w:ascii="Tahoma" w:hAnsi="Tahoma" w:cs="Tahoma" w:hint="cs"/>
          <w:rtl/>
        </w:rPr>
        <w:t>یی</w:t>
      </w:r>
      <w:r w:rsidRPr="008A2A16">
        <w:rPr>
          <w:rFonts w:ascii="Tahoma" w:hAnsi="Tahoma" w:cs="Tahoma" w:hint="eastAsia"/>
          <w:rtl/>
        </w:rPr>
        <w:t>ر</w:t>
      </w:r>
      <w:r w:rsidRPr="008A2A16">
        <w:rPr>
          <w:rFonts w:ascii="Tahoma" w:hAnsi="Tahoma" w:cs="Tahoma"/>
          <w:rtl/>
        </w:rPr>
        <w:t xml:space="preserve">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کردند،</w:t>
      </w:r>
      <w:r w:rsidRPr="008A2A16">
        <w:rPr>
          <w:rFonts w:ascii="Tahoma" w:hAnsi="Tahoma" w:cs="Tahoma"/>
          <w:rtl/>
        </w:rPr>
        <w:t xml:space="preserve"> اما کتاب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توانست</w:t>
      </w:r>
      <w:r w:rsidRPr="008A2A16">
        <w:rPr>
          <w:rFonts w:ascii="Tahoma" w:hAnsi="Tahoma" w:cs="Tahoma"/>
          <w:rtl/>
        </w:rPr>
        <w:t xml:space="preserve"> برداشت مع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ن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از گذشته، امامان و رفتار درست را به نسل‌ها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بعد منتقل کند.</w:t>
      </w:r>
    </w:p>
    <w:p w:rsidR="008A2A16" w:rsidRPr="008A2A16" w:rsidRDefault="008A2A16" w:rsidP="008A2A1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A2A16">
        <w:rPr>
          <w:rFonts w:ascii="Tahoma" w:hAnsi="Tahoma" w:cs="Tahoma" w:hint="eastAsia"/>
          <w:rtl/>
        </w:rPr>
        <w:t>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ن</w:t>
      </w:r>
      <w:r w:rsidRPr="008A2A16">
        <w:rPr>
          <w:rFonts w:ascii="Tahoma" w:hAnsi="Tahoma" w:cs="Tahoma"/>
          <w:rtl/>
        </w:rPr>
        <w:t xml:space="preserve"> فعال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ت</w:t>
      </w:r>
      <w:r w:rsidRPr="008A2A16">
        <w:rPr>
          <w:rFonts w:ascii="Tahoma" w:hAnsi="Tahoma" w:cs="Tahoma"/>
          <w:rtl/>
        </w:rPr>
        <w:t xml:space="preserve"> به تثب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ت</w:t>
      </w:r>
      <w:r w:rsidRPr="008A2A16">
        <w:rPr>
          <w:rFonts w:ascii="Tahoma" w:hAnsi="Tahoma" w:cs="Tahoma"/>
          <w:rtl/>
        </w:rPr>
        <w:t xml:space="preserve"> تش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ع</w:t>
      </w:r>
      <w:r w:rsidRPr="008A2A16">
        <w:rPr>
          <w:rFonts w:ascii="Tahoma" w:hAnsi="Tahoma" w:cs="Tahoma"/>
          <w:rtl/>
        </w:rPr>
        <w:t xml:space="preserve"> در جامعه کمک کرد. رسم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شدن</w:t>
      </w:r>
      <w:r w:rsidRPr="008A2A16">
        <w:rPr>
          <w:rFonts w:ascii="Tahoma" w:hAnsi="Tahoma" w:cs="Tahoma"/>
          <w:rtl/>
        </w:rPr>
        <w:t xml:space="preserve"> مذهب با فرمان شاه اسماع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ل</w:t>
      </w:r>
      <w:r w:rsidRPr="008A2A16">
        <w:rPr>
          <w:rFonts w:ascii="Tahoma" w:hAnsi="Tahoma" w:cs="Tahoma"/>
          <w:rtl/>
        </w:rPr>
        <w:t xml:space="preserve"> آغاز شده بود، ول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برا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ماندگار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به زبان، کتاب، آ</w:t>
      </w:r>
      <w:r w:rsidRPr="008A2A16">
        <w:rPr>
          <w:rFonts w:ascii="Tahoma" w:hAnsi="Tahoma" w:cs="Tahoma" w:hint="cs"/>
          <w:rtl/>
        </w:rPr>
        <w:t>یی</w:t>
      </w:r>
      <w:r w:rsidRPr="008A2A16">
        <w:rPr>
          <w:rFonts w:ascii="Tahoma" w:hAnsi="Tahoma" w:cs="Tahoma" w:hint="eastAsia"/>
          <w:rtl/>
        </w:rPr>
        <w:t>ن</w:t>
      </w:r>
      <w:r w:rsidRPr="008A2A16">
        <w:rPr>
          <w:rFonts w:ascii="Tahoma" w:hAnsi="Tahoma" w:cs="Tahoma"/>
          <w:rtl/>
        </w:rPr>
        <w:t xml:space="preserve"> و تکرار ن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از</w:t>
      </w:r>
      <w:r w:rsidRPr="008A2A16">
        <w:rPr>
          <w:rFonts w:ascii="Tahoma" w:hAnsi="Tahoma" w:cs="Tahoma"/>
          <w:rtl/>
        </w:rPr>
        <w:t xml:space="preserve"> داشت. مجلس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و 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گر</w:t>
      </w:r>
      <w:r w:rsidRPr="008A2A16">
        <w:rPr>
          <w:rFonts w:ascii="Tahoma" w:hAnsi="Tahoma" w:cs="Tahoma"/>
          <w:rtl/>
        </w:rPr>
        <w:t xml:space="preserve"> 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نکاران</w:t>
      </w:r>
      <w:r w:rsidRPr="008A2A16">
        <w:rPr>
          <w:rFonts w:ascii="Tahoma" w:hAnsi="Tahoma" w:cs="Tahoma"/>
          <w:rtl/>
        </w:rPr>
        <w:t xml:space="preserve"> 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ن</w:t>
      </w:r>
      <w:r w:rsidRPr="008A2A16">
        <w:rPr>
          <w:rFonts w:ascii="Tahoma" w:hAnsi="Tahoma" w:cs="Tahoma"/>
          <w:rtl/>
        </w:rPr>
        <w:t xml:space="preserve"> مرحله را پ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ش</w:t>
      </w:r>
      <w:r w:rsidRPr="008A2A16">
        <w:rPr>
          <w:rFonts w:ascii="Tahoma" w:hAnsi="Tahoma" w:cs="Tahoma"/>
          <w:rtl/>
        </w:rPr>
        <w:t xml:space="preserve"> بردند. آنان تش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ع</w:t>
      </w:r>
      <w:r w:rsidRPr="008A2A16">
        <w:rPr>
          <w:rFonts w:ascii="Tahoma" w:hAnsi="Tahoma" w:cs="Tahoma"/>
          <w:rtl/>
        </w:rPr>
        <w:t xml:space="preserve"> را از نشان س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اس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حکومت به مجموعه‌ا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گسترده از قواعد و خاطره‌ها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روزانه تبد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ل</w:t>
      </w:r>
      <w:r w:rsidRPr="008A2A16">
        <w:rPr>
          <w:rFonts w:ascii="Tahoma" w:hAnsi="Tahoma" w:cs="Tahoma"/>
          <w:rtl/>
        </w:rPr>
        <w:t xml:space="preserve">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کردند</w:t>
      </w:r>
      <w:r w:rsidRPr="008A2A16">
        <w:rPr>
          <w:rFonts w:ascii="Tahoma" w:hAnsi="Tahoma" w:cs="Tahoma"/>
          <w:rtl/>
        </w:rPr>
        <w:t>.</w:t>
      </w:r>
    </w:p>
    <w:p w:rsidR="008A2A16" w:rsidRPr="008A2A16" w:rsidRDefault="008A2A16" w:rsidP="008A2A1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A2A16">
        <w:rPr>
          <w:rFonts w:ascii="Tahoma" w:hAnsi="Tahoma" w:cs="Tahoma" w:hint="eastAsia"/>
          <w:rtl/>
        </w:rPr>
        <w:t>اما</w:t>
      </w:r>
      <w:r w:rsidRPr="008A2A16">
        <w:rPr>
          <w:rFonts w:ascii="Tahoma" w:hAnsi="Tahoma" w:cs="Tahoma"/>
          <w:rtl/>
        </w:rPr>
        <w:t xml:space="preserve"> گسترش مذهب رسم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فقط به آموزش و نوشتن محدود نماند. هنگام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که 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نکار</w:t>
      </w:r>
      <w:r w:rsidRPr="008A2A16">
        <w:rPr>
          <w:rFonts w:ascii="Tahoma" w:hAnsi="Tahoma" w:cs="Tahoma"/>
          <w:rtl/>
        </w:rPr>
        <w:t xml:space="preserve"> به دربار و ن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رو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اجرا</w:t>
      </w:r>
      <w:r w:rsidRPr="008A2A16">
        <w:rPr>
          <w:rFonts w:ascii="Tahoma" w:hAnsi="Tahoma" w:cs="Tahoma" w:hint="cs"/>
          <w:rtl/>
        </w:rPr>
        <w:t>یی</w:t>
      </w:r>
      <w:r w:rsidRPr="008A2A16">
        <w:rPr>
          <w:rFonts w:ascii="Tahoma" w:hAnsi="Tahoma" w:cs="Tahoma"/>
          <w:rtl/>
        </w:rPr>
        <w:t xml:space="preserve"> حکومت نزد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ک</w:t>
      </w:r>
      <w:r w:rsidRPr="008A2A16">
        <w:rPr>
          <w:rFonts w:ascii="Tahoma" w:hAnsi="Tahoma" w:cs="Tahoma"/>
          <w:rtl/>
        </w:rPr>
        <w:t xml:space="preserve">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شد،</w:t>
      </w:r>
      <w:r w:rsidRPr="008A2A16">
        <w:rPr>
          <w:rFonts w:ascii="Tahoma" w:hAnsi="Tahoma" w:cs="Tahoma"/>
          <w:rtl/>
        </w:rPr>
        <w:t xml:space="preserve">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توانست</w:t>
      </w:r>
      <w:r w:rsidRPr="008A2A16">
        <w:rPr>
          <w:rFonts w:ascii="Tahoma" w:hAnsi="Tahoma" w:cs="Tahoma"/>
          <w:rtl/>
        </w:rPr>
        <w:t xml:space="preserve"> برا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اجرا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برداشت خود از شر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عت</w:t>
      </w:r>
      <w:r w:rsidRPr="008A2A16">
        <w:rPr>
          <w:rFonts w:ascii="Tahoma" w:hAnsi="Tahoma" w:cs="Tahoma"/>
          <w:rtl/>
        </w:rPr>
        <w:t xml:space="preserve"> از مأموران، محتسبان و فرمان‌ها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شاه استفاده کند. تفاوت م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ان</w:t>
      </w:r>
      <w:r w:rsidRPr="008A2A16">
        <w:rPr>
          <w:rFonts w:ascii="Tahoma" w:hAnsi="Tahoma" w:cs="Tahoma"/>
          <w:rtl/>
        </w:rPr>
        <w:t xml:space="preserve"> توص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هٔ</w:t>
      </w:r>
      <w:r w:rsidRPr="008A2A16">
        <w:rPr>
          <w:rFonts w:ascii="Tahoma" w:hAnsi="Tahoma" w:cs="Tahoma"/>
          <w:rtl/>
        </w:rPr>
        <w:t xml:space="preserve"> اخلاق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و اجبار حکومت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کم‌رنگ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شد</w:t>
      </w:r>
      <w:r w:rsidRPr="008A2A16">
        <w:rPr>
          <w:rFonts w:ascii="Tahoma" w:hAnsi="Tahoma" w:cs="Tahoma"/>
          <w:rtl/>
        </w:rPr>
        <w:t>.</w:t>
      </w:r>
    </w:p>
    <w:p w:rsidR="008A2A16" w:rsidRPr="008A2A16" w:rsidRDefault="008A2A16" w:rsidP="008A2A1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A2A16">
        <w:rPr>
          <w:rFonts w:ascii="Tahoma" w:hAnsi="Tahoma" w:cs="Tahoma" w:hint="eastAsia"/>
          <w:rtl/>
        </w:rPr>
        <w:t>رفتار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که فق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ه</w:t>
      </w:r>
      <w:r w:rsidRPr="008A2A16">
        <w:rPr>
          <w:rFonts w:ascii="Tahoma" w:hAnsi="Tahoma" w:cs="Tahoma"/>
          <w:rtl/>
        </w:rPr>
        <w:t xml:space="preserve"> گناه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دانست</w:t>
      </w:r>
      <w:r w:rsidRPr="008A2A16">
        <w:rPr>
          <w:rFonts w:ascii="Tahoma" w:hAnsi="Tahoma" w:cs="Tahoma"/>
          <w:rtl/>
        </w:rPr>
        <w:t xml:space="preserve">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توانست</w:t>
      </w:r>
      <w:r w:rsidRPr="008A2A16">
        <w:rPr>
          <w:rFonts w:ascii="Tahoma" w:hAnsi="Tahoma" w:cs="Tahoma"/>
          <w:rtl/>
        </w:rPr>
        <w:t xml:space="preserve"> به تخلف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عموم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تبد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ل</w:t>
      </w:r>
      <w:r w:rsidRPr="008A2A16">
        <w:rPr>
          <w:rFonts w:ascii="Tahoma" w:hAnsi="Tahoma" w:cs="Tahoma"/>
          <w:rtl/>
        </w:rPr>
        <w:t xml:space="preserve"> شود. حکومت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توانست</w:t>
      </w:r>
      <w:r w:rsidRPr="008A2A16">
        <w:rPr>
          <w:rFonts w:ascii="Tahoma" w:hAnsi="Tahoma" w:cs="Tahoma"/>
          <w:rtl/>
        </w:rPr>
        <w:t xml:space="preserve"> با م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خانه،</w:t>
      </w:r>
      <w:r w:rsidRPr="008A2A16">
        <w:rPr>
          <w:rFonts w:ascii="Tahoma" w:hAnsi="Tahoma" w:cs="Tahoma"/>
          <w:rtl/>
        </w:rPr>
        <w:t xml:space="preserve"> برخ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سرگرم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ها،</w:t>
      </w:r>
      <w:r w:rsidRPr="008A2A16">
        <w:rPr>
          <w:rFonts w:ascii="Tahoma" w:hAnsi="Tahoma" w:cs="Tahoma"/>
          <w:rtl/>
        </w:rPr>
        <w:t xml:space="preserve"> پوشش، آ</w:t>
      </w:r>
      <w:r w:rsidRPr="008A2A16">
        <w:rPr>
          <w:rFonts w:ascii="Tahoma" w:hAnsi="Tahoma" w:cs="Tahoma" w:hint="cs"/>
          <w:rtl/>
        </w:rPr>
        <w:t>یی</w:t>
      </w:r>
      <w:r w:rsidRPr="008A2A16">
        <w:rPr>
          <w:rFonts w:ascii="Tahoma" w:hAnsi="Tahoma" w:cs="Tahoma" w:hint="eastAsia"/>
          <w:rtl/>
        </w:rPr>
        <w:t>ن‌ها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صوف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انه</w:t>
      </w:r>
      <w:r w:rsidRPr="008A2A16">
        <w:rPr>
          <w:rFonts w:ascii="Tahoma" w:hAnsi="Tahoma" w:cs="Tahoma"/>
          <w:rtl/>
        </w:rPr>
        <w:t xml:space="preserve"> 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ا</w:t>
      </w:r>
      <w:r w:rsidRPr="008A2A16">
        <w:rPr>
          <w:rFonts w:ascii="Tahoma" w:hAnsi="Tahoma" w:cs="Tahoma"/>
          <w:rtl/>
        </w:rPr>
        <w:t xml:space="preserve"> فعال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ت</w:t>
      </w:r>
      <w:r w:rsidRPr="008A2A16">
        <w:rPr>
          <w:rFonts w:ascii="Tahoma" w:hAnsi="Tahoma" w:cs="Tahoma"/>
          <w:rtl/>
        </w:rPr>
        <w:t xml:space="preserve"> گروه‌ها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مذهب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گر</w:t>
      </w:r>
      <w:r w:rsidRPr="008A2A16">
        <w:rPr>
          <w:rFonts w:ascii="Tahoma" w:hAnsi="Tahoma" w:cs="Tahoma"/>
          <w:rtl/>
        </w:rPr>
        <w:t xml:space="preserve"> مقابله کند. محتسب و مأمور حکومت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وظ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فه</w:t>
      </w:r>
      <w:r w:rsidRPr="008A2A16">
        <w:rPr>
          <w:rFonts w:ascii="Tahoma" w:hAnsi="Tahoma" w:cs="Tahoma"/>
          <w:rtl/>
        </w:rPr>
        <w:t xml:space="preserve"> م</w:t>
      </w:r>
      <w:r w:rsidRPr="008A2A16">
        <w:rPr>
          <w:rFonts w:ascii="Tahoma" w:hAnsi="Tahoma" w:cs="Tahoma" w:hint="cs"/>
          <w:rtl/>
        </w:rPr>
        <w:t>ی‌ی</w:t>
      </w:r>
      <w:r w:rsidRPr="008A2A16">
        <w:rPr>
          <w:rFonts w:ascii="Tahoma" w:hAnsi="Tahoma" w:cs="Tahoma" w:hint="eastAsia"/>
          <w:rtl/>
        </w:rPr>
        <w:t>افتند</w:t>
      </w:r>
      <w:r w:rsidRPr="008A2A16">
        <w:rPr>
          <w:rFonts w:ascii="Tahoma" w:hAnsi="Tahoma" w:cs="Tahoma"/>
          <w:rtl/>
        </w:rPr>
        <w:t xml:space="preserve"> آنچه را 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نکار</w:t>
      </w:r>
      <w:r w:rsidRPr="008A2A16">
        <w:rPr>
          <w:rFonts w:ascii="Tahoma" w:hAnsi="Tahoma" w:cs="Tahoma"/>
          <w:rtl/>
        </w:rPr>
        <w:t xml:space="preserve"> نادرست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دانست</w:t>
      </w:r>
      <w:r w:rsidRPr="008A2A16">
        <w:rPr>
          <w:rFonts w:ascii="Tahoma" w:hAnsi="Tahoma" w:cs="Tahoma"/>
          <w:rtl/>
        </w:rPr>
        <w:t xml:space="preserve"> در بازار و کوچه محدود سازند.</w:t>
      </w:r>
    </w:p>
    <w:p w:rsidR="008A2A16" w:rsidRPr="008A2A16" w:rsidRDefault="008A2A16" w:rsidP="008A2A1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A2A16">
        <w:rPr>
          <w:rFonts w:ascii="Tahoma" w:hAnsi="Tahoma" w:cs="Tahoma" w:hint="eastAsia"/>
          <w:rtl/>
        </w:rPr>
        <w:t>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ن</w:t>
      </w:r>
      <w:r w:rsidRPr="008A2A16">
        <w:rPr>
          <w:rFonts w:ascii="Tahoma" w:hAnsi="Tahoma" w:cs="Tahoma"/>
          <w:rtl/>
        </w:rPr>
        <w:t xml:space="preserve"> س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است</w:t>
      </w:r>
      <w:r w:rsidRPr="008A2A16">
        <w:rPr>
          <w:rFonts w:ascii="Tahoma" w:hAnsi="Tahoma" w:cs="Tahoma"/>
          <w:rtl/>
        </w:rPr>
        <w:t xml:space="preserve"> از نظر طرفدارانش اجرا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شر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عت</w:t>
      </w:r>
      <w:r w:rsidRPr="008A2A16">
        <w:rPr>
          <w:rFonts w:ascii="Tahoma" w:hAnsi="Tahoma" w:cs="Tahoma"/>
          <w:rtl/>
        </w:rPr>
        <w:t xml:space="preserve"> و پاک‌کردن جامعه از فساد بود. اما از نظر کشوردار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،</w:t>
      </w:r>
      <w:r w:rsidRPr="008A2A16">
        <w:rPr>
          <w:rFonts w:ascii="Tahoma" w:hAnsi="Tahoma" w:cs="Tahoma"/>
          <w:rtl/>
        </w:rPr>
        <w:t xml:space="preserve"> حوزهٔ نظارت حکومت را گسترش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داد</w:t>
      </w:r>
      <w:r w:rsidRPr="008A2A16">
        <w:rPr>
          <w:rFonts w:ascii="Tahoma" w:hAnsi="Tahoma" w:cs="Tahoma"/>
          <w:rtl/>
        </w:rPr>
        <w:t>. حکومت 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گر</w:t>
      </w:r>
      <w:r w:rsidRPr="008A2A16">
        <w:rPr>
          <w:rFonts w:ascii="Tahoma" w:hAnsi="Tahoma" w:cs="Tahoma"/>
          <w:rtl/>
        </w:rPr>
        <w:t xml:space="preserve"> فقط مال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ات</w:t>
      </w:r>
      <w:r w:rsidRPr="008A2A16">
        <w:rPr>
          <w:rFonts w:ascii="Tahoma" w:hAnsi="Tahoma" w:cs="Tahoma"/>
          <w:rtl/>
        </w:rPr>
        <w:t xml:space="preserve"> نم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گرفت،</w:t>
      </w:r>
      <w:r w:rsidRPr="008A2A16">
        <w:rPr>
          <w:rFonts w:ascii="Tahoma" w:hAnsi="Tahoma" w:cs="Tahoma"/>
          <w:rtl/>
        </w:rPr>
        <w:t xml:space="preserve"> امن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ت</w:t>
      </w:r>
      <w:r w:rsidRPr="008A2A16">
        <w:rPr>
          <w:rFonts w:ascii="Tahoma" w:hAnsi="Tahoma" w:cs="Tahoma"/>
          <w:rtl/>
        </w:rPr>
        <w:t xml:space="preserve"> راه را حفظ نم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کرد</w:t>
      </w:r>
      <w:r w:rsidRPr="008A2A16">
        <w:rPr>
          <w:rFonts w:ascii="Tahoma" w:hAnsi="Tahoma" w:cs="Tahoma"/>
          <w:rtl/>
        </w:rPr>
        <w:t xml:space="preserve"> و دشمن خارج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را عقب نم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راند؛</w:t>
      </w:r>
      <w:r w:rsidRPr="008A2A16">
        <w:rPr>
          <w:rFonts w:ascii="Tahoma" w:hAnsi="Tahoma" w:cs="Tahoma"/>
          <w:rtl/>
        </w:rPr>
        <w:t xml:space="preserve">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خواست</w:t>
      </w:r>
      <w:r w:rsidRPr="008A2A16">
        <w:rPr>
          <w:rFonts w:ascii="Tahoma" w:hAnsi="Tahoma" w:cs="Tahoma"/>
          <w:rtl/>
        </w:rPr>
        <w:t xml:space="preserve"> رفتار خصوص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و عموم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مردم را ن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ز</w:t>
      </w:r>
      <w:r w:rsidRPr="008A2A16">
        <w:rPr>
          <w:rFonts w:ascii="Tahoma" w:hAnsi="Tahoma" w:cs="Tahoma"/>
          <w:rtl/>
        </w:rPr>
        <w:t xml:space="preserve"> بر </w:t>
      </w:r>
      <w:r w:rsidRPr="008A2A16">
        <w:rPr>
          <w:rFonts w:ascii="Tahoma" w:hAnsi="Tahoma" w:cs="Tahoma" w:hint="eastAsia"/>
          <w:rtl/>
        </w:rPr>
        <w:t>پا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هٔ</w:t>
      </w:r>
      <w:r w:rsidRPr="008A2A16">
        <w:rPr>
          <w:rFonts w:ascii="Tahoma" w:hAnsi="Tahoma" w:cs="Tahoma"/>
          <w:rtl/>
        </w:rPr>
        <w:t xml:space="preserve"> برداشت رسم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از مذهب تنظ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م</w:t>
      </w:r>
      <w:r w:rsidRPr="008A2A16">
        <w:rPr>
          <w:rFonts w:ascii="Tahoma" w:hAnsi="Tahoma" w:cs="Tahoma"/>
          <w:rtl/>
        </w:rPr>
        <w:t xml:space="preserve"> کند.</w:t>
      </w:r>
    </w:p>
    <w:p w:rsidR="008A2A16" w:rsidRPr="008A2A16" w:rsidRDefault="008A2A16" w:rsidP="008A2A1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A2A16">
        <w:rPr>
          <w:rFonts w:ascii="Tahoma" w:hAnsi="Tahoma" w:cs="Tahoma" w:hint="eastAsia"/>
          <w:rtl/>
        </w:rPr>
        <w:t>گسترش</w:t>
      </w:r>
      <w:r w:rsidRPr="008A2A16">
        <w:rPr>
          <w:rFonts w:ascii="Tahoma" w:hAnsi="Tahoma" w:cs="Tahoma"/>
          <w:rtl/>
        </w:rPr>
        <w:t xml:space="preserve"> 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ن</w:t>
      </w:r>
      <w:r w:rsidRPr="008A2A16">
        <w:rPr>
          <w:rFonts w:ascii="Tahoma" w:hAnsi="Tahoma" w:cs="Tahoma"/>
          <w:rtl/>
        </w:rPr>
        <w:t xml:space="preserve"> نظارت به مأموران قدرت ب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شتر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داد</w:t>
      </w:r>
      <w:r w:rsidRPr="008A2A16">
        <w:rPr>
          <w:rFonts w:ascii="Tahoma" w:hAnsi="Tahoma" w:cs="Tahoma"/>
          <w:rtl/>
        </w:rPr>
        <w:t>. مأمور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که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توانست</w:t>
      </w:r>
      <w:r w:rsidRPr="008A2A16">
        <w:rPr>
          <w:rFonts w:ascii="Tahoma" w:hAnsi="Tahoma" w:cs="Tahoma"/>
          <w:rtl/>
        </w:rPr>
        <w:t xml:space="preserve"> دربارهٔ شراب، پوشش، مراسم 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ا</w:t>
      </w:r>
      <w:r w:rsidRPr="008A2A16">
        <w:rPr>
          <w:rFonts w:ascii="Tahoma" w:hAnsi="Tahoma" w:cs="Tahoma"/>
          <w:rtl/>
        </w:rPr>
        <w:t xml:space="preserve"> عق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دهٔ</w:t>
      </w:r>
      <w:r w:rsidRPr="008A2A16">
        <w:rPr>
          <w:rFonts w:ascii="Tahoma" w:hAnsi="Tahoma" w:cs="Tahoma"/>
          <w:rtl/>
        </w:rPr>
        <w:t xml:space="preserve"> مردم داور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کند، امکان تازه‌ا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برا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دخالت، مجازات و گرفتن پول پ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دا</w:t>
      </w:r>
      <w:r w:rsidRPr="008A2A16">
        <w:rPr>
          <w:rFonts w:ascii="Tahoma" w:hAnsi="Tahoma" w:cs="Tahoma"/>
          <w:rtl/>
        </w:rPr>
        <w:t xml:space="preserve">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کرد</w:t>
      </w:r>
      <w:r w:rsidRPr="008A2A16">
        <w:rPr>
          <w:rFonts w:ascii="Tahoma" w:hAnsi="Tahoma" w:cs="Tahoma"/>
          <w:rtl/>
        </w:rPr>
        <w:t>. حت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اگر فرمان نخست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ن</w:t>
      </w:r>
      <w:r w:rsidRPr="008A2A16">
        <w:rPr>
          <w:rFonts w:ascii="Tahoma" w:hAnsi="Tahoma" w:cs="Tahoma"/>
          <w:rtl/>
        </w:rPr>
        <w:t xml:space="preserve"> با هدف 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ن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صادر شده بود، اجرا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آن ممکن بود به فساد، باج‌گ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ر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ا</w:t>
      </w:r>
      <w:r w:rsidRPr="008A2A16">
        <w:rPr>
          <w:rFonts w:ascii="Tahoma" w:hAnsi="Tahoma" w:cs="Tahoma"/>
          <w:rtl/>
        </w:rPr>
        <w:t xml:space="preserve"> تسو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ه‌حساب</w:t>
      </w:r>
      <w:r w:rsidRPr="008A2A16">
        <w:rPr>
          <w:rFonts w:ascii="Tahoma" w:hAnsi="Tahoma" w:cs="Tahoma"/>
          <w:rtl/>
        </w:rPr>
        <w:t xml:space="preserve"> شخص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ب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نجامد</w:t>
      </w:r>
      <w:r w:rsidRPr="008A2A16">
        <w:rPr>
          <w:rFonts w:ascii="Tahoma" w:hAnsi="Tahoma" w:cs="Tahoma"/>
          <w:rtl/>
        </w:rPr>
        <w:t>.</w:t>
      </w:r>
    </w:p>
    <w:p w:rsidR="008A2A16" w:rsidRPr="008A2A16" w:rsidRDefault="008A2A16" w:rsidP="008A2A1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A2A16">
        <w:rPr>
          <w:rFonts w:ascii="Tahoma" w:hAnsi="Tahoma" w:cs="Tahoma" w:hint="eastAsia"/>
          <w:rtl/>
        </w:rPr>
        <w:t>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نکاران</w:t>
      </w:r>
      <w:r w:rsidRPr="008A2A16">
        <w:rPr>
          <w:rFonts w:ascii="Tahoma" w:hAnsi="Tahoma" w:cs="Tahoma"/>
          <w:rtl/>
        </w:rPr>
        <w:t xml:space="preserve"> ن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ز</w:t>
      </w:r>
      <w:r w:rsidRPr="008A2A16">
        <w:rPr>
          <w:rFonts w:ascii="Tahoma" w:hAnsi="Tahoma" w:cs="Tahoma"/>
          <w:rtl/>
        </w:rPr>
        <w:t xml:space="preserve"> در برداشت و رفتار 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کسان</w:t>
      </w:r>
      <w:r w:rsidRPr="008A2A16">
        <w:rPr>
          <w:rFonts w:ascii="Tahoma" w:hAnsi="Tahoma" w:cs="Tahoma"/>
          <w:rtl/>
        </w:rPr>
        <w:t xml:space="preserve"> نبودند. همهٔ آنان از اجبار گسترده 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ا</w:t>
      </w:r>
      <w:r w:rsidRPr="008A2A16">
        <w:rPr>
          <w:rFonts w:ascii="Tahoma" w:hAnsi="Tahoma" w:cs="Tahoma"/>
          <w:rtl/>
        </w:rPr>
        <w:t xml:space="preserve"> نزد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ک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به دربار حما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ت</w:t>
      </w:r>
      <w:r w:rsidRPr="008A2A16">
        <w:rPr>
          <w:rFonts w:ascii="Tahoma" w:hAnsi="Tahoma" w:cs="Tahoma"/>
          <w:rtl/>
        </w:rPr>
        <w:t xml:space="preserve"> نم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کردند</w:t>
      </w:r>
      <w:r w:rsidRPr="008A2A16">
        <w:rPr>
          <w:rFonts w:ascii="Tahoma" w:hAnsi="Tahoma" w:cs="Tahoma"/>
          <w:rtl/>
        </w:rPr>
        <w:t>. برخ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به تدر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س</w:t>
      </w:r>
      <w:r w:rsidRPr="008A2A16">
        <w:rPr>
          <w:rFonts w:ascii="Tahoma" w:hAnsi="Tahoma" w:cs="Tahoma"/>
          <w:rtl/>
        </w:rPr>
        <w:t xml:space="preserve"> و پژوهش مشغول بودند، برخ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با تصوف پ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وند</w:t>
      </w:r>
      <w:r w:rsidRPr="008A2A16">
        <w:rPr>
          <w:rFonts w:ascii="Tahoma" w:hAnsi="Tahoma" w:cs="Tahoma"/>
          <w:rtl/>
        </w:rPr>
        <w:t xml:space="preserve"> داشتند و برخ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از دخالت مستق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م</w:t>
      </w:r>
      <w:r w:rsidRPr="008A2A16">
        <w:rPr>
          <w:rFonts w:ascii="Tahoma" w:hAnsi="Tahoma" w:cs="Tahoma"/>
          <w:rtl/>
        </w:rPr>
        <w:t xml:space="preserve"> در س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است</w:t>
      </w:r>
      <w:r w:rsidRPr="008A2A16">
        <w:rPr>
          <w:rFonts w:ascii="Tahoma" w:hAnsi="Tahoma" w:cs="Tahoma"/>
          <w:rtl/>
        </w:rPr>
        <w:t xml:space="preserve"> پره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ز</w:t>
      </w:r>
      <w:r w:rsidRPr="008A2A16">
        <w:rPr>
          <w:rFonts w:ascii="Tahoma" w:hAnsi="Tahoma" w:cs="Tahoma"/>
          <w:rtl/>
        </w:rPr>
        <w:t xml:space="preserve">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کردند</w:t>
      </w:r>
      <w:r w:rsidRPr="008A2A16">
        <w:rPr>
          <w:rFonts w:ascii="Tahoma" w:hAnsi="Tahoma" w:cs="Tahoma"/>
          <w:rtl/>
        </w:rPr>
        <w:t>. نفوذ مجلس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نبا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د</w:t>
      </w:r>
      <w:r w:rsidRPr="008A2A16">
        <w:rPr>
          <w:rFonts w:ascii="Tahoma" w:hAnsi="Tahoma" w:cs="Tahoma"/>
          <w:rtl/>
        </w:rPr>
        <w:t xml:space="preserve"> به معنا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کدست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همهٔ دس</w:t>
      </w:r>
      <w:r w:rsidRPr="008A2A16">
        <w:rPr>
          <w:rFonts w:ascii="Tahoma" w:hAnsi="Tahoma" w:cs="Tahoma" w:hint="eastAsia"/>
          <w:rtl/>
        </w:rPr>
        <w:t>تگاه</w:t>
      </w:r>
      <w:r w:rsidRPr="008A2A16">
        <w:rPr>
          <w:rFonts w:ascii="Tahoma" w:hAnsi="Tahoma" w:cs="Tahoma"/>
          <w:rtl/>
        </w:rPr>
        <w:t xml:space="preserve"> 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نکار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تلق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شود.</w:t>
      </w:r>
    </w:p>
    <w:p w:rsidR="008A2A16" w:rsidRPr="008A2A16" w:rsidRDefault="008A2A16" w:rsidP="008A2A1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A2A16">
        <w:rPr>
          <w:rFonts w:ascii="Tahoma" w:hAnsi="Tahoma" w:cs="Tahoma" w:hint="eastAsia"/>
          <w:rtl/>
        </w:rPr>
        <w:t>اما</w:t>
      </w:r>
      <w:r w:rsidRPr="008A2A16">
        <w:rPr>
          <w:rFonts w:ascii="Tahoma" w:hAnsi="Tahoma" w:cs="Tahoma"/>
          <w:rtl/>
        </w:rPr>
        <w:t xml:space="preserve"> گرا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ش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ن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رومند</w:t>
      </w:r>
      <w:r w:rsidRPr="008A2A16">
        <w:rPr>
          <w:rFonts w:ascii="Tahoma" w:hAnsi="Tahoma" w:cs="Tahoma"/>
          <w:rtl/>
        </w:rPr>
        <w:t xml:space="preserve"> در حال شکل‌گ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ر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بود که تش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ع</w:t>
      </w:r>
      <w:r w:rsidRPr="008A2A16">
        <w:rPr>
          <w:rFonts w:ascii="Tahoma" w:hAnsi="Tahoma" w:cs="Tahoma"/>
          <w:rtl/>
        </w:rPr>
        <w:t xml:space="preserve"> رسم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را با محدودکردن صورت‌ها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گر</w:t>
      </w:r>
      <w:r w:rsidRPr="008A2A16">
        <w:rPr>
          <w:rFonts w:ascii="Tahoma" w:hAnsi="Tahoma" w:cs="Tahoma"/>
          <w:rtl/>
        </w:rPr>
        <w:t xml:space="preserve"> زندگ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مذهب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همراه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کرد</w:t>
      </w:r>
      <w:r w:rsidRPr="008A2A16">
        <w:rPr>
          <w:rFonts w:ascii="Tahoma" w:hAnsi="Tahoma" w:cs="Tahoma"/>
          <w:rtl/>
        </w:rPr>
        <w:t>. صوف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ان،</w:t>
      </w:r>
      <w:r w:rsidRPr="008A2A16">
        <w:rPr>
          <w:rFonts w:ascii="Tahoma" w:hAnsi="Tahoma" w:cs="Tahoma"/>
          <w:rtl/>
        </w:rPr>
        <w:t xml:space="preserve"> که خود خاندان صفو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از دل طر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قت</w:t>
      </w:r>
      <w:r w:rsidRPr="008A2A16">
        <w:rPr>
          <w:rFonts w:ascii="Tahoma" w:hAnsi="Tahoma" w:cs="Tahoma"/>
          <w:rtl/>
        </w:rPr>
        <w:t xml:space="preserve"> آنان برخاسته بود، اکنون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توانستند</w:t>
      </w:r>
      <w:r w:rsidRPr="008A2A16">
        <w:rPr>
          <w:rFonts w:ascii="Tahoma" w:hAnsi="Tahoma" w:cs="Tahoma"/>
          <w:rtl/>
        </w:rPr>
        <w:t xml:space="preserve"> از سو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فق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هان</w:t>
      </w:r>
      <w:r w:rsidRPr="008A2A16">
        <w:rPr>
          <w:rFonts w:ascii="Tahoma" w:hAnsi="Tahoma" w:cs="Tahoma"/>
          <w:rtl/>
        </w:rPr>
        <w:t xml:space="preserve"> به بدعت، انحراف 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ا</w:t>
      </w:r>
      <w:r w:rsidRPr="008A2A16">
        <w:rPr>
          <w:rFonts w:ascii="Tahoma" w:hAnsi="Tahoma" w:cs="Tahoma"/>
          <w:rtl/>
        </w:rPr>
        <w:t xml:space="preserve"> ادعاها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نامعتبر متهم شوند. حکومت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که به </w:t>
      </w:r>
      <w:r w:rsidRPr="008A2A16">
        <w:rPr>
          <w:rFonts w:ascii="Tahoma" w:hAnsi="Tahoma" w:cs="Tahoma" w:hint="eastAsia"/>
          <w:rtl/>
        </w:rPr>
        <w:t>دست</w:t>
      </w:r>
      <w:r w:rsidRPr="008A2A16">
        <w:rPr>
          <w:rFonts w:ascii="Tahoma" w:hAnsi="Tahoma" w:cs="Tahoma"/>
          <w:rtl/>
        </w:rPr>
        <w:t xml:space="preserve"> مر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دان</w:t>
      </w:r>
      <w:r w:rsidRPr="008A2A16">
        <w:rPr>
          <w:rFonts w:ascii="Tahoma" w:hAnsi="Tahoma" w:cs="Tahoma"/>
          <w:rtl/>
        </w:rPr>
        <w:t xml:space="preserve"> 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ک</w:t>
      </w:r>
      <w:r w:rsidRPr="008A2A16">
        <w:rPr>
          <w:rFonts w:ascii="Tahoma" w:hAnsi="Tahoma" w:cs="Tahoma"/>
          <w:rtl/>
        </w:rPr>
        <w:t xml:space="preserve"> طر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قت</w:t>
      </w:r>
      <w:r w:rsidRPr="008A2A16">
        <w:rPr>
          <w:rFonts w:ascii="Tahoma" w:hAnsi="Tahoma" w:cs="Tahoma"/>
          <w:rtl/>
        </w:rPr>
        <w:t xml:space="preserve"> ساخته شده بود، پس از دو سده به دستگاه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نزد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ک</w:t>
      </w:r>
      <w:r w:rsidRPr="008A2A16">
        <w:rPr>
          <w:rFonts w:ascii="Tahoma" w:hAnsi="Tahoma" w:cs="Tahoma"/>
          <w:rtl/>
        </w:rPr>
        <w:t xml:space="preserve">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شد</w:t>
      </w:r>
      <w:r w:rsidRPr="008A2A16">
        <w:rPr>
          <w:rFonts w:ascii="Tahoma" w:hAnsi="Tahoma" w:cs="Tahoma"/>
          <w:rtl/>
        </w:rPr>
        <w:t xml:space="preserve"> که برخ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طر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قت‌ها</w:t>
      </w:r>
      <w:r w:rsidRPr="008A2A16">
        <w:rPr>
          <w:rFonts w:ascii="Tahoma" w:hAnsi="Tahoma" w:cs="Tahoma"/>
          <w:rtl/>
        </w:rPr>
        <w:t xml:space="preserve"> را تهد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برا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نظم مذهب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خود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د</w:t>
      </w:r>
      <w:r w:rsidRPr="008A2A16">
        <w:rPr>
          <w:rFonts w:ascii="Tahoma" w:hAnsi="Tahoma" w:cs="Tahoma"/>
          <w:rtl/>
        </w:rPr>
        <w:t>.</w:t>
      </w:r>
    </w:p>
    <w:p w:rsidR="008A2A16" w:rsidRPr="008A2A16" w:rsidRDefault="008A2A16" w:rsidP="008A2A1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A2A16">
        <w:rPr>
          <w:rFonts w:ascii="Tahoma" w:hAnsi="Tahoma" w:cs="Tahoma" w:hint="eastAsia"/>
          <w:rtl/>
        </w:rPr>
        <w:t>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ن</w:t>
      </w:r>
      <w:r w:rsidRPr="008A2A16">
        <w:rPr>
          <w:rFonts w:ascii="Tahoma" w:hAnsi="Tahoma" w:cs="Tahoma"/>
          <w:rtl/>
        </w:rPr>
        <w:t xml:space="preserve"> دگرگون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ک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از تناقض‌ها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بزرگ تار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خ</w:t>
      </w:r>
      <w:r w:rsidRPr="008A2A16">
        <w:rPr>
          <w:rFonts w:ascii="Tahoma" w:hAnsi="Tahoma" w:cs="Tahoma"/>
          <w:rtl/>
        </w:rPr>
        <w:t xml:space="preserve"> صفو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بود. شاه اسماع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ل</w:t>
      </w:r>
      <w:r w:rsidRPr="008A2A16">
        <w:rPr>
          <w:rFonts w:ascii="Tahoma" w:hAnsi="Tahoma" w:cs="Tahoma"/>
          <w:rtl/>
        </w:rPr>
        <w:t xml:space="preserve"> بدون 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مان</w:t>
      </w:r>
      <w:r w:rsidRPr="008A2A16">
        <w:rPr>
          <w:rFonts w:ascii="Tahoma" w:hAnsi="Tahoma" w:cs="Tahoma"/>
          <w:rtl/>
        </w:rPr>
        <w:t xml:space="preserve"> صوف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انه</w:t>
      </w:r>
      <w:r w:rsidRPr="008A2A16">
        <w:rPr>
          <w:rFonts w:ascii="Tahoma" w:hAnsi="Tahoma" w:cs="Tahoma"/>
          <w:rtl/>
        </w:rPr>
        <w:t xml:space="preserve"> و اطاعت قزلباشان نم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توانست</w:t>
      </w:r>
      <w:r w:rsidRPr="008A2A16">
        <w:rPr>
          <w:rFonts w:ascii="Tahoma" w:hAnsi="Tahoma" w:cs="Tahoma"/>
          <w:rtl/>
        </w:rPr>
        <w:t xml:space="preserve"> حکومت را به دست آورد. اما برا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تبد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ل</w:t>
      </w:r>
      <w:r w:rsidRPr="008A2A16">
        <w:rPr>
          <w:rFonts w:ascii="Tahoma" w:hAnsi="Tahoma" w:cs="Tahoma"/>
          <w:rtl/>
        </w:rPr>
        <w:t xml:space="preserve"> آن حکومت به دولت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پا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دار،</w:t>
      </w:r>
      <w:r w:rsidRPr="008A2A16">
        <w:rPr>
          <w:rFonts w:ascii="Tahoma" w:hAnsi="Tahoma" w:cs="Tahoma"/>
          <w:rtl/>
        </w:rPr>
        <w:t xml:space="preserve"> فقه دوازده‌امام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گسترش 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افت</w:t>
      </w:r>
      <w:r w:rsidRPr="008A2A16">
        <w:rPr>
          <w:rFonts w:ascii="Tahoma" w:hAnsi="Tahoma" w:cs="Tahoma"/>
          <w:rtl/>
        </w:rPr>
        <w:t>. هرچه فقه و دستگاه 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نکار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ن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رومندتر</w:t>
      </w:r>
      <w:r w:rsidRPr="008A2A16">
        <w:rPr>
          <w:rFonts w:ascii="Tahoma" w:hAnsi="Tahoma" w:cs="Tahoma"/>
          <w:rtl/>
        </w:rPr>
        <w:t xml:space="preserve"> شدند، جا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گاه</w:t>
      </w:r>
      <w:r w:rsidRPr="008A2A16">
        <w:rPr>
          <w:rFonts w:ascii="Tahoma" w:hAnsi="Tahoma" w:cs="Tahoma"/>
          <w:rtl/>
        </w:rPr>
        <w:t xml:space="preserve"> مرشد و طر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قت</w:t>
      </w:r>
      <w:r w:rsidRPr="008A2A16">
        <w:rPr>
          <w:rFonts w:ascii="Tahoma" w:hAnsi="Tahoma" w:cs="Tahoma"/>
          <w:rtl/>
        </w:rPr>
        <w:t xml:space="preserve"> محدودتر گرد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د</w:t>
      </w:r>
      <w:r w:rsidRPr="008A2A16">
        <w:rPr>
          <w:rFonts w:ascii="Tahoma" w:hAnsi="Tahoma" w:cs="Tahoma"/>
          <w:rtl/>
        </w:rPr>
        <w:t>. عمامهٔ فق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ه</w:t>
      </w:r>
      <w:r w:rsidRPr="008A2A16">
        <w:rPr>
          <w:rFonts w:ascii="Tahoma" w:hAnsi="Tahoma" w:cs="Tahoma"/>
          <w:rtl/>
        </w:rPr>
        <w:t xml:space="preserve"> به‌تدر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ج</w:t>
      </w:r>
      <w:r w:rsidRPr="008A2A16">
        <w:rPr>
          <w:rFonts w:ascii="Tahoma" w:hAnsi="Tahoma" w:cs="Tahoma"/>
          <w:rtl/>
        </w:rPr>
        <w:t xml:space="preserve"> جا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مرشد قزلباش را در تعر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ف</w:t>
      </w:r>
      <w:r w:rsidRPr="008A2A16">
        <w:rPr>
          <w:rFonts w:ascii="Tahoma" w:hAnsi="Tahoma" w:cs="Tahoma"/>
          <w:rtl/>
        </w:rPr>
        <w:t xml:space="preserve"> مذهب رسم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گرفت.</w:t>
      </w:r>
    </w:p>
    <w:p w:rsidR="008A2A16" w:rsidRPr="008A2A16" w:rsidRDefault="008A2A16" w:rsidP="008A2A1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A2A16">
        <w:rPr>
          <w:rFonts w:ascii="Tahoma" w:hAnsi="Tahoma" w:cs="Tahoma" w:hint="eastAsia"/>
          <w:rtl/>
        </w:rPr>
        <w:t>گروه‌ها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سن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مذهب</w:t>
      </w:r>
      <w:r w:rsidRPr="008A2A16">
        <w:rPr>
          <w:rFonts w:ascii="Tahoma" w:hAnsi="Tahoma" w:cs="Tahoma"/>
          <w:rtl/>
        </w:rPr>
        <w:t xml:space="preserve"> ن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ز</w:t>
      </w:r>
      <w:r w:rsidRPr="008A2A16">
        <w:rPr>
          <w:rFonts w:ascii="Tahoma" w:hAnsi="Tahoma" w:cs="Tahoma"/>
          <w:rtl/>
        </w:rPr>
        <w:t xml:space="preserve"> ز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ر</w:t>
      </w:r>
      <w:r w:rsidRPr="008A2A16">
        <w:rPr>
          <w:rFonts w:ascii="Tahoma" w:hAnsi="Tahoma" w:cs="Tahoma"/>
          <w:rtl/>
        </w:rPr>
        <w:t xml:space="preserve"> فشار ب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شتر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قرار گرفتند، به‌و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ژه</w:t>
      </w:r>
      <w:r w:rsidRPr="008A2A16">
        <w:rPr>
          <w:rFonts w:ascii="Tahoma" w:hAnsi="Tahoma" w:cs="Tahoma"/>
          <w:rtl/>
        </w:rPr>
        <w:t xml:space="preserve"> در مناطق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که حکومت آنان را از نظر س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اس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مشکوک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دانست</w:t>
      </w:r>
      <w:r w:rsidRPr="008A2A16">
        <w:rPr>
          <w:rFonts w:ascii="Tahoma" w:hAnsi="Tahoma" w:cs="Tahoma"/>
          <w:rtl/>
        </w:rPr>
        <w:t>. همسا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با عثمان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ان</w:t>
      </w:r>
      <w:r w:rsidRPr="008A2A16">
        <w:rPr>
          <w:rFonts w:ascii="Tahoma" w:hAnsi="Tahoma" w:cs="Tahoma"/>
          <w:rtl/>
        </w:rPr>
        <w:t xml:space="preserve"> و ازبکان سبب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شد</w:t>
      </w:r>
      <w:r w:rsidRPr="008A2A16">
        <w:rPr>
          <w:rFonts w:ascii="Tahoma" w:hAnsi="Tahoma" w:cs="Tahoma"/>
          <w:rtl/>
        </w:rPr>
        <w:t xml:space="preserve"> تفاوت مذهب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با مسئلهٔ وفادار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س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اس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درآم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زد</w:t>
      </w:r>
      <w:r w:rsidRPr="008A2A16">
        <w:rPr>
          <w:rFonts w:ascii="Tahoma" w:hAnsi="Tahoma" w:cs="Tahoma"/>
          <w:rtl/>
        </w:rPr>
        <w:t>. فرد سن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ممکن بود نه فقط پ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رو</w:t>
      </w:r>
      <w:r w:rsidRPr="008A2A16">
        <w:rPr>
          <w:rFonts w:ascii="Tahoma" w:hAnsi="Tahoma" w:cs="Tahoma"/>
          <w:rtl/>
        </w:rPr>
        <w:t xml:space="preserve"> مذهب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گر،</w:t>
      </w:r>
      <w:r w:rsidRPr="008A2A16">
        <w:rPr>
          <w:rFonts w:ascii="Tahoma" w:hAnsi="Tahoma" w:cs="Tahoma"/>
          <w:rtl/>
        </w:rPr>
        <w:t xml:space="preserve"> بلکه همدل بالقوهٔ دشمن خارج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شناخته شود.</w:t>
      </w:r>
    </w:p>
    <w:p w:rsidR="008A2A16" w:rsidRPr="008A2A16" w:rsidRDefault="008A2A16" w:rsidP="008A2A1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A2A16">
        <w:rPr>
          <w:rFonts w:ascii="Tahoma" w:hAnsi="Tahoma" w:cs="Tahoma" w:hint="eastAsia"/>
          <w:rtl/>
        </w:rPr>
        <w:t>هم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ن</w:t>
      </w:r>
      <w:r w:rsidRPr="008A2A16">
        <w:rPr>
          <w:rFonts w:ascii="Tahoma" w:hAnsi="Tahoma" w:cs="Tahoma"/>
          <w:rtl/>
        </w:rPr>
        <w:t xml:space="preserve"> خلط م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ان</w:t>
      </w:r>
      <w:r w:rsidRPr="008A2A16">
        <w:rPr>
          <w:rFonts w:ascii="Tahoma" w:hAnsi="Tahoma" w:cs="Tahoma"/>
          <w:rtl/>
        </w:rPr>
        <w:t xml:space="preserve"> اعتقاد و وفادار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،</w:t>
      </w:r>
      <w:r w:rsidRPr="008A2A16">
        <w:rPr>
          <w:rFonts w:ascii="Tahoma" w:hAnsi="Tahoma" w:cs="Tahoma"/>
          <w:rtl/>
        </w:rPr>
        <w:t xml:space="preserve"> س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است</w:t>
      </w:r>
      <w:r w:rsidRPr="008A2A16">
        <w:rPr>
          <w:rFonts w:ascii="Tahoma" w:hAnsi="Tahoma" w:cs="Tahoma"/>
          <w:rtl/>
        </w:rPr>
        <w:t xml:space="preserve"> مرز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حکومت را دشوارتر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کرد</w:t>
      </w:r>
      <w:r w:rsidRPr="008A2A16">
        <w:rPr>
          <w:rFonts w:ascii="Tahoma" w:hAnsi="Tahoma" w:cs="Tahoma"/>
          <w:rtl/>
        </w:rPr>
        <w:t>. در مناطق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که جمع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ت</w:t>
      </w:r>
      <w:r w:rsidRPr="008A2A16">
        <w:rPr>
          <w:rFonts w:ascii="Tahoma" w:hAnsi="Tahoma" w:cs="Tahoma"/>
          <w:rtl/>
        </w:rPr>
        <w:t xml:space="preserve"> سن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زندگ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کرد،</w:t>
      </w:r>
      <w:r w:rsidRPr="008A2A16">
        <w:rPr>
          <w:rFonts w:ascii="Tahoma" w:hAnsi="Tahoma" w:cs="Tahoma"/>
          <w:rtl/>
        </w:rPr>
        <w:t xml:space="preserve"> فشار مذهب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توانست</w:t>
      </w:r>
      <w:r w:rsidRPr="008A2A16">
        <w:rPr>
          <w:rFonts w:ascii="Tahoma" w:hAnsi="Tahoma" w:cs="Tahoma"/>
          <w:rtl/>
        </w:rPr>
        <w:t xml:space="preserve"> آنان را از مرکز دور سازد. حکومت برا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کپارچگ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کشور مذهب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واحد را گسترش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داد،</w:t>
      </w:r>
      <w:r w:rsidRPr="008A2A16">
        <w:rPr>
          <w:rFonts w:ascii="Tahoma" w:hAnsi="Tahoma" w:cs="Tahoma"/>
          <w:rtl/>
        </w:rPr>
        <w:t xml:space="preserve"> اما روش اجرا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آن ممکن بود گروه‌ها</w:t>
      </w:r>
      <w:r w:rsidRPr="008A2A16">
        <w:rPr>
          <w:rFonts w:ascii="Tahoma" w:hAnsi="Tahoma" w:cs="Tahoma" w:hint="cs"/>
          <w:rtl/>
        </w:rPr>
        <w:t>یی</w:t>
      </w:r>
      <w:r w:rsidRPr="008A2A16">
        <w:rPr>
          <w:rFonts w:ascii="Tahoma" w:hAnsi="Tahoma" w:cs="Tahoma"/>
          <w:rtl/>
        </w:rPr>
        <w:t xml:space="preserve"> از ساکنان مرزها را به شورش 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ا</w:t>
      </w:r>
      <w:r w:rsidRPr="008A2A16">
        <w:rPr>
          <w:rFonts w:ascii="Tahoma" w:hAnsi="Tahoma" w:cs="Tahoma"/>
          <w:rtl/>
        </w:rPr>
        <w:t xml:space="preserve"> همکار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با دشمن سوق دهد.</w:t>
      </w:r>
    </w:p>
    <w:p w:rsidR="008A2A16" w:rsidRPr="008A2A16" w:rsidRDefault="008A2A16" w:rsidP="008A2A1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A2A16">
        <w:rPr>
          <w:rFonts w:ascii="Tahoma" w:hAnsi="Tahoma" w:cs="Tahoma" w:hint="eastAsia"/>
          <w:rtl/>
        </w:rPr>
        <w:t>مس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ح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ان،</w:t>
      </w:r>
      <w:r w:rsidRPr="008A2A16">
        <w:rPr>
          <w:rFonts w:ascii="Tahoma" w:hAnsi="Tahoma" w:cs="Tahoma"/>
          <w:rtl/>
        </w:rPr>
        <w:t xml:space="preserve"> 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هود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ان</w:t>
      </w:r>
      <w:r w:rsidRPr="008A2A16">
        <w:rPr>
          <w:rFonts w:ascii="Tahoma" w:hAnsi="Tahoma" w:cs="Tahoma"/>
          <w:rtl/>
        </w:rPr>
        <w:t xml:space="preserve"> و زرتشت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ان</w:t>
      </w:r>
      <w:r w:rsidRPr="008A2A16">
        <w:rPr>
          <w:rFonts w:ascii="Tahoma" w:hAnsi="Tahoma" w:cs="Tahoma"/>
          <w:rtl/>
        </w:rPr>
        <w:t xml:space="preserve"> ن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ز</w:t>
      </w:r>
      <w:r w:rsidRPr="008A2A16">
        <w:rPr>
          <w:rFonts w:ascii="Tahoma" w:hAnsi="Tahoma" w:cs="Tahoma"/>
          <w:rtl/>
        </w:rPr>
        <w:t xml:space="preserve"> موقع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ت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نابرابر داشتند. حکومت از 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ک</w:t>
      </w:r>
      <w:r w:rsidRPr="008A2A16">
        <w:rPr>
          <w:rFonts w:ascii="Tahoma" w:hAnsi="Tahoma" w:cs="Tahoma"/>
          <w:rtl/>
        </w:rPr>
        <w:t xml:space="preserve"> سو به بازرگان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،</w:t>
      </w:r>
      <w:r w:rsidRPr="008A2A16">
        <w:rPr>
          <w:rFonts w:ascii="Tahoma" w:hAnsi="Tahoma" w:cs="Tahoma"/>
          <w:rtl/>
        </w:rPr>
        <w:t xml:space="preserve"> صنعت و مال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ات</w:t>
      </w:r>
      <w:r w:rsidRPr="008A2A16">
        <w:rPr>
          <w:rFonts w:ascii="Tahoma" w:hAnsi="Tahoma" w:cs="Tahoma"/>
          <w:rtl/>
        </w:rPr>
        <w:t xml:space="preserve"> آنان ن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ازمند</w:t>
      </w:r>
      <w:r w:rsidRPr="008A2A16">
        <w:rPr>
          <w:rFonts w:ascii="Tahoma" w:hAnsi="Tahoma" w:cs="Tahoma"/>
          <w:rtl/>
        </w:rPr>
        <w:t xml:space="preserve"> بود و از سو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گر،</w:t>
      </w:r>
      <w:r w:rsidRPr="008A2A16">
        <w:rPr>
          <w:rFonts w:ascii="Tahoma" w:hAnsi="Tahoma" w:cs="Tahoma"/>
          <w:rtl/>
        </w:rPr>
        <w:t xml:space="preserve"> دستگاه 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نکار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بر تفاوت حقوق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م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ان</w:t>
      </w:r>
      <w:r w:rsidRPr="008A2A16">
        <w:rPr>
          <w:rFonts w:ascii="Tahoma" w:hAnsi="Tahoma" w:cs="Tahoma"/>
          <w:rtl/>
        </w:rPr>
        <w:t xml:space="preserve"> مسلمان و غ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رمسلمان</w:t>
      </w:r>
      <w:r w:rsidRPr="008A2A16">
        <w:rPr>
          <w:rFonts w:ascii="Tahoma" w:hAnsi="Tahoma" w:cs="Tahoma"/>
          <w:rtl/>
        </w:rPr>
        <w:t xml:space="preserve"> تأک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د</w:t>
      </w:r>
      <w:r w:rsidRPr="008A2A16">
        <w:rPr>
          <w:rFonts w:ascii="Tahoma" w:hAnsi="Tahoma" w:cs="Tahoma"/>
          <w:rtl/>
        </w:rPr>
        <w:t xml:space="preserve">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کرد</w:t>
      </w:r>
      <w:r w:rsidRPr="008A2A16">
        <w:rPr>
          <w:rFonts w:ascii="Tahoma" w:hAnsi="Tahoma" w:cs="Tahoma"/>
          <w:rtl/>
        </w:rPr>
        <w:t>. در دوره‌ا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ممکن بود شاه برا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حفظ تجارت از آنان حما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ت</w:t>
      </w:r>
      <w:r w:rsidRPr="008A2A16">
        <w:rPr>
          <w:rFonts w:ascii="Tahoma" w:hAnsi="Tahoma" w:cs="Tahoma"/>
          <w:rtl/>
        </w:rPr>
        <w:t xml:space="preserve"> کند و در دوره‌ا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گر،</w:t>
      </w:r>
      <w:r w:rsidRPr="008A2A16">
        <w:rPr>
          <w:rFonts w:ascii="Tahoma" w:hAnsi="Tahoma" w:cs="Tahoma"/>
          <w:rtl/>
        </w:rPr>
        <w:t xml:space="preserve"> فشار مذهب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و مال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افزا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ش</w:t>
      </w:r>
      <w:r w:rsidRPr="008A2A16">
        <w:rPr>
          <w:rFonts w:ascii="Tahoma" w:hAnsi="Tahoma" w:cs="Tahoma"/>
          <w:rtl/>
        </w:rPr>
        <w:t xml:space="preserve"> 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ابد</w:t>
      </w:r>
      <w:r w:rsidRPr="008A2A16">
        <w:rPr>
          <w:rFonts w:ascii="Tahoma" w:hAnsi="Tahoma" w:cs="Tahoma"/>
          <w:rtl/>
        </w:rPr>
        <w:t>.</w:t>
      </w:r>
    </w:p>
    <w:p w:rsidR="008A2A16" w:rsidRPr="008A2A16" w:rsidRDefault="008A2A16" w:rsidP="008A2A1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A2A16">
        <w:rPr>
          <w:rFonts w:ascii="Tahoma" w:hAnsi="Tahoma" w:cs="Tahoma" w:hint="eastAsia"/>
          <w:rtl/>
        </w:rPr>
        <w:t>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ن</w:t>
      </w:r>
      <w:r w:rsidRPr="008A2A16">
        <w:rPr>
          <w:rFonts w:ascii="Tahoma" w:hAnsi="Tahoma" w:cs="Tahoma"/>
          <w:rtl/>
        </w:rPr>
        <w:t xml:space="preserve"> نوسان، امن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ت</w:t>
      </w:r>
      <w:r w:rsidRPr="008A2A16">
        <w:rPr>
          <w:rFonts w:ascii="Tahoma" w:hAnsi="Tahoma" w:cs="Tahoma"/>
          <w:rtl/>
        </w:rPr>
        <w:t xml:space="preserve"> زندگ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و دارا</w:t>
      </w:r>
      <w:r w:rsidRPr="008A2A16">
        <w:rPr>
          <w:rFonts w:ascii="Tahoma" w:hAnsi="Tahoma" w:cs="Tahoma" w:hint="cs"/>
          <w:rtl/>
        </w:rPr>
        <w:t>یی</w:t>
      </w:r>
      <w:r w:rsidRPr="008A2A16">
        <w:rPr>
          <w:rFonts w:ascii="Tahoma" w:hAnsi="Tahoma" w:cs="Tahoma"/>
          <w:rtl/>
        </w:rPr>
        <w:t xml:space="preserve"> گروه‌ها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غ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رمسلمان</w:t>
      </w:r>
      <w:r w:rsidRPr="008A2A16">
        <w:rPr>
          <w:rFonts w:ascii="Tahoma" w:hAnsi="Tahoma" w:cs="Tahoma"/>
          <w:rtl/>
        </w:rPr>
        <w:t xml:space="preserve"> را به ارادهٔ شاه و نفوذ صاحبان قدرت وابسته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ساخت</w:t>
      </w:r>
      <w:r w:rsidRPr="008A2A16">
        <w:rPr>
          <w:rFonts w:ascii="Tahoma" w:hAnsi="Tahoma" w:cs="Tahoma"/>
          <w:rtl/>
        </w:rPr>
        <w:t>. قانون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پا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دار</w:t>
      </w:r>
      <w:r w:rsidRPr="008A2A16">
        <w:rPr>
          <w:rFonts w:ascii="Tahoma" w:hAnsi="Tahoma" w:cs="Tahoma"/>
          <w:rtl/>
        </w:rPr>
        <w:t xml:space="preserve"> که حقوق آنان را مستقل از تغ</w:t>
      </w:r>
      <w:r w:rsidRPr="008A2A16">
        <w:rPr>
          <w:rFonts w:ascii="Tahoma" w:hAnsi="Tahoma" w:cs="Tahoma" w:hint="cs"/>
          <w:rtl/>
        </w:rPr>
        <w:t>یی</w:t>
      </w:r>
      <w:r w:rsidRPr="008A2A16">
        <w:rPr>
          <w:rFonts w:ascii="Tahoma" w:hAnsi="Tahoma" w:cs="Tahoma" w:hint="eastAsia"/>
          <w:rtl/>
        </w:rPr>
        <w:t>ر</w:t>
      </w:r>
      <w:r w:rsidRPr="008A2A16">
        <w:rPr>
          <w:rFonts w:ascii="Tahoma" w:hAnsi="Tahoma" w:cs="Tahoma"/>
          <w:rtl/>
        </w:rPr>
        <w:t xml:space="preserve"> دربار حفظ کند وجود نداشت. امت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از</w:t>
      </w:r>
      <w:r w:rsidRPr="008A2A16">
        <w:rPr>
          <w:rFonts w:ascii="Tahoma" w:hAnsi="Tahoma" w:cs="Tahoma"/>
          <w:rtl/>
        </w:rPr>
        <w:t xml:space="preserve"> امروز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توانست</w:t>
      </w:r>
      <w:r w:rsidRPr="008A2A16">
        <w:rPr>
          <w:rFonts w:ascii="Tahoma" w:hAnsi="Tahoma" w:cs="Tahoma"/>
          <w:rtl/>
        </w:rPr>
        <w:t xml:space="preserve"> با فرمان فردا از م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ان</w:t>
      </w:r>
      <w:r w:rsidRPr="008A2A16">
        <w:rPr>
          <w:rFonts w:ascii="Tahoma" w:hAnsi="Tahoma" w:cs="Tahoma"/>
          <w:rtl/>
        </w:rPr>
        <w:t xml:space="preserve"> برود و حما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ت</w:t>
      </w:r>
      <w:r w:rsidRPr="008A2A16">
        <w:rPr>
          <w:rFonts w:ascii="Tahoma" w:hAnsi="Tahoma" w:cs="Tahoma"/>
          <w:rtl/>
        </w:rPr>
        <w:t xml:space="preserve"> شاه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توانا جا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خود را به فشار مأمور 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ا</w:t>
      </w:r>
      <w:r w:rsidRPr="008A2A16">
        <w:rPr>
          <w:rFonts w:ascii="Tahoma" w:hAnsi="Tahoma" w:cs="Tahoma"/>
          <w:rtl/>
        </w:rPr>
        <w:t xml:space="preserve"> فق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ه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بانفوذ بدهد.</w:t>
      </w:r>
    </w:p>
    <w:p w:rsidR="008A2A16" w:rsidRPr="008A2A16" w:rsidRDefault="008A2A16" w:rsidP="008A2A1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A2A16">
        <w:rPr>
          <w:rFonts w:ascii="Tahoma" w:hAnsi="Tahoma" w:cs="Tahoma" w:hint="eastAsia"/>
          <w:rtl/>
        </w:rPr>
        <w:t>نفوذ</w:t>
      </w:r>
      <w:r w:rsidRPr="008A2A16">
        <w:rPr>
          <w:rFonts w:ascii="Tahoma" w:hAnsi="Tahoma" w:cs="Tahoma"/>
          <w:rtl/>
        </w:rPr>
        <w:t xml:space="preserve"> 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نکاران</w:t>
      </w:r>
      <w:r w:rsidRPr="008A2A16">
        <w:rPr>
          <w:rFonts w:ascii="Tahoma" w:hAnsi="Tahoma" w:cs="Tahoma"/>
          <w:rtl/>
        </w:rPr>
        <w:t xml:space="preserve"> برا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شاه سل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مان</w:t>
      </w:r>
      <w:r w:rsidRPr="008A2A16">
        <w:rPr>
          <w:rFonts w:ascii="Tahoma" w:hAnsi="Tahoma" w:cs="Tahoma"/>
          <w:rtl/>
        </w:rPr>
        <w:t xml:space="preserve"> مز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ت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س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اس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ن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ز</w:t>
      </w:r>
      <w:r w:rsidRPr="008A2A16">
        <w:rPr>
          <w:rFonts w:ascii="Tahoma" w:hAnsi="Tahoma" w:cs="Tahoma"/>
          <w:rtl/>
        </w:rPr>
        <w:t xml:space="preserve"> داشت. فرمانروا</w:t>
      </w:r>
      <w:r w:rsidRPr="008A2A16">
        <w:rPr>
          <w:rFonts w:ascii="Tahoma" w:hAnsi="Tahoma" w:cs="Tahoma" w:hint="cs"/>
          <w:rtl/>
        </w:rPr>
        <w:t>یی</w:t>
      </w:r>
      <w:r w:rsidRPr="008A2A16">
        <w:rPr>
          <w:rFonts w:ascii="Tahoma" w:hAnsi="Tahoma" w:cs="Tahoma"/>
          <w:rtl/>
        </w:rPr>
        <w:t xml:space="preserve"> که کمتر در م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دان</w:t>
      </w:r>
      <w:r w:rsidRPr="008A2A16">
        <w:rPr>
          <w:rFonts w:ascii="Tahoma" w:hAnsi="Tahoma" w:cs="Tahoma"/>
          <w:rtl/>
        </w:rPr>
        <w:t xml:space="preserve"> جنگ 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ا</w:t>
      </w:r>
      <w:r w:rsidRPr="008A2A16">
        <w:rPr>
          <w:rFonts w:ascii="Tahoma" w:hAnsi="Tahoma" w:cs="Tahoma"/>
          <w:rtl/>
        </w:rPr>
        <w:t xml:space="preserve"> ادارهٔ کشور حضور داشت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توانست</w:t>
      </w:r>
      <w:r w:rsidRPr="008A2A16">
        <w:rPr>
          <w:rFonts w:ascii="Tahoma" w:hAnsi="Tahoma" w:cs="Tahoma"/>
          <w:rtl/>
        </w:rPr>
        <w:t xml:space="preserve"> با نما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ش</w:t>
      </w:r>
      <w:r w:rsidRPr="008A2A16">
        <w:rPr>
          <w:rFonts w:ascii="Tahoma" w:hAnsi="Tahoma" w:cs="Tahoma"/>
          <w:rtl/>
        </w:rPr>
        <w:t xml:space="preserve"> 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ندار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،</w:t>
      </w:r>
      <w:r w:rsidRPr="008A2A16">
        <w:rPr>
          <w:rFonts w:ascii="Tahoma" w:hAnsi="Tahoma" w:cs="Tahoma"/>
          <w:rtl/>
        </w:rPr>
        <w:t xml:space="preserve"> حما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ت</w:t>
      </w:r>
      <w:r w:rsidRPr="008A2A16">
        <w:rPr>
          <w:rFonts w:ascii="Tahoma" w:hAnsi="Tahoma" w:cs="Tahoma"/>
          <w:rtl/>
        </w:rPr>
        <w:t xml:space="preserve"> از فق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هان</w:t>
      </w:r>
      <w:r w:rsidRPr="008A2A16">
        <w:rPr>
          <w:rFonts w:ascii="Tahoma" w:hAnsi="Tahoma" w:cs="Tahoma"/>
          <w:rtl/>
        </w:rPr>
        <w:t xml:space="preserve"> و پاسدار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از مذهب رسم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حقان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ت</w:t>
      </w:r>
      <w:r w:rsidRPr="008A2A16">
        <w:rPr>
          <w:rFonts w:ascii="Tahoma" w:hAnsi="Tahoma" w:cs="Tahoma"/>
          <w:rtl/>
        </w:rPr>
        <w:t xml:space="preserve"> تاج را حفظ کند. مذهب شکاف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را که ضعف عمل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حکومت 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جاد</w:t>
      </w:r>
      <w:r w:rsidRPr="008A2A16">
        <w:rPr>
          <w:rFonts w:ascii="Tahoma" w:hAnsi="Tahoma" w:cs="Tahoma"/>
          <w:rtl/>
        </w:rPr>
        <w:t xml:space="preserve"> کرده بود تا اندازه‌</w:t>
      </w:r>
      <w:r w:rsidRPr="008A2A16">
        <w:rPr>
          <w:rFonts w:ascii="Tahoma" w:hAnsi="Tahoma" w:cs="Tahoma" w:hint="eastAsia"/>
          <w:rtl/>
        </w:rPr>
        <w:t>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پوشاند</w:t>
      </w:r>
      <w:r w:rsidRPr="008A2A16">
        <w:rPr>
          <w:rFonts w:ascii="Tahoma" w:hAnsi="Tahoma" w:cs="Tahoma"/>
          <w:rtl/>
        </w:rPr>
        <w:t>.</w:t>
      </w:r>
    </w:p>
    <w:p w:rsidR="008A2A16" w:rsidRPr="008A2A16" w:rsidRDefault="008A2A16" w:rsidP="008A2A1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A2A16">
        <w:rPr>
          <w:rFonts w:ascii="Tahoma" w:hAnsi="Tahoma" w:cs="Tahoma" w:hint="eastAsia"/>
          <w:rtl/>
        </w:rPr>
        <w:t>شاه</w:t>
      </w:r>
      <w:r w:rsidRPr="008A2A16">
        <w:rPr>
          <w:rFonts w:ascii="Tahoma" w:hAnsi="Tahoma" w:cs="Tahoma"/>
          <w:rtl/>
        </w:rPr>
        <w:t xml:space="preserve">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توانست</w:t>
      </w:r>
      <w:r w:rsidRPr="008A2A16">
        <w:rPr>
          <w:rFonts w:ascii="Tahoma" w:hAnsi="Tahoma" w:cs="Tahoma"/>
          <w:rtl/>
        </w:rPr>
        <w:t xml:space="preserve"> خود را حام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تش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ع</w:t>
      </w:r>
      <w:r w:rsidRPr="008A2A16">
        <w:rPr>
          <w:rFonts w:ascii="Tahoma" w:hAnsi="Tahoma" w:cs="Tahoma"/>
          <w:rtl/>
        </w:rPr>
        <w:t xml:space="preserve"> و خدمتگزار امامان نشان دهد، حت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اگر قشون رو به ضعف و 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وان</w:t>
      </w:r>
      <w:r w:rsidRPr="008A2A16">
        <w:rPr>
          <w:rFonts w:ascii="Tahoma" w:hAnsi="Tahoma" w:cs="Tahoma"/>
          <w:rtl/>
        </w:rPr>
        <w:t xml:space="preserve"> گرفتار فساد بود. ساخت مسجد، حما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ت</w:t>
      </w:r>
      <w:r w:rsidRPr="008A2A16">
        <w:rPr>
          <w:rFonts w:ascii="Tahoma" w:hAnsi="Tahoma" w:cs="Tahoma"/>
          <w:rtl/>
        </w:rPr>
        <w:t xml:space="preserve"> از مراسم، احترام به 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نکاران</w:t>
      </w:r>
      <w:r w:rsidRPr="008A2A16">
        <w:rPr>
          <w:rFonts w:ascii="Tahoma" w:hAnsi="Tahoma" w:cs="Tahoma"/>
          <w:rtl/>
        </w:rPr>
        <w:t xml:space="preserve"> و صدور فرمان‌ها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اخلاق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برا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دربار کم‌هز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نه‌تر</w:t>
      </w:r>
      <w:r w:rsidRPr="008A2A16">
        <w:rPr>
          <w:rFonts w:ascii="Tahoma" w:hAnsi="Tahoma" w:cs="Tahoma"/>
          <w:rtl/>
        </w:rPr>
        <w:t xml:space="preserve"> از اصلاح مال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ات،</w:t>
      </w:r>
      <w:r w:rsidRPr="008A2A16">
        <w:rPr>
          <w:rFonts w:ascii="Tahoma" w:hAnsi="Tahoma" w:cs="Tahoma"/>
          <w:rtl/>
        </w:rPr>
        <w:t xml:space="preserve"> قشون و ادارهٔ 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الات</w:t>
      </w:r>
      <w:r w:rsidRPr="008A2A16">
        <w:rPr>
          <w:rFonts w:ascii="Tahoma" w:hAnsi="Tahoma" w:cs="Tahoma"/>
          <w:rtl/>
        </w:rPr>
        <w:t xml:space="preserve"> بود. اصلاح واقع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م</w:t>
      </w:r>
      <w:r w:rsidRPr="008A2A16">
        <w:rPr>
          <w:rFonts w:ascii="Tahoma" w:hAnsi="Tahoma" w:cs="Tahoma" w:hint="eastAsia"/>
          <w:rtl/>
        </w:rPr>
        <w:t>نافع</w:t>
      </w:r>
      <w:r w:rsidRPr="008A2A16">
        <w:rPr>
          <w:rFonts w:ascii="Tahoma" w:hAnsi="Tahoma" w:cs="Tahoma"/>
          <w:rtl/>
        </w:rPr>
        <w:t xml:space="preserve"> گروه‌ها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ن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رومند</w:t>
      </w:r>
      <w:r w:rsidRPr="008A2A16">
        <w:rPr>
          <w:rFonts w:ascii="Tahoma" w:hAnsi="Tahoma" w:cs="Tahoma"/>
          <w:rtl/>
        </w:rPr>
        <w:t xml:space="preserve"> را تهد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د</w:t>
      </w:r>
      <w:r w:rsidRPr="008A2A16">
        <w:rPr>
          <w:rFonts w:ascii="Tahoma" w:hAnsi="Tahoma" w:cs="Tahoma"/>
          <w:rtl/>
        </w:rPr>
        <w:t xml:space="preserve">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کرد؛</w:t>
      </w:r>
      <w:r w:rsidRPr="008A2A16">
        <w:rPr>
          <w:rFonts w:ascii="Tahoma" w:hAnsi="Tahoma" w:cs="Tahoma"/>
          <w:rtl/>
        </w:rPr>
        <w:t xml:space="preserve"> نما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ش</w:t>
      </w:r>
      <w:r w:rsidRPr="008A2A16">
        <w:rPr>
          <w:rFonts w:ascii="Tahoma" w:hAnsi="Tahoma" w:cs="Tahoma"/>
          <w:rtl/>
        </w:rPr>
        <w:t xml:space="preserve"> 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ندار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توانست</w:t>
      </w:r>
      <w:r w:rsidRPr="008A2A16">
        <w:rPr>
          <w:rFonts w:ascii="Tahoma" w:hAnsi="Tahoma" w:cs="Tahoma"/>
          <w:rtl/>
        </w:rPr>
        <w:t xml:space="preserve"> بدون برخورد مستق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م</w:t>
      </w:r>
      <w:r w:rsidRPr="008A2A16">
        <w:rPr>
          <w:rFonts w:ascii="Tahoma" w:hAnsi="Tahoma" w:cs="Tahoma"/>
          <w:rtl/>
        </w:rPr>
        <w:t xml:space="preserve"> با آنان به تاج اعتبار بدهد.</w:t>
      </w:r>
    </w:p>
    <w:p w:rsidR="008A2A16" w:rsidRPr="008A2A16" w:rsidRDefault="008A2A16" w:rsidP="008A2A1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A2A16">
        <w:rPr>
          <w:rFonts w:ascii="Tahoma" w:hAnsi="Tahoma" w:cs="Tahoma" w:hint="eastAsia"/>
          <w:rtl/>
        </w:rPr>
        <w:t>اما</w:t>
      </w:r>
      <w:r w:rsidRPr="008A2A16">
        <w:rPr>
          <w:rFonts w:ascii="Tahoma" w:hAnsi="Tahoma" w:cs="Tahoma"/>
          <w:rtl/>
        </w:rPr>
        <w:t xml:space="preserve"> حقان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ت</w:t>
      </w:r>
      <w:r w:rsidRPr="008A2A16">
        <w:rPr>
          <w:rFonts w:ascii="Tahoma" w:hAnsi="Tahoma" w:cs="Tahoma"/>
          <w:rtl/>
        </w:rPr>
        <w:t xml:space="preserve"> مذهب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نم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توانست</w:t>
      </w:r>
      <w:r w:rsidRPr="008A2A16">
        <w:rPr>
          <w:rFonts w:ascii="Tahoma" w:hAnsi="Tahoma" w:cs="Tahoma"/>
          <w:rtl/>
        </w:rPr>
        <w:t xml:space="preserve"> جا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توان کشوردار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را بگ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رد</w:t>
      </w:r>
      <w:r w:rsidRPr="008A2A16">
        <w:rPr>
          <w:rFonts w:ascii="Tahoma" w:hAnsi="Tahoma" w:cs="Tahoma"/>
          <w:rtl/>
        </w:rPr>
        <w:t>. فتوا نم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توانست</w:t>
      </w:r>
      <w:r w:rsidRPr="008A2A16">
        <w:rPr>
          <w:rFonts w:ascii="Tahoma" w:hAnsi="Tahoma" w:cs="Tahoma"/>
          <w:rtl/>
        </w:rPr>
        <w:t xml:space="preserve"> قشون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ب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آموزش</w:t>
      </w:r>
      <w:r w:rsidRPr="008A2A16">
        <w:rPr>
          <w:rFonts w:ascii="Tahoma" w:hAnsi="Tahoma" w:cs="Tahoma"/>
          <w:rtl/>
        </w:rPr>
        <w:t xml:space="preserve"> را آماده کند، موقوفه نم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توانست</w:t>
      </w:r>
      <w:r w:rsidRPr="008A2A16">
        <w:rPr>
          <w:rFonts w:ascii="Tahoma" w:hAnsi="Tahoma" w:cs="Tahoma"/>
          <w:rtl/>
        </w:rPr>
        <w:t xml:space="preserve"> کسر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خزانه را جبران نما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د</w:t>
      </w:r>
      <w:r w:rsidRPr="008A2A16">
        <w:rPr>
          <w:rFonts w:ascii="Tahoma" w:hAnsi="Tahoma" w:cs="Tahoma"/>
          <w:rtl/>
        </w:rPr>
        <w:t xml:space="preserve"> و منع برخ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رفتارها امن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ت</w:t>
      </w:r>
      <w:r w:rsidRPr="008A2A16">
        <w:rPr>
          <w:rFonts w:ascii="Tahoma" w:hAnsi="Tahoma" w:cs="Tahoma"/>
          <w:rtl/>
        </w:rPr>
        <w:t xml:space="preserve"> مرزها را افزا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ش</w:t>
      </w:r>
      <w:r w:rsidRPr="008A2A16">
        <w:rPr>
          <w:rFonts w:ascii="Tahoma" w:hAnsi="Tahoma" w:cs="Tahoma"/>
          <w:rtl/>
        </w:rPr>
        <w:t xml:space="preserve"> نم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داد</w:t>
      </w:r>
      <w:r w:rsidRPr="008A2A16">
        <w:rPr>
          <w:rFonts w:ascii="Tahoma" w:hAnsi="Tahoma" w:cs="Tahoma"/>
          <w:rtl/>
        </w:rPr>
        <w:t>. حکومت ممکن بود جامعه را از نظر مذهب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ب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شتر</w:t>
      </w:r>
      <w:r w:rsidRPr="008A2A16">
        <w:rPr>
          <w:rFonts w:ascii="Tahoma" w:hAnsi="Tahoma" w:cs="Tahoma"/>
          <w:rtl/>
        </w:rPr>
        <w:t xml:space="preserve"> ز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ر</w:t>
      </w:r>
      <w:r w:rsidRPr="008A2A16">
        <w:rPr>
          <w:rFonts w:ascii="Tahoma" w:hAnsi="Tahoma" w:cs="Tahoma"/>
          <w:rtl/>
        </w:rPr>
        <w:t xml:space="preserve"> نظر بگ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رد،</w:t>
      </w:r>
      <w:r w:rsidRPr="008A2A16">
        <w:rPr>
          <w:rFonts w:ascii="Tahoma" w:hAnsi="Tahoma" w:cs="Tahoma"/>
          <w:rtl/>
        </w:rPr>
        <w:t xml:space="preserve"> درح</w:t>
      </w:r>
      <w:r w:rsidRPr="008A2A16">
        <w:rPr>
          <w:rFonts w:ascii="Tahoma" w:hAnsi="Tahoma" w:cs="Tahoma" w:hint="eastAsia"/>
          <w:rtl/>
        </w:rPr>
        <w:t>ال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که</w:t>
      </w:r>
      <w:r w:rsidRPr="008A2A16">
        <w:rPr>
          <w:rFonts w:ascii="Tahoma" w:hAnsi="Tahoma" w:cs="Tahoma"/>
          <w:rtl/>
        </w:rPr>
        <w:t xml:space="preserve"> توان خود برا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انجام وظا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ف</w:t>
      </w:r>
      <w:r w:rsidRPr="008A2A16">
        <w:rPr>
          <w:rFonts w:ascii="Tahoma" w:hAnsi="Tahoma" w:cs="Tahoma"/>
          <w:rtl/>
        </w:rPr>
        <w:t xml:space="preserve"> اصل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اش</w:t>
      </w:r>
      <w:r w:rsidRPr="008A2A16">
        <w:rPr>
          <w:rFonts w:ascii="Tahoma" w:hAnsi="Tahoma" w:cs="Tahoma"/>
          <w:rtl/>
        </w:rPr>
        <w:t xml:space="preserve"> کاهش م</w:t>
      </w:r>
      <w:r w:rsidRPr="008A2A16">
        <w:rPr>
          <w:rFonts w:ascii="Tahoma" w:hAnsi="Tahoma" w:cs="Tahoma" w:hint="cs"/>
          <w:rtl/>
        </w:rPr>
        <w:t>ی‌ی</w:t>
      </w:r>
      <w:r w:rsidRPr="008A2A16">
        <w:rPr>
          <w:rFonts w:ascii="Tahoma" w:hAnsi="Tahoma" w:cs="Tahoma" w:hint="eastAsia"/>
          <w:rtl/>
        </w:rPr>
        <w:t>افت</w:t>
      </w:r>
      <w:r w:rsidRPr="008A2A16">
        <w:rPr>
          <w:rFonts w:ascii="Tahoma" w:hAnsi="Tahoma" w:cs="Tahoma"/>
          <w:rtl/>
        </w:rPr>
        <w:t>.</w:t>
      </w:r>
    </w:p>
    <w:p w:rsidR="008A2A16" w:rsidRPr="008A2A16" w:rsidRDefault="008A2A16" w:rsidP="008A2A1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A2A16">
        <w:rPr>
          <w:rFonts w:ascii="Tahoma" w:hAnsi="Tahoma" w:cs="Tahoma" w:hint="eastAsia"/>
          <w:rtl/>
        </w:rPr>
        <w:t>در</w:t>
      </w:r>
      <w:r w:rsidRPr="008A2A16">
        <w:rPr>
          <w:rFonts w:ascii="Tahoma" w:hAnsi="Tahoma" w:cs="Tahoma"/>
          <w:rtl/>
        </w:rPr>
        <w:t xml:space="preserve"> 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نجا</w:t>
      </w:r>
      <w:r w:rsidRPr="008A2A16">
        <w:rPr>
          <w:rFonts w:ascii="Tahoma" w:hAnsi="Tahoma" w:cs="Tahoma"/>
          <w:rtl/>
        </w:rPr>
        <w:t xml:space="preserve"> تفاوت م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ان</w:t>
      </w:r>
      <w:r w:rsidRPr="008A2A16">
        <w:rPr>
          <w:rFonts w:ascii="Tahoma" w:hAnsi="Tahoma" w:cs="Tahoma"/>
          <w:rtl/>
        </w:rPr>
        <w:t xml:space="preserve"> «د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ن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ترشدن</w:t>
      </w:r>
      <w:r w:rsidRPr="008A2A16">
        <w:rPr>
          <w:rFonts w:ascii="Tahoma" w:hAnsi="Tahoma" w:cs="Tahoma"/>
          <w:rtl/>
        </w:rPr>
        <w:t xml:space="preserve"> حکومت» و «تواناترشدن کشوردار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»</w:t>
      </w:r>
      <w:r w:rsidRPr="008A2A16">
        <w:rPr>
          <w:rFonts w:ascii="Tahoma" w:hAnsi="Tahoma" w:cs="Tahoma"/>
          <w:rtl/>
        </w:rPr>
        <w:t xml:space="preserve"> آشکار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شود</w:t>
      </w:r>
      <w:r w:rsidRPr="008A2A16">
        <w:rPr>
          <w:rFonts w:ascii="Tahoma" w:hAnsi="Tahoma" w:cs="Tahoma"/>
          <w:rtl/>
        </w:rPr>
        <w:t>. حکومت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توانست</w:t>
      </w:r>
      <w:r w:rsidRPr="008A2A16">
        <w:rPr>
          <w:rFonts w:ascii="Tahoma" w:hAnsi="Tahoma" w:cs="Tahoma"/>
          <w:rtl/>
        </w:rPr>
        <w:t xml:space="preserve"> در اجرا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آ</w:t>
      </w:r>
      <w:r w:rsidRPr="008A2A16">
        <w:rPr>
          <w:rFonts w:ascii="Tahoma" w:hAnsi="Tahoma" w:cs="Tahoma" w:hint="cs"/>
          <w:rtl/>
        </w:rPr>
        <w:t>یی</w:t>
      </w:r>
      <w:r w:rsidRPr="008A2A16">
        <w:rPr>
          <w:rFonts w:ascii="Tahoma" w:hAnsi="Tahoma" w:cs="Tahoma" w:hint="eastAsia"/>
          <w:rtl/>
        </w:rPr>
        <w:t>ن‌ها</w:t>
      </w:r>
      <w:r w:rsidRPr="008A2A16">
        <w:rPr>
          <w:rFonts w:ascii="Tahoma" w:hAnsi="Tahoma" w:cs="Tahoma"/>
          <w:rtl/>
        </w:rPr>
        <w:t xml:space="preserve"> سخت‌گ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رتر،</w:t>
      </w:r>
      <w:r w:rsidRPr="008A2A16">
        <w:rPr>
          <w:rFonts w:ascii="Tahoma" w:hAnsi="Tahoma" w:cs="Tahoma"/>
          <w:rtl/>
        </w:rPr>
        <w:t xml:space="preserve"> در حما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ت</w:t>
      </w:r>
      <w:r w:rsidRPr="008A2A16">
        <w:rPr>
          <w:rFonts w:ascii="Tahoma" w:hAnsi="Tahoma" w:cs="Tahoma"/>
          <w:rtl/>
        </w:rPr>
        <w:t xml:space="preserve"> از 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نکاران</w:t>
      </w:r>
      <w:r w:rsidRPr="008A2A16">
        <w:rPr>
          <w:rFonts w:ascii="Tahoma" w:hAnsi="Tahoma" w:cs="Tahoma"/>
          <w:rtl/>
        </w:rPr>
        <w:t xml:space="preserve"> سخاوتمندتر و در محدودکردن مخالفان مذهب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فعال‌تر شود، ب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آنکه</w:t>
      </w:r>
      <w:r w:rsidRPr="008A2A16">
        <w:rPr>
          <w:rFonts w:ascii="Tahoma" w:hAnsi="Tahoma" w:cs="Tahoma"/>
          <w:rtl/>
        </w:rPr>
        <w:t xml:space="preserve"> مال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ه،</w:t>
      </w:r>
      <w:r w:rsidRPr="008A2A16">
        <w:rPr>
          <w:rFonts w:ascii="Tahoma" w:hAnsi="Tahoma" w:cs="Tahoma"/>
          <w:rtl/>
        </w:rPr>
        <w:t xml:space="preserve"> قشون 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ا</w:t>
      </w:r>
      <w:r w:rsidRPr="008A2A16">
        <w:rPr>
          <w:rFonts w:ascii="Tahoma" w:hAnsi="Tahoma" w:cs="Tahoma"/>
          <w:rtl/>
        </w:rPr>
        <w:t xml:space="preserve"> 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وان</w:t>
      </w:r>
      <w:r w:rsidRPr="008A2A16">
        <w:rPr>
          <w:rFonts w:ascii="Tahoma" w:hAnsi="Tahoma" w:cs="Tahoma"/>
          <w:rtl/>
        </w:rPr>
        <w:t xml:space="preserve"> بهبود پ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دا</w:t>
      </w:r>
      <w:r w:rsidRPr="008A2A16">
        <w:rPr>
          <w:rFonts w:ascii="Tahoma" w:hAnsi="Tahoma" w:cs="Tahoma"/>
          <w:rtl/>
        </w:rPr>
        <w:t xml:space="preserve"> کنند. حت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ممکن بود اف</w:t>
      </w:r>
      <w:r w:rsidRPr="008A2A16">
        <w:rPr>
          <w:rFonts w:ascii="Tahoma" w:hAnsi="Tahoma" w:cs="Tahoma" w:hint="eastAsia"/>
          <w:rtl/>
        </w:rPr>
        <w:t>زا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ش</w:t>
      </w:r>
      <w:r w:rsidRPr="008A2A16">
        <w:rPr>
          <w:rFonts w:ascii="Tahoma" w:hAnsi="Tahoma" w:cs="Tahoma"/>
          <w:rtl/>
        </w:rPr>
        <w:t xml:space="preserve"> هز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نهٔ</w:t>
      </w:r>
      <w:r w:rsidRPr="008A2A16">
        <w:rPr>
          <w:rFonts w:ascii="Tahoma" w:hAnsi="Tahoma" w:cs="Tahoma"/>
          <w:rtl/>
        </w:rPr>
        <w:t xml:space="preserve"> دستگاه مذهب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و موقوفات، منابع در دسترس خزانه را کمتر کند.</w:t>
      </w:r>
    </w:p>
    <w:p w:rsidR="008A2A16" w:rsidRPr="008A2A16" w:rsidRDefault="008A2A16" w:rsidP="008A2A1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A2A16">
        <w:rPr>
          <w:rFonts w:ascii="Tahoma" w:hAnsi="Tahoma" w:cs="Tahoma" w:hint="eastAsia"/>
          <w:rtl/>
        </w:rPr>
        <w:t>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نکاران</w:t>
      </w:r>
      <w:r w:rsidRPr="008A2A16">
        <w:rPr>
          <w:rFonts w:ascii="Tahoma" w:hAnsi="Tahoma" w:cs="Tahoma"/>
          <w:rtl/>
        </w:rPr>
        <w:t xml:space="preserve"> ن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ز</w:t>
      </w:r>
      <w:r w:rsidRPr="008A2A16">
        <w:rPr>
          <w:rFonts w:ascii="Tahoma" w:hAnsi="Tahoma" w:cs="Tahoma"/>
          <w:rtl/>
        </w:rPr>
        <w:t xml:space="preserve"> الزاماً خواهان ضعف حکومت نبودند. امن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ت</w:t>
      </w:r>
      <w:r w:rsidRPr="008A2A16">
        <w:rPr>
          <w:rFonts w:ascii="Tahoma" w:hAnsi="Tahoma" w:cs="Tahoma"/>
          <w:rtl/>
        </w:rPr>
        <w:t xml:space="preserve"> مدارس، موقوفات و جامعهٔ ش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ع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به وجود حکومت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ن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رومند</w:t>
      </w:r>
      <w:r w:rsidRPr="008A2A16">
        <w:rPr>
          <w:rFonts w:ascii="Tahoma" w:hAnsi="Tahoma" w:cs="Tahoma"/>
          <w:rtl/>
        </w:rPr>
        <w:t xml:space="preserve"> وابسته بود. اگر مرزها فرو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ر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ختند</w:t>
      </w:r>
      <w:r w:rsidRPr="008A2A16">
        <w:rPr>
          <w:rFonts w:ascii="Tahoma" w:hAnsi="Tahoma" w:cs="Tahoma"/>
          <w:rtl/>
        </w:rPr>
        <w:t xml:space="preserve"> 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ا</w:t>
      </w:r>
      <w:r w:rsidRPr="008A2A16">
        <w:rPr>
          <w:rFonts w:ascii="Tahoma" w:hAnsi="Tahoma" w:cs="Tahoma"/>
          <w:rtl/>
        </w:rPr>
        <w:t xml:space="preserve"> شورش و راهزن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گسترش م</w:t>
      </w:r>
      <w:r w:rsidRPr="008A2A16">
        <w:rPr>
          <w:rFonts w:ascii="Tahoma" w:hAnsi="Tahoma" w:cs="Tahoma" w:hint="cs"/>
          <w:rtl/>
        </w:rPr>
        <w:t>ی‌ی</w:t>
      </w:r>
      <w:r w:rsidRPr="008A2A16">
        <w:rPr>
          <w:rFonts w:ascii="Tahoma" w:hAnsi="Tahoma" w:cs="Tahoma" w:hint="eastAsia"/>
          <w:rtl/>
        </w:rPr>
        <w:t>افت،</w:t>
      </w:r>
      <w:r w:rsidRPr="008A2A16">
        <w:rPr>
          <w:rFonts w:ascii="Tahoma" w:hAnsi="Tahoma" w:cs="Tahoma"/>
          <w:rtl/>
        </w:rPr>
        <w:t xml:space="preserve"> دستگاه 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نکار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ن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ز</w:t>
      </w:r>
      <w:r w:rsidRPr="008A2A16">
        <w:rPr>
          <w:rFonts w:ascii="Tahoma" w:hAnsi="Tahoma" w:cs="Tahoma"/>
          <w:rtl/>
        </w:rPr>
        <w:t xml:space="preserve"> آس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ب</w:t>
      </w:r>
      <w:r w:rsidRPr="008A2A16">
        <w:rPr>
          <w:rFonts w:ascii="Tahoma" w:hAnsi="Tahoma" w:cs="Tahoma"/>
          <w:rtl/>
        </w:rPr>
        <w:t xml:space="preserve">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د</w:t>
      </w:r>
      <w:r w:rsidRPr="008A2A16">
        <w:rPr>
          <w:rFonts w:ascii="Tahoma" w:hAnsi="Tahoma" w:cs="Tahoma"/>
          <w:rtl/>
        </w:rPr>
        <w:t>. اما هر ن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رو</w:t>
      </w:r>
      <w:r w:rsidRPr="008A2A16">
        <w:rPr>
          <w:rFonts w:ascii="Tahoma" w:hAnsi="Tahoma" w:cs="Tahoma"/>
          <w:rtl/>
        </w:rPr>
        <w:t xml:space="preserve"> مسائل کشور را از جا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گاه</w:t>
      </w:r>
      <w:r w:rsidRPr="008A2A16">
        <w:rPr>
          <w:rFonts w:ascii="Tahoma" w:hAnsi="Tahoma" w:cs="Tahoma"/>
          <w:rtl/>
        </w:rPr>
        <w:t xml:space="preserve"> و وظ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فهٔ</w:t>
      </w:r>
      <w:r w:rsidRPr="008A2A16">
        <w:rPr>
          <w:rFonts w:ascii="Tahoma" w:hAnsi="Tahoma" w:cs="Tahoma"/>
          <w:rtl/>
        </w:rPr>
        <w:t xml:space="preserve"> خود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/>
          <w:rtl/>
        </w:rPr>
        <w:t>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د</w:t>
      </w:r>
      <w:r w:rsidRPr="008A2A16">
        <w:rPr>
          <w:rFonts w:ascii="Tahoma" w:hAnsi="Tahoma" w:cs="Tahoma"/>
          <w:rtl/>
        </w:rPr>
        <w:t>. فق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ه</w:t>
      </w:r>
      <w:r w:rsidRPr="008A2A16">
        <w:rPr>
          <w:rFonts w:ascii="Tahoma" w:hAnsi="Tahoma" w:cs="Tahoma"/>
          <w:rtl/>
        </w:rPr>
        <w:t xml:space="preserve"> ممکن بود علت بلا را در گناه و دور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از شر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عت</w:t>
      </w:r>
      <w:r w:rsidRPr="008A2A16">
        <w:rPr>
          <w:rFonts w:ascii="Tahoma" w:hAnsi="Tahoma" w:cs="Tahoma"/>
          <w:rtl/>
        </w:rPr>
        <w:t xml:space="preserve"> جست‌وجو کند، درحال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که</w:t>
      </w:r>
      <w:r w:rsidRPr="008A2A16">
        <w:rPr>
          <w:rFonts w:ascii="Tahoma" w:hAnsi="Tahoma" w:cs="Tahoma"/>
          <w:rtl/>
        </w:rPr>
        <w:t xml:space="preserve"> 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وانسالار</w:t>
      </w:r>
      <w:r w:rsidRPr="008A2A16">
        <w:rPr>
          <w:rFonts w:ascii="Tahoma" w:hAnsi="Tahoma" w:cs="Tahoma"/>
          <w:rtl/>
        </w:rPr>
        <w:t xml:space="preserve"> آن را نت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جهٔ</w:t>
      </w:r>
      <w:r w:rsidRPr="008A2A16">
        <w:rPr>
          <w:rFonts w:ascii="Tahoma" w:hAnsi="Tahoma" w:cs="Tahoma"/>
          <w:rtl/>
        </w:rPr>
        <w:t xml:space="preserve"> کاهش درآمد و فرمانده ضعف قشون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دانست</w:t>
      </w:r>
      <w:r w:rsidRPr="008A2A16">
        <w:rPr>
          <w:rFonts w:ascii="Tahoma" w:hAnsi="Tahoma" w:cs="Tahoma"/>
          <w:rtl/>
        </w:rPr>
        <w:t>.</w:t>
      </w:r>
    </w:p>
    <w:p w:rsidR="008A2A16" w:rsidRPr="008A2A16" w:rsidRDefault="008A2A16" w:rsidP="008A2A1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A2A16">
        <w:rPr>
          <w:rFonts w:ascii="Tahoma" w:hAnsi="Tahoma" w:cs="Tahoma" w:hint="eastAsia"/>
          <w:rtl/>
        </w:rPr>
        <w:t>شاه</w:t>
      </w:r>
      <w:r w:rsidRPr="008A2A16">
        <w:rPr>
          <w:rFonts w:ascii="Tahoma" w:hAnsi="Tahoma" w:cs="Tahoma"/>
          <w:rtl/>
        </w:rPr>
        <w:t xml:space="preserve"> با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د</w:t>
      </w:r>
      <w:r w:rsidRPr="008A2A16">
        <w:rPr>
          <w:rFonts w:ascii="Tahoma" w:hAnsi="Tahoma" w:cs="Tahoma"/>
          <w:rtl/>
        </w:rPr>
        <w:t xml:space="preserve"> م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ان</w:t>
      </w:r>
      <w:r w:rsidRPr="008A2A16">
        <w:rPr>
          <w:rFonts w:ascii="Tahoma" w:hAnsi="Tahoma" w:cs="Tahoma"/>
          <w:rtl/>
        </w:rPr>
        <w:t xml:space="preserve"> 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ن</w:t>
      </w:r>
      <w:r w:rsidRPr="008A2A16">
        <w:rPr>
          <w:rFonts w:ascii="Tahoma" w:hAnsi="Tahoma" w:cs="Tahoma"/>
          <w:rtl/>
        </w:rPr>
        <w:t xml:space="preserve"> شناخت‌ها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متفاوت داور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کرد</w:t>
      </w:r>
      <w:r w:rsidRPr="008A2A16">
        <w:rPr>
          <w:rFonts w:ascii="Tahoma" w:hAnsi="Tahoma" w:cs="Tahoma"/>
          <w:rtl/>
        </w:rPr>
        <w:t>. شاه سل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مان</w:t>
      </w:r>
      <w:r w:rsidRPr="008A2A16">
        <w:rPr>
          <w:rFonts w:ascii="Tahoma" w:hAnsi="Tahoma" w:cs="Tahoma"/>
          <w:rtl/>
        </w:rPr>
        <w:t xml:space="preserve"> کمتر از آن برخوردار بود که آنها را در برنامه‌ا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واحد گرد آورد. در نت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جه،</w:t>
      </w:r>
      <w:r w:rsidRPr="008A2A16">
        <w:rPr>
          <w:rFonts w:ascii="Tahoma" w:hAnsi="Tahoma" w:cs="Tahoma"/>
          <w:rtl/>
        </w:rPr>
        <w:t xml:space="preserve"> دستگاه‌ها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حکومت در کنار 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کد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گر</w:t>
      </w:r>
      <w:r w:rsidRPr="008A2A16">
        <w:rPr>
          <w:rFonts w:ascii="Tahoma" w:hAnsi="Tahoma" w:cs="Tahoma"/>
          <w:rtl/>
        </w:rPr>
        <w:t xml:space="preserve"> رشد 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ا</w:t>
      </w:r>
      <w:r w:rsidRPr="008A2A16">
        <w:rPr>
          <w:rFonts w:ascii="Tahoma" w:hAnsi="Tahoma" w:cs="Tahoma"/>
          <w:rtl/>
        </w:rPr>
        <w:t xml:space="preserve"> فرسوده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شدند،</w:t>
      </w:r>
      <w:r w:rsidRPr="008A2A16">
        <w:rPr>
          <w:rFonts w:ascii="Tahoma" w:hAnsi="Tahoma" w:cs="Tahoma"/>
          <w:rtl/>
        </w:rPr>
        <w:t xml:space="preserve"> ب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آنکه</w:t>
      </w:r>
      <w:r w:rsidRPr="008A2A16">
        <w:rPr>
          <w:rFonts w:ascii="Tahoma" w:hAnsi="Tahoma" w:cs="Tahoma"/>
          <w:rtl/>
        </w:rPr>
        <w:t xml:space="preserve"> مرکز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فعال رابطه‌شان را با ن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ازها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کشور تنظ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م</w:t>
      </w:r>
      <w:r w:rsidRPr="008A2A16">
        <w:rPr>
          <w:rFonts w:ascii="Tahoma" w:hAnsi="Tahoma" w:cs="Tahoma"/>
          <w:rtl/>
        </w:rPr>
        <w:t xml:space="preserve"> کند.</w:t>
      </w:r>
    </w:p>
    <w:p w:rsidR="008A2A16" w:rsidRPr="008A2A16" w:rsidRDefault="008A2A16" w:rsidP="008A2A1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A2A16">
        <w:rPr>
          <w:rFonts w:ascii="Tahoma" w:hAnsi="Tahoma" w:cs="Tahoma" w:hint="eastAsia"/>
          <w:rtl/>
        </w:rPr>
        <w:t>مقام‌ها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ن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در 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ن</w:t>
      </w:r>
      <w:r w:rsidRPr="008A2A16">
        <w:rPr>
          <w:rFonts w:ascii="Tahoma" w:hAnsi="Tahoma" w:cs="Tahoma"/>
          <w:rtl/>
        </w:rPr>
        <w:t xml:space="preserve"> دوره اهم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ت</w:t>
      </w:r>
      <w:r w:rsidRPr="008A2A16">
        <w:rPr>
          <w:rFonts w:ascii="Tahoma" w:hAnsi="Tahoma" w:cs="Tahoma"/>
          <w:rtl/>
        </w:rPr>
        <w:t xml:space="preserve"> ب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شتر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افتند،</w:t>
      </w:r>
      <w:r w:rsidRPr="008A2A16">
        <w:rPr>
          <w:rFonts w:ascii="Tahoma" w:hAnsi="Tahoma" w:cs="Tahoma"/>
          <w:rtl/>
        </w:rPr>
        <w:t xml:space="preserve"> اما مقام «ملاباش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»</w:t>
      </w:r>
      <w:r w:rsidRPr="008A2A16">
        <w:rPr>
          <w:rFonts w:ascii="Tahoma" w:hAnsi="Tahoma" w:cs="Tahoma"/>
          <w:rtl/>
        </w:rPr>
        <w:t xml:space="preserve"> به صورت شناخته‌شده‌تر و برجسته‌تر خود عمدتاً در دورهٔ بعد، 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عن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سلطنت شاه سلطان حس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ن،</w:t>
      </w:r>
      <w:r w:rsidRPr="008A2A16">
        <w:rPr>
          <w:rFonts w:ascii="Tahoma" w:hAnsi="Tahoma" w:cs="Tahoma"/>
          <w:rtl/>
        </w:rPr>
        <w:t xml:space="preserve"> در رأس دستگاه مذهب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دربار قرار گرفت. ر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شهٔ</w:t>
      </w:r>
      <w:r w:rsidRPr="008A2A16">
        <w:rPr>
          <w:rFonts w:ascii="Tahoma" w:hAnsi="Tahoma" w:cs="Tahoma"/>
          <w:rtl/>
        </w:rPr>
        <w:t xml:space="preserve"> 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ن</w:t>
      </w:r>
      <w:r w:rsidRPr="008A2A16">
        <w:rPr>
          <w:rFonts w:ascii="Tahoma" w:hAnsi="Tahoma" w:cs="Tahoma"/>
          <w:rtl/>
        </w:rPr>
        <w:t xml:space="preserve"> تحول را با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د</w:t>
      </w:r>
      <w:r w:rsidRPr="008A2A16">
        <w:rPr>
          <w:rFonts w:ascii="Tahoma" w:hAnsi="Tahoma" w:cs="Tahoma"/>
          <w:rtl/>
        </w:rPr>
        <w:t xml:space="preserve"> در هم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ن</w:t>
      </w:r>
      <w:r w:rsidRPr="008A2A16">
        <w:rPr>
          <w:rFonts w:ascii="Tahoma" w:hAnsi="Tahoma" w:cs="Tahoma"/>
          <w:rtl/>
        </w:rPr>
        <w:t xml:space="preserve"> دوران 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د</w:t>
      </w:r>
      <w:r w:rsidRPr="008A2A16">
        <w:rPr>
          <w:rFonts w:ascii="Tahoma" w:hAnsi="Tahoma" w:cs="Tahoma"/>
          <w:rtl/>
        </w:rPr>
        <w:t>: در نزد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ک‌شدن</w:t>
      </w:r>
      <w:r w:rsidRPr="008A2A16">
        <w:rPr>
          <w:rFonts w:ascii="Tahoma" w:hAnsi="Tahoma" w:cs="Tahoma"/>
          <w:rtl/>
        </w:rPr>
        <w:t xml:space="preserve"> فق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هان</w:t>
      </w:r>
      <w:r w:rsidRPr="008A2A16">
        <w:rPr>
          <w:rFonts w:ascii="Tahoma" w:hAnsi="Tahoma" w:cs="Tahoma"/>
          <w:rtl/>
        </w:rPr>
        <w:t xml:space="preserve"> به شا</w:t>
      </w:r>
      <w:r w:rsidRPr="008A2A16">
        <w:rPr>
          <w:rFonts w:ascii="Tahoma" w:hAnsi="Tahoma" w:cs="Tahoma" w:hint="eastAsia"/>
          <w:rtl/>
        </w:rPr>
        <w:t>ه،</w:t>
      </w:r>
      <w:r w:rsidRPr="008A2A16">
        <w:rPr>
          <w:rFonts w:ascii="Tahoma" w:hAnsi="Tahoma" w:cs="Tahoma"/>
          <w:rtl/>
        </w:rPr>
        <w:t xml:space="preserve"> افزا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ش</w:t>
      </w:r>
      <w:r w:rsidRPr="008A2A16">
        <w:rPr>
          <w:rFonts w:ascii="Tahoma" w:hAnsi="Tahoma" w:cs="Tahoma"/>
          <w:rtl/>
        </w:rPr>
        <w:t xml:space="preserve"> نقش ش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خ‌الاسلام</w:t>
      </w:r>
      <w:r w:rsidRPr="008A2A16">
        <w:rPr>
          <w:rFonts w:ascii="Tahoma" w:hAnsi="Tahoma" w:cs="Tahoma"/>
          <w:rtl/>
        </w:rPr>
        <w:t xml:space="preserve"> پا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تخت</w:t>
      </w:r>
      <w:r w:rsidRPr="008A2A16">
        <w:rPr>
          <w:rFonts w:ascii="Tahoma" w:hAnsi="Tahoma" w:cs="Tahoma"/>
          <w:rtl/>
        </w:rPr>
        <w:t xml:space="preserve"> و تبد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ل</w:t>
      </w:r>
      <w:r w:rsidRPr="008A2A16">
        <w:rPr>
          <w:rFonts w:ascii="Tahoma" w:hAnsi="Tahoma" w:cs="Tahoma"/>
          <w:rtl/>
        </w:rPr>
        <w:t xml:space="preserve"> مشورت مذهب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به بخش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از تصم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م‌گ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ر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دربار.</w:t>
      </w:r>
    </w:p>
    <w:p w:rsidR="008A2A16" w:rsidRPr="008A2A16" w:rsidRDefault="008A2A16" w:rsidP="008A2A1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A2A16">
        <w:rPr>
          <w:rFonts w:ascii="Tahoma" w:hAnsi="Tahoma" w:cs="Tahoma" w:hint="eastAsia"/>
          <w:rtl/>
        </w:rPr>
        <w:t>پس</w:t>
      </w:r>
      <w:r w:rsidRPr="008A2A16">
        <w:rPr>
          <w:rFonts w:ascii="Tahoma" w:hAnsi="Tahoma" w:cs="Tahoma"/>
          <w:rtl/>
        </w:rPr>
        <w:t xml:space="preserve"> نبا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د</w:t>
      </w:r>
      <w:r w:rsidRPr="008A2A16">
        <w:rPr>
          <w:rFonts w:ascii="Tahoma" w:hAnsi="Tahoma" w:cs="Tahoma"/>
          <w:rtl/>
        </w:rPr>
        <w:t xml:space="preserve"> همهٔ شکل نها</w:t>
      </w:r>
      <w:r w:rsidRPr="008A2A16">
        <w:rPr>
          <w:rFonts w:ascii="Tahoma" w:hAnsi="Tahoma" w:cs="Tahoma" w:hint="cs"/>
          <w:rtl/>
        </w:rPr>
        <w:t>یی</w:t>
      </w:r>
      <w:r w:rsidRPr="008A2A16">
        <w:rPr>
          <w:rFonts w:ascii="Tahoma" w:hAnsi="Tahoma" w:cs="Tahoma"/>
          <w:rtl/>
        </w:rPr>
        <w:t xml:space="preserve"> دستگاه 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نکار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اواخر صفو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را به دورهٔ شاه سل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مان</w:t>
      </w:r>
      <w:r w:rsidRPr="008A2A16">
        <w:rPr>
          <w:rFonts w:ascii="Tahoma" w:hAnsi="Tahoma" w:cs="Tahoma"/>
          <w:rtl/>
        </w:rPr>
        <w:t xml:space="preserve"> نسبت داد. در زمان او زم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نه‌ها</w:t>
      </w:r>
      <w:r w:rsidRPr="008A2A16">
        <w:rPr>
          <w:rFonts w:ascii="Tahoma" w:hAnsi="Tahoma" w:cs="Tahoma"/>
          <w:rtl/>
        </w:rPr>
        <w:t xml:space="preserve"> استوار شدند؛ در دوران جانش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نش،</w:t>
      </w:r>
      <w:r w:rsidRPr="008A2A16">
        <w:rPr>
          <w:rFonts w:ascii="Tahoma" w:hAnsi="Tahoma" w:cs="Tahoma"/>
          <w:rtl/>
        </w:rPr>
        <w:t xml:space="preserve"> آن زم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نه‌ها</w:t>
      </w:r>
      <w:r w:rsidRPr="008A2A16">
        <w:rPr>
          <w:rFonts w:ascii="Tahoma" w:hAnsi="Tahoma" w:cs="Tahoma"/>
          <w:rtl/>
        </w:rPr>
        <w:t xml:space="preserve"> به مقام‌ها و نفوذ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آشکارتر تبد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ل</w:t>
      </w:r>
      <w:r w:rsidRPr="008A2A16">
        <w:rPr>
          <w:rFonts w:ascii="Tahoma" w:hAnsi="Tahoma" w:cs="Tahoma"/>
          <w:rtl/>
        </w:rPr>
        <w:t xml:space="preserve"> گشتند. محمدباقر مجلس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ن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ز</w:t>
      </w:r>
      <w:r w:rsidRPr="008A2A16">
        <w:rPr>
          <w:rFonts w:ascii="Tahoma" w:hAnsi="Tahoma" w:cs="Tahoma"/>
          <w:rtl/>
        </w:rPr>
        <w:t xml:space="preserve"> بخش مهم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از قدرت س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اس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و مذهب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خود را در سال‌ها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پا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ان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شاه سل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مان</w:t>
      </w:r>
      <w:r w:rsidRPr="008A2A16">
        <w:rPr>
          <w:rFonts w:ascii="Tahoma" w:hAnsi="Tahoma" w:cs="Tahoma"/>
          <w:rtl/>
        </w:rPr>
        <w:t xml:space="preserve"> به دست آورد، اما اوج نفوذش به آغاز سلطنت شاه سلطان حس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ن</w:t>
      </w:r>
      <w:r w:rsidRPr="008A2A16">
        <w:rPr>
          <w:rFonts w:ascii="Tahoma" w:hAnsi="Tahoma" w:cs="Tahoma"/>
          <w:rtl/>
        </w:rPr>
        <w:t xml:space="preserve"> مربوط شد.</w:t>
      </w:r>
    </w:p>
    <w:p w:rsidR="008A2A16" w:rsidRPr="008A2A16" w:rsidRDefault="008A2A16" w:rsidP="008A2A1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A2A16">
        <w:rPr>
          <w:rFonts w:ascii="Tahoma" w:hAnsi="Tahoma" w:cs="Tahoma" w:hint="eastAsia"/>
          <w:rtl/>
        </w:rPr>
        <w:t>در</w:t>
      </w:r>
      <w:r w:rsidRPr="008A2A16">
        <w:rPr>
          <w:rFonts w:ascii="Tahoma" w:hAnsi="Tahoma" w:cs="Tahoma"/>
          <w:rtl/>
        </w:rPr>
        <w:t xml:space="preserve"> سال‌ها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پا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ان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سلطنت سل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مان،</w:t>
      </w:r>
      <w:r w:rsidRPr="008A2A16">
        <w:rPr>
          <w:rFonts w:ascii="Tahoma" w:hAnsi="Tahoma" w:cs="Tahoma"/>
          <w:rtl/>
        </w:rPr>
        <w:t xml:space="preserve"> ش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خ‌عل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خان</w:t>
      </w:r>
      <w:r w:rsidRPr="008A2A16">
        <w:rPr>
          <w:rFonts w:ascii="Tahoma" w:hAnsi="Tahoma" w:cs="Tahoma"/>
          <w:rtl/>
        </w:rPr>
        <w:t xml:space="preserve"> زنگنه از صحنه کنار رفت و حکومت 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ک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از تواناتر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ن</w:t>
      </w:r>
      <w:r w:rsidRPr="008A2A16">
        <w:rPr>
          <w:rFonts w:ascii="Tahoma" w:hAnsi="Tahoma" w:cs="Tahoma"/>
          <w:rtl/>
        </w:rPr>
        <w:t xml:space="preserve"> وز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ران</w:t>
      </w:r>
      <w:r w:rsidRPr="008A2A16">
        <w:rPr>
          <w:rFonts w:ascii="Tahoma" w:hAnsi="Tahoma" w:cs="Tahoma"/>
          <w:rtl/>
        </w:rPr>
        <w:t xml:space="preserve"> خود را از دست داد. جانش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نان</w:t>
      </w:r>
      <w:r w:rsidRPr="008A2A16">
        <w:rPr>
          <w:rFonts w:ascii="Tahoma" w:hAnsi="Tahoma" w:cs="Tahoma"/>
          <w:rtl/>
        </w:rPr>
        <w:t xml:space="preserve"> او نتوانستند همان تعادل را م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ان</w:t>
      </w:r>
      <w:r w:rsidRPr="008A2A16">
        <w:rPr>
          <w:rFonts w:ascii="Tahoma" w:hAnsi="Tahoma" w:cs="Tahoma"/>
          <w:rtl/>
        </w:rPr>
        <w:t xml:space="preserve"> خزانه، دربار، قشون و 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الات</w:t>
      </w:r>
      <w:r w:rsidRPr="008A2A16">
        <w:rPr>
          <w:rFonts w:ascii="Tahoma" w:hAnsi="Tahoma" w:cs="Tahoma"/>
          <w:rtl/>
        </w:rPr>
        <w:t xml:space="preserve"> برقرار کنند. 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ن</w:t>
      </w:r>
      <w:r w:rsidRPr="008A2A16">
        <w:rPr>
          <w:rFonts w:ascii="Tahoma" w:hAnsi="Tahoma" w:cs="Tahoma"/>
          <w:rtl/>
        </w:rPr>
        <w:t xml:space="preserve"> فقدان بار 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گر</w:t>
      </w:r>
      <w:r w:rsidRPr="008A2A16">
        <w:rPr>
          <w:rFonts w:ascii="Tahoma" w:hAnsi="Tahoma" w:cs="Tahoma"/>
          <w:rtl/>
        </w:rPr>
        <w:t xml:space="preserve"> نشان داد که تجربهٔ 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وان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به آسان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به نهاد منتقل نم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شود</w:t>
      </w:r>
      <w:r w:rsidRPr="008A2A16">
        <w:rPr>
          <w:rFonts w:ascii="Tahoma" w:hAnsi="Tahoma" w:cs="Tahoma"/>
          <w:rtl/>
        </w:rPr>
        <w:t>. با رفتن وز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ر</w:t>
      </w:r>
      <w:r w:rsidRPr="008A2A16">
        <w:rPr>
          <w:rFonts w:ascii="Tahoma" w:hAnsi="Tahoma" w:cs="Tahoma"/>
          <w:rtl/>
        </w:rPr>
        <w:t xml:space="preserve"> توانا، مقام باق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ماند،</w:t>
      </w:r>
      <w:r w:rsidRPr="008A2A16">
        <w:rPr>
          <w:rFonts w:ascii="Tahoma" w:hAnsi="Tahoma" w:cs="Tahoma"/>
          <w:rtl/>
        </w:rPr>
        <w:t xml:space="preserve"> اما توانا</w:t>
      </w:r>
      <w:r w:rsidRPr="008A2A16">
        <w:rPr>
          <w:rFonts w:ascii="Tahoma" w:hAnsi="Tahoma" w:cs="Tahoma" w:hint="cs"/>
          <w:rtl/>
        </w:rPr>
        <w:t>یی</w:t>
      </w:r>
      <w:r w:rsidRPr="008A2A16">
        <w:rPr>
          <w:rFonts w:ascii="Tahoma" w:hAnsi="Tahoma" w:cs="Tahoma"/>
          <w:rtl/>
        </w:rPr>
        <w:t xml:space="preserve"> صاحب پ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ش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ن</w:t>
      </w:r>
      <w:r w:rsidRPr="008A2A16">
        <w:rPr>
          <w:rFonts w:ascii="Tahoma" w:hAnsi="Tahoma" w:cs="Tahoma"/>
          <w:rtl/>
        </w:rPr>
        <w:t xml:space="preserve"> خودبه‌خود به جانش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ن</w:t>
      </w:r>
      <w:r w:rsidRPr="008A2A16">
        <w:rPr>
          <w:rFonts w:ascii="Tahoma" w:hAnsi="Tahoma" w:cs="Tahoma"/>
          <w:rtl/>
        </w:rPr>
        <w:t xml:space="preserve"> نم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رسد</w:t>
      </w:r>
      <w:r w:rsidRPr="008A2A16">
        <w:rPr>
          <w:rFonts w:ascii="Tahoma" w:hAnsi="Tahoma" w:cs="Tahoma"/>
          <w:rtl/>
        </w:rPr>
        <w:t>.</w:t>
      </w:r>
    </w:p>
    <w:p w:rsidR="008A2A16" w:rsidRPr="008A2A16" w:rsidRDefault="008A2A16" w:rsidP="008A2A1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A2A16">
        <w:rPr>
          <w:rFonts w:ascii="Tahoma" w:hAnsi="Tahoma" w:cs="Tahoma" w:hint="eastAsia"/>
          <w:rtl/>
        </w:rPr>
        <w:t>قشون</w:t>
      </w:r>
      <w:r w:rsidRPr="008A2A16">
        <w:rPr>
          <w:rFonts w:ascii="Tahoma" w:hAnsi="Tahoma" w:cs="Tahoma"/>
          <w:rtl/>
        </w:rPr>
        <w:t xml:space="preserve"> ن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ز</w:t>
      </w:r>
      <w:r w:rsidRPr="008A2A16">
        <w:rPr>
          <w:rFonts w:ascii="Tahoma" w:hAnsi="Tahoma" w:cs="Tahoma"/>
          <w:rtl/>
        </w:rPr>
        <w:t xml:space="preserve"> در پا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ان</w:t>
      </w:r>
      <w:r w:rsidRPr="008A2A16">
        <w:rPr>
          <w:rFonts w:ascii="Tahoma" w:hAnsi="Tahoma" w:cs="Tahoma"/>
          <w:rtl/>
        </w:rPr>
        <w:t xml:space="preserve"> سلطنت سل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مان</w:t>
      </w:r>
      <w:r w:rsidRPr="008A2A16">
        <w:rPr>
          <w:rFonts w:ascii="Tahoma" w:hAnsi="Tahoma" w:cs="Tahoma"/>
          <w:rtl/>
        </w:rPr>
        <w:t xml:space="preserve"> هنوز ظاهر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بزرگ داشت، اما آمادگ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واقع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آن محل ترد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د</w:t>
      </w:r>
      <w:r w:rsidRPr="008A2A16">
        <w:rPr>
          <w:rFonts w:ascii="Tahoma" w:hAnsi="Tahoma" w:cs="Tahoma"/>
          <w:rtl/>
        </w:rPr>
        <w:t xml:space="preserve"> بود. غلامان، قورچ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ان،</w:t>
      </w:r>
      <w:r w:rsidRPr="008A2A16">
        <w:rPr>
          <w:rFonts w:ascii="Tahoma" w:hAnsi="Tahoma" w:cs="Tahoma"/>
          <w:rtl/>
        </w:rPr>
        <w:t xml:space="preserve"> تفنگچ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ان</w:t>
      </w:r>
      <w:r w:rsidRPr="008A2A16">
        <w:rPr>
          <w:rFonts w:ascii="Tahoma" w:hAnsi="Tahoma" w:cs="Tahoma"/>
          <w:rtl/>
        </w:rPr>
        <w:t xml:space="preserve"> و توپچ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ان</w:t>
      </w:r>
      <w:r w:rsidRPr="008A2A16">
        <w:rPr>
          <w:rFonts w:ascii="Tahoma" w:hAnsi="Tahoma" w:cs="Tahoma"/>
          <w:rtl/>
        </w:rPr>
        <w:t xml:space="preserve"> در دفترها و ساختار رسم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حضور داشتند، ول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آموزش، پرداخت منظم و فرمانده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آنان با دورهٔ شاه عباس فاصله گرفته بود. صلح طولان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،</w:t>
      </w:r>
      <w:r w:rsidRPr="008A2A16">
        <w:rPr>
          <w:rFonts w:ascii="Tahoma" w:hAnsi="Tahoma" w:cs="Tahoma"/>
          <w:rtl/>
        </w:rPr>
        <w:t xml:space="preserve"> ب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علاقگ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شاه و فساد مأموران، فاصلهٔ م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ان</w:t>
      </w:r>
      <w:r w:rsidRPr="008A2A16">
        <w:rPr>
          <w:rFonts w:ascii="Tahoma" w:hAnsi="Tahoma" w:cs="Tahoma"/>
          <w:rtl/>
        </w:rPr>
        <w:t xml:space="preserve"> شمار اسم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و توان واقع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ن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روها</w:t>
      </w:r>
      <w:r w:rsidRPr="008A2A16">
        <w:rPr>
          <w:rFonts w:ascii="Tahoma" w:hAnsi="Tahoma" w:cs="Tahoma"/>
          <w:rtl/>
        </w:rPr>
        <w:t xml:space="preserve"> را افزا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ش</w:t>
      </w:r>
      <w:r w:rsidRPr="008A2A16">
        <w:rPr>
          <w:rFonts w:ascii="Tahoma" w:hAnsi="Tahoma" w:cs="Tahoma"/>
          <w:rtl/>
        </w:rPr>
        <w:t xml:space="preserve"> داده بود.</w:t>
      </w:r>
    </w:p>
    <w:p w:rsidR="008A2A16" w:rsidRPr="008A2A16" w:rsidRDefault="008A2A16" w:rsidP="008A2A1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A2A16">
        <w:rPr>
          <w:rFonts w:ascii="Tahoma" w:hAnsi="Tahoma" w:cs="Tahoma" w:hint="eastAsia"/>
          <w:rtl/>
        </w:rPr>
        <w:t>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وان</w:t>
      </w:r>
      <w:r w:rsidRPr="008A2A16">
        <w:rPr>
          <w:rFonts w:ascii="Tahoma" w:hAnsi="Tahoma" w:cs="Tahoma"/>
          <w:rtl/>
        </w:rPr>
        <w:t xml:space="preserve"> همچنان مال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ات</w:t>
      </w:r>
      <w:r w:rsidRPr="008A2A16">
        <w:rPr>
          <w:rFonts w:ascii="Tahoma" w:hAnsi="Tahoma" w:cs="Tahoma"/>
          <w:rtl/>
        </w:rPr>
        <w:t xml:space="preserve">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گرفت،</w:t>
      </w:r>
      <w:r w:rsidRPr="008A2A16">
        <w:rPr>
          <w:rFonts w:ascii="Tahoma" w:hAnsi="Tahoma" w:cs="Tahoma"/>
          <w:rtl/>
        </w:rPr>
        <w:t xml:space="preserve"> اما فشار بر روستاها و تجارت، پا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هٔ</w:t>
      </w:r>
      <w:r w:rsidRPr="008A2A16">
        <w:rPr>
          <w:rFonts w:ascii="Tahoma" w:hAnsi="Tahoma" w:cs="Tahoma"/>
          <w:rtl/>
        </w:rPr>
        <w:t xml:space="preserve"> درآمد آ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نده</w:t>
      </w:r>
      <w:r w:rsidRPr="008A2A16">
        <w:rPr>
          <w:rFonts w:ascii="Tahoma" w:hAnsi="Tahoma" w:cs="Tahoma"/>
          <w:rtl/>
        </w:rPr>
        <w:t xml:space="preserve"> را فرسوده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کرد</w:t>
      </w:r>
      <w:r w:rsidRPr="008A2A16">
        <w:rPr>
          <w:rFonts w:ascii="Tahoma" w:hAnsi="Tahoma" w:cs="Tahoma"/>
          <w:rtl/>
        </w:rPr>
        <w:t>. ولا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ت‌ها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خاصه پول ب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شتر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مستق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ماً</w:t>
      </w:r>
      <w:r w:rsidRPr="008A2A16">
        <w:rPr>
          <w:rFonts w:ascii="Tahoma" w:hAnsi="Tahoma" w:cs="Tahoma"/>
          <w:rtl/>
        </w:rPr>
        <w:t xml:space="preserve"> به مرکز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فرستادند،</w:t>
      </w:r>
      <w:r w:rsidRPr="008A2A16">
        <w:rPr>
          <w:rFonts w:ascii="Tahoma" w:hAnsi="Tahoma" w:cs="Tahoma"/>
          <w:rtl/>
        </w:rPr>
        <w:t xml:space="preserve"> ول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دفاع و آبادان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محل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ضع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ف‌تر</w:t>
      </w:r>
      <w:r w:rsidRPr="008A2A16">
        <w:rPr>
          <w:rFonts w:ascii="Tahoma" w:hAnsi="Tahoma" w:cs="Tahoma"/>
          <w:rtl/>
        </w:rPr>
        <w:t xml:space="preserve">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شد</w:t>
      </w:r>
      <w:r w:rsidRPr="008A2A16">
        <w:rPr>
          <w:rFonts w:ascii="Tahoma" w:hAnsi="Tahoma" w:cs="Tahoma"/>
          <w:rtl/>
        </w:rPr>
        <w:t>. موقوفات و معاف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ت‌ها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مذهب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گسترش م</w:t>
      </w:r>
      <w:r w:rsidRPr="008A2A16">
        <w:rPr>
          <w:rFonts w:ascii="Tahoma" w:hAnsi="Tahoma" w:cs="Tahoma" w:hint="cs"/>
          <w:rtl/>
        </w:rPr>
        <w:t>ی‌ی</w:t>
      </w:r>
      <w:r w:rsidRPr="008A2A16">
        <w:rPr>
          <w:rFonts w:ascii="Tahoma" w:hAnsi="Tahoma" w:cs="Tahoma" w:hint="eastAsia"/>
          <w:rtl/>
        </w:rPr>
        <w:t>افتند</w:t>
      </w:r>
      <w:r w:rsidRPr="008A2A16">
        <w:rPr>
          <w:rFonts w:ascii="Tahoma" w:hAnsi="Tahoma" w:cs="Tahoma"/>
          <w:rtl/>
        </w:rPr>
        <w:t xml:space="preserve"> و بخش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از زم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ن</w:t>
      </w:r>
      <w:r w:rsidRPr="008A2A16">
        <w:rPr>
          <w:rFonts w:ascii="Tahoma" w:hAnsi="Tahoma" w:cs="Tahoma"/>
          <w:rtl/>
        </w:rPr>
        <w:t xml:space="preserve"> و درآمد ا</w:t>
      </w:r>
      <w:r w:rsidRPr="008A2A16">
        <w:rPr>
          <w:rFonts w:ascii="Tahoma" w:hAnsi="Tahoma" w:cs="Tahoma" w:hint="eastAsia"/>
          <w:rtl/>
        </w:rPr>
        <w:t>ز</w:t>
      </w:r>
      <w:r w:rsidRPr="008A2A16">
        <w:rPr>
          <w:rFonts w:ascii="Tahoma" w:hAnsi="Tahoma" w:cs="Tahoma"/>
          <w:rtl/>
        </w:rPr>
        <w:t xml:space="preserve"> دسترس مستق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م</w:t>
      </w:r>
      <w:r w:rsidRPr="008A2A16">
        <w:rPr>
          <w:rFonts w:ascii="Tahoma" w:hAnsi="Tahoma" w:cs="Tahoma"/>
          <w:rtl/>
        </w:rPr>
        <w:t xml:space="preserve"> خزانه دور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شد</w:t>
      </w:r>
      <w:r w:rsidRPr="008A2A16">
        <w:rPr>
          <w:rFonts w:ascii="Tahoma" w:hAnsi="Tahoma" w:cs="Tahoma"/>
          <w:rtl/>
        </w:rPr>
        <w:t>.</w:t>
      </w:r>
    </w:p>
    <w:p w:rsidR="008A2A16" w:rsidRPr="008A2A16" w:rsidRDefault="008A2A16" w:rsidP="008A2A1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A2A16">
        <w:rPr>
          <w:rFonts w:ascii="Tahoma" w:hAnsi="Tahoma" w:cs="Tahoma" w:hint="eastAsia"/>
          <w:rtl/>
        </w:rPr>
        <w:t>دربار</w:t>
      </w:r>
      <w:r w:rsidRPr="008A2A16">
        <w:rPr>
          <w:rFonts w:ascii="Tahoma" w:hAnsi="Tahoma" w:cs="Tahoma"/>
          <w:rtl/>
        </w:rPr>
        <w:t xml:space="preserve"> ن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ز</w:t>
      </w:r>
      <w:r w:rsidRPr="008A2A16">
        <w:rPr>
          <w:rFonts w:ascii="Tahoma" w:hAnsi="Tahoma" w:cs="Tahoma"/>
          <w:rtl/>
        </w:rPr>
        <w:t xml:space="preserve"> از کشور دورتر شده بود. اطلاعات از راه لا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ه‌ها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متعدد به شاه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رس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د</w:t>
      </w:r>
      <w:r w:rsidRPr="008A2A16">
        <w:rPr>
          <w:rFonts w:ascii="Tahoma" w:hAnsi="Tahoma" w:cs="Tahoma"/>
          <w:rtl/>
        </w:rPr>
        <w:t xml:space="preserve"> و هر لا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ه</w:t>
      </w:r>
      <w:r w:rsidRPr="008A2A16">
        <w:rPr>
          <w:rFonts w:ascii="Tahoma" w:hAnsi="Tahoma" w:cs="Tahoma"/>
          <w:rtl/>
        </w:rPr>
        <w:t xml:space="preserve">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توانست</w:t>
      </w:r>
      <w:r w:rsidRPr="008A2A16">
        <w:rPr>
          <w:rFonts w:ascii="Tahoma" w:hAnsi="Tahoma" w:cs="Tahoma"/>
          <w:rtl/>
        </w:rPr>
        <w:t xml:space="preserve"> آن را تغ</w:t>
      </w:r>
      <w:r w:rsidRPr="008A2A16">
        <w:rPr>
          <w:rFonts w:ascii="Tahoma" w:hAnsi="Tahoma" w:cs="Tahoma" w:hint="cs"/>
          <w:rtl/>
        </w:rPr>
        <w:t>یی</w:t>
      </w:r>
      <w:r w:rsidRPr="008A2A16">
        <w:rPr>
          <w:rFonts w:ascii="Tahoma" w:hAnsi="Tahoma" w:cs="Tahoma" w:hint="eastAsia"/>
          <w:rtl/>
        </w:rPr>
        <w:t>ر</w:t>
      </w:r>
      <w:r w:rsidRPr="008A2A16">
        <w:rPr>
          <w:rFonts w:ascii="Tahoma" w:hAnsi="Tahoma" w:cs="Tahoma"/>
          <w:rtl/>
        </w:rPr>
        <w:t xml:space="preserve"> دهد. خبر ناخوشا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ند</w:t>
      </w:r>
      <w:r w:rsidRPr="008A2A16">
        <w:rPr>
          <w:rFonts w:ascii="Tahoma" w:hAnsi="Tahoma" w:cs="Tahoma"/>
          <w:rtl/>
        </w:rPr>
        <w:t xml:space="preserve"> ممکن بود پنهان شود و صاحب‌منصب برا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حفظ مقامش وضع را بهتر از واقع نشان دهد. حکومت در مرکز خود تصو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ر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آرام از کشور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د،</w:t>
      </w:r>
      <w:r w:rsidRPr="008A2A16">
        <w:rPr>
          <w:rFonts w:ascii="Tahoma" w:hAnsi="Tahoma" w:cs="Tahoma"/>
          <w:rtl/>
        </w:rPr>
        <w:t xml:space="preserve"> درحال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که</w:t>
      </w:r>
      <w:r w:rsidRPr="008A2A16">
        <w:rPr>
          <w:rFonts w:ascii="Tahoma" w:hAnsi="Tahoma" w:cs="Tahoma"/>
          <w:rtl/>
        </w:rPr>
        <w:t xml:space="preserve"> نارضا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ت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و ضعف در برخ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مرزها و ولا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ت‌ها</w:t>
      </w:r>
      <w:r w:rsidRPr="008A2A16">
        <w:rPr>
          <w:rFonts w:ascii="Tahoma" w:hAnsi="Tahoma" w:cs="Tahoma"/>
          <w:rtl/>
        </w:rPr>
        <w:t xml:space="preserve"> افزا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ش</w:t>
      </w:r>
      <w:r w:rsidRPr="008A2A16">
        <w:rPr>
          <w:rFonts w:ascii="Tahoma" w:hAnsi="Tahoma" w:cs="Tahoma"/>
          <w:rtl/>
        </w:rPr>
        <w:t xml:space="preserve"> م</w:t>
      </w:r>
      <w:r w:rsidRPr="008A2A16">
        <w:rPr>
          <w:rFonts w:ascii="Tahoma" w:hAnsi="Tahoma" w:cs="Tahoma" w:hint="cs"/>
          <w:rtl/>
        </w:rPr>
        <w:t>ی‌ی</w:t>
      </w:r>
      <w:r w:rsidRPr="008A2A16">
        <w:rPr>
          <w:rFonts w:ascii="Tahoma" w:hAnsi="Tahoma" w:cs="Tahoma" w:hint="eastAsia"/>
          <w:rtl/>
        </w:rPr>
        <w:t>افت</w:t>
      </w:r>
      <w:r w:rsidRPr="008A2A16">
        <w:rPr>
          <w:rFonts w:ascii="Tahoma" w:hAnsi="Tahoma" w:cs="Tahoma"/>
          <w:rtl/>
        </w:rPr>
        <w:t>.</w:t>
      </w:r>
    </w:p>
    <w:p w:rsidR="008A2A16" w:rsidRPr="008A2A16" w:rsidRDefault="008A2A16" w:rsidP="008A2A1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A2A16">
        <w:rPr>
          <w:rFonts w:ascii="Tahoma" w:hAnsi="Tahoma" w:cs="Tahoma" w:hint="eastAsia"/>
          <w:rtl/>
        </w:rPr>
        <w:t>شاه</w:t>
      </w:r>
      <w:r w:rsidRPr="008A2A16">
        <w:rPr>
          <w:rFonts w:ascii="Tahoma" w:hAnsi="Tahoma" w:cs="Tahoma"/>
          <w:rtl/>
        </w:rPr>
        <w:t xml:space="preserve"> سل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مان</w:t>
      </w:r>
      <w:r w:rsidRPr="008A2A16">
        <w:rPr>
          <w:rFonts w:ascii="Tahoma" w:hAnsi="Tahoma" w:cs="Tahoma"/>
          <w:rtl/>
        </w:rPr>
        <w:t xml:space="preserve"> در سال </w:t>
      </w:r>
      <w:r w:rsidRPr="008A2A16">
        <w:rPr>
          <w:rFonts w:ascii="Tahoma" w:hAnsi="Tahoma" w:cs="Tahoma"/>
          <w:rtl/>
          <w:lang w:bidi="fa-IR"/>
        </w:rPr>
        <w:t>۱۶۹۴</w:t>
      </w:r>
      <w:r w:rsidRPr="008A2A16">
        <w:rPr>
          <w:rFonts w:ascii="Tahoma" w:hAnsi="Tahoma" w:cs="Tahoma"/>
          <w:rtl/>
        </w:rPr>
        <w:t xml:space="preserve"> م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لاد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درگذشت. حکومت بدون جنگ داخل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گسترده توانست جانش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ن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را انجام دهد، اما انتخاب جانش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ن</w:t>
      </w:r>
      <w:r w:rsidRPr="008A2A16">
        <w:rPr>
          <w:rFonts w:ascii="Tahoma" w:hAnsi="Tahoma" w:cs="Tahoma"/>
          <w:rtl/>
        </w:rPr>
        <w:t xml:space="preserve"> بار 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گر</w:t>
      </w:r>
      <w:r w:rsidRPr="008A2A16">
        <w:rPr>
          <w:rFonts w:ascii="Tahoma" w:hAnsi="Tahoma" w:cs="Tahoma"/>
          <w:rtl/>
        </w:rPr>
        <w:t xml:space="preserve"> در فضا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بستهٔ حرم و دربار صورت گرفت. پسران شاه ن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ز</w:t>
      </w:r>
      <w:r w:rsidRPr="008A2A16">
        <w:rPr>
          <w:rFonts w:ascii="Tahoma" w:hAnsi="Tahoma" w:cs="Tahoma"/>
          <w:rtl/>
        </w:rPr>
        <w:t xml:space="preserve"> در حرم پرورش 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افته</w:t>
      </w:r>
      <w:r w:rsidRPr="008A2A16">
        <w:rPr>
          <w:rFonts w:ascii="Tahoma" w:hAnsi="Tahoma" w:cs="Tahoma"/>
          <w:rtl/>
        </w:rPr>
        <w:t xml:space="preserve"> و تجربه‌ا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از ادارهٔ کشور نداشتند.</w:t>
      </w:r>
    </w:p>
    <w:p w:rsidR="008A2A16" w:rsidRPr="008A2A16" w:rsidRDefault="008A2A16" w:rsidP="008A2A1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A2A16">
        <w:rPr>
          <w:rFonts w:ascii="Tahoma" w:hAnsi="Tahoma" w:cs="Tahoma" w:hint="eastAsia"/>
          <w:rtl/>
        </w:rPr>
        <w:t>گزارش‌ها</w:t>
      </w:r>
      <w:r w:rsidRPr="008A2A16">
        <w:rPr>
          <w:rFonts w:ascii="Tahoma" w:hAnsi="Tahoma" w:cs="Tahoma"/>
          <w:rtl/>
        </w:rPr>
        <w:t xml:space="preserve"> از نقش خواجه‌سرا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ان،</w:t>
      </w:r>
      <w:r w:rsidRPr="008A2A16">
        <w:rPr>
          <w:rFonts w:ascii="Tahoma" w:hAnsi="Tahoma" w:cs="Tahoma"/>
          <w:rtl/>
        </w:rPr>
        <w:t xml:space="preserve"> زنان حرم و 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نکاران</w:t>
      </w:r>
      <w:r w:rsidRPr="008A2A16">
        <w:rPr>
          <w:rFonts w:ascii="Tahoma" w:hAnsi="Tahoma" w:cs="Tahoma"/>
          <w:rtl/>
        </w:rPr>
        <w:t xml:space="preserve"> در برگز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دن</w:t>
      </w:r>
      <w:r w:rsidRPr="008A2A16">
        <w:rPr>
          <w:rFonts w:ascii="Tahoma" w:hAnsi="Tahoma" w:cs="Tahoma"/>
          <w:rtl/>
        </w:rPr>
        <w:t xml:space="preserve"> سلطان حس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ن</w:t>
      </w:r>
      <w:r w:rsidRPr="008A2A16">
        <w:rPr>
          <w:rFonts w:ascii="Tahoma" w:hAnsi="Tahoma" w:cs="Tahoma"/>
          <w:rtl/>
        </w:rPr>
        <w:t xml:space="preserve"> حکا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ت</w:t>
      </w:r>
      <w:r w:rsidRPr="008A2A16">
        <w:rPr>
          <w:rFonts w:ascii="Tahoma" w:hAnsi="Tahoma" w:cs="Tahoma"/>
          <w:rtl/>
        </w:rPr>
        <w:t xml:space="preserve"> دارند. دربارهٔ جزئ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ات</w:t>
      </w:r>
      <w:r w:rsidRPr="008A2A16">
        <w:rPr>
          <w:rFonts w:ascii="Tahoma" w:hAnsi="Tahoma" w:cs="Tahoma"/>
          <w:rtl/>
        </w:rPr>
        <w:t xml:space="preserve"> 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ن</w:t>
      </w:r>
      <w:r w:rsidRPr="008A2A16">
        <w:rPr>
          <w:rFonts w:ascii="Tahoma" w:hAnsi="Tahoma" w:cs="Tahoma"/>
          <w:rtl/>
        </w:rPr>
        <w:t xml:space="preserve"> انتخاب و سخنان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که به افراد مختلف نسبت داده شده است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توان</w:t>
      </w:r>
      <w:r w:rsidRPr="008A2A16">
        <w:rPr>
          <w:rFonts w:ascii="Tahoma" w:hAnsi="Tahoma" w:cs="Tahoma"/>
          <w:rtl/>
        </w:rPr>
        <w:t xml:space="preserve"> ترد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د</w:t>
      </w:r>
      <w:r w:rsidRPr="008A2A16">
        <w:rPr>
          <w:rFonts w:ascii="Tahoma" w:hAnsi="Tahoma" w:cs="Tahoma"/>
          <w:rtl/>
        </w:rPr>
        <w:t xml:space="preserve"> داشت، اما نت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جه</w:t>
      </w:r>
      <w:r w:rsidRPr="008A2A16">
        <w:rPr>
          <w:rFonts w:ascii="Tahoma" w:hAnsi="Tahoma" w:cs="Tahoma"/>
          <w:rtl/>
        </w:rPr>
        <w:t xml:space="preserve"> با ساختمان دربار سازگار بود: شاهزاده‌ا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برگز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ده</w:t>
      </w:r>
      <w:r w:rsidRPr="008A2A16">
        <w:rPr>
          <w:rFonts w:ascii="Tahoma" w:hAnsi="Tahoma" w:cs="Tahoma"/>
          <w:rtl/>
        </w:rPr>
        <w:t xml:space="preserve"> شد که به 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ندار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،</w:t>
      </w:r>
      <w:r w:rsidRPr="008A2A16">
        <w:rPr>
          <w:rFonts w:ascii="Tahoma" w:hAnsi="Tahoma" w:cs="Tahoma"/>
          <w:rtl/>
        </w:rPr>
        <w:t xml:space="preserve"> آرام</w:t>
      </w:r>
      <w:r w:rsidRPr="008A2A16">
        <w:rPr>
          <w:rFonts w:ascii="Tahoma" w:hAnsi="Tahoma" w:cs="Tahoma" w:hint="eastAsia"/>
          <w:rtl/>
        </w:rPr>
        <w:t>ش</w:t>
      </w:r>
      <w:r w:rsidRPr="008A2A16">
        <w:rPr>
          <w:rFonts w:ascii="Tahoma" w:hAnsi="Tahoma" w:cs="Tahoma"/>
          <w:rtl/>
        </w:rPr>
        <w:t xml:space="preserve"> و فرمان‌بردار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شناخته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شد</w:t>
      </w:r>
      <w:r w:rsidRPr="008A2A16">
        <w:rPr>
          <w:rFonts w:ascii="Tahoma" w:hAnsi="Tahoma" w:cs="Tahoma"/>
          <w:rtl/>
        </w:rPr>
        <w:t xml:space="preserve"> و برا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ن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روها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پ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رامون</w:t>
      </w:r>
      <w:r w:rsidRPr="008A2A16">
        <w:rPr>
          <w:rFonts w:ascii="Tahoma" w:hAnsi="Tahoma" w:cs="Tahoma"/>
          <w:rtl/>
        </w:rPr>
        <w:t xml:space="preserve"> تاج خطر کمتر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داشت.</w:t>
      </w:r>
    </w:p>
    <w:p w:rsidR="008A2A16" w:rsidRPr="008A2A16" w:rsidRDefault="008A2A16" w:rsidP="008A2A1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A2A16">
        <w:rPr>
          <w:rFonts w:ascii="Tahoma" w:hAnsi="Tahoma" w:cs="Tahoma" w:hint="eastAsia"/>
          <w:rtl/>
        </w:rPr>
        <w:t>هم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ن</w:t>
      </w:r>
      <w:r w:rsidRPr="008A2A16">
        <w:rPr>
          <w:rFonts w:ascii="Tahoma" w:hAnsi="Tahoma" w:cs="Tahoma"/>
          <w:rtl/>
        </w:rPr>
        <w:t xml:space="preserve"> و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ژگ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که انتخاب او را آسان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کرد،</w:t>
      </w:r>
      <w:r w:rsidRPr="008A2A16">
        <w:rPr>
          <w:rFonts w:ascii="Tahoma" w:hAnsi="Tahoma" w:cs="Tahoma"/>
          <w:rtl/>
        </w:rPr>
        <w:t xml:space="preserve"> برا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کشوردار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خطرناک بود. کشور به شاه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ن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از</w:t>
      </w:r>
      <w:r w:rsidRPr="008A2A16">
        <w:rPr>
          <w:rFonts w:ascii="Tahoma" w:hAnsi="Tahoma" w:cs="Tahoma"/>
          <w:rtl/>
        </w:rPr>
        <w:t xml:space="preserve"> داشت که قشون را بازساز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کند، مأموران را ز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ر</w:t>
      </w:r>
      <w:r w:rsidRPr="008A2A16">
        <w:rPr>
          <w:rFonts w:ascii="Tahoma" w:hAnsi="Tahoma" w:cs="Tahoma"/>
          <w:rtl/>
        </w:rPr>
        <w:t xml:space="preserve"> نظارت بگ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رد،</w:t>
      </w:r>
      <w:r w:rsidRPr="008A2A16">
        <w:rPr>
          <w:rFonts w:ascii="Tahoma" w:hAnsi="Tahoma" w:cs="Tahoma"/>
          <w:rtl/>
        </w:rPr>
        <w:t xml:space="preserve"> درآمد را سامان دهد، مرزها را بشناسد و م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ان</w:t>
      </w:r>
      <w:r w:rsidRPr="008A2A16">
        <w:rPr>
          <w:rFonts w:ascii="Tahoma" w:hAnsi="Tahoma" w:cs="Tahoma"/>
          <w:rtl/>
        </w:rPr>
        <w:t xml:space="preserve"> دربار، 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وان</w:t>
      </w:r>
      <w:r w:rsidRPr="008A2A16">
        <w:rPr>
          <w:rFonts w:ascii="Tahoma" w:hAnsi="Tahoma" w:cs="Tahoma"/>
          <w:rtl/>
        </w:rPr>
        <w:t xml:space="preserve"> و عمامه تعادل برقرار سازد. اما دستگاه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که از شاه ن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رومند</w:t>
      </w:r>
      <w:r w:rsidRPr="008A2A16">
        <w:rPr>
          <w:rFonts w:ascii="Tahoma" w:hAnsi="Tahoma" w:cs="Tahoma"/>
          <w:rtl/>
        </w:rPr>
        <w:t xml:space="preserve"> و </w:t>
      </w:r>
      <w:r w:rsidRPr="008A2A16">
        <w:rPr>
          <w:rFonts w:ascii="Tahoma" w:hAnsi="Tahoma" w:cs="Tahoma" w:hint="eastAsia"/>
          <w:rtl/>
        </w:rPr>
        <w:t>مستقل</w:t>
      </w:r>
      <w:r w:rsidRPr="008A2A16">
        <w:rPr>
          <w:rFonts w:ascii="Tahoma" w:hAnsi="Tahoma" w:cs="Tahoma"/>
          <w:rtl/>
        </w:rPr>
        <w:t xml:space="preserve"> ب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م</w:t>
      </w:r>
      <w:r w:rsidRPr="008A2A16">
        <w:rPr>
          <w:rFonts w:ascii="Tahoma" w:hAnsi="Tahoma" w:cs="Tahoma"/>
          <w:rtl/>
        </w:rPr>
        <w:t xml:space="preserve"> داشت، شاهزاده‌ا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را ترج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ح</w:t>
      </w:r>
      <w:r w:rsidRPr="008A2A16">
        <w:rPr>
          <w:rFonts w:ascii="Tahoma" w:hAnsi="Tahoma" w:cs="Tahoma"/>
          <w:rtl/>
        </w:rPr>
        <w:t xml:space="preserve">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داد</w:t>
      </w:r>
      <w:r w:rsidRPr="008A2A16">
        <w:rPr>
          <w:rFonts w:ascii="Tahoma" w:hAnsi="Tahoma" w:cs="Tahoma"/>
          <w:rtl/>
        </w:rPr>
        <w:t xml:space="preserve"> که بتوان بر او اثر گذاشت.</w:t>
      </w:r>
    </w:p>
    <w:p w:rsidR="008A2A16" w:rsidRPr="008A2A16" w:rsidRDefault="008A2A16" w:rsidP="008A2A1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A2A16">
        <w:rPr>
          <w:rFonts w:ascii="Tahoma" w:hAnsi="Tahoma" w:cs="Tahoma" w:hint="eastAsia"/>
          <w:rtl/>
        </w:rPr>
        <w:t>شاه</w:t>
      </w:r>
      <w:r w:rsidRPr="008A2A16">
        <w:rPr>
          <w:rFonts w:ascii="Tahoma" w:hAnsi="Tahoma" w:cs="Tahoma"/>
          <w:rtl/>
        </w:rPr>
        <w:t xml:space="preserve"> سل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مان</w:t>
      </w:r>
      <w:r w:rsidRPr="008A2A16">
        <w:rPr>
          <w:rFonts w:ascii="Tahoma" w:hAnsi="Tahoma" w:cs="Tahoma"/>
          <w:rtl/>
        </w:rPr>
        <w:t xml:space="preserve"> حکومت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را به پسرش سپرد که هنوز ثروتمند، پهناور و از نظر ظاهر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با‌شکوه بود. اصفهان 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ک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از بزرگ‌تر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ن</w:t>
      </w:r>
      <w:r w:rsidRPr="008A2A16">
        <w:rPr>
          <w:rFonts w:ascii="Tahoma" w:hAnsi="Tahoma" w:cs="Tahoma"/>
          <w:rtl/>
        </w:rPr>
        <w:t xml:space="preserve"> شهرها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جهان به شمار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رفت،</w:t>
      </w:r>
      <w:r w:rsidRPr="008A2A16">
        <w:rPr>
          <w:rFonts w:ascii="Tahoma" w:hAnsi="Tahoma" w:cs="Tahoma"/>
          <w:rtl/>
        </w:rPr>
        <w:t xml:space="preserve"> بازار و کاروان‌سراها فعال بودند، 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وان</w:t>
      </w:r>
      <w:r w:rsidRPr="008A2A16">
        <w:rPr>
          <w:rFonts w:ascii="Tahoma" w:hAnsi="Tahoma" w:cs="Tahoma"/>
          <w:rtl/>
        </w:rPr>
        <w:t xml:space="preserve"> فرمان‌ها را صادر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کرد</w:t>
      </w:r>
      <w:r w:rsidRPr="008A2A16">
        <w:rPr>
          <w:rFonts w:ascii="Tahoma" w:hAnsi="Tahoma" w:cs="Tahoma"/>
          <w:rtl/>
        </w:rPr>
        <w:t xml:space="preserve"> و مذهب رسم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در سراسر کشور ر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شه</w:t>
      </w:r>
      <w:r w:rsidRPr="008A2A16">
        <w:rPr>
          <w:rFonts w:ascii="Tahoma" w:hAnsi="Tahoma" w:cs="Tahoma"/>
          <w:rtl/>
        </w:rPr>
        <w:t xml:space="preserve"> دوانده بود. ه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چ‌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ک</w:t>
      </w:r>
      <w:r w:rsidRPr="008A2A16">
        <w:rPr>
          <w:rFonts w:ascii="Tahoma" w:hAnsi="Tahoma" w:cs="Tahoma"/>
          <w:rtl/>
        </w:rPr>
        <w:t xml:space="preserve"> از نش</w:t>
      </w:r>
      <w:r w:rsidRPr="008A2A16">
        <w:rPr>
          <w:rFonts w:ascii="Tahoma" w:hAnsi="Tahoma" w:cs="Tahoma" w:hint="eastAsia"/>
          <w:rtl/>
        </w:rPr>
        <w:t>انه‌ها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ظاهر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از سقوط فور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خبر نم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دادند</w:t>
      </w:r>
      <w:r w:rsidRPr="008A2A16">
        <w:rPr>
          <w:rFonts w:ascii="Tahoma" w:hAnsi="Tahoma" w:cs="Tahoma"/>
          <w:rtl/>
        </w:rPr>
        <w:t>.</w:t>
      </w:r>
    </w:p>
    <w:p w:rsidR="008A2A16" w:rsidRPr="008A2A16" w:rsidRDefault="008A2A16" w:rsidP="008A2A1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A2A16">
        <w:rPr>
          <w:rFonts w:ascii="Tahoma" w:hAnsi="Tahoma" w:cs="Tahoma" w:hint="eastAsia"/>
          <w:rtl/>
        </w:rPr>
        <w:t>اما</w:t>
      </w:r>
      <w:r w:rsidRPr="008A2A16">
        <w:rPr>
          <w:rFonts w:ascii="Tahoma" w:hAnsi="Tahoma" w:cs="Tahoma"/>
          <w:rtl/>
        </w:rPr>
        <w:t xml:space="preserve"> ز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ر</w:t>
      </w:r>
      <w:r w:rsidRPr="008A2A16">
        <w:rPr>
          <w:rFonts w:ascii="Tahoma" w:hAnsi="Tahoma" w:cs="Tahoma"/>
          <w:rtl/>
        </w:rPr>
        <w:t xml:space="preserve"> 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ن</w:t>
      </w:r>
      <w:r w:rsidRPr="008A2A16">
        <w:rPr>
          <w:rFonts w:ascii="Tahoma" w:hAnsi="Tahoma" w:cs="Tahoma"/>
          <w:rtl/>
        </w:rPr>
        <w:t xml:space="preserve"> ظاهر، قشون فرسوده، 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وان</w:t>
      </w:r>
      <w:r w:rsidRPr="008A2A16">
        <w:rPr>
          <w:rFonts w:ascii="Tahoma" w:hAnsi="Tahoma" w:cs="Tahoma"/>
          <w:rtl/>
        </w:rPr>
        <w:t xml:space="preserve"> گرفتار وابستگ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و فساد، خزانه ز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ر</w:t>
      </w:r>
      <w:r w:rsidRPr="008A2A16">
        <w:rPr>
          <w:rFonts w:ascii="Tahoma" w:hAnsi="Tahoma" w:cs="Tahoma"/>
          <w:rtl/>
        </w:rPr>
        <w:t xml:space="preserve"> فشار، ولا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ت‌ها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مرز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ناراض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،</w:t>
      </w:r>
      <w:r w:rsidRPr="008A2A16">
        <w:rPr>
          <w:rFonts w:ascii="Tahoma" w:hAnsi="Tahoma" w:cs="Tahoma"/>
          <w:rtl/>
        </w:rPr>
        <w:t xml:space="preserve"> و تاج از تجربه و اطلاعات واقع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کشور دور شده بود. عمامه از هم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شه</w:t>
      </w:r>
      <w:r w:rsidRPr="008A2A16">
        <w:rPr>
          <w:rFonts w:ascii="Tahoma" w:hAnsi="Tahoma" w:cs="Tahoma"/>
          <w:rtl/>
        </w:rPr>
        <w:t xml:space="preserve"> به مرکز تصم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م‌گ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ر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نزد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ک‌تر</w:t>
      </w:r>
      <w:r w:rsidRPr="008A2A16">
        <w:rPr>
          <w:rFonts w:ascii="Tahoma" w:hAnsi="Tahoma" w:cs="Tahoma"/>
          <w:rtl/>
        </w:rPr>
        <w:t xml:space="preserve"> بود، اما افزا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ش</w:t>
      </w:r>
      <w:r w:rsidRPr="008A2A16">
        <w:rPr>
          <w:rFonts w:ascii="Tahoma" w:hAnsi="Tahoma" w:cs="Tahoma"/>
          <w:rtl/>
        </w:rPr>
        <w:t xml:space="preserve"> نفوذ آن با افزا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ش</w:t>
      </w:r>
      <w:r w:rsidRPr="008A2A16">
        <w:rPr>
          <w:rFonts w:ascii="Tahoma" w:hAnsi="Tahoma" w:cs="Tahoma"/>
          <w:rtl/>
        </w:rPr>
        <w:t xml:space="preserve"> توان ادارهٔ کشور 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کسان</w:t>
      </w:r>
      <w:r w:rsidRPr="008A2A16">
        <w:rPr>
          <w:rFonts w:ascii="Tahoma" w:hAnsi="Tahoma" w:cs="Tahoma"/>
          <w:rtl/>
        </w:rPr>
        <w:t xml:space="preserve"> نبود.</w:t>
      </w:r>
    </w:p>
    <w:p w:rsidR="008A2A16" w:rsidRPr="008A2A16" w:rsidRDefault="008A2A16" w:rsidP="008A2A1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A2A16">
        <w:rPr>
          <w:rFonts w:ascii="Tahoma" w:hAnsi="Tahoma" w:cs="Tahoma" w:hint="eastAsia"/>
          <w:rtl/>
        </w:rPr>
        <w:t>شاه</w:t>
      </w:r>
      <w:r w:rsidRPr="008A2A16">
        <w:rPr>
          <w:rFonts w:ascii="Tahoma" w:hAnsi="Tahoma" w:cs="Tahoma"/>
          <w:rtl/>
        </w:rPr>
        <w:t xml:space="preserve"> سلطان حس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ن</w:t>
      </w:r>
      <w:r w:rsidRPr="008A2A16">
        <w:rPr>
          <w:rFonts w:ascii="Tahoma" w:hAnsi="Tahoma" w:cs="Tahoma"/>
          <w:rtl/>
        </w:rPr>
        <w:t xml:space="preserve"> وارث 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ن</w:t>
      </w:r>
      <w:r w:rsidRPr="008A2A16">
        <w:rPr>
          <w:rFonts w:ascii="Tahoma" w:hAnsi="Tahoma" w:cs="Tahoma"/>
          <w:rtl/>
        </w:rPr>
        <w:t xml:space="preserve"> ساختمان شد. او آن را نساخته بود، ضعف‌ها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ش</w:t>
      </w:r>
      <w:r w:rsidRPr="008A2A16">
        <w:rPr>
          <w:rFonts w:ascii="Tahoma" w:hAnsi="Tahoma" w:cs="Tahoma"/>
          <w:rtl/>
        </w:rPr>
        <w:t xml:space="preserve"> را نم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شناخت</w:t>
      </w:r>
      <w:r w:rsidRPr="008A2A16">
        <w:rPr>
          <w:rFonts w:ascii="Tahoma" w:hAnsi="Tahoma" w:cs="Tahoma"/>
          <w:rtl/>
        </w:rPr>
        <w:t xml:space="preserve"> و برا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اصلاحش آموزش ند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ده</w:t>
      </w:r>
      <w:r w:rsidRPr="008A2A16">
        <w:rPr>
          <w:rFonts w:ascii="Tahoma" w:hAnsi="Tahoma" w:cs="Tahoma"/>
          <w:rtl/>
        </w:rPr>
        <w:t xml:space="preserve"> بود. 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نکاران</w:t>
      </w:r>
      <w:r w:rsidRPr="008A2A16">
        <w:rPr>
          <w:rFonts w:ascii="Tahoma" w:hAnsi="Tahoma" w:cs="Tahoma"/>
          <w:rtl/>
        </w:rPr>
        <w:t xml:space="preserve">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توانستند</w:t>
      </w:r>
      <w:r w:rsidRPr="008A2A16">
        <w:rPr>
          <w:rFonts w:ascii="Tahoma" w:hAnsi="Tahoma" w:cs="Tahoma"/>
          <w:rtl/>
        </w:rPr>
        <w:t xml:space="preserve"> به او بگو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ند</w:t>
      </w:r>
      <w:r w:rsidRPr="008A2A16">
        <w:rPr>
          <w:rFonts w:ascii="Tahoma" w:hAnsi="Tahoma" w:cs="Tahoma"/>
          <w:rtl/>
        </w:rPr>
        <w:t xml:space="preserve"> جامعه چگونه با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د</w:t>
      </w:r>
      <w:r w:rsidRPr="008A2A16">
        <w:rPr>
          <w:rFonts w:ascii="Tahoma" w:hAnsi="Tahoma" w:cs="Tahoma"/>
          <w:rtl/>
        </w:rPr>
        <w:t xml:space="preserve"> مذهب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تر</w:t>
      </w:r>
      <w:r w:rsidRPr="008A2A16">
        <w:rPr>
          <w:rFonts w:ascii="Tahoma" w:hAnsi="Tahoma" w:cs="Tahoma"/>
          <w:rtl/>
        </w:rPr>
        <w:t xml:space="preserve"> شود؛ خواجه‌سرا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ان</w:t>
      </w:r>
      <w:r w:rsidRPr="008A2A16">
        <w:rPr>
          <w:rFonts w:ascii="Tahoma" w:hAnsi="Tahoma" w:cs="Tahoma"/>
          <w:rtl/>
        </w:rPr>
        <w:t xml:space="preserve">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توانستند</w:t>
      </w:r>
      <w:r w:rsidRPr="008A2A16">
        <w:rPr>
          <w:rFonts w:ascii="Tahoma" w:hAnsi="Tahoma" w:cs="Tahoma"/>
          <w:rtl/>
        </w:rPr>
        <w:t xml:space="preserve"> راه‌ها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دربار را اداره کنند؛ وز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ران</w:t>
      </w:r>
      <w:r w:rsidRPr="008A2A16">
        <w:rPr>
          <w:rFonts w:ascii="Tahoma" w:hAnsi="Tahoma" w:cs="Tahoma"/>
          <w:rtl/>
        </w:rPr>
        <w:t xml:space="preserve"> 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توانستند</w:t>
      </w:r>
      <w:r w:rsidRPr="008A2A16">
        <w:rPr>
          <w:rFonts w:ascii="Tahoma" w:hAnsi="Tahoma" w:cs="Tahoma"/>
          <w:rtl/>
        </w:rPr>
        <w:t xml:space="preserve"> حساب‌ها </w:t>
      </w:r>
      <w:r w:rsidRPr="008A2A16">
        <w:rPr>
          <w:rFonts w:ascii="Tahoma" w:hAnsi="Tahoma" w:cs="Tahoma" w:hint="eastAsia"/>
          <w:rtl/>
        </w:rPr>
        <w:t>را</w:t>
      </w:r>
      <w:r w:rsidRPr="008A2A16">
        <w:rPr>
          <w:rFonts w:ascii="Tahoma" w:hAnsi="Tahoma" w:cs="Tahoma"/>
          <w:rtl/>
        </w:rPr>
        <w:t xml:space="preserve"> پ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ش</w:t>
      </w:r>
      <w:r w:rsidRPr="008A2A16">
        <w:rPr>
          <w:rFonts w:ascii="Tahoma" w:hAnsi="Tahoma" w:cs="Tahoma"/>
          <w:rtl/>
        </w:rPr>
        <w:t xml:space="preserve"> رو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ش</w:t>
      </w:r>
      <w:r w:rsidRPr="008A2A16">
        <w:rPr>
          <w:rFonts w:ascii="Tahoma" w:hAnsi="Tahoma" w:cs="Tahoma"/>
          <w:rtl/>
        </w:rPr>
        <w:t xml:space="preserve"> بگذارند؛ اما ه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چ‌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ک</w:t>
      </w:r>
      <w:r w:rsidRPr="008A2A16">
        <w:rPr>
          <w:rFonts w:ascii="Tahoma" w:hAnsi="Tahoma" w:cs="Tahoma"/>
          <w:rtl/>
        </w:rPr>
        <w:t xml:space="preserve"> به تنها</w:t>
      </w:r>
      <w:r w:rsidRPr="008A2A16">
        <w:rPr>
          <w:rFonts w:ascii="Tahoma" w:hAnsi="Tahoma" w:cs="Tahoma" w:hint="cs"/>
          <w:rtl/>
        </w:rPr>
        <w:t>یی</w:t>
      </w:r>
      <w:r w:rsidRPr="008A2A16">
        <w:rPr>
          <w:rFonts w:ascii="Tahoma" w:hAnsi="Tahoma" w:cs="Tahoma"/>
          <w:rtl/>
        </w:rPr>
        <w:t xml:space="preserve"> نم</w:t>
      </w:r>
      <w:r w:rsidRPr="008A2A16">
        <w:rPr>
          <w:rFonts w:ascii="Tahoma" w:hAnsi="Tahoma" w:cs="Tahoma" w:hint="cs"/>
          <w:rtl/>
        </w:rPr>
        <w:t>ی‌</w:t>
      </w:r>
      <w:r w:rsidRPr="008A2A16">
        <w:rPr>
          <w:rFonts w:ascii="Tahoma" w:hAnsi="Tahoma" w:cs="Tahoma" w:hint="eastAsia"/>
          <w:rtl/>
        </w:rPr>
        <w:t>توانستند</w:t>
      </w:r>
      <w:r w:rsidRPr="008A2A16">
        <w:rPr>
          <w:rFonts w:ascii="Tahoma" w:hAnsi="Tahoma" w:cs="Tahoma"/>
          <w:rtl/>
        </w:rPr>
        <w:t xml:space="preserve"> جا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فرمانروا</w:t>
      </w:r>
      <w:r w:rsidRPr="008A2A16">
        <w:rPr>
          <w:rFonts w:ascii="Tahoma" w:hAnsi="Tahoma" w:cs="Tahoma" w:hint="cs"/>
          <w:rtl/>
        </w:rPr>
        <w:t>یی</w:t>
      </w:r>
      <w:r w:rsidRPr="008A2A16">
        <w:rPr>
          <w:rFonts w:ascii="Tahoma" w:hAnsi="Tahoma" w:cs="Tahoma"/>
          <w:rtl/>
        </w:rPr>
        <w:t xml:space="preserve"> را بگ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رند</w:t>
      </w:r>
      <w:r w:rsidRPr="008A2A16">
        <w:rPr>
          <w:rFonts w:ascii="Tahoma" w:hAnsi="Tahoma" w:cs="Tahoma"/>
          <w:rtl/>
        </w:rPr>
        <w:t xml:space="preserve"> که رابطهٔ همهٔ ن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روها</w:t>
      </w:r>
      <w:r w:rsidRPr="008A2A16">
        <w:rPr>
          <w:rFonts w:ascii="Tahoma" w:hAnsi="Tahoma" w:cs="Tahoma"/>
          <w:rtl/>
        </w:rPr>
        <w:t xml:space="preserve"> را با ن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ازها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کشور تنظ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م</w:t>
      </w:r>
      <w:r w:rsidRPr="008A2A16">
        <w:rPr>
          <w:rFonts w:ascii="Tahoma" w:hAnsi="Tahoma" w:cs="Tahoma"/>
          <w:rtl/>
        </w:rPr>
        <w:t xml:space="preserve"> کند.</w:t>
      </w:r>
    </w:p>
    <w:p w:rsidR="008A2A16" w:rsidRDefault="008A2A16" w:rsidP="008A2A16">
      <w:pPr>
        <w:bidi/>
        <w:spacing w:after="0" w:line="360" w:lineRule="auto"/>
        <w:ind w:firstLine="720"/>
        <w:jc w:val="both"/>
        <w:rPr>
          <w:rFonts w:ascii="Tahoma" w:hAnsi="Tahoma" w:cs="Tahoma"/>
          <w:rtl/>
        </w:rPr>
      </w:pPr>
      <w:r w:rsidRPr="008A2A16">
        <w:rPr>
          <w:rFonts w:ascii="Tahoma" w:hAnsi="Tahoma" w:cs="Tahoma" w:hint="eastAsia"/>
          <w:rtl/>
        </w:rPr>
        <w:t>در</w:t>
      </w:r>
      <w:r w:rsidRPr="008A2A16">
        <w:rPr>
          <w:rFonts w:ascii="Tahoma" w:hAnsi="Tahoma" w:cs="Tahoma"/>
          <w:rtl/>
        </w:rPr>
        <w:t xml:space="preserve"> دورهٔ او، پ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وند</w:t>
      </w:r>
      <w:r w:rsidRPr="008A2A16">
        <w:rPr>
          <w:rFonts w:ascii="Tahoma" w:hAnsi="Tahoma" w:cs="Tahoma"/>
          <w:rtl/>
        </w:rPr>
        <w:t xml:space="preserve"> تاج و عمامه به نزد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ک‌تر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ن</w:t>
      </w:r>
      <w:r w:rsidRPr="008A2A16">
        <w:rPr>
          <w:rFonts w:ascii="Tahoma" w:hAnsi="Tahoma" w:cs="Tahoma"/>
          <w:rtl/>
        </w:rPr>
        <w:t xml:space="preserve"> صورت خود رس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د</w:t>
      </w:r>
      <w:r w:rsidRPr="008A2A16">
        <w:rPr>
          <w:rFonts w:ascii="Tahoma" w:hAnsi="Tahoma" w:cs="Tahoma"/>
          <w:rtl/>
        </w:rPr>
        <w:t>. هم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ن</w:t>
      </w:r>
      <w:r w:rsidRPr="008A2A16">
        <w:rPr>
          <w:rFonts w:ascii="Tahoma" w:hAnsi="Tahoma" w:cs="Tahoma"/>
          <w:rtl/>
        </w:rPr>
        <w:t xml:space="preserve"> پ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وند</w:t>
      </w:r>
      <w:r w:rsidRPr="008A2A16">
        <w:rPr>
          <w:rFonts w:ascii="Tahoma" w:hAnsi="Tahoma" w:cs="Tahoma"/>
          <w:rtl/>
        </w:rPr>
        <w:t xml:space="preserve"> که قرار بود حکومت را از نظر مذهب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استوار سازد، نتوانست ضعف قشون، 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وان</w:t>
      </w:r>
      <w:r w:rsidRPr="008A2A16">
        <w:rPr>
          <w:rFonts w:ascii="Tahoma" w:hAnsi="Tahoma" w:cs="Tahoma"/>
          <w:rtl/>
        </w:rPr>
        <w:t xml:space="preserve"> و مرزها را جبران کند. فصل بعد سرگذشت هم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ن</w:t>
      </w:r>
      <w:r w:rsidRPr="008A2A16">
        <w:rPr>
          <w:rFonts w:ascii="Tahoma" w:hAnsi="Tahoma" w:cs="Tahoma"/>
          <w:rtl/>
        </w:rPr>
        <w:t xml:space="preserve"> واپس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ن</w:t>
      </w:r>
      <w:r w:rsidRPr="008A2A16">
        <w:rPr>
          <w:rFonts w:ascii="Tahoma" w:hAnsi="Tahoma" w:cs="Tahoma"/>
          <w:rtl/>
        </w:rPr>
        <w:t xml:space="preserve"> آزمون است: چگونه پادشاه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د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ن‌مدار</w:t>
      </w:r>
      <w:r w:rsidRPr="008A2A16">
        <w:rPr>
          <w:rFonts w:ascii="Tahoma" w:hAnsi="Tahoma" w:cs="Tahoma"/>
          <w:rtl/>
        </w:rPr>
        <w:t xml:space="preserve"> و دستگاه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گسترده، در برابر شورش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که از 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ک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از حاش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ه‌ها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/>
          <w:rtl/>
        </w:rPr>
        <w:t xml:space="preserve"> کشور برخاست، توان دفاع از پا</w:t>
      </w:r>
      <w:r w:rsidRPr="008A2A16">
        <w:rPr>
          <w:rFonts w:ascii="Tahoma" w:hAnsi="Tahoma" w:cs="Tahoma" w:hint="cs"/>
          <w:rtl/>
        </w:rPr>
        <w:t>ی</w:t>
      </w:r>
      <w:r w:rsidRPr="008A2A16">
        <w:rPr>
          <w:rFonts w:ascii="Tahoma" w:hAnsi="Tahoma" w:cs="Tahoma" w:hint="eastAsia"/>
          <w:rtl/>
        </w:rPr>
        <w:t>تخت</w:t>
      </w:r>
      <w:r w:rsidRPr="008A2A16">
        <w:rPr>
          <w:rFonts w:ascii="Tahoma" w:hAnsi="Tahoma" w:cs="Tahoma"/>
          <w:rtl/>
        </w:rPr>
        <w:t xml:space="preserve"> خود را از دست داد.</w:t>
      </w:r>
    </w:p>
    <w:p w:rsidR="00593939" w:rsidRPr="00593939" w:rsidRDefault="00593939" w:rsidP="00593939">
      <w:pPr>
        <w:keepNext/>
        <w:pageBreakBefore/>
        <w:bidi/>
        <w:spacing w:after="0" w:line="360" w:lineRule="auto"/>
        <w:jc w:val="center"/>
        <w:rPr>
          <w:rFonts w:asciiTheme="majorBidi" w:hAnsiTheme="majorBidi" w:cstheme="majorBidi"/>
          <w:b/>
          <w:bCs/>
          <w:sz w:val="36"/>
          <w:szCs w:val="36"/>
          <w:rtl/>
        </w:rPr>
      </w:pPr>
      <w:bookmarkStart w:id="11" w:name="Vol1Chapter10"/>
      <w:bookmarkEnd w:id="11"/>
      <w:r w:rsidRPr="00593939">
        <w:rPr>
          <w:rFonts w:asciiTheme="majorBidi" w:hAnsiTheme="majorBidi" w:cstheme="majorBidi"/>
          <w:b/>
          <w:bCs/>
          <w:sz w:val="36"/>
          <w:szCs w:val="36"/>
          <w:rtl/>
        </w:rPr>
        <w:t>فصل دهم</w:t>
      </w:r>
    </w:p>
    <w:p w:rsidR="00593939" w:rsidRPr="00593939" w:rsidRDefault="00593939" w:rsidP="00593939">
      <w:pPr>
        <w:keepNext/>
        <w:bidi/>
        <w:spacing w:after="240" w:line="360" w:lineRule="auto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593939">
        <w:rPr>
          <w:rFonts w:asciiTheme="majorBidi" w:hAnsiTheme="majorBidi" w:cstheme="majorBidi"/>
          <w:b/>
          <w:bCs/>
          <w:sz w:val="36"/>
          <w:szCs w:val="36"/>
          <w:rtl/>
        </w:rPr>
        <w:t>شاه سلطان حسین؛ اوج پیوند تاج و عمامه</w:t>
      </w:r>
    </w:p>
    <w:p w:rsidR="00593939" w:rsidRPr="00593939" w:rsidRDefault="00593939" w:rsidP="00593939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93939">
        <w:rPr>
          <w:rFonts w:ascii="Tahoma" w:hAnsi="Tahoma" w:cs="Tahoma" w:hint="eastAsia"/>
          <w:rtl/>
        </w:rPr>
        <w:t>شاه</w:t>
      </w:r>
      <w:r w:rsidRPr="00593939">
        <w:rPr>
          <w:rFonts w:ascii="Tahoma" w:hAnsi="Tahoma" w:cs="Tahoma"/>
          <w:rtl/>
        </w:rPr>
        <w:t xml:space="preserve"> سلطان حس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ن</w:t>
      </w:r>
      <w:r w:rsidRPr="00593939">
        <w:rPr>
          <w:rFonts w:ascii="Tahoma" w:hAnsi="Tahoma" w:cs="Tahoma"/>
          <w:rtl/>
        </w:rPr>
        <w:t xml:space="preserve"> در سال </w:t>
      </w:r>
      <w:r w:rsidRPr="00593939">
        <w:rPr>
          <w:rFonts w:ascii="Tahoma" w:hAnsi="Tahoma" w:cs="Tahoma"/>
          <w:rtl/>
          <w:lang w:bidi="fa-IR"/>
        </w:rPr>
        <w:t>۱۶۹۴</w:t>
      </w:r>
      <w:r w:rsidRPr="00593939">
        <w:rPr>
          <w:rFonts w:ascii="Tahoma" w:hAnsi="Tahoma" w:cs="Tahoma"/>
          <w:rtl/>
        </w:rPr>
        <w:t xml:space="preserve"> م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لاد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وارث حکومت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شد که نزد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ک</w:t>
      </w:r>
      <w:r w:rsidRPr="00593939">
        <w:rPr>
          <w:rFonts w:ascii="Tahoma" w:hAnsi="Tahoma" w:cs="Tahoma"/>
          <w:rtl/>
        </w:rPr>
        <w:t xml:space="preserve"> به دو سده از عمرش م</w:t>
      </w:r>
      <w:r w:rsidRPr="00593939">
        <w:rPr>
          <w:rFonts w:ascii="Tahoma" w:hAnsi="Tahoma" w:cs="Tahoma" w:hint="cs"/>
          <w:rtl/>
        </w:rPr>
        <w:t>ی‌</w:t>
      </w:r>
      <w:r w:rsidRPr="00593939">
        <w:rPr>
          <w:rFonts w:ascii="Tahoma" w:hAnsi="Tahoma" w:cs="Tahoma" w:hint="eastAsia"/>
          <w:rtl/>
        </w:rPr>
        <w:t>گذشت</w:t>
      </w:r>
      <w:r w:rsidRPr="00593939">
        <w:rPr>
          <w:rFonts w:ascii="Tahoma" w:hAnsi="Tahoma" w:cs="Tahoma"/>
          <w:rtl/>
        </w:rPr>
        <w:t>. صفو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ان</w:t>
      </w:r>
      <w:r w:rsidRPr="00593939">
        <w:rPr>
          <w:rFonts w:ascii="Tahoma" w:hAnsi="Tahoma" w:cs="Tahoma"/>
          <w:rtl/>
        </w:rPr>
        <w:t xml:space="preserve"> توانسته بودند سرزم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ن‌ها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پراکنده را ز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ر</w:t>
      </w:r>
      <w:r w:rsidRPr="00593939">
        <w:rPr>
          <w:rFonts w:ascii="Tahoma" w:hAnsi="Tahoma" w:cs="Tahoma"/>
          <w:rtl/>
        </w:rPr>
        <w:t xml:space="preserve"> فرمان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واحد گرد آورند، تش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ع</w:t>
      </w:r>
      <w:r w:rsidRPr="00593939">
        <w:rPr>
          <w:rFonts w:ascii="Tahoma" w:hAnsi="Tahoma" w:cs="Tahoma"/>
          <w:rtl/>
        </w:rPr>
        <w:t xml:space="preserve"> دوازده‌امام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را به مذهب رسم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تبد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ل</w:t>
      </w:r>
      <w:r w:rsidRPr="00593939">
        <w:rPr>
          <w:rFonts w:ascii="Tahoma" w:hAnsi="Tahoma" w:cs="Tahoma"/>
          <w:rtl/>
        </w:rPr>
        <w:t xml:space="preserve"> کنند، قشون‌ها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رق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ب</w:t>
      </w:r>
      <w:r w:rsidRPr="00593939">
        <w:rPr>
          <w:rFonts w:ascii="Tahoma" w:hAnsi="Tahoma" w:cs="Tahoma"/>
          <w:rtl/>
        </w:rPr>
        <w:t xml:space="preserve"> را مهار سازند، د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وان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گسترده پد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د</w:t>
      </w:r>
      <w:r w:rsidRPr="00593939">
        <w:rPr>
          <w:rFonts w:ascii="Tahoma" w:hAnsi="Tahoma" w:cs="Tahoma"/>
          <w:rtl/>
        </w:rPr>
        <w:t xml:space="preserve"> آورند و اصفهان را به 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ک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از بزرگ‌تر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ن</w:t>
      </w:r>
      <w:r w:rsidRPr="00593939">
        <w:rPr>
          <w:rFonts w:ascii="Tahoma" w:hAnsi="Tahoma" w:cs="Tahoma"/>
          <w:rtl/>
        </w:rPr>
        <w:t xml:space="preserve"> و آبادتر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ن</w:t>
      </w:r>
      <w:r w:rsidRPr="00593939">
        <w:rPr>
          <w:rFonts w:ascii="Tahoma" w:hAnsi="Tahoma" w:cs="Tahoma"/>
          <w:rtl/>
        </w:rPr>
        <w:t xml:space="preserve"> پا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تخت‌ها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روزگار تبد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ل</w:t>
      </w:r>
      <w:r w:rsidRPr="00593939">
        <w:rPr>
          <w:rFonts w:ascii="Tahoma" w:hAnsi="Tahoma" w:cs="Tahoma"/>
          <w:rtl/>
        </w:rPr>
        <w:t xml:space="preserve"> کنند.</w:t>
      </w:r>
    </w:p>
    <w:p w:rsidR="00593939" w:rsidRPr="00593939" w:rsidRDefault="00593939" w:rsidP="00593939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93939">
        <w:rPr>
          <w:rFonts w:ascii="Tahoma" w:hAnsi="Tahoma" w:cs="Tahoma" w:hint="eastAsia"/>
          <w:rtl/>
        </w:rPr>
        <w:t>اما</w:t>
      </w:r>
      <w:r w:rsidRPr="00593939">
        <w:rPr>
          <w:rFonts w:ascii="Tahoma" w:hAnsi="Tahoma" w:cs="Tahoma"/>
          <w:rtl/>
        </w:rPr>
        <w:t xml:space="preserve"> پادشاه تازه ه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چ‌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ک</w:t>
      </w:r>
      <w:r w:rsidRPr="00593939">
        <w:rPr>
          <w:rFonts w:ascii="Tahoma" w:hAnsi="Tahoma" w:cs="Tahoma"/>
          <w:rtl/>
        </w:rPr>
        <w:t xml:space="preserve"> از ا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ن</w:t>
      </w:r>
      <w:r w:rsidRPr="00593939">
        <w:rPr>
          <w:rFonts w:ascii="Tahoma" w:hAnsi="Tahoma" w:cs="Tahoma"/>
          <w:rtl/>
        </w:rPr>
        <w:t xml:space="preserve"> دستاوردها را خود نساخته بود و از چگونگ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کار دستگاه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که به ارث م</w:t>
      </w:r>
      <w:r w:rsidRPr="00593939">
        <w:rPr>
          <w:rFonts w:ascii="Tahoma" w:hAnsi="Tahoma" w:cs="Tahoma" w:hint="cs"/>
          <w:rtl/>
        </w:rPr>
        <w:t>ی‌</w:t>
      </w:r>
      <w:r w:rsidRPr="00593939">
        <w:rPr>
          <w:rFonts w:ascii="Tahoma" w:hAnsi="Tahoma" w:cs="Tahoma" w:hint="eastAsia"/>
          <w:rtl/>
        </w:rPr>
        <w:t>برد</w:t>
      </w:r>
      <w:r w:rsidRPr="00593939">
        <w:rPr>
          <w:rFonts w:ascii="Tahoma" w:hAnsi="Tahoma" w:cs="Tahoma"/>
          <w:rtl/>
        </w:rPr>
        <w:t xml:space="preserve"> آگاه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و تجربهٔ کاف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نداشت. او ن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ز</w:t>
      </w:r>
      <w:r w:rsidRPr="00593939">
        <w:rPr>
          <w:rFonts w:ascii="Tahoma" w:hAnsi="Tahoma" w:cs="Tahoma"/>
          <w:rtl/>
        </w:rPr>
        <w:t xml:space="preserve"> در حرم پرورش 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افته،</w:t>
      </w:r>
      <w:r w:rsidRPr="00593939">
        <w:rPr>
          <w:rFonts w:ascii="Tahoma" w:hAnsi="Tahoma" w:cs="Tahoma"/>
          <w:rtl/>
        </w:rPr>
        <w:t xml:space="preserve"> از حکومت ولا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ت</w:t>
      </w:r>
      <w:r w:rsidRPr="00593939">
        <w:rPr>
          <w:rFonts w:ascii="Tahoma" w:hAnsi="Tahoma" w:cs="Tahoma"/>
          <w:rtl/>
        </w:rPr>
        <w:t xml:space="preserve"> و فرمانده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قشون دور مانده و ب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شتر</w:t>
      </w:r>
      <w:r w:rsidRPr="00593939">
        <w:rPr>
          <w:rFonts w:ascii="Tahoma" w:hAnsi="Tahoma" w:cs="Tahoma"/>
          <w:rtl/>
        </w:rPr>
        <w:t xml:space="preserve"> به آرامش، فرمان‌بردار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و د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ندار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شناخته شده بود. هم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ن</w:t>
      </w:r>
      <w:r w:rsidRPr="00593939">
        <w:rPr>
          <w:rFonts w:ascii="Tahoma" w:hAnsi="Tahoma" w:cs="Tahoma"/>
          <w:rtl/>
        </w:rPr>
        <w:t xml:space="preserve"> </w:t>
      </w:r>
      <w:r w:rsidRPr="00593939">
        <w:rPr>
          <w:rFonts w:ascii="Tahoma" w:hAnsi="Tahoma" w:cs="Tahoma" w:hint="eastAsia"/>
          <w:rtl/>
        </w:rPr>
        <w:t>و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ژگ</w:t>
      </w:r>
      <w:r w:rsidRPr="00593939">
        <w:rPr>
          <w:rFonts w:ascii="Tahoma" w:hAnsi="Tahoma" w:cs="Tahoma" w:hint="cs"/>
          <w:rtl/>
        </w:rPr>
        <w:t>ی‌</w:t>
      </w:r>
      <w:r w:rsidRPr="00593939">
        <w:rPr>
          <w:rFonts w:ascii="Tahoma" w:hAnsi="Tahoma" w:cs="Tahoma" w:hint="eastAsia"/>
          <w:rtl/>
        </w:rPr>
        <w:t>ها</w:t>
      </w:r>
      <w:r w:rsidRPr="00593939">
        <w:rPr>
          <w:rFonts w:ascii="Tahoma" w:hAnsi="Tahoma" w:cs="Tahoma"/>
          <w:rtl/>
        </w:rPr>
        <w:t xml:space="preserve"> انتخابش را برا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ن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روها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بانفوذ دربار آسان‌تر م</w:t>
      </w:r>
      <w:r w:rsidRPr="00593939">
        <w:rPr>
          <w:rFonts w:ascii="Tahoma" w:hAnsi="Tahoma" w:cs="Tahoma" w:hint="cs"/>
          <w:rtl/>
        </w:rPr>
        <w:t>ی‌</w:t>
      </w:r>
      <w:r w:rsidRPr="00593939">
        <w:rPr>
          <w:rFonts w:ascii="Tahoma" w:hAnsi="Tahoma" w:cs="Tahoma" w:hint="eastAsia"/>
          <w:rtl/>
        </w:rPr>
        <w:t>کرد</w:t>
      </w:r>
      <w:r w:rsidRPr="00593939">
        <w:rPr>
          <w:rFonts w:ascii="Tahoma" w:hAnsi="Tahoma" w:cs="Tahoma"/>
          <w:rtl/>
        </w:rPr>
        <w:t>.</w:t>
      </w:r>
    </w:p>
    <w:p w:rsidR="00593939" w:rsidRPr="00593939" w:rsidRDefault="00593939" w:rsidP="00593939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93939">
        <w:rPr>
          <w:rFonts w:ascii="Tahoma" w:hAnsi="Tahoma" w:cs="Tahoma" w:hint="eastAsia"/>
          <w:rtl/>
        </w:rPr>
        <w:t>دربار</w:t>
      </w:r>
      <w:r w:rsidRPr="00593939">
        <w:rPr>
          <w:rFonts w:ascii="Tahoma" w:hAnsi="Tahoma" w:cs="Tahoma"/>
          <w:rtl/>
        </w:rPr>
        <w:t xml:space="preserve"> پس از تجربهٔ شاه عباس از شاهزادهٔ ن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رومند</w:t>
      </w:r>
      <w:r w:rsidRPr="00593939">
        <w:rPr>
          <w:rFonts w:ascii="Tahoma" w:hAnsi="Tahoma" w:cs="Tahoma"/>
          <w:rtl/>
        </w:rPr>
        <w:t xml:space="preserve"> و دارا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پا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گاه</w:t>
      </w:r>
      <w:r w:rsidRPr="00593939">
        <w:rPr>
          <w:rFonts w:ascii="Tahoma" w:hAnsi="Tahoma" w:cs="Tahoma"/>
          <w:rtl/>
        </w:rPr>
        <w:t xml:space="preserve"> مستقل ب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م</w:t>
      </w:r>
      <w:r w:rsidRPr="00593939">
        <w:rPr>
          <w:rFonts w:ascii="Tahoma" w:hAnsi="Tahoma" w:cs="Tahoma"/>
          <w:rtl/>
        </w:rPr>
        <w:t xml:space="preserve"> داشت. شاهزاده‌ا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که در قشون 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ا</w:t>
      </w:r>
      <w:r w:rsidRPr="00593939">
        <w:rPr>
          <w:rFonts w:ascii="Tahoma" w:hAnsi="Tahoma" w:cs="Tahoma"/>
          <w:rtl/>
        </w:rPr>
        <w:t xml:space="preserve"> ا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الات</w:t>
      </w:r>
      <w:r w:rsidRPr="00593939">
        <w:rPr>
          <w:rFonts w:ascii="Tahoma" w:hAnsi="Tahoma" w:cs="Tahoma"/>
          <w:rtl/>
        </w:rPr>
        <w:t xml:space="preserve"> شناخته شده باشد، م</w:t>
      </w:r>
      <w:r w:rsidRPr="00593939">
        <w:rPr>
          <w:rFonts w:ascii="Tahoma" w:hAnsi="Tahoma" w:cs="Tahoma" w:hint="cs"/>
          <w:rtl/>
        </w:rPr>
        <w:t>ی‌</w:t>
      </w:r>
      <w:r w:rsidRPr="00593939">
        <w:rPr>
          <w:rFonts w:ascii="Tahoma" w:hAnsi="Tahoma" w:cs="Tahoma" w:hint="eastAsia"/>
          <w:rtl/>
        </w:rPr>
        <w:t>توانست</w:t>
      </w:r>
      <w:r w:rsidRPr="00593939">
        <w:rPr>
          <w:rFonts w:ascii="Tahoma" w:hAnsi="Tahoma" w:cs="Tahoma"/>
          <w:rtl/>
        </w:rPr>
        <w:t xml:space="preserve"> پ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ش</w:t>
      </w:r>
      <w:r w:rsidRPr="00593939">
        <w:rPr>
          <w:rFonts w:ascii="Tahoma" w:hAnsi="Tahoma" w:cs="Tahoma"/>
          <w:rtl/>
        </w:rPr>
        <w:t xml:space="preserve"> از مرگ پدر به محور توطئه تبد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ل</w:t>
      </w:r>
      <w:r w:rsidRPr="00593939">
        <w:rPr>
          <w:rFonts w:ascii="Tahoma" w:hAnsi="Tahoma" w:cs="Tahoma"/>
          <w:rtl/>
        </w:rPr>
        <w:t xml:space="preserve"> شود. در نت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جه،</w:t>
      </w:r>
      <w:r w:rsidRPr="00593939">
        <w:rPr>
          <w:rFonts w:ascii="Tahoma" w:hAnsi="Tahoma" w:cs="Tahoma"/>
          <w:rtl/>
        </w:rPr>
        <w:t xml:space="preserve"> دستگاه برا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حفظ امن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ت</w:t>
      </w:r>
      <w:r w:rsidRPr="00593939">
        <w:rPr>
          <w:rFonts w:ascii="Tahoma" w:hAnsi="Tahoma" w:cs="Tahoma"/>
          <w:rtl/>
        </w:rPr>
        <w:t xml:space="preserve"> فرمانروا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موجود، شاهزادگان را از تجربهٔ کشوردا</w:t>
      </w:r>
      <w:r w:rsidRPr="00593939">
        <w:rPr>
          <w:rFonts w:ascii="Tahoma" w:hAnsi="Tahoma" w:cs="Tahoma" w:hint="eastAsia"/>
          <w:rtl/>
        </w:rPr>
        <w:t>ر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محروم م</w:t>
      </w:r>
      <w:r w:rsidRPr="00593939">
        <w:rPr>
          <w:rFonts w:ascii="Tahoma" w:hAnsi="Tahoma" w:cs="Tahoma" w:hint="cs"/>
          <w:rtl/>
        </w:rPr>
        <w:t>ی‌</w:t>
      </w:r>
      <w:r w:rsidRPr="00593939">
        <w:rPr>
          <w:rFonts w:ascii="Tahoma" w:hAnsi="Tahoma" w:cs="Tahoma" w:hint="eastAsia"/>
          <w:rtl/>
        </w:rPr>
        <w:t>کرد</w:t>
      </w:r>
      <w:r w:rsidRPr="00593939">
        <w:rPr>
          <w:rFonts w:ascii="Tahoma" w:hAnsi="Tahoma" w:cs="Tahoma"/>
          <w:rtl/>
        </w:rPr>
        <w:t xml:space="preserve">. اما با مرگ شاه، 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ک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از همان شاهزادگان ب</w:t>
      </w:r>
      <w:r w:rsidRPr="00593939">
        <w:rPr>
          <w:rFonts w:ascii="Tahoma" w:hAnsi="Tahoma" w:cs="Tahoma" w:hint="cs"/>
          <w:rtl/>
        </w:rPr>
        <w:t>ی‌</w:t>
      </w:r>
      <w:r w:rsidRPr="00593939">
        <w:rPr>
          <w:rFonts w:ascii="Tahoma" w:hAnsi="Tahoma" w:cs="Tahoma" w:hint="eastAsia"/>
          <w:rtl/>
        </w:rPr>
        <w:t>تجربه</w:t>
      </w:r>
      <w:r w:rsidRPr="00593939">
        <w:rPr>
          <w:rFonts w:ascii="Tahoma" w:hAnsi="Tahoma" w:cs="Tahoma"/>
          <w:rtl/>
        </w:rPr>
        <w:t xml:space="preserve"> با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د</w:t>
      </w:r>
      <w:r w:rsidRPr="00593939">
        <w:rPr>
          <w:rFonts w:ascii="Tahoma" w:hAnsi="Tahoma" w:cs="Tahoma"/>
          <w:rtl/>
        </w:rPr>
        <w:t xml:space="preserve"> در رأس حکومت قرار م</w:t>
      </w:r>
      <w:r w:rsidRPr="00593939">
        <w:rPr>
          <w:rFonts w:ascii="Tahoma" w:hAnsi="Tahoma" w:cs="Tahoma" w:hint="cs"/>
          <w:rtl/>
        </w:rPr>
        <w:t>ی‌</w:t>
      </w:r>
      <w:r w:rsidRPr="00593939">
        <w:rPr>
          <w:rFonts w:ascii="Tahoma" w:hAnsi="Tahoma" w:cs="Tahoma" w:hint="eastAsia"/>
          <w:rtl/>
        </w:rPr>
        <w:t>گرفت</w:t>
      </w:r>
      <w:r w:rsidRPr="00593939">
        <w:rPr>
          <w:rFonts w:ascii="Tahoma" w:hAnsi="Tahoma" w:cs="Tahoma"/>
          <w:rtl/>
        </w:rPr>
        <w:t>.</w:t>
      </w:r>
    </w:p>
    <w:p w:rsidR="00593939" w:rsidRPr="00593939" w:rsidRDefault="00593939" w:rsidP="00593939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93939">
        <w:rPr>
          <w:rFonts w:ascii="Tahoma" w:hAnsi="Tahoma" w:cs="Tahoma" w:hint="eastAsia"/>
          <w:rtl/>
        </w:rPr>
        <w:t>انتخاب</w:t>
      </w:r>
      <w:r w:rsidRPr="00593939">
        <w:rPr>
          <w:rFonts w:ascii="Tahoma" w:hAnsi="Tahoma" w:cs="Tahoma"/>
          <w:rtl/>
        </w:rPr>
        <w:t xml:space="preserve"> سلطان حس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ن</w:t>
      </w:r>
      <w:r w:rsidRPr="00593939">
        <w:rPr>
          <w:rFonts w:ascii="Tahoma" w:hAnsi="Tahoma" w:cs="Tahoma"/>
          <w:rtl/>
        </w:rPr>
        <w:t xml:space="preserve"> مشکل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در خود داشت که در آغاز چندان د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ده</w:t>
      </w:r>
      <w:r w:rsidRPr="00593939">
        <w:rPr>
          <w:rFonts w:ascii="Tahoma" w:hAnsi="Tahoma" w:cs="Tahoma"/>
          <w:rtl/>
        </w:rPr>
        <w:t xml:space="preserve"> نم</w:t>
      </w:r>
      <w:r w:rsidRPr="00593939">
        <w:rPr>
          <w:rFonts w:ascii="Tahoma" w:hAnsi="Tahoma" w:cs="Tahoma" w:hint="cs"/>
          <w:rtl/>
        </w:rPr>
        <w:t>ی‌</w:t>
      </w:r>
      <w:r w:rsidRPr="00593939">
        <w:rPr>
          <w:rFonts w:ascii="Tahoma" w:hAnsi="Tahoma" w:cs="Tahoma" w:hint="eastAsia"/>
          <w:rtl/>
        </w:rPr>
        <w:t>شد</w:t>
      </w:r>
      <w:r w:rsidRPr="00593939">
        <w:rPr>
          <w:rFonts w:ascii="Tahoma" w:hAnsi="Tahoma" w:cs="Tahoma"/>
          <w:rtl/>
        </w:rPr>
        <w:t>. ن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روها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دربار شاه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را ترج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ح</w:t>
      </w:r>
      <w:r w:rsidRPr="00593939">
        <w:rPr>
          <w:rFonts w:ascii="Tahoma" w:hAnsi="Tahoma" w:cs="Tahoma"/>
          <w:rtl/>
        </w:rPr>
        <w:t xml:space="preserve"> م</w:t>
      </w:r>
      <w:r w:rsidRPr="00593939">
        <w:rPr>
          <w:rFonts w:ascii="Tahoma" w:hAnsi="Tahoma" w:cs="Tahoma" w:hint="cs"/>
          <w:rtl/>
        </w:rPr>
        <w:t>ی‌</w:t>
      </w:r>
      <w:r w:rsidRPr="00593939">
        <w:rPr>
          <w:rFonts w:ascii="Tahoma" w:hAnsi="Tahoma" w:cs="Tahoma" w:hint="eastAsia"/>
          <w:rtl/>
        </w:rPr>
        <w:t>دادند</w:t>
      </w:r>
      <w:r w:rsidRPr="00593939">
        <w:rPr>
          <w:rFonts w:ascii="Tahoma" w:hAnsi="Tahoma" w:cs="Tahoma"/>
          <w:rtl/>
        </w:rPr>
        <w:t xml:space="preserve"> که بتوانند بر او اثر بگذارند؛ اما کشور به فرمانروا</w:t>
      </w:r>
      <w:r w:rsidRPr="00593939">
        <w:rPr>
          <w:rFonts w:ascii="Tahoma" w:hAnsi="Tahoma" w:cs="Tahoma" w:hint="cs"/>
          <w:rtl/>
        </w:rPr>
        <w:t>یی</w:t>
      </w:r>
      <w:r w:rsidRPr="00593939">
        <w:rPr>
          <w:rFonts w:ascii="Tahoma" w:hAnsi="Tahoma" w:cs="Tahoma"/>
          <w:rtl/>
        </w:rPr>
        <w:t xml:space="preserve"> ن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از</w:t>
      </w:r>
      <w:r w:rsidRPr="00593939">
        <w:rPr>
          <w:rFonts w:ascii="Tahoma" w:hAnsi="Tahoma" w:cs="Tahoma"/>
          <w:rtl/>
        </w:rPr>
        <w:t xml:space="preserve"> داشت که بتواند همان ن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روها</w:t>
      </w:r>
      <w:r w:rsidRPr="00593939">
        <w:rPr>
          <w:rFonts w:ascii="Tahoma" w:hAnsi="Tahoma" w:cs="Tahoma"/>
          <w:rtl/>
        </w:rPr>
        <w:t xml:space="preserve"> را مهار کند. و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ژگ</w:t>
      </w:r>
      <w:r w:rsidRPr="00593939">
        <w:rPr>
          <w:rFonts w:ascii="Tahoma" w:hAnsi="Tahoma" w:cs="Tahoma" w:hint="cs"/>
          <w:rtl/>
        </w:rPr>
        <w:t>ی‌</w:t>
      </w:r>
      <w:r w:rsidRPr="00593939">
        <w:rPr>
          <w:rFonts w:ascii="Tahoma" w:hAnsi="Tahoma" w:cs="Tahoma" w:hint="eastAsia"/>
          <w:rtl/>
        </w:rPr>
        <w:t>ا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که برا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خواجه‌سرا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ان،</w:t>
      </w:r>
      <w:r w:rsidRPr="00593939">
        <w:rPr>
          <w:rFonts w:ascii="Tahoma" w:hAnsi="Tahoma" w:cs="Tahoma"/>
          <w:rtl/>
        </w:rPr>
        <w:t xml:space="preserve"> حرم و صاحب‌منصبان آرامش </w:t>
      </w:r>
      <w:r w:rsidRPr="00593939">
        <w:rPr>
          <w:rFonts w:ascii="Tahoma" w:hAnsi="Tahoma" w:cs="Tahoma" w:hint="eastAsia"/>
          <w:rtl/>
        </w:rPr>
        <w:t>م</w:t>
      </w:r>
      <w:r w:rsidRPr="00593939">
        <w:rPr>
          <w:rFonts w:ascii="Tahoma" w:hAnsi="Tahoma" w:cs="Tahoma" w:hint="cs"/>
          <w:rtl/>
        </w:rPr>
        <w:t>ی‌</w:t>
      </w:r>
      <w:r w:rsidRPr="00593939">
        <w:rPr>
          <w:rFonts w:ascii="Tahoma" w:hAnsi="Tahoma" w:cs="Tahoma" w:hint="eastAsia"/>
          <w:rtl/>
        </w:rPr>
        <w:t>آورد،</w:t>
      </w:r>
      <w:r w:rsidRPr="00593939">
        <w:rPr>
          <w:rFonts w:ascii="Tahoma" w:hAnsi="Tahoma" w:cs="Tahoma"/>
          <w:rtl/>
        </w:rPr>
        <w:t xml:space="preserve"> برا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کشوردار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ضعف م</w:t>
      </w:r>
      <w:r w:rsidRPr="00593939">
        <w:rPr>
          <w:rFonts w:ascii="Tahoma" w:hAnsi="Tahoma" w:cs="Tahoma" w:hint="cs"/>
          <w:rtl/>
        </w:rPr>
        <w:t>ی‌</w:t>
      </w:r>
      <w:r w:rsidRPr="00593939">
        <w:rPr>
          <w:rFonts w:ascii="Tahoma" w:hAnsi="Tahoma" w:cs="Tahoma" w:hint="eastAsia"/>
          <w:rtl/>
        </w:rPr>
        <w:t>آفر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د</w:t>
      </w:r>
      <w:r w:rsidRPr="00593939">
        <w:rPr>
          <w:rFonts w:ascii="Tahoma" w:hAnsi="Tahoma" w:cs="Tahoma"/>
          <w:rtl/>
        </w:rPr>
        <w:t>.</w:t>
      </w:r>
    </w:p>
    <w:p w:rsidR="00593939" w:rsidRPr="00593939" w:rsidRDefault="00593939" w:rsidP="00593939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93939">
        <w:rPr>
          <w:rFonts w:ascii="Tahoma" w:hAnsi="Tahoma" w:cs="Tahoma" w:hint="eastAsia"/>
          <w:rtl/>
        </w:rPr>
        <w:t>سلطان</w:t>
      </w:r>
      <w:r w:rsidRPr="00593939">
        <w:rPr>
          <w:rFonts w:ascii="Tahoma" w:hAnsi="Tahoma" w:cs="Tahoma"/>
          <w:rtl/>
        </w:rPr>
        <w:t xml:space="preserve"> حس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ن</w:t>
      </w:r>
      <w:r w:rsidRPr="00593939">
        <w:rPr>
          <w:rFonts w:ascii="Tahoma" w:hAnsi="Tahoma" w:cs="Tahoma"/>
          <w:rtl/>
        </w:rPr>
        <w:t xml:space="preserve"> به د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ندار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شهرت داشت و ا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ن</w:t>
      </w:r>
      <w:r w:rsidRPr="00593939">
        <w:rPr>
          <w:rFonts w:ascii="Tahoma" w:hAnsi="Tahoma" w:cs="Tahoma"/>
          <w:rtl/>
        </w:rPr>
        <w:t xml:space="preserve"> و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ژگ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با ن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از</w:t>
      </w:r>
      <w:r w:rsidRPr="00593939">
        <w:rPr>
          <w:rFonts w:ascii="Tahoma" w:hAnsi="Tahoma" w:cs="Tahoma"/>
          <w:rtl/>
        </w:rPr>
        <w:t xml:space="preserve"> دستگاه د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نکار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سازگار بود. محمدباقر مجلس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در سال‌ها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پا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ان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شاه سل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مان</w:t>
      </w:r>
      <w:r w:rsidRPr="00593939">
        <w:rPr>
          <w:rFonts w:ascii="Tahoma" w:hAnsi="Tahoma" w:cs="Tahoma"/>
          <w:rtl/>
        </w:rPr>
        <w:t xml:space="preserve"> به مقام و نفوذ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بلند رس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ده</w:t>
      </w:r>
      <w:r w:rsidRPr="00593939">
        <w:rPr>
          <w:rFonts w:ascii="Tahoma" w:hAnsi="Tahoma" w:cs="Tahoma"/>
          <w:rtl/>
        </w:rPr>
        <w:t xml:space="preserve"> بود و اکنون در آغاز سلطنت شاه تازه م</w:t>
      </w:r>
      <w:r w:rsidRPr="00593939">
        <w:rPr>
          <w:rFonts w:ascii="Tahoma" w:hAnsi="Tahoma" w:cs="Tahoma" w:hint="cs"/>
          <w:rtl/>
        </w:rPr>
        <w:t>ی‌</w:t>
      </w:r>
      <w:r w:rsidRPr="00593939">
        <w:rPr>
          <w:rFonts w:ascii="Tahoma" w:hAnsi="Tahoma" w:cs="Tahoma" w:hint="eastAsia"/>
          <w:rtl/>
        </w:rPr>
        <w:t>توانست</w:t>
      </w:r>
      <w:r w:rsidRPr="00593939">
        <w:rPr>
          <w:rFonts w:ascii="Tahoma" w:hAnsi="Tahoma" w:cs="Tahoma"/>
          <w:rtl/>
        </w:rPr>
        <w:t xml:space="preserve"> رابطهٔ عمامه و تاج را به مرحله‌ا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نزد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ک‌تر</w:t>
      </w:r>
      <w:r w:rsidRPr="00593939">
        <w:rPr>
          <w:rFonts w:ascii="Tahoma" w:hAnsi="Tahoma" w:cs="Tahoma"/>
          <w:rtl/>
        </w:rPr>
        <w:t xml:space="preserve"> برساند. دربارهٔ جز</w:t>
      </w:r>
      <w:r w:rsidRPr="00593939">
        <w:rPr>
          <w:rFonts w:ascii="Tahoma" w:hAnsi="Tahoma" w:cs="Tahoma" w:hint="eastAsia"/>
          <w:rtl/>
        </w:rPr>
        <w:t>ئ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ات</w:t>
      </w:r>
      <w:r w:rsidRPr="00593939">
        <w:rPr>
          <w:rFonts w:ascii="Tahoma" w:hAnsi="Tahoma" w:cs="Tahoma"/>
          <w:rtl/>
        </w:rPr>
        <w:t xml:space="preserve"> مراسم تاج‌گذار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و نقش دق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ق</w:t>
      </w:r>
      <w:r w:rsidRPr="00593939">
        <w:rPr>
          <w:rFonts w:ascii="Tahoma" w:hAnsi="Tahoma" w:cs="Tahoma"/>
          <w:rtl/>
        </w:rPr>
        <w:t xml:space="preserve"> مجلس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روا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ت‌ها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گوناگون وجود دارد، اما ترد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د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ن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ست</w:t>
      </w:r>
      <w:r w:rsidRPr="00593939">
        <w:rPr>
          <w:rFonts w:ascii="Tahoma" w:hAnsi="Tahoma" w:cs="Tahoma"/>
          <w:rtl/>
        </w:rPr>
        <w:t xml:space="preserve"> که او در آغاز ا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ن</w:t>
      </w:r>
      <w:r w:rsidRPr="00593939">
        <w:rPr>
          <w:rFonts w:ascii="Tahoma" w:hAnsi="Tahoma" w:cs="Tahoma"/>
          <w:rtl/>
        </w:rPr>
        <w:t xml:space="preserve"> سلطنت از بانفوذتر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ن</w:t>
      </w:r>
      <w:r w:rsidRPr="00593939">
        <w:rPr>
          <w:rFonts w:ascii="Tahoma" w:hAnsi="Tahoma" w:cs="Tahoma"/>
          <w:rtl/>
        </w:rPr>
        <w:t xml:space="preserve"> د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نکاران</w:t>
      </w:r>
      <w:r w:rsidRPr="00593939">
        <w:rPr>
          <w:rFonts w:ascii="Tahoma" w:hAnsi="Tahoma" w:cs="Tahoma"/>
          <w:rtl/>
        </w:rPr>
        <w:t xml:space="preserve"> پا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تخت</w:t>
      </w:r>
      <w:r w:rsidRPr="00593939">
        <w:rPr>
          <w:rFonts w:ascii="Tahoma" w:hAnsi="Tahoma" w:cs="Tahoma"/>
          <w:rtl/>
        </w:rPr>
        <w:t xml:space="preserve"> بود.</w:t>
      </w:r>
    </w:p>
    <w:p w:rsidR="00593939" w:rsidRPr="00593939" w:rsidRDefault="00593939" w:rsidP="00593939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93939">
        <w:rPr>
          <w:rFonts w:ascii="Tahoma" w:hAnsi="Tahoma" w:cs="Tahoma" w:hint="eastAsia"/>
          <w:rtl/>
        </w:rPr>
        <w:t>در</w:t>
      </w:r>
      <w:r w:rsidRPr="00593939">
        <w:rPr>
          <w:rFonts w:ascii="Tahoma" w:hAnsi="Tahoma" w:cs="Tahoma"/>
          <w:rtl/>
        </w:rPr>
        <w:t xml:space="preserve"> برخ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گزارش‌ها آمده است که شاه تازه از مجلس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خواست او را در اجرا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شر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عت</w:t>
      </w:r>
      <w:r w:rsidRPr="00593939">
        <w:rPr>
          <w:rFonts w:ascii="Tahoma" w:hAnsi="Tahoma" w:cs="Tahoma"/>
          <w:rtl/>
        </w:rPr>
        <w:t xml:space="preserve"> راهنما</w:t>
      </w:r>
      <w:r w:rsidRPr="00593939">
        <w:rPr>
          <w:rFonts w:ascii="Tahoma" w:hAnsi="Tahoma" w:cs="Tahoma" w:hint="cs"/>
          <w:rtl/>
        </w:rPr>
        <w:t>یی</w:t>
      </w:r>
      <w:r w:rsidRPr="00593939">
        <w:rPr>
          <w:rFonts w:ascii="Tahoma" w:hAnsi="Tahoma" w:cs="Tahoma"/>
          <w:rtl/>
        </w:rPr>
        <w:t xml:space="preserve"> کند و اخت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ار</w:t>
      </w:r>
      <w:r w:rsidRPr="00593939">
        <w:rPr>
          <w:rFonts w:ascii="Tahoma" w:hAnsi="Tahoma" w:cs="Tahoma"/>
          <w:rtl/>
        </w:rPr>
        <w:t xml:space="preserve"> ب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شتر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برا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مقابله با رفتارها</w:t>
      </w:r>
      <w:r w:rsidRPr="00593939">
        <w:rPr>
          <w:rFonts w:ascii="Tahoma" w:hAnsi="Tahoma" w:cs="Tahoma" w:hint="cs"/>
          <w:rtl/>
        </w:rPr>
        <w:t>یی</w:t>
      </w:r>
      <w:r w:rsidRPr="00593939">
        <w:rPr>
          <w:rFonts w:ascii="Tahoma" w:hAnsi="Tahoma" w:cs="Tahoma"/>
          <w:rtl/>
        </w:rPr>
        <w:t xml:space="preserve"> که خلاف مذهب رسم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شناخته م</w:t>
      </w:r>
      <w:r w:rsidRPr="00593939">
        <w:rPr>
          <w:rFonts w:ascii="Tahoma" w:hAnsi="Tahoma" w:cs="Tahoma" w:hint="cs"/>
          <w:rtl/>
        </w:rPr>
        <w:t>ی‌</w:t>
      </w:r>
      <w:r w:rsidRPr="00593939">
        <w:rPr>
          <w:rFonts w:ascii="Tahoma" w:hAnsi="Tahoma" w:cs="Tahoma" w:hint="eastAsia"/>
          <w:rtl/>
        </w:rPr>
        <w:t>شدند</w:t>
      </w:r>
      <w:r w:rsidRPr="00593939">
        <w:rPr>
          <w:rFonts w:ascii="Tahoma" w:hAnsi="Tahoma" w:cs="Tahoma"/>
          <w:rtl/>
        </w:rPr>
        <w:t xml:space="preserve"> در اخت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ارش</w:t>
      </w:r>
      <w:r w:rsidRPr="00593939">
        <w:rPr>
          <w:rFonts w:ascii="Tahoma" w:hAnsi="Tahoma" w:cs="Tahoma"/>
          <w:rtl/>
        </w:rPr>
        <w:t xml:space="preserve"> گذاشت. حت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اگر عبارت‌ها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دق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ق</w:t>
      </w:r>
      <w:r w:rsidRPr="00593939">
        <w:rPr>
          <w:rFonts w:ascii="Tahoma" w:hAnsi="Tahoma" w:cs="Tahoma"/>
          <w:rtl/>
        </w:rPr>
        <w:t xml:space="preserve"> ا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ن</w:t>
      </w:r>
      <w:r w:rsidRPr="00593939">
        <w:rPr>
          <w:rFonts w:ascii="Tahoma" w:hAnsi="Tahoma" w:cs="Tahoma"/>
          <w:rtl/>
        </w:rPr>
        <w:t xml:space="preserve"> گفت‌وگوها بعدها آراسته شده باشند، جهت س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است</w:t>
      </w:r>
      <w:r w:rsidRPr="00593939">
        <w:rPr>
          <w:rFonts w:ascii="Tahoma" w:hAnsi="Tahoma" w:cs="Tahoma"/>
          <w:rtl/>
        </w:rPr>
        <w:t xml:space="preserve"> روشن ا</w:t>
      </w:r>
      <w:r w:rsidRPr="00593939">
        <w:rPr>
          <w:rFonts w:ascii="Tahoma" w:hAnsi="Tahoma" w:cs="Tahoma" w:hint="eastAsia"/>
          <w:rtl/>
        </w:rPr>
        <w:t>ست</w:t>
      </w:r>
      <w:r w:rsidRPr="00593939">
        <w:rPr>
          <w:rFonts w:ascii="Tahoma" w:hAnsi="Tahoma" w:cs="Tahoma"/>
          <w:rtl/>
        </w:rPr>
        <w:t>: سلطان حس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ن</w:t>
      </w:r>
      <w:r w:rsidRPr="00593939">
        <w:rPr>
          <w:rFonts w:ascii="Tahoma" w:hAnsi="Tahoma" w:cs="Tahoma"/>
          <w:rtl/>
        </w:rPr>
        <w:t xml:space="preserve"> م</w:t>
      </w:r>
      <w:r w:rsidRPr="00593939">
        <w:rPr>
          <w:rFonts w:ascii="Tahoma" w:hAnsi="Tahoma" w:cs="Tahoma" w:hint="cs"/>
          <w:rtl/>
        </w:rPr>
        <w:t>ی‌</w:t>
      </w:r>
      <w:r w:rsidRPr="00593939">
        <w:rPr>
          <w:rFonts w:ascii="Tahoma" w:hAnsi="Tahoma" w:cs="Tahoma" w:hint="eastAsia"/>
          <w:rtl/>
        </w:rPr>
        <w:t>خواست</w:t>
      </w:r>
      <w:r w:rsidRPr="00593939">
        <w:rPr>
          <w:rFonts w:ascii="Tahoma" w:hAnsi="Tahoma" w:cs="Tahoma"/>
          <w:rtl/>
        </w:rPr>
        <w:t xml:space="preserve"> حقان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ت</w:t>
      </w:r>
      <w:r w:rsidRPr="00593939">
        <w:rPr>
          <w:rFonts w:ascii="Tahoma" w:hAnsi="Tahoma" w:cs="Tahoma"/>
          <w:rtl/>
        </w:rPr>
        <w:t xml:space="preserve"> تاج خود را ب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ش</w:t>
      </w:r>
      <w:r w:rsidRPr="00593939">
        <w:rPr>
          <w:rFonts w:ascii="Tahoma" w:hAnsi="Tahoma" w:cs="Tahoma"/>
          <w:rtl/>
        </w:rPr>
        <w:t xml:space="preserve"> از پ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ش</w:t>
      </w:r>
      <w:r w:rsidRPr="00593939">
        <w:rPr>
          <w:rFonts w:ascii="Tahoma" w:hAnsi="Tahoma" w:cs="Tahoma"/>
          <w:rtl/>
        </w:rPr>
        <w:t xml:space="preserve"> با تأ</w:t>
      </w:r>
      <w:r w:rsidRPr="00593939">
        <w:rPr>
          <w:rFonts w:ascii="Tahoma" w:hAnsi="Tahoma" w:cs="Tahoma" w:hint="cs"/>
          <w:rtl/>
        </w:rPr>
        <w:t>یی</w:t>
      </w:r>
      <w:r w:rsidRPr="00593939">
        <w:rPr>
          <w:rFonts w:ascii="Tahoma" w:hAnsi="Tahoma" w:cs="Tahoma" w:hint="eastAsia"/>
          <w:rtl/>
        </w:rPr>
        <w:t>د</w:t>
      </w:r>
      <w:r w:rsidRPr="00593939">
        <w:rPr>
          <w:rFonts w:ascii="Tahoma" w:hAnsi="Tahoma" w:cs="Tahoma"/>
          <w:rtl/>
        </w:rPr>
        <w:t xml:space="preserve"> و راهنما</w:t>
      </w:r>
      <w:r w:rsidRPr="00593939">
        <w:rPr>
          <w:rFonts w:ascii="Tahoma" w:hAnsi="Tahoma" w:cs="Tahoma" w:hint="cs"/>
          <w:rtl/>
        </w:rPr>
        <w:t>یی</w:t>
      </w:r>
      <w:r w:rsidRPr="00593939">
        <w:rPr>
          <w:rFonts w:ascii="Tahoma" w:hAnsi="Tahoma" w:cs="Tahoma"/>
          <w:rtl/>
        </w:rPr>
        <w:t xml:space="preserve"> د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نکاران</w:t>
      </w:r>
      <w:r w:rsidRPr="00593939">
        <w:rPr>
          <w:rFonts w:ascii="Tahoma" w:hAnsi="Tahoma" w:cs="Tahoma"/>
          <w:rtl/>
        </w:rPr>
        <w:t xml:space="preserve"> استوار کند.</w:t>
      </w:r>
    </w:p>
    <w:p w:rsidR="00593939" w:rsidRPr="00593939" w:rsidRDefault="00593939" w:rsidP="00593939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93939">
        <w:rPr>
          <w:rFonts w:ascii="Tahoma" w:hAnsi="Tahoma" w:cs="Tahoma" w:hint="eastAsia"/>
          <w:rtl/>
        </w:rPr>
        <w:t>ا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ن</w:t>
      </w:r>
      <w:r w:rsidRPr="00593939">
        <w:rPr>
          <w:rFonts w:ascii="Tahoma" w:hAnsi="Tahoma" w:cs="Tahoma"/>
          <w:rtl/>
        </w:rPr>
        <w:t xml:space="preserve"> تصم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م</w:t>
      </w:r>
      <w:r w:rsidRPr="00593939">
        <w:rPr>
          <w:rFonts w:ascii="Tahoma" w:hAnsi="Tahoma" w:cs="Tahoma"/>
          <w:rtl/>
        </w:rPr>
        <w:t xml:space="preserve"> از نگاه شاه منطق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به نظر م</w:t>
      </w:r>
      <w:r w:rsidRPr="00593939">
        <w:rPr>
          <w:rFonts w:ascii="Tahoma" w:hAnsi="Tahoma" w:cs="Tahoma" w:hint="cs"/>
          <w:rtl/>
        </w:rPr>
        <w:t>ی‌</w:t>
      </w:r>
      <w:r w:rsidRPr="00593939">
        <w:rPr>
          <w:rFonts w:ascii="Tahoma" w:hAnsi="Tahoma" w:cs="Tahoma" w:hint="eastAsia"/>
          <w:rtl/>
        </w:rPr>
        <w:t>رس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د</w:t>
      </w:r>
      <w:r w:rsidRPr="00593939">
        <w:rPr>
          <w:rFonts w:ascii="Tahoma" w:hAnsi="Tahoma" w:cs="Tahoma"/>
          <w:rtl/>
        </w:rPr>
        <w:t>. او از تجربهٔ جنگ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و د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وان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برخوردار نبود، اما م</w:t>
      </w:r>
      <w:r w:rsidRPr="00593939">
        <w:rPr>
          <w:rFonts w:ascii="Tahoma" w:hAnsi="Tahoma" w:cs="Tahoma" w:hint="cs"/>
          <w:rtl/>
        </w:rPr>
        <w:t>ی‌</w:t>
      </w:r>
      <w:r w:rsidRPr="00593939">
        <w:rPr>
          <w:rFonts w:ascii="Tahoma" w:hAnsi="Tahoma" w:cs="Tahoma" w:hint="eastAsia"/>
          <w:rtl/>
        </w:rPr>
        <w:t>توانست</w:t>
      </w:r>
      <w:r w:rsidRPr="00593939">
        <w:rPr>
          <w:rFonts w:ascii="Tahoma" w:hAnsi="Tahoma" w:cs="Tahoma"/>
          <w:rtl/>
        </w:rPr>
        <w:t xml:space="preserve"> با تک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ه</w:t>
      </w:r>
      <w:r w:rsidRPr="00593939">
        <w:rPr>
          <w:rFonts w:ascii="Tahoma" w:hAnsi="Tahoma" w:cs="Tahoma"/>
          <w:rtl/>
        </w:rPr>
        <w:t xml:space="preserve"> بر شر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عت</w:t>
      </w:r>
      <w:r w:rsidRPr="00593939">
        <w:rPr>
          <w:rFonts w:ascii="Tahoma" w:hAnsi="Tahoma" w:cs="Tahoma"/>
          <w:rtl/>
        </w:rPr>
        <w:t xml:space="preserve"> و پشت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بان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فق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هان،</w:t>
      </w:r>
      <w:r w:rsidRPr="00593939">
        <w:rPr>
          <w:rFonts w:ascii="Tahoma" w:hAnsi="Tahoma" w:cs="Tahoma"/>
          <w:rtl/>
        </w:rPr>
        <w:t xml:space="preserve"> خود را پادشاه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عادل و پاسدار مذهب نشان دهد. د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ندار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راه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بود که با سرشت و آموزش او سازگارتر از فرمانده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قشون 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ا</w:t>
      </w:r>
      <w:r w:rsidRPr="00593939">
        <w:rPr>
          <w:rFonts w:ascii="Tahoma" w:hAnsi="Tahoma" w:cs="Tahoma"/>
          <w:rtl/>
        </w:rPr>
        <w:t xml:space="preserve"> اصلاح ما</w:t>
      </w:r>
      <w:r w:rsidRPr="00593939">
        <w:rPr>
          <w:rFonts w:ascii="Tahoma" w:hAnsi="Tahoma" w:cs="Tahoma" w:hint="eastAsia"/>
          <w:rtl/>
        </w:rPr>
        <w:t>ل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ه</w:t>
      </w:r>
      <w:r w:rsidRPr="00593939">
        <w:rPr>
          <w:rFonts w:ascii="Tahoma" w:hAnsi="Tahoma" w:cs="Tahoma"/>
          <w:rtl/>
        </w:rPr>
        <w:t xml:space="preserve"> به نظر م</w:t>
      </w:r>
      <w:r w:rsidRPr="00593939">
        <w:rPr>
          <w:rFonts w:ascii="Tahoma" w:hAnsi="Tahoma" w:cs="Tahoma" w:hint="cs"/>
          <w:rtl/>
        </w:rPr>
        <w:t>ی‌</w:t>
      </w:r>
      <w:r w:rsidRPr="00593939">
        <w:rPr>
          <w:rFonts w:ascii="Tahoma" w:hAnsi="Tahoma" w:cs="Tahoma" w:hint="eastAsia"/>
          <w:rtl/>
        </w:rPr>
        <w:t>رس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د</w:t>
      </w:r>
      <w:r w:rsidRPr="00593939">
        <w:rPr>
          <w:rFonts w:ascii="Tahoma" w:hAnsi="Tahoma" w:cs="Tahoma"/>
          <w:rtl/>
        </w:rPr>
        <w:t>.</w:t>
      </w:r>
    </w:p>
    <w:p w:rsidR="00593939" w:rsidRPr="00593939" w:rsidRDefault="00593939" w:rsidP="00593939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93939">
        <w:rPr>
          <w:rFonts w:ascii="Tahoma" w:hAnsi="Tahoma" w:cs="Tahoma" w:hint="eastAsia"/>
          <w:rtl/>
        </w:rPr>
        <w:t>اما</w:t>
      </w:r>
      <w:r w:rsidRPr="00593939">
        <w:rPr>
          <w:rFonts w:ascii="Tahoma" w:hAnsi="Tahoma" w:cs="Tahoma"/>
          <w:rtl/>
        </w:rPr>
        <w:t xml:space="preserve"> همان‌گونه که در دورهٔ شاه سل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مان</w:t>
      </w:r>
      <w:r w:rsidRPr="00593939">
        <w:rPr>
          <w:rFonts w:ascii="Tahoma" w:hAnsi="Tahoma" w:cs="Tahoma"/>
          <w:rtl/>
        </w:rPr>
        <w:t xml:space="preserve"> د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ده</w:t>
      </w:r>
      <w:r w:rsidRPr="00593939">
        <w:rPr>
          <w:rFonts w:ascii="Tahoma" w:hAnsi="Tahoma" w:cs="Tahoma"/>
          <w:rtl/>
        </w:rPr>
        <w:t xml:space="preserve"> شد، د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ن</w:t>
      </w:r>
      <w:r w:rsidRPr="00593939">
        <w:rPr>
          <w:rFonts w:ascii="Tahoma" w:hAnsi="Tahoma" w:cs="Tahoma" w:hint="cs"/>
          <w:rtl/>
        </w:rPr>
        <w:t>ی‌</w:t>
      </w:r>
      <w:r w:rsidRPr="00593939">
        <w:rPr>
          <w:rFonts w:ascii="Tahoma" w:hAnsi="Tahoma" w:cs="Tahoma" w:hint="eastAsia"/>
          <w:rtl/>
        </w:rPr>
        <w:t>ترشدن</w:t>
      </w:r>
      <w:r w:rsidRPr="00593939">
        <w:rPr>
          <w:rFonts w:ascii="Tahoma" w:hAnsi="Tahoma" w:cs="Tahoma"/>
          <w:rtl/>
        </w:rPr>
        <w:t xml:space="preserve"> حکومت با تواناترشدن کشوردار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کسان</w:t>
      </w:r>
      <w:r w:rsidRPr="00593939">
        <w:rPr>
          <w:rFonts w:ascii="Tahoma" w:hAnsi="Tahoma" w:cs="Tahoma"/>
          <w:rtl/>
        </w:rPr>
        <w:t xml:space="preserve"> نبود. شاه م</w:t>
      </w:r>
      <w:r w:rsidRPr="00593939">
        <w:rPr>
          <w:rFonts w:ascii="Tahoma" w:hAnsi="Tahoma" w:cs="Tahoma" w:hint="cs"/>
          <w:rtl/>
        </w:rPr>
        <w:t>ی‌</w:t>
      </w:r>
      <w:r w:rsidRPr="00593939">
        <w:rPr>
          <w:rFonts w:ascii="Tahoma" w:hAnsi="Tahoma" w:cs="Tahoma" w:hint="eastAsia"/>
          <w:rtl/>
        </w:rPr>
        <w:t>توانست</w:t>
      </w:r>
      <w:r w:rsidRPr="00593939">
        <w:rPr>
          <w:rFonts w:ascii="Tahoma" w:hAnsi="Tahoma" w:cs="Tahoma"/>
          <w:rtl/>
        </w:rPr>
        <w:t xml:space="preserve"> م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خانه‌ا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را ببندد، مراسم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را منع کند 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ا</w:t>
      </w:r>
      <w:r w:rsidRPr="00593939">
        <w:rPr>
          <w:rFonts w:ascii="Tahoma" w:hAnsi="Tahoma" w:cs="Tahoma"/>
          <w:rtl/>
        </w:rPr>
        <w:t xml:space="preserve"> مقام مذهب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تازه‌ا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پد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د</w:t>
      </w:r>
      <w:r w:rsidRPr="00593939">
        <w:rPr>
          <w:rFonts w:ascii="Tahoma" w:hAnsi="Tahoma" w:cs="Tahoma"/>
          <w:rtl/>
        </w:rPr>
        <w:t xml:space="preserve"> آورد، ب</w:t>
      </w:r>
      <w:r w:rsidRPr="00593939">
        <w:rPr>
          <w:rFonts w:ascii="Tahoma" w:hAnsi="Tahoma" w:cs="Tahoma" w:hint="cs"/>
          <w:rtl/>
        </w:rPr>
        <w:t>ی‌</w:t>
      </w:r>
      <w:r w:rsidRPr="00593939">
        <w:rPr>
          <w:rFonts w:ascii="Tahoma" w:hAnsi="Tahoma" w:cs="Tahoma" w:hint="eastAsia"/>
          <w:rtl/>
        </w:rPr>
        <w:t>آنکه</w:t>
      </w:r>
      <w:r w:rsidRPr="00593939">
        <w:rPr>
          <w:rFonts w:ascii="Tahoma" w:hAnsi="Tahoma" w:cs="Tahoma"/>
          <w:rtl/>
        </w:rPr>
        <w:t xml:space="preserve"> قشون آماده‌تر، خزانه منظم‌تر 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ا</w:t>
      </w:r>
      <w:r w:rsidRPr="00593939">
        <w:rPr>
          <w:rFonts w:ascii="Tahoma" w:hAnsi="Tahoma" w:cs="Tahoma"/>
          <w:rtl/>
        </w:rPr>
        <w:t xml:space="preserve"> ادارهٔ مرزها کارآمدتر شود. اجرا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</w:t>
      </w:r>
      <w:r w:rsidRPr="00593939">
        <w:rPr>
          <w:rFonts w:ascii="Tahoma" w:hAnsi="Tahoma" w:cs="Tahoma" w:hint="eastAsia"/>
          <w:rtl/>
        </w:rPr>
        <w:t>احکام</w:t>
      </w:r>
      <w:r w:rsidRPr="00593939">
        <w:rPr>
          <w:rFonts w:ascii="Tahoma" w:hAnsi="Tahoma" w:cs="Tahoma"/>
          <w:rtl/>
        </w:rPr>
        <w:t xml:space="preserve"> ظاهر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برا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دربار آسان‌تر از اصلاح دستگاه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بود که منافع گروه‌ها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ن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رومند</w:t>
      </w:r>
      <w:r w:rsidRPr="00593939">
        <w:rPr>
          <w:rFonts w:ascii="Tahoma" w:hAnsi="Tahoma" w:cs="Tahoma"/>
          <w:rtl/>
        </w:rPr>
        <w:t xml:space="preserve"> را در بر م</w:t>
      </w:r>
      <w:r w:rsidRPr="00593939">
        <w:rPr>
          <w:rFonts w:ascii="Tahoma" w:hAnsi="Tahoma" w:cs="Tahoma" w:hint="cs"/>
          <w:rtl/>
        </w:rPr>
        <w:t>ی‌</w:t>
      </w:r>
      <w:r w:rsidRPr="00593939">
        <w:rPr>
          <w:rFonts w:ascii="Tahoma" w:hAnsi="Tahoma" w:cs="Tahoma" w:hint="eastAsia"/>
          <w:rtl/>
        </w:rPr>
        <w:t>گرفت</w:t>
      </w:r>
      <w:r w:rsidRPr="00593939">
        <w:rPr>
          <w:rFonts w:ascii="Tahoma" w:hAnsi="Tahoma" w:cs="Tahoma"/>
          <w:rtl/>
        </w:rPr>
        <w:t>.</w:t>
      </w:r>
    </w:p>
    <w:p w:rsidR="00593939" w:rsidRPr="00593939" w:rsidRDefault="00593939" w:rsidP="00593939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93939">
        <w:rPr>
          <w:rFonts w:ascii="Tahoma" w:hAnsi="Tahoma" w:cs="Tahoma" w:hint="eastAsia"/>
          <w:rtl/>
        </w:rPr>
        <w:t>در</w:t>
      </w:r>
      <w:r w:rsidRPr="00593939">
        <w:rPr>
          <w:rFonts w:ascii="Tahoma" w:hAnsi="Tahoma" w:cs="Tahoma"/>
          <w:rtl/>
        </w:rPr>
        <w:t xml:space="preserve"> ا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ن</w:t>
      </w:r>
      <w:r w:rsidRPr="00593939">
        <w:rPr>
          <w:rFonts w:ascii="Tahoma" w:hAnsi="Tahoma" w:cs="Tahoma"/>
          <w:rtl/>
        </w:rPr>
        <w:t xml:space="preserve"> دوره مقام «ملاباش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»</w:t>
      </w:r>
      <w:r w:rsidRPr="00593939">
        <w:rPr>
          <w:rFonts w:ascii="Tahoma" w:hAnsi="Tahoma" w:cs="Tahoma"/>
          <w:rtl/>
        </w:rPr>
        <w:t xml:space="preserve"> در رأس 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ا</w:t>
      </w:r>
      <w:r w:rsidRPr="00593939">
        <w:rPr>
          <w:rFonts w:ascii="Tahoma" w:hAnsi="Tahoma" w:cs="Tahoma"/>
          <w:rtl/>
        </w:rPr>
        <w:t xml:space="preserve"> نزد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ک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رأس دستگاه مذهب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دربار جا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گاه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آشکارتر پ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دا</w:t>
      </w:r>
      <w:r w:rsidRPr="00593939">
        <w:rPr>
          <w:rFonts w:ascii="Tahoma" w:hAnsi="Tahoma" w:cs="Tahoma"/>
          <w:rtl/>
        </w:rPr>
        <w:t xml:space="preserve"> کرد. عنوان و حدود دق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ق</w:t>
      </w:r>
      <w:r w:rsidRPr="00593939">
        <w:rPr>
          <w:rFonts w:ascii="Tahoma" w:hAnsi="Tahoma" w:cs="Tahoma"/>
          <w:rtl/>
        </w:rPr>
        <w:t xml:space="preserve"> ا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ن</w:t>
      </w:r>
      <w:r w:rsidRPr="00593939">
        <w:rPr>
          <w:rFonts w:ascii="Tahoma" w:hAnsi="Tahoma" w:cs="Tahoma"/>
          <w:rtl/>
        </w:rPr>
        <w:t xml:space="preserve"> مقام در طول زمان 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کسان</w:t>
      </w:r>
      <w:r w:rsidRPr="00593939">
        <w:rPr>
          <w:rFonts w:ascii="Tahoma" w:hAnsi="Tahoma" w:cs="Tahoma"/>
          <w:rtl/>
        </w:rPr>
        <w:t xml:space="preserve"> نبود، اما پ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دا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ش</w:t>
      </w:r>
      <w:r w:rsidRPr="00593939">
        <w:rPr>
          <w:rFonts w:ascii="Tahoma" w:hAnsi="Tahoma" w:cs="Tahoma"/>
          <w:rtl/>
        </w:rPr>
        <w:t xml:space="preserve"> و تثب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ت</w:t>
      </w:r>
      <w:r w:rsidRPr="00593939">
        <w:rPr>
          <w:rFonts w:ascii="Tahoma" w:hAnsi="Tahoma" w:cs="Tahoma"/>
          <w:rtl/>
        </w:rPr>
        <w:t xml:space="preserve"> آن نشان م</w:t>
      </w:r>
      <w:r w:rsidRPr="00593939">
        <w:rPr>
          <w:rFonts w:ascii="Tahoma" w:hAnsi="Tahoma" w:cs="Tahoma" w:hint="cs"/>
          <w:rtl/>
        </w:rPr>
        <w:t>ی‌</w:t>
      </w:r>
      <w:r w:rsidRPr="00593939">
        <w:rPr>
          <w:rFonts w:ascii="Tahoma" w:hAnsi="Tahoma" w:cs="Tahoma" w:hint="eastAsia"/>
          <w:rtl/>
        </w:rPr>
        <w:t>داد</w:t>
      </w:r>
      <w:r w:rsidRPr="00593939">
        <w:rPr>
          <w:rFonts w:ascii="Tahoma" w:hAnsi="Tahoma" w:cs="Tahoma"/>
          <w:rtl/>
        </w:rPr>
        <w:t xml:space="preserve"> که عمامه د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گر</w:t>
      </w:r>
      <w:r w:rsidRPr="00593939">
        <w:rPr>
          <w:rFonts w:ascii="Tahoma" w:hAnsi="Tahoma" w:cs="Tahoma"/>
          <w:rtl/>
        </w:rPr>
        <w:t xml:space="preserve"> فقط از راه صدر، ش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خ‌الاسلام</w:t>
      </w:r>
      <w:r w:rsidRPr="00593939">
        <w:rPr>
          <w:rFonts w:ascii="Tahoma" w:hAnsi="Tahoma" w:cs="Tahoma"/>
          <w:rtl/>
        </w:rPr>
        <w:t xml:space="preserve"> و قاض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با حکومت ارتباط ندارد. صاحب‌م</w:t>
      </w:r>
      <w:r w:rsidRPr="00593939">
        <w:rPr>
          <w:rFonts w:ascii="Tahoma" w:hAnsi="Tahoma" w:cs="Tahoma" w:hint="eastAsia"/>
          <w:rtl/>
        </w:rPr>
        <w:t>نصب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مذهب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در کنار شاه قرار م</w:t>
      </w:r>
      <w:r w:rsidRPr="00593939">
        <w:rPr>
          <w:rFonts w:ascii="Tahoma" w:hAnsi="Tahoma" w:cs="Tahoma" w:hint="cs"/>
          <w:rtl/>
        </w:rPr>
        <w:t>ی‌</w:t>
      </w:r>
      <w:r w:rsidRPr="00593939">
        <w:rPr>
          <w:rFonts w:ascii="Tahoma" w:hAnsi="Tahoma" w:cs="Tahoma" w:hint="eastAsia"/>
          <w:rtl/>
        </w:rPr>
        <w:t>گرفت</w:t>
      </w:r>
      <w:r w:rsidRPr="00593939">
        <w:rPr>
          <w:rFonts w:ascii="Tahoma" w:hAnsi="Tahoma" w:cs="Tahoma"/>
          <w:rtl/>
        </w:rPr>
        <w:t xml:space="preserve"> تا در مسائل شرع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و رفتار دربار راهنما</w:t>
      </w:r>
      <w:r w:rsidRPr="00593939">
        <w:rPr>
          <w:rFonts w:ascii="Tahoma" w:hAnsi="Tahoma" w:cs="Tahoma" w:hint="cs"/>
          <w:rtl/>
        </w:rPr>
        <w:t>یی</w:t>
      </w:r>
      <w:r w:rsidRPr="00593939">
        <w:rPr>
          <w:rFonts w:ascii="Tahoma" w:hAnsi="Tahoma" w:cs="Tahoma"/>
          <w:rtl/>
        </w:rPr>
        <w:t xml:space="preserve"> کند و بر د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گر</w:t>
      </w:r>
      <w:r w:rsidRPr="00593939">
        <w:rPr>
          <w:rFonts w:ascii="Tahoma" w:hAnsi="Tahoma" w:cs="Tahoma"/>
          <w:rtl/>
        </w:rPr>
        <w:t xml:space="preserve"> د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نکاران</w:t>
      </w:r>
      <w:r w:rsidRPr="00593939">
        <w:rPr>
          <w:rFonts w:ascii="Tahoma" w:hAnsi="Tahoma" w:cs="Tahoma"/>
          <w:rtl/>
        </w:rPr>
        <w:t xml:space="preserve"> صاحب مقام اثر بگذارد.</w:t>
      </w:r>
    </w:p>
    <w:p w:rsidR="00593939" w:rsidRPr="00593939" w:rsidRDefault="00593939" w:rsidP="00593939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93939">
        <w:rPr>
          <w:rFonts w:ascii="Tahoma" w:hAnsi="Tahoma" w:cs="Tahoma" w:hint="eastAsia"/>
          <w:rtl/>
        </w:rPr>
        <w:t>ملاباش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را نبا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د</w:t>
      </w:r>
      <w:r w:rsidRPr="00593939">
        <w:rPr>
          <w:rFonts w:ascii="Tahoma" w:hAnsi="Tahoma" w:cs="Tahoma"/>
          <w:rtl/>
        </w:rPr>
        <w:t xml:space="preserve"> همانند وز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ر</w:t>
      </w:r>
      <w:r w:rsidRPr="00593939">
        <w:rPr>
          <w:rFonts w:ascii="Tahoma" w:hAnsi="Tahoma" w:cs="Tahoma"/>
          <w:rtl/>
        </w:rPr>
        <w:t xml:space="preserve"> بزرگ دانست. وز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ر</w:t>
      </w:r>
      <w:r w:rsidRPr="00593939">
        <w:rPr>
          <w:rFonts w:ascii="Tahoma" w:hAnsi="Tahoma" w:cs="Tahoma"/>
          <w:rtl/>
        </w:rPr>
        <w:t xml:space="preserve"> مسئول هماهنگ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د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وان،</w:t>
      </w:r>
      <w:r w:rsidRPr="00593939">
        <w:rPr>
          <w:rFonts w:ascii="Tahoma" w:hAnsi="Tahoma" w:cs="Tahoma"/>
          <w:rtl/>
        </w:rPr>
        <w:t xml:space="preserve"> درآمد، فرمان‌ها و ادارهٔ کشور بود. ملاباش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قشون 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ا</w:t>
      </w:r>
      <w:r w:rsidRPr="00593939">
        <w:rPr>
          <w:rFonts w:ascii="Tahoma" w:hAnsi="Tahoma" w:cs="Tahoma"/>
          <w:rtl/>
        </w:rPr>
        <w:t xml:space="preserve"> خزانه را در اخت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ار</w:t>
      </w:r>
      <w:r w:rsidRPr="00593939">
        <w:rPr>
          <w:rFonts w:ascii="Tahoma" w:hAnsi="Tahoma" w:cs="Tahoma"/>
          <w:rtl/>
        </w:rPr>
        <w:t xml:space="preserve"> نداشت؛ اما م</w:t>
      </w:r>
      <w:r w:rsidRPr="00593939">
        <w:rPr>
          <w:rFonts w:ascii="Tahoma" w:hAnsi="Tahoma" w:cs="Tahoma" w:hint="cs"/>
          <w:rtl/>
        </w:rPr>
        <w:t>ی‌</w:t>
      </w:r>
      <w:r w:rsidRPr="00593939">
        <w:rPr>
          <w:rFonts w:ascii="Tahoma" w:hAnsi="Tahoma" w:cs="Tahoma" w:hint="eastAsia"/>
          <w:rtl/>
        </w:rPr>
        <w:t>توانست</w:t>
      </w:r>
      <w:r w:rsidRPr="00593939">
        <w:rPr>
          <w:rFonts w:ascii="Tahoma" w:hAnsi="Tahoma" w:cs="Tahoma"/>
          <w:rtl/>
        </w:rPr>
        <w:t xml:space="preserve"> دربارهٔ مطابقت رفتار و تصم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م‌ها</w:t>
      </w:r>
      <w:r w:rsidRPr="00593939">
        <w:rPr>
          <w:rFonts w:ascii="Tahoma" w:hAnsi="Tahoma" w:cs="Tahoma"/>
          <w:rtl/>
        </w:rPr>
        <w:t xml:space="preserve"> با شر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عت</w:t>
      </w:r>
      <w:r w:rsidRPr="00593939">
        <w:rPr>
          <w:rFonts w:ascii="Tahoma" w:hAnsi="Tahoma" w:cs="Tahoma"/>
          <w:rtl/>
        </w:rPr>
        <w:t xml:space="preserve"> نظر دهد و از نزد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ک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به شاه برا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گسترش نفوذ دستگاه د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ن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اس</w:t>
      </w:r>
      <w:r w:rsidRPr="00593939">
        <w:rPr>
          <w:rFonts w:ascii="Tahoma" w:hAnsi="Tahoma" w:cs="Tahoma" w:hint="eastAsia"/>
          <w:rtl/>
        </w:rPr>
        <w:t>تفاده</w:t>
      </w:r>
      <w:r w:rsidRPr="00593939">
        <w:rPr>
          <w:rFonts w:ascii="Tahoma" w:hAnsi="Tahoma" w:cs="Tahoma"/>
          <w:rtl/>
        </w:rPr>
        <w:t xml:space="preserve"> کند.</w:t>
      </w:r>
    </w:p>
    <w:p w:rsidR="00593939" w:rsidRPr="00593939" w:rsidRDefault="00593939" w:rsidP="00593939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93939">
        <w:rPr>
          <w:rFonts w:ascii="Tahoma" w:hAnsi="Tahoma" w:cs="Tahoma" w:hint="eastAsia"/>
          <w:rtl/>
        </w:rPr>
        <w:t>هم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ن</w:t>
      </w:r>
      <w:r w:rsidRPr="00593939">
        <w:rPr>
          <w:rFonts w:ascii="Tahoma" w:hAnsi="Tahoma" w:cs="Tahoma"/>
          <w:rtl/>
        </w:rPr>
        <w:t xml:space="preserve"> تفاوت نشان م</w:t>
      </w:r>
      <w:r w:rsidRPr="00593939">
        <w:rPr>
          <w:rFonts w:ascii="Tahoma" w:hAnsi="Tahoma" w:cs="Tahoma" w:hint="cs"/>
          <w:rtl/>
        </w:rPr>
        <w:t>ی‌</w:t>
      </w:r>
      <w:r w:rsidRPr="00593939">
        <w:rPr>
          <w:rFonts w:ascii="Tahoma" w:hAnsi="Tahoma" w:cs="Tahoma" w:hint="eastAsia"/>
          <w:rtl/>
        </w:rPr>
        <w:t>دهد</w:t>
      </w:r>
      <w:r w:rsidRPr="00593939">
        <w:rPr>
          <w:rFonts w:ascii="Tahoma" w:hAnsi="Tahoma" w:cs="Tahoma"/>
          <w:rtl/>
        </w:rPr>
        <w:t xml:space="preserve"> که قدرت عمامه چه صورت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داشت. د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نکاران</w:t>
      </w:r>
      <w:r w:rsidRPr="00593939">
        <w:rPr>
          <w:rFonts w:ascii="Tahoma" w:hAnsi="Tahoma" w:cs="Tahoma"/>
          <w:rtl/>
        </w:rPr>
        <w:t xml:space="preserve"> حکومت را مستق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ماً</w:t>
      </w:r>
      <w:r w:rsidRPr="00593939">
        <w:rPr>
          <w:rFonts w:ascii="Tahoma" w:hAnsi="Tahoma" w:cs="Tahoma"/>
          <w:rtl/>
        </w:rPr>
        <w:t xml:space="preserve"> اداره نم</w:t>
      </w:r>
      <w:r w:rsidRPr="00593939">
        <w:rPr>
          <w:rFonts w:ascii="Tahoma" w:hAnsi="Tahoma" w:cs="Tahoma" w:hint="cs"/>
          <w:rtl/>
        </w:rPr>
        <w:t>ی‌</w:t>
      </w:r>
      <w:r w:rsidRPr="00593939">
        <w:rPr>
          <w:rFonts w:ascii="Tahoma" w:hAnsi="Tahoma" w:cs="Tahoma" w:hint="eastAsia"/>
          <w:rtl/>
        </w:rPr>
        <w:t>کردند،</w:t>
      </w:r>
      <w:r w:rsidRPr="00593939">
        <w:rPr>
          <w:rFonts w:ascii="Tahoma" w:hAnsi="Tahoma" w:cs="Tahoma"/>
          <w:rtl/>
        </w:rPr>
        <w:t xml:space="preserve"> اما م</w:t>
      </w:r>
      <w:r w:rsidRPr="00593939">
        <w:rPr>
          <w:rFonts w:ascii="Tahoma" w:hAnsi="Tahoma" w:cs="Tahoma" w:hint="cs"/>
          <w:rtl/>
        </w:rPr>
        <w:t>ی‌</w:t>
      </w:r>
      <w:r w:rsidRPr="00593939">
        <w:rPr>
          <w:rFonts w:ascii="Tahoma" w:hAnsi="Tahoma" w:cs="Tahoma" w:hint="eastAsia"/>
          <w:rtl/>
        </w:rPr>
        <w:t>توانستند</w:t>
      </w:r>
      <w:r w:rsidRPr="00593939">
        <w:rPr>
          <w:rFonts w:ascii="Tahoma" w:hAnsi="Tahoma" w:cs="Tahoma"/>
          <w:rtl/>
        </w:rPr>
        <w:t xml:space="preserve"> زبان حق و باطل، حلال و حرام و فرمان‌بردار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و گناه را در اخت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ار</w:t>
      </w:r>
      <w:r w:rsidRPr="00593939">
        <w:rPr>
          <w:rFonts w:ascii="Tahoma" w:hAnsi="Tahoma" w:cs="Tahoma"/>
          <w:rtl/>
        </w:rPr>
        <w:t xml:space="preserve"> دربار قرار دهند. شاه برا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تصم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م‌ها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مذهب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و گاه اجتماع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به آنان ن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از</w:t>
      </w:r>
      <w:r w:rsidRPr="00593939">
        <w:rPr>
          <w:rFonts w:ascii="Tahoma" w:hAnsi="Tahoma" w:cs="Tahoma"/>
          <w:rtl/>
        </w:rPr>
        <w:t xml:space="preserve"> داشت و تأ</w:t>
      </w:r>
      <w:r w:rsidRPr="00593939">
        <w:rPr>
          <w:rFonts w:ascii="Tahoma" w:hAnsi="Tahoma" w:cs="Tahoma" w:hint="cs"/>
          <w:rtl/>
        </w:rPr>
        <w:t>یی</w:t>
      </w:r>
      <w:r w:rsidRPr="00593939">
        <w:rPr>
          <w:rFonts w:ascii="Tahoma" w:hAnsi="Tahoma" w:cs="Tahoma" w:hint="eastAsia"/>
          <w:rtl/>
        </w:rPr>
        <w:t>دشان</w:t>
      </w:r>
      <w:r w:rsidRPr="00593939">
        <w:rPr>
          <w:rFonts w:ascii="Tahoma" w:hAnsi="Tahoma" w:cs="Tahoma"/>
          <w:rtl/>
        </w:rPr>
        <w:t xml:space="preserve"> م</w:t>
      </w:r>
      <w:r w:rsidRPr="00593939">
        <w:rPr>
          <w:rFonts w:ascii="Tahoma" w:hAnsi="Tahoma" w:cs="Tahoma" w:hint="cs"/>
          <w:rtl/>
        </w:rPr>
        <w:t>ی‌</w:t>
      </w:r>
      <w:r w:rsidRPr="00593939">
        <w:rPr>
          <w:rFonts w:ascii="Tahoma" w:hAnsi="Tahoma" w:cs="Tahoma" w:hint="eastAsia"/>
          <w:rtl/>
        </w:rPr>
        <w:t>توانست</w:t>
      </w:r>
      <w:r w:rsidRPr="00593939">
        <w:rPr>
          <w:rFonts w:ascii="Tahoma" w:hAnsi="Tahoma" w:cs="Tahoma"/>
          <w:rtl/>
        </w:rPr>
        <w:t xml:space="preserve"> رفتار حکومت را در چشم مؤمنان موجه سازد.</w:t>
      </w:r>
    </w:p>
    <w:p w:rsidR="00593939" w:rsidRPr="00593939" w:rsidRDefault="00593939" w:rsidP="00593939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93939">
        <w:rPr>
          <w:rFonts w:ascii="Tahoma" w:hAnsi="Tahoma" w:cs="Tahoma" w:hint="eastAsia"/>
          <w:rtl/>
        </w:rPr>
        <w:t>محمدباقر</w:t>
      </w:r>
      <w:r w:rsidRPr="00593939">
        <w:rPr>
          <w:rFonts w:ascii="Tahoma" w:hAnsi="Tahoma" w:cs="Tahoma"/>
          <w:rtl/>
        </w:rPr>
        <w:t xml:space="preserve"> مجلس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نما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ندهٔ</w:t>
      </w:r>
      <w:r w:rsidRPr="00593939">
        <w:rPr>
          <w:rFonts w:ascii="Tahoma" w:hAnsi="Tahoma" w:cs="Tahoma"/>
          <w:rtl/>
        </w:rPr>
        <w:t xml:space="preserve"> کامل همهٔ د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نکاران</w:t>
      </w:r>
      <w:r w:rsidRPr="00593939">
        <w:rPr>
          <w:rFonts w:ascii="Tahoma" w:hAnsi="Tahoma" w:cs="Tahoma"/>
          <w:rtl/>
        </w:rPr>
        <w:t xml:space="preserve"> نبود، اما نفوذش جهت غالب دربار را نشان م</w:t>
      </w:r>
      <w:r w:rsidRPr="00593939">
        <w:rPr>
          <w:rFonts w:ascii="Tahoma" w:hAnsi="Tahoma" w:cs="Tahoma" w:hint="cs"/>
          <w:rtl/>
        </w:rPr>
        <w:t>ی‌</w:t>
      </w:r>
      <w:r w:rsidRPr="00593939">
        <w:rPr>
          <w:rFonts w:ascii="Tahoma" w:hAnsi="Tahoma" w:cs="Tahoma" w:hint="eastAsia"/>
          <w:rtl/>
        </w:rPr>
        <w:t>داد</w:t>
      </w:r>
      <w:r w:rsidRPr="00593939">
        <w:rPr>
          <w:rFonts w:ascii="Tahoma" w:hAnsi="Tahoma" w:cs="Tahoma"/>
          <w:rtl/>
        </w:rPr>
        <w:t>. او تش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ع</w:t>
      </w:r>
      <w:r w:rsidRPr="00593939">
        <w:rPr>
          <w:rFonts w:ascii="Tahoma" w:hAnsi="Tahoma" w:cs="Tahoma"/>
          <w:rtl/>
        </w:rPr>
        <w:t xml:space="preserve"> دوازده‌امام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را فقط موضوع بحث‌ها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مدرسه‌ا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نم</w:t>
      </w:r>
      <w:r w:rsidRPr="00593939">
        <w:rPr>
          <w:rFonts w:ascii="Tahoma" w:hAnsi="Tahoma" w:cs="Tahoma" w:hint="cs"/>
          <w:rtl/>
        </w:rPr>
        <w:t>ی‌</w:t>
      </w:r>
      <w:r w:rsidRPr="00593939">
        <w:rPr>
          <w:rFonts w:ascii="Tahoma" w:hAnsi="Tahoma" w:cs="Tahoma" w:hint="eastAsia"/>
          <w:rtl/>
        </w:rPr>
        <w:t>دانست؛</w:t>
      </w:r>
      <w:r w:rsidRPr="00593939">
        <w:rPr>
          <w:rFonts w:ascii="Tahoma" w:hAnsi="Tahoma" w:cs="Tahoma"/>
          <w:rtl/>
        </w:rPr>
        <w:t xml:space="preserve"> م</w:t>
      </w:r>
      <w:r w:rsidRPr="00593939">
        <w:rPr>
          <w:rFonts w:ascii="Tahoma" w:hAnsi="Tahoma" w:cs="Tahoma" w:hint="cs"/>
          <w:rtl/>
        </w:rPr>
        <w:t>ی‌</w:t>
      </w:r>
      <w:r w:rsidRPr="00593939">
        <w:rPr>
          <w:rFonts w:ascii="Tahoma" w:hAnsi="Tahoma" w:cs="Tahoma" w:hint="eastAsia"/>
          <w:rtl/>
        </w:rPr>
        <w:t>خواست</w:t>
      </w:r>
      <w:r w:rsidRPr="00593939">
        <w:rPr>
          <w:rFonts w:ascii="Tahoma" w:hAnsi="Tahoma" w:cs="Tahoma"/>
          <w:rtl/>
        </w:rPr>
        <w:t xml:space="preserve"> آموزه‌ها و احکام آن در زندگ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روزانهٔ مردم اجرا شوند. آثار فارس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او ن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ز</w:t>
      </w:r>
      <w:r w:rsidRPr="00593939">
        <w:rPr>
          <w:rFonts w:ascii="Tahoma" w:hAnsi="Tahoma" w:cs="Tahoma"/>
          <w:rtl/>
        </w:rPr>
        <w:t xml:space="preserve"> به هم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ن</w:t>
      </w:r>
      <w:r w:rsidRPr="00593939">
        <w:rPr>
          <w:rFonts w:ascii="Tahoma" w:hAnsi="Tahoma" w:cs="Tahoma"/>
          <w:rtl/>
        </w:rPr>
        <w:t xml:space="preserve"> هدف کمک م</w:t>
      </w:r>
      <w:r w:rsidRPr="00593939">
        <w:rPr>
          <w:rFonts w:ascii="Tahoma" w:hAnsi="Tahoma" w:cs="Tahoma" w:hint="cs"/>
          <w:rtl/>
        </w:rPr>
        <w:t>ی‌</w:t>
      </w:r>
      <w:r w:rsidRPr="00593939">
        <w:rPr>
          <w:rFonts w:ascii="Tahoma" w:hAnsi="Tahoma" w:cs="Tahoma" w:hint="eastAsia"/>
          <w:rtl/>
        </w:rPr>
        <w:t>کردند</w:t>
      </w:r>
      <w:r w:rsidRPr="00593939">
        <w:rPr>
          <w:rFonts w:ascii="Tahoma" w:hAnsi="Tahoma" w:cs="Tahoma"/>
          <w:rtl/>
        </w:rPr>
        <w:t xml:space="preserve"> و دانش مذهب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را از حلقهٔ محدود عالمان به گروه‌ها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گسترده‌تر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م</w:t>
      </w:r>
      <w:r w:rsidRPr="00593939">
        <w:rPr>
          <w:rFonts w:ascii="Tahoma" w:hAnsi="Tahoma" w:cs="Tahoma" w:hint="cs"/>
          <w:rtl/>
        </w:rPr>
        <w:t>ی‌</w:t>
      </w:r>
      <w:r w:rsidRPr="00593939">
        <w:rPr>
          <w:rFonts w:ascii="Tahoma" w:hAnsi="Tahoma" w:cs="Tahoma" w:hint="eastAsia"/>
          <w:rtl/>
        </w:rPr>
        <w:t>رساندند</w:t>
      </w:r>
      <w:r w:rsidRPr="00593939">
        <w:rPr>
          <w:rFonts w:ascii="Tahoma" w:hAnsi="Tahoma" w:cs="Tahoma"/>
          <w:rtl/>
        </w:rPr>
        <w:t>.</w:t>
      </w:r>
    </w:p>
    <w:p w:rsidR="00593939" w:rsidRPr="00593939" w:rsidRDefault="00593939" w:rsidP="00593939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93939">
        <w:rPr>
          <w:rFonts w:ascii="Tahoma" w:hAnsi="Tahoma" w:cs="Tahoma" w:hint="eastAsia"/>
          <w:rtl/>
        </w:rPr>
        <w:t>ا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ن</w:t>
      </w:r>
      <w:r w:rsidRPr="00593939">
        <w:rPr>
          <w:rFonts w:ascii="Tahoma" w:hAnsi="Tahoma" w:cs="Tahoma"/>
          <w:rtl/>
        </w:rPr>
        <w:t xml:space="preserve"> گسترش از نظر فرهنگ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و مذهب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اثر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پا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دار</w:t>
      </w:r>
      <w:r w:rsidRPr="00593939">
        <w:rPr>
          <w:rFonts w:ascii="Tahoma" w:hAnsi="Tahoma" w:cs="Tahoma"/>
          <w:rtl/>
        </w:rPr>
        <w:t xml:space="preserve"> داشت. بخش مهم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از باورها، آ</w:t>
      </w:r>
      <w:r w:rsidRPr="00593939">
        <w:rPr>
          <w:rFonts w:ascii="Tahoma" w:hAnsi="Tahoma" w:cs="Tahoma" w:hint="cs"/>
          <w:rtl/>
        </w:rPr>
        <w:t>یی</w:t>
      </w:r>
      <w:r w:rsidRPr="00593939">
        <w:rPr>
          <w:rFonts w:ascii="Tahoma" w:hAnsi="Tahoma" w:cs="Tahoma" w:hint="eastAsia"/>
          <w:rtl/>
        </w:rPr>
        <w:t>ن‌ها،</w:t>
      </w:r>
      <w:r w:rsidRPr="00593939">
        <w:rPr>
          <w:rFonts w:ascii="Tahoma" w:hAnsi="Tahoma" w:cs="Tahoma"/>
          <w:rtl/>
        </w:rPr>
        <w:t xml:space="preserve"> دعاها و روا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ت‌ها</w:t>
      </w:r>
      <w:r w:rsidRPr="00593939">
        <w:rPr>
          <w:rFonts w:ascii="Tahoma" w:hAnsi="Tahoma" w:cs="Tahoma" w:hint="cs"/>
          <w:rtl/>
        </w:rPr>
        <w:t>یی</w:t>
      </w:r>
      <w:r w:rsidRPr="00593939">
        <w:rPr>
          <w:rFonts w:ascii="Tahoma" w:hAnsi="Tahoma" w:cs="Tahoma"/>
          <w:rtl/>
        </w:rPr>
        <w:t xml:space="preserve"> که در جامعهٔ ش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ع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ا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ران</w:t>
      </w:r>
      <w:r w:rsidRPr="00593939">
        <w:rPr>
          <w:rFonts w:ascii="Tahoma" w:hAnsi="Tahoma" w:cs="Tahoma"/>
          <w:rtl/>
        </w:rPr>
        <w:t xml:space="preserve"> رواج 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افتند</w:t>
      </w:r>
      <w:r w:rsidRPr="00593939">
        <w:rPr>
          <w:rFonts w:ascii="Tahoma" w:hAnsi="Tahoma" w:cs="Tahoma"/>
          <w:rtl/>
        </w:rPr>
        <w:t xml:space="preserve"> از راه هم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ن</w:t>
      </w:r>
      <w:r w:rsidRPr="00593939">
        <w:rPr>
          <w:rFonts w:ascii="Tahoma" w:hAnsi="Tahoma" w:cs="Tahoma"/>
          <w:rtl/>
        </w:rPr>
        <w:t xml:space="preserve"> نوشته‌ها، منبرها و مدارس منتقل شدند. مذهب رسم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د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گر</w:t>
      </w:r>
      <w:r w:rsidRPr="00593939">
        <w:rPr>
          <w:rFonts w:ascii="Tahoma" w:hAnsi="Tahoma" w:cs="Tahoma"/>
          <w:rtl/>
        </w:rPr>
        <w:t xml:space="preserve"> فقط نشان دولت صفو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نبود؛ در زبان، خانواده، مناسبت‌ها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سالا</w:t>
      </w:r>
      <w:r w:rsidRPr="00593939">
        <w:rPr>
          <w:rFonts w:ascii="Tahoma" w:hAnsi="Tahoma" w:cs="Tahoma" w:hint="eastAsia"/>
          <w:rtl/>
        </w:rPr>
        <w:t>نه</w:t>
      </w:r>
      <w:r w:rsidRPr="00593939">
        <w:rPr>
          <w:rFonts w:ascii="Tahoma" w:hAnsi="Tahoma" w:cs="Tahoma"/>
          <w:rtl/>
        </w:rPr>
        <w:t xml:space="preserve"> و تصور مردم از مرگ، ثواب، گناه و زندگ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پس از مرگ جا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گرفته بود.</w:t>
      </w:r>
    </w:p>
    <w:p w:rsidR="00593939" w:rsidRPr="00593939" w:rsidRDefault="00593939" w:rsidP="00593939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93939">
        <w:rPr>
          <w:rFonts w:ascii="Tahoma" w:hAnsi="Tahoma" w:cs="Tahoma" w:hint="eastAsia"/>
          <w:rtl/>
        </w:rPr>
        <w:t>اما</w:t>
      </w:r>
      <w:r w:rsidRPr="00593939">
        <w:rPr>
          <w:rFonts w:ascii="Tahoma" w:hAnsi="Tahoma" w:cs="Tahoma"/>
          <w:rtl/>
        </w:rPr>
        <w:t xml:space="preserve"> هنگام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که هم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ن</w:t>
      </w:r>
      <w:r w:rsidRPr="00593939">
        <w:rPr>
          <w:rFonts w:ascii="Tahoma" w:hAnsi="Tahoma" w:cs="Tahoma"/>
          <w:rtl/>
        </w:rPr>
        <w:t xml:space="preserve"> برنامه با ن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رو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حکومت همراه م</w:t>
      </w:r>
      <w:r w:rsidRPr="00593939">
        <w:rPr>
          <w:rFonts w:ascii="Tahoma" w:hAnsi="Tahoma" w:cs="Tahoma" w:hint="cs"/>
          <w:rtl/>
        </w:rPr>
        <w:t>ی‌</w:t>
      </w:r>
      <w:r w:rsidRPr="00593939">
        <w:rPr>
          <w:rFonts w:ascii="Tahoma" w:hAnsi="Tahoma" w:cs="Tahoma" w:hint="eastAsia"/>
          <w:rtl/>
        </w:rPr>
        <w:t>شد،</w:t>
      </w:r>
      <w:r w:rsidRPr="00593939">
        <w:rPr>
          <w:rFonts w:ascii="Tahoma" w:hAnsi="Tahoma" w:cs="Tahoma"/>
          <w:rtl/>
        </w:rPr>
        <w:t xml:space="preserve"> از آموزش به اجبار نزد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ک</w:t>
      </w:r>
      <w:r w:rsidRPr="00593939">
        <w:rPr>
          <w:rFonts w:ascii="Tahoma" w:hAnsi="Tahoma" w:cs="Tahoma"/>
          <w:rtl/>
        </w:rPr>
        <w:t xml:space="preserve"> م</w:t>
      </w:r>
      <w:r w:rsidRPr="00593939">
        <w:rPr>
          <w:rFonts w:ascii="Tahoma" w:hAnsi="Tahoma" w:cs="Tahoma" w:hint="cs"/>
          <w:rtl/>
        </w:rPr>
        <w:t>ی‌</w:t>
      </w:r>
      <w:r w:rsidRPr="00593939">
        <w:rPr>
          <w:rFonts w:ascii="Tahoma" w:hAnsi="Tahoma" w:cs="Tahoma" w:hint="eastAsia"/>
          <w:rtl/>
        </w:rPr>
        <w:t>گرد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د</w:t>
      </w:r>
      <w:r w:rsidRPr="00593939">
        <w:rPr>
          <w:rFonts w:ascii="Tahoma" w:hAnsi="Tahoma" w:cs="Tahoma"/>
          <w:rtl/>
        </w:rPr>
        <w:t>. فق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ه</w:t>
      </w:r>
      <w:r w:rsidRPr="00593939">
        <w:rPr>
          <w:rFonts w:ascii="Tahoma" w:hAnsi="Tahoma" w:cs="Tahoma"/>
          <w:rtl/>
        </w:rPr>
        <w:t xml:space="preserve"> م</w:t>
      </w:r>
      <w:r w:rsidRPr="00593939">
        <w:rPr>
          <w:rFonts w:ascii="Tahoma" w:hAnsi="Tahoma" w:cs="Tahoma" w:hint="cs"/>
          <w:rtl/>
        </w:rPr>
        <w:t>ی‌</w:t>
      </w:r>
      <w:r w:rsidRPr="00593939">
        <w:rPr>
          <w:rFonts w:ascii="Tahoma" w:hAnsi="Tahoma" w:cs="Tahoma" w:hint="eastAsia"/>
          <w:rtl/>
        </w:rPr>
        <w:t>توانست</w:t>
      </w:r>
      <w:r w:rsidRPr="00593939">
        <w:rPr>
          <w:rFonts w:ascii="Tahoma" w:hAnsi="Tahoma" w:cs="Tahoma"/>
          <w:rtl/>
        </w:rPr>
        <w:t xml:space="preserve"> رفتار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را گناه بداند و شاه م</w:t>
      </w:r>
      <w:r w:rsidRPr="00593939">
        <w:rPr>
          <w:rFonts w:ascii="Tahoma" w:hAnsi="Tahoma" w:cs="Tahoma" w:hint="cs"/>
          <w:rtl/>
        </w:rPr>
        <w:t>ی‌</w:t>
      </w:r>
      <w:r w:rsidRPr="00593939">
        <w:rPr>
          <w:rFonts w:ascii="Tahoma" w:hAnsi="Tahoma" w:cs="Tahoma" w:hint="eastAsia"/>
          <w:rtl/>
        </w:rPr>
        <w:t>توانست</w:t>
      </w:r>
      <w:r w:rsidRPr="00593939">
        <w:rPr>
          <w:rFonts w:ascii="Tahoma" w:hAnsi="Tahoma" w:cs="Tahoma"/>
          <w:rtl/>
        </w:rPr>
        <w:t xml:space="preserve"> مأموران را برا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جلوگ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ر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از آن بس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ج</w:t>
      </w:r>
      <w:r w:rsidRPr="00593939">
        <w:rPr>
          <w:rFonts w:ascii="Tahoma" w:hAnsi="Tahoma" w:cs="Tahoma"/>
          <w:rtl/>
        </w:rPr>
        <w:t xml:space="preserve"> کند. مرز م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ان</w:t>
      </w:r>
      <w:r w:rsidRPr="00593939">
        <w:rPr>
          <w:rFonts w:ascii="Tahoma" w:hAnsi="Tahoma" w:cs="Tahoma"/>
          <w:rtl/>
        </w:rPr>
        <w:t xml:space="preserve"> هدا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ت</w:t>
      </w:r>
      <w:r w:rsidRPr="00593939">
        <w:rPr>
          <w:rFonts w:ascii="Tahoma" w:hAnsi="Tahoma" w:cs="Tahoma"/>
          <w:rtl/>
        </w:rPr>
        <w:t xml:space="preserve"> مذهب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و دخالت حکومت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در زندگ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مردم کم‌رنگ‌تر م</w:t>
      </w:r>
      <w:r w:rsidRPr="00593939">
        <w:rPr>
          <w:rFonts w:ascii="Tahoma" w:hAnsi="Tahoma" w:cs="Tahoma" w:hint="cs"/>
          <w:rtl/>
        </w:rPr>
        <w:t>ی‌</w:t>
      </w:r>
      <w:r w:rsidRPr="00593939">
        <w:rPr>
          <w:rFonts w:ascii="Tahoma" w:hAnsi="Tahoma" w:cs="Tahoma" w:hint="eastAsia"/>
          <w:rtl/>
        </w:rPr>
        <w:t>شد</w:t>
      </w:r>
      <w:r w:rsidRPr="00593939">
        <w:rPr>
          <w:rFonts w:ascii="Tahoma" w:hAnsi="Tahoma" w:cs="Tahoma"/>
          <w:rtl/>
        </w:rPr>
        <w:t>.</w:t>
      </w:r>
    </w:p>
    <w:p w:rsidR="00593939" w:rsidRPr="00593939" w:rsidRDefault="00593939" w:rsidP="00593939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93939">
        <w:rPr>
          <w:rFonts w:ascii="Tahoma" w:hAnsi="Tahoma" w:cs="Tahoma" w:hint="eastAsia"/>
          <w:rtl/>
        </w:rPr>
        <w:t>در</w:t>
      </w:r>
      <w:r w:rsidRPr="00593939">
        <w:rPr>
          <w:rFonts w:ascii="Tahoma" w:hAnsi="Tahoma" w:cs="Tahoma"/>
          <w:rtl/>
        </w:rPr>
        <w:t xml:space="preserve"> آغاز سلطنت سلطان حس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ن</w:t>
      </w:r>
      <w:r w:rsidRPr="00593939">
        <w:rPr>
          <w:rFonts w:ascii="Tahoma" w:hAnsi="Tahoma" w:cs="Tahoma"/>
          <w:rtl/>
        </w:rPr>
        <w:t xml:space="preserve"> فرمان‌ها</w:t>
      </w:r>
      <w:r w:rsidRPr="00593939">
        <w:rPr>
          <w:rFonts w:ascii="Tahoma" w:hAnsi="Tahoma" w:cs="Tahoma" w:hint="cs"/>
          <w:rtl/>
        </w:rPr>
        <w:t>یی</w:t>
      </w:r>
      <w:r w:rsidRPr="00593939">
        <w:rPr>
          <w:rFonts w:ascii="Tahoma" w:hAnsi="Tahoma" w:cs="Tahoma"/>
          <w:rtl/>
        </w:rPr>
        <w:t xml:space="preserve"> برا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محدودکردن شراب، قمار، برخ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سرگرم</w:t>
      </w:r>
      <w:r w:rsidRPr="00593939">
        <w:rPr>
          <w:rFonts w:ascii="Tahoma" w:hAnsi="Tahoma" w:cs="Tahoma" w:hint="cs"/>
          <w:rtl/>
        </w:rPr>
        <w:t>ی‌</w:t>
      </w:r>
      <w:r w:rsidRPr="00593939">
        <w:rPr>
          <w:rFonts w:ascii="Tahoma" w:hAnsi="Tahoma" w:cs="Tahoma" w:hint="eastAsia"/>
          <w:rtl/>
        </w:rPr>
        <w:t>ها</w:t>
      </w:r>
      <w:r w:rsidRPr="00593939">
        <w:rPr>
          <w:rFonts w:ascii="Tahoma" w:hAnsi="Tahoma" w:cs="Tahoma"/>
          <w:rtl/>
        </w:rPr>
        <w:t xml:space="preserve"> و رفتارها</w:t>
      </w:r>
      <w:r w:rsidRPr="00593939">
        <w:rPr>
          <w:rFonts w:ascii="Tahoma" w:hAnsi="Tahoma" w:cs="Tahoma" w:hint="cs"/>
          <w:rtl/>
        </w:rPr>
        <w:t>یی</w:t>
      </w:r>
      <w:r w:rsidRPr="00593939">
        <w:rPr>
          <w:rFonts w:ascii="Tahoma" w:hAnsi="Tahoma" w:cs="Tahoma"/>
          <w:rtl/>
        </w:rPr>
        <w:t xml:space="preserve"> که خلاف شر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عت</w:t>
      </w:r>
      <w:r w:rsidRPr="00593939">
        <w:rPr>
          <w:rFonts w:ascii="Tahoma" w:hAnsi="Tahoma" w:cs="Tahoma"/>
          <w:rtl/>
        </w:rPr>
        <w:t xml:space="preserve"> شناخته م</w:t>
      </w:r>
      <w:r w:rsidRPr="00593939">
        <w:rPr>
          <w:rFonts w:ascii="Tahoma" w:hAnsi="Tahoma" w:cs="Tahoma" w:hint="cs"/>
          <w:rtl/>
        </w:rPr>
        <w:t>ی‌</w:t>
      </w:r>
      <w:r w:rsidRPr="00593939">
        <w:rPr>
          <w:rFonts w:ascii="Tahoma" w:hAnsi="Tahoma" w:cs="Tahoma" w:hint="eastAsia"/>
          <w:rtl/>
        </w:rPr>
        <w:t>شدند</w:t>
      </w:r>
      <w:r w:rsidRPr="00593939">
        <w:rPr>
          <w:rFonts w:ascii="Tahoma" w:hAnsi="Tahoma" w:cs="Tahoma"/>
          <w:rtl/>
        </w:rPr>
        <w:t xml:space="preserve"> صادر شد. هدف رسم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پاک‌کردن جامعه و دربار از فساد بود. اما اجرا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فرمان به مأموران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سپرده م</w:t>
      </w:r>
      <w:r w:rsidRPr="00593939">
        <w:rPr>
          <w:rFonts w:ascii="Tahoma" w:hAnsi="Tahoma" w:cs="Tahoma" w:hint="cs"/>
          <w:rtl/>
        </w:rPr>
        <w:t>ی‌</w:t>
      </w:r>
      <w:r w:rsidRPr="00593939">
        <w:rPr>
          <w:rFonts w:ascii="Tahoma" w:hAnsi="Tahoma" w:cs="Tahoma" w:hint="eastAsia"/>
          <w:rtl/>
        </w:rPr>
        <w:t>شد</w:t>
      </w:r>
      <w:r w:rsidRPr="00593939">
        <w:rPr>
          <w:rFonts w:ascii="Tahoma" w:hAnsi="Tahoma" w:cs="Tahoma"/>
          <w:rtl/>
        </w:rPr>
        <w:t xml:space="preserve"> که خود بخش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از دستگاه گرفتار رشوه و رابطه ب</w:t>
      </w:r>
      <w:r w:rsidRPr="00593939">
        <w:rPr>
          <w:rFonts w:ascii="Tahoma" w:hAnsi="Tahoma" w:cs="Tahoma" w:hint="eastAsia"/>
          <w:rtl/>
        </w:rPr>
        <w:t>ودند</w:t>
      </w:r>
      <w:r w:rsidRPr="00593939">
        <w:rPr>
          <w:rFonts w:ascii="Tahoma" w:hAnsi="Tahoma" w:cs="Tahoma"/>
          <w:rtl/>
        </w:rPr>
        <w:t>.</w:t>
      </w:r>
    </w:p>
    <w:p w:rsidR="00593939" w:rsidRPr="00593939" w:rsidRDefault="00593939" w:rsidP="00593939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93939">
        <w:rPr>
          <w:rFonts w:ascii="Tahoma" w:hAnsi="Tahoma" w:cs="Tahoma" w:hint="eastAsia"/>
          <w:rtl/>
        </w:rPr>
        <w:t>مأمور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که اخت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ار</w:t>
      </w:r>
      <w:r w:rsidRPr="00593939">
        <w:rPr>
          <w:rFonts w:ascii="Tahoma" w:hAnsi="Tahoma" w:cs="Tahoma"/>
          <w:rtl/>
        </w:rPr>
        <w:t xml:space="preserve"> ورود به محل، بازجو</w:t>
      </w:r>
      <w:r w:rsidRPr="00593939">
        <w:rPr>
          <w:rFonts w:ascii="Tahoma" w:hAnsi="Tahoma" w:cs="Tahoma" w:hint="cs"/>
          <w:rtl/>
        </w:rPr>
        <w:t>یی</w:t>
      </w:r>
      <w:r w:rsidRPr="00593939">
        <w:rPr>
          <w:rFonts w:ascii="Tahoma" w:hAnsi="Tahoma" w:cs="Tahoma" w:hint="eastAsia"/>
          <w:rtl/>
        </w:rPr>
        <w:t>،</w:t>
      </w:r>
      <w:r w:rsidRPr="00593939">
        <w:rPr>
          <w:rFonts w:ascii="Tahoma" w:hAnsi="Tahoma" w:cs="Tahoma"/>
          <w:rtl/>
        </w:rPr>
        <w:t xml:space="preserve"> مجازات 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ا</w:t>
      </w:r>
      <w:r w:rsidRPr="00593939">
        <w:rPr>
          <w:rFonts w:ascii="Tahoma" w:hAnsi="Tahoma" w:cs="Tahoma"/>
          <w:rtl/>
        </w:rPr>
        <w:t xml:space="preserve"> بستن دکان را داشت، م</w:t>
      </w:r>
      <w:r w:rsidRPr="00593939">
        <w:rPr>
          <w:rFonts w:ascii="Tahoma" w:hAnsi="Tahoma" w:cs="Tahoma" w:hint="cs"/>
          <w:rtl/>
        </w:rPr>
        <w:t>ی‌</w:t>
      </w:r>
      <w:r w:rsidRPr="00593939">
        <w:rPr>
          <w:rFonts w:ascii="Tahoma" w:hAnsi="Tahoma" w:cs="Tahoma" w:hint="eastAsia"/>
          <w:rtl/>
        </w:rPr>
        <w:t>توانست</w:t>
      </w:r>
      <w:r w:rsidRPr="00593939">
        <w:rPr>
          <w:rFonts w:ascii="Tahoma" w:hAnsi="Tahoma" w:cs="Tahoma"/>
          <w:rtl/>
        </w:rPr>
        <w:t xml:space="preserve"> از هم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ن</w:t>
      </w:r>
      <w:r w:rsidRPr="00593939">
        <w:rPr>
          <w:rFonts w:ascii="Tahoma" w:hAnsi="Tahoma" w:cs="Tahoma"/>
          <w:rtl/>
        </w:rPr>
        <w:t xml:space="preserve"> اخت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ار</w:t>
      </w:r>
      <w:r w:rsidRPr="00593939">
        <w:rPr>
          <w:rFonts w:ascii="Tahoma" w:hAnsi="Tahoma" w:cs="Tahoma"/>
          <w:rtl/>
        </w:rPr>
        <w:t xml:space="preserve"> برا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گرفتن پول استفاده کند. ممنوع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ت</w:t>
      </w:r>
      <w:r w:rsidRPr="00593939">
        <w:rPr>
          <w:rFonts w:ascii="Tahoma" w:hAnsi="Tahoma" w:cs="Tahoma"/>
          <w:rtl/>
        </w:rPr>
        <w:t xml:space="preserve"> رسم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هم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شه</w:t>
      </w:r>
      <w:r w:rsidRPr="00593939">
        <w:rPr>
          <w:rFonts w:ascii="Tahoma" w:hAnsi="Tahoma" w:cs="Tahoma"/>
          <w:rtl/>
        </w:rPr>
        <w:t xml:space="preserve"> رفتار ممنوع را از م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ان</w:t>
      </w:r>
      <w:r w:rsidRPr="00593939">
        <w:rPr>
          <w:rFonts w:ascii="Tahoma" w:hAnsi="Tahoma" w:cs="Tahoma"/>
          <w:rtl/>
        </w:rPr>
        <w:t xml:space="preserve"> نم</w:t>
      </w:r>
      <w:r w:rsidRPr="00593939">
        <w:rPr>
          <w:rFonts w:ascii="Tahoma" w:hAnsi="Tahoma" w:cs="Tahoma" w:hint="cs"/>
          <w:rtl/>
        </w:rPr>
        <w:t>ی‌</w:t>
      </w:r>
      <w:r w:rsidRPr="00593939">
        <w:rPr>
          <w:rFonts w:ascii="Tahoma" w:hAnsi="Tahoma" w:cs="Tahoma" w:hint="eastAsia"/>
          <w:rtl/>
        </w:rPr>
        <w:t>برد؛</w:t>
      </w:r>
      <w:r w:rsidRPr="00593939">
        <w:rPr>
          <w:rFonts w:ascii="Tahoma" w:hAnsi="Tahoma" w:cs="Tahoma"/>
          <w:rtl/>
        </w:rPr>
        <w:t xml:space="preserve"> گاه آن را پنهان</w:t>
      </w:r>
      <w:r w:rsidRPr="00593939">
        <w:rPr>
          <w:rFonts w:ascii="Tahoma" w:hAnsi="Tahoma" w:cs="Tahoma" w:hint="cs"/>
          <w:rtl/>
        </w:rPr>
        <w:t>ی‌</w:t>
      </w:r>
      <w:r w:rsidRPr="00593939">
        <w:rPr>
          <w:rFonts w:ascii="Tahoma" w:hAnsi="Tahoma" w:cs="Tahoma" w:hint="eastAsia"/>
          <w:rtl/>
        </w:rPr>
        <w:t>تر</w:t>
      </w:r>
      <w:r w:rsidRPr="00593939">
        <w:rPr>
          <w:rFonts w:ascii="Tahoma" w:hAnsi="Tahoma" w:cs="Tahoma"/>
          <w:rtl/>
        </w:rPr>
        <w:t xml:space="preserve"> و پرهز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نه‌تر</w:t>
      </w:r>
      <w:r w:rsidRPr="00593939">
        <w:rPr>
          <w:rFonts w:ascii="Tahoma" w:hAnsi="Tahoma" w:cs="Tahoma"/>
          <w:rtl/>
        </w:rPr>
        <w:t xml:space="preserve"> م</w:t>
      </w:r>
      <w:r w:rsidRPr="00593939">
        <w:rPr>
          <w:rFonts w:ascii="Tahoma" w:hAnsi="Tahoma" w:cs="Tahoma" w:hint="cs"/>
          <w:rtl/>
        </w:rPr>
        <w:t>ی‌</w:t>
      </w:r>
      <w:r w:rsidRPr="00593939">
        <w:rPr>
          <w:rFonts w:ascii="Tahoma" w:hAnsi="Tahoma" w:cs="Tahoma" w:hint="eastAsia"/>
          <w:rtl/>
        </w:rPr>
        <w:t>کرد</w:t>
      </w:r>
      <w:r w:rsidRPr="00593939">
        <w:rPr>
          <w:rFonts w:ascii="Tahoma" w:hAnsi="Tahoma" w:cs="Tahoma"/>
          <w:rtl/>
        </w:rPr>
        <w:t xml:space="preserve"> و به مأمور امکان م</w:t>
      </w:r>
      <w:r w:rsidRPr="00593939">
        <w:rPr>
          <w:rFonts w:ascii="Tahoma" w:hAnsi="Tahoma" w:cs="Tahoma" w:hint="cs"/>
          <w:rtl/>
        </w:rPr>
        <w:t>ی‌</w:t>
      </w:r>
      <w:r w:rsidRPr="00593939">
        <w:rPr>
          <w:rFonts w:ascii="Tahoma" w:hAnsi="Tahoma" w:cs="Tahoma" w:hint="eastAsia"/>
          <w:rtl/>
        </w:rPr>
        <w:t>داد</w:t>
      </w:r>
      <w:r w:rsidRPr="00593939">
        <w:rPr>
          <w:rFonts w:ascii="Tahoma" w:hAnsi="Tahoma" w:cs="Tahoma"/>
          <w:rtl/>
        </w:rPr>
        <w:t xml:space="preserve"> در برابر در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افت</w:t>
      </w:r>
      <w:r w:rsidRPr="00593939">
        <w:rPr>
          <w:rFonts w:ascii="Tahoma" w:hAnsi="Tahoma" w:cs="Tahoma"/>
          <w:rtl/>
        </w:rPr>
        <w:t xml:space="preserve"> رشوه چشم بپوشد.</w:t>
      </w:r>
    </w:p>
    <w:p w:rsidR="00593939" w:rsidRPr="00593939" w:rsidRDefault="00593939" w:rsidP="00593939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93939">
        <w:rPr>
          <w:rFonts w:ascii="Tahoma" w:hAnsi="Tahoma" w:cs="Tahoma" w:hint="eastAsia"/>
          <w:rtl/>
        </w:rPr>
        <w:t>حت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دربار ن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ز</w:t>
      </w:r>
      <w:r w:rsidRPr="00593939">
        <w:rPr>
          <w:rFonts w:ascii="Tahoma" w:hAnsi="Tahoma" w:cs="Tahoma"/>
          <w:rtl/>
        </w:rPr>
        <w:t xml:space="preserve"> هم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شه</w:t>
      </w:r>
      <w:r w:rsidRPr="00593939">
        <w:rPr>
          <w:rFonts w:ascii="Tahoma" w:hAnsi="Tahoma" w:cs="Tahoma"/>
          <w:rtl/>
        </w:rPr>
        <w:t xml:space="preserve"> بر همان قواعد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که برا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مردم تع</w:t>
      </w:r>
      <w:r w:rsidRPr="00593939">
        <w:rPr>
          <w:rFonts w:ascii="Tahoma" w:hAnsi="Tahoma" w:cs="Tahoma" w:hint="cs"/>
          <w:rtl/>
        </w:rPr>
        <w:t>یی</w:t>
      </w:r>
      <w:r w:rsidRPr="00593939">
        <w:rPr>
          <w:rFonts w:ascii="Tahoma" w:hAnsi="Tahoma" w:cs="Tahoma" w:hint="eastAsia"/>
          <w:rtl/>
        </w:rPr>
        <w:t>ن</w:t>
      </w:r>
      <w:r w:rsidRPr="00593939">
        <w:rPr>
          <w:rFonts w:ascii="Tahoma" w:hAnsi="Tahoma" w:cs="Tahoma"/>
          <w:rtl/>
        </w:rPr>
        <w:t xml:space="preserve"> م</w:t>
      </w:r>
      <w:r w:rsidRPr="00593939">
        <w:rPr>
          <w:rFonts w:ascii="Tahoma" w:hAnsi="Tahoma" w:cs="Tahoma" w:hint="cs"/>
          <w:rtl/>
        </w:rPr>
        <w:t>ی‌</w:t>
      </w:r>
      <w:r w:rsidRPr="00593939">
        <w:rPr>
          <w:rFonts w:ascii="Tahoma" w:hAnsi="Tahoma" w:cs="Tahoma" w:hint="eastAsia"/>
          <w:rtl/>
        </w:rPr>
        <w:t>کرد</w:t>
      </w:r>
      <w:r w:rsidRPr="00593939">
        <w:rPr>
          <w:rFonts w:ascii="Tahoma" w:hAnsi="Tahoma" w:cs="Tahoma"/>
          <w:rtl/>
        </w:rPr>
        <w:t xml:space="preserve"> پا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دار</w:t>
      </w:r>
      <w:r w:rsidRPr="00593939">
        <w:rPr>
          <w:rFonts w:ascii="Tahoma" w:hAnsi="Tahoma" w:cs="Tahoma"/>
          <w:rtl/>
        </w:rPr>
        <w:t xml:space="preserve"> نم</w:t>
      </w:r>
      <w:r w:rsidRPr="00593939">
        <w:rPr>
          <w:rFonts w:ascii="Tahoma" w:hAnsi="Tahoma" w:cs="Tahoma" w:hint="cs"/>
          <w:rtl/>
        </w:rPr>
        <w:t>ی‌</w:t>
      </w:r>
      <w:r w:rsidRPr="00593939">
        <w:rPr>
          <w:rFonts w:ascii="Tahoma" w:hAnsi="Tahoma" w:cs="Tahoma" w:hint="eastAsia"/>
          <w:rtl/>
        </w:rPr>
        <w:t>ماند</w:t>
      </w:r>
      <w:r w:rsidRPr="00593939">
        <w:rPr>
          <w:rFonts w:ascii="Tahoma" w:hAnsi="Tahoma" w:cs="Tahoma"/>
          <w:rtl/>
        </w:rPr>
        <w:t>. فشار گروه‌ها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دربار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و عادت‌ها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ر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شه‌دار</w:t>
      </w:r>
      <w:r w:rsidRPr="00593939">
        <w:rPr>
          <w:rFonts w:ascii="Tahoma" w:hAnsi="Tahoma" w:cs="Tahoma"/>
          <w:rtl/>
        </w:rPr>
        <w:t xml:space="preserve"> م</w:t>
      </w:r>
      <w:r w:rsidRPr="00593939">
        <w:rPr>
          <w:rFonts w:ascii="Tahoma" w:hAnsi="Tahoma" w:cs="Tahoma" w:hint="cs"/>
          <w:rtl/>
        </w:rPr>
        <w:t>ی‌</w:t>
      </w:r>
      <w:r w:rsidRPr="00593939">
        <w:rPr>
          <w:rFonts w:ascii="Tahoma" w:hAnsi="Tahoma" w:cs="Tahoma" w:hint="eastAsia"/>
          <w:rtl/>
        </w:rPr>
        <w:t>توانست</w:t>
      </w:r>
      <w:r w:rsidRPr="00593939">
        <w:rPr>
          <w:rFonts w:ascii="Tahoma" w:hAnsi="Tahoma" w:cs="Tahoma"/>
          <w:rtl/>
        </w:rPr>
        <w:t xml:space="preserve"> پس از مدت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برخ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ممنوع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ت‌ها</w:t>
      </w:r>
      <w:r w:rsidRPr="00593939">
        <w:rPr>
          <w:rFonts w:ascii="Tahoma" w:hAnsi="Tahoma" w:cs="Tahoma"/>
          <w:rtl/>
        </w:rPr>
        <w:t xml:space="preserve"> را تضع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ف</w:t>
      </w:r>
      <w:r w:rsidRPr="00593939">
        <w:rPr>
          <w:rFonts w:ascii="Tahoma" w:hAnsi="Tahoma" w:cs="Tahoma"/>
          <w:rtl/>
        </w:rPr>
        <w:t xml:space="preserve"> کند. شاه م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ان</w:t>
      </w:r>
      <w:r w:rsidRPr="00593939">
        <w:rPr>
          <w:rFonts w:ascii="Tahoma" w:hAnsi="Tahoma" w:cs="Tahoma"/>
          <w:rtl/>
        </w:rPr>
        <w:t xml:space="preserve"> توص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هٔ</w:t>
      </w:r>
      <w:r w:rsidRPr="00593939">
        <w:rPr>
          <w:rFonts w:ascii="Tahoma" w:hAnsi="Tahoma" w:cs="Tahoma"/>
          <w:rtl/>
        </w:rPr>
        <w:t xml:space="preserve"> د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نکاران</w:t>
      </w:r>
      <w:r w:rsidRPr="00593939">
        <w:rPr>
          <w:rFonts w:ascii="Tahoma" w:hAnsi="Tahoma" w:cs="Tahoma"/>
          <w:rtl/>
        </w:rPr>
        <w:t xml:space="preserve"> و خواست حرم و نزد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کانش</w:t>
      </w:r>
      <w:r w:rsidRPr="00593939">
        <w:rPr>
          <w:rFonts w:ascii="Tahoma" w:hAnsi="Tahoma" w:cs="Tahoma"/>
          <w:rtl/>
        </w:rPr>
        <w:t xml:space="preserve"> قرار م</w:t>
      </w:r>
      <w:r w:rsidRPr="00593939">
        <w:rPr>
          <w:rFonts w:ascii="Tahoma" w:hAnsi="Tahoma" w:cs="Tahoma" w:hint="cs"/>
          <w:rtl/>
        </w:rPr>
        <w:t>ی‌</w:t>
      </w:r>
      <w:r w:rsidRPr="00593939">
        <w:rPr>
          <w:rFonts w:ascii="Tahoma" w:hAnsi="Tahoma" w:cs="Tahoma" w:hint="eastAsia"/>
          <w:rtl/>
        </w:rPr>
        <w:t>گرفت</w:t>
      </w:r>
      <w:r w:rsidRPr="00593939">
        <w:rPr>
          <w:rFonts w:ascii="Tahoma" w:hAnsi="Tahoma" w:cs="Tahoma"/>
          <w:rtl/>
        </w:rPr>
        <w:t xml:space="preserve"> و ضعف تصم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م‌گ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ر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سبب م</w:t>
      </w:r>
      <w:r w:rsidRPr="00593939">
        <w:rPr>
          <w:rFonts w:ascii="Tahoma" w:hAnsi="Tahoma" w:cs="Tahoma" w:hint="cs"/>
          <w:rtl/>
        </w:rPr>
        <w:t>ی‌</w:t>
      </w:r>
      <w:r w:rsidRPr="00593939">
        <w:rPr>
          <w:rFonts w:ascii="Tahoma" w:hAnsi="Tahoma" w:cs="Tahoma" w:hint="eastAsia"/>
          <w:rtl/>
        </w:rPr>
        <w:t>شد</w:t>
      </w:r>
      <w:r w:rsidRPr="00593939">
        <w:rPr>
          <w:rFonts w:ascii="Tahoma" w:hAnsi="Tahoma" w:cs="Tahoma"/>
          <w:rtl/>
        </w:rPr>
        <w:t xml:space="preserve"> س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است‌ها</w:t>
      </w:r>
      <w:r w:rsidRPr="00593939">
        <w:rPr>
          <w:rFonts w:ascii="Tahoma" w:hAnsi="Tahoma" w:cs="Tahoma"/>
          <w:rtl/>
        </w:rPr>
        <w:t xml:space="preserve"> ثبات لازم را نداشته باشند.</w:t>
      </w:r>
    </w:p>
    <w:p w:rsidR="00593939" w:rsidRPr="00593939" w:rsidRDefault="00593939" w:rsidP="00593939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93939">
        <w:rPr>
          <w:rFonts w:ascii="Tahoma" w:hAnsi="Tahoma" w:cs="Tahoma" w:hint="eastAsia"/>
          <w:rtl/>
        </w:rPr>
        <w:t>ا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ن</w:t>
      </w:r>
      <w:r w:rsidRPr="00593939">
        <w:rPr>
          <w:rFonts w:ascii="Tahoma" w:hAnsi="Tahoma" w:cs="Tahoma"/>
          <w:rtl/>
        </w:rPr>
        <w:t xml:space="preserve"> نوسان اقتدار حکومت را کاهش م</w:t>
      </w:r>
      <w:r w:rsidRPr="00593939">
        <w:rPr>
          <w:rFonts w:ascii="Tahoma" w:hAnsi="Tahoma" w:cs="Tahoma" w:hint="cs"/>
          <w:rtl/>
        </w:rPr>
        <w:t>ی‌</w:t>
      </w:r>
      <w:r w:rsidRPr="00593939">
        <w:rPr>
          <w:rFonts w:ascii="Tahoma" w:hAnsi="Tahoma" w:cs="Tahoma" w:hint="eastAsia"/>
          <w:rtl/>
        </w:rPr>
        <w:t>داد</w:t>
      </w:r>
      <w:r w:rsidRPr="00593939">
        <w:rPr>
          <w:rFonts w:ascii="Tahoma" w:hAnsi="Tahoma" w:cs="Tahoma"/>
          <w:rtl/>
        </w:rPr>
        <w:t>. اگر فرمان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با شدت صادر و سپس در عمل فراموش م</w:t>
      </w:r>
      <w:r w:rsidRPr="00593939">
        <w:rPr>
          <w:rFonts w:ascii="Tahoma" w:hAnsi="Tahoma" w:cs="Tahoma" w:hint="cs"/>
          <w:rtl/>
        </w:rPr>
        <w:t>ی‌</w:t>
      </w:r>
      <w:r w:rsidRPr="00593939">
        <w:rPr>
          <w:rFonts w:ascii="Tahoma" w:hAnsi="Tahoma" w:cs="Tahoma" w:hint="eastAsia"/>
          <w:rtl/>
        </w:rPr>
        <w:t>شد،</w:t>
      </w:r>
      <w:r w:rsidRPr="00593939">
        <w:rPr>
          <w:rFonts w:ascii="Tahoma" w:hAnsi="Tahoma" w:cs="Tahoma"/>
          <w:rtl/>
        </w:rPr>
        <w:t xml:space="preserve"> مردم م</w:t>
      </w:r>
      <w:r w:rsidRPr="00593939">
        <w:rPr>
          <w:rFonts w:ascii="Tahoma" w:hAnsi="Tahoma" w:cs="Tahoma" w:hint="cs"/>
          <w:rtl/>
        </w:rPr>
        <w:t>ی‌</w:t>
      </w:r>
      <w:r w:rsidRPr="00593939">
        <w:rPr>
          <w:rFonts w:ascii="Tahoma" w:hAnsi="Tahoma" w:cs="Tahoma" w:hint="eastAsia"/>
          <w:rtl/>
        </w:rPr>
        <w:t>آموختند</w:t>
      </w:r>
      <w:r w:rsidRPr="00593939">
        <w:rPr>
          <w:rFonts w:ascii="Tahoma" w:hAnsi="Tahoma" w:cs="Tahoma"/>
          <w:rtl/>
        </w:rPr>
        <w:t xml:space="preserve"> که قانون نه قاعده‌ا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پا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دار،</w:t>
      </w:r>
      <w:r w:rsidRPr="00593939">
        <w:rPr>
          <w:rFonts w:ascii="Tahoma" w:hAnsi="Tahoma" w:cs="Tahoma"/>
          <w:rtl/>
        </w:rPr>
        <w:t xml:space="preserve"> بلکه نت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جهٔ</w:t>
      </w:r>
      <w:r w:rsidRPr="00593939">
        <w:rPr>
          <w:rFonts w:ascii="Tahoma" w:hAnsi="Tahoma" w:cs="Tahoma"/>
          <w:rtl/>
        </w:rPr>
        <w:t xml:space="preserve"> نفوذ موقت 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ک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از گروه‌ها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دربار است. آنچه امروز حرام و مجازات‌پذ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ر</w:t>
      </w:r>
      <w:r w:rsidRPr="00593939">
        <w:rPr>
          <w:rFonts w:ascii="Tahoma" w:hAnsi="Tahoma" w:cs="Tahoma"/>
          <w:rtl/>
        </w:rPr>
        <w:t xml:space="preserve"> اعلام م</w:t>
      </w:r>
      <w:r w:rsidRPr="00593939">
        <w:rPr>
          <w:rFonts w:ascii="Tahoma" w:hAnsi="Tahoma" w:cs="Tahoma" w:hint="cs"/>
          <w:rtl/>
        </w:rPr>
        <w:t>ی‌</w:t>
      </w:r>
      <w:r w:rsidRPr="00593939">
        <w:rPr>
          <w:rFonts w:ascii="Tahoma" w:hAnsi="Tahoma" w:cs="Tahoma" w:hint="eastAsia"/>
          <w:rtl/>
        </w:rPr>
        <w:t>شد،</w:t>
      </w:r>
      <w:r w:rsidRPr="00593939">
        <w:rPr>
          <w:rFonts w:ascii="Tahoma" w:hAnsi="Tahoma" w:cs="Tahoma"/>
          <w:rtl/>
        </w:rPr>
        <w:t xml:space="preserve"> ممکن بود فردا با پرداخت پول 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ا</w:t>
      </w:r>
      <w:r w:rsidRPr="00593939">
        <w:rPr>
          <w:rFonts w:ascii="Tahoma" w:hAnsi="Tahoma" w:cs="Tahoma"/>
          <w:rtl/>
        </w:rPr>
        <w:t xml:space="preserve"> تغ</w:t>
      </w:r>
      <w:r w:rsidRPr="00593939">
        <w:rPr>
          <w:rFonts w:ascii="Tahoma" w:hAnsi="Tahoma" w:cs="Tahoma" w:hint="cs"/>
          <w:rtl/>
        </w:rPr>
        <w:t>یی</w:t>
      </w:r>
      <w:r w:rsidRPr="00593939">
        <w:rPr>
          <w:rFonts w:ascii="Tahoma" w:hAnsi="Tahoma" w:cs="Tahoma" w:hint="eastAsia"/>
          <w:rtl/>
        </w:rPr>
        <w:t>ر</w:t>
      </w:r>
      <w:r w:rsidRPr="00593939">
        <w:rPr>
          <w:rFonts w:ascii="Tahoma" w:hAnsi="Tahoma" w:cs="Tahoma"/>
          <w:rtl/>
        </w:rPr>
        <w:t xml:space="preserve"> نزد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کان</w:t>
      </w:r>
      <w:r w:rsidRPr="00593939">
        <w:rPr>
          <w:rFonts w:ascii="Tahoma" w:hAnsi="Tahoma" w:cs="Tahoma"/>
          <w:rtl/>
        </w:rPr>
        <w:t xml:space="preserve"> شاه ناد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ده</w:t>
      </w:r>
      <w:r w:rsidRPr="00593939">
        <w:rPr>
          <w:rFonts w:ascii="Tahoma" w:hAnsi="Tahoma" w:cs="Tahoma"/>
          <w:rtl/>
        </w:rPr>
        <w:t xml:space="preserve"> گرفته شود.</w:t>
      </w:r>
    </w:p>
    <w:p w:rsidR="00593939" w:rsidRPr="00593939" w:rsidRDefault="00593939" w:rsidP="00593939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93939">
        <w:rPr>
          <w:rFonts w:ascii="Tahoma" w:hAnsi="Tahoma" w:cs="Tahoma" w:hint="eastAsia"/>
          <w:rtl/>
        </w:rPr>
        <w:t>د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نکاران</w:t>
      </w:r>
      <w:r w:rsidRPr="00593939">
        <w:rPr>
          <w:rFonts w:ascii="Tahoma" w:hAnsi="Tahoma" w:cs="Tahoma"/>
          <w:rtl/>
        </w:rPr>
        <w:t xml:space="preserve"> ن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ز</w:t>
      </w:r>
      <w:r w:rsidRPr="00593939">
        <w:rPr>
          <w:rFonts w:ascii="Tahoma" w:hAnsi="Tahoma" w:cs="Tahoma"/>
          <w:rtl/>
        </w:rPr>
        <w:t xml:space="preserve"> دربارهٔ ش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وهٔ</w:t>
      </w:r>
      <w:r w:rsidRPr="00593939">
        <w:rPr>
          <w:rFonts w:ascii="Tahoma" w:hAnsi="Tahoma" w:cs="Tahoma"/>
          <w:rtl/>
        </w:rPr>
        <w:t xml:space="preserve"> اجرا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شر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عت</w:t>
      </w:r>
      <w:r w:rsidRPr="00593939">
        <w:rPr>
          <w:rFonts w:ascii="Tahoma" w:hAnsi="Tahoma" w:cs="Tahoma"/>
          <w:rtl/>
        </w:rPr>
        <w:t xml:space="preserve"> هم‌نظر نبودند. برخ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بر سخت‌گ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ر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تأک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د</w:t>
      </w:r>
      <w:r w:rsidRPr="00593939">
        <w:rPr>
          <w:rFonts w:ascii="Tahoma" w:hAnsi="Tahoma" w:cs="Tahoma"/>
          <w:rtl/>
        </w:rPr>
        <w:t xml:space="preserve"> م</w:t>
      </w:r>
      <w:r w:rsidRPr="00593939">
        <w:rPr>
          <w:rFonts w:ascii="Tahoma" w:hAnsi="Tahoma" w:cs="Tahoma" w:hint="cs"/>
          <w:rtl/>
        </w:rPr>
        <w:t>ی‌</w:t>
      </w:r>
      <w:r w:rsidRPr="00593939">
        <w:rPr>
          <w:rFonts w:ascii="Tahoma" w:hAnsi="Tahoma" w:cs="Tahoma" w:hint="eastAsia"/>
          <w:rtl/>
        </w:rPr>
        <w:t>کردند</w:t>
      </w:r>
      <w:r w:rsidRPr="00593939">
        <w:rPr>
          <w:rFonts w:ascii="Tahoma" w:hAnsi="Tahoma" w:cs="Tahoma"/>
          <w:rtl/>
        </w:rPr>
        <w:t xml:space="preserve"> و برخ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از پ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امدها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اجبار 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ا</w:t>
      </w:r>
      <w:r w:rsidRPr="00593939">
        <w:rPr>
          <w:rFonts w:ascii="Tahoma" w:hAnsi="Tahoma" w:cs="Tahoma"/>
          <w:rtl/>
        </w:rPr>
        <w:t xml:space="preserve"> دخالت مأموران آگاه بودند. گروه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به دربار نزد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ک</w:t>
      </w:r>
      <w:r w:rsidRPr="00593939">
        <w:rPr>
          <w:rFonts w:ascii="Tahoma" w:hAnsi="Tahoma" w:cs="Tahoma"/>
          <w:rtl/>
        </w:rPr>
        <w:t xml:space="preserve"> بودند و گروه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اعتبار خود را در مدرسه، مسجد 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ا</w:t>
      </w:r>
      <w:r w:rsidRPr="00593939">
        <w:rPr>
          <w:rFonts w:ascii="Tahoma" w:hAnsi="Tahoma" w:cs="Tahoma"/>
          <w:rtl/>
        </w:rPr>
        <w:t xml:space="preserve"> م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ان</w:t>
      </w:r>
      <w:r w:rsidRPr="00593939">
        <w:rPr>
          <w:rFonts w:ascii="Tahoma" w:hAnsi="Tahoma" w:cs="Tahoma"/>
          <w:rtl/>
        </w:rPr>
        <w:t xml:space="preserve"> مردم به دست م</w:t>
      </w:r>
      <w:r w:rsidRPr="00593939">
        <w:rPr>
          <w:rFonts w:ascii="Tahoma" w:hAnsi="Tahoma" w:cs="Tahoma" w:hint="cs"/>
          <w:rtl/>
        </w:rPr>
        <w:t>ی‌</w:t>
      </w:r>
      <w:r w:rsidRPr="00593939">
        <w:rPr>
          <w:rFonts w:ascii="Tahoma" w:hAnsi="Tahoma" w:cs="Tahoma" w:hint="eastAsia"/>
          <w:rtl/>
        </w:rPr>
        <w:t>آوردند</w:t>
      </w:r>
      <w:r w:rsidRPr="00593939">
        <w:rPr>
          <w:rFonts w:ascii="Tahoma" w:hAnsi="Tahoma" w:cs="Tahoma"/>
          <w:rtl/>
        </w:rPr>
        <w:t>. بنابرا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ن،</w:t>
      </w:r>
      <w:r w:rsidRPr="00593939">
        <w:rPr>
          <w:rFonts w:ascii="Tahoma" w:hAnsi="Tahoma" w:cs="Tahoma"/>
          <w:rtl/>
        </w:rPr>
        <w:t xml:space="preserve"> افزا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ش</w:t>
      </w:r>
      <w:r w:rsidRPr="00593939">
        <w:rPr>
          <w:rFonts w:ascii="Tahoma" w:hAnsi="Tahoma" w:cs="Tahoma"/>
          <w:rtl/>
        </w:rPr>
        <w:t xml:space="preserve"> نفوذ عمامه به معنا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پ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دا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ش</w:t>
      </w:r>
      <w:r w:rsidRPr="00593939">
        <w:rPr>
          <w:rFonts w:ascii="Tahoma" w:hAnsi="Tahoma" w:cs="Tahoma"/>
          <w:rtl/>
        </w:rPr>
        <w:t xml:space="preserve"> فرمانده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واحد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نبود که همهٔ د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نکاران</w:t>
      </w:r>
      <w:r w:rsidRPr="00593939">
        <w:rPr>
          <w:rFonts w:ascii="Tahoma" w:hAnsi="Tahoma" w:cs="Tahoma"/>
          <w:rtl/>
        </w:rPr>
        <w:t xml:space="preserve"> از آن اطاعت کنند.</w:t>
      </w:r>
    </w:p>
    <w:p w:rsidR="00593939" w:rsidRPr="00593939" w:rsidRDefault="00593939" w:rsidP="00593939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93939">
        <w:rPr>
          <w:rFonts w:ascii="Tahoma" w:hAnsi="Tahoma" w:cs="Tahoma" w:hint="eastAsia"/>
          <w:rtl/>
        </w:rPr>
        <w:t>باا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ن‌همه،</w:t>
      </w:r>
      <w:r w:rsidRPr="00593939">
        <w:rPr>
          <w:rFonts w:ascii="Tahoma" w:hAnsi="Tahoma" w:cs="Tahoma"/>
          <w:rtl/>
        </w:rPr>
        <w:t xml:space="preserve"> دستگاه رسم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گرا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ش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آشکار به محدودکردن صورت‌ها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رق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ب</w:t>
      </w:r>
      <w:r w:rsidRPr="00593939">
        <w:rPr>
          <w:rFonts w:ascii="Tahoma" w:hAnsi="Tahoma" w:cs="Tahoma"/>
          <w:rtl/>
        </w:rPr>
        <w:t xml:space="preserve"> زندگ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مذهب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داشت. صوف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ان</w:t>
      </w:r>
      <w:r w:rsidRPr="00593939">
        <w:rPr>
          <w:rFonts w:ascii="Tahoma" w:hAnsi="Tahoma" w:cs="Tahoma"/>
          <w:rtl/>
        </w:rPr>
        <w:t xml:space="preserve"> 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ک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از نخست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ن</w:t>
      </w:r>
      <w:r w:rsidRPr="00593939">
        <w:rPr>
          <w:rFonts w:ascii="Tahoma" w:hAnsi="Tahoma" w:cs="Tahoma"/>
          <w:rtl/>
        </w:rPr>
        <w:t xml:space="preserve"> هدف‌ها بودند. خاندان صفو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از دل طر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قت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صوف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انه</w:t>
      </w:r>
      <w:r w:rsidRPr="00593939">
        <w:rPr>
          <w:rFonts w:ascii="Tahoma" w:hAnsi="Tahoma" w:cs="Tahoma"/>
          <w:rtl/>
        </w:rPr>
        <w:t xml:space="preserve"> برخاسته بود و قزلباشان شاه اسماع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ل</w:t>
      </w:r>
      <w:r w:rsidRPr="00593939">
        <w:rPr>
          <w:rFonts w:ascii="Tahoma" w:hAnsi="Tahoma" w:cs="Tahoma"/>
          <w:rtl/>
        </w:rPr>
        <w:t xml:space="preserve"> را مرشد خود م</w:t>
      </w:r>
      <w:r w:rsidRPr="00593939">
        <w:rPr>
          <w:rFonts w:ascii="Tahoma" w:hAnsi="Tahoma" w:cs="Tahoma" w:hint="cs"/>
          <w:rtl/>
        </w:rPr>
        <w:t>ی‌</w:t>
      </w:r>
      <w:r w:rsidRPr="00593939">
        <w:rPr>
          <w:rFonts w:ascii="Tahoma" w:hAnsi="Tahoma" w:cs="Tahoma" w:hint="eastAsia"/>
          <w:rtl/>
        </w:rPr>
        <w:t>دانستند</w:t>
      </w:r>
      <w:r w:rsidRPr="00593939">
        <w:rPr>
          <w:rFonts w:ascii="Tahoma" w:hAnsi="Tahoma" w:cs="Tahoma"/>
          <w:rtl/>
        </w:rPr>
        <w:t>. اما فقه رسم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دوازده‌امام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بس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ار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از ادعاها و رفت</w:t>
      </w:r>
      <w:r w:rsidRPr="00593939">
        <w:rPr>
          <w:rFonts w:ascii="Tahoma" w:hAnsi="Tahoma" w:cs="Tahoma" w:hint="eastAsia"/>
          <w:rtl/>
        </w:rPr>
        <w:t>ارها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صوف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ان</w:t>
      </w:r>
      <w:r w:rsidRPr="00593939">
        <w:rPr>
          <w:rFonts w:ascii="Tahoma" w:hAnsi="Tahoma" w:cs="Tahoma"/>
          <w:rtl/>
        </w:rPr>
        <w:t xml:space="preserve"> را با بدگمان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م</w:t>
      </w:r>
      <w:r w:rsidRPr="00593939">
        <w:rPr>
          <w:rFonts w:ascii="Tahoma" w:hAnsi="Tahoma" w:cs="Tahoma" w:hint="cs"/>
          <w:rtl/>
        </w:rPr>
        <w:t>ی‌</w:t>
      </w:r>
      <w:r w:rsidRPr="00593939">
        <w:rPr>
          <w:rFonts w:ascii="Tahoma" w:hAnsi="Tahoma" w:cs="Tahoma" w:hint="eastAsia"/>
          <w:rtl/>
        </w:rPr>
        <w:t>نگر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ست</w:t>
      </w:r>
      <w:r w:rsidRPr="00593939">
        <w:rPr>
          <w:rFonts w:ascii="Tahoma" w:hAnsi="Tahoma" w:cs="Tahoma"/>
          <w:rtl/>
        </w:rPr>
        <w:t>.</w:t>
      </w:r>
    </w:p>
    <w:p w:rsidR="00593939" w:rsidRPr="00593939" w:rsidRDefault="00593939" w:rsidP="00593939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93939">
        <w:rPr>
          <w:rFonts w:ascii="Tahoma" w:hAnsi="Tahoma" w:cs="Tahoma" w:hint="eastAsia"/>
          <w:rtl/>
        </w:rPr>
        <w:t>از</w:t>
      </w:r>
      <w:r w:rsidRPr="00593939">
        <w:rPr>
          <w:rFonts w:ascii="Tahoma" w:hAnsi="Tahoma" w:cs="Tahoma"/>
          <w:rtl/>
        </w:rPr>
        <w:t xml:space="preserve"> د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د</w:t>
      </w:r>
      <w:r w:rsidRPr="00593939">
        <w:rPr>
          <w:rFonts w:ascii="Tahoma" w:hAnsi="Tahoma" w:cs="Tahoma"/>
          <w:rtl/>
        </w:rPr>
        <w:t xml:space="preserve"> گروه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از فق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هان،</w:t>
      </w:r>
      <w:r w:rsidRPr="00593939">
        <w:rPr>
          <w:rFonts w:ascii="Tahoma" w:hAnsi="Tahoma" w:cs="Tahoma"/>
          <w:rtl/>
        </w:rPr>
        <w:t xml:space="preserve"> برخ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صوف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ان</w:t>
      </w:r>
      <w:r w:rsidRPr="00593939">
        <w:rPr>
          <w:rFonts w:ascii="Tahoma" w:hAnsi="Tahoma" w:cs="Tahoma"/>
          <w:rtl/>
        </w:rPr>
        <w:t xml:space="preserve"> برا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مرشد جا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گاه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قائل بودند که با مقام امام و فق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ه</w:t>
      </w:r>
      <w:r w:rsidRPr="00593939">
        <w:rPr>
          <w:rFonts w:ascii="Tahoma" w:hAnsi="Tahoma" w:cs="Tahoma"/>
          <w:rtl/>
        </w:rPr>
        <w:t xml:space="preserve"> سازگار نبود. ذکرها، آ</w:t>
      </w:r>
      <w:r w:rsidRPr="00593939">
        <w:rPr>
          <w:rFonts w:ascii="Tahoma" w:hAnsi="Tahoma" w:cs="Tahoma" w:hint="cs"/>
          <w:rtl/>
        </w:rPr>
        <w:t>یی</w:t>
      </w:r>
      <w:r w:rsidRPr="00593939">
        <w:rPr>
          <w:rFonts w:ascii="Tahoma" w:hAnsi="Tahoma" w:cs="Tahoma" w:hint="eastAsia"/>
          <w:rtl/>
        </w:rPr>
        <w:t>ن‌ها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خانقاه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،</w:t>
      </w:r>
      <w:r w:rsidRPr="00593939">
        <w:rPr>
          <w:rFonts w:ascii="Tahoma" w:hAnsi="Tahoma" w:cs="Tahoma"/>
          <w:rtl/>
        </w:rPr>
        <w:t xml:space="preserve"> ادعا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ارتباط مستق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م</w:t>
      </w:r>
      <w:r w:rsidRPr="00593939">
        <w:rPr>
          <w:rFonts w:ascii="Tahoma" w:hAnsi="Tahoma" w:cs="Tahoma"/>
          <w:rtl/>
        </w:rPr>
        <w:t xml:space="preserve"> با حق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قت</w:t>
      </w:r>
      <w:r w:rsidRPr="00593939">
        <w:rPr>
          <w:rFonts w:ascii="Tahoma" w:hAnsi="Tahoma" w:cs="Tahoma"/>
          <w:rtl/>
        </w:rPr>
        <w:t xml:space="preserve"> و فرمان‌بردار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مر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د</w:t>
      </w:r>
      <w:r w:rsidRPr="00593939">
        <w:rPr>
          <w:rFonts w:ascii="Tahoma" w:hAnsi="Tahoma" w:cs="Tahoma"/>
          <w:rtl/>
        </w:rPr>
        <w:t xml:space="preserve"> از پ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ر</w:t>
      </w:r>
      <w:r w:rsidRPr="00593939">
        <w:rPr>
          <w:rFonts w:ascii="Tahoma" w:hAnsi="Tahoma" w:cs="Tahoma"/>
          <w:rtl/>
        </w:rPr>
        <w:t xml:space="preserve"> م</w:t>
      </w:r>
      <w:r w:rsidRPr="00593939">
        <w:rPr>
          <w:rFonts w:ascii="Tahoma" w:hAnsi="Tahoma" w:cs="Tahoma" w:hint="cs"/>
          <w:rtl/>
        </w:rPr>
        <w:t>ی‌</w:t>
      </w:r>
      <w:r w:rsidRPr="00593939">
        <w:rPr>
          <w:rFonts w:ascii="Tahoma" w:hAnsi="Tahoma" w:cs="Tahoma" w:hint="eastAsia"/>
          <w:rtl/>
        </w:rPr>
        <w:t>توانستند</w:t>
      </w:r>
      <w:r w:rsidRPr="00593939">
        <w:rPr>
          <w:rFonts w:ascii="Tahoma" w:hAnsi="Tahoma" w:cs="Tahoma"/>
          <w:rtl/>
        </w:rPr>
        <w:t xml:space="preserve"> دستگاه رسم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را دور بزنند. حکومت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که م</w:t>
      </w:r>
      <w:r w:rsidRPr="00593939">
        <w:rPr>
          <w:rFonts w:ascii="Tahoma" w:hAnsi="Tahoma" w:cs="Tahoma" w:hint="cs"/>
          <w:rtl/>
        </w:rPr>
        <w:t>ی‌</w:t>
      </w:r>
      <w:r w:rsidRPr="00593939">
        <w:rPr>
          <w:rFonts w:ascii="Tahoma" w:hAnsi="Tahoma" w:cs="Tahoma" w:hint="eastAsia"/>
          <w:rtl/>
        </w:rPr>
        <w:t>خواست</w:t>
      </w:r>
      <w:r w:rsidRPr="00593939">
        <w:rPr>
          <w:rFonts w:ascii="Tahoma" w:hAnsi="Tahoma" w:cs="Tahoma"/>
          <w:rtl/>
        </w:rPr>
        <w:t xml:space="preserve"> همهٔ اقتدار مذهب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از مس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ر</w:t>
      </w:r>
      <w:r w:rsidRPr="00593939">
        <w:rPr>
          <w:rFonts w:ascii="Tahoma" w:hAnsi="Tahoma" w:cs="Tahoma"/>
          <w:rtl/>
        </w:rPr>
        <w:t xml:space="preserve"> شناخته‌شدهٔ تاج و عمامه عبور کند، از شبکه‌ا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مستقل از خانقاه‌ها ب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م</w:t>
      </w:r>
      <w:r w:rsidRPr="00593939">
        <w:rPr>
          <w:rFonts w:ascii="Tahoma" w:hAnsi="Tahoma" w:cs="Tahoma"/>
          <w:rtl/>
        </w:rPr>
        <w:t xml:space="preserve"> داشت.</w:t>
      </w:r>
    </w:p>
    <w:p w:rsidR="00593939" w:rsidRPr="00593939" w:rsidRDefault="00593939" w:rsidP="00593939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93939">
        <w:rPr>
          <w:rFonts w:ascii="Tahoma" w:hAnsi="Tahoma" w:cs="Tahoma" w:hint="eastAsia"/>
          <w:rtl/>
        </w:rPr>
        <w:t>در</w:t>
      </w:r>
      <w:r w:rsidRPr="00593939">
        <w:rPr>
          <w:rFonts w:ascii="Tahoma" w:hAnsi="Tahoma" w:cs="Tahoma"/>
          <w:rtl/>
        </w:rPr>
        <w:t xml:space="preserve"> نت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جه،</w:t>
      </w:r>
      <w:r w:rsidRPr="00593939">
        <w:rPr>
          <w:rFonts w:ascii="Tahoma" w:hAnsi="Tahoma" w:cs="Tahoma"/>
          <w:rtl/>
        </w:rPr>
        <w:t xml:space="preserve"> محدودکردن صوف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ان</w:t>
      </w:r>
      <w:r w:rsidRPr="00593939">
        <w:rPr>
          <w:rFonts w:ascii="Tahoma" w:hAnsi="Tahoma" w:cs="Tahoma"/>
          <w:rtl/>
        </w:rPr>
        <w:t xml:space="preserve"> فقط نزاع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اعتقاد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نبود. آنان م</w:t>
      </w:r>
      <w:r w:rsidRPr="00593939">
        <w:rPr>
          <w:rFonts w:ascii="Tahoma" w:hAnsi="Tahoma" w:cs="Tahoma" w:hint="cs"/>
          <w:rtl/>
        </w:rPr>
        <w:t>ی‌</w:t>
      </w:r>
      <w:r w:rsidRPr="00593939">
        <w:rPr>
          <w:rFonts w:ascii="Tahoma" w:hAnsi="Tahoma" w:cs="Tahoma" w:hint="eastAsia"/>
          <w:rtl/>
        </w:rPr>
        <w:t>توانستند</w:t>
      </w:r>
      <w:r w:rsidRPr="00593939">
        <w:rPr>
          <w:rFonts w:ascii="Tahoma" w:hAnsi="Tahoma" w:cs="Tahoma"/>
          <w:rtl/>
        </w:rPr>
        <w:t xml:space="preserve"> مر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د،</w:t>
      </w:r>
      <w:r w:rsidRPr="00593939">
        <w:rPr>
          <w:rFonts w:ascii="Tahoma" w:hAnsi="Tahoma" w:cs="Tahoma"/>
          <w:rtl/>
        </w:rPr>
        <w:t xml:space="preserve"> موقوفه، خانقاه و شبکه‌ا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اجتماع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داشته باشند که ز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ر</w:t>
      </w:r>
      <w:r w:rsidRPr="00593939">
        <w:rPr>
          <w:rFonts w:ascii="Tahoma" w:hAnsi="Tahoma" w:cs="Tahoma"/>
          <w:rtl/>
        </w:rPr>
        <w:t xml:space="preserve"> اخت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ار</w:t>
      </w:r>
      <w:r w:rsidRPr="00593939">
        <w:rPr>
          <w:rFonts w:ascii="Tahoma" w:hAnsi="Tahoma" w:cs="Tahoma"/>
          <w:rtl/>
        </w:rPr>
        <w:t xml:space="preserve"> مستق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م</w:t>
      </w:r>
      <w:r w:rsidRPr="00593939">
        <w:rPr>
          <w:rFonts w:ascii="Tahoma" w:hAnsi="Tahoma" w:cs="Tahoma"/>
          <w:rtl/>
        </w:rPr>
        <w:t xml:space="preserve"> مقام‌ها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رسم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قرار نگ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رد</w:t>
      </w:r>
      <w:r w:rsidRPr="00593939">
        <w:rPr>
          <w:rFonts w:ascii="Tahoma" w:hAnsi="Tahoma" w:cs="Tahoma"/>
          <w:rtl/>
        </w:rPr>
        <w:t xml:space="preserve">. مقابله با آنان هم به 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کسان‌ساز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مذهب کمک م</w:t>
      </w:r>
      <w:r w:rsidRPr="00593939">
        <w:rPr>
          <w:rFonts w:ascii="Tahoma" w:hAnsi="Tahoma" w:cs="Tahoma" w:hint="cs"/>
          <w:rtl/>
        </w:rPr>
        <w:t>ی‌</w:t>
      </w:r>
      <w:r w:rsidRPr="00593939">
        <w:rPr>
          <w:rFonts w:ascii="Tahoma" w:hAnsi="Tahoma" w:cs="Tahoma" w:hint="eastAsia"/>
          <w:rtl/>
        </w:rPr>
        <w:t>کرد</w:t>
      </w:r>
      <w:r w:rsidRPr="00593939">
        <w:rPr>
          <w:rFonts w:ascii="Tahoma" w:hAnsi="Tahoma" w:cs="Tahoma"/>
          <w:rtl/>
        </w:rPr>
        <w:t xml:space="preserve"> و هم رق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ب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را از م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دان</w:t>
      </w:r>
      <w:r w:rsidRPr="00593939">
        <w:rPr>
          <w:rFonts w:ascii="Tahoma" w:hAnsi="Tahoma" w:cs="Tahoma"/>
          <w:rtl/>
        </w:rPr>
        <w:t xml:space="preserve"> قدرت اجتماع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کنار م</w:t>
      </w:r>
      <w:r w:rsidRPr="00593939">
        <w:rPr>
          <w:rFonts w:ascii="Tahoma" w:hAnsi="Tahoma" w:cs="Tahoma" w:hint="cs"/>
          <w:rtl/>
        </w:rPr>
        <w:t>ی‌</w:t>
      </w:r>
      <w:r w:rsidRPr="00593939">
        <w:rPr>
          <w:rFonts w:ascii="Tahoma" w:hAnsi="Tahoma" w:cs="Tahoma" w:hint="eastAsia"/>
          <w:rtl/>
        </w:rPr>
        <w:t>زد</w:t>
      </w:r>
      <w:r w:rsidRPr="00593939">
        <w:rPr>
          <w:rFonts w:ascii="Tahoma" w:hAnsi="Tahoma" w:cs="Tahoma"/>
          <w:rtl/>
        </w:rPr>
        <w:t>.</w:t>
      </w:r>
    </w:p>
    <w:p w:rsidR="00593939" w:rsidRPr="00593939" w:rsidRDefault="00593939" w:rsidP="00593939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93939">
        <w:rPr>
          <w:rFonts w:ascii="Tahoma" w:hAnsi="Tahoma" w:cs="Tahoma" w:hint="eastAsia"/>
          <w:rtl/>
        </w:rPr>
        <w:t>ا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ن</w:t>
      </w:r>
      <w:r w:rsidRPr="00593939">
        <w:rPr>
          <w:rFonts w:ascii="Tahoma" w:hAnsi="Tahoma" w:cs="Tahoma"/>
          <w:rtl/>
        </w:rPr>
        <w:t xml:space="preserve"> تحول تناقض صفو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ان</w:t>
      </w:r>
      <w:r w:rsidRPr="00593939">
        <w:rPr>
          <w:rFonts w:ascii="Tahoma" w:hAnsi="Tahoma" w:cs="Tahoma"/>
          <w:rtl/>
        </w:rPr>
        <w:t xml:space="preserve"> را به نها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ت</w:t>
      </w:r>
      <w:r w:rsidRPr="00593939">
        <w:rPr>
          <w:rFonts w:ascii="Tahoma" w:hAnsi="Tahoma" w:cs="Tahoma"/>
          <w:rtl/>
        </w:rPr>
        <w:t xml:space="preserve"> م</w:t>
      </w:r>
      <w:r w:rsidRPr="00593939">
        <w:rPr>
          <w:rFonts w:ascii="Tahoma" w:hAnsi="Tahoma" w:cs="Tahoma" w:hint="cs"/>
          <w:rtl/>
        </w:rPr>
        <w:t>ی‌</w:t>
      </w:r>
      <w:r w:rsidRPr="00593939">
        <w:rPr>
          <w:rFonts w:ascii="Tahoma" w:hAnsi="Tahoma" w:cs="Tahoma" w:hint="eastAsia"/>
          <w:rtl/>
        </w:rPr>
        <w:t>رساند</w:t>
      </w:r>
      <w:r w:rsidRPr="00593939">
        <w:rPr>
          <w:rFonts w:ascii="Tahoma" w:hAnsi="Tahoma" w:cs="Tahoma"/>
          <w:rtl/>
        </w:rPr>
        <w:t>. طر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قت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صوف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انه</w:t>
      </w:r>
      <w:r w:rsidRPr="00593939">
        <w:rPr>
          <w:rFonts w:ascii="Tahoma" w:hAnsi="Tahoma" w:cs="Tahoma"/>
          <w:rtl/>
        </w:rPr>
        <w:t xml:space="preserve"> با ن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رو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مر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دان</w:t>
      </w:r>
      <w:r w:rsidRPr="00593939">
        <w:rPr>
          <w:rFonts w:ascii="Tahoma" w:hAnsi="Tahoma" w:cs="Tahoma"/>
          <w:rtl/>
        </w:rPr>
        <w:t xml:space="preserve"> حکومت را ساخته بود؛ حکومت برا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ماندگار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به فقه دوازده‌امام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رو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آورد؛ و دستگاه فقه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پس از استقرار، طر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قت</w:t>
      </w:r>
      <w:r w:rsidRPr="00593939">
        <w:rPr>
          <w:rFonts w:ascii="Tahoma" w:hAnsi="Tahoma" w:cs="Tahoma"/>
          <w:rtl/>
        </w:rPr>
        <w:t xml:space="preserve"> و مر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د</w:t>
      </w:r>
      <w:r w:rsidRPr="00593939">
        <w:rPr>
          <w:rFonts w:ascii="Tahoma" w:hAnsi="Tahoma" w:cs="Tahoma"/>
          <w:rtl/>
        </w:rPr>
        <w:t xml:space="preserve"> را از عرصهٔ رسم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کنار زد. مرشد سازندهٔ تاج بود، اما در پا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ان</w:t>
      </w:r>
      <w:r w:rsidRPr="00593939">
        <w:rPr>
          <w:rFonts w:ascii="Tahoma" w:hAnsi="Tahoma" w:cs="Tahoma"/>
          <w:rtl/>
        </w:rPr>
        <w:t xml:space="preserve"> دورهٔ صف</w:t>
      </w:r>
      <w:r w:rsidRPr="00593939">
        <w:rPr>
          <w:rFonts w:ascii="Tahoma" w:hAnsi="Tahoma" w:cs="Tahoma" w:hint="eastAsia"/>
          <w:rtl/>
        </w:rPr>
        <w:t>و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،</w:t>
      </w:r>
      <w:r w:rsidRPr="00593939">
        <w:rPr>
          <w:rFonts w:ascii="Tahoma" w:hAnsi="Tahoma" w:cs="Tahoma"/>
          <w:rtl/>
        </w:rPr>
        <w:t xml:space="preserve"> فق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ه</w:t>
      </w:r>
      <w:r w:rsidRPr="00593939">
        <w:rPr>
          <w:rFonts w:ascii="Tahoma" w:hAnsi="Tahoma" w:cs="Tahoma"/>
          <w:rtl/>
        </w:rPr>
        <w:t xml:space="preserve"> به راهنما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مذهب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همان تاج تبد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ل</w:t>
      </w:r>
      <w:r w:rsidRPr="00593939">
        <w:rPr>
          <w:rFonts w:ascii="Tahoma" w:hAnsi="Tahoma" w:cs="Tahoma"/>
          <w:rtl/>
        </w:rPr>
        <w:t xml:space="preserve"> شد.</w:t>
      </w:r>
    </w:p>
    <w:p w:rsidR="00593939" w:rsidRPr="00593939" w:rsidRDefault="00593939" w:rsidP="00593939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93939">
        <w:rPr>
          <w:rFonts w:ascii="Tahoma" w:hAnsi="Tahoma" w:cs="Tahoma" w:hint="eastAsia"/>
          <w:rtl/>
        </w:rPr>
        <w:t>سن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ان</w:t>
      </w:r>
      <w:r w:rsidRPr="00593939">
        <w:rPr>
          <w:rFonts w:ascii="Tahoma" w:hAnsi="Tahoma" w:cs="Tahoma"/>
          <w:rtl/>
        </w:rPr>
        <w:t xml:space="preserve"> ن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ز،</w:t>
      </w:r>
      <w:r w:rsidRPr="00593939">
        <w:rPr>
          <w:rFonts w:ascii="Tahoma" w:hAnsi="Tahoma" w:cs="Tahoma"/>
          <w:rtl/>
        </w:rPr>
        <w:t xml:space="preserve"> به‌و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ژه</w:t>
      </w:r>
      <w:r w:rsidRPr="00593939">
        <w:rPr>
          <w:rFonts w:ascii="Tahoma" w:hAnsi="Tahoma" w:cs="Tahoma"/>
          <w:rtl/>
        </w:rPr>
        <w:t xml:space="preserve"> در مناطق مرز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،</w:t>
      </w:r>
      <w:r w:rsidRPr="00593939">
        <w:rPr>
          <w:rFonts w:ascii="Tahoma" w:hAnsi="Tahoma" w:cs="Tahoma"/>
          <w:rtl/>
        </w:rPr>
        <w:t xml:space="preserve"> ز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ر</w:t>
      </w:r>
      <w:r w:rsidRPr="00593939">
        <w:rPr>
          <w:rFonts w:ascii="Tahoma" w:hAnsi="Tahoma" w:cs="Tahoma"/>
          <w:rtl/>
        </w:rPr>
        <w:t xml:space="preserve"> فشار قرار داشتند. حکومت صفو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آنان را فقط پ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رو</w:t>
      </w:r>
      <w:r w:rsidRPr="00593939">
        <w:rPr>
          <w:rFonts w:ascii="Tahoma" w:hAnsi="Tahoma" w:cs="Tahoma"/>
          <w:rtl/>
        </w:rPr>
        <w:t xml:space="preserve"> مذهب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د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گر</w:t>
      </w:r>
      <w:r w:rsidRPr="00593939">
        <w:rPr>
          <w:rFonts w:ascii="Tahoma" w:hAnsi="Tahoma" w:cs="Tahoma"/>
          <w:rtl/>
        </w:rPr>
        <w:t xml:space="preserve"> نم</w:t>
      </w:r>
      <w:r w:rsidRPr="00593939">
        <w:rPr>
          <w:rFonts w:ascii="Tahoma" w:hAnsi="Tahoma" w:cs="Tahoma" w:hint="cs"/>
          <w:rtl/>
        </w:rPr>
        <w:t>ی‌</w:t>
      </w:r>
      <w:r w:rsidRPr="00593939">
        <w:rPr>
          <w:rFonts w:ascii="Tahoma" w:hAnsi="Tahoma" w:cs="Tahoma" w:hint="eastAsia"/>
          <w:rtl/>
        </w:rPr>
        <w:t>د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د؛</w:t>
      </w:r>
      <w:r w:rsidRPr="00593939">
        <w:rPr>
          <w:rFonts w:ascii="Tahoma" w:hAnsi="Tahoma" w:cs="Tahoma"/>
          <w:rtl/>
        </w:rPr>
        <w:t xml:space="preserve"> نزد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ک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به عثمان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ان،</w:t>
      </w:r>
      <w:r w:rsidRPr="00593939">
        <w:rPr>
          <w:rFonts w:ascii="Tahoma" w:hAnsi="Tahoma" w:cs="Tahoma"/>
          <w:rtl/>
        </w:rPr>
        <w:t xml:space="preserve"> ازبکان و گروه‌ها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افغان سبب م</w:t>
      </w:r>
      <w:r w:rsidRPr="00593939">
        <w:rPr>
          <w:rFonts w:ascii="Tahoma" w:hAnsi="Tahoma" w:cs="Tahoma" w:hint="cs"/>
          <w:rtl/>
        </w:rPr>
        <w:t>ی‌</w:t>
      </w:r>
      <w:r w:rsidRPr="00593939">
        <w:rPr>
          <w:rFonts w:ascii="Tahoma" w:hAnsi="Tahoma" w:cs="Tahoma" w:hint="eastAsia"/>
          <w:rtl/>
        </w:rPr>
        <w:t>شد</w:t>
      </w:r>
      <w:r w:rsidRPr="00593939">
        <w:rPr>
          <w:rFonts w:ascii="Tahoma" w:hAnsi="Tahoma" w:cs="Tahoma"/>
          <w:rtl/>
        </w:rPr>
        <w:t xml:space="preserve"> تفاوت مذهب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با احتمال نافرمان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س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اس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درآم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زد</w:t>
      </w:r>
      <w:r w:rsidRPr="00593939">
        <w:rPr>
          <w:rFonts w:ascii="Tahoma" w:hAnsi="Tahoma" w:cs="Tahoma"/>
          <w:rtl/>
        </w:rPr>
        <w:t>. هرچه حکومت از وفادار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مرزها ب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شتر</w:t>
      </w:r>
      <w:r w:rsidRPr="00593939">
        <w:rPr>
          <w:rFonts w:ascii="Tahoma" w:hAnsi="Tahoma" w:cs="Tahoma"/>
          <w:rtl/>
        </w:rPr>
        <w:t xml:space="preserve"> م</w:t>
      </w:r>
      <w:r w:rsidRPr="00593939">
        <w:rPr>
          <w:rFonts w:ascii="Tahoma" w:hAnsi="Tahoma" w:cs="Tahoma" w:hint="cs"/>
          <w:rtl/>
        </w:rPr>
        <w:t>ی‌</w:t>
      </w:r>
      <w:r w:rsidRPr="00593939">
        <w:rPr>
          <w:rFonts w:ascii="Tahoma" w:hAnsi="Tahoma" w:cs="Tahoma" w:hint="eastAsia"/>
          <w:rtl/>
        </w:rPr>
        <w:t>ترس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د،</w:t>
      </w:r>
      <w:r w:rsidRPr="00593939">
        <w:rPr>
          <w:rFonts w:ascii="Tahoma" w:hAnsi="Tahoma" w:cs="Tahoma"/>
          <w:rtl/>
        </w:rPr>
        <w:t xml:space="preserve"> فشار بر </w:t>
      </w:r>
      <w:r w:rsidRPr="00593939">
        <w:rPr>
          <w:rFonts w:ascii="Tahoma" w:hAnsi="Tahoma" w:cs="Tahoma" w:hint="eastAsia"/>
          <w:rtl/>
        </w:rPr>
        <w:t>سن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ان</w:t>
      </w:r>
      <w:r w:rsidRPr="00593939">
        <w:rPr>
          <w:rFonts w:ascii="Tahoma" w:hAnsi="Tahoma" w:cs="Tahoma"/>
          <w:rtl/>
        </w:rPr>
        <w:t xml:space="preserve"> م</w:t>
      </w:r>
      <w:r w:rsidRPr="00593939">
        <w:rPr>
          <w:rFonts w:ascii="Tahoma" w:hAnsi="Tahoma" w:cs="Tahoma" w:hint="cs"/>
          <w:rtl/>
        </w:rPr>
        <w:t>ی‌</w:t>
      </w:r>
      <w:r w:rsidRPr="00593939">
        <w:rPr>
          <w:rFonts w:ascii="Tahoma" w:hAnsi="Tahoma" w:cs="Tahoma" w:hint="eastAsia"/>
          <w:rtl/>
        </w:rPr>
        <w:t>توانست</w:t>
      </w:r>
      <w:r w:rsidRPr="00593939">
        <w:rPr>
          <w:rFonts w:ascii="Tahoma" w:hAnsi="Tahoma" w:cs="Tahoma"/>
          <w:rtl/>
        </w:rPr>
        <w:t xml:space="preserve"> افزا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ش</w:t>
      </w:r>
      <w:r w:rsidRPr="00593939">
        <w:rPr>
          <w:rFonts w:ascii="Tahoma" w:hAnsi="Tahoma" w:cs="Tahoma"/>
          <w:rtl/>
        </w:rPr>
        <w:t xml:space="preserve"> 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ابد</w:t>
      </w:r>
      <w:r w:rsidRPr="00593939">
        <w:rPr>
          <w:rFonts w:ascii="Tahoma" w:hAnsi="Tahoma" w:cs="Tahoma"/>
          <w:rtl/>
        </w:rPr>
        <w:t>.</w:t>
      </w:r>
    </w:p>
    <w:p w:rsidR="00593939" w:rsidRPr="00593939" w:rsidRDefault="00593939" w:rsidP="00593939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93939">
        <w:rPr>
          <w:rFonts w:ascii="Tahoma" w:hAnsi="Tahoma" w:cs="Tahoma" w:hint="eastAsia"/>
          <w:rtl/>
        </w:rPr>
        <w:t>ا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ن</w:t>
      </w:r>
      <w:r w:rsidRPr="00593939">
        <w:rPr>
          <w:rFonts w:ascii="Tahoma" w:hAnsi="Tahoma" w:cs="Tahoma"/>
          <w:rtl/>
        </w:rPr>
        <w:t xml:space="preserve"> س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است</w:t>
      </w:r>
      <w:r w:rsidRPr="00593939">
        <w:rPr>
          <w:rFonts w:ascii="Tahoma" w:hAnsi="Tahoma" w:cs="Tahoma"/>
          <w:rtl/>
        </w:rPr>
        <w:t xml:space="preserve"> نت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جه‌ا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معکوس داشت. مردم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که به سبب مذهب خود تحق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ر</w:t>
      </w:r>
      <w:r w:rsidRPr="00593939">
        <w:rPr>
          <w:rFonts w:ascii="Tahoma" w:hAnsi="Tahoma" w:cs="Tahoma"/>
          <w:rtl/>
        </w:rPr>
        <w:t xml:space="preserve"> 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ا</w:t>
      </w:r>
      <w:r w:rsidRPr="00593939">
        <w:rPr>
          <w:rFonts w:ascii="Tahoma" w:hAnsi="Tahoma" w:cs="Tahoma"/>
          <w:rtl/>
        </w:rPr>
        <w:t xml:space="preserve"> محدود م</w:t>
      </w:r>
      <w:r w:rsidRPr="00593939">
        <w:rPr>
          <w:rFonts w:ascii="Tahoma" w:hAnsi="Tahoma" w:cs="Tahoma" w:hint="cs"/>
          <w:rtl/>
        </w:rPr>
        <w:t>ی‌</w:t>
      </w:r>
      <w:r w:rsidRPr="00593939">
        <w:rPr>
          <w:rFonts w:ascii="Tahoma" w:hAnsi="Tahoma" w:cs="Tahoma" w:hint="eastAsia"/>
          <w:rtl/>
        </w:rPr>
        <w:t>شدند،</w:t>
      </w:r>
      <w:r w:rsidRPr="00593939">
        <w:rPr>
          <w:rFonts w:ascii="Tahoma" w:hAnsi="Tahoma" w:cs="Tahoma"/>
          <w:rtl/>
        </w:rPr>
        <w:t xml:space="preserve"> پ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وند</w:t>
      </w:r>
      <w:r w:rsidRPr="00593939">
        <w:rPr>
          <w:rFonts w:ascii="Tahoma" w:hAnsi="Tahoma" w:cs="Tahoma"/>
          <w:rtl/>
        </w:rPr>
        <w:t xml:space="preserve"> کمتر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با مرکز ش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ع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احساس م</w:t>
      </w:r>
      <w:r w:rsidRPr="00593939">
        <w:rPr>
          <w:rFonts w:ascii="Tahoma" w:hAnsi="Tahoma" w:cs="Tahoma" w:hint="cs"/>
          <w:rtl/>
        </w:rPr>
        <w:t>ی‌</w:t>
      </w:r>
      <w:r w:rsidRPr="00593939">
        <w:rPr>
          <w:rFonts w:ascii="Tahoma" w:hAnsi="Tahoma" w:cs="Tahoma" w:hint="eastAsia"/>
          <w:rtl/>
        </w:rPr>
        <w:t>کردند</w:t>
      </w:r>
      <w:r w:rsidRPr="00593939">
        <w:rPr>
          <w:rFonts w:ascii="Tahoma" w:hAnsi="Tahoma" w:cs="Tahoma"/>
          <w:rtl/>
        </w:rPr>
        <w:t>. حکومت برا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کپارچه‌کردن</w:t>
      </w:r>
      <w:r w:rsidRPr="00593939">
        <w:rPr>
          <w:rFonts w:ascii="Tahoma" w:hAnsi="Tahoma" w:cs="Tahoma"/>
          <w:rtl/>
        </w:rPr>
        <w:t xml:space="preserve"> کشور مذهب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رسم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ساخته بود، اما سخت‌گ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ر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م</w:t>
      </w:r>
      <w:r w:rsidRPr="00593939">
        <w:rPr>
          <w:rFonts w:ascii="Tahoma" w:hAnsi="Tahoma" w:cs="Tahoma" w:hint="cs"/>
          <w:rtl/>
        </w:rPr>
        <w:t>ی‌</w:t>
      </w:r>
      <w:r w:rsidRPr="00593939">
        <w:rPr>
          <w:rFonts w:ascii="Tahoma" w:hAnsi="Tahoma" w:cs="Tahoma" w:hint="eastAsia"/>
          <w:rtl/>
        </w:rPr>
        <w:t>توانست</w:t>
      </w:r>
      <w:r w:rsidRPr="00593939">
        <w:rPr>
          <w:rFonts w:ascii="Tahoma" w:hAnsi="Tahoma" w:cs="Tahoma"/>
          <w:rtl/>
        </w:rPr>
        <w:t xml:space="preserve"> ساکنان مرزها را از همان کشور دور کند.</w:t>
      </w:r>
    </w:p>
    <w:p w:rsidR="00593939" w:rsidRPr="00593939" w:rsidRDefault="00593939" w:rsidP="00593939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93939">
        <w:rPr>
          <w:rFonts w:ascii="Tahoma" w:hAnsi="Tahoma" w:cs="Tahoma" w:hint="eastAsia"/>
          <w:rtl/>
        </w:rPr>
        <w:t>در</w:t>
      </w:r>
      <w:r w:rsidRPr="00593939">
        <w:rPr>
          <w:rFonts w:ascii="Tahoma" w:hAnsi="Tahoma" w:cs="Tahoma"/>
          <w:rtl/>
        </w:rPr>
        <w:t xml:space="preserve"> مناطق مرکز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،</w:t>
      </w:r>
      <w:r w:rsidRPr="00593939">
        <w:rPr>
          <w:rFonts w:ascii="Tahoma" w:hAnsi="Tahoma" w:cs="Tahoma"/>
          <w:rtl/>
        </w:rPr>
        <w:t xml:space="preserve"> حکومت ممکن بود با فشار و حضور مأموران مخالفت را مهار کند. اما در مرزها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دور، جا</w:t>
      </w:r>
      <w:r w:rsidRPr="00593939">
        <w:rPr>
          <w:rFonts w:ascii="Tahoma" w:hAnsi="Tahoma" w:cs="Tahoma" w:hint="cs"/>
          <w:rtl/>
        </w:rPr>
        <w:t>یی</w:t>
      </w:r>
      <w:r w:rsidRPr="00593939">
        <w:rPr>
          <w:rFonts w:ascii="Tahoma" w:hAnsi="Tahoma" w:cs="Tahoma"/>
          <w:rtl/>
        </w:rPr>
        <w:t xml:space="preserve"> که قشون و د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وان</w:t>
      </w:r>
      <w:r w:rsidRPr="00593939">
        <w:rPr>
          <w:rFonts w:ascii="Tahoma" w:hAnsi="Tahoma" w:cs="Tahoma"/>
          <w:rtl/>
        </w:rPr>
        <w:t xml:space="preserve"> ضع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ف‌تر</w:t>
      </w:r>
      <w:r w:rsidRPr="00593939">
        <w:rPr>
          <w:rFonts w:ascii="Tahoma" w:hAnsi="Tahoma" w:cs="Tahoma"/>
          <w:rtl/>
        </w:rPr>
        <w:t xml:space="preserve"> بودند، نارضا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ت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مذهب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م</w:t>
      </w:r>
      <w:r w:rsidRPr="00593939">
        <w:rPr>
          <w:rFonts w:ascii="Tahoma" w:hAnsi="Tahoma" w:cs="Tahoma" w:hint="cs"/>
          <w:rtl/>
        </w:rPr>
        <w:t>ی‌</w:t>
      </w:r>
      <w:r w:rsidRPr="00593939">
        <w:rPr>
          <w:rFonts w:ascii="Tahoma" w:hAnsi="Tahoma" w:cs="Tahoma" w:hint="eastAsia"/>
          <w:rtl/>
        </w:rPr>
        <w:t>توانست</w:t>
      </w:r>
      <w:r w:rsidRPr="00593939">
        <w:rPr>
          <w:rFonts w:ascii="Tahoma" w:hAnsi="Tahoma" w:cs="Tahoma"/>
          <w:rtl/>
        </w:rPr>
        <w:t xml:space="preserve"> با قدرت قبا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ل</w:t>
      </w:r>
      <w:r w:rsidRPr="00593939">
        <w:rPr>
          <w:rFonts w:ascii="Tahoma" w:hAnsi="Tahoma" w:cs="Tahoma"/>
          <w:rtl/>
        </w:rPr>
        <w:t xml:space="preserve"> و فاصلهٔ جغراف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ا</w:t>
      </w:r>
      <w:r w:rsidRPr="00593939">
        <w:rPr>
          <w:rFonts w:ascii="Tahoma" w:hAnsi="Tahoma" w:cs="Tahoma" w:hint="cs"/>
          <w:rtl/>
        </w:rPr>
        <w:t>یی</w:t>
      </w:r>
      <w:r w:rsidRPr="00593939">
        <w:rPr>
          <w:rFonts w:ascii="Tahoma" w:hAnsi="Tahoma" w:cs="Tahoma"/>
          <w:rtl/>
        </w:rPr>
        <w:t xml:space="preserve"> درآم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زد</w:t>
      </w:r>
      <w:r w:rsidRPr="00593939">
        <w:rPr>
          <w:rFonts w:ascii="Tahoma" w:hAnsi="Tahoma" w:cs="Tahoma"/>
          <w:rtl/>
        </w:rPr>
        <w:t xml:space="preserve"> و به شورش تبد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ل</w:t>
      </w:r>
      <w:r w:rsidRPr="00593939">
        <w:rPr>
          <w:rFonts w:ascii="Tahoma" w:hAnsi="Tahoma" w:cs="Tahoma"/>
          <w:rtl/>
        </w:rPr>
        <w:t xml:space="preserve"> شود. قندهار 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ک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از مهم‌تر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ن</w:t>
      </w:r>
      <w:r w:rsidRPr="00593939">
        <w:rPr>
          <w:rFonts w:ascii="Tahoma" w:hAnsi="Tahoma" w:cs="Tahoma"/>
          <w:rtl/>
        </w:rPr>
        <w:t xml:space="preserve"> ا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ن</w:t>
      </w:r>
      <w:r w:rsidRPr="00593939">
        <w:rPr>
          <w:rFonts w:ascii="Tahoma" w:hAnsi="Tahoma" w:cs="Tahoma"/>
          <w:rtl/>
        </w:rPr>
        <w:t xml:space="preserve"> مناطق بود.</w:t>
      </w:r>
    </w:p>
    <w:p w:rsidR="00593939" w:rsidRPr="00593939" w:rsidRDefault="00593939" w:rsidP="00593939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93939">
        <w:rPr>
          <w:rFonts w:ascii="Tahoma" w:hAnsi="Tahoma" w:cs="Tahoma" w:hint="eastAsia"/>
          <w:rtl/>
        </w:rPr>
        <w:t>گروه‌ها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غ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رمسلمان</w:t>
      </w:r>
      <w:r w:rsidRPr="00593939">
        <w:rPr>
          <w:rFonts w:ascii="Tahoma" w:hAnsi="Tahoma" w:cs="Tahoma"/>
          <w:rtl/>
        </w:rPr>
        <w:t xml:space="preserve"> ن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ز</w:t>
      </w:r>
      <w:r w:rsidRPr="00593939">
        <w:rPr>
          <w:rFonts w:ascii="Tahoma" w:hAnsi="Tahoma" w:cs="Tahoma"/>
          <w:rtl/>
        </w:rPr>
        <w:t xml:space="preserve"> با فشارها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مذهب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و مال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روبه‌رو شدند. ارمن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ان</w:t>
      </w:r>
      <w:r w:rsidRPr="00593939">
        <w:rPr>
          <w:rFonts w:ascii="Tahoma" w:hAnsi="Tahoma" w:cs="Tahoma"/>
          <w:rtl/>
        </w:rPr>
        <w:t xml:space="preserve"> جلفا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نو برا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تجارت کشور اهم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ت</w:t>
      </w:r>
      <w:r w:rsidRPr="00593939">
        <w:rPr>
          <w:rFonts w:ascii="Tahoma" w:hAnsi="Tahoma" w:cs="Tahoma"/>
          <w:rtl/>
        </w:rPr>
        <w:t xml:space="preserve"> داشتند و حکومت از شبکه‌ها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شان</w:t>
      </w:r>
      <w:r w:rsidRPr="00593939">
        <w:rPr>
          <w:rFonts w:ascii="Tahoma" w:hAnsi="Tahoma" w:cs="Tahoma"/>
          <w:rtl/>
        </w:rPr>
        <w:t xml:space="preserve"> بهره م</w:t>
      </w:r>
      <w:r w:rsidRPr="00593939">
        <w:rPr>
          <w:rFonts w:ascii="Tahoma" w:hAnsi="Tahoma" w:cs="Tahoma" w:hint="cs"/>
          <w:rtl/>
        </w:rPr>
        <w:t>ی‌</w:t>
      </w:r>
      <w:r w:rsidRPr="00593939">
        <w:rPr>
          <w:rFonts w:ascii="Tahoma" w:hAnsi="Tahoma" w:cs="Tahoma" w:hint="eastAsia"/>
          <w:rtl/>
        </w:rPr>
        <w:t>برد؛</w:t>
      </w:r>
      <w:r w:rsidRPr="00593939">
        <w:rPr>
          <w:rFonts w:ascii="Tahoma" w:hAnsi="Tahoma" w:cs="Tahoma"/>
          <w:rtl/>
        </w:rPr>
        <w:t xml:space="preserve"> اما ثروت آنان ن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ز</w:t>
      </w:r>
      <w:r w:rsidRPr="00593939">
        <w:rPr>
          <w:rFonts w:ascii="Tahoma" w:hAnsi="Tahoma" w:cs="Tahoma"/>
          <w:rtl/>
        </w:rPr>
        <w:t xml:space="preserve"> وسوسهٔ مال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برا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دربار و مأموران ا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جاد</w:t>
      </w:r>
      <w:r w:rsidRPr="00593939">
        <w:rPr>
          <w:rFonts w:ascii="Tahoma" w:hAnsi="Tahoma" w:cs="Tahoma"/>
          <w:rtl/>
        </w:rPr>
        <w:t xml:space="preserve"> م</w:t>
      </w:r>
      <w:r w:rsidRPr="00593939">
        <w:rPr>
          <w:rFonts w:ascii="Tahoma" w:hAnsi="Tahoma" w:cs="Tahoma" w:hint="cs"/>
          <w:rtl/>
        </w:rPr>
        <w:t>ی‌</w:t>
      </w:r>
      <w:r w:rsidRPr="00593939">
        <w:rPr>
          <w:rFonts w:ascii="Tahoma" w:hAnsi="Tahoma" w:cs="Tahoma" w:hint="eastAsia"/>
          <w:rtl/>
        </w:rPr>
        <w:t>کرد</w:t>
      </w:r>
      <w:r w:rsidRPr="00593939">
        <w:rPr>
          <w:rFonts w:ascii="Tahoma" w:hAnsi="Tahoma" w:cs="Tahoma"/>
          <w:rtl/>
        </w:rPr>
        <w:t>. افزا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ش</w:t>
      </w:r>
      <w:r w:rsidRPr="00593939">
        <w:rPr>
          <w:rFonts w:ascii="Tahoma" w:hAnsi="Tahoma" w:cs="Tahoma"/>
          <w:rtl/>
        </w:rPr>
        <w:t xml:space="preserve"> مال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ات،</w:t>
      </w:r>
      <w:r w:rsidRPr="00593939">
        <w:rPr>
          <w:rFonts w:ascii="Tahoma" w:hAnsi="Tahoma" w:cs="Tahoma"/>
          <w:rtl/>
        </w:rPr>
        <w:t xml:space="preserve"> دخالت در امور داخل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و محدود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ت‌ها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مذهب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م</w:t>
      </w:r>
      <w:r w:rsidRPr="00593939">
        <w:rPr>
          <w:rFonts w:ascii="Tahoma" w:hAnsi="Tahoma" w:cs="Tahoma" w:hint="cs"/>
          <w:rtl/>
        </w:rPr>
        <w:t>ی‌</w:t>
      </w:r>
      <w:r w:rsidRPr="00593939">
        <w:rPr>
          <w:rFonts w:ascii="Tahoma" w:hAnsi="Tahoma" w:cs="Tahoma" w:hint="eastAsia"/>
          <w:rtl/>
        </w:rPr>
        <w:t>توانست</w:t>
      </w:r>
      <w:r w:rsidRPr="00593939">
        <w:rPr>
          <w:rFonts w:ascii="Tahoma" w:hAnsi="Tahoma" w:cs="Tahoma"/>
          <w:rtl/>
        </w:rPr>
        <w:t xml:space="preserve"> همان گروه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را تضع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ف</w:t>
      </w:r>
      <w:r w:rsidRPr="00593939">
        <w:rPr>
          <w:rFonts w:ascii="Tahoma" w:hAnsi="Tahoma" w:cs="Tahoma"/>
          <w:rtl/>
        </w:rPr>
        <w:t xml:space="preserve"> کند که بخش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از بازرگان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خارج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ا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ران</w:t>
      </w:r>
      <w:r w:rsidRPr="00593939">
        <w:rPr>
          <w:rFonts w:ascii="Tahoma" w:hAnsi="Tahoma" w:cs="Tahoma"/>
          <w:rtl/>
        </w:rPr>
        <w:t xml:space="preserve"> را در اخت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ار</w:t>
      </w:r>
      <w:r w:rsidRPr="00593939">
        <w:rPr>
          <w:rFonts w:ascii="Tahoma" w:hAnsi="Tahoma" w:cs="Tahoma"/>
          <w:rtl/>
        </w:rPr>
        <w:t xml:space="preserve"> داشت.</w:t>
      </w:r>
    </w:p>
    <w:p w:rsidR="00593939" w:rsidRPr="00593939" w:rsidRDefault="00593939" w:rsidP="00593939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هود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ان</w:t>
      </w:r>
      <w:r w:rsidRPr="00593939">
        <w:rPr>
          <w:rFonts w:ascii="Tahoma" w:hAnsi="Tahoma" w:cs="Tahoma"/>
          <w:rtl/>
        </w:rPr>
        <w:t xml:space="preserve"> و زرتشت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ان</w:t>
      </w:r>
      <w:r w:rsidRPr="00593939">
        <w:rPr>
          <w:rFonts w:ascii="Tahoma" w:hAnsi="Tahoma" w:cs="Tahoma"/>
          <w:rtl/>
        </w:rPr>
        <w:t xml:space="preserve"> ن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ز</w:t>
      </w:r>
      <w:r w:rsidRPr="00593939">
        <w:rPr>
          <w:rFonts w:ascii="Tahoma" w:hAnsi="Tahoma" w:cs="Tahoma"/>
          <w:rtl/>
        </w:rPr>
        <w:t xml:space="preserve"> از امن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ت</w:t>
      </w:r>
      <w:r w:rsidRPr="00593939">
        <w:rPr>
          <w:rFonts w:ascii="Tahoma" w:hAnsi="Tahoma" w:cs="Tahoma"/>
          <w:rtl/>
        </w:rPr>
        <w:t xml:space="preserve"> حقوق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مستقل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برخوردار نبودند. وضعشان به فرمان شاه، نفوذ د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نکاران</w:t>
      </w:r>
      <w:r w:rsidRPr="00593939">
        <w:rPr>
          <w:rFonts w:ascii="Tahoma" w:hAnsi="Tahoma" w:cs="Tahoma"/>
          <w:rtl/>
        </w:rPr>
        <w:t xml:space="preserve"> و رفتار مأموران محل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وابسته بود. فشار برا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تغ</w:t>
      </w:r>
      <w:r w:rsidRPr="00593939">
        <w:rPr>
          <w:rFonts w:ascii="Tahoma" w:hAnsi="Tahoma" w:cs="Tahoma" w:hint="cs"/>
          <w:rtl/>
        </w:rPr>
        <w:t>یی</w:t>
      </w:r>
      <w:r w:rsidRPr="00593939">
        <w:rPr>
          <w:rFonts w:ascii="Tahoma" w:hAnsi="Tahoma" w:cs="Tahoma" w:hint="eastAsia"/>
          <w:rtl/>
        </w:rPr>
        <w:t>ر</w:t>
      </w:r>
      <w:r w:rsidRPr="00593939">
        <w:rPr>
          <w:rFonts w:ascii="Tahoma" w:hAnsi="Tahoma" w:cs="Tahoma"/>
          <w:rtl/>
        </w:rPr>
        <w:t xml:space="preserve"> مذهب، محدود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ت</w:t>
      </w:r>
      <w:r w:rsidRPr="00593939">
        <w:rPr>
          <w:rFonts w:ascii="Tahoma" w:hAnsi="Tahoma" w:cs="Tahoma"/>
          <w:rtl/>
        </w:rPr>
        <w:t xml:space="preserve"> در پوشش 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ا</w:t>
      </w:r>
      <w:r w:rsidRPr="00593939">
        <w:rPr>
          <w:rFonts w:ascii="Tahoma" w:hAnsi="Tahoma" w:cs="Tahoma"/>
          <w:rtl/>
        </w:rPr>
        <w:t xml:space="preserve"> فعال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ت</w:t>
      </w:r>
      <w:r w:rsidRPr="00593939">
        <w:rPr>
          <w:rFonts w:ascii="Tahoma" w:hAnsi="Tahoma" w:cs="Tahoma"/>
          <w:rtl/>
        </w:rPr>
        <w:t xml:space="preserve"> اجتماع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و گرفتن مال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ات‌ها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و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ژه</w:t>
      </w:r>
      <w:r w:rsidRPr="00593939">
        <w:rPr>
          <w:rFonts w:ascii="Tahoma" w:hAnsi="Tahoma" w:cs="Tahoma"/>
          <w:rtl/>
        </w:rPr>
        <w:t xml:space="preserve"> م</w:t>
      </w:r>
      <w:r w:rsidRPr="00593939">
        <w:rPr>
          <w:rFonts w:ascii="Tahoma" w:hAnsi="Tahoma" w:cs="Tahoma" w:hint="cs"/>
          <w:rtl/>
        </w:rPr>
        <w:t>ی‌</w:t>
      </w:r>
      <w:r w:rsidRPr="00593939">
        <w:rPr>
          <w:rFonts w:ascii="Tahoma" w:hAnsi="Tahoma" w:cs="Tahoma" w:hint="eastAsia"/>
          <w:rtl/>
        </w:rPr>
        <w:t>توانست</w:t>
      </w:r>
      <w:r w:rsidRPr="00593939">
        <w:rPr>
          <w:rFonts w:ascii="Tahoma" w:hAnsi="Tahoma" w:cs="Tahoma"/>
          <w:rtl/>
        </w:rPr>
        <w:t xml:space="preserve"> زندگ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آنان را دشوارتر کند.</w:t>
      </w:r>
    </w:p>
    <w:p w:rsidR="00593939" w:rsidRPr="00593939" w:rsidRDefault="00593939" w:rsidP="00593939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93939">
        <w:rPr>
          <w:rFonts w:ascii="Tahoma" w:hAnsi="Tahoma" w:cs="Tahoma" w:hint="eastAsia"/>
          <w:rtl/>
        </w:rPr>
        <w:t>د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نکاران</w:t>
      </w:r>
      <w:r w:rsidRPr="00593939">
        <w:rPr>
          <w:rFonts w:ascii="Tahoma" w:hAnsi="Tahoma" w:cs="Tahoma"/>
          <w:rtl/>
        </w:rPr>
        <w:t xml:space="preserve"> ممکن بود ا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ن</w:t>
      </w:r>
      <w:r w:rsidRPr="00593939">
        <w:rPr>
          <w:rFonts w:ascii="Tahoma" w:hAnsi="Tahoma" w:cs="Tahoma"/>
          <w:rtl/>
        </w:rPr>
        <w:t xml:space="preserve"> محدود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ت‌ها</w:t>
      </w:r>
      <w:r w:rsidRPr="00593939">
        <w:rPr>
          <w:rFonts w:ascii="Tahoma" w:hAnsi="Tahoma" w:cs="Tahoma"/>
          <w:rtl/>
        </w:rPr>
        <w:t xml:space="preserve"> را اجرا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احکام مربوط به جامعهٔ اسلام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بدانند. دربار م</w:t>
      </w:r>
      <w:r w:rsidRPr="00593939">
        <w:rPr>
          <w:rFonts w:ascii="Tahoma" w:hAnsi="Tahoma" w:cs="Tahoma" w:hint="cs"/>
          <w:rtl/>
        </w:rPr>
        <w:t>ی‌</w:t>
      </w:r>
      <w:r w:rsidRPr="00593939">
        <w:rPr>
          <w:rFonts w:ascii="Tahoma" w:hAnsi="Tahoma" w:cs="Tahoma" w:hint="eastAsia"/>
          <w:rtl/>
        </w:rPr>
        <w:t>توانست</w:t>
      </w:r>
      <w:r w:rsidRPr="00593939">
        <w:rPr>
          <w:rFonts w:ascii="Tahoma" w:hAnsi="Tahoma" w:cs="Tahoma"/>
          <w:rtl/>
        </w:rPr>
        <w:t xml:space="preserve"> از آنها برا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نما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ش</w:t>
      </w:r>
      <w:r w:rsidRPr="00593939">
        <w:rPr>
          <w:rFonts w:ascii="Tahoma" w:hAnsi="Tahoma" w:cs="Tahoma"/>
          <w:rtl/>
        </w:rPr>
        <w:t xml:space="preserve"> د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ندار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ا</w:t>
      </w:r>
      <w:r w:rsidRPr="00593939">
        <w:rPr>
          <w:rFonts w:ascii="Tahoma" w:hAnsi="Tahoma" w:cs="Tahoma"/>
          <w:rtl/>
        </w:rPr>
        <w:t xml:space="preserve"> افزا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ش</w:t>
      </w:r>
      <w:r w:rsidRPr="00593939">
        <w:rPr>
          <w:rFonts w:ascii="Tahoma" w:hAnsi="Tahoma" w:cs="Tahoma"/>
          <w:rtl/>
        </w:rPr>
        <w:t xml:space="preserve"> درآمد استفاده کند و مأموران ن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ز</w:t>
      </w:r>
      <w:r w:rsidRPr="00593939">
        <w:rPr>
          <w:rFonts w:ascii="Tahoma" w:hAnsi="Tahoma" w:cs="Tahoma"/>
          <w:rtl/>
        </w:rPr>
        <w:t xml:space="preserve"> امکان داشت همان مقررات را به وس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له‌ا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برا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باج‌گ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ر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تبد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ل</w:t>
      </w:r>
      <w:r w:rsidRPr="00593939">
        <w:rPr>
          <w:rFonts w:ascii="Tahoma" w:hAnsi="Tahoma" w:cs="Tahoma"/>
          <w:rtl/>
        </w:rPr>
        <w:t xml:space="preserve"> کنند. بار د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گر</w:t>
      </w:r>
      <w:r w:rsidRPr="00593939">
        <w:rPr>
          <w:rFonts w:ascii="Tahoma" w:hAnsi="Tahoma" w:cs="Tahoma"/>
          <w:rtl/>
        </w:rPr>
        <w:t xml:space="preserve"> انگ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زه‌ها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مذهب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،</w:t>
      </w:r>
      <w:r w:rsidRPr="00593939">
        <w:rPr>
          <w:rFonts w:ascii="Tahoma" w:hAnsi="Tahoma" w:cs="Tahoma"/>
          <w:rtl/>
        </w:rPr>
        <w:t xml:space="preserve"> م</w:t>
      </w:r>
      <w:r w:rsidRPr="00593939">
        <w:rPr>
          <w:rFonts w:ascii="Tahoma" w:hAnsi="Tahoma" w:cs="Tahoma" w:hint="eastAsia"/>
          <w:rtl/>
        </w:rPr>
        <w:t>ال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و س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اس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در هم م</w:t>
      </w:r>
      <w:r w:rsidRPr="00593939">
        <w:rPr>
          <w:rFonts w:ascii="Tahoma" w:hAnsi="Tahoma" w:cs="Tahoma" w:hint="cs"/>
          <w:rtl/>
        </w:rPr>
        <w:t>ی‌</w:t>
      </w:r>
      <w:r w:rsidRPr="00593939">
        <w:rPr>
          <w:rFonts w:ascii="Tahoma" w:hAnsi="Tahoma" w:cs="Tahoma" w:hint="eastAsia"/>
          <w:rtl/>
        </w:rPr>
        <w:t>آم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ختند</w:t>
      </w:r>
      <w:r w:rsidRPr="00593939">
        <w:rPr>
          <w:rFonts w:ascii="Tahoma" w:hAnsi="Tahoma" w:cs="Tahoma"/>
          <w:rtl/>
        </w:rPr>
        <w:t>.</w:t>
      </w:r>
    </w:p>
    <w:p w:rsidR="00593939" w:rsidRPr="00593939" w:rsidRDefault="00593939" w:rsidP="00593939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93939">
        <w:rPr>
          <w:rFonts w:ascii="Tahoma" w:hAnsi="Tahoma" w:cs="Tahoma" w:hint="eastAsia"/>
          <w:rtl/>
        </w:rPr>
        <w:t>نزد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ک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تاج و عمامه در آغاز سلطنت سلطان حس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ن</w:t>
      </w:r>
      <w:r w:rsidRPr="00593939">
        <w:rPr>
          <w:rFonts w:ascii="Tahoma" w:hAnsi="Tahoma" w:cs="Tahoma"/>
          <w:rtl/>
        </w:rPr>
        <w:t xml:space="preserve"> از ن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از</w:t>
      </w:r>
      <w:r w:rsidRPr="00593939">
        <w:rPr>
          <w:rFonts w:ascii="Tahoma" w:hAnsi="Tahoma" w:cs="Tahoma"/>
          <w:rtl/>
        </w:rPr>
        <w:t xml:space="preserve"> متقابل سرچشمه م</w:t>
      </w:r>
      <w:r w:rsidRPr="00593939">
        <w:rPr>
          <w:rFonts w:ascii="Tahoma" w:hAnsi="Tahoma" w:cs="Tahoma" w:hint="cs"/>
          <w:rtl/>
        </w:rPr>
        <w:t>ی‌</w:t>
      </w:r>
      <w:r w:rsidRPr="00593939">
        <w:rPr>
          <w:rFonts w:ascii="Tahoma" w:hAnsi="Tahoma" w:cs="Tahoma" w:hint="eastAsia"/>
          <w:rtl/>
        </w:rPr>
        <w:t>گرفت</w:t>
      </w:r>
      <w:r w:rsidRPr="00593939">
        <w:rPr>
          <w:rFonts w:ascii="Tahoma" w:hAnsi="Tahoma" w:cs="Tahoma"/>
          <w:rtl/>
        </w:rPr>
        <w:t>. شاه برا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جبران ب</w:t>
      </w:r>
      <w:r w:rsidRPr="00593939">
        <w:rPr>
          <w:rFonts w:ascii="Tahoma" w:hAnsi="Tahoma" w:cs="Tahoma" w:hint="cs"/>
          <w:rtl/>
        </w:rPr>
        <w:t>ی‌</w:t>
      </w:r>
      <w:r w:rsidRPr="00593939">
        <w:rPr>
          <w:rFonts w:ascii="Tahoma" w:hAnsi="Tahoma" w:cs="Tahoma" w:hint="eastAsia"/>
          <w:rtl/>
        </w:rPr>
        <w:t>تجربگ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و تقو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ت</w:t>
      </w:r>
      <w:r w:rsidRPr="00593939">
        <w:rPr>
          <w:rFonts w:ascii="Tahoma" w:hAnsi="Tahoma" w:cs="Tahoma"/>
          <w:rtl/>
        </w:rPr>
        <w:t xml:space="preserve"> حقان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ت</w:t>
      </w:r>
      <w:r w:rsidRPr="00593939">
        <w:rPr>
          <w:rFonts w:ascii="Tahoma" w:hAnsi="Tahoma" w:cs="Tahoma"/>
          <w:rtl/>
        </w:rPr>
        <w:t xml:space="preserve"> خود به د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نکاران</w:t>
      </w:r>
      <w:r w:rsidRPr="00593939">
        <w:rPr>
          <w:rFonts w:ascii="Tahoma" w:hAnsi="Tahoma" w:cs="Tahoma"/>
          <w:rtl/>
        </w:rPr>
        <w:t xml:space="preserve"> تک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ه</w:t>
      </w:r>
      <w:r w:rsidRPr="00593939">
        <w:rPr>
          <w:rFonts w:ascii="Tahoma" w:hAnsi="Tahoma" w:cs="Tahoma"/>
          <w:rtl/>
        </w:rPr>
        <w:t xml:space="preserve"> م</w:t>
      </w:r>
      <w:r w:rsidRPr="00593939">
        <w:rPr>
          <w:rFonts w:ascii="Tahoma" w:hAnsi="Tahoma" w:cs="Tahoma" w:hint="cs"/>
          <w:rtl/>
        </w:rPr>
        <w:t>ی‌</w:t>
      </w:r>
      <w:r w:rsidRPr="00593939">
        <w:rPr>
          <w:rFonts w:ascii="Tahoma" w:hAnsi="Tahoma" w:cs="Tahoma" w:hint="eastAsia"/>
          <w:rtl/>
        </w:rPr>
        <w:t>کرد</w:t>
      </w:r>
      <w:r w:rsidRPr="00593939">
        <w:rPr>
          <w:rFonts w:ascii="Tahoma" w:hAnsi="Tahoma" w:cs="Tahoma"/>
          <w:rtl/>
        </w:rPr>
        <w:t>. د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نکاران</w:t>
      </w:r>
      <w:r w:rsidRPr="00593939">
        <w:rPr>
          <w:rFonts w:ascii="Tahoma" w:hAnsi="Tahoma" w:cs="Tahoma"/>
          <w:rtl/>
        </w:rPr>
        <w:t xml:space="preserve"> ن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ز</w:t>
      </w:r>
      <w:r w:rsidRPr="00593939">
        <w:rPr>
          <w:rFonts w:ascii="Tahoma" w:hAnsi="Tahoma" w:cs="Tahoma"/>
          <w:rtl/>
        </w:rPr>
        <w:t xml:space="preserve"> برا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اجرا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برداشتشان از شر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عت</w:t>
      </w:r>
      <w:r w:rsidRPr="00593939">
        <w:rPr>
          <w:rFonts w:ascii="Tahoma" w:hAnsi="Tahoma" w:cs="Tahoma"/>
          <w:rtl/>
        </w:rPr>
        <w:t xml:space="preserve"> به ن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رو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شاه ن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از</w:t>
      </w:r>
      <w:r w:rsidRPr="00593939">
        <w:rPr>
          <w:rFonts w:ascii="Tahoma" w:hAnsi="Tahoma" w:cs="Tahoma"/>
          <w:rtl/>
        </w:rPr>
        <w:t xml:space="preserve"> داشتند. عمامه بدون تاج نم</w:t>
      </w:r>
      <w:r w:rsidRPr="00593939">
        <w:rPr>
          <w:rFonts w:ascii="Tahoma" w:hAnsi="Tahoma" w:cs="Tahoma" w:hint="cs"/>
          <w:rtl/>
        </w:rPr>
        <w:t>ی‌</w:t>
      </w:r>
      <w:r w:rsidRPr="00593939">
        <w:rPr>
          <w:rFonts w:ascii="Tahoma" w:hAnsi="Tahoma" w:cs="Tahoma" w:hint="eastAsia"/>
          <w:rtl/>
        </w:rPr>
        <w:t>توانست</w:t>
      </w:r>
      <w:r w:rsidRPr="00593939">
        <w:rPr>
          <w:rFonts w:ascii="Tahoma" w:hAnsi="Tahoma" w:cs="Tahoma"/>
          <w:rtl/>
        </w:rPr>
        <w:t xml:space="preserve"> مأمور به بازار بف</w:t>
      </w:r>
      <w:r w:rsidRPr="00593939">
        <w:rPr>
          <w:rFonts w:ascii="Tahoma" w:hAnsi="Tahoma" w:cs="Tahoma" w:hint="eastAsia"/>
          <w:rtl/>
        </w:rPr>
        <w:t>رستد</w:t>
      </w:r>
      <w:r w:rsidRPr="00593939">
        <w:rPr>
          <w:rFonts w:ascii="Tahoma" w:hAnsi="Tahoma" w:cs="Tahoma"/>
          <w:rtl/>
        </w:rPr>
        <w:t xml:space="preserve"> و تاج بدون عمامه نم</w:t>
      </w:r>
      <w:r w:rsidRPr="00593939">
        <w:rPr>
          <w:rFonts w:ascii="Tahoma" w:hAnsi="Tahoma" w:cs="Tahoma" w:hint="cs"/>
          <w:rtl/>
        </w:rPr>
        <w:t>ی‌</w:t>
      </w:r>
      <w:r w:rsidRPr="00593939">
        <w:rPr>
          <w:rFonts w:ascii="Tahoma" w:hAnsi="Tahoma" w:cs="Tahoma" w:hint="eastAsia"/>
          <w:rtl/>
        </w:rPr>
        <w:t>توانست</w:t>
      </w:r>
      <w:r w:rsidRPr="00593939">
        <w:rPr>
          <w:rFonts w:ascii="Tahoma" w:hAnsi="Tahoma" w:cs="Tahoma"/>
          <w:rtl/>
        </w:rPr>
        <w:t xml:space="preserve"> همهٔ دخالت‌ها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خود را حکم مذهب معرف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کند.</w:t>
      </w:r>
    </w:p>
    <w:p w:rsidR="00593939" w:rsidRPr="00593939" w:rsidRDefault="00593939" w:rsidP="00593939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93939">
        <w:rPr>
          <w:rFonts w:ascii="Tahoma" w:hAnsi="Tahoma" w:cs="Tahoma" w:hint="eastAsia"/>
          <w:rtl/>
        </w:rPr>
        <w:t>اما</w:t>
      </w:r>
      <w:r w:rsidRPr="00593939">
        <w:rPr>
          <w:rFonts w:ascii="Tahoma" w:hAnsi="Tahoma" w:cs="Tahoma"/>
          <w:rtl/>
        </w:rPr>
        <w:t xml:space="preserve"> ا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ن</w:t>
      </w:r>
      <w:r w:rsidRPr="00593939">
        <w:rPr>
          <w:rFonts w:ascii="Tahoma" w:hAnsi="Tahoma" w:cs="Tahoma"/>
          <w:rtl/>
        </w:rPr>
        <w:t xml:space="preserve"> نزد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ک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مسئول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ت</w:t>
      </w:r>
      <w:r w:rsidRPr="00593939">
        <w:rPr>
          <w:rFonts w:ascii="Tahoma" w:hAnsi="Tahoma" w:cs="Tahoma"/>
          <w:rtl/>
        </w:rPr>
        <w:t xml:space="preserve"> را مبهم م</w:t>
      </w:r>
      <w:r w:rsidRPr="00593939">
        <w:rPr>
          <w:rFonts w:ascii="Tahoma" w:hAnsi="Tahoma" w:cs="Tahoma" w:hint="cs"/>
          <w:rtl/>
        </w:rPr>
        <w:t>ی‌</w:t>
      </w:r>
      <w:r w:rsidRPr="00593939">
        <w:rPr>
          <w:rFonts w:ascii="Tahoma" w:hAnsi="Tahoma" w:cs="Tahoma" w:hint="eastAsia"/>
          <w:rtl/>
        </w:rPr>
        <w:t>کرد</w:t>
      </w:r>
      <w:r w:rsidRPr="00593939">
        <w:rPr>
          <w:rFonts w:ascii="Tahoma" w:hAnsi="Tahoma" w:cs="Tahoma"/>
          <w:rtl/>
        </w:rPr>
        <w:t>. اگر س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است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شکست م</w:t>
      </w:r>
      <w:r w:rsidRPr="00593939">
        <w:rPr>
          <w:rFonts w:ascii="Tahoma" w:hAnsi="Tahoma" w:cs="Tahoma" w:hint="cs"/>
          <w:rtl/>
        </w:rPr>
        <w:t>ی‌</w:t>
      </w:r>
      <w:r w:rsidRPr="00593939">
        <w:rPr>
          <w:rFonts w:ascii="Tahoma" w:hAnsi="Tahoma" w:cs="Tahoma" w:hint="eastAsia"/>
          <w:rtl/>
        </w:rPr>
        <w:t>خورد،</w:t>
      </w:r>
      <w:r w:rsidRPr="00593939">
        <w:rPr>
          <w:rFonts w:ascii="Tahoma" w:hAnsi="Tahoma" w:cs="Tahoma"/>
          <w:rtl/>
        </w:rPr>
        <w:t xml:space="preserve"> آ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ا</w:t>
      </w:r>
      <w:r w:rsidRPr="00593939">
        <w:rPr>
          <w:rFonts w:ascii="Tahoma" w:hAnsi="Tahoma" w:cs="Tahoma"/>
          <w:rtl/>
        </w:rPr>
        <w:t xml:space="preserve"> شاه مسئول بود که فرمان داده بود 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ا</w:t>
      </w:r>
      <w:r w:rsidRPr="00593939">
        <w:rPr>
          <w:rFonts w:ascii="Tahoma" w:hAnsi="Tahoma" w:cs="Tahoma"/>
          <w:rtl/>
        </w:rPr>
        <w:t xml:space="preserve"> فق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ه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که آن را توص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ه</w:t>
      </w:r>
      <w:r w:rsidRPr="00593939">
        <w:rPr>
          <w:rFonts w:ascii="Tahoma" w:hAnsi="Tahoma" w:cs="Tahoma"/>
          <w:rtl/>
        </w:rPr>
        <w:t xml:space="preserve"> کرده بود؟ صاحب‌منصب مذهب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م</w:t>
      </w:r>
      <w:r w:rsidRPr="00593939">
        <w:rPr>
          <w:rFonts w:ascii="Tahoma" w:hAnsi="Tahoma" w:cs="Tahoma" w:hint="cs"/>
          <w:rtl/>
        </w:rPr>
        <w:t>ی‌</w:t>
      </w:r>
      <w:r w:rsidRPr="00593939">
        <w:rPr>
          <w:rFonts w:ascii="Tahoma" w:hAnsi="Tahoma" w:cs="Tahoma" w:hint="eastAsia"/>
          <w:rtl/>
        </w:rPr>
        <w:t>توانست</w:t>
      </w:r>
      <w:r w:rsidRPr="00593939">
        <w:rPr>
          <w:rFonts w:ascii="Tahoma" w:hAnsi="Tahoma" w:cs="Tahoma"/>
          <w:rtl/>
        </w:rPr>
        <w:t xml:space="preserve"> بگو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د</w:t>
      </w:r>
      <w:r w:rsidRPr="00593939">
        <w:rPr>
          <w:rFonts w:ascii="Tahoma" w:hAnsi="Tahoma" w:cs="Tahoma"/>
          <w:rtl/>
        </w:rPr>
        <w:t xml:space="preserve"> اجرا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نادرست از حکومت بوده است و دربار م</w:t>
      </w:r>
      <w:r w:rsidRPr="00593939">
        <w:rPr>
          <w:rFonts w:ascii="Tahoma" w:hAnsi="Tahoma" w:cs="Tahoma" w:hint="cs"/>
          <w:rtl/>
        </w:rPr>
        <w:t>ی‌</w:t>
      </w:r>
      <w:r w:rsidRPr="00593939">
        <w:rPr>
          <w:rFonts w:ascii="Tahoma" w:hAnsi="Tahoma" w:cs="Tahoma" w:hint="eastAsia"/>
          <w:rtl/>
        </w:rPr>
        <w:t>توانست</w:t>
      </w:r>
      <w:r w:rsidRPr="00593939">
        <w:rPr>
          <w:rFonts w:ascii="Tahoma" w:hAnsi="Tahoma" w:cs="Tahoma"/>
          <w:rtl/>
        </w:rPr>
        <w:t xml:space="preserve"> مسئول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ت</w:t>
      </w:r>
      <w:r w:rsidRPr="00593939">
        <w:rPr>
          <w:rFonts w:ascii="Tahoma" w:hAnsi="Tahoma" w:cs="Tahoma"/>
          <w:rtl/>
        </w:rPr>
        <w:t xml:space="preserve"> را به حکم د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نکار</w:t>
      </w:r>
      <w:r w:rsidRPr="00593939">
        <w:rPr>
          <w:rFonts w:ascii="Tahoma" w:hAnsi="Tahoma" w:cs="Tahoma"/>
          <w:rtl/>
        </w:rPr>
        <w:t xml:space="preserve"> نسبت دهد. اخت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ار</w:t>
      </w:r>
      <w:r w:rsidRPr="00593939">
        <w:rPr>
          <w:rFonts w:ascii="Tahoma" w:hAnsi="Tahoma" w:cs="Tahoma"/>
          <w:rtl/>
        </w:rPr>
        <w:t xml:space="preserve"> م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ان</w:t>
      </w:r>
      <w:r w:rsidRPr="00593939">
        <w:rPr>
          <w:rFonts w:ascii="Tahoma" w:hAnsi="Tahoma" w:cs="Tahoma"/>
          <w:rtl/>
        </w:rPr>
        <w:t xml:space="preserve"> دو ن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رو</w:t>
      </w:r>
      <w:r w:rsidRPr="00593939">
        <w:rPr>
          <w:rFonts w:ascii="Tahoma" w:hAnsi="Tahoma" w:cs="Tahoma"/>
          <w:rtl/>
        </w:rPr>
        <w:t xml:space="preserve"> تقس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م</w:t>
      </w:r>
      <w:r w:rsidRPr="00593939">
        <w:rPr>
          <w:rFonts w:ascii="Tahoma" w:hAnsi="Tahoma" w:cs="Tahoma"/>
          <w:rtl/>
        </w:rPr>
        <w:t xml:space="preserve"> م</w:t>
      </w:r>
      <w:r w:rsidRPr="00593939">
        <w:rPr>
          <w:rFonts w:ascii="Tahoma" w:hAnsi="Tahoma" w:cs="Tahoma" w:hint="cs"/>
          <w:rtl/>
        </w:rPr>
        <w:t>ی‌</w:t>
      </w:r>
      <w:r w:rsidRPr="00593939">
        <w:rPr>
          <w:rFonts w:ascii="Tahoma" w:hAnsi="Tahoma" w:cs="Tahoma" w:hint="eastAsia"/>
          <w:rtl/>
        </w:rPr>
        <w:t>شد،</w:t>
      </w:r>
      <w:r w:rsidRPr="00593939">
        <w:rPr>
          <w:rFonts w:ascii="Tahoma" w:hAnsi="Tahoma" w:cs="Tahoma"/>
          <w:rtl/>
        </w:rPr>
        <w:t xml:space="preserve"> ب</w:t>
      </w:r>
      <w:r w:rsidRPr="00593939">
        <w:rPr>
          <w:rFonts w:ascii="Tahoma" w:hAnsi="Tahoma" w:cs="Tahoma" w:hint="cs"/>
          <w:rtl/>
        </w:rPr>
        <w:t>ی‌</w:t>
      </w:r>
      <w:r w:rsidRPr="00593939">
        <w:rPr>
          <w:rFonts w:ascii="Tahoma" w:hAnsi="Tahoma" w:cs="Tahoma" w:hint="eastAsia"/>
          <w:rtl/>
        </w:rPr>
        <w:t>آنکه</w:t>
      </w:r>
      <w:r w:rsidRPr="00593939">
        <w:rPr>
          <w:rFonts w:ascii="Tahoma" w:hAnsi="Tahoma" w:cs="Tahoma"/>
          <w:rtl/>
        </w:rPr>
        <w:t xml:space="preserve"> سازوکار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برا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پاسخ‌گو</w:t>
      </w:r>
      <w:r w:rsidRPr="00593939">
        <w:rPr>
          <w:rFonts w:ascii="Tahoma" w:hAnsi="Tahoma" w:cs="Tahoma" w:hint="cs"/>
          <w:rtl/>
        </w:rPr>
        <w:t>یی</w:t>
      </w:r>
      <w:r w:rsidRPr="00593939">
        <w:rPr>
          <w:rFonts w:ascii="Tahoma" w:hAnsi="Tahoma" w:cs="Tahoma"/>
          <w:rtl/>
        </w:rPr>
        <w:t xml:space="preserve"> هر 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ک</w:t>
      </w:r>
      <w:r w:rsidRPr="00593939">
        <w:rPr>
          <w:rFonts w:ascii="Tahoma" w:hAnsi="Tahoma" w:cs="Tahoma"/>
          <w:rtl/>
        </w:rPr>
        <w:t xml:space="preserve"> وجود داشته باشد.</w:t>
      </w:r>
    </w:p>
    <w:p w:rsidR="00593939" w:rsidRPr="00593939" w:rsidRDefault="00593939" w:rsidP="00593939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93939">
        <w:rPr>
          <w:rFonts w:ascii="Tahoma" w:hAnsi="Tahoma" w:cs="Tahoma" w:hint="eastAsia"/>
          <w:rtl/>
        </w:rPr>
        <w:t>محمدباقر</w:t>
      </w:r>
      <w:r w:rsidRPr="00593939">
        <w:rPr>
          <w:rFonts w:ascii="Tahoma" w:hAnsi="Tahoma" w:cs="Tahoma"/>
          <w:rtl/>
        </w:rPr>
        <w:t xml:space="preserve"> مجلس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در سال </w:t>
      </w:r>
      <w:r w:rsidRPr="00593939">
        <w:rPr>
          <w:rFonts w:ascii="Tahoma" w:hAnsi="Tahoma" w:cs="Tahoma"/>
          <w:rtl/>
          <w:lang w:bidi="fa-IR"/>
        </w:rPr>
        <w:t>۱۶۹۹</w:t>
      </w:r>
      <w:r w:rsidRPr="00593939">
        <w:rPr>
          <w:rFonts w:ascii="Tahoma" w:hAnsi="Tahoma" w:cs="Tahoma"/>
          <w:rtl/>
        </w:rPr>
        <w:t xml:space="preserve"> م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لاد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درگذشت، چند سال پس از آغاز سلطنت سلطان حس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ن</w:t>
      </w:r>
      <w:r w:rsidRPr="00593939">
        <w:rPr>
          <w:rFonts w:ascii="Tahoma" w:hAnsi="Tahoma" w:cs="Tahoma"/>
          <w:rtl/>
        </w:rPr>
        <w:t>. مرگ او نفوذ دستگاه د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نکار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را از م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ان</w:t>
      </w:r>
      <w:r w:rsidRPr="00593939">
        <w:rPr>
          <w:rFonts w:ascii="Tahoma" w:hAnsi="Tahoma" w:cs="Tahoma"/>
          <w:rtl/>
        </w:rPr>
        <w:t xml:space="preserve"> نبرد. مقام‌ها، شاگردان، نوشته‌ها و شبکه‌ا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که در شکل‌گ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ر</w:t>
      </w:r>
      <w:r w:rsidRPr="00593939">
        <w:rPr>
          <w:rFonts w:ascii="Tahoma" w:hAnsi="Tahoma" w:cs="Tahoma" w:hint="cs"/>
          <w:rtl/>
        </w:rPr>
        <w:t>ی‌</w:t>
      </w:r>
      <w:r w:rsidRPr="00593939">
        <w:rPr>
          <w:rFonts w:ascii="Tahoma" w:hAnsi="Tahoma" w:cs="Tahoma" w:hint="eastAsia"/>
          <w:rtl/>
        </w:rPr>
        <w:t>اش</w:t>
      </w:r>
      <w:r w:rsidRPr="00593939">
        <w:rPr>
          <w:rFonts w:ascii="Tahoma" w:hAnsi="Tahoma" w:cs="Tahoma"/>
          <w:rtl/>
        </w:rPr>
        <w:t xml:space="preserve"> نقش داشت باق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ماندند. ساختهٔ او و د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گر</w:t>
      </w:r>
      <w:r w:rsidRPr="00593939">
        <w:rPr>
          <w:rFonts w:ascii="Tahoma" w:hAnsi="Tahoma" w:cs="Tahoma"/>
          <w:rtl/>
        </w:rPr>
        <w:t xml:space="preserve"> د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نکاران</w:t>
      </w:r>
      <w:r w:rsidRPr="00593939">
        <w:rPr>
          <w:rFonts w:ascii="Tahoma" w:hAnsi="Tahoma" w:cs="Tahoma"/>
          <w:rtl/>
        </w:rPr>
        <w:t xml:space="preserve"> د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گر</w:t>
      </w:r>
      <w:r w:rsidRPr="00593939">
        <w:rPr>
          <w:rFonts w:ascii="Tahoma" w:hAnsi="Tahoma" w:cs="Tahoma"/>
          <w:rtl/>
        </w:rPr>
        <w:t xml:space="preserve"> از شخص آنان مستقل شده بود.</w:t>
      </w:r>
    </w:p>
    <w:p w:rsidR="00593939" w:rsidRPr="00593939" w:rsidRDefault="00593939" w:rsidP="00593939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93939">
        <w:rPr>
          <w:rFonts w:ascii="Tahoma" w:hAnsi="Tahoma" w:cs="Tahoma" w:hint="eastAsia"/>
          <w:rtl/>
        </w:rPr>
        <w:t>پس</w:t>
      </w:r>
      <w:r w:rsidRPr="00593939">
        <w:rPr>
          <w:rFonts w:ascii="Tahoma" w:hAnsi="Tahoma" w:cs="Tahoma"/>
          <w:rtl/>
        </w:rPr>
        <w:t xml:space="preserve"> از مجلس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،</w:t>
      </w:r>
      <w:r w:rsidRPr="00593939">
        <w:rPr>
          <w:rFonts w:ascii="Tahoma" w:hAnsi="Tahoma" w:cs="Tahoma"/>
          <w:rtl/>
        </w:rPr>
        <w:t xml:space="preserve"> دربار همچنان برا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مسائل مذهب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به صاحبان مقام تک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ه</w:t>
      </w:r>
      <w:r w:rsidRPr="00593939">
        <w:rPr>
          <w:rFonts w:ascii="Tahoma" w:hAnsi="Tahoma" w:cs="Tahoma"/>
          <w:rtl/>
        </w:rPr>
        <w:t xml:space="preserve"> داشت و عنوان ملاباش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جا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گاه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مهم‌تر پ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دا</w:t>
      </w:r>
      <w:r w:rsidRPr="00593939">
        <w:rPr>
          <w:rFonts w:ascii="Tahoma" w:hAnsi="Tahoma" w:cs="Tahoma"/>
          <w:rtl/>
        </w:rPr>
        <w:t xml:space="preserve"> کرد. اما ه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چ</w:t>
      </w:r>
      <w:r w:rsidRPr="00593939">
        <w:rPr>
          <w:rFonts w:ascii="Tahoma" w:hAnsi="Tahoma" w:cs="Tahoma"/>
          <w:rtl/>
        </w:rPr>
        <w:t xml:space="preserve"> د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نکار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،</w:t>
      </w:r>
      <w:r w:rsidRPr="00593939">
        <w:rPr>
          <w:rFonts w:ascii="Tahoma" w:hAnsi="Tahoma" w:cs="Tahoma"/>
          <w:rtl/>
        </w:rPr>
        <w:t xml:space="preserve"> هر اندازه بانفوذ، مسئول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ت</w:t>
      </w:r>
      <w:r w:rsidRPr="00593939">
        <w:rPr>
          <w:rFonts w:ascii="Tahoma" w:hAnsi="Tahoma" w:cs="Tahoma"/>
          <w:rtl/>
        </w:rPr>
        <w:t xml:space="preserve"> کامل کشوردار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را بر عهده نداشت. قشون، خزانه، راه‌ها، مرزها و انتصاب حاکمان همچنان در حوزهٔ تاج و د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وان</w:t>
      </w:r>
      <w:r w:rsidRPr="00593939">
        <w:rPr>
          <w:rFonts w:ascii="Tahoma" w:hAnsi="Tahoma" w:cs="Tahoma"/>
          <w:rtl/>
        </w:rPr>
        <w:t xml:space="preserve"> ب</w:t>
      </w:r>
      <w:r w:rsidRPr="00593939">
        <w:rPr>
          <w:rFonts w:ascii="Tahoma" w:hAnsi="Tahoma" w:cs="Tahoma" w:hint="eastAsia"/>
          <w:rtl/>
        </w:rPr>
        <w:t>ودند</w:t>
      </w:r>
      <w:r w:rsidRPr="00593939">
        <w:rPr>
          <w:rFonts w:ascii="Tahoma" w:hAnsi="Tahoma" w:cs="Tahoma"/>
          <w:rtl/>
        </w:rPr>
        <w:t>.</w:t>
      </w:r>
    </w:p>
    <w:p w:rsidR="00593939" w:rsidRPr="00593939" w:rsidRDefault="00593939" w:rsidP="00593939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93939">
        <w:rPr>
          <w:rFonts w:ascii="Tahoma" w:hAnsi="Tahoma" w:cs="Tahoma" w:hint="eastAsia"/>
          <w:rtl/>
        </w:rPr>
        <w:t>ا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ن</w:t>
      </w:r>
      <w:r w:rsidRPr="00593939">
        <w:rPr>
          <w:rFonts w:ascii="Tahoma" w:hAnsi="Tahoma" w:cs="Tahoma"/>
          <w:rtl/>
        </w:rPr>
        <w:t xml:space="preserve"> نکته برا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داور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دربارهٔ سقوط صفو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ان</w:t>
      </w:r>
      <w:r w:rsidRPr="00593939">
        <w:rPr>
          <w:rFonts w:ascii="Tahoma" w:hAnsi="Tahoma" w:cs="Tahoma"/>
          <w:rtl/>
        </w:rPr>
        <w:t xml:space="preserve"> ضرور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است. افزا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ش</w:t>
      </w:r>
      <w:r w:rsidRPr="00593939">
        <w:rPr>
          <w:rFonts w:ascii="Tahoma" w:hAnsi="Tahoma" w:cs="Tahoma"/>
          <w:rtl/>
        </w:rPr>
        <w:t xml:space="preserve"> نفوذ د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نکاران</w:t>
      </w:r>
      <w:r w:rsidRPr="00593939">
        <w:rPr>
          <w:rFonts w:ascii="Tahoma" w:hAnsi="Tahoma" w:cs="Tahoma"/>
          <w:rtl/>
        </w:rPr>
        <w:t xml:space="preserve"> 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ک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از عوامل تغ</w:t>
      </w:r>
      <w:r w:rsidRPr="00593939">
        <w:rPr>
          <w:rFonts w:ascii="Tahoma" w:hAnsi="Tahoma" w:cs="Tahoma" w:hint="cs"/>
          <w:rtl/>
        </w:rPr>
        <w:t>یی</w:t>
      </w:r>
      <w:r w:rsidRPr="00593939">
        <w:rPr>
          <w:rFonts w:ascii="Tahoma" w:hAnsi="Tahoma" w:cs="Tahoma" w:hint="eastAsia"/>
          <w:rtl/>
        </w:rPr>
        <w:t>ر</w:t>
      </w:r>
      <w:r w:rsidRPr="00593939">
        <w:rPr>
          <w:rFonts w:ascii="Tahoma" w:hAnsi="Tahoma" w:cs="Tahoma"/>
          <w:rtl/>
        </w:rPr>
        <w:t xml:space="preserve"> توازن حکومت بود، اما آنان به تنها</w:t>
      </w:r>
      <w:r w:rsidRPr="00593939">
        <w:rPr>
          <w:rFonts w:ascii="Tahoma" w:hAnsi="Tahoma" w:cs="Tahoma" w:hint="cs"/>
          <w:rtl/>
        </w:rPr>
        <w:t>یی</w:t>
      </w:r>
      <w:r w:rsidRPr="00593939">
        <w:rPr>
          <w:rFonts w:ascii="Tahoma" w:hAnsi="Tahoma" w:cs="Tahoma"/>
          <w:rtl/>
        </w:rPr>
        <w:t xml:space="preserve"> حکومت را اداره نم</w:t>
      </w:r>
      <w:r w:rsidRPr="00593939">
        <w:rPr>
          <w:rFonts w:ascii="Tahoma" w:hAnsi="Tahoma" w:cs="Tahoma" w:hint="cs"/>
          <w:rtl/>
        </w:rPr>
        <w:t>ی‌</w:t>
      </w:r>
      <w:r w:rsidRPr="00593939">
        <w:rPr>
          <w:rFonts w:ascii="Tahoma" w:hAnsi="Tahoma" w:cs="Tahoma" w:hint="eastAsia"/>
          <w:rtl/>
        </w:rPr>
        <w:t>کردند</w:t>
      </w:r>
      <w:r w:rsidRPr="00593939">
        <w:rPr>
          <w:rFonts w:ascii="Tahoma" w:hAnsi="Tahoma" w:cs="Tahoma"/>
          <w:rtl/>
        </w:rPr>
        <w:t xml:space="preserve"> و نم</w:t>
      </w:r>
      <w:r w:rsidRPr="00593939">
        <w:rPr>
          <w:rFonts w:ascii="Tahoma" w:hAnsi="Tahoma" w:cs="Tahoma" w:hint="cs"/>
          <w:rtl/>
        </w:rPr>
        <w:t>ی‌</w:t>
      </w:r>
      <w:r w:rsidRPr="00593939">
        <w:rPr>
          <w:rFonts w:ascii="Tahoma" w:hAnsi="Tahoma" w:cs="Tahoma" w:hint="eastAsia"/>
          <w:rtl/>
        </w:rPr>
        <w:t>توان</w:t>
      </w:r>
      <w:r w:rsidRPr="00593939">
        <w:rPr>
          <w:rFonts w:ascii="Tahoma" w:hAnsi="Tahoma" w:cs="Tahoma"/>
          <w:rtl/>
        </w:rPr>
        <w:t xml:space="preserve"> همهٔ ضعف‌ها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مال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،</w:t>
      </w:r>
      <w:r w:rsidRPr="00593939">
        <w:rPr>
          <w:rFonts w:ascii="Tahoma" w:hAnsi="Tahoma" w:cs="Tahoma"/>
          <w:rtl/>
        </w:rPr>
        <w:t xml:space="preserve"> نظام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و ادار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را به آنان نسبت داد. تاج آگاهانه به عمامه م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دان</w:t>
      </w:r>
      <w:r w:rsidRPr="00593939">
        <w:rPr>
          <w:rFonts w:ascii="Tahoma" w:hAnsi="Tahoma" w:cs="Tahoma"/>
          <w:rtl/>
        </w:rPr>
        <w:t xml:space="preserve"> داده بود و ا</w:t>
      </w:r>
      <w:r w:rsidRPr="00593939">
        <w:rPr>
          <w:rFonts w:ascii="Tahoma" w:hAnsi="Tahoma" w:cs="Tahoma" w:hint="eastAsia"/>
          <w:rtl/>
        </w:rPr>
        <w:t>ز</w:t>
      </w:r>
      <w:r w:rsidRPr="00593939">
        <w:rPr>
          <w:rFonts w:ascii="Tahoma" w:hAnsi="Tahoma" w:cs="Tahoma"/>
          <w:rtl/>
        </w:rPr>
        <w:t xml:space="preserve"> آن برا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حقان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ت‌بخش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به خود استفاده م</w:t>
      </w:r>
      <w:r w:rsidRPr="00593939">
        <w:rPr>
          <w:rFonts w:ascii="Tahoma" w:hAnsi="Tahoma" w:cs="Tahoma" w:hint="cs"/>
          <w:rtl/>
        </w:rPr>
        <w:t>ی‌</w:t>
      </w:r>
      <w:r w:rsidRPr="00593939">
        <w:rPr>
          <w:rFonts w:ascii="Tahoma" w:hAnsi="Tahoma" w:cs="Tahoma" w:hint="eastAsia"/>
          <w:rtl/>
        </w:rPr>
        <w:t>کرد</w:t>
      </w:r>
      <w:r w:rsidRPr="00593939">
        <w:rPr>
          <w:rFonts w:ascii="Tahoma" w:hAnsi="Tahoma" w:cs="Tahoma"/>
          <w:rtl/>
        </w:rPr>
        <w:t>. مسئول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ت</w:t>
      </w:r>
      <w:r w:rsidRPr="00593939">
        <w:rPr>
          <w:rFonts w:ascii="Tahoma" w:hAnsi="Tahoma" w:cs="Tahoma"/>
          <w:rtl/>
        </w:rPr>
        <w:t xml:space="preserve"> نت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جه</w:t>
      </w:r>
      <w:r w:rsidRPr="00593939">
        <w:rPr>
          <w:rFonts w:ascii="Tahoma" w:hAnsi="Tahoma" w:cs="Tahoma"/>
          <w:rtl/>
        </w:rPr>
        <w:t xml:space="preserve"> م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ان</w:t>
      </w:r>
      <w:r w:rsidRPr="00593939">
        <w:rPr>
          <w:rFonts w:ascii="Tahoma" w:hAnsi="Tahoma" w:cs="Tahoma"/>
          <w:rtl/>
        </w:rPr>
        <w:t xml:space="preserve"> ن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روها</w:t>
      </w:r>
      <w:r w:rsidRPr="00593939">
        <w:rPr>
          <w:rFonts w:ascii="Tahoma" w:hAnsi="Tahoma" w:cs="Tahoma" w:hint="cs"/>
          <w:rtl/>
        </w:rPr>
        <w:t>یی</w:t>
      </w:r>
      <w:r w:rsidRPr="00593939">
        <w:rPr>
          <w:rFonts w:ascii="Tahoma" w:hAnsi="Tahoma" w:cs="Tahoma"/>
          <w:rtl/>
        </w:rPr>
        <w:t xml:space="preserve"> تقس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م</w:t>
      </w:r>
      <w:r w:rsidRPr="00593939">
        <w:rPr>
          <w:rFonts w:ascii="Tahoma" w:hAnsi="Tahoma" w:cs="Tahoma"/>
          <w:rtl/>
        </w:rPr>
        <w:t xml:space="preserve"> م</w:t>
      </w:r>
      <w:r w:rsidRPr="00593939">
        <w:rPr>
          <w:rFonts w:ascii="Tahoma" w:hAnsi="Tahoma" w:cs="Tahoma" w:hint="cs"/>
          <w:rtl/>
        </w:rPr>
        <w:t>ی‌</w:t>
      </w:r>
      <w:r w:rsidRPr="00593939">
        <w:rPr>
          <w:rFonts w:ascii="Tahoma" w:hAnsi="Tahoma" w:cs="Tahoma" w:hint="eastAsia"/>
          <w:rtl/>
        </w:rPr>
        <w:t>شد</w:t>
      </w:r>
      <w:r w:rsidRPr="00593939">
        <w:rPr>
          <w:rFonts w:ascii="Tahoma" w:hAnsi="Tahoma" w:cs="Tahoma"/>
          <w:rtl/>
        </w:rPr>
        <w:t xml:space="preserve"> که هر 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ک</w:t>
      </w:r>
      <w:r w:rsidRPr="00593939">
        <w:rPr>
          <w:rFonts w:ascii="Tahoma" w:hAnsi="Tahoma" w:cs="Tahoma"/>
          <w:rtl/>
        </w:rPr>
        <w:t xml:space="preserve"> در ساختن آن سهم داشتند.</w:t>
      </w:r>
    </w:p>
    <w:p w:rsidR="00593939" w:rsidRPr="00593939" w:rsidRDefault="00593939" w:rsidP="00593939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93939">
        <w:rPr>
          <w:rFonts w:ascii="Tahoma" w:hAnsi="Tahoma" w:cs="Tahoma" w:hint="eastAsia"/>
          <w:rtl/>
        </w:rPr>
        <w:t>مشکل</w:t>
      </w:r>
      <w:r w:rsidRPr="00593939">
        <w:rPr>
          <w:rFonts w:ascii="Tahoma" w:hAnsi="Tahoma" w:cs="Tahoma"/>
          <w:rtl/>
        </w:rPr>
        <w:t xml:space="preserve"> اصل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آن بود که حکومت به جا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تنظ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م</w:t>
      </w:r>
      <w:r w:rsidRPr="00593939">
        <w:rPr>
          <w:rFonts w:ascii="Tahoma" w:hAnsi="Tahoma" w:cs="Tahoma"/>
          <w:rtl/>
        </w:rPr>
        <w:t xml:space="preserve"> رابطهٔ مذهب با ن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ازها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کشوردار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،</w:t>
      </w:r>
      <w:r w:rsidRPr="00593939">
        <w:rPr>
          <w:rFonts w:ascii="Tahoma" w:hAnsi="Tahoma" w:cs="Tahoma"/>
          <w:rtl/>
        </w:rPr>
        <w:t xml:space="preserve"> گاه تصور م</w:t>
      </w:r>
      <w:r w:rsidRPr="00593939">
        <w:rPr>
          <w:rFonts w:ascii="Tahoma" w:hAnsi="Tahoma" w:cs="Tahoma" w:hint="cs"/>
          <w:rtl/>
        </w:rPr>
        <w:t>ی‌</w:t>
      </w:r>
      <w:r w:rsidRPr="00593939">
        <w:rPr>
          <w:rFonts w:ascii="Tahoma" w:hAnsi="Tahoma" w:cs="Tahoma" w:hint="eastAsia"/>
          <w:rtl/>
        </w:rPr>
        <w:t>کرد</w:t>
      </w:r>
      <w:r w:rsidRPr="00593939">
        <w:rPr>
          <w:rFonts w:ascii="Tahoma" w:hAnsi="Tahoma" w:cs="Tahoma"/>
          <w:rtl/>
        </w:rPr>
        <w:t xml:space="preserve"> اجرا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ظواهر مذهب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م</w:t>
      </w:r>
      <w:r w:rsidRPr="00593939">
        <w:rPr>
          <w:rFonts w:ascii="Tahoma" w:hAnsi="Tahoma" w:cs="Tahoma" w:hint="cs"/>
          <w:rtl/>
        </w:rPr>
        <w:t>ی‌</w:t>
      </w:r>
      <w:r w:rsidRPr="00593939">
        <w:rPr>
          <w:rFonts w:ascii="Tahoma" w:hAnsi="Tahoma" w:cs="Tahoma" w:hint="eastAsia"/>
          <w:rtl/>
        </w:rPr>
        <w:t>تواند</w:t>
      </w:r>
      <w:r w:rsidRPr="00593939">
        <w:rPr>
          <w:rFonts w:ascii="Tahoma" w:hAnsi="Tahoma" w:cs="Tahoma"/>
          <w:rtl/>
        </w:rPr>
        <w:t xml:space="preserve"> کمبود توان ادار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و نظام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را جبران کند. دربار م</w:t>
      </w:r>
      <w:r w:rsidRPr="00593939">
        <w:rPr>
          <w:rFonts w:ascii="Tahoma" w:hAnsi="Tahoma" w:cs="Tahoma" w:hint="cs"/>
          <w:rtl/>
        </w:rPr>
        <w:t>ی‌</w:t>
      </w:r>
      <w:r w:rsidRPr="00593939">
        <w:rPr>
          <w:rFonts w:ascii="Tahoma" w:hAnsi="Tahoma" w:cs="Tahoma" w:hint="eastAsia"/>
          <w:rtl/>
        </w:rPr>
        <w:t>توانست</w:t>
      </w:r>
      <w:r w:rsidRPr="00593939">
        <w:rPr>
          <w:rFonts w:ascii="Tahoma" w:hAnsi="Tahoma" w:cs="Tahoma"/>
          <w:rtl/>
        </w:rPr>
        <w:t xml:space="preserve"> دربارهٔ شراب، لباس و مراسم فرمان بدهد، اما از اصلاح مواجب قشون، نظارت بر حاکمان و بازس</w:t>
      </w:r>
      <w:r w:rsidRPr="00593939">
        <w:rPr>
          <w:rFonts w:ascii="Tahoma" w:hAnsi="Tahoma" w:cs="Tahoma" w:hint="eastAsia"/>
          <w:rtl/>
        </w:rPr>
        <w:t>از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مرزها غافل بماند.</w:t>
      </w:r>
    </w:p>
    <w:p w:rsidR="00593939" w:rsidRPr="00593939" w:rsidRDefault="00593939" w:rsidP="00593939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93939">
        <w:rPr>
          <w:rFonts w:ascii="Tahoma" w:hAnsi="Tahoma" w:cs="Tahoma" w:hint="eastAsia"/>
          <w:rtl/>
        </w:rPr>
        <w:t>در</w:t>
      </w:r>
      <w:r w:rsidRPr="00593939">
        <w:rPr>
          <w:rFonts w:ascii="Tahoma" w:hAnsi="Tahoma" w:cs="Tahoma"/>
          <w:rtl/>
        </w:rPr>
        <w:t xml:space="preserve"> سال‌ها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نخست سلطنت سلطان حس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ن</w:t>
      </w:r>
      <w:r w:rsidRPr="00593939">
        <w:rPr>
          <w:rFonts w:ascii="Tahoma" w:hAnsi="Tahoma" w:cs="Tahoma"/>
          <w:rtl/>
        </w:rPr>
        <w:t xml:space="preserve"> هنوز امکان اصلاح وجود داشت. کشور فرو نر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خته</w:t>
      </w:r>
      <w:r w:rsidRPr="00593939">
        <w:rPr>
          <w:rFonts w:ascii="Tahoma" w:hAnsi="Tahoma" w:cs="Tahoma"/>
          <w:rtl/>
        </w:rPr>
        <w:t xml:space="preserve"> بود، خزانه کاملاً خال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نبود، قشون نام و سازمان خود را حفظ کرده بود و د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وان</w:t>
      </w:r>
      <w:r w:rsidRPr="00593939">
        <w:rPr>
          <w:rFonts w:ascii="Tahoma" w:hAnsi="Tahoma" w:cs="Tahoma"/>
          <w:rtl/>
        </w:rPr>
        <w:t xml:space="preserve"> از تجربه‌ا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طولان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برخوردار بود. اما شاه برا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اصلاح با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د</w:t>
      </w:r>
      <w:r w:rsidRPr="00593939">
        <w:rPr>
          <w:rFonts w:ascii="Tahoma" w:hAnsi="Tahoma" w:cs="Tahoma"/>
          <w:rtl/>
        </w:rPr>
        <w:t xml:space="preserve"> منافع حرم، ام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ران،</w:t>
      </w:r>
      <w:r w:rsidRPr="00593939">
        <w:rPr>
          <w:rFonts w:ascii="Tahoma" w:hAnsi="Tahoma" w:cs="Tahoma"/>
          <w:rtl/>
        </w:rPr>
        <w:t xml:space="preserve"> مأموران مال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و صاحبان موقوفا</w:t>
      </w:r>
      <w:r w:rsidRPr="00593939">
        <w:rPr>
          <w:rFonts w:ascii="Tahoma" w:hAnsi="Tahoma" w:cs="Tahoma" w:hint="eastAsia"/>
          <w:rtl/>
        </w:rPr>
        <w:t>ت</w:t>
      </w:r>
      <w:r w:rsidRPr="00593939">
        <w:rPr>
          <w:rFonts w:ascii="Tahoma" w:hAnsi="Tahoma" w:cs="Tahoma"/>
          <w:rtl/>
        </w:rPr>
        <w:t xml:space="preserve"> را محدود م</w:t>
      </w:r>
      <w:r w:rsidRPr="00593939">
        <w:rPr>
          <w:rFonts w:ascii="Tahoma" w:hAnsi="Tahoma" w:cs="Tahoma" w:hint="cs"/>
          <w:rtl/>
        </w:rPr>
        <w:t>ی‌</w:t>
      </w:r>
      <w:r w:rsidRPr="00593939">
        <w:rPr>
          <w:rFonts w:ascii="Tahoma" w:hAnsi="Tahoma" w:cs="Tahoma" w:hint="eastAsia"/>
          <w:rtl/>
        </w:rPr>
        <w:t>کرد</w:t>
      </w:r>
      <w:r w:rsidRPr="00593939">
        <w:rPr>
          <w:rFonts w:ascii="Tahoma" w:hAnsi="Tahoma" w:cs="Tahoma"/>
          <w:rtl/>
        </w:rPr>
        <w:t>. چن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ن</w:t>
      </w:r>
      <w:r w:rsidRPr="00593939">
        <w:rPr>
          <w:rFonts w:ascii="Tahoma" w:hAnsi="Tahoma" w:cs="Tahoma"/>
          <w:rtl/>
        </w:rPr>
        <w:t xml:space="preserve"> تصم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م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به اراده، شناخت و پشت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بان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س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اس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ن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از</w:t>
      </w:r>
      <w:r w:rsidRPr="00593939">
        <w:rPr>
          <w:rFonts w:ascii="Tahoma" w:hAnsi="Tahoma" w:cs="Tahoma"/>
          <w:rtl/>
        </w:rPr>
        <w:t xml:space="preserve"> داشت که او از آن برخوردار نبود.</w:t>
      </w:r>
    </w:p>
    <w:p w:rsidR="00593939" w:rsidRPr="00593939" w:rsidRDefault="00593939" w:rsidP="00593939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93939">
        <w:rPr>
          <w:rFonts w:ascii="Tahoma" w:hAnsi="Tahoma" w:cs="Tahoma" w:hint="eastAsia"/>
          <w:rtl/>
        </w:rPr>
        <w:t>در</w:t>
      </w:r>
      <w:r w:rsidRPr="00593939">
        <w:rPr>
          <w:rFonts w:ascii="Tahoma" w:hAnsi="Tahoma" w:cs="Tahoma"/>
          <w:rtl/>
        </w:rPr>
        <w:t xml:space="preserve"> نت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جه،</w:t>
      </w:r>
      <w:r w:rsidRPr="00593939">
        <w:rPr>
          <w:rFonts w:ascii="Tahoma" w:hAnsi="Tahoma" w:cs="Tahoma"/>
          <w:rtl/>
        </w:rPr>
        <w:t xml:space="preserve"> ن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رو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حکومت ب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شتر</w:t>
      </w:r>
      <w:r w:rsidRPr="00593939">
        <w:rPr>
          <w:rFonts w:ascii="Tahoma" w:hAnsi="Tahoma" w:cs="Tahoma"/>
          <w:rtl/>
        </w:rPr>
        <w:t xml:space="preserve"> صرف نظارت بر جامعه شد تا بازساز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خود حکومت. هرچه مرکز در انجام وظا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ف</w:t>
      </w:r>
      <w:r w:rsidRPr="00593939">
        <w:rPr>
          <w:rFonts w:ascii="Tahoma" w:hAnsi="Tahoma" w:cs="Tahoma"/>
          <w:rtl/>
        </w:rPr>
        <w:t xml:space="preserve"> اصل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ضع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ف‌تر</w:t>
      </w:r>
      <w:r w:rsidRPr="00593939">
        <w:rPr>
          <w:rFonts w:ascii="Tahoma" w:hAnsi="Tahoma" w:cs="Tahoma"/>
          <w:rtl/>
        </w:rPr>
        <w:t xml:space="preserve"> م</w:t>
      </w:r>
      <w:r w:rsidRPr="00593939">
        <w:rPr>
          <w:rFonts w:ascii="Tahoma" w:hAnsi="Tahoma" w:cs="Tahoma" w:hint="cs"/>
          <w:rtl/>
        </w:rPr>
        <w:t>ی‌</w:t>
      </w:r>
      <w:r w:rsidRPr="00593939">
        <w:rPr>
          <w:rFonts w:ascii="Tahoma" w:hAnsi="Tahoma" w:cs="Tahoma" w:hint="eastAsia"/>
          <w:rtl/>
        </w:rPr>
        <w:t>شد،</w:t>
      </w:r>
      <w:r w:rsidRPr="00593939">
        <w:rPr>
          <w:rFonts w:ascii="Tahoma" w:hAnsi="Tahoma" w:cs="Tahoma"/>
          <w:rtl/>
        </w:rPr>
        <w:t xml:space="preserve"> ممکن بود با نما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ش</w:t>
      </w:r>
      <w:r w:rsidRPr="00593939">
        <w:rPr>
          <w:rFonts w:ascii="Tahoma" w:hAnsi="Tahoma" w:cs="Tahoma"/>
          <w:rtl/>
        </w:rPr>
        <w:t xml:space="preserve"> سخت‌گ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ر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مذهب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ضعفش را بپوشاند. اما مرزها با فتوا و پا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تخت</w:t>
      </w:r>
      <w:r w:rsidRPr="00593939">
        <w:rPr>
          <w:rFonts w:ascii="Tahoma" w:hAnsi="Tahoma" w:cs="Tahoma"/>
          <w:rtl/>
        </w:rPr>
        <w:t xml:space="preserve"> با مراسم مذهب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دفاع نم</w:t>
      </w:r>
      <w:r w:rsidRPr="00593939">
        <w:rPr>
          <w:rFonts w:ascii="Tahoma" w:hAnsi="Tahoma" w:cs="Tahoma" w:hint="cs"/>
          <w:rtl/>
        </w:rPr>
        <w:t>ی‌</w:t>
      </w:r>
      <w:r w:rsidRPr="00593939">
        <w:rPr>
          <w:rFonts w:ascii="Tahoma" w:hAnsi="Tahoma" w:cs="Tahoma" w:hint="eastAsia"/>
          <w:rtl/>
        </w:rPr>
        <w:t>شدند</w:t>
      </w:r>
      <w:r w:rsidRPr="00593939">
        <w:rPr>
          <w:rFonts w:ascii="Tahoma" w:hAnsi="Tahoma" w:cs="Tahoma"/>
          <w:rtl/>
        </w:rPr>
        <w:t>.</w:t>
      </w:r>
    </w:p>
    <w:p w:rsidR="00593939" w:rsidRDefault="00593939" w:rsidP="00593939">
      <w:pPr>
        <w:bidi/>
        <w:spacing w:after="0" w:line="360" w:lineRule="auto"/>
        <w:ind w:firstLine="720"/>
        <w:jc w:val="both"/>
        <w:rPr>
          <w:rFonts w:ascii="Tahoma" w:hAnsi="Tahoma" w:cs="Tahoma"/>
          <w:rtl/>
        </w:rPr>
      </w:pPr>
      <w:r w:rsidRPr="00593939">
        <w:rPr>
          <w:rFonts w:ascii="Tahoma" w:hAnsi="Tahoma" w:cs="Tahoma" w:hint="eastAsia"/>
          <w:rtl/>
        </w:rPr>
        <w:t>در</w:t>
      </w:r>
      <w:r w:rsidRPr="00593939">
        <w:rPr>
          <w:rFonts w:ascii="Tahoma" w:hAnsi="Tahoma" w:cs="Tahoma"/>
          <w:rtl/>
        </w:rPr>
        <w:t xml:space="preserve"> قسمت دوم ا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ن</w:t>
      </w:r>
      <w:r w:rsidRPr="00593939">
        <w:rPr>
          <w:rFonts w:ascii="Tahoma" w:hAnsi="Tahoma" w:cs="Tahoma"/>
          <w:rtl/>
        </w:rPr>
        <w:t xml:space="preserve"> فصل خواه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م</w:t>
      </w:r>
      <w:r w:rsidRPr="00593939">
        <w:rPr>
          <w:rFonts w:ascii="Tahoma" w:hAnsi="Tahoma" w:cs="Tahoma"/>
          <w:rtl/>
        </w:rPr>
        <w:t xml:space="preserve"> د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د</w:t>
      </w:r>
      <w:r w:rsidRPr="00593939">
        <w:rPr>
          <w:rFonts w:ascii="Tahoma" w:hAnsi="Tahoma" w:cs="Tahoma"/>
          <w:rtl/>
        </w:rPr>
        <w:t xml:space="preserve"> که ا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ن</w:t>
      </w:r>
      <w:r w:rsidRPr="00593939">
        <w:rPr>
          <w:rFonts w:ascii="Tahoma" w:hAnsi="Tahoma" w:cs="Tahoma"/>
          <w:rtl/>
        </w:rPr>
        <w:t xml:space="preserve"> ناتوان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چگونه در قشون، د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وان</w:t>
      </w:r>
      <w:r w:rsidRPr="00593939">
        <w:rPr>
          <w:rFonts w:ascii="Tahoma" w:hAnsi="Tahoma" w:cs="Tahoma"/>
          <w:rtl/>
        </w:rPr>
        <w:t xml:space="preserve"> و ولا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ت‌ها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شرق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آشکار شد؛ فشار حاکمان صفو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بر افغان‌ها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سن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قندهار چگونه نارضا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ت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مذهب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و س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اس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را به شورش تبد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ل</w:t>
      </w:r>
      <w:r w:rsidRPr="00593939">
        <w:rPr>
          <w:rFonts w:ascii="Tahoma" w:hAnsi="Tahoma" w:cs="Tahoma"/>
          <w:rtl/>
        </w:rPr>
        <w:t xml:space="preserve"> کرد؛ و چرا دستگاه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که م</w:t>
      </w:r>
      <w:r w:rsidRPr="00593939">
        <w:rPr>
          <w:rFonts w:ascii="Tahoma" w:hAnsi="Tahoma" w:cs="Tahoma" w:hint="cs"/>
          <w:rtl/>
        </w:rPr>
        <w:t>ی‌</w:t>
      </w:r>
      <w:r w:rsidRPr="00593939">
        <w:rPr>
          <w:rFonts w:ascii="Tahoma" w:hAnsi="Tahoma" w:cs="Tahoma" w:hint="eastAsia"/>
          <w:rtl/>
        </w:rPr>
        <w:t>توانست</w:t>
      </w:r>
      <w:r w:rsidRPr="00593939">
        <w:rPr>
          <w:rFonts w:ascii="Tahoma" w:hAnsi="Tahoma" w:cs="Tahoma"/>
          <w:rtl/>
        </w:rPr>
        <w:t xml:space="preserve"> بر رفتار مردم اصفهان نظارت کند، از شناخت و </w:t>
      </w:r>
      <w:r w:rsidRPr="00593939">
        <w:rPr>
          <w:rFonts w:ascii="Tahoma" w:hAnsi="Tahoma" w:cs="Tahoma" w:hint="eastAsia"/>
          <w:rtl/>
        </w:rPr>
        <w:t>مهار</w:t>
      </w:r>
      <w:r w:rsidRPr="00593939">
        <w:rPr>
          <w:rFonts w:ascii="Tahoma" w:hAnsi="Tahoma" w:cs="Tahoma"/>
          <w:rtl/>
        </w:rPr>
        <w:t xml:space="preserve"> بحران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/>
          <w:rtl/>
        </w:rPr>
        <w:t xml:space="preserve"> در دورتر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ن</w:t>
      </w:r>
      <w:r w:rsidRPr="00593939">
        <w:rPr>
          <w:rFonts w:ascii="Tahoma" w:hAnsi="Tahoma" w:cs="Tahoma"/>
          <w:rtl/>
        </w:rPr>
        <w:t xml:space="preserve"> حاش</w:t>
      </w:r>
      <w:r w:rsidRPr="00593939">
        <w:rPr>
          <w:rFonts w:ascii="Tahoma" w:hAnsi="Tahoma" w:cs="Tahoma" w:hint="cs"/>
          <w:rtl/>
        </w:rPr>
        <w:t>ی</w:t>
      </w:r>
      <w:r w:rsidRPr="00593939">
        <w:rPr>
          <w:rFonts w:ascii="Tahoma" w:hAnsi="Tahoma" w:cs="Tahoma" w:hint="eastAsia"/>
          <w:rtl/>
        </w:rPr>
        <w:t>هٔ</w:t>
      </w:r>
      <w:r w:rsidRPr="00593939">
        <w:rPr>
          <w:rFonts w:ascii="Tahoma" w:hAnsi="Tahoma" w:cs="Tahoma"/>
          <w:rtl/>
        </w:rPr>
        <w:t xml:space="preserve"> کشور بازماند.</w:t>
      </w:r>
    </w:p>
    <w:p w:rsidR="004C6E6A" w:rsidRPr="004C6E6A" w:rsidRDefault="004C6E6A" w:rsidP="004C6E6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C6E6A">
        <w:rPr>
          <w:rFonts w:ascii="Tahoma" w:hAnsi="Tahoma" w:cs="Tahoma" w:hint="eastAsia"/>
          <w:rtl/>
        </w:rPr>
        <w:t>افزا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ش</w:t>
      </w:r>
      <w:r w:rsidRPr="004C6E6A">
        <w:rPr>
          <w:rFonts w:ascii="Tahoma" w:hAnsi="Tahoma" w:cs="Tahoma"/>
          <w:rtl/>
        </w:rPr>
        <w:t xml:space="preserve"> نفوذ 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نکاران</w:t>
      </w:r>
      <w:r w:rsidRPr="004C6E6A">
        <w:rPr>
          <w:rFonts w:ascii="Tahoma" w:hAnsi="Tahoma" w:cs="Tahoma"/>
          <w:rtl/>
        </w:rPr>
        <w:t xml:space="preserve"> تنها 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ک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از دگرگون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ها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حکومت در دورهٔ شاه سلطان حس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ن</w:t>
      </w:r>
      <w:r w:rsidRPr="004C6E6A">
        <w:rPr>
          <w:rFonts w:ascii="Tahoma" w:hAnsi="Tahoma" w:cs="Tahoma"/>
          <w:rtl/>
        </w:rPr>
        <w:t xml:space="preserve"> بود. در همان زمان که تاج برا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تنظ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م</w:t>
      </w:r>
      <w:r w:rsidRPr="004C6E6A">
        <w:rPr>
          <w:rFonts w:ascii="Tahoma" w:hAnsi="Tahoma" w:cs="Tahoma"/>
          <w:rtl/>
        </w:rPr>
        <w:t xml:space="preserve"> رفتار جامعه به عمامه نزد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ک‌تر</w:t>
      </w:r>
      <w:r w:rsidRPr="004C6E6A">
        <w:rPr>
          <w:rFonts w:ascii="Tahoma" w:hAnsi="Tahoma" w:cs="Tahoma"/>
          <w:rtl/>
        </w:rPr>
        <w:t xml:space="preserve">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شد،</w:t>
      </w:r>
      <w:r w:rsidRPr="004C6E6A">
        <w:rPr>
          <w:rFonts w:ascii="Tahoma" w:hAnsi="Tahoma" w:cs="Tahoma"/>
          <w:rtl/>
        </w:rPr>
        <w:t xml:space="preserve"> قشون، خزانه و ادارهٔ 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الات</w:t>
      </w:r>
      <w:r w:rsidRPr="004C6E6A">
        <w:rPr>
          <w:rFonts w:ascii="Tahoma" w:hAnsi="Tahoma" w:cs="Tahoma"/>
          <w:rtl/>
        </w:rPr>
        <w:t xml:space="preserve"> از توان پ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ش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ن</w:t>
      </w:r>
      <w:r w:rsidRPr="004C6E6A">
        <w:rPr>
          <w:rFonts w:ascii="Tahoma" w:hAnsi="Tahoma" w:cs="Tahoma"/>
          <w:rtl/>
        </w:rPr>
        <w:t xml:space="preserve"> فاصله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گرفتند</w:t>
      </w:r>
      <w:r w:rsidRPr="004C6E6A">
        <w:rPr>
          <w:rFonts w:ascii="Tahoma" w:hAnsi="Tahoma" w:cs="Tahoma"/>
          <w:rtl/>
        </w:rPr>
        <w:t>. 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ن</w:t>
      </w:r>
      <w:r w:rsidRPr="004C6E6A">
        <w:rPr>
          <w:rFonts w:ascii="Tahoma" w:hAnsi="Tahoma" w:cs="Tahoma"/>
          <w:rtl/>
        </w:rPr>
        <w:t xml:space="preserve"> دو روند در کنار 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کد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گر</w:t>
      </w:r>
      <w:r w:rsidRPr="004C6E6A">
        <w:rPr>
          <w:rFonts w:ascii="Tahoma" w:hAnsi="Tahoma" w:cs="Tahoma"/>
          <w:rtl/>
        </w:rPr>
        <w:t xml:space="preserve"> حرکت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کردند</w:t>
      </w:r>
      <w:r w:rsidRPr="004C6E6A">
        <w:rPr>
          <w:rFonts w:ascii="Tahoma" w:hAnsi="Tahoma" w:cs="Tahoma"/>
          <w:rtl/>
        </w:rPr>
        <w:t>: حکومت د</w:t>
      </w:r>
      <w:r w:rsidRPr="004C6E6A">
        <w:rPr>
          <w:rFonts w:ascii="Tahoma" w:hAnsi="Tahoma" w:cs="Tahoma" w:hint="eastAsia"/>
          <w:rtl/>
        </w:rPr>
        <w:t>ر</w:t>
      </w:r>
      <w:r w:rsidRPr="004C6E6A">
        <w:rPr>
          <w:rFonts w:ascii="Tahoma" w:hAnsi="Tahoma" w:cs="Tahoma"/>
          <w:rtl/>
        </w:rPr>
        <w:t xml:space="preserve"> مرکز بر جزئ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ات</w:t>
      </w:r>
      <w:r w:rsidRPr="004C6E6A">
        <w:rPr>
          <w:rFonts w:ascii="Tahoma" w:hAnsi="Tahoma" w:cs="Tahoma"/>
          <w:rtl/>
        </w:rPr>
        <w:t xml:space="preserve"> زندگ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مذهب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مردم حساس‌تر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شد،</w:t>
      </w:r>
      <w:r w:rsidRPr="004C6E6A">
        <w:rPr>
          <w:rFonts w:ascii="Tahoma" w:hAnsi="Tahoma" w:cs="Tahoma"/>
          <w:rtl/>
        </w:rPr>
        <w:t xml:space="preserve"> اما قدرتش برا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دفاع از مرزها و مهار مأموران کاهش م</w:t>
      </w:r>
      <w:r w:rsidRPr="004C6E6A">
        <w:rPr>
          <w:rFonts w:ascii="Tahoma" w:hAnsi="Tahoma" w:cs="Tahoma" w:hint="cs"/>
          <w:rtl/>
        </w:rPr>
        <w:t>ی‌ی</w:t>
      </w:r>
      <w:r w:rsidRPr="004C6E6A">
        <w:rPr>
          <w:rFonts w:ascii="Tahoma" w:hAnsi="Tahoma" w:cs="Tahoma" w:hint="eastAsia"/>
          <w:rtl/>
        </w:rPr>
        <w:t>افت</w:t>
      </w:r>
      <w:r w:rsidRPr="004C6E6A">
        <w:rPr>
          <w:rFonts w:ascii="Tahoma" w:hAnsi="Tahoma" w:cs="Tahoma"/>
          <w:rtl/>
        </w:rPr>
        <w:t>.</w:t>
      </w:r>
    </w:p>
    <w:p w:rsidR="004C6E6A" w:rsidRPr="004C6E6A" w:rsidRDefault="004C6E6A" w:rsidP="004C6E6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C6E6A">
        <w:rPr>
          <w:rFonts w:ascii="Tahoma" w:hAnsi="Tahoma" w:cs="Tahoma" w:hint="eastAsia"/>
          <w:rtl/>
        </w:rPr>
        <w:t>قشون</w:t>
      </w:r>
      <w:r w:rsidRPr="004C6E6A">
        <w:rPr>
          <w:rFonts w:ascii="Tahoma" w:hAnsi="Tahoma" w:cs="Tahoma"/>
          <w:rtl/>
        </w:rPr>
        <w:t xml:space="preserve"> صفو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هنوز از نظر رسم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دارا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واحدها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قورچ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،</w:t>
      </w:r>
      <w:r w:rsidRPr="004C6E6A">
        <w:rPr>
          <w:rFonts w:ascii="Tahoma" w:hAnsi="Tahoma" w:cs="Tahoma"/>
          <w:rtl/>
        </w:rPr>
        <w:t xml:space="preserve"> غلام، تفنگچ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و توپچ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بود. نام مقام‌ها و دفترها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نظام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باق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مانده بود و مواجب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برا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ن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روها</w:t>
      </w:r>
      <w:r w:rsidRPr="004C6E6A">
        <w:rPr>
          <w:rFonts w:ascii="Tahoma" w:hAnsi="Tahoma" w:cs="Tahoma"/>
          <w:rtl/>
        </w:rPr>
        <w:t xml:space="preserve"> ثبت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شد</w:t>
      </w:r>
      <w:r w:rsidRPr="004C6E6A">
        <w:rPr>
          <w:rFonts w:ascii="Tahoma" w:hAnsi="Tahoma" w:cs="Tahoma"/>
          <w:rtl/>
        </w:rPr>
        <w:t>. اما وجود عنوان و دفتر با آمادگ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واقع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کسان</w:t>
      </w:r>
      <w:r w:rsidRPr="004C6E6A">
        <w:rPr>
          <w:rFonts w:ascii="Tahoma" w:hAnsi="Tahoma" w:cs="Tahoma"/>
          <w:rtl/>
        </w:rPr>
        <w:t xml:space="preserve"> نبود. سرباز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که آموزش نم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د،</w:t>
      </w:r>
      <w:r w:rsidRPr="004C6E6A">
        <w:rPr>
          <w:rFonts w:ascii="Tahoma" w:hAnsi="Tahoma" w:cs="Tahoma"/>
          <w:rtl/>
        </w:rPr>
        <w:t xml:space="preserve"> مواجبش 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ر</w:t>
      </w:r>
      <w:r w:rsidRPr="004C6E6A">
        <w:rPr>
          <w:rFonts w:ascii="Tahoma" w:hAnsi="Tahoma" w:cs="Tahoma"/>
          <w:rtl/>
        </w:rPr>
        <w:t xml:space="preserve"> پرداخت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شد</w:t>
      </w:r>
      <w:r w:rsidRPr="004C6E6A">
        <w:rPr>
          <w:rFonts w:ascii="Tahoma" w:hAnsi="Tahoma" w:cs="Tahoma"/>
          <w:rtl/>
        </w:rPr>
        <w:t xml:space="preserve"> 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ا</w:t>
      </w:r>
      <w:r w:rsidRPr="004C6E6A">
        <w:rPr>
          <w:rFonts w:ascii="Tahoma" w:hAnsi="Tahoma" w:cs="Tahoma"/>
          <w:rtl/>
        </w:rPr>
        <w:t xml:space="preserve"> سلاح </w:t>
      </w:r>
      <w:r w:rsidRPr="004C6E6A">
        <w:rPr>
          <w:rFonts w:ascii="Tahoma" w:hAnsi="Tahoma" w:cs="Tahoma" w:hint="eastAsia"/>
          <w:rtl/>
        </w:rPr>
        <w:t>مناسب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نداشت، فقط در فهرست قشون حضور داشت.</w:t>
      </w:r>
    </w:p>
    <w:p w:rsidR="004C6E6A" w:rsidRPr="004C6E6A" w:rsidRDefault="004C6E6A" w:rsidP="004C6E6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C6E6A">
        <w:rPr>
          <w:rFonts w:ascii="Tahoma" w:hAnsi="Tahoma" w:cs="Tahoma" w:hint="eastAsia"/>
          <w:rtl/>
        </w:rPr>
        <w:t>فرماندهان</w:t>
      </w:r>
      <w:r w:rsidRPr="004C6E6A">
        <w:rPr>
          <w:rFonts w:ascii="Tahoma" w:hAnsi="Tahoma" w:cs="Tahoma"/>
          <w:rtl/>
        </w:rPr>
        <w:t xml:space="preserve"> ن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ز</w:t>
      </w:r>
      <w:r w:rsidRPr="004C6E6A">
        <w:rPr>
          <w:rFonts w:ascii="Tahoma" w:hAnsi="Tahoma" w:cs="Tahoma"/>
          <w:rtl/>
        </w:rPr>
        <w:t xml:space="preserve"> کمتر از راه تجربهٔ جنگ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انتخاب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شدند</w:t>
      </w:r>
      <w:r w:rsidRPr="004C6E6A">
        <w:rPr>
          <w:rFonts w:ascii="Tahoma" w:hAnsi="Tahoma" w:cs="Tahoma"/>
          <w:rtl/>
        </w:rPr>
        <w:t>. صلح طولان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با عثمان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ان</w:t>
      </w:r>
      <w:r w:rsidRPr="004C6E6A">
        <w:rPr>
          <w:rFonts w:ascii="Tahoma" w:hAnsi="Tahoma" w:cs="Tahoma"/>
          <w:rtl/>
        </w:rPr>
        <w:t xml:space="preserve"> سبب شده بود نسل تازه‌ا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از ام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ران</w:t>
      </w:r>
      <w:r w:rsidRPr="004C6E6A">
        <w:rPr>
          <w:rFonts w:ascii="Tahoma" w:hAnsi="Tahoma" w:cs="Tahoma"/>
          <w:rtl/>
        </w:rPr>
        <w:t xml:space="preserve"> بدون حضور در جنگ‌ها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بزرگ به مقام برسند. رابطه با دربار، پرداخت هد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ه،</w:t>
      </w:r>
      <w:r w:rsidRPr="004C6E6A">
        <w:rPr>
          <w:rFonts w:ascii="Tahoma" w:hAnsi="Tahoma" w:cs="Tahoma"/>
          <w:rtl/>
        </w:rPr>
        <w:t xml:space="preserve"> حما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ت</w:t>
      </w:r>
      <w:r w:rsidRPr="004C6E6A">
        <w:rPr>
          <w:rFonts w:ascii="Tahoma" w:hAnsi="Tahoma" w:cs="Tahoma"/>
          <w:rtl/>
        </w:rPr>
        <w:t xml:space="preserve"> خواجه‌سرا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ان</w:t>
      </w:r>
      <w:r w:rsidRPr="004C6E6A">
        <w:rPr>
          <w:rFonts w:ascii="Tahoma" w:hAnsi="Tahoma" w:cs="Tahoma"/>
          <w:rtl/>
        </w:rPr>
        <w:t xml:space="preserve"> و پ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وند</w:t>
      </w:r>
      <w:r w:rsidRPr="004C6E6A">
        <w:rPr>
          <w:rFonts w:ascii="Tahoma" w:hAnsi="Tahoma" w:cs="Tahoma"/>
          <w:rtl/>
        </w:rPr>
        <w:t xml:space="preserve"> خانوادگ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توانست</w:t>
      </w:r>
      <w:r w:rsidRPr="004C6E6A">
        <w:rPr>
          <w:rFonts w:ascii="Tahoma" w:hAnsi="Tahoma" w:cs="Tahoma"/>
          <w:rtl/>
        </w:rPr>
        <w:t xml:space="preserve"> ب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ش</w:t>
      </w:r>
      <w:r w:rsidRPr="004C6E6A">
        <w:rPr>
          <w:rFonts w:ascii="Tahoma" w:hAnsi="Tahoma" w:cs="Tahoma"/>
          <w:rtl/>
        </w:rPr>
        <w:t xml:space="preserve"> از توان فرمانده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در رس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دن</w:t>
      </w:r>
      <w:r w:rsidRPr="004C6E6A">
        <w:rPr>
          <w:rFonts w:ascii="Tahoma" w:hAnsi="Tahoma" w:cs="Tahoma"/>
          <w:rtl/>
        </w:rPr>
        <w:t xml:space="preserve"> به منصب اثر داشته باشد.</w:t>
      </w:r>
    </w:p>
    <w:p w:rsidR="004C6E6A" w:rsidRPr="004C6E6A" w:rsidRDefault="004C6E6A" w:rsidP="004C6E6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C6E6A">
        <w:rPr>
          <w:rFonts w:ascii="Tahoma" w:hAnsi="Tahoma" w:cs="Tahoma" w:hint="eastAsia"/>
          <w:rtl/>
        </w:rPr>
        <w:t>شاه</w:t>
      </w:r>
      <w:r w:rsidRPr="004C6E6A">
        <w:rPr>
          <w:rFonts w:ascii="Tahoma" w:hAnsi="Tahoma" w:cs="Tahoma"/>
          <w:rtl/>
        </w:rPr>
        <w:t xml:space="preserve"> عباس برا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مهار قزلباشان قشون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وابسته‌تر به تاج ساخته بود. 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ن</w:t>
      </w:r>
      <w:r w:rsidRPr="004C6E6A">
        <w:rPr>
          <w:rFonts w:ascii="Tahoma" w:hAnsi="Tahoma" w:cs="Tahoma"/>
          <w:rtl/>
        </w:rPr>
        <w:t xml:space="preserve"> وابستگ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در دوران شاه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توانا به تمرکز فرمانده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کمک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کرد،</w:t>
      </w:r>
      <w:r w:rsidRPr="004C6E6A">
        <w:rPr>
          <w:rFonts w:ascii="Tahoma" w:hAnsi="Tahoma" w:cs="Tahoma"/>
          <w:rtl/>
        </w:rPr>
        <w:t xml:space="preserve"> اما در دورهٔ شاه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ضع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ف</w:t>
      </w:r>
      <w:r w:rsidRPr="004C6E6A">
        <w:rPr>
          <w:rFonts w:ascii="Tahoma" w:hAnsi="Tahoma" w:cs="Tahoma"/>
          <w:rtl/>
        </w:rPr>
        <w:t xml:space="preserve"> به ب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تحرک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انجام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د</w:t>
      </w:r>
      <w:r w:rsidRPr="004C6E6A">
        <w:rPr>
          <w:rFonts w:ascii="Tahoma" w:hAnsi="Tahoma" w:cs="Tahoma"/>
          <w:rtl/>
        </w:rPr>
        <w:t>. فرماندهان عادت کرده بودند برا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تصم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م‌ها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مهم منتظر فرمان مرکز بمانند و مرکز ن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ز</w:t>
      </w:r>
      <w:r w:rsidRPr="004C6E6A">
        <w:rPr>
          <w:rFonts w:ascii="Tahoma" w:hAnsi="Tahoma" w:cs="Tahoma"/>
          <w:rtl/>
        </w:rPr>
        <w:t xml:space="preserve"> شناخت و سرعت لازم برا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پاسخ‌گو</w:t>
      </w:r>
      <w:r w:rsidRPr="004C6E6A">
        <w:rPr>
          <w:rFonts w:ascii="Tahoma" w:hAnsi="Tahoma" w:cs="Tahoma" w:hint="cs"/>
          <w:rtl/>
        </w:rPr>
        <w:t>یی</w:t>
      </w:r>
      <w:r w:rsidRPr="004C6E6A">
        <w:rPr>
          <w:rFonts w:ascii="Tahoma" w:hAnsi="Tahoma" w:cs="Tahoma"/>
          <w:rtl/>
        </w:rPr>
        <w:t xml:space="preserve"> به بحران‌ها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دوردست را نداشت.</w:t>
      </w:r>
    </w:p>
    <w:p w:rsidR="004C6E6A" w:rsidRPr="004C6E6A" w:rsidRDefault="004C6E6A" w:rsidP="004C6E6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C6E6A">
        <w:rPr>
          <w:rFonts w:ascii="Tahoma" w:hAnsi="Tahoma" w:cs="Tahoma" w:hint="eastAsia"/>
          <w:rtl/>
        </w:rPr>
        <w:t>خزانه</w:t>
      </w:r>
      <w:r w:rsidRPr="004C6E6A">
        <w:rPr>
          <w:rFonts w:ascii="Tahoma" w:hAnsi="Tahoma" w:cs="Tahoma"/>
          <w:rtl/>
        </w:rPr>
        <w:t xml:space="preserve"> ن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ز</w:t>
      </w:r>
      <w:r w:rsidRPr="004C6E6A">
        <w:rPr>
          <w:rFonts w:ascii="Tahoma" w:hAnsi="Tahoma" w:cs="Tahoma"/>
          <w:rtl/>
        </w:rPr>
        <w:t xml:space="preserve"> ز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ر</w:t>
      </w:r>
      <w:r w:rsidRPr="004C6E6A">
        <w:rPr>
          <w:rFonts w:ascii="Tahoma" w:hAnsi="Tahoma" w:cs="Tahoma"/>
          <w:rtl/>
        </w:rPr>
        <w:t xml:space="preserve"> فشار بود. هز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نهٔ</w:t>
      </w:r>
      <w:r w:rsidRPr="004C6E6A">
        <w:rPr>
          <w:rFonts w:ascii="Tahoma" w:hAnsi="Tahoma" w:cs="Tahoma"/>
          <w:rtl/>
        </w:rPr>
        <w:t xml:space="preserve"> حرم، دربار، مستمر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ها،</w:t>
      </w:r>
      <w:r w:rsidRPr="004C6E6A">
        <w:rPr>
          <w:rFonts w:ascii="Tahoma" w:hAnsi="Tahoma" w:cs="Tahoma"/>
          <w:rtl/>
        </w:rPr>
        <w:t xml:space="preserve"> دستگاه مذهب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و قشون ادامه داشت، اما درآمد با همان سرعت افزا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ش</w:t>
      </w:r>
      <w:r w:rsidRPr="004C6E6A">
        <w:rPr>
          <w:rFonts w:ascii="Tahoma" w:hAnsi="Tahoma" w:cs="Tahoma"/>
          <w:rtl/>
        </w:rPr>
        <w:t xml:space="preserve"> نم</w:t>
      </w:r>
      <w:r w:rsidRPr="004C6E6A">
        <w:rPr>
          <w:rFonts w:ascii="Tahoma" w:hAnsi="Tahoma" w:cs="Tahoma" w:hint="cs"/>
          <w:rtl/>
        </w:rPr>
        <w:t>ی‌ی</w:t>
      </w:r>
      <w:r w:rsidRPr="004C6E6A">
        <w:rPr>
          <w:rFonts w:ascii="Tahoma" w:hAnsi="Tahoma" w:cs="Tahoma" w:hint="eastAsia"/>
          <w:rtl/>
        </w:rPr>
        <w:t>افت</w:t>
      </w:r>
      <w:r w:rsidRPr="004C6E6A">
        <w:rPr>
          <w:rFonts w:ascii="Tahoma" w:hAnsi="Tahoma" w:cs="Tahoma"/>
          <w:rtl/>
        </w:rPr>
        <w:t>. زم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ن‌ها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خاصه با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د</w:t>
      </w:r>
      <w:r w:rsidRPr="004C6E6A">
        <w:rPr>
          <w:rFonts w:ascii="Tahoma" w:hAnsi="Tahoma" w:cs="Tahoma"/>
          <w:rtl/>
        </w:rPr>
        <w:t xml:space="preserve"> مستق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ماً</w:t>
      </w:r>
      <w:r w:rsidRPr="004C6E6A">
        <w:rPr>
          <w:rFonts w:ascii="Tahoma" w:hAnsi="Tahoma" w:cs="Tahoma"/>
          <w:rtl/>
        </w:rPr>
        <w:t xml:space="preserve"> برا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شاه درآمد فراهم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کردند،</w:t>
      </w:r>
      <w:r w:rsidRPr="004C6E6A">
        <w:rPr>
          <w:rFonts w:ascii="Tahoma" w:hAnsi="Tahoma" w:cs="Tahoma"/>
          <w:rtl/>
        </w:rPr>
        <w:t xml:space="preserve"> ول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ادارهٔ کوتاه‌مدت و فشار مال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ات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توان تول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بس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ار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از مناطق را کاهش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داد</w:t>
      </w:r>
      <w:r w:rsidRPr="004C6E6A">
        <w:rPr>
          <w:rFonts w:ascii="Tahoma" w:hAnsi="Tahoma" w:cs="Tahoma"/>
          <w:rtl/>
        </w:rPr>
        <w:t>.</w:t>
      </w:r>
    </w:p>
    <w:p w:rsidR="004C6E6A" w:rsidRPr="004C6E6A" w:rsidRDefault="004C6E6A" w:rsidP="004C6E6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C6E6A">
        <w:rPr>
          <w:rFonts w:ascii="Tahoma" w:hAnsi="Tahoma" w:cs="Tahoma" w:hint="eastAsia"/>
          <w:rtl/>
        </w:rPr>
        <w:t>هنگام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که درآمد کم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شد،</w:t>
      </w:r>
      <w:r w:rsidRPr="004C6E6A">
        <w:rPr>
          <w:rFonts w:ascii="Tahoma" w:hAnsi="Tahoma" w:cs="Tahoma"/>
          <w:rtl/>
        </w:rPr>
        <w:t xml:space="preserve"> حکومت به جا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اصلاح ش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وهٔ</w:t>
      </w:r>
      <w:r w:rsidRPr="004C6E6A">
        <w:rPr>
          <w:rFonts w:ascii="Tahoma" w:hAnsi="Tahoma" w:cs="Tahoma"/>
          <w:rtl/>
        </w:rPr>
        <w:t xml:space="preserve"> اداره گاه فشار وصول را ب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شتر</w:t>
      </w:r>
      <w:r w:rsidRPr="004C6E6A">
        <w:rPr>
          <w:rFonts w:ascii="Tahoma" w:hAnsi="Tahoma" w:cs="Tahoma"/>
          <w:rtl/>
        </w:rPr>
        <w:t xml:space="preserve">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کرد</w:t>
      </w:r>
      <w:r w:rsidRPr="004C6E6A">
        <w:rPr>
          <w:rFonts w:ascii="Tahoma" w:hAnsi="Tahoma" w:cs="Tahoma"/>
          <w:rtl/>
        </w:rPr>
        <w:t>. مأمور مال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ات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موظف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شد</w:t>
      </w:r>
      <w:r w:rsidRPr="004C6E6A">
        <w:rPr>
          <w:rFonts w:ascii="Tahoma" w:hAnsi="Tahoma" w:cs="Tahoma"/>
          <w:rtl/>
        </w:rPr>
        <w:t xml:space="preserve"> رقم مع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ن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را به مرکز بفرستد، ب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آنکه</w:t>
      </w:r>
      <w:r w:rsidRPr="004C6E6A">
        <w:rPr>
          <w:rFonts w:ascii="Tahoma" w:hAnsi="Tahoma" w:cs="Tahoma"/>
          <w:rtl/>
        </w:rPr>
        <w:t xml:space="preserve"> وضع محصول، خشکسال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،</w:t>
      </w:r>
      <w:r w:rsidRPr="004C6E6A">
        <w:rPr>
          <w:rFonts w:ascii="Tahoma" w:hAnsi="Tahoma" w:cs="Tahoma"/>
          <w:rtl/>
        </w:rPr>
        <w:t xml:space="preserve"> مهاجرت روستا</w:t>
      </w:r>
      <w:r w:rsidRPr="004C6E6A">
        <w:rPr>
          <w:rFonts w:ascii="Tahoma" w:hAnsi="Tahoma" w:cs="Tahoma" w:hint="cs"/>
          <w:rtl/>
        </w:rPr>
        <w:t>یی</w:t>
      </w:r>
      <w:r w:rsidRPr="004C6E6A">
        <w:rPr>
          <w:rFonts w:ascii="Tahoma" w:hAnsi="Tahoma" w:cs="Tahoma" w:hint="eastAsia"/>
          <w:rtl/>
        </w:rPr>
        <w:t>ان</w:t>
      </w:r>
      <w:r w:rsidRPr="004C6E6A">
        <w:rPr>
          <w:rFonts w:ascii="Tahoma" w:hAnsi="Tahoma" w:cs="Tahoma"/>
          <w:rtl/>
        </w:rPr>
        <w:t xml:space="preserve"> 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ا</w:t>
      </w:r>
      <w:r w:rsidRPr="004C6E6A">
        <w:rPr>
          <w:rFonts w:ascii="Tahoma" w:hAnsi="Tahoma" w:cs="Tahoma"/>
          <w:rtl/>
        </w:rPr>
        <w:t xml:space="preserve"> خراب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زم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ن</w:t>
      </w:r>
      <w:r w:rsidRPr="004C6E6A">
        <w:rPr>
          <w:rFonts w:ascii="Tahoma" w:hAnsi="Tahoma" w:cs="Tahoma"/>
          <w:rtl/>
        </w:rPr>
        <w:t xml:space="preserve"> به اندازهٔ کاف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در نظر گرفته شود. رقم دفتر با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د</w:t>
      </w:r>
      <w:r w:rsidRPr="004C6E6A">
        <w:rPr>
          <w:rFonts w:ascii="Tahoma" w:hAnsi="Tahoma" w:cs="Tahoma"/>
          <w:rtl/>
        </w:rPr>
        <w:t xml:space="preserve"> فراهم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شد</w:t>
      </w:r>
      <w:r w:rsidRPr="004C6E6A">
        <w:rPr>
          <w:rFonts w:ascii="Tahoma" w:hAnsi="Tahoma" w:cs="Tahoma"/>
          <w:rtl/>
        </w:rPr>
        <w:t xml:space="preserve"> و تفاوت م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ان</w:t>
      </w:r>
      <w:r w:rsidRPr="004C6E6A">
        <w:rPr>
          <w:rFonts w:ascii="Tahoma" w:hAnsi="Tahoma" w:cs="Tahoma"/>
          <w:rtl/>
        </w:rPr>
        <w:t xml:space="preserve"> رقم و توان واقع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مردم به زور، مصادره 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ا</w:t>
      </w:r>
      <w:r w:rsidRPr="004C6E6A">
        <w:rPr>
          <w:rFonts w:ascii="Tahoma" w:hAnsi="Tahoma" w:cs="Tahoma"/>
          <w:rtl/>
        </w:rPr>
        <w:t xml:space="preserve"> بده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تبد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ل</w:t>
      </w:r>
      <w:r w:rsidRPr="004C6E6A">
        <w:rPr>
          <w:rFonts w:ascii="Tahoma" w:hAnsi="Tahoma" w:cs="Tahoma"/>
          <w:rtl/>
        </w:rPr>
        <w:t xml:space="preserve">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گرد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د</w:t>
      </w:r>
      <w:r w:rsidRPr="004C6E6A">
        <w:rPr>
          <w:rFonts w:ascii="Tahoma" w:hAnsi="Tahoma" w:cs="Tahoma"/>
          <w:rtl/>
        </w:rPr>
        <w:t>.</w:t>
      </w:r>
    </w:p>
    <w:p w:rsidR="004C6E6A" w:rsidRPr="004C6E6A" w:rsidRDefault="004C6E6A" w:rsidP="004C6E6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C6E6A">
        <w:rPr>
          <w:rFonts w:ascii="Tahoma" w:hAnsi="Tahoma" w:cs="Tahoma" w:hint="eastAsia"/>
          <w:rtl/>
        </w:rPr>
        <w:t>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ن</w:t>
      </w:r>
      <w:r w:rsidRPr="004C6E6A">
        <w:rPr>
          <w:rFonts w:ascii="Tahoma" w:hAnsi="Tahoma" w:cs="Tahoma"/>
          <w:rtl/>
        </w:rPr>
        <w:t xml:space="preserve"> فشار از مرکز تا پا</w:t>
      </w:r>
      <w:r w:rsidRPr="004C6E6A">
        <w:rPr>
          <w:rFonts w:ascii="Tahoma" w:hAnsi="Tahoma" w:cs="Tahoma" w:hint="cs"/>
          <w:rtl/>
        </w:rPr>
        <w:t>یی</w:t>
      </w:r>
      <w:r w:rsidRPr="004C6E6A">
        <w:rPr>
          <w:rFonts w:ascii="Tahoma" w:hAnsi="Tahoma" w:cs="Tahoma" w:hint="eastAsia"/>
          <w:rtl/>
        </w:rPr>
        <w:t>ن‌تر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ن</w:t>
      </w:r>
      <w:r w:rsidRPr="004C6E6A">
        <w:rPr>
          <w:rFonts w:ascii="Tahoma" w:hAnsi="Tahoma" w:cs="Tahoma"/>
          <w:rtl/>
        </w:rPr>
        <w:t xml:space="preserve"> سطح پخش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شد</w:t>
      </w:r>
      <w:r w:rsidRPr="004C6E6A">
        <w:rPr>
          <w:rFonts w:ascii="Tahoma" w:hAnsi="Tahoma" w:cs="Tahoma"/>
          <w:rtl/>
        </w:rPr>
        <w:t>. وز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ر</w:t>
      </w:r>
      <w:r w:rsidRPr="004C6E6A">
        <w:rPr>
          <w:rFonts w:ascii="Tahoma" w:hAnsi="Tahoma" w:cs="Tahoma"/>
          <w:rtl/>
        </w:rPr>
        <w:t xml:space="preserve"> از حاکم ولا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ت</w:t>
      </w:r>
      <w:r w:rsidRPr="004C6E6A">
        <w:rPr>
          <w:rFonts w:ascii="Tahoma" w:hAnsi="Tahoma" w:cs="Tahoma"/>
          <w:rtl/>
        </w:rPr>
        <w:t xml:space="preserve"> پول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خواست؛</w:t>
      </w:r>
      <w:r w:rsidRPr="004C6E6A">
        <w:rPr>
          <w:rFonts w:ascii="Tahoma" w:hAnsi="Tahoma" w:cs="Tahoma"/>
          <w:rtl/>
        </w:rPr>
        <w:t xml:space="preserve"> حاکم از مأمور محل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؛</w:t>
      </w:r>
      <w:r w:rsidRPr="004C6E6A">
        <w:rPr>
          <w:rFonts w:ascii="Tahoma" w:hAnsi="Tahoma" w:cs="Tahoma"/>
          <w:rtl/>
        </w:rPr>
        <w:t xml:space="preserve"> مأمور از کدخدا، مالک 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ا</w:t>
      </w:r>
      <w:r w:rsidRPr="004C6E6A">
        <w:rPr>
          <w:rFonts w:ascii="Tahoma" w:hAnsi="Tahoma" w:cs="Tahoma"/>
          <w:rtl/>
        </w:rPr>
        <w:t xml:space="preserve"> کشاورز. هر لا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ه</w:t>
      </w:r>
      <w:r w:rsidRPr="004C6E6A">
        <w:rPr>
          <w:rFonts w:ascii="Tahoma" w:hAnsi="Tahoma" w:cs="Tahoma"/>
          <w:rtl/>
        </w:rPr>
        <w:t xml:space="preserve"> سهم و هز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نهٔ</w:t>
      </w:r>
      <w:r w:rsidRPr="004C6E6A">
        <w:rPr>
          <w:rFonts w:ascii="Tahoma" w:hAnsi="Tahoma" w:cs="Tahoma"/>
          <w:rtl/>
        </w:rPr>
        <w:t xml:space="preserve"> خود را ن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ز</w:t>
      </w:r>
      <w:r w:rsidRPr="004C6E6A">
        <w:rPr>
          <w:rFonts w:ascii="Tahoma" w:hAnsi="Tahoma" w:cs="Tahoma"/>
          <w:rtl/>
        </w:rPr>
        <w:t xml:space="preserve"> بر مبلغ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افزود</w:t>
      </w:r>
      <w:r w:rsidRPr="004C6E6A">
        <w:rPr>
          <w:rFonts w:ascii="Tahoma" w:hAnsi="Tahoma" w:cs="Tahoma"/>
          <w:rtl/>
        </w:rPr>
        <w:t>. آنچه در خزانه به عنوان مال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ات</w:t>
      </w:r>
      <w:r w:rsidRPr="004C6E6A">
        <w:rPr>
          <w:rFonts w:ascii="Tahoma" w:hAnsi="Tahoma" w:cs="Tahoma"/>
          <w:rtl/>
        </w:rPr>
        <w:t xml:space="preserve"> ثبت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شد،</w:t>
      </w:r>
      <w:r w:rsidRPr="004C6E6A">
        <w:rPr>
          <w:rFonts w:ascii="Tahoma" w:hAnsi="Tahoma" w:cs="Tahoma"/>
          <w:rtl/>
        </w:rPr>
        <w:t xml:space="preserve"> ممکن بود فقط بخش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از پول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باشد که </w:t>
      </w:r>
      <w:r w:rsidRPr="004C6E6A">
        <w:rPr>
          <w:rFonts w:ascii="Tahoma" w:hAnsi="Tahoma" w:cs="Tahoma" w:hint="eastAsia"/>
          <w:rtl/>
        </w:rPr>
        <w:t>از</w:t>
      </w:r>
      <w:r w:rsidRPr="004C6E6A">
        <w:rPr>
          <w:rFonts w:ascii="Tahoma" w:hAnsi="Tahoma" w:cs="Tahoma"/>
          <w:rtl/>
        </w:rPr>
        <w:t xml:space="preserve"> مردم گرفته شده بود.</w:t>
      </w:r>
    </w:p>
    <w:p w:rsidR="004C6E6A" w:rsidRPr="004C6E6A" w:rsidRDefault="004C6E6A" w:rsidP="004C6E6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C6E6A">
        <w:rPr>
          <w:rFonts w:ascii="Tahoma" w:hAnsi="Tahoma" w:cs="Tahoma" w:hint="eastAsia"/>
          <w:rtl/>
        </w:rPr>
        <w:t>فروش</w:t>
      </w:r>
      <w:r w:rsidRPr="004C6E6A">
        <w:rPr>
          <w:rFonts w:ascii="Tahoma" w:hAnsi="Tahoma" w:cs="Tahoma"/>
          <w:rtl/>
        </w:rPr>
        <w:t xml:space="preserve"> 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ا</w:t>
      </w:r>
      <w:r w:rsidRPr="004C6E6A">
        <w:rPr>
          <w:rFonts w:ascii="Tahoma" w:hAnsi="Tahoma" w:cs="Tahoma"/>
          <w:rtl/>
        </w:rPr>
        <w:t xml:space="preserve"> واگذار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مقام‌ها 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ن</w:t>
      </w:r>
      <w:r w:rsidRPr="004C6E6A">
        <w:rPr>
          <w:rFonts w:ascii="Tahoma" w:hAnsi="Tahoma" w:cs="Tahoma"/>
          <w:rtl/>
        </w:rPr>
        <w:t xml:space="preserve"> مشکل را افزا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ش</w:t>
      </w:r>
      <w:r w:rsidRPr="004C6E6A">
        <w:rPr>
          <w:rFonts w:ascii="Tahoma" w:hAnsi="Tahoma" w:cs="Tahoma"/>
          <w:rtl/>
        </w:rPr>
        <w:t xml:space="preserve">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داد</w:t>
      </w:r>
      <w:r w:rsidRPr="004C6E6A">
        <w:rPr>
          <w:rFonts w:ascii="Tahoma" w:hAnsi="Tahoma" w:cs="Tahoma"/>
          <w:rtl/>
        </w:rPr>
        <w:t>. کس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که برا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رس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دن</w:t>
      </w:r>
      <w:r w:rsidRPr="004C6E6A">
        <w:rPr>
          <w:rFonts w:ascii="Tahoma" w:hAnsi="Tahoma" w:cs="Tahoma"/>
          <w:rtl/>
        </w:rPr>
        <w:t xml:space="preserve"> به منصب هز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نه</w:t>
      </w:r>
      <w:r w:rsidRPr="004C6E6A">
        <w:rPr>
          <w:rFonts w:ascii="Tahoma" w:hAnsi="Tahoma" w:cs="Tahoma"/>
          <w:rtl/>
        </w:rPr>
        <w:t xml:space="preserve"> کرده بود آن را خدمت عموم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نم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د؛</w:t>
      </w:r>
      <w:r w:rsidRPr="004C6E6A">
        <w:rPr>
          <w:rFonts w:ascii="Tahoma" w:hAnsi="Tahoma" w:cs="Tahoma"/>
          <w:rtl/>
        </w:rPr>
        <w:t xml:space="preserve"> سرما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ه‌ا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دانست</w:t>
      </w:r>
      <w:r w:rsidRPr="004C6E6A">
        <w:rPr>
          <w:rFonts w:ascii="Tahoma" w:hAnsi="Tahoma" w:cs="Tahoma"/>
          <w:rtl/>
        </w:rPr>
        <w:t xml:space="preserve"> که با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د</w:t>
      </w:r>
      <w:r w:rsidRPr="004C6E6A">
        <w:rPr>
          <w:rFonts w:ascii="Tahoma" w:hAnsi="Tahoma" w:cs="Tahoma"/>
          <w:rtl/>
        </w:rPr>
        <w:t xml:space="preserve"> از آن سود ببرد. اگر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دانست</w:t>
      </w:r>
      <w:r w:rsidRPr="004C6E6A">
        <w:rPr>
          <w:rFonts w:ascii="Tahoma" w:hAnsi="Tahoma" w:cs="Tahoma"/>
          <w:rtl/>
        </w:rPr>
        <w:t xml:space="preserve"> ممکن است سال بعد برکنار شود، انگ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زه</w:t>
      </w:r>
      <w:r w:rsidRPr="004C6E6A">
        <w:rPr>
          <w:rFonts w:ascii="Tahoma" w:hAnsi="Tahoma" w:cs="Tahoma"/>
          <w:rtl/>
        </w:rPr>
        <w:t xml:space="preserve"> داشت در کوتاه‌تر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ن</w:t>
      </w:r>
      <w:r w:rsidRPr="004C6E6A">
        <w:rPr>
          <w:rFonts w:ascii="Tahoma" w:hAnsi="Tahoma" w:cs="Tahoma"/>
          <w:rtl/>
        </w:rPr>
        <w:t xml:space="preserve"> زمان ب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شتر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ن</w:t>
      </w:r>
      <w:r w:rsidRPr="004C6E6A">
        <w:rPr>
          <w:rFonts w:ascii="Tahoma" w:hAnsi="Tahoma" w:cs="Tahoma"/>
          <w:rtl/>
        </w:rPr>
        <w:t xml:space="preserve"> درآمد را به دس</w:t>
      </w:r>
      <w:r w:rsidRPr="004C6E6A">
        <w:rPr>
          <w:rFonts w:ascii="Tahoma" w:hAnsi="Tahoma" w:cs="Tahoma" w:hint="eastAsia"/>
          <w:rtl/>
        </w:rPr>
        <w:t>ت</w:t>
      </w:r>
      <w:r w:rsidRPr="004C6E6A">
        <w:rPr>
          <w:rFonts w:ascii="Tahoma" w:hAnsi="Tahoma" w:cs="Tahoma"/>
          <w:rtl/>
        </w:rPr>
        <w:t xml:space="preserve"> آورد.</w:t>
      </w:r>
    </w:p>
    <w:p w:rsidR="004C6E6A" w:rsidRPr="004C6E6A" w:rsidRDefault="004C6E6A" w:rsidP="004C6E6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C6E6A">
        <w:rPr>
          <w:rFonts w:ascii="Tahoma" w:hAnsi="Tahoma" w:cs="Tahoma" w:hint="eastAsia"/>
          <w:rtl/>
        </w:rPr>
        <w:t>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وان</w:t>
      </w:r>
      <w:r w:rsidRPr="004C6E6A">
        <w:rPr>
          <w:rFonts w:ascii="Tahoma" w:hAnsi="Tahoma" w:cs="Tahoma"/>
          <w:rtl/>
        </w:rPr>
        <w:t xml:space="preserve"> هنوز از 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ن</w:t>
      </w:r>
      <w:r w:rsidRPr="004C6E6A">
        <w:rPr>
          <w:rFonts w:ascii="Tahoma" w:hAnsi="Tahoma" w:cs="Tahoma"/>
          <w:rtl/>
        </w:rPr>
        <w:t xml:space="preserve"> وضع آگاه بود. مستوف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ان،</w:t>
      </w:r>
      <w:r w:rsidRPr="004C6E6A">
        <w:rPr>
          <w:rFonts w:ascii="Tahoma" w:hAnsi="Tahoma" w:cs="Tahoma"/>
          <w:rtl/>
        </w:rPr>
        <w:t xml:space="preserve"> دب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ران</w:t>
      </w:r>
      <w:r w:rsidRPr="004C6E6A">
        <w:rPr>
          <w:rFonts w:ascii="Tahoma" w:hAnsi="Tahoma" w:cs="Tahoma"/>
          <w:rtl/>
        </w:rPr>
        <w:t xml:space="preserve"> و برخ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وز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ران</w:t>
      </w:r>
      <w:r w:rsidRPr="004C6E6A">
        <w:rPr>
          <w:rFonts w:ascii="Tahoma" w:hAnsi="Tahoma" w:cs="Tahoma"/>
          <w:rtl/>
        </w:rPr>
        <w:t xml:space="preserve">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توانستند</w:t>
      </w:r>
      <w:r w:rsidRPr="004C6E6A">
        <w:rPr>
          <w:rFonts w:ascii="Tahoma" w:hAnsi="Tahoma" w:cs="Tahoma"/>
          <w:rtl/>
        </w:rPr>
        <w:t xml:space="preserve"> کاهش درآمد، خراب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ولا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ت</w:t>
      </w:r>
      <w:r w:rsidRPr="004C6E6A">
        <w:rPr>
          <w:rFonts w:ascii="Tahoma" w:hAnsi="Tahoma" w:cs="Tahoma"/>
          <w:rtl/>
        </w:rPr>
        <w:t xml:space="preserve"> و ضعف قشون را در گزارش‌ها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خود بب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نند</w:t>
      </w:r>
      <w:r w:rsidRPr="004C6E6A">
        <w:rPr>
          <w:rFonts w:ascii="Tahoma" w:hAnsi="Tahoma" w:cs="Tahoma"/>
          <w:rtl/>
        </w:rPr>
        <w:t xml:space="preserve">. اما دانستن مشکل با توان حل آن 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کسان</w:t>
      </w:r>
      <w:r w:rsidRPr="004C6E6A">
        <w:rPr>
          <w:rFonts w:ascii="Tahoma" w:hAnsi="Tahoma" w:cs="Tahoma"/>
          <w:rtl/>
        </w:rPr>
        <w:t xml:space="preserve"> نبود. اصلاح به حما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ت</w:t>
      </w:r>
      <w:r w:rsidRPr="004C6E6A">
        <w:rPr>
          <w:rFonts w:ascii="Tahoma" w:hAnsi="Tahoma" w:cs="Tahoma"/>
          <w:rtl/>
        </w:rPr>
        <w:t xml:space="preserve"> پا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دار</w:t>
      </w:r>
      <w:r w:rsidRPr="004C6E6A">
        <w:rPr>
          <w:rFonts w:ascii="Tahoma" w:hAnsi="Tahoma" w:cs="Tahoma"/>
          <w:rtl/>
        </w:rPr>
        <w:t xml:space="preserve"> شاه ن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از</w:t>
      </w:r>
      <w:r w:rsidRPr="004C6E6A">
        <w:rPr>
          <w:rFonts w:ascii="Tahoma" w:hAnsi="Tahoma" w:cs="Tahoma"/>
          <w:rtl/>
        </w:rPr>
        <w:t xml:space="preserve"> داشت و سلطان حس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ن</w:t>
      </w:r>
      <w:r w:rsidRPr="004C6E6A">
        <w:rPr>
          <w:rFonts w:ascii="Tahoma" w:hAnsi="Tahoma" w:cs="Tahoma"/>
          <w:rtl/>
        </w:rPr>
        <w:t xml:space="preserve"> در برابر فشار گروه‌ها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حرم، دربار و صاحب‌منصبان توان 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ستادگ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لازم را نداشت.</w:t>
      </w:r>
    </w:p>
    <w:p w:rsidR="004C6E6A" w:rsidRPr="004C6E6A" w:rsidRDefault="004C6E6A" w:rsidP="004C6E6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C6E6A">
        <w:rPr>
          <w:rFonts w:ascii="Tahoma" w:hAnsi="Tahoma" w:cs="Tahoma" w:hint="eastAsia"/>
          <w:rtl/>
        </w:rPr>
        <w:t>وز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ر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که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خواست</w:t>
      </w:r>
      <w:r w:rsidRPr="004C6E6A">
        <w:rPr>
          <w:rFonts w:ascii="Tahoma" w:hAnsi="Tahoma" w:cs="Tahoma"/>
          <w:rtl/>
        </w:rPr>
        <w:t xml:space="preserve"> هز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نه‌ها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دربار را محدود کند 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ا</w:t>
      </w:r>
      <w:r w:rsidRPr="004C6E6A">
        <w:rPr>
          <w:rFonts w:ascii="Tahoma" w:hAnsi="Tahoma" w:cs="Tahoma"/>
          <w:rtl/>
        </w:rPr>
        <w:t xml:space="preserve"> مقام‌ها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فروخته‌شده را بازپس 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رد،</w:t>
      </w:r>
      <w:r w:rsidRPr="004C6E6A">
        <w:rPr>
          <w:rFonts w:ascii="Tahoma" w:hAnsi="Tahoma" w:cs="Tahoma"/>
          <w:rtl/>
        </w:rPr>
        <w:t xml:space="preserve"> دشمنان ن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رومند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پ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دا</w:t>
      </w:r>
      <w:r w:rsidRPr="004C6E6A">
        <w:rPr>
          <w:rFonts w:ascii="Tahoma" w:hAnsi="Tahoma" w:cs="Tahoma"/>
          <w:rtl/>
        </w:rPr>
        <w:t xml:space="preserve">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کرد</w:t>
      </w:r>
      <w:r w:rsidRPr="004C6E6A">
        <w:rPr>
          <w:rFonts w:ascii="Tahoma" w:hAnsi="Tahoma" w:cs="Tahoma"/>
          <w:rtl/>
        </w:rPr>
        <w:t>. اگر شاه در م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انهٔ</w:t>
      </w:r>
      <w:r w:rsidRPr="004C6E6A">
        <w:rPr>
          <w:rFonts w:ascii="Tahoma" w:hAnsi="Tahoma" w:cs="Tahoma"/>
          <w:rtl/>
        </w:rPr>
        <w:t xml:space="preserve"> کار از حما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ت</w:t>
      </w:r>
      <w:r w:rsidRPr="004C6E6A">
        <w:rPr>
          <w:rFonts w:ascii="Tahoma" w:hAnsi="Tahoma" w:cs="Tahoma"/>
          <w:rtl/>
        </w:rPr>
        <w:t xml:space="preserve"> او دست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کش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د،</w:t>
      </w:r>
      <w:r w:rsidRPr="004C6E6A">
        <w:rPr>
          <w:rFonts w:ascii="Tahoma" w:hAnsi="Tahoma" w:cs="Tahoma"/>
          <w:rtl/>
        </w:rPr>
        <w:t xml:space="preserve"> نه فقط اصلاح متوقف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شد،</w:t>
      </w:r>
      <w:r w:rsidRPr="004C6E6A">
        <w:rPr>
          <w:rFonts w:ascii="Tahoma" w:hAnsi="Tahoma" w:cs="Tahoma"/>
          <w:rtl/>
        </w:rPr>
        <w:t xml:space="preserve"> بلکه خود وز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ر</w:t>
      </w:r>
      <w:r w:rsidRPr="004C6E6A">
        <w:rPr>
          <w:rFonts w:ascii="Tahoma" w:hAnsi="Tahoma" w:cs="Tahoma"/>
          <w:rtl/>
        </w:rPr>
        <w:t xml:space="preserve"> ن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ز</w:t>
      </w:r>
      <w:r w:rsidRPr="004C6E6A">
        <w:rPr>
          <w:rFonts w:ascii="Tahoma" w:hAnsi="Tahoma" w:cs="Tahoma"/>
          <w:rtl/>
        </w:rPr>
        <w:t xml:space="preserve"> ممکن بود مقام، دارا</w:t>
      </w:r>
      <w:r w:rsidRPr="004C6E6A">
        <w:rPr>
          <w:rFonts w:ascii="Tahoma" w:hAnsi="Tahoma" w:cs="Tahoma" w:hint="cs"/>
          <w:rtl/>
        </w:rPr>
        <w:t>یی</w:t>
      </w:r>
      <w:r w:rsidRPr="004C6E6A">
        <w:rPr>
          <w:rFonts w:ascii="Tahoma" w:hAnsi="Tahoma" w:cs="Tahoma"/>
          <w:rtl/>
        </w:rPr>
        <w:t xml:space="preserve"> 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ا</w:t>
      </w:r>
      <w:r w:rsidRPr="004C6E6A">
        <w:rPr>
          <w:rFonts w:ascii="Tahoma" w:hAnsi="Tahoma" w:cs="Tahoma"/>
          <w:rtl/>
        </w:rPr>
        <w:t xml:space="preserve"> جانش را از دست بدهد.</w:t>
      </w:r>
    </w:p>
    <w:p w:rsidR="004C6E6A" w:rsidRPr="004C6E6A" w:rsidRDefault="004C6E6A" w:rsidP="004C6E6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C6E6A">
        <w:rPr>
          <w:rFonts w:ascii="Tahoma" w:hAnsi="Tahoma" w:cs="Tahoma" w:hint="eastAsia"/>
          <w:rtl/>
        </w:rPr>
        <w:t>فتحعل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خان</w:t>
      </w:r>
      <w:r w:rsidRPr="004C6E6A">
        <w:rPr>
          <w:rFonts w:ascii="Tahoma" w:hAnsi="Tahoma" w:cs="Tahoma"/>
          <w:rtl/>
        </w:rPr>
        <w:t xml:space="preserve"> داغستان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از وز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ران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بود که در سال‌ها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پا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ان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حکومت صفو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به قدرت رس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د</w:t>
      </w:r>
      <w:r w:rsidRPr="004C6E6A">
        <w:rPr>
          <w:rFonts w:ascii="Tahoma" w:hAnsi="Tahoma" w:cs="Tahoma"/>
          <w:rtl/>
        </w:rPr>
        <w:t xml:space="preserve"> و کوش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د</w:t>
      </w:r>
      <w:r w:rsidRPr="004C6E6A">
        <w:rPr>
          <w:rFonts w:ascii="Tahoma" w:hAnsi="Tahoma" w:cs="Tahoma"/>
          <w:rtl/>
        </w:rPr>
        <w:t xml:space="preserve"> امور مال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و ادار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را سامان دهد. اما نفوذ او ن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ز</w:t>
      </w:r>
      <w:r w:rsidRPr="004C6E6A">
        <w:rPr>
          <w:rFonts w:ascii="Tahoma" w:hAnsi="Tahoma" w:cs="Tahoma"/>
          <w:rtl/>
        </w:rPr>
        <w:t xml:space="preserve"> حسادت و دشمن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دربار را برانگ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خت</w:t>
      </w:r>
      <w:r w:rsidRPr="004C6E6A">
        <w:rPr>
          <w:rFonts w:ascii="Tahoma" w:hAnsi="Tahoma" w:cs="Tahoma"/>
          <w:rtl/>
        </w:rPr>
        <w:t>. اتهام، رقابت و بدگمان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سرانجام به برکنار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و مجازات او انجام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د</w:t>
      </w:r>
      <w:r w:rsidRPr="004C6E6A">
        <w:rPr>
          <w:rFonts w:ascii="Tahoma" w:hAnsi="Tahoma" w:cs="Tahoma"/>
          <w:rtl/>
        </w:rPr>
        <w:t>. حذف وز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ر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توانا در آستان</w:t>
      </w:r>
      <w:r w:rsidRPr="004C6E6A">
        <w:rPr>
          <w:rFonts w:ascii="Tahoma" w:hAnsi="Tahoma" w:cs="Tahoma" w:hint="eastAsia"/>
          <w:rtl/>
        </w:rPr>
        <w:t>هٔ</w:t>
      </w:r>
      <w:r w:rsidRPr="004C6E6A">
        <w:rPr>
          <w:rFonts w:ascii="Tahoma" w:hAnsi="Tahoma" w:cs="Tahoma"/>
          <w:rtl/>
        </w:rPr>
        <w:t xml:space="preserve"> بحران، مرکز را از 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ک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از معدود کسان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محروم کرد که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توانست</w:t>
      </w:r>
      <w:r w:rsidRPr="004C6E6A">
        <w:rPr>
          <w:rFonts w:ascii="Tahoma" w:hAnsi="Tahoma" w:cs="Tahoma"/>
          <w:rtl/>
        </w:rPr>
        <w:t xml:space="preserve"> م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ان</w:t>
      </w:r>
      <w:r w:rsidRPr="004C6E6A">
        <w:rPr>
          <w:rFonts w:ascii="Tahoma" w:hAnsi="Tahoma" w:cs="Tahoma"/>
          <w:rtl/>
        </w:rPr>
        <w:t xml:space="preserve"> 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وان،</w:t>
      </w:r>
      <w:r w:rsidRPr="004C6E6A">
        <w:rPr>
          <w:rFonts w:ascii="Tahoma" w:hAnsi="Tahoma" w:cs="Tahoma"/>
          <w:rtl/>
        </w:rPr>
        <w:t xml:space="preserve"> قشون و 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الات</w:t>
      </w:r>
      <w:r w:rsidRPr="004C6E6A">
        <w:rPr>
          <w:rFonts w:ascii="Tahoma" w:hAnsi="Tahoma" w:cs="Tahoma"/>
          <w:rtl/>
        </w:rPr>
        <w:t xml:space="preserve"> هماهنگ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جاد</w:t>
      </w:r>
      <w:r w:rsidRPr="004C6E6A">
        <w:rPr>
          <w:rFonts w:ascii="Tahoma" w:hAnsi="Tahoma" w:cs="Tahoma"/>
          <w:rtl/>
        </w:rPr>
        <w:t xml:space="preserve"> کند.</w:t>
      </w:r>
    </w:p>
    <w:p w:rsidR="004C6E6A" w:rsidRPr="004C6E6A" w:rsidRDefault="004C6E6A" w:rsidP="004C6E6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C6E6A">
        <w:rPr>
          <w:rFonts w:ascii="Tahoma" w:hAnsi="Tahoma" w:cs="Tahoma" w:hint="eastAsia"/>
          <w:rtl/>
        </w:rPr>
        <w:t>سرنوشت</w:t>
      </w:r>
      <w:r w:rsidRPr="004C6E6A">
        <w:rPr>
          <w:rFonts w:ascii="Tahoma" w:hAnsi="Tahoma" w:cs="Tahoma"/>
          <w:rtl/>
        </w:rPr>
        <w:t xml:space="preserve"> او بار 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گر</w:t>
      </w:r>
      <w:r w:rsidRPr="004C6E6A">
        <w:rPr>
          <w:rFonts w:ascii="Tahoma" w:hAnsi="Tahoma" w:cs="Tahoma"/>
          <w:rtl/>
        </w:rPr>
        <w:t xml:space="preserve"> نشان داد که مشکل 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ران</w:t>
      </w:r>
      <w:r w:rsidRPr="004C6E6A">
        <w:rPr>
          <w:rFonts w:ascii="Tahoma" w:hAnsi="Tahoma" w:cs="Tahoma"/>
          <w:rtl/>
        </w:rPr>
        <w:t xml:space="preserve"> نداشتن افراد آگاه نبود. حکومت کسان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را داشت که ضعف‌ها را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دند،</w:t>
      </w:r>
      <w:r w:rsidRPr="004C6E6A">
        <w:rPr>
          <w:rFonts w:ascii="Tahoma" w:hAnsi="Tahoma" w:cs="Tahoma"/>
          <w:rtl/>
        </w:rPr>
        <w:t xml:space="preserve"> اما ساختمان قدرت امن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ت</w:t>
      </w:r>
      <w:r w:rsidRPr="004C6E6A">
        <w:rPr>
          <w:rFonts w:ascii="Tahoma" w:hAnsi="Tahoma" w:cs="Tahoma"/>
          <w:rtl/>
        </w:rPr>
        <w:t xml:space="preserve"> و اخت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ار</w:t>
      </w:r>
      <w:r w:rsidRPr="004C6E6A">
        <w:rPr>
          <w:rFonts w:ascii="Tahoma" w:hAnsi="Tahoma" w:cs="Tahoma"/>
          <w:rtl/>
        </w:rPr>
        <w:t xml:space="preserve"> لازم برا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اصلاح را در اخت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ارشان</w:t>
      </w:r>
      <w:r w:rsidRPr="004C6E6A">
        <w:rPr>
          <w:rFonts w:ascii="Tahoma" w:hAnsi="Tahoma" w:cs="Tahoma"/>
          <w:rtl/>
        </w:rPr>
        <w:t xml:space="preserve"> نم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گذاشت</w:t>
      </w:r>
      <w:r w:rsidRPr="004C6E6A">
        <w:rPr>
          <w:rFonts w:ascii="Tahoma" w:hAnsi="Tahoma" w:cs="Tahoma"/>
          <w:rtl/>
        </w:rPr>
        <w:t>. وز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ر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که به شاه وابسته بود با تغ</w:t>
      </w:r>
      <w:r w:rsidRPr="004C6E6A">
        <w:rPr>
          <w:rFonts w:ascii="Tahoma" w:hAnsi="Tahoma" w:cs="Tahoma" w:hint="cs"/>
          <w:rtl/>
        </w:rPr>
        <w:t>یی</w:t>
      </w:r>
      <w:r w:rsidRPr="004C6E6A">
        <w:rPr>
          <w:rFonts w:ascii="Tahoma" w:hAnsi="Tahoma" w:cs="Tahoma" w:hint="eastAsia"/>
          <w:rtl/>
        </w:rPr>
        <w:t>ر</w:t>
      </w:r>
      <w:r w:rsidRPr="004C6E6A">
        <w:rPr>
          <w:rFonts w:ascii="Tahoma" w:hAnsi="Tahoma" w:cs="Tahoma"/>
          <w:rtl/>
        </w:rPr>
        <w:t xml:space="preserve"> نظر شاه از همهٔ ابزارها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خود محروم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شد</w:t>
      </w:r>
      <w:r w:rsidRPr="004C6E6A">
        <w:rPr>
          <w:rFonts w:ascii="Tahoma" w:hAnsi="Tahoma" w:cs="Tahoma"/>
          <w:rtl/>
        </w:rPr>
        <w:t>.</w:t>
      </w:r>
    </w:p>
    <w:p w:rsidR="004C6E6A" w:rsidRPr="004C6E6A" w:rsidRDefault="004C6E6A" w:rsidP="004C6E6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C6E6A">
        <w:rPr>
          <w:rFonts w:ascii="Tahoma" w:hAnsi="Tahoma" w:cs="Tahoma" w:hint="eastAsia"/>
          <w:rtl/>
        </w:rPr>
        <w:t>دربار</w:t>
      </w:r>
      <w:r w:rsidRPr="004C6E6A">
        <w:rPr>
          <w:rFonts w:ascii="Tahoma" w:hAnsi="Tahoma" w:cs="Tahoma"/>
          <w:rtl/>
        </w:rPr>
        <w:t xml:space="preserve"> در هم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ن</w:t>
      </w:r>
      <w:r w:rsidRPr="004C6E6A">
        <w:rPr>
          <w:rFonts w:ascii="Tahoma" w:hAnsi="Tahoma" w:cs="Tahoma"/>
          <w:rtl/>
        </w:rPr>
        <w:t xml:space="preserve"> حال از خبرها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واقع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الات</w:t>
      </w:r>
      <w:r w:rsidRPr="004C6E6A">
        <w:rPr>
          <w:rFonts w:ascii="Tahoma" w:hAnsi="Tahoma" w:cs="Tahoma"/>
          <w:rtl/>
        </w:rPr>
        <w:t xml:space="preserve"> دورتر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شد</w:t>
      </w:r>
      <w:r w:rsidRPr="004C6E6A">
        <w:rPr>
          <w:rFonts w:ascii="Tahoma" w:hAnsi="Tahoma" w:cs="Tahoma"/>
          <w:rtl/>
        </w:rPr>
        <w:t>. گزارش‌ها برا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رس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دن</w:t>
      </w:r>
      <w:r w:rsidRPr="004C6E6A">
        <w:rPr>
          <w:rFonts w:ascii="Tahoma" w:hAnsi="Tahoma" w:cs="Tahoma"/>
          <w:rtl/>
        </w:rPr>
        <w:t xml:space="preserve"> به شاه از لا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ه‌ها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متعدد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گذشتند</w:t>
      </w:r>
      <w:r w:rsidRPr="004C6E6A">
        <w:rPr>
          <w:rFonts w:ascii="Tahoma" w:hAnsi="Tahoma" w:cs="Tahoma"/>
          <w:rtl/>
        </w:rPr>
        <w:t xml:space="preserve"> و هر لا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ه</w:t>
      </w:r>
      <w:r w:rsidRPr="004C6E6A">
        <w:rPr>
          <w:rFonts w:ascii="Tahoma" w:hAnsi="Tahoma" w:cs="Tahoma"/>
          <w:rtl/>
        </w:rPr>
        <w:t xml:space="preserve"> ممکن بود آنها را تغ</w:t>
      </w:r>
      <w:r w:rsidRPr="004C6E6A">
        <w:rPr>
          <w:rFonts w:ascii="Tahoma" w:hAnsi="Tahoma" w:cs="Tahoma" w:hint="cs"/>
          <w:rtl/>
        </w:rPr>
        <w:t>یی</w:t>
      </w:r>
      <w:r w:rsidRPr="004C6E6A">
        <w:rPr>
          <w:rFonts w:ascii="Tahoma" w:hAnsi="Tahoma" w:cs="Tahoma" w:hint="eastAsia"/>
          <w:rtl/>
        </w:rPr>
        <w:t>ر</w:t>
      </w:r>
      <w:r w:rsidRPr="004C6E6A">
        <w:rPr>
          <w:rFonts w:ascii="Tahoma" w:hAnsi="Tahoma" w:cs="Tahoma"/>
          <w:rtl/>
        </w:rPr>
        <w:t xml:space="preserve"> دهد. حاکم محل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نم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خواست</w:t>
      </w:r>
      <w:r w:rsidRPr="004C6E6A">
        <w:rPr>
          <w:rFonts w:ascii="Tahoma" w:hAnsi="Tahoma" w:cs="Tahoma"/>
          <w:rtl/>
        </w:rPr>
        <w:t xml:space="preserve"> ضعف خود را آشکار کند، وز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ر</w:t>
      </w:r>
      <w:r w:rsidRPr="004C6E6A">
        <w:rPr>
          <w:rFonts w:ascii="Tahoma" w:hAnsi="Tahoma" w:cs="Tahoma"/>
          <w:rtl/>
        </w:rPr>
        <w:t xml:space="preserve"> از رساندن خبر ناخوشا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ند</w:t>
      </w:r>
      <w:r w:rsidRPr="004C6E6A">
        <w:rPr>
          <w:rFonts w:ascii="Tahoma" w:hAnsi="Tahoma" w:cs="Tahoma"/>
          <w:rtl/>
        </w:rPr>
        <w:t xml:space="preserve"> ب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م</w:t>
      </w:r>
      <w:r w:rsidRPr="004C6E6A">
        <w:rPr>
          <w:rFonts w:ascii="Tahoma" w:hAnsi="Tahoma" w:cs="Tahoma"/>
          <w:rtl/>
        </w:rPr>
        <w:t xml:space="preserve"> داشت و نزد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کان</w:t>
      </w:r>
      <w:r w:rsidRPr="004C6E6A">
        <w:rPr>
          <w:rFonts w:ascii="Tahoma" w:hAnsi="Tahoma" w:cs="Tahoma"/>
          <w:rtl/>
        </w:rPr>
        <w:t xml:space="preserve"> شاه ممکن بود موضوع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را که آرامش دربار را برهم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زد</w:t>
      </w:r>
      <w:r w:rsidRPr="004C6E6A">
        <w:rPr>
          <w:rFonts w:ascii="Tahoma" w:hAnsi="Tahoma" w:cs="Tahoma"/>
          <w:rtl/>
        </w:rPr>
        <w:t xml:space="preserve"> به تأخ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ر</w:t>
      </w:r>
      <w:r w:rsidRPr="004C6E6A">
        <w:rPr>
          <w:rFonts w:ascii="Tahoma" w:hAnsi="Tahoma" w:cs="Tahoma"/>
          <w:rtl/>
        </w:rPr>
        <w:t xml:space="preserve"> اندازند.</w:t>
      </w:r>
    </w:p>
    <w:p w:rsidR="004C6E6A" w:rsidRPr="004C6E6A" w:rsidRDefault="004C6E6A" w:rsidP="004C6E6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C6E6A">
        <w:rPr>
          <w:rFonts w:ascii="Tahoma" w:hAnsi="Tahoma" w:cs="Tahoma" w:hint="eastAsia"/>
          <w:rtl/>
        </w:rPr>
        <w:t>در</w:t>
      </w:r>
      <w:r w:rsidRPr="004C6E6A">
        <w:rPr>
          <w:rFonts w:ascii="Tahoma" w:hAnsi="Tahoma" w:cs="Tahoma"/>
          <w:rtl/>
        </w:rPr>
        <w:t xml:space="preserve"> نت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جه،</w:t>
      </w:r>
      <w:r w:rsidRPr="004C6E6A">
        <w:rPr>
          <w:rFonts w:ascii="Tahoma" w:hAnsi="Tahoma" w:cs="Tahoma"/>
          <w:rtl/>
        </w:rPr>
        <w:t xml:space="preserve"> مرکز گاه زمان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از شدت بحران آگاه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شد</w:t>
      </w:r>
      <w:r w:rsidRPr="004C6E6A">
        <w:rPr>
          <w:rFonts w:ascii="Tahoma" w:hAnsi="Tahoma" w:cs="Tahoma"/>
          <w:rtl/>
        </w:rPr>
        <w:t xml:space="preserve"> که فرصت اصلاح از دست رفته بود. شورش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که در آغاز با تغ</w:t>
      </w:r>
      <w:r w:rsidRPr="004C6E6A">
        <w:rPr>
          <w:rFonts w:ascii="Tahoma" w:hAnsi="Tahoma" w:cs="Tahoma" w:hint="cs"/>
          <w:rtl/>
        </w:rPr>
        <w:t>یی</w:t>
      </w:r>
      <w:r w:rsidRPr="004C6E6A">
        <w:rPr>
          <w:rFonts w:ascii="Tahoma" w:hAnsi="Tahoma" w:cs="Tahoma" w:hint="eastAsia"/>
          <w:rtl/>
        </w:rPr>
        <w:t>ر</w:t>
      </w:r>
      <w:r w:rsidRPr="004C6E6A">
        <w:rPr>
          <w:rFonts w:ascii="Tahoma" w:hAnsi="Tahoma" w:cs="Tahoma"/>
          <w:rtl/>
        </w:rPr>
        <w:t xml:space="preserve"> حاکم، کاهش فشار 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ا</w:t>
      </w:r>
      <w:r w:rsidRPr="004C6E6A">
        <w:rPr>
          <w:rFonts w:ascii="Tahoma" w:hAnsi="Tahoma" w:cs="Tahoma"/>
          <w:rtl/>
        </w:rPr>
        <w:t xml:space="preserve"> گفت‌وگو قابل مهار بود، پس از ماه‌ها 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ا</w:t>
      </w:r>
      <w:r w:rsidRPr="004C6E6A">
        <w:rPr>
          <w:rFonts w:ascii="Tahoma" w:hAnsi="Tahoma" w:cs="Tahoma"/>
          <w:rtl/>
        </w:rPr>
        <w:t xml:space="preserve"> سال‌ها به ن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رو</w:t>
      </w:r>
      <w:r w:rsidRPr="004C6E6A">
        <w:rPr>
          <w:rFonts w:ascii="Tahoma" w:hAnsi="Tahoma" w:cs="Tahoma" w:hint="cs"/>
          <w:rtl/>
        </w:rPr>
        <w:t>یی</w:t>
      </w:r>
      <w:r w:rsidRPr="004C6E6A">
        <w:rPr>
          <w:rFonts w:ascii="Tahoma" w:hAnsi="Tahoma" w:cs="Tahoma"/>
          <w:rtl/>
        </w:rPr>
        <w:t xml:space="preserve"> نظام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تبد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ل</w:t>
      </w:r>
      <w:r w:rsidRPr="004C6E6A">
        <w:rPr>
          <w:rFonts w:ascii="Tahoma" w:hAnsi="Tahoma" w:cs="Tahoma"/>
          <w:rtl/>
        </w:rPr>
        <w:t xml:space="preserve">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شد</w:t>
      </w:r>
      <w:r w:rsidRPr="004C6E6A">
        <w:rPr>
          <w:rFonts w:ascii="Tahoma" w:hAnsi="Tahoma" w:cs="Tahoma"/>
          <w:rtl/>
        </w:rPr>
        <w:t>. فاصلهٔ جغراف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ا</w:t>
      </w:r>
      <w:r w:rsidRPr="004C6E6A">
        <w:rPr>
          <w:rFonts w:ascii="Tahoma" w:hAnsi="Tahoma" w:cs="Tahoma" w:hint="cs"/>
          <w:rtl/>
        </w:rPr>
        <w:t>یی</w:t>
      </w:r>
      <w:r w:rsidRPr="004C6E6A">
        <w:rPr>
          <w:rFonts w:ascii="Tahoma" w:hAnsi="Tahoma" w:cs="Tahoma"/>
          <w:rtl/>
        </w:rPr>
        <w:t xml:space="preserve"> با فاصلهٔ اطلاعات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همراه شده بود.</w:t>
      </w:r>
    </w:p>
    <w:p w:rsidR="004C6E6A" w:rsidRPr="004C6E6A" w:rsidRDefault="004C6E6A" w:rsidP="004C6E6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C6E6A">
        <w:rPr>
          <w:rFonts w:ascii="Tahoma" w:hAnsi="Tahoma" w:cs="Tahoma" w:hint="eastAsia"/>
          <w:rtl/>
        </w:rPr>
        <w:t>قندهار</w:t>
      </w:r>
      <w:r w:rsidRPr="004C6E6A">
        <w:rPr>
          <w:rFonts w:ascii="Tahoma" w:hAnsi="Tahoma" w:cs="Tahoma"/>
          <w:rtl/>
        </w:rPr>
        <w:t xml:space="preserve"> 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ک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از مناطق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بود که همهٔ 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ن</w:t>
      </w:r>
      <w:r w:rsidRPr="004C6E6A">
        <w:rPr>
          <w:rFonts w:ascii="Tahoma" w:hAnsi="Tahoma" w:cs="Tahoma"/>
          <w:rtl/>
        </w:rPr>
        <w:t xml:space="preserve"> ضعف‌ها در آن به هم رس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دند</w:t>
      </w:r>
      <w:r w:rsidRPr="004C6E6A">
        <w:rPr>
          <w:rFonts w:ascii="Tahoma" w:hAnsi="Tahoma" w:cs="Tahoma"/>
          <w:rtl/>
        </w:rPr>
        <w:t>. 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ن</w:t>
      </w:r>
      <w:r w:rsidRPr="004C6E6A">
        <w:rPr>
          <w:rFonts w:ascii="Tahoma" w:hAnsi="Tahoma" w:cs="Tahoma"/>
          <w:rtl/>
        </w:rPr>
        <w:t xml:space="preserve"> منطقه از نظر نظام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،</w:t>
      </w:r>
      <w:r w:rsidRPr="004C6E6A">
        <w:rPr>
          <w:rFonts w:ascii="Tahoma" w:hAnsi="Tahoma" w:cs="Tahoma"/>
          <w:rtl/>
        </w:rPr>
        <w:t xml:space="preserve"> بازرگان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و ارتباط با هند و آس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مرکز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اهم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ت</w:t>
      </w:r>
      <w:r w:rsidRPr="004C6E6A">
        <w:rPr>
          <w:rFonts w:ascii="Tahoma" w:hAnsi="Tahoma" w:cs="Tahoma"/>
          <w:rtl/>
        </w:rPr>
        <w:t xml:space="preserve"> داشت. جمع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ت</w:t>
      </w:r>
      <w:r w:rsidRPr="004C6E6A">
        <w:rPr>
          <w:rFonts w:ascii="Tahoma" w:hAnsi="Tahoma" w:cs="Tahoma"/>
          <w:rtl/>
        </w:rPr>
        <w:t xml:space="preserve"> آن عمدتاً سن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بود و قبا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ل</w:t>
      </w:r>
      <w:r w:rsidRPr="004C6E6A">
        <w:rPr>
          <w:rFonts w:ascii="Tahoma" w:hAnsi="Tahoma" w:cs="Tahoma"/>
          <w:rtl/>
        </w:rPr>
        <w:t xml:space="preserve"> گوناگون افغان، به‌و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ژه</w:t>
      </w:r>
      <w:r w:rsidRPr="004C6E6A">
        <w:rPr>
          <w:rFonts w:ascii="Tahoma" w:hAnsi="Tahoma" w:cs="Tahoma"/>
          <w:rtl/>
        </w:rPr>
        <w:t xml:space="preserve"> غلزا</w:t>
      </w:r>
      <w:r w:rsidRPr="004C6E6A">
        <w:rPr>
          <w:rFonts w:ascii="Tahoma" w:hAnsi="Tahoma" w:cs="Tahoma" w:hint="cs"/>
          <w:rtl/>
        </w:rPr>
        <w:t>یی</w:t>
      </w:r>
      <w:r w:rsidRPr="004C6E6A">
        <w:rPr>
          <w:rFonts w:ascii="Tahoma" w:hAnsi="Tahoma" w:cs="Tahoma" w:hint="eastAsia"/>
          <w:rtl/>
        </w:rPr>
        <w:t>ان،</w:t>
      </w:r>
      <w:r w:rsidRPr="004C6E6A">
        <w:rPr>
          <w:rFonts w:ascii="Tahoma" w:hAnsi="Tahoma" w:cs="Tahoma"/>
          <w:rtl/>
        </w:rPr>
        <w:t xml:space="preserve"> در آن زندگ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کردند</w:t>
      </w:r>
      <w:r w:rsidRPr="004C6E6A">
        <w:rPr>
          <w:rFonts w:ascii="Tahoma" w:hAnsi="Tahoma" w:cs="Tahoma"/>
          <w:rtl/>
        </w:rPr>
        <w:t>. ادارهٔ چن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ن</w:t>
      </w:r>
      <w:r w:rsidRPr="004C6E6A">
        <w:rPr>
          <w:rFonts w:ascii="Tahoma" w:hAnsi="Tahoma" w:cs="Tahoma"/>
          <w:rtl/>
        </w:rPr>
        <w:t xml:space="preserve"> منطقه‌ا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به شناخت </w:t>
      </w:r>
      <w:r w:rsidRPr="004C6E6A">
        <w:rPr>
          <w:rFonts w:ascii="Tahoma" w:hAnsi="Tahoma" w:cs="Tahoma" w:hint="eastAsia"/>
          <w:rtl/>
        </w:rPr>
        <w:t>روابط</w:t>
      </w:r>
      <w:r w:rsidRPr="004C6E6A">
        <w:rPr>
          <w:rFonts w:ascii="Tahoma" w:hAnsi="Tahoma" w:cs="Tahoma"/>
          <w:rtl/>
        </w:rPr>
        <w:t xml:space="preserve"> قبا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ل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،</w:t>
      </w:r>
      <w:r w:rsidRPr="004C6E6A">
        <w:rPr>
          <w:rFonts w:ascii="Tahoma" w:hAnsi="Tahoma" w:cs="Tahoma"/>
          <w:rtl/>
        </w:rPr>
        <w:t xml:space="preserve"> رعا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ت</w:t>
      </w:r>
      <w:r w:rsidRPr="004C6E6A">
        <w:rPr>
          <w:rFonts w:ascii="Tahoma" w:hAnsi="Tahoma" w:cs="Tahoma"/>
          <w:rtl/>
        </w:rPr>
        <w:t xml:space="preserve"> حساس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ت‌ها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مذهب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و حضور قشون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منظم ن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از</w:t>
      </w:r>
      <w:r w:rsidRPr="004C6E6A">
        <w:rPr>
          <w:rFonts w:ascii="Tahoma" w:hAnsi="Tahoma" w:cs="Tahoma"/>
          <w:rtl/>
        </w:rPr>
        <w:t xml:space="preserve"> داشت.</w:t>
      </w:r>
    </w:p>
    <w:p w:rsidR="004C6E6A" w:rsidRPr="004C6E6A" w:rsidRDefault="004C6E6A" w:rsidP="004C6E6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C6E6A">
        <w:rPr>
          <w:rFonts w:ascii="Tahoma" w:hAnsi="Tahoma" w:cs="Tahoma" w:hint="eastAsia"/>
          <w:rtl/>
        </w:rPr>
        <w:t>حکومت</w:t>
      </w:r>
      <w:r w:rsidRPr="004C6E6A">
        <w:rPr>
          <w:rFonts w:ascii="Tahoma" w:hAnsi="Tahoma" w:cs="Tahoma"/>
          <w:rtl/>
        </w:rPr>
        <w:t xml:space="preserve"> صفو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از وفادار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قندهار اطم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نان</w:t>
      </w:r>
      <w:r w:rsidRPr="004C6E6A">
        <w:rPr>
          <w:rFonts w:ascii="Tahoma" w:hAnsi="Tahoma" w:cs="Tahoma"/>
          <w:rtl/>
        </w:rPr>
        <w:t xml:space="preserve"> نداشت. نزد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ک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به قلمرو گورکان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ان</w:t>
      </w:r>
      <w:r w:rsidRPr="004C6E6A">
        <w:rPr>
          <w:rFonts w:ascii="Tahoma" w:hAnsi="Tahoma" w:cs="Tahoma"/>
          <w:rtl/>
        </w:rPr>
        <w:t xml:space="preserve"> هند، تفاوت مذهب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و قدرت قبا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ل</w:t>
      </w:r>
      <w:r w:rsidRPr="004C6E6A">
        <w:rPr>
          <w:rFonts w:ascii="Tahoma" w:hAnsi="Tahoma" w:cs="Tahoma"/>
          <w:rtl/>
        </w:rPr>
        <w:t xml:space="preserve"> سبب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شد</w:t>
      </w:r>
      <w:r w:rsidRPr="004C6E6A">
        <w:rPr>
          <w:rFonts w:ascii="Tahoma" w:hAnsi="Tahoma" w:cs="Tahoma"/>
          <w:rtl/>
        </w:rPr>
        <w:t xml:space="preserve"> مرکز 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ن</w:t>
      </w:r>
      <w:r w:rsidRPr="004C6E6A">
        <w:rPr>
          <w:rFonts w:ascii="Tahoma" w:hAnsi="Tahoma" w:cs="Tahoma"/>
          <w:rtl/>
        </w:rPr>
        <w:t xml:space="preserve"> منطقه را همواره مشکوک بب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ند</w:t>
      </w:r>
      <w:r w:rsidRPr="004C6E6A">
        <w:rPr>
          <w:rFonts w:ascii="Tahoma" w:hAnsi="Tahoma" w:cs="Tahoma"/>
          <w:rtl/>
        </w:rPr>
        <w:t>. پاسخ حکومت به 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ن</w:t>
      </w:r>
      <w:r w:rsidRPr="004C6E6A">
        <w:rPr>
          <w:rFonts w:ascii="Tahoma" w:hAnsi="Tahoma" w:cs="Tahoma"/>
          <w:rtl/>
        </w:rPr>
        <w:t xml:space="preserve"> ب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اعتماد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،</w:t>
      </w:r>
      <w:r w:rsidRPr="004C6E6A">
        <w:rPr>
          <w:rFonts w:ascii="Tahoma" w:hAnsi="Tahoma" w:cs="Tahoma"/>
          <w:rtl/>
        </w:rPr>
        <w:t xml:space="preserve"> فرستادن حاکم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ن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رومند</w:t>
      </w:r>
      <w:r w:rsidRPr="004C6E6A">
        <w:rPr>
          <w:rFonts w:ascii="Tahoma" w:hAnsi="Tahoma" w:cs="Tahoma"/>
          <w:rtl/>
        </w:rPr>
        <w:t xml:space="preserve"> بود که بتواند قبا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ل</w:t>
      </w:r>
      <w:r w:rsidRPr="004C6E6A">
        <w:rPr>
          <w:rFonts w:ascii="Tahoma" w:hAnsi="Tahoma" w:cs="Tahoma"/>
          <w:rtl/>
        </w:rPr>
        <w:t xml:space="preserve"> را ز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ر</w:t>
      </w:r>
      <w:r w:rsidRPr="004C6E6A">
        <w:rPr>
          <w:rFonts w:ascii="Tahoma" w:hAnsi="Tahoma" w:cs="Tahoma"/>
          <w:rtl/>
        </w:rPr>
        <w:t xml:space="preserve"> فرمان نگه دارد.</w:t>
      </w:r>
    </w:p>
    <w:p w:rsidR="004C6E6A" w:rsidRPr="004C6E6A" w:rsidRDefault="004C6E6A" w:rsidP="004C6E6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C6E6A">
        <w:rPr>
          <w:rFonts w:ascii="Tahoma" w:hAnsi="Tahoma" w:cs="Tahoma" w:hint="eastAsia"/>
          <w:rtl/>
        </w:rPr>
        <w:t>گرگ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ن‌خان،</w:t>
      </w:r>
      <w:r w:rsidRPr="004C6E6A">
        <w:rPr>
          <w:rFonts w:ascii="Tahoma" w:hAnsi="Tahoma" w:cs="Tahoma"/>
          <w:rtl/>
        </w:rPr>
        <w:t xml:space="preserve"> شاهزادهٔ گرج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که پس از ورود به دستگاه صفو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مسلمان شده بود، به حکومت قندهار منصوب شد. او از تجربه و ن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رو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نظام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برخوردار بود و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توانست</w:t>
      </w:r>
      <w:r w:rsidRPr="004C6E6A">
        <w:rPr>
          <w:rFonts w:ascii="Tahoma" w:hAnsi="Tahoma" w:cs="Tahoma"/>
          <w:rtl/>
        </w:rPr>
        <w:t xml:space="preserve"> برا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مرکز فرمانروا</w:t>
      </w:r>
      <w:r w:rsidRPr="004C6E6A">
        <w:rPr>
          <w:rFonts w:ascii="Tahoma" w:hAnsi="Tahoma" w:cs="Tahoma" w:hint="cs"/>
          <w:rtl/>
        </w:rPr>
        <w:t>یی</w:t>
      </w:r>
      <w:r w:rsidRPr="004C6E6A">
        <w:rPr>
          <w:rFonts w:ascii="Tahoma" w:hAnsi="Tahoma" w:cs="Tahoma"/>
          <w:rtl/>
        </w:rPr>
        <w:t xml:space="preserve"> سخت‌گ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ر</w:t>
      </w:r>
      <w:r w:rsidRPr="004C6E6A">
        <w:rPr>
          <w:rFonts w:ascii="Tahoma" w:hAnsi="Tahoma" w:cs="Tahoma"/>
          <w:rtl/>
        </w:rPr>
        <w:t xml:space="preserve"> و قابل اعتماد به نظر برسد. انتخاب او ادامهٔ س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است</w:t>
      </w:r>
      <w:r w:rsidRPr="004C6E6A">
        <w:rPr>
          <w:rFonts w:ascii="Tahoma" w:hAnsi="Tahoma" w:cs="Tahoma"/>
          <w:rtl/>
        </w:rPr>
        <w:t xml:space="preserve"> استفاده از غلامان و صاحب‌منصبا</w:t>
      </w:r>
      <w:r w:rsidRPr="004C6E6A">
        <w:rPr>
          <w:rFonts w:ascii="Tahoma" w:hAnsi="Tahoma" w:cs="Tahoma" w:hint="eastAsia"/>
          <w:rtl/>
        </w:rPr>
        <w:t>ن</w:t>
      </w:r>
      <w:r w:rsidRPr="004C6E6A">
        <w:rPr>
          <w:rFonts w:ascii="Tahoma" w:hAnsi="Tahoma" w:cs="Tahoma"/>
          <w:rtl/>
        </w:rPr>
        <w:t xml:space="preserve"> قفقاز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برا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محدودکردن قبا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ل</w:t>
      </w:r>
      <w:r w:rsidRPr="004C6E6A">
        <w:rPr>
          <w:rFonts w:ascii="Tahoma" w:hAnsi="Tahoma" w:cs="Tahoma"/>
          <w:rtl/>
        </w:rPr>
        <w:t xml:space="preserve"> محل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بود.</w:t>
      </w:r>
    </w:p>
    <w:p w:rsidR="004C6E6A" w:rsidRPr="004C6E6A" w:rsidRDefault="004C6E6A" w:rsidP="004C6E6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C6E6A">
        <w:rPr>
          <w:rFonts w:ascii="Tahoma" w:hAnsi="Tahoma" w:cs="Tahoma" w:hint="eastAsia"/>
          <w:rtl/>
        </w:rPr>
        <w:t>اما</w:t>
      </w:r>
      <w:r w:rsidRPr="004C6E6A">
        <w:rPr>
          <w:rFonts w:ascii="Tahoma" w:hAnsi="Tahoma" w:cs="Tahoma"/>
          <w:rtl/>
        </w:rPr>
        <w:t xml:space="preserve"> ن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رو</w:t>
      </w:r>
      <w:r w:rsidRPr="004C6E6A">
        <w:rPr>
          <w:rFonts w:ascii="Tahoma" w:hAnsi="Tahoma" w:cs="Tahoma" w:hint="cs"/>
          <w:rtl/>
        </w:rPr>
        <w:t>یی</w:t>
      </w:r>
      <w:r w:rsidRPr="004C6E6A">
        <w:rPr>
          <w:rFonts w:ascii="Tahoma" w:hAnsi="Tahoma" w:cs="Tahoma"/>
          <w:rtl/>
        </w:rPr>
        <w:t xml:space="preserve"> که برا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شاه مز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ت</w:t>
      </w:r>
      <w:r w:rsidRPr="004C6E6A">
        <w:rPr>
          <w:rFonts w:ascii="Tahoma" w:hAnsi="Tahoma" w:cs="Tahoma"/>
          <w:rtl/>
        </w:rPr>
        <w:t xml:space="preserve"> به شمار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رفت،</w:t>
      </w:r>
      <w:r w:rsidRPr="004C6E6A">
        <w:rPr>
          <w:rFonts w:ascii="Tahoma" w:hAnsi="Tahoma" w:cs="Tahoma"/>
          <w:rtl/>
        </w:rPr>
        <w:t xml:space="preserve"> از 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د</w:t>
      </w:r>
      <w:r w:rsidRPr="004C6E6A">
        <w:rPr>
          <w:rFonts w:ascii="Tahoma" w:hAnsi="Tahoma" w:cs="Tahoma"/>
          <w:rtl/>
        </w:rPr>
        <w:t xml:space="preserve"> مردم قندهار ب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گانه</w:t>
      </w:r>
      <w:r w:rsidRPr="004C6E6A">
        <w:rPr>
          <w:rFonts w:ascii="Tahoma" w:hAnsi="Tahoma" w:cs="Tahoma"/>
          <w:rtl/>
        </w:rPr>
        <w:t xml:space="preserve"> بود. گرگ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ن‌خان</w:t>
      </w:r>
      <w:r w:rsidRPr="004C6E6A">
        <w:rPr>
          <w:rFonts w:ascii="Tahoma" w:hAnsi="Tahoma" w:cs="Tahoma"/>
          <w:rtl/>
        </w:rPr>
        <w:t xml:space="preserve"> نه به شبکهٔ قبا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ل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منطقه تعلق داشت و نه از اعتماد مذهب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مردم سن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برخوردار بود. اقتدارش از فرمان شاه، قشون و توان مجازات سرچشمه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گرفت</w:t>
      </w:r>
      <w:r w:rsidRPr="004C6E6A">
        <w:rPr>
          <w:rFonts w:ascii="Tahoma" w:hAnsi="Tahoma" w:cs="Tahoma"/>
          <w:rtl/>
        </w:rPr>
        <w:t>.</w:t>
      </w:r>
    </w:p>
    <w:p w:rsidR="004C6E6A" w:rsidRPr="004C6E6A" w:rsidRDefault="004C6E6A" w:rsidP="004C6E6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C6E6A">
        <w:rPr>
          <w:rFonts w:ascii="Tahoma" w:hAnsi="Tahoma" w:cs="Tahoma" w:hint="eastAsia"/>
          <w:rtl/>
        </w:rPr>
        <w:t>گزارش‌ها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تار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خ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از سخت‌گ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ر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،</w:t>
      </w:r>
      <w:r w:rsidRPr="004C6E6A">
        <w:rPr>
          <w:rFonts w:ascii="Tahoma" w:hAnsi="Tahoma" w:cs="Tahoma"/>
          <w:rtl/>
        </w:rPr>
        <w:t xml:space="preserve"> فشار مال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و رفتار خشونت‌آم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ز</w:t>
      </w:r>
      <w:r w:rsidRPr="004C6E6A">
        <w:rPr>
          <w:rFonts w:ascii="Tahoma" w:hAnsi="Tahoma" w:cs="Tahoma"/>
          <w:rtl/>
        </w:rPr>
        <w:t xml:space="preserve"> مأموران او سخن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گو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ند</w:t>
      </w:r>
      <w:r w:rsidRPr="004C6E6A">
        <w:rPr>
          <w:rFonts w:ascii="Tahoma" w:hAnsi="Tahoma" w:cs="Tahoma"/>
          <w:rtl/>
        </w:rPr>
        <w:t>. همهٔ جزئ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ات</w:t>
      </w:r>
      <w:r w:rsidRPr="004C6E6A">
        <w:rPr>
          <w:rFonts w:ascii="Tahoma" w:hAnsi="Tahoma" w:cs="Tahoma"/>
          <w:rtl/>
        </w:rPr>
        <w:t xml:space="preserve"> 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ن</w:t>
      </w:r>
      <w:r w:rsidRPr="004C6E6A">
        <w:rPr>
          <w:rFonts w:ascii="Tahoma" w:hAnsi="Tahoma" w:cs="Tahoma"/>
          <w:rtl/>
        </w:rPr>
        <w:t xml:space="preserve"> گزارش‌ها ممکن است 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کسان</w:t>
      </w:r>
      <w:r w:rsidRPr="004C6E6A">
        <w:rPr>
          <w:rFonts w:ascii="Tahoma" w:hAnsi="Tahoma" w:cs="Tahoma"/>
          <w:rtl/>
        </w:rPr>
        <w:t xml:space="preserve"> و ب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طرفانه</w:t>
      </w:r>
      <w:r w:rsidRPr="004C6E6A">
        <w:rPr>
          <w:rFonts w:ascii="Tahoma" w:hAnsi="Tahoma" w:cs="Tahoma"/>
          <w:rtl/>
        </w:rPr>
        <w:t xml:space="preserve"> نباشند، اما نت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جهٔ</w:t>
      </w:r>
      <w:r w:rsidRPr="004C6E6A">
        <w:rPr>
          <w:rFonts w:ascii="Tahoma" w:hAnsi="Tahoma" w:cs="Tahoma"/>
          <w:rtl/>
        </w:rPr>
        <w:t xml:space="preserve"> س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اس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روشن است: بخش مهم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از قبا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ل</w:t>
      </w:r>
      <w:r w:rsidRPr="004C6E6A">
        <w:rPr>
          <w:rFonts w:ascii="Tahoma" w:hAnsi="Tahoma" w:cs="Tahoma"/>
          <w:rtl/>
        </w:rPr>
        <w:t xml:space="preserve"> و سران محل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حکومت او را ستمگر و تحق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رکننده</w:t>
      </w:r>
      <w:r w:rsidRPr="004C6E6A">
        <w:rPr>
          <w:rFonts w:ascii="Tahoma" w:hAnsi="Tahoma" w:cs="Tahoma"/>
          <w:rtl/>
        </w:rPr>
        <w:t xml:space="preserve">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دانستند</w:t>
      </w:r>
      <w:r w:rsidRPr="004C6E6A">
        <w:rPr>
          <w:rFonts w:ascii="Tahoma" w:hAnsi="Tahoma" w:cs="Tahoma"/>
          <w:rtl/>
        </w:rPr>
        <w:t>.</w:t>
      </w:r>
    </w:p>
    <w:p w:rsidR="004C6E6A" w:rsidRPr="004C6E6A" w:rsidRDefault="004C6E6A" w:rsidP="004C6E6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C6E6A">
        <w:rPr>
          <w:rFonts w:ascii="Tahoma" w:hAnsi="Tahoma" w:cs="Tahoma" w:hint="eastAsia"/>
          <w:rtl/>
        </w:rPr>
        <w:t>اختلاف</w:t>
      </w:r>
      <w:r w:rsidRPr="004C6E6A">
        <w:rPr>
          <w:rFonts w:ascii="Tahoma" w:hAnsi="Tahoma" w:cs="Tahoma"/>
          <w:rtl/>
        </w:rPr>
        <w:t xml:space="preserve"> مذهب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بر 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ن</w:t>
      </w:r>
      <w:r w:rsidRPr="004C6E6A">
        <w:rPr>
          <w:rFonts w:ascii="Tahoma" w:hAnsi="Tahoma" w:cs="Tahoma"/>
          <w:rtl/>
        </w:rPr>
        <w:t xml:space="preserve"> نارضا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ت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افزوده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شد</w:t>
      </w:r>
      <w:r w:rsidRPr="004C6E6A">
        <w:rPr>
          <w:rFonts w:ascii="Tahoma" w:hAnsi="Tahoma" w:cs="Tahoma"/>
          <w:rtl/>
        </w:rPr>
        <w:t>. حکومت صفو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تش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ع</w:t>
      </w:r>
      <w:r w:rsidRPr="004C6E6A">
        <w:rPr>
          <w:rFonts w:ascii="Tahoma" w:hAnsi="Tahoma" w:cs="Tahoma"/>
          <w:rtl/>
        </w:rPr>
        <w:t xml:space="preserve"> دوازده‌امام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را نشانهٔ وفادار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س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اس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دانست</w:t>
      </w:r>
      <w:r w:rsidRPr="004C6E6A">
        <w:rPr>
          <w:rFonts w:ascii="Tahoma" w:hAnsi="Tahoma" w:cs="Tahoma"/>
          <w:rtl/>
        </w:rPr>
        <w:t xml:space="preserve"> و مردم سن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قندهار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توانستند</w:t>
      </w:r>
      <w:r w:rsidRPr="004C6E6A">
        <w:rPr>
          <w:rFonts w:ascii="Tahoma" w:hAnsi="Tahoma" w:cs="Tahoma"/>
          <w:rtl/>
        </w:rPr>
        <w:t xml:space="preserve"> ز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ر</w:t>
      </w:r>
      <w:r w:rsidRPr="004C6E6A">
        <w:rPr>
          <w:rFonts w:ascii="Tahoma" w:hAnsi="Tahoma" w:cs="Tahoma"/>
          <w:rtl/>
        </w:rPr>
        <w:t xml:space="preserve"> فشار 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ا</w:t>
      </w:r>
      <w:r w:rsidRPr="004C6E6A">
        <w:rPr>
          <w:rFonts w:ascii="Tahoma" w:hAnsi="Tahoma" w:cs="Tahoma"/>
          <w:rtl/>
        </w:rPr>
        <w:t xml:space="preserve"> بدگمان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قرار 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رند</w:t>
      </w:r>
      <w:r w:rsidRPr="004C6E6A">
        <w:rPr>
          <w:rFonts w:ascii="Tahoma" w:hAnsi="Tahoma" w:cs="Tahoma"/>
          <w:rtl/>
        </w:rPr>
        <w:t>. س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است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که در اصفهان اجرا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مذهب رسم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شمرده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شد،</w:t>
      </w:r>
      <w:r w:rsidRPr="004C6E6A">
        <w:rPr>
          <w:rFonts w:ascii="Tahoma" w:hAnsi="Tahoma" w:cs="Tahoma"/>
          <w:rtl/>
        </w:rPr>
        <w:t xml:space="preserve"> در قندهار به صورت فرمان حکومت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دوردست و </w:t>
      </w:r>
      <w:r w:rsidRPr="004C6E6A">
        <w:rPr>
          <w:rFonts w:ascii="Tahoma" w:hAnsi="Tahoma" w:cs="Tahoma" w:hint="eastAsia"/>
          <w:rtl/>
        </w:rPr>
        <w:t>ش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ع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بر جامعه‌ا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سن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ظاهر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گرد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د</w:t>
      </w:r>
      <w:r w:rsidRPr="004C6E6A">
        <w:rPr>
          <w:rFonts w:ascii="Tahoma" w:hAnsi="Tahoma" w:cs="Tahoma"/>
          <w:rtl/>
        </w:rPr>
        <w:t>.</w:t>
      </w:r>
    </w:p>
    <w:p w:rsidR="004C6E6A" w:rsidRPr="004C6E6A" w:rsidRDefault="004C6E6A" w:rsidP="004C6E6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C6E6A">
        <w:rPr>
          <w:rFonts w:ascii="Tahoma" w:hAnsi="Tahoma" w:cs="Tahoma" w:hint="eastAsia"/>
          <w:rtl/>
        </w:rPr>
        <w:t>نبا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د</w:t>
      </w:r>
      <w:r w:rsidRPr="004C6E6A">
        <w:rPr>
          <w:rFonts w:ascii="Tahoma" w:hAnsi="Tahoma" w:cs="Tahoma"/>
          <w:rtl/>
        </w:rPr>
        <w:t xml:space="preserve"> شورش قندهار را فقط واکنش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مذهب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دانست. فشار مال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ات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،</w:t>
      </w:r>
      <w:r w:rsidRPr="004C6E6A">
        <w:rPr>
          <w:rFonts w:ascii="Tahoma" w:hAnsi="Tahoma" w:cs="Tahoma"/>
          <w:rtl/>
        </w:rPr>
        <w:t xml:space="preserve"> رفتار حاکم، رقابت قبا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ل</w:t>
      </w:r>
      <w:r w:rsidRPr="004C6E6A">
        <w:rPr>
          <w:rFonts w:ascii="Tahoma" w:hAnsi="Tahoma" w:cs="Tahoma"/>
          <w:rtl/>
        </w:rPr>
        <w:t xml:space="preserve"> و م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ل</w:t>
      </w:r>
      <w:r w:rsidRPr="004C6E6A">
        <w:rPr>
          <w:rFonts w:ascii="Tahoma" w:hAnsi="Tahoma" w:cs="Tahoma"/>
          <w:rtl/>
        </w:rPr>
        <w:t xml:space="preserve"> سران محل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به استقلال ن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ز</w:t>
      </w:r>
      <w:r w:rsidRPr="004C6E6A">
        <w:rPr>
          <w:rFonts w:ascii="Tahoma" w:hAnsi="Tahoma" w:cs="Tahoma"/>
          <w:rtl/>
        </w:rPr>
        <w:t xml:space="preserve"> در آن نقش داشتند. اما مذهب زبان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فراهم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کرد</w:t>
      </w:r>
      <w:r w:rsidRPr="004C6E6A">
        <w:rPr>
          <w:rFonts w:ascii="Tahoma" w:hAnsi="Tahoma" w:cs="Tahoma"/>
          <w:rtl/>
        </w:rPr>
        <w:t xml:space="preserve"> که همهٔ 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ن</w:t>
      </w:r>
      <w:r w:rsidRPr="004C6E6A">
        <w:rPr>
          <w:rFonts w:ascii="Tahoma" w:hAnsi="Tahoma" w:cs="Tahoma"/>
          <w:rtl/>
        </w:rPr>
        <w:t xml:space="preserve"> نارضا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ت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ها</w:t>
      </w:r>
      <w:r w:rsidRPr="004C6E6A">
        <w:rPr>
          <w:rFonts w:ascii="Tahoma" w:hAnsi="Tahoma" w:cs="Tahoma"/>
          <w:rtl/>
        </w:rPr>
        <w:t xml:space="preserve"> در آن به هم بپ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وندند</w:t>
      </w:r>
      <w:r w:rsidRPr="004C6E6A">
        <w:rPr>
          <w:rFonts w:ascii="Tahoma" w:hAnsi="Tahoma" w:cs="Tahoma"/>
          <w:rtl/>
        </w:rPr>
        <w:t>. مخالفت با حاکم صفو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توانست</w:t>
      </w:r>
      <w:r w:rsidRPr="004C6E6A">
        <w:rPr>
          <w:rFonts w:ascii="Tahoma" w:hAnsi="Tahoma" w:cs="Tahoma"/>
          <w:rtl/>
        </w:rPr>
        <w:t xml:space="preserve"> دفاع از مذهب و رها</w:t>
      </w:r>
      <w:r w:rsidRPr="004C6E6A">
        <w:rPr>
          <w:rFonts w:ascii="Tahoma" w:hAnsi="Tahoma" w:cs="Tahoma" w:hint="cs"/>
          <w:rtl/>
        </w:rPr>
        <w:t>یی</w:t>
      </w:r>
      <w:r w:rsidRPr="004C6E6A">
        <w:rPr>
          <w:rFonts w:ascii="Tahoma" w:hAnsi="Tahoma" w:cs="Tahoma"/>
          <w:rtl/>
        </w:rPr>
        <w:t xml:space="preserve"> از ستم معرف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شود.</w:t>
      </w:r>
    </w:p>
    <w:p w:rsidR="004C6E6A" w:rsidRPr="004C6E6A" w:rsidRDefault="004C6E6A" w:rsidP="004C6E6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C6E6A">
        <w:rPr>
          <w:rFonts w:ascii="Tahoma" w:hAnsi="Tahoma" w:cs="Tahoma" w:hint="eastAsia"/>
          <w:rtl/>
        </w:rPr>
        <w:t>م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رو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س‌خان</w:t>
      </w:r>
      <w:r w:rsidRPr="004C6E6A">
        <w:rPr>
          <w:rFonts w:ascii="Tahoma" w:hAnsi="Tahoma" w:cs="Tahoma"/>
          <w:rtl/>
        </w:rPr>
        <w:t xml:space="preserve"> هوتک، از سران غلزا</w:t>
      </w:r>
      <w:r w:rsidRPr="004C6E6A">
        <w:rPr>
          <w:rFonts w:ascii="Tahoma" w:hAnsi="Tahoma" w:cs="Tahoma" w:hint="cs"/>
          <w:rtl/>
        </w:rPr>
        <w:t>یی</w:t>
      </w:r>
      <w:r w:rsidRPr="004C6E6A">
        <w:rPr>
          <w:rFonts w:ascii="Tahoma" w:hAnsi="Tahoma" w:cs="Tahoma"/>
          <w:rtl/>
        </w:rPr>
        <w:t xml:space="preserve"> قندهار، در هم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ن</w:t>
      </w:r>
      <w:r w:rsidRPr="004C6E6A">
        <w:rPr>
          <w:rFonts w:ascii="Tahoma" w:hAnsi="Tahoma" w:cs="Tahoma"/>
          <w:rtl/>
        </w:rPr>
        <w:t xml:space="preserve"> وضع اهم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ت</w:t>
      </w:r>
      <w:r w:rsidRPr="004C6E6A">
        <w:rPr>
          <w:rFonts w:ascii="Tahoma" w:hAnsi="Tahoma" w:cs="Tahoma"/>
          <w:rtl/>
        </w:rPr>
        <w:t xml:space="preserve"> 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افت</w:t>
      </w:r>
      <w:r w:rsidRPr="004C6E6A">
        <w:rPr>
          <w:rFonts w:ascii="Tahoma" w:hAnsi="Tahoma" w:cs="Tahoma"/>
          <w:rtl/>
        </w:rPr>
        <w:t>. او فقط جنگجو</w:t>
      </w:r>
      <w:r w:rsidRPr="004C6E6A">
        <w:rPr>
          <w:rFonts w:ascii="Tahoma" w:hAnsi="Tahoma" w:cs="Tahoma" w:hint="cs"/>
          <w:rtl/>
        </w:rPr>
        <w:t>یی</w:t>
      </w:r>
      <w:r w:rsidRPr="004C6E6A">
        <w:rPr>
          <w:rFonts w:ascii="Tahoma" w:hAnsi="Tahoma" w:cs="Tahoma"/>
          <w:rtl/>
        </w:rPr>
        <w:t xml:space="preserve"> قب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له‌ا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نبود؛ با ساختار قدرت محل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و روابط اقتصاد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منطقه آشنا</w:t>
      </w:r>
      <w:r w:rsidRPr="004C6E6A">
        <w:rPr>
          <w:rFonts w:ascii="Tahoma" w:hAnsi="Tahoma" w:cs="Tahoma" w:hint="cs"/>
          <w:rtl/>
        </w:rPr>
        <w:t>یی</w:t>
      </w:r>
      <w:r w:rsidRPr="004C6E6A">
        <w:rPr>
          <w:rFonts w:ascii="Tahoma" w:hAnsi="Tahoma" w:cs="Tahoma"/>
          <w:rtl/>
        </w:rPr>
        <w:t xml:space="preserve"> داشت و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توانست</w:t>
      </w:r>
      <w:r w:rsidRPr="004C6E6A">
        <w:rPr>
          <w:rFonts w:ascii="Tahoma" w:hAnsi="Tahoma" w:cs="Tahoma"/>
          <w:rtl/>
        </w:rPr>
        <w:t xml:space="preserve"> نارضا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ت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گروه‌ها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مختلف را به 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کد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گر</w:t>
      </w:r>
      <w:r w:rsidRPr="004C6E6A">
        <w:rPr>
          <w:rFonts w:ascii="Tahoma" w:hAnsi="Tahoma" w:cs="Tahoma"/>
          <w:rtl/>
        </w:rPr>
        <w:t xml:space="preserve"> پ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وند</w:t>
      </w:r>
      <w:r w:rsidRPr="004C6E6A">
        <w:rPr>
          <w:rFonts w:ascii="Tahoma" w:hAnsi="Tahoma" w:cs="Tahoma"/>
          <w:rtl/>
        </w:rPr>
        <w:t xml:space="preserve"> دهد. گرگ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ن‌خان</w:t>
      </w:r>
      <w:r w:rsidRPr="004C6E6A">
        <w:rPr>
          <w:rFonts w:ascii="Tahoma" w:hAnsi="Tahoma" w:cs="Tahoma"/>
          <w:rtl/>
        </w:rPr>
        <w:t xml:space="preserve"> او را خطر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برا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حکومت 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د</w:t>
      </w:r>
      <w:r w:rsidRPr="004C6E6A">
        <w:rPr>
          <w:rFonts w:ascii="Tahoma" w:hAnsi="Tahoma" w:cs="Tahoma"/>
          <w:rtl/>
        </w:rPr>
        <w:t xml:space="preserve"> و به اصفهان </w:t>
      </w:r>
      <w:r w:rsidRPr="004C6E6A">
        <w:rPr>
          <w:rFonts w:ascii="Tahoma" w:hAnsi="Tahoma" w:cs="Tahoma" w:hint="eastAsia"/>
          <w:rtl/>
        </w:rPr>
        <w:t>فرستاد</w:t>
      </w:r>
      <w:r w:rsidRPr="004C6E6A">
        <w:rPr>
          <w:rFonts w:ascii="Tahoma" w:hAnsi="Tahoma" w:cs="Tahoma"/>
          <w:rtl/>
        </w:rPr>
        <w:t xml:space="preserve"> تا ز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ر</w:t>
      </w:r>
      <w:r w:rsidRPr="004C6E6A">
        <w:rPr>
          <w:rFonts w:ascii="Tahoma" w:hAnsi="Tahoma" w:cs="Tahoma"/>
          <w:rtl/>
        </w:rPr>
        <w:t xml:space="preserve"> نظر مرکز قرار 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رد</w:t>
      </w:r>
      <w:r w:rsidRPr="004C6E6A">
        <w:rPr>
          <w:rFonts w:ascii="Tahoma" w:hAnsi="Tahoma" w:cs="Tahoma"/>
          <w:rtl/>
        </w:rPr>
        <w:t>.</w:t>
      </w:r>
    </w:p>
    <w:p w:rsidR="004C6E6A" w:rsidRPr="004C6E6A" w:rsidRDefault="004C6E6A" w:rsidP="004C6E6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C6E6A">
        <w:rPr>
          <w:rFonts w:ascii="Tahoma" w:hAnsi="Tahoma" w:cs="Tahoma" w:hint="eastAsia"/>
          <w:rtl/>
        </w:rPr>
        <w:t>فرستادن</w:t>
      </w:r>
      <w:r w:rsidRPr="004C6E6A">
        <w:rPr>
          <w:rFonts w:ascii="Tahoma" w:hAnsi="Tahoma" w:cs="Tahoma"/>
          <w:rtl/>
        </w:rPr>
        <w:t xml:space="preserve"> م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رو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س</w:t>
      </w:r>
      <w:r w:rsidRPr="004C6E6A">
        <w:rPr>
          <w:rFonts w:ascii="Tahoma" w:hAnsi="Tahoma" w:cs="Tahoma"/>
          <w:rtl/>
        </w:rPr>
        <w:t xml:space="preserve"> به پا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تخت</w:t>
      </w:r>
      <w:r w:rsidRPr="004C6E6A">
        <w:rPr>
          <w:rFonts w:ascii="Tahoma" w:hAnsi="Tahoma" w:cs="Tahoma"/>
          <w:rtl/>
        </w:rPr>
        <w:t xml:space="preserve">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توانست</w:t>
      </w:r>
      <w:r w:rsidRPr="004C6E6A">
        <w:rPr>
          <w:rFonts w:ascii="Tahoma" w:hAnsi="Tahoma" w:cs="Tahoma"/>
          <w:rtl/>
        </w:rPr>
        <w:t xml:space="preserve"> راه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برا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دورکردن او از پا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گاه</w:t>
      </w:r>
      <w:r w:rsidRPr="004C6E6A">
        <w:rPr>
          <w:rFonts w:ascii="Tahoma" w:hAnsi="Tahoma" w:cs="Tahoma"/>
          <w:rtl/>
        </w:rPr>
        <w:t xml:space="preserve"> قب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له‌ا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اش</w:t>
      </w:r>
      <w:r w:rsidRPr="004C6E6A">
        <w:rPr>
          <w:rFonts w:ascii="Tahoma" w:hAnsi="Tahoma" w:cs="Tahoma"/>
          <w:rtl/>
        </w:rPr>
        <w:t xml:space="preserve"> باشد. اما اقامت در اصفهان فرصت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در اخت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ارش</w:t>
      </w:r>
      <w:r w:rsidRPr="004C6E6A">
        <w:rPr>
          <w:rFonts w:ascii="Tahoma" w:hAnsi="Tahoma" w:cs="Tahoma"/>
          <w:rtl/>
        </w:rPr>
        <w:t xml:space="preserve"> گذاشت که حکومت پ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ش‌ب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ن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نکرده بود. او توانست دربار، اختلاف صاحب‌منصبان، نفوذ حرم و ضعف تصم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م‌گ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ر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مرکز را از نزد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ک</w:t>
      </w:r>
      <w:r w:rsidRPr="004C6E6A">
        <w:rPr>
          <w:rFonts w:ascii="Tahoma" w:hAnsi="Tahoma" w:cs="Tahoma"/>
          <w:rtl/>
        </w:rPr>
        <w:t xml:space="preserve"> بب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ند</w:t>
      </w:r>
      <w:r w:rsidRPr="004C6E6A">
        <w:rPr>
          <w:rFonts w:ascii="Tahoma" w:hAnsi="Tahoma" w:cs="Tahoma"/>
          <w:rtl/>
        </w:rPr>
        <w:t>.</w:t>
      </w:r>
    </w:p>
    <w:p w:rsidR="004C6E6A" w:rsidRPr="004C6E6A" w:rsidRDefault="004C6E6A" w:rsidP="004C6E6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C6E6A">
        <w:rPr>
          <w:rFonts w:ascii="Tahoma" w:hAnsi="Tahoma" w:cs="Tahoma" w:hint="eastAsia"/>
          <w:rtl/>
        </w:rPr>
        <w:t>پ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ش</w:t>
      </w:r>
      <w:r w:rsidRPr="004C6E6A">
        <w:rPr>
          <w:rFonts w:ascii="Tahoma" w:hAnsi="Tahoma" w:cs="Tahoma"/>
          <w:rtl/>
        </w:rPr>
        <w:t xml:space="preserve"> از آن، قدرت صفو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از دور ممکن بود 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کپارچه</w:t>
      </w:r>
      <w:r w:rsidRPr="004C6E6A">
        <w:rPr>
          <w:rFonts w:ascii="Tahoma" w:hAnsi="Tahoma" w:cs="Tahoma"/>
          <w:rtl/>
        </w:rPr>
        <w:t xml:space="preserve"> و شکست‌ناپذ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ر</w:t>
      </w:r>
      <w:r w:rsidRPr="004C6E6A">
        <w:rPr>
          <w:rFonts w:ascii="Tahoma" w:hAnsi="Tahoma" w:cs="Tahoma"/>
          <w:rtl/>
        </w:rPr>
        <w:t xml:space="preserve"> به نظر برسد. پا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تخت</w:t>
      </w:r>
      <w:r w:rsidRPr="004C6E6A">
        <w:rPr>
          <w:rFonts w:ascii="Tahoma" w:hAnsi="Tahoma" w:cs="Tahoma"/>
          <w:rtl/>
        </w:rPr>
        <w:t xml:space="preserve"> باشکوه، کاخ‌ها، قشون و نام شاه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توانستند</w:t>
      </w:r>
      <w:r w:rsidRPr="004C6E6A">
        <w:rPr>
          <w:rFonts w:ascii="Tahoma" w:hAnsi="Tahoma" w:cs="Tahoma"/>
          <w:rtl/>
        </w:rPr>
        <w:t xml:space="preserve"> مردمان مرزها را از شورش بازدارند. اما کس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که وارد دربار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شد</w:t>
      </w:r>
      <w:r w:rsidRPr="004C6E6A">
        <w:rPr>
          <w:rFonts w:ascii="Tahoma" w:hAnsi="Tahoma" w:cs="Tahoma"/>
          <w:rtl/>
        </w:rPr>
        <w:t xml:space="preserve">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د</w:t>
      </w:r>
      <w:r w:rsidRPr="004C6E6A">
        <w:rPr>
          <w:rFonts w:ascii="Tahoma" w:hAnsi="Tahoma" w:cs="Tahoma"/>
          <w:rtl/>
        </w:rPr>
        <w:t xml:space="preserve"> فرمان‌ها چگونه ز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ر</w:t>
      </w:r>
      <w:r w:rsidRPr="004C6E6A">
        <w:rPr>
          <w:rFonts w:ascii="Tahoma" w:hAnsi="Tahoma" w:cs="Tahoma"/>
          <w:rtl/>
        </w:rPr>
        <w:t xml:space="preserve"> تأث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ر</w:t>
      </w:r>
      <w:r w:rsidRPr="004C6E6A">
        <w:rPr>
          <w:rFonts w:ascii="Tahoma" w:hAnsi="Tahoma" w:cs="Tahoma"/>
          <w:rtl/>
        </w:rPr>
        <w:t xml:space="preserve"> رقابت، رشوه و واسطه تغ</w:t>
      </w:r>
      <w:r w:rsidRPr="004C6E6A">
        <w:rPr>
          <w:rFonts w:ascii="Tahoma" w:hAnsi="Tahoma" w:cs="Tahoma" w:hint="cs"/>
          <w:rtl/>
        </w:rPr>
        <w:t>یی</w:t>
      </w:r>
      <w:r w:rsidRPr="004C6E6A">
        <w:rPr>
          <w:rFonts w:ascii="Tahoma" w:hAnsi="Tahoma" w:cs="Tahoma" w:hint="eastAsia"/>
          <w:rtl/>
        </w:rPr>
        <w:t>ر</w:t>
      </w:r>
      <w:r w:rsidRPr="004C6E6A">
        <w:rPr>
          <w:rFonts w:ascii="Tahoma" w:hAnsi="Tahoma" w:cs="Tahoma"/>
          <w:rtl/>
        </w:rPr>
        <w:t xml:space="preserve">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کنند</w:t>
      </w:r>
      <w:r w:rsidRPr="004C6E6A">
        <w:rPr>
          <w:rFonts w:ascii="Tahoma" w:hAnsi="Tahoma" w:cs="Tahoma"/>
          <w:rtl/>
        </w:rPr>
        <w:t xml:space="preserve"> و شاه </w:t>
      </w:r>
      <w:r w:rsidRPr="004C6E6A">
        <w:rPr>
          <w:rFonts w:ascii="Tahoma" w:hAnsi="Tahoma" w:cs="Tahoma" w:hint="eastAsia"/>
          <w:rtl/>
        </w:rPr>
        <w:t>تا</w:t>
      </w:r>
      <w:r w:rsidRPr="004C6E6A">
        <w:rPr>
          <w:rFonts w:ascii="Tahoma" w:hAnsi="Tahoma" w:cs="Tahoma"/>
          <w:rtl/>
        </w:rPr>
        <w:t xml:space="preserve"> چه اندازه از واقع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ت</w:t>
      </w:r>
      <w:r w:rsidRPr="004C6E6A">
        <w:rPr>
          <w:rFonts w:ascii="Tahoma" w:hAnsi="Tahoma" w:cs="Tahoma"/>
          <w:rtl/>
        </w:rPr>
        <w:t xml:space="preserve"> 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الات</w:t>
      </w:r>
      <w:r w:rsidRPr="004C6E6A">
        <w:rPr>
          <w:rFonts w:ascii="Tahoma" w:hAnsi="Tahoma" w:cs="Tahoma"/>
          <w:rtl/>
        </w:rPr>
        <w:t xml:space="preserve"> دور است.</w:t>
      </w:r>
    </w:p>
    <w:p w:rsidR="004C6E6A" w:rsidRPr="004C6E6A" w:rsidRDefault="004C6E6A" w:rsidP="004C6E6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C6E6A">
        <w:rPr>
          <w:rFonts w:ascii="Tahoma" w:hAnsi="Tahoma" w:cs="Tahoma" w:hint="eastAsia"/>
          <w:rtl/>
        </w:rPr>
        <w:t>م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رو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س</w:t>
      </w:r>
      <w:r w:rsidRPr="004C6E6A">
        <w:rPr>
          <w:rFonts w:ascii="Tahoma" w:hAnsi="Tahoma" w:cs="Tahoma"/>
          <w:rtl/>
        </w:rPr>
        <w:t xml:space="preserve"> توانست اعتماد برخ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از صاحب‌منصبان را جلب کند و بدگمان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دربار را نسبت به گرگ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ن‌خان</w:t>
      </w:r>
      <w:r w:rsidRPr="004C6E6A">
        <w:rPr>
          <w:rFonts w:ascii="Tahoma" w:hAnsi="Tahoma" w:cs="Tahoma"/>
          <w:rtl/>
        </w:rPr>
        <w:t xml:space="preserve"> افزا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ش</w:t>
      </w:r>
      <w:r w:rsidRPr="004C6E6A">
        <w:rPr>
          <w:rFonts w:ascii="Tahoma" w:hAnsi="Tahoma" w:cs="Tahoma"/>
          <w:rtl/>
        </w:rPr>
        <w:t xml:space="preserve"> دهد. او 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گر</w:t>
      </w:r>
      <w:r w:rsidRPr="004C6E6A">
        <w:rPr>
          <w:rFonts w:ascii="Tahoma" w:hAnsi="Tahoma" w:cs="Tahoma"/>
          <w:rtl/>
        </w:rPr>
        <w:t xml:space="preserve"> فقط زندان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ا</w:t>
      </w:r>
      <w:r w:rsidRPr="004C6E6A">
        <w:rPr>
          <w:rFonts w:ascii="Tahoma" w:hAnsi="Tahoma" w:cs="Tahoma"/>
          <w:rtl/>
        </w:rPr>
        <w:t xml:space="preserve"> متهم نبود؛ به کس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تبد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ل</w:t>
      </w:r>
      <w:r w:rsidRPr="004C6E6A">
        <w:rPr>
          <w:rFonts w:ascii="Tahoma" w:hAnsi="Tahoma" w:cs="Tahoma"/>
          <w:rtl/>
        </w:rPr>
        <w:t xml:space="preserve"> شد که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توانست</w:t>
      </w:r>
      <w:r w:rsidRPr="004C6E6A">
        <w:rPr>
          <w:rFonts w:ascii="Tahoma" w:hAnsi="Tahoma" w:cs="Tahoma"/>
          <w:rtl/>
        </w:rPr>
        <w:t xml:space="preserve"> از رقابت‌ها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درون حکومت برا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بازگشت به قندهار استفاده کند.</w:t>
      </w:r>
    </w:p>
    <w:p w:rsidR="004C6E6A" w:rsidRPr="004C6E6A" w:rsidRDefault="004C6E6A" w:rsidP="004C6E6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C6E6A">
        <w:rPr>
          <w:rFonts w:ascii="Tahoma" w:hAnsi="Tahoma" w:cs="Tahoma" w:hint="eastAsia"/>
          <w:rtl/>
        </w:rPr>
        <w:t>روا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ت‌ها</w:t>
      </w:r>
      <w:r w:rsidRPr="004C6E6A">
        <w:rPr>
          <w:rFonts w:ascii="Tahoma" w:hAnsi="Tahoma" w:cs="Tahoma" w:hint="cs"/>
          <w:rtl/>
        </w:rPr>
        <w:t>یی</w:t>
      </w:r>
      <w:r w:rsidRPr="004C6E6A">
        <w:rPr>
          <w:rFonts w:ascii="Tahoma" w:hAnsi="Tahoma" w:cs="Tahoma"/>
          <w:rtl/>
        </w:rPr>
        <w:t xml:space="preserve"> ن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ز</w:t>
      </w:r>
      <w:r w:rsidRPr="004C6E6A">
        <w:rPr>
          <w:rFonts w:ascii="Tahoma" w:hAnsi="Tahoma" w:cs="Tahoma"/>
          <w:rtl/>
        </w:rPr>
        <w:t xml:space="preserve"> از سفر او به مکه و گرفتن نظر 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نکاران</w:t>
      </w:r>
      <w:r w:rsidRPr="004C6E6A">
        <w:rPr>
          <w:rFonts w:ascii="Tahoma" w:hAnsi="Tahoma" w:cs="Tahoma"/>
          <w:rtl/>
        </w:rPr>
        <w:t xml:space="preserve"> سن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دربارهٔ جواز شورش بر حاکم ستمگر ش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ع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سخن گفته‌اند. دربارهٔ صورت دق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ق</w:t>
      </w:r>
      <w:r w:rsidRPr="004C6E6A">
        <w:rPr>
          <w:rFonts w:ascii="Tahoma" w:hAnsi="Tahoma" w:cs="Tahoma"/>
          <w:rtl/>
        </w:rPr>
        <w:t xml:space="preserve"> 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ن</w:t>
      </w:r>
      <w:r w:rsidRPr="004C6E6A">
        <w:rPr>
          <w:rFonts w:ascii="Tahoma" w:hAnsi="Tahoma" w:cs="Tahoma"/>
          <w:rtl/>
        </w:rPr>
        <w:t xml:space="preserve"> فتواها و دامنهٔ اعتبارشان با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د</w:t>
      </w:r>
      <w:r w:rsidRPr="004C6E6A">
        <w:rPr>
          <w:rFonts w:ascii="Tahoma" w:hAnsi="Tahoma" w:cs="Tahoma"/>
          <w:rtl/>
        </w:rPr>
        <w:t xml:space="preserve"> احت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اط</w:t>
      </w:r>
      <w:r w:rsidRPr="004C6E6A">
        <w:rPr>
          <w:rFonts w:ascii="Tahoma" w:hAnsi="Tahoma" w:cs="Tahoma"/>
          <w:rtl/>
        </w:rPr>
        <w:t xml:space="preserve"> کرد، اما 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ن</w:t>
      </w:r>
      <w:r w:rsidRPr="004C6E6A">
        <w:rPr>
          <w:rFonts w:ascii="Tahoma" w:hAnsi="Tahoma" w:cs="Tahoma"/>
          <w:rtl/>
        </w:rPr>
        <w:t xml:space="preserve"> روا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ت</w:t>
      </w:r>
      <w:r w:rsidRPr="004C6E6A">
        <w:rPr>
          <w:rFonts w:ascii="Tahoma" w:hAnsi="Tahoma" w:cs="Tahoma"/>
          <w:rtl/>
        </w:rPr>
        <w:t xml:space="preserve"> نشان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دهد</w:t>
      </w:r>
      <w:r w:rsidRPr="004C6E6A">
        <w:rPr>
          <w:rFonts w:ascii="Tahoma" w:hAnsi="Tahoma" w:cs="Tahoma"/>
          <w:rtl/>
        </w:rPr>
        <w:t xml:space="preserve"> که مبارزهٔ س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اس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قندهار در زبان مذهب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ن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ز</w:t>
      </w:r>
      <w:r w:rsidRPr="004C6E6A">
        <w:rPr>
          <w:rFonts w:ascii="Tahoma" w:hAnsi="Tahoma" w:cs="Tahoma"/>
          <w:rtl/>
        </w:rPr>
        <w:t xml:space="preserve"> صورت‌بند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شد</w:t>
      </w:r>
      <w:r w:rsidRPr="004C6E6A">
        <w:rPr>
          <w:rFonts w:ascii="Tahoma" w:hAnsi="Tahoma" w:cs="Tahoma"/>
          <w:rtl/>
        </w:rPr>
        <w:t>.</w:t>
      </w:r>
    </w:p>
    <w:p w:rsidR="004C6E6A" w:rsidRPr="004C6E6A" w:rsidRDefault="004C6E6A" w:rsidP="004C6E6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C6E6A">
        <w:rPr>
          <w:rFonts w:ascii="Tahoma" w:hAnsi="Tahoma" w:cs="Tahoma" w:hint="eastAsia"/>
          <w:rtl/>
        </w:rPr>
        <w:t>م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رو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س</w:t>
      </w:r>
      <w:r w:rsidRPr="004C6E6A">
        <w:rPr>
          <w:rFonts w:ascii="Tahoma" w:hAnsi="Tahoma" w:cs="Tahoma"/>
          <w:rtl/>
        </w:rPr>
        <w:t xml:space="preserve"> پس از بازگشت به قندهار در سال </w:t>
      </w:r>
      <w:r w:rsidRPr="004C6E6A">
        <w:rPr>
          <w:rFonts w:ascii="Tahoma" w:hAnsi="Tahoma" w:cs="Tahoma"/>
          <w:rtl/>
          <w:lang w:bidi="fa-IR"/>
        </w:rPr>
        <w:t>۱۷۰۹</w:t>
      </w:r>
      <w:r w:rsidRPr="004C6E6A">
        <w:rPr>
          <w:rFonts w:ascii="Tahoma" w:hAnsi="Tahoma" w:cs="Tahoma"/>
          <w:rtl/>
        </w:rPr>
        <w:t xml:space="preserve"> م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لاد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نقشهٔ قتل گرگ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ن‌خان</w:t>
      </w:r>
      <w:r w:rsidRPr="004C6E6A">
        <w:rPr>
          <w:rFonts w:ascii="Tahoma" w:hAnsi="Tahoma" w:cs="Tahoma"/>
          <w:rtl/>
        </w:rPr>
        <w:t xml:space="preserve"> را اجرا کرد. حاکم و گروه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از ن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روها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ش</w:t>
      </w:r>
      <w:r w:rsidRPr="004C6E6A">
        <w:rPr>
          <w:rFonts w:ascii="Tahoma" w:hAnsi="Tahoma" w:cs="Tahoma"/>
          <w:rtl/>
        </w:rPr>
        <w:t xml:space="preserve"> کشته شدند و قندهار از فرمان مستق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م</w:t>
      </w:r>
      <w:r w:rsidRPr="004C6E6A">
        <w:rPr>
          <w:rFonts w:ascii="Tahoma" w:hAnsi="Tahoma" w:cs="Tahoma"/>
          <w:rtl/>
        </w:rPr>
        <w:t xml:space="preserve"> صفو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ان</w:t>
      </w:r>
      <w:r w:rsidRPr="004C6E6A">
        <w:rPr>
          <w:rFonts w:ascii="Tahoma" w:hAnsi="Tahoma" w:cs="Tahoma"/>
          <w:rtl/>
        </w:rPr>
        <w:t xml:space="preserve"> ب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رون</w:t>
      </w:r>
      <w:r w:rsidRPr="004C6E6A">
        <w:rPr>
          <w:rFonts w:ascii="Tahoma" w:hAnsi="Tahoma" w:cs="Tahoma"/>
          <w:rtl/>
        </w:rPr>
        <w:t xml:space="preserve"> رفت. شورش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که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توانست</w:t>
      </w:r>
      <w:r w:rsidRPr="004C6E6A">
        <w:rPr>
          <w:rFonts w:ascii="Tahoma" w:hAnsi="Tahoma" w:cs="Tahoma"/>
          <w:rtl/>
        </w:rPr>
        <w:t xml:space="preserve"> در آغاز با اصلاح حکومت محل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مهار شود، اکنون به جدا</w:t>
      </w:r>
      <w:r w:rsidRPr="004C6E6A">
        <w:rPr>
          <w:rFonts w:ascii="Tahoma" w:hAnsi="Tahoma" w:cs="Tahoma" w:hint="cs"/>
          <w:rtl/>
        </w:rPr>
        <w:t>یی</w:t>
      </w:r>
      <w:r w:rsidRPr="004C6E6A">
        <w:rPr>
          <w:rFonts w:ascii="Tahoma" w:hAnsi="Tahoma" w:cs="Tahoma"/>
          <w:rtl/>
        </w:rPr>
        <w:t xml:space="preserve"> عمل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ک</w:t>
      </w:r>
      <w:r w:rsidRPr="004C6E6A">
        <w:rPr>
          <w:rFonts w:ascii="Tahoma" w:hAnsi="Tahoma" w:cs="Tahoma"/>
          <w:rtl/>
        </w:rPr>
        <w:t xml:space="preserve"> ولا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ت</w:t>
      </w:r>
      <w:r w:rsidRPr="004C6E6A">
        <w:rPr>
          <w:rFonts w:ascii="Tahoma" w:hAnsi="Tahoma" w:cs="Tahoma"/>
          <w:rtl/>
        </w:rPr>
        <w:t xml:space="preserve"> مهم انجام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>ده بود.</w:t>
      </w:r>
    </w:p>
    <w:p w:rsidR="004C6E6A" w:rsidRPr="004C6E6A" w:rsidRDefault="004C6E6A" w:rsidP="004C6E6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C6E6A">
        <w:rPr>
          <w:rFonts w:ascii="Tahoma" w:hAnsi="Tahoma" w:cs="Tahoma"/>
          <w:rtl/>
        </w:rPr>
        <w:t>واکنش حکومت مرکز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کند و ناهماهنگ بود. قشون‌ها</w:t>
      </w:r>
      <w:r w:rsidRPr="004C6E6A">
        <w:rPr>
          <w:rFonts w:ascii="Tahoma" w:hAnsi="Tahoma" w:cs="Tahoma" w:hint="cs"/>
          <w:rtl/>
        </w:rPr>
        <w:t>یی</w:t>
      </w:r>
      <w:r w:rsidRPr="004C6E6A">
        <w:rPr>
          <w:rFonts w:ascii="Tahoma" w:hAnsi="Tahoma" w:cs="Tahoma"/>
          <w:rtl/>
        </w:rPr>
        <w:t xml:space="preserve"> برا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بازگرداندن قندهار فرستاده شدند، اما از فرمانده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،</w:t>
      </w:r>
      <w:r w:rsidRPr="004C6E6A">
        <w:rPr>
          <w:rFonts w:ascii="Tahoma" w:hAnsi="Tahoma" w:cs="Tahoma"/>
          <w:rtl/>
        </w:rPr>
        <w:t xml:space="preserve"> تدارکات و هماهنگ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لازم برخوردار نبودند. ن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روها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افغان توانستند در برابر حملات صفو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مقاومت کنند و استقلال خود را حفظ نما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ند</w:t>
      </w:r>
      <w:r w:rsidRPr="004C6E6A">
        <w:rPr>
          <w:rFonts w:ascii="Tahoma" w:hAnsi="Tahoma" w:cs="Tahoma"/>
          <w:rtl/>
        </w:rPr>
        <w:t>.</w:t>
      </w:r>
    </w:p>
    <w:p w:rsidR="004C6E6A" w:rsidRPr="004C6E6A" w:rsidRDefault="004C6E6A" w:rsidP="004C6E6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C6E6A">
        <w:rPr>
          <w:rFonts w:ascii="Tahoma" w:hAnsi="Tahoma" w:cs="Tahoma" w:hint="eastAsia"/>
          <w:rtl/>
        </w:rPr>
        <w:t>شکست</w:t>
      </w:r>
      <w:r w:rsidRPr="004C6E6A">
        <w:rPr>
          <w:rFonts w:ascii="Tahoma" w:hAnsi="Tahoma" w:cs="Tahoma"/>
          <w:rtl/>
        </w:rPr>
        <w:t xml:space="preserve"> لشکرها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حکومت نشان داد که ضعف قشون 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گر</w:t>
      </w:r>
      <w:r w:rsidRPr="004C6E6A">
        <w:rPr>
          <w:rFonts w:ascii="Tahoma" w:hAnsi="Tahoma" w:cs="Tahoma"/>
          <w:rtl/>
        </w:rPr>
        <w:t xml:space="preserve"> فقط موضوع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در دفتر 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ا</w:t>
      </w:r>
      <w:r w:rsidRPr="004C6E6A">
        <w:rPr>
          <w:rFonts w:ascii="Tahoma" w:hAnsi="Tahoma" w:cs="Tahoma"/>
          <w:rtl/>
        </w:rPr>
        <w:t xml:space="preserve"> هشدار وز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ران</w:t>
      </w:r>
      <w:r w:rsidRPr="004C6E6A">
        <w:rPr>
          <w:rFonts w:ascii="Tahoma" w:hAnsi="Tahoma" w:cs="Tahoma"/>
          <w:rtl/>
        </w:rPr>
        <w:t xml:space="preserve"> ن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ست</w:t>
      </w:r>
      <w:r w:rsidRPr="004C6E6A">
        <w:rPr>
          <w:rFonts w:ascii="Tahoma" w:hAnsi="Tahoma" w:cs="Tahoma"/>
          <w:rtl/>
        </w:rPr>
        <w:t>. ن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رو</w:t>
      </w:r>
      <w:r w:rsidRPr="004C6E6A">
        <w:rPr>
          <w:rFonts w:ascii="Tahoma" w:hAnsi="Tahoma" w:cs="Tahoma" w:hint="cs"/>
          <w:rtl/>
        </w:rPr>
        <w:t>یی</w:t>
      </w:r>
      <w:r w:rsidRPr="004C6E6A">
        <w:rPr>
          <w:rFonts w:ascii="Tahoma" w:hAnsi="Tahoma" w:cs="Tahoma"/>
          <w:rtl/>
        </w:rPr>
        <w:t xml:space="preserve"> محل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در 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ک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از ولا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ت‌ها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دورافتاده توانسته بود حاکم شاه را بکشد و سپاه اعزام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مرکز را عقب براند. حکومت صفو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هنوز در اصفهان باشکوه بود، اما فرمانش در قندهار اجرا نم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شد</w:t>
      </w:r>
      <w:r w:rsidRPr="004C6E6A">
        <w:rPr>
          <w:rFonts w:ascii="Tahoma" w:hAnsi="Tahoma" w:cs="Tahoma"/>
          <w:rtl/>
        </w:rPr>
        <w:t>.</w:t>
      </w:r>
    </w:p>
    <w:p w:rsidR="004C6E6A" w:rsidRPr="004C6E6A" w:rsidRDefault="004C6E6A" w:rsidP="004C6E6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C6E6A">
        <w:rPr>
          <w:rFonts w:ascii="Tahoma" w:hAnsi="Tahoma" w:cs="Tahoma" w:hint="eastAsia"/>
          <w:rtl/>
        </w:rPr>
        <w:t>مرکز</w:t>
      </w:r>
      <w:r w:rsidRPr="004C6E6A">
        <w:rPr>
          <w:rFonts w:ascii="Tahoma" w:hAnsi="Tahoma" w:cs="Tahoma"/>
          <w:rtl/>
        </w:rPr>
        <w:t xml:space="preserve">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توانست</w:t>
      </w:r>
      <w:r w:rsidRPr="004C6E6A">
        <w:rPr>
          <w:rFonts w:ascii="Tahoma" w:hAnsi="Tahoma" w:cs="Tahoma"/>
          <w:rtl/>
        </w:rPr>
        <w:t xml:space="preserve"> شورش را نت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جهٔ</w:t>
      </w:r>
      <w:r w:rsidRPr="004C6E6A">
        <w:rPr>
          <w:rFonts w:ascii="Tahoma" w:hAnsi="Tahoma" w:cs="Tahoma"/>
          <w:rtl/>
        </w:rPr>
        <w:t xml:space="preserve"> خ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انت،</w:t>
      </w:r>
      <w:r w:rsidRPr="004C6E6A">
        <w:rPr>
          <w:rFonts w:ascii="Tahoma" w:hAnsi="Tahoma" w:cs="Tahoma"/>
          <w:rtl/>
        </w:rPr>
        <w:t xml:space="preserve"> تعصب مذهب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ا</w:t>
      </w:r>
      <w:r w:rsidRPr="004C6E6A">
        <w:rPr>
          <w:rFonts w:ascii="Tahoma" w:hAnsi="Tahoma" w:cs="Tahoma"/>
          <w:rtl/>
        </w:rPr>
        <w:t xml:space="preserve"> نافرمان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قبا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ل</w:t>
      </w:r>
      <w:r w:rsidRPr="004C6E6A">
        <w:rPr>
          <w:rFonts w:ascii="Tahoma" w:hAnsi="Tahoma" w:cs="Tahoma"/>
          <w:rtl/>
        </w:rPr>
        <w:t xml:space="preserve"> بداند و از بررس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نقش خود پره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ز</w:t>
      </w:r>
      <w:r w:rsidRPr="004C6E6A">
        <w:rPr>
          <w:rFonts w:ascii="Tahoma" w:hAnsi="Tahoma" w:cs="Tahoma"/>
          <w:rtl/>
        </w:rPr>
        <w:t xml:space="preserve"> کند. اگر همهٔ تقص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ر</w:t>
      </w:r>
      <w:r w:rsidRPr="004C6E6A">
        <w:rPr>
          <w:rFonts w:ascii="Tahoma" w:hAnsi="Tahoma" w:cs="Tahoma"/>
          <w:rtl/>
        </w:rPr>
        <w:t xml:space="preserve"> متوجه شورش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ان</w:t>
      </w:r>
      <w:r w:rsidRPr="004C6E6A">
        <w:rPr>
          <w:rFonts w:ascii="Tahoma" w:hAnsi="Tahoma" w:cs="Tahoma"/>
          <w:rtl/>
        </w:rPr>
        <w:t xml:space="preserve"> بود، ن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از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به اصلاح حاکمان، مال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ات</w:t>
      </w:r>
      <w:r w:rsidRPr="004C6E6A">
        <w:rPr>
          <w:rFonts w:ascii="Tahoma" w:hAnsi="Tahoma" w:cs="Tahoma"/>
          <w:rtl/>
        </w:rPr>
        <w:t xml:space="preserve"> 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ا</w:t>
      </w:r>
      <w:r w:rsidRPr="004C6E6A">
        <w:rPr>
          <w:rFonts w:ascii="Tahoma" w:hAnsi="Tahoma" w:cs="Tahoma"/>
          <w:rtl/>
        </w:rPr>
        <w:t xml:space="preserve"> قشون 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ده</w:t>
      </w:r>
      <w:r w:rsidRPr="004C6E6A">
        <w:rPr>
          <w:rFonts w:ascii="Tahoma" w:hAnsi="Tahoma" w:cs="Tahoma"/>
          <w:rtl/>
        </w:rPr>
        <w:t xml:space="preserve"> نم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شد</w:t>
      </w:r>
      <w:r w:rsidRPr="004C6E6A">
        <w:rPr>
          <w:rFonts w:ascii="Tahoma" w:hAnsi="Tahoma" w:cs="Tahoma"/>
          <w:rtl/>
        </w:rPr>
        <w:t>. 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ن</w:t>
      </w:r>
      <w:r w:rsidRPr="004C6E6A">
        <w:rPr>
          <w:rFonts w:ascii="Tahoma" w:hAnsi="Tahoma" w:cs="Tahoma"/>
          <w:rtl/>
        </w:rPr>
        <w:t xml:space="preserve"> همان ش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وه‌ا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بود که دستگاه را از شناخت علت واقع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شکست محروم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کرد</w:t>
      </w:r>
      <w:r w:rsidRPr="004C6E6A">
        <w:rPr>
          <w:rFonts w:ascii="Tahoma" w:hAnsi="Tahoma" w:cs="Tahoma"/>
          <w:rtl/>
        </w:rPr>
        <w:t>.</w:t>
      </w:r>
    </w:p>
    <w:p w:rsidR="004C6E6A" w:rsidRPr="004C6E6A" w:rsidRDefault="004C6E6A" w:rsidP="004C6E6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C6E6A">
        <w:rPr>
          <w:rFonts w:ascii="Tahoma" w:hAnsi="Tahoma" w:cs="Tahoma" w:hint="eastAsia"/>
          <w:rtl/>
        </w:rPr>
        <w:t>م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رو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س</w:t>
      </w:r>
      <w:r w:rsidRPr="004C6E6A">
        <w:rPr>
          <w:rFonts w:ascii="Tahoma" w:hAnsi="Tahoma" w:cs="Tahoma"/>
          <w:rtl/>
        </w:rPr>
        <w:t xml:space="preserve"> پس از تثب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ت</w:t>
      </w:r>
      <w:r w:rsidRPr="004C6E6A">
        <w:rPr>
          <w:rFonts w:ascii="Tahoma" w:hAnsi="Tahoma" w:cs="Tahoma"/>
          <w:rtl/>
        </w:rPr>
        <w:t xml:space="preserve"> قدرت در قندهار خود را شاه سراسر 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ران</w:t>
      </w:r>
      <w:r w:rsidRPr="004C6E6A">
        <w:rPr>
          <w:rFonts w:ascii="Tahoma" w:hAnsi="Tahoma" w:cs="Tahoma"/>
          <w:rtl/>
        </w:rPr>
        <w:t xml:space="preserve"> نخواند. هدف فور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او حفظ استقلال منطقه و جلوگ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ر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از بازگشت صفو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ان</w:t>
      </w:r>
      <w:r w:rsidRPr="004C6E6A">
        <w:rPr>
          <w:rFonts w:ascii="Tahoma" w:hAnsi="Tahoma" w:cs="Tahoma"/>
          <w:rtl/>
        </w:rPr>
        <w:t xml:space="preserve"> بود. پس از مرگ او در سال </w:t>
      </w:r>
      <w:r w:rsidRPr="004C6E6A">
        <w:rPr>
          <w:rFonts w:ascii="Tahoma" w:hAnsi="Tahoma" w:cs="Tahoma"/>
          <w:rtl/>
          <w:lang w:bidi="fa-IR"/>
        </w:rPr>
        <w:t>۱۷۱۵</w:t>
      </w:r>
      <w:r w:rsidRPr="004C6E6A">
        <w:rPr>
          <w:rFonts w:ascii="Tahoma" w:hAnsi="Tahoma" w:cs="Tahoma"/>
          <w:rtl/>
        </w:rPr>
        <w:t>، برادرش عبدالعز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ز</w:t>
      </w:r>
      <w:r w:rsidRPr="004C6E6A">
        <w:rPr>
          <w:rFonts w:ascii="Tahoma" w:hAnsi="Tahoma" w:cs="Tahoma"/>
          <w:rtl/>
        </w:rPr>
        <w:t xml:space="preserve"> به قدرت رس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د</w:t>
      </w:r>
      <w:r w:rsidRPr="004C6E6A">
        <w:rPr>
          <w:rFonts w:ascii="Tahoma" w:hAnsi="Tahoma" w:cs="Tahoma"/>
          <w:rtl/>
        </w:rPr>
        <w:t xml:space="preserve"> و ظاهراً به سازش با حکومت صفو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گرا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ش</w:t>
      </w:r>
      <w:r w:rsidRPr="004C6E6A">
        <w:rPr>
          <w:rFonts w:ascii="Tahoma" w:hAnsi="Tahoma" w:cs="Tahoma"/>
          <w:rtl/>
        </w:rPr>
        <w:t xml:space="preserve"> ب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شتر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داشت.</w:t>
      </w:r>
    </w:p>
    <w:p w:rsidR="004C6E6A" w:rsidRPr="004C6E6A" w:rsidRDefault="004C6E6A" w:rsidP="004C6E6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C6E6A">
        <w:rPr>
          <w:rFonts w:ascii="Tahoma" w:hAnsi="Tahoma" w:cs="Tahoma" w:hint="eastAsia"/>
          <w:rtl/>
        </w:rPr>
        <w:t>اما</w:t>
      </w:r>
      <w:r w:rsidRPr="004C6E6A">
        <w:rPr>
          <w:rFonts w:ascii="Tahoma" w:hAnsi="Tahoma" w:cs="Tahoma"/>
          <w:rtl/>
        </w:rPr>
        <w:t xml:space="preserve"> گروه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از افغان‌ها سازش را بازگشت به فرمان حکومت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دانستند</w:t>
      </w:r>
      <w:r w:rsidRPr="004C6E6A">
        <w:rPr>
          <w:rFonts w:ascii="Tahoma" w:hAnsi="Tahoma" w:cs="Tahoma"/>
          <w:rtl/>
        </w:rPr>
        <w:t xml:space="preserve"> که عل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ه</w:t>
      </w:r>
      <w:r w:rsidRPr="004C6E6A">
        <w:rPr>
          <w:rFonts w:ascii="Tahoma" w:hAnsi="Tahoma" w:cs="Tahoma"/>
          <w:rtl/>
        </w:rPr>
        <w:t xml:space="preserve"> آن شور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ده</w:t>
      </w:r>
      <w:r w:rsidRPr="004C6E6A">
        <w:rPr>
          <w:rFonts w:ascii="Tahoma" w:hAnsi="Tahoma" w:cs="Tahoma"/>
          <w:rtl/>
        </w:rPr>
        <w:t xml:space="preserve"> بودند. محمود، پسر م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رو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س،</w:t>
      </w:r>
      <w:r w:rsidRPr="004C6E6A">
        <w:rPr>
          <w:rFonts w:ascii="Tahoma" w:hAnsi="Tahoma" w:cs="Tahoma"/>
          <w:rtl/>
        </w:rPr>
        <w:t xml:space="preserve"> عبدالعز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ز</w:t>
      </w:r>
      <w:r w:rsidRPr="004C6E6A">
        <w:rPr>
          <w:rFonts w:ascii="Tahoma" w:hAnsi="Tahoma" w:cs="Tahoma"/>
          <w:rtl/>
        </w:rPr>
        <w:t xml:space="preserve"> را کنار زد و کشت و رهبر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را در اخت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ار</w:t>
      </w:r>
      <w:r w:rsidRPr="004C6E6A">
        <w:rPr>
          <w:rFonts w:ascii="Tahoma" w:hAnsi="Tahoma" w:cs="Tahoma"/>
          <w:rtl/>
        </w:rPr>
        <w:t xml:space="preserve"> گرفت. با 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ن</w:t>
      </w:r>
      <w:r w:rsidRPr="004C6E6A">
        <w:rPr>
          <w:rFonts w:ascii="Tahoma" w:hAnsi="Tahoma" w:cs="Tahoma"/>
          <w:rtl/>
        </w:rPr>
        <w:t xml:space="preserve"> تغ</w:t>
      </w:r>
      <w:r w:rsidRPr="004C6E6A">
        <w:rPr>
          <w:rFonts w:ascii="Tahoma" w:hAnsi="Tahoma" w:cs="Tahoma" w:hint="cs"/>
          <w:rtl/>
        </w:rPr>
        <w:t>یی</w:t>
      </w:r>
      <w:r w:rsidRPr="004C6E6A">
        <w:rPr>
          <w:rFonts w:ascii="Tahoma" w:hAnsi="Tahoma" w:cs="Tahoma" w:hint="eastAsia"/>
          <w:rtl/>
        </w:rPr>
        <w:t>ر،</w:t>
      </w:r>
      <w:r w:rsidRPr="004C6E6A">
        <w:rPr>
          <w:rFonts w:ascii="Tahoma" w:hAnsi="Tahoma" w:cs="Tahoma"/>
          <w:rtl/>
        </w:rPr>
        <w:t xml:space="preserve"> حرکت قندهار از دفاع از استقلال محل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به ن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رو</w:t>
      </w:r>
      <w:r w:rsidRPr="004C6E6A">
        <w:rPr>
          <w:rFonts w:ascii="Tahoma" w:hAnsi="Tahoma" w:cs="Tahoma" w:hint="cs"/>
          <w:rtl/>
        </w:rPr>
        <w:t>یی</w:t>
      </w:r>
      <w:r w:rsidRPr="004C6E6A">
        <w:rPr>
          <w:rFonts w:ascii="Tahoma" w:hAnsi="Tahoma" w:cs="Tahoma"/>
          <w:rtl/>
        </w:rPr>
        <w:t xml:space="preserve"> آماده برا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گسترش تبد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ل</w:t>
      </w:r>
      <w:r w:rsidRPr="004C6E6A">
        <w:rPr>
          <w:rFonts w:ascii="Tahoma" w:hAnsi="Tahoma" w:cs="Tahoma"/>
          <w:rtl/>
        </w:rPr>
        <w:t xml:space="preserve"> شد.</w:t>
      </w:r>
    </w:p>
    <w:p w:rsidR="004C6E6A" w:rsidRPr="004C6E6A" w:rsidRDefault="004C6E6A" w:rsidP="004C6E6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C6E6A">
        <w:rPr>
          <w:rFonts w:ascii="Tahoma" w:hAnsi="Tahoma" w:cs="Tahoma" w:hint="eastAsia"/>
          <w:rtl/>
        </w:rPr>
        <w:t>در</w:t>
      </w:r>
      <w:r w:rsidRPr="004C6E6A">
        <w:rPr>
          <w:rFonts w:ascii="Tahoma" w:hAnsi="Tahoma" w:cs="Tahoma"/>
          <w:rtl/>
        </w:rPr>
        <w:t xml:space="preserve"> هم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ن</w:t>
      </w:r>
      <w:r w:rsidRPr="004C6E6A">
        <w:rPr>
          <w:rFonts w:ascii="Tahoma" w:hAnsi="Tahoma" w:cs="Tahoma"/>
          <w:rtl/>
        </w:rPr>
        <w:t xml:space="preserve"> زمان، هرات ن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ز</w:t>
      </w:r>
      <w:r w:rsidRPr="004C6E6A">
        <w:rPr>
          <w:rFonts w:ascii="Tahoma" w:hAnsi="Tahoma" w:cs="Tahoma"/>
          <w:rtl/>
        </w:rPr>
        <w:t xml:space="preserve"> گرفتار شورش و ناآرام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بود و ابدال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ان</w:t>
      </w:r>
      <w:r w:rsidRPr="004C6E6A">
        <w:rPr>
          <w:rFonts w:ascii="Tahoma" w:hAnsi="Tahoma" w:cs="Tahoma"/>
          <w:rtl/>
        </w:rPr>
        <w:t xml:space="preserve"> از ضعف حکومت استفاده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کردند</w:t>
      </w:r>
      <w:r w:rsidRPr="004C6E6A">
        <w:rPr>
          <w:rFonts w:ascii="Tahoma" w:hAnsi="Tahoma" w:cs="Tahoma"/>
          <w:rtl/>
        </w:rPr>
        <w:t>. حکومت صفو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ناچار بود در چند نقطهٔ شرق با ن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روها</w:t>
      </w:r>
      <w:r w:rsidRPr="004C6E6A">
        <w:rPr>
          <w:rFonts w:ascii="Tahoma" w:hAnsi="Tahoma" w:cs="Tahoma" w:hint="cs"/>
          <w:rtl/>
        </w:rPr>
        <w:t>یی</w:t>
      </w:r>
      <w:r w:rsidRPr="004C6E6A">
        <w:rPr>
          <w:rFonts w:ascii="Tahoma" w:hAnsi="Tahoma" w:cs="Tahoma"/>
          <w:rtl/>
        </w:rPr>
        <w:t xml:space="preserve"> روبه‌رو شود که به سبب تفاوت قب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له‌ا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،</w:t>
      </w:r>
      <w:r w:rsidRPr="004C6E6A">
        <w:rPr>
          <w:rFonts w:ascii="Tahoma" w:hAnsi="Tahoma" w:cs="Tahoma"/>
          <w:rtl/>
        </w:rPr>
        <w:t xml:space="preserve"> مذهب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و محل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از فرمان مرکز فاصله گرفته بودند.</w:t>
      </w:r>
    </w:p>
    <w:p w:rsidR="004C6E6A" w:rsidRPr="004C6E6A" w:rsidRDefault="004C6E6A" w:rsidP="004C6E6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C6E6A">
        <w:rPr>
          <w:rFonts w:ascii="Tahoma" w:hAnsi="Tahoma" w:cs="Tahoma" w:hint="eastAsia"/>
          <w:rtl/>
        </w:rPr>
        <w:t>مرز</w:t>
      </w:r>
      <w:r w:rsidRPr="004C6E6A">
        <w:rPr>
          <w:rFonts w:ascii="Tahoma" w:hAnsi="Tahoma" w:cs="Tahoma"/>
          <w:rtl/>
        </w:rPr>
        <w:t xml:space="preserve"> شمال‌غرب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ن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ز</w:t>
      </w:r>
      <w:r w:rsidRPr="004C6E6A">
        <w:rPr>
          <w:rFonts w:ascii="Tahoma" w:hAnsi="Tahoma" w:cs="Tahoma"/>
          <w:rtl/>
        </w:rPr>
        <w:t xml:space="preserve"> آرام نبود. لزگ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ان</w:t>
      </w:r>
      <w:r w:rsidRPr="004C6E6A">
        <w:rPr>
          <w:rFonts w:ascii="Tahoma" w:hAnsi="Tahoma" w:cs="Tahoma"/>
          <w:rtl/>
        </w:rPr>
        <w:t xml:space="preserve"> و گروه‌ها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گر</w:t>
      </w:r>
      <w:r w:rsidRPr="004C6E6A">
        <w:rPr>
          <w:rFonts w:ascii="Tahoma" w:hAnsi="Tahoma" w:cs="Tahoma"/>
          <w:rtl/>
        </w:rPr>
        <w:t xml:space="preserve"> در قفقاز از کاهش اقتدار حکومت استفاده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کردند</w:t>
      </w:r>
      <w:r w:rsidRPr="004C6E6A">
        <w:rPr>
          <w:rFonts w:ascii="Tahoma" w:hAnsi="Tahoma" w:cs="Tahoma"/>
          <w:rtl/>
        </w:rPr>
        <w:t>. حمله به شماخ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و آس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ب‌د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دن</w:t>
      </w:r>
      <w:r w:rsidRPr="004C6E6A">
        <w:rPr>
          <w:rFonts w:ascii="Tahoma" w:hAnsi="Tahoma" w:cs="Tahoma"/>
          <w:rtl/>
        </w:rPr>
        <w:t xml:space="preserve"> بازرگانان، هم ضعف امن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ت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کشور را آشکار کرد و هم به روس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ه</w:t>
      </w:r>
      <w:r w:rsidRPr="004C6E6A">
        <w:rPr>
          <w:rFonts w:ascii="Tahoma" w:hAnsi="Tahoma" w:cs="Tahoma"/>
          <w:rtl/>
        </w:rPr>
        <w:t xml:space="preserve"> و عثمان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بهانه داد که با ادعا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حما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ت</w:t>
      </w:r>
      <w:r w:rsidRPr="004C6E6A">
        <w:rPr>
          <w:rFonts w:ascii="Tahoma" w:hAnsi="Tahoma" w:cs="Tahoma"/>
          <w:rtl/>
        </w:rPr>
        <w:t xml:space="preserve"> از منافع و اتباع خود به مناطق صفو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چ</w:t>
      </w:r>
      <w:r w:rsidRPr="004C6E6A">
        <w:rPr>
          <w:rFonts w:ascii="Tahoma" w:hAnsi="Tahoma" w:cs="Tahoma" w:hint="eastAsia"/>
          <w:rtl/>
        </w:rPr>
        <w:t>شم</w:t>
      </w:r>
      <w:r w:rsidRPr="004C6E6A">
        <w:rPr>
          <w:rFonts w:ascii="Tahoma" w:hAnsi="Tahoma" w:cs="Tahoma"/>
          <w:rtl/>
        </w:rPr>
        <w:t xml:space="preserve"> بدوزند.</w:t>
      </w:r>
    </w:p>
    <w:p w:rsidR="004C6E6A" w:rsidRPr="004C6E6A" w:rsidRDefault="004C6E6A" w:rsidP="004C6E6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C6E6A">
        <w:rPr>
          <w:rFonts w:ascii="Tahoma" w:hAnsi="Tahoma" w:cs="Tahoma" w:hint="eastAsia"/>
          <w:rtl/>
        </w:rPr>
        <w:t>حکومت</w:t>
      </w:r>
      <w:r w:rsidRPr="004C6E6A">
        <w:rPr>
          <w:rFonts w:ascii="Tahoma" w:hAnsi="Tahoma" w:cs="Tahoma"/>
          <w:rtl/>
        </w:rPr>
        <w:t xml:space="preserve"> اکنون با بحران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روبه‌رو بود که از چند سو شکل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گرفت،</w:t>
      </w:r>
      <w:r w:rsidRPr="004C6E6A">
        <w:rPr>
          <w:rFonts w:ascii="Tahoma" w:hAnsi="Tahoma" w:cs="Tahoma"/>
          <w:rtl/>
        </w:rPr>
        <w:t xml:space="preserve"> اما دربار هنوز آن را به صورت مسئله‌ا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واحد نم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د</w:t>
      </w:r>
      <w:r w:rsidRPr="004C6E6A">
        <w:rPr>
          <w:rFonts w:ascii="Tahoma" w:hAnsi="Tahoma" w:cs="Tahoma"/>
          <w:rtl/>
        </w:rPr>
        <w:t>. شورش افغان، ناامن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قفقاز، ضعف قشون، کاهش درآمد و فساد 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وان</w:t>
      </w:r>
      <w:r w:rsidRPr="004C6E6A">
        <w:rPr>
          <w:rFonts w:ascii="Tahoma" w:hAnsi="Tahoma" w:cs="Tahoma"/>
          <w:rtl/>
        </w:rPr>
        <w:t xml:space="preserve"> هر 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ک</w:t>
      </w:r>
      <w:r w:rsidRPr="004C6E6A">
        <w:rPr>
          <w:rFonts w:ascii="Tahoma" w:hAnsi="Tahoma" w:cs="Tahoma"/>
          <w:rtl/>
        </w:rPr>
        <w:t xml:space="preserve"> جداگانه بررس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شدند،</w:t>
      </w:r>
      <w:r w:rsidRPr="004C6E6A">
        <w:rPr>
          <w:rFonts w:ascii="Tahoma" w:hAnsi="Tahoma" w:cs="Tahoma"/>
          <w:rtl/>
        </w:rPr>
        <w:t xml:space="preserve"> درحال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که</w:t>
      </w:r>
      <w:r w:rsidRPr="004C6E6A">
        <w:rPr>
          <w:rFonts w:ascii="Tahoma" w:hAnsi="Tahoma" w:cs="Tahoma"/>
          <w:rtl/>
        </w:rPr>
        <w:t xml:space="preserve"> همه نشانه‌ها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فرسودگ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ک</w:t>
      </w:r>
      <w:r w:rsidRPr="004C6E6A">
        <w:rPr>
          <w:rFonts w:ascii="Tahoma" w:hAnsi="Tahoma" w:cs="Tahoma"/>
          <w:rtl/>
        </w:rPr>
        <w:t xml:space="preserve"> ساختمان بودند.</w:t>
      </w:r>
    </w:p>
    <w:p w:rsidR="004C6E6A" w:rsidRPr="004C6E6A" w:rsidRDefault="004C6E6A" w:rsidP="004C6E6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C6E6A">
        <w:rPr>
          <w:rFonts w:ascii="Tahoma" w:hAnsi="Tahoma" w:cs="Tahoma" w:hint="eastAsia"/>
          <w:rtl/>
        </w:rPr>
        <w:t>شاه</w:t>
      </w:r>
      <w:r w:rsidRPr="004C6E6A">
        <w:rPr>
          <w:rFonts w:ascii="Tahoma" w:hAnsi="Tahoma" w:cs="Tahoma"/>
          <w:rtl/>
        </w:rPr>
        <w:t xml:space="preserve"> سلطان حس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ن</w:t>
      </w:r>
      <w:r w:rsidRPr="004C6E6A">
        <w:rPr>
          <w:rFonts w:ascii="Tahoma" w:hAnsi="Tahoma" w:cs="Tahoma"/>
          <w:rtl/>
        </w:rPr>
        <w:t xml:space="preserve">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توانست</w:t>
      </w:r>
      <w:r w:rsidRPr="004C6E6A">
        <w:rPr>
          <w:rFonts w:ascii="Tahoma" w:hAnsi="Tahoma" w:cs="Tahoma"/>
          <w:rtl/>
        </w:rPr>
        <w:t xml:space="preserve"> فرمان مذهب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صادر کند، وز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ر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را عزل نما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د</w:t>
      </w:r>
      <w:r w:rsidRPr="004C6E6A">
        <w:rPr>
          <w:rFonts w:ascii="Tahoma" w:hAnsi="Tahoma" w:cs="Tahoma"/>
          <w:rtl/>
        </w:rPr>
        <w:t xml:space="preserve"> 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ا</w:t>
      </w:r>
      <w:r w:rsidRPr="004C6E6A">
        <w:rPr>
          <w:rFonts w:ascii="Tahoma" w:hAnsi="Tahoma" w:cs="Tahoma"/>
          <w:rtl/>
        </w:rPr>
        <w:t xml:space="preserve"> قشون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رو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کاغذ فراهم آورد، اما نم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توانست</w:t>
      </w:r>
      <w:r w:rsidRPr="004C6E6A">
        <w:rPr>
          <w:rFonts w:ascii="Tahoma" w:hAnsi="Tahoma" w:cs="Tahoma"/>
          <w:rtl/>
        </w:rPr>
        <w:t xml:space="preserve"> م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ان</w:t>
      </w:r>
      <w:r w:rsidRPr="004C6E6A">
        <w:rPr>
          <w:rFonts w:ascii="Tahoma" w:hAnsi="Tahoma" w:cs="Tahoma"/>
          <w:rtl/>
        </w:rPr>
        <w:t xml:space="preserve"> اطلاعات، منابع و تصم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م‌ها</w:t>
      </w:r>
      <w:r w:rsidRPr="004C6E6A">
        <w:rPr>
          <w:rFonts w:ascii="Tahoma" w:hAnsi="Tahoma" w:cs="Tahoma"/>
          <w:rtl/>
        </w:rPr>
        <w:t xml:space="preserve"> پ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وند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مؤثر برقرار سازد. دربار دربارهٔ انتخاب فرمانده اختلاف داشت، 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وان</w:t>
      </w:r>
      <w:r w:rsidRPr="004C6E6A">
        <w:rPr>
          <w:rFonts w:ascii="Tahoma" w:hAnsi="Tahoma" w:cs="Tahoma"/>
          <w:rtl/>
        </w:rPr>
        <w:t xml:space="preserve"> از کمبود پول سخن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گفت،</w:t>
      </w:r>
      <w:r w:rsidRPr="004C6E6A">
        <w:rPr>
          <w:rFonts w:ascii="Tahoma" w:hAnsi="Tahoma" w:cs="Tahoma"/>
          <w:rtl/>
        </w:rPr>
        <w:t xml:space="preserve"> حرم از منافع نزد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کان</w:t>
      </w:r>
      <w:r w:rsidRPr="004C6E6A">
        <w:rPr>
          <w:rFonts w:ascii="Tahoma" w:hAnsi="Tahoma" w:cs="Tahoma"/>
          <w:rtl/>
        </w:rPr>
        <w:t xml:space="preserve"> خود دفاع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کرد</w:t>
      </w:r>
      <w:r w:rsidRPr="004C6E6A">
        <w:rPr>
          <w:rFonts w:ascii="Tahoma" w:hAnsi="Tahoma" w:cs="Tahoma"/>
          <w:rtl/>
        </w:rPr>
        <w:t xml:space="preserve"> و 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نکاران</w:t>
      </w:r>
      <w:r w:rsidRPr="004C6E6A">
        <w:rPr>
          <w:rFonts w:ascii="Tahoma" w:hAnsi="Tahoma" w:cs="Tahoma"/>
          <w:rtl/>
        </w:rPr>
        <w:t xml:space="preserve"> ممکن بود علت شکست را در گناه 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ا</w:t>
      </w:r>
      <w:r w:rsidRPr="004C6E6A">
        <w:rPr>
          <w:rFonts w:ascii="Tahoma" w:hAnsi="Tahoma" w:cs="Tahoma"/>
          <w:rtl/>
        </w:rPr>
        <w:t xml:space="preserve"> کوتاه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مذهب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بجو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ند</w:t>
      </w:r>
      <w:r w:rsidRPr="004C6E6A">
        <w:rPr>
          <w:rFonts w:ascii="Tahoma" w:hAnsi="Tahoma" w:cs="Tahoma"/>
          <w:rtl/>
        </w:rPr>
        <w:t>.</w:t>
      </w:r>
    </w:p>
    <w:p w:rsidR="004C6E6A" w:rsidRPr="004C6E6A" w:rsidRDefault="004C6E6A" w:rsidP="004C6E6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C6E6A">
        <w:rPr>
          <w:rFonts w:ascii="Tahoma" w:hAnsi="Tahoma" w:cs="Tahoma" w:hint="eastAsia"/>
          <w:rtl/>
        </w:rPr>
        <w:t>ه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چ‌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ک</w:t>
      </w:r>
      <w:r w:rsidRPr="004C6E6A">
        <w:rPr>
          <w:rFonts w:ascii="Tahoma" w:hAnsi="Tahoma" w:cs="Tahoma"/>
          <w:rtl/>
        </w:rPr>
        <w:t xml:space="preserve"> از 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ن</w:t>
      </w:r>
      <w:r w:rsidRPr="004C6E6A">
        <w:rPr>
          <w:rFonts w:ascii="Tahoma" w:hAnsi="Tahoma" w:cs="Tahoma"/>
          <w:rtl/>
        </w:rPr>
        <w:t xml:space="preserve"> ن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روها</w:t>
      </w:r>
      <w:r w:rsidRPr="004C6E6A">
        <w:rPr>
          <w:rFonts w:ascii="Tahoma" w:hAnsi="Tahoma" w:cs="Tahoma"/>
          <w:rtl/>
        </w:rPr>
        <w:t xml:space="preserve"> به تنها</w:t>
      </w:r>
      <w:r w:rsidRPr="004C6E6A">
        <w:rPr>
          <w:rFonts w:ascii="Tahoma" w:hAnsi="Tahoma" w:cs="Tahoma" w:hint="cs"/>
          <w:rtl/>
        </w:rPr>
        <w:t>یی</w:t>
      </w:r>
      <w:r w:rsidRPr="004C6E6A">
        <w:rPr>
          <w:rFonts w:ascii="Tahoma" w:hAnsi="Tahoma" w:cs="Tahoma"/>
          <w:rtl/>
        </w:rPr>
        <w:t xml:space="preserve"> قادر نبود کشور را نجات دهد. قشون بدون پول و فرمانده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نم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جنگ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د؛</w:t>
      </w:r>
      <w:r w:rsidRPr="004C6E6A">
        <w:rPr>
          <w:rFonts w:ascii="Tahoma" w:hAnsi="Tahoma" w:cs="Tahoma"/>
          <w:rtl/>
        </w:rPr>
        <w:t xml:space="preserve"> 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وان</w:t>
      </w:r>
      <w:r w:rsidRPr="004C6E6A">
        <w:rPr>
          <w:rFonts w:ascii="Tahoma" w:hAnsi="Tahoma" w:cs="Tahoma"/>
          <w:rtl/>
        </w:rPr>
        <w:t xml:space="preserve"> بدون حما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ت</w:t>
      </w:r>
      <w:r w:rsidRPr="004C6E6A">
        <w:rPr>
          <w:rFonts w:ascii="Tahoma" w:hAnsi="Tahoma" w:cs="Tahoma"/>
          <w:rtl/>
        </w:rPr>
        <w:t xml:space="preserve"> شاه نم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توانست</w:t>
      </w:r>
      <w:r w:rsidRPr="004C6E6A">
        <w:rPr>
          <w:rFonts w:ascii="Tahoma" w:hAnsi="Tahoma" w:cs="Tahoma"/>
          <w:rtl/>
        </w:rPr>
        <w:t xml:space="preserve"> هز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نه‌ها</w:t>
      </w:r>
      <w:r w:rsidRPr="004C6E6A">
        <w:rPr>
          <w:rFonts w:ascii="Tahoma" w:hAnsi="Tahoma" w:cs="Tahoma"/>
          <w:rtl/>
        </w:rPr>
        <w:t xml:space="preserve"> و فساد را مهار کند؛ 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نکاران</w:t>
      </w:r>
      <w:r w:rsidRPr="004C6E6A">
        <w:rPr>
          <w:rFonts w:ascii="Tahoma" w:hAnsi="Tahoma" w:cs="Tahoma"/>
          <w:rtl/>
        </w:rPr>
        <w:t xml:space="preserve"> بدون قشون نم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توانستند</w:t>
      </w:r>
      <w:r w:rsidRPr="004C6E6A">
        <w:rPr>
          <w:rFonts w:ascii="Tahoma" w:hAnsi="Tahoma" w:cs="Tahoma"/>
          <w:rtl/>
        </w:rPr>
        <w:t xml:space="preserve"> از سرزم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ن</w:t>
      </w:r>
      <w:r w:rsidRPr="004C6E6A">
        <w:rPr>
          <w:rFonts w:ascii="Tahoma" w:hAnsi="Tahoma" w:cs="Tahoma"/>
          <w:rtl/>
        </w:rPr>
        <w:t xml:space="preserve"> ش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ع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دفاع کنند؛ و شاه بدون شناخت و اراده نم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توانست</w:t>
      </w:r>
      <w:r w:rsidRPr="004C6E6A">
        <w:rPr>
          <w:rFonts w:ascii="Tahoma" w:hAnsi="Tahoma" w:cs="Tahoma"/>
          <w:rtl/>
        </w:rPr>
        <w:t xml:space="preserve"> آنان ر</w:t>
      </w:r>
      <w:r w:rsidRPr="004C6E6A">
        <w:rPr>
          <w:rFonts w:ascii="Tahoma" w:hAnsi="Tahoma" w:cs="Tahoma" w:hint="eastAsia"/>
          <w:rtl/>
        </w:rPr>
        <w:t>ا</w:t>
      </w:r>
      <w:r w:rsidRPr="004C6E6A">
        <w:rPr>
          <w:rFonts w:ascii="Tahoma" w:hAnsi="Tahoma" w:cs="Tahoma"/>
          <w:rtl/>
        </w:rPr>
        <w:t xml:space="preserve"> هماهنگ سازد.</w:t>
      </w:r>
    </w:p>
    <w:p w:rsidR="004C6E6A" w:rsidRPr="004C6E6A" w:rsidRDefault="004C6E6A" w:rsidP="004C6E6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C6E6A">
        <w:rPr>
          <w:rFonts w:ascii="Tahoma" w:hAnsi="Tahoma" w:cs="Tahoma" w:hint="eastAsia"/>
          <w:rtl/>
        </w:rPr>
        <w:t>محمود</w:t>
      </w:r>
      <w:r w:rsidRPr="004C6E6A">
        <w:rPr>
          <w:rFonts w:ascii="Tahoma" w:hAnsi="Tahoma" w:cs="Tahoma"/>
          <w:rtl/>
        </w:rPr>
        <w:t xml:space="preserve"> افغان نخست حمله‌ها</w:t>
      </w:r>
      <w:r w:rsidRPr="004C6E6A">
        <w:rPr>
          <w:rFonts w:ascii="Tahoma" w:hAnsi="Tahoma" w:cs="Tahoma" w:hint="cs"/>
          <w:rtl/>
        </w:rPr>
        <w:t>یی</w:t>
      </w:r>
      <w:r w:rsidRPr="004C6E6A">
        <w:rPr>
          <w:rFonts w:ascii="Tahoma" w:hAnsi="Tahoma" w:cs="Tahoma"/>
          <w:rtl/>
        </w:rPr>
        <w:t xml:space="preserve"> به سو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کرمان انجام داد و توان حکومت را آزمود. موفق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ت‌ها</w:t>
      </w:r>
      <w:r w:rsidRPr="004C6E6A">
        <w:rPr>
          <w:rFonts w:ascii="Tahoma" w:hAnsi="Tahoma" w:cs="Tahoma"/>
          <w:rtl/>
        </w:rPr>
        <w:t xml:space="preserve"> و عقب‌نش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ن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ها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اول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ه</w:t>
      </w:r>
      <w:r w:rsidRPr="004C6E6A">
        <w:rPr>
          <w:rFonts w:ascii="Tahoma" w:hAnsi="Tahoma" w:cs="Tahoma"/>
          <w:rtl/>
        </w:rPr>
        <w:t xml:space="preserve"> به او نشان دادند که مقاومت محل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ممکن است، اما مرکز از واکنش منظم و سر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ع</w:t>
      </w:r>
      <w:r w:rsidRPr="004C6E6A">
        <w:rPr>
          <w:rFonts w:ascii="Tahoma" w:hAnsi="Tahoma" w:cs="Tahoma"/>
          <w:rtl/>
        </w:rPr>
        <w:t xml:space="preserve"> ناتوان است. هر شکست سپاه صفو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،</w:t>
      </w:r>
      <w:r w:rsidRPr="004C6E6A">
        <w:rPr>
          <w:rFonts w:ascii="Tahoma" w:hAnsi="Tahoma" w:cs="Tahoma"/>
          <w:rtl/>
        </w:rPr>
        <w:t xml:space="preserve"> گروه‌ها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ب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شتر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را به امکان پ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روز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بر حکومت ام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دوار</w:t>
      </w:r>
      <w:r w:rsidRPr="004C6E6A">
        <w:rPr>
          <w:rFonts w:ascii="Tahoma" w:hAnsi="Tahoma" w:cs="Tahoma"/>
          <w:rtl/>
        </w:rPr>
        <w:t xml:space="preserve">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کرد</w:t>
      </w:r>
      <w:r w:rsidRPr="004C6E6A">
        <w:rPr>
          <w:rFonts w:ascii="Tahoma" w:hAnsi="Tahoma" w:cs="Tahoma"/>
          <w:rtl/>
        </w:rPr>
        <w:t>.</w:t>
      </w:r>
    </w:p>
    <w:p w:rsidR="004C6E6A" w:rsidRPr="004C6E6A" w:rsidRDefault="004C6E6A" w:rsidP="004C6E6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C6E6A">
        <w:rPr>
          <w:rFonts w:ascii="Tahoma" w:hAnsi="Tahoma" w:cs="Tahoma" w:hint="eastAsia"/>
          <w:rtl/>
        </w:rPr>
        <w:t>در</w:t>
      </w:r>
      <w:r w:rsidRPr="004C6E6A">
        <w:rPr>
          <w:rFonts w:ascii="Tahoma" w:hAnsi="Tahoma" w:cs="Tahoma"/>
          <w:rtl/>
        </w:rPr>
        <w:t xml:space="preserve"> آغاز، شا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د</w:t>
      </w:r>
      <w:r w:rsidRPr="004C6E6A">
        <w:rPr>
          <w:rFonts w:ascii="Tahoma" w:hAnsi="Tahoma" w:cs="Tahoma"/>
          <w:rtl/>
        </w:rPr>
        <w:t xml:space="preserve"> خود محمود ن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ز</w:t>
      </w:r>
      <w:r w:rsidRPr="004C6E6A">
        <w:rPr>
          <w:rFonts w:ascii="Tahoma" w:hAnsi="Tahoma" w:cs="Tahoma"/>
          <w:rtl/>
        </w:rPr>
        <w:t xml:space="preserve"> نم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توانست</w:t>
      </w:r>
      <w:r w:rsidRPr="004C6E6A">
        <w:rPr>
          <w:rFonts w:ascii="Tahoma" w:hAnsi="Tahoma" w:cs="Tahoma"/>
          <w:rtl/>
        </w:rPr>
        <w:t xml:space="preserve"> مطمئن باشد که ن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رو</w:t>
      </w:r>
      <w:r w:rsidRPr="004C6E6A">
        <w:rPr>
          <w:rFonts w:ascii="Tahoma" w:hAnsi="Tahoma" w:cs="Tahoma" w:hint="cs"/>
          <w:rtl/>
        </w:rPr>
        <w:t>یی</w:t>
      </w:r>
      <w:r w:rsidRPr="004C6E6A">
        <w:rPr>
          <w:rFonts w:ascii="Tahoma" w:hAnsi="Tahoma" w:cs="Tahoma"/>
          <w:rtl/>
        </w:rPr>
        <w:t xml:space="preserve"> برخاسته از قندهار قادر است تا قلب 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ران</w:t>
      </w:r>
      <w:r w:rsidRPr="004C6E6A">
        <w:rPr>
          <w:rFonts w:ascii="Tahoma" w:hAnsi="Tahoma" w:cs="Tahoma"/>
          <w:rtl/>
        </w:rPr>
        <w:t xml:space="preserve"> پ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ش</w:t>
      </w:r>
      <w:r w:rsidRPr="004C6E6A">
        <w:rPr>
          <w:rFonts w:ascii="Tahoma" w:hAnsi="Tahoma" w:cs="Tahoma"/>
          <w:rtl/>
        </w:rPr>
        <w:t xml:space="preserve"> برود. حکومت صفو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هنوز نام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بزرگ، پا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تخت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ثروتمند و قشون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پرشمار بر رو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کاغذ داشت. اما در مس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ر</w:t>
      </w:r>
      <w:r w:rsidRPr="004C6E6A">
        <w:rPr>
          <w:rFonts w:ascii="Tahoma" w:hAnsi="Tahoma" w:cs="Tahoma"/>
          <w:rtl/>
        </w:rPr>
        <w:t xml:space="preserve"> حرکت، فاصلهٔ م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ان</w:t>
      </w:r>
      <w:r w:rsidRPr="004C6E6A">
        <w:rPr>
          <w:rFonts w:ascii="Tahoma" w:hAnsi="Tahoma" w:cs="Tahoma"/>
          <w:rtl/>
        </w:rPr>
        <w:t xml:space="preserve"> ظاهر حکومت و توان واقع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آن آشکارتر شد.</w:t>
      </w:r>
    </w:p>
    <w:p w:rsidR="004C6E6A" w:rsidRPr="004C6E6A" w:rsidRDefault="004C6E6A" w:rsidP="004C6E6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C6E6A">
        <w:rPr>
          <w:rFonts w:ascii="Tahoma" w:hAnsi="Tahoma" w:cs="Tahoma" w:hint="eastAsia"/>
          <w:rtl/>
        </w:rPr>
        <w:t>سپاه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که با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د</w:t>
      </w:r>
      <w:r w:rsidRPr="004C6E6A">
        <w:rPr>
          <w:rFonts w:ascii="Tahoma" w:hAnsi="Tahoma" w:cs="Tahoma"/>
          <w:rtl/>
        </w:rPr>
        <w:t xml:space="preserve"> در مرز دشمن را متوقف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کرد</w:t>
      </w:r>
      <w:r w:rsidRPr="004C6E6A">
        <w:rPr>
          <w:rFonts w:ascii="Tahoma" w:hAnsi="Tahoma" w:cs="Tahoma"/>
          <w:rtl/>
        </w:rPr>
        <w:t xml:space="preserve"> از مواجب، تدارکات و فرمانده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کپارچه</w:t>
      </w:r>
      <w:r w:rsidRPr="004C6E6A">
        <w:rPr>
          <w:rFonts w:ascii="Tahoma" w:hAnsi="Tahoma" w:cs="Tahoma"/>
          <w:rtl/>
        </w:rPr>
        <w:t xml:space="preserve"> برخوردار نبود. حاکمان محل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منتظر فرمان مرکز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ماندند</w:t>
      </w:r>
      <w:r w:rsidRPr="004C6E6A">
        <w:rPr>
          <w:rFonts w:ascii="Tahoma" w:hAnsi="Tahoma" w:cs="Tahoma"/>
          <w:rtl/>
        </w:rPr>
        <w:t xml:space="preserve"> و مرکز در انتخاب راه و فرمانده ترد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د</w:t>
      </w:r>
      <w:r w:rsidRPr="004C6E6A">
        <w:rPr>
          <w:rFonts w:ascii="Tahoma" w:hAnsi="Tahoma" w:cs="Tahoma"/>
          <w:rtl/>
        </w:rPr>
        <w:t xml:space="preserve">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کرد</w:t>
      </w:r>
      <w:r w:rsidRPr="004C6E6A">
        <w:rPr>
          <w:rFonts w:ascii="Tahoma" w:hAnsi="Tahoma" w:cs="Tahoma"/>
          <w:rtl/>
        </w:rPr>
        <w:t>. هر تأخ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ر</w:t>
      </w:r>
      <w:r w:rsidRPr="004C6E6A">
        <w:rPr>
          <w:rFonts w:ascii="Tahoma" w:hAnsi="Tahoma" w:cs="Tahoma"/>
          <w:rtl/>
        </w:rPr>
        <w:t xml:space="preserve"> به محمود امکان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داد</w:t>
      </w:r>
      <w:r w:rsidRPr="004C6E6A">
        <w:rPr>
          <w:rFonts w:ascii="Tahoma" w:hAnsi="Tahoma" w:cs="Tahoma"/>
          <w:rtl/>
        </w:rPr>
        <w:t xml:space="preserve"> ن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رو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خود را سامان دهد و راه‌ها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تازه‌ا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پ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دا</w:t>
      </w:r>
      <w:r w:rsidRPr="004C6E6A">
        <w:rPr>
          <w:rFonts w:ascii="Tahoma" w:hAnsi="Tahoma" w:cs="Tahoma"/>
          <w:rtl/>
        </w:rPr>
        <w:t xml:space="preserve"> ک</w:t>
      </w:r>
      <w:r w:rsidRPr="004C6E6A">
        <w:rPr>
          <w:rFonts w:ascii="Tahoma" w:hAnsi="Tahoma" w:cs="Tahoma" w:hint="eastAsia"/>
          <w:rtl/>
        </w:rPr>
        <w:t>ند</w:t>
      </w:r>
      <w:r w:rsidRPr="004C6E6A">
        <w:rPr>
          <w:rFonts w:ascii="Tahoma" w:hAnsi="Tahoma" w:cs="Tahoma"/>
          <w:rtl/>
        </w:rPr>
        <w:t>.</w:t>
      </w:r>
    </w:p>
    <w:p w:rsidR="004C6E6A" w:rsidRPr="004C6E6A" w:rsidRDefault="004C6E6A" w:rsidP="004C6E6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C6E6A">
        <w:rPr>
          <w:rFonts w:ascii="Tahoma" w:hAnsi="Tahoma" w:cs="Tahoma" w:hint="eastAsia"/>
          <w:rtl/>
        </w:rPr>
        <w:t>در</w:t>
      </w:r>
      <w:r w:rsidRPr="004C6E6A">
        <w:rPr>
          <w:rFonts w:ascii="Tahoma" w:hAnsi="Tahoma" w:cs="Tahoma"/>
          <w:rtl/>
        </w:rPr>
        <w:t xml:space="preserve"> 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ن</w:t>
      </w:r>
      <w:r w:rsidRPr="004C6E6A">
        <w:rPr>
          <w:rFonts w:ascii="Tahoma" w:hAnsi="Tahoma" w:cs="Tahoma"/>
          <w:rtl/>
        </w:rPr>
        <w:t xml:space="preserve"> هنگام، پ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وند</w:t>
      </w:r>
      <w:r w:rsidRPr="004C6E6A">
        <w:rPr>
          <w:rFonts w:ascii="Tahoma" w:hAnsi="Tahoma" w:cs="Tahoma"/>
          <w:rtl/>
        </w:rPr>
        <w:t xml:space="preserve"> نزد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ک</w:t>
      </w:r>
      <w:r w:rsidRPr="004C6E6A">
        <w:rPr>
          <w:rFonts w:ascii="Tahoma" w:hAnsi="Tahoma" w:cs="Tahoma"/>
          <w:rtl/>
        </w:rPr>
        <w:t xml:space="preserve"> تاج و عمامه ن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ز</w:t>
      </w:r>
      <w:r w:rsidRPr="004C6E6A">
        <w:rPr>
          <w:rFonts w:ascii="Tahoma" w:hAnsi="Tahoma" w:cs="Tahoma"/>
          <w:rtl/>
        </w:rPr>
        <w:t xml:space="preserve"> نتوانست پاسخ نظام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ا</w:t>
      </w:r>
      <w:r w:rsidRPr="004C6E6A">
        <w:rPr>
          <w:rFonts w:ascii="Tahoma" w:hAnsi="Tahoma" w:cs="Tahoma"/>
          <w:rtl/>
        </w:rPr>
        <w:t xml:space="preserve"> ادار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لازم را فراهم کند. 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نکاران</w:t>
      </w:r>
      <w:r w:rsidRPr="004C6E6A">
        <w:rPr>
          <w:rFonts w:ascii="Tahoma" w:hAnsi="Tahoma" w:cs="Tahoma"/>
          <w:rtl/>
        </w:rPr>
        <w:t xml:space="preserve">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توانستند</w:t>
      </w:r>
      <w:r w:rsidRPr="004C6E6A">
        <w:rPr>
          <w:rFonts w:ascii="Tahoma" w:hAnsi="Tahoma" w:cs="Tahoma"/>
          <w:rtl/>
        </w:rPr>
        <w:t xml:space="preserve"> مردم را به دفاع از حکومت ش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ع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فراخوانند، اما اعتماد عموم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فقط با خطابه ساخته نم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شد</w:t>
      </w:r>
      <w:r w:rsidRPr="004C6E6A">
        <w:rPr>
          <w:rFonts w:ascii="Tahoma" w:hAnsi="Tahoma" w:cs="Tahoma"/>
          <w:rtl/>
        </w:rPr>
        <w:t>. مردم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که ز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ر</w:t>
      </w:r>
      <w:r w:rsidRPr="004C6E6A">
        <w:rPr>
          <w:rFonts w:ascii="Tahoma" w:hAnsi="Tahoma" w:cs="Tahoma"/>
          <w:rtl/>
        </w:rPr>
        <w:t xml:space="preserve"> فشار مال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ات</w:t>
      </w:r>
      <w:r w:rsidRPr="004C6E6A">
        <w:rPr>
          <w:rFonts w:ascii="Tahoma" w:hAnsi="Tahoma" w:cs="Tahoma"/>
          <w:rtl/>
        </w:rPr>
        <w:t xml:space="preserve"> و مأموران بودند 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ا</w:t>
      </w:r>
      <w:r w:rsidRPr="004C6E6A">
        <w:rPr>
          <w:rFonts w:ascii="Tahoma" w:hAnsi="Tahoma" w:cs="Tahoma"/>
          <w:rtl/>
        </w:rPr>
        <w:t xml:space="preserve"> از حکومت محل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ستم 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ده</w:t>
      </w:r>
      <w:r w:rsidRPr="004C6E6A">
        <w:rPr>
          <w:rFonts w:ascii="Tahoma" w:hAnsi="Tahoma" w:cs="Tahoma"/>
          <w:rtl/>
        </w:rPr>
        <w:t xml:space="preserve"> بودند، الزاماً آماده نبودند جان خود را برا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دفاع از دستگاه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بدهند که آن را دور و فاسد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دند</w:t>
      </w:r>
      <w:r w:rsidRPr="004C6E6A">
        <w:rPr>
          <w:rFonts w:ascii="Tahoma" w:hAnsi="Tahoma" w:cs="Tahoma"/>
          <w:rtl/>
        </w:rPr>
        <w:t>.</w:t>
      </w:r>
    </w:p>
    <w:p w:rsidR="004C6E6A" w:rsidRPr="004C6E6A" w:rsidRDefault="004C6E6A" w:rsidP="004C6E6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C6E6A">
        <w:rPr>
          <w:rFonts w:ascii="Tahoma" w:hAnsi="Tahoma" w:cs="Tahoma" w:hint="eastAsia"/>
          <w:rtl/>
        </w:rPr>
        <w:t>مذهب</w:t>
      </w:r>
      <w:r w:rsidRPr="004C6E6A">
        <w:rPr>
          <w:rFonts w:ascii="Tahoma" w:hAnsi="Tahoma" w:cs="Tahoma"/>
          <w:rtl/>
        </w:rPr>
        <w:t xml:space="preserve"> رسم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هنوز ن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رو</w:t>
      </w:r>
      <w:r w:rsidRPr="004C6E6A">
        <w:rPr>
          <w:rFonts w:ascii="Tahoma" w:hAnsi="Tahoma" w:cs="Tahoma" w:hint="cs"/>
          <w:rtl/>
        </w:rPr>
        <w:t>یی</w:t>
      </w:r>
      <w:r w:rsidRPr="004C6E6A">
        <w:rPr>
          <w:rFonts w:ascii="Tahoma" w:hAnsi="Tahoma" w:cs="Tahoma"/>
          <w:rtl/>
        </w:rPr>
        <w:t xml:space="preserve"> بزرگ برا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هو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ت</w:t>
      </w:r>
      <w:r w:rsidRPr="004C6E6A">
        <w:rPr>
          <w:rFonts w:ascii="Tahoma" w:hAnsi="Tahoma" w:cs="Tahoma"/>
          <w:rtl/>
        </w:rPr>
        <w:t xml:space="preserve"> حکومت بود، اما حقان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ت</w:t>
      </w:r>
      <w:r w:rsidRPr="004C6E6A">
        <w:rPr>
          <w:rFonts w:ascii="Tahoma" w:hAnsi="Tahoma" w:cs="Tahoma"/>
          <w:rtl/>
        </w:rPr>
        <w:t xml:space="preserve"> مذهب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هنگام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که از توان کشوردار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جدا شود نم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تواند</w:t>
      </w:r>
      <w:r w:rsidRPr="004C6E6A">
        <w:rPr>
          <w:rFonts w:ascii="Tahoma" w:hAnsi="Tahoma" w:cs="Tahoma"/>
          <w:rtl/>
        </w:rPr>
        <w:t xml:space="preserve"> مرز و پا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تخت</w:t>
      </w:r>
      <w:r w:rsidRPr="004C6E6A">
        <w:rPr>
          <w:rFonts w:ascii="Tahoma" w:hAnsi="Tahoma" w:cs="Tahoma"/>
          <w:rtl/>
        </w:rPr>
        <w:t xml:space="preserve"> را حفظ کند. حکومت صفو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با رسم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کردن</w:t>
      </w:r>
      <w:r w:rsidRPr="004C6E6A">
        <w:rPr>
          <w:rFonts w:ascii="Tahoma" w:hAnsi="Tahoma" w:cs="Tahoma"/>
          <w:rtl/>
        </w:rPr>
        <w:t xml:space="preserve"> تش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ع</w:t>
      </w:r>
      <w:r w:rsidRPr="004C6E6A">
        <w:rPr>
          <w:rFonts w:ascii="Tahoma" w:hAnsi="Tahoma" w:cs="Tahoma"/>
          <w:rtl/>
        </w:rPr>
        <w:t xml:space="preserve"> توانسته بود 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ران</w:t>
      </w:r>
      <w:r w:rsidRPr="004C6E6A">
        <w:rPr>
          <w:rFonts w:ascii="Tahoma" w:hAnsi="Tahoma" w:cs="Tahoma"/>
          <w:rtl/>
        </w:rPr>
        <w:t xml:space="preserve"> را از همسا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گانش</w:t>
      </w:r>
      <w:r w:rsidRPr="004C6E6A">
        <w:rPr>
          <w:rFonts w:ascii="Tahoma" w:hAnsi="Tahoma" w:cs="Tahoma"/>
          <w:rtl/>
        </w:rPr>
        <w:t xml:space="preserve"> متما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ز</w:t>
      </w:r>
      <w:r w:rsidRPr="004C6E6A">
        <w:rPr>
          <w:rFonts w:ascii="Tahoma" w:hAnsi="Tahoma" w:cs="Tahoma"/>
          <w:rtl/>
        </w:rPr>
        <w:t xml:space="preserve"> و بخش بزرگ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از مردم را در حافظه‌ا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مشترک گرد آورد؛ </w:t>
      </w:r>
      <w:r w:rsidRPr="004C6E6A">
        <w:rPr>
          <w:rFonts w:ascii="Tahoma" w:hAnsi="Tahoma" w:cs="Tahoma" w:hint="eastAsia"/>
          <w:rtl/>
        </w:rPr>
        <w:t>اما</w:t>
      </w:r>
      <w:r w:rsidRPr="004C6E6A">
        <w:rPr>
          <w:rFonts w:ascii="Tahoma" w:hAnsi="Tahoma" w:cs="Tahoma"/>
          <w:rtl/>
        </w:rPr>
        <w:t xml:space="preserve"> در پا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ان</w:t>
      </w:r>
      <w:r w:rsidRPr="004C6E6A">
        <w:rPr>
          <w:rFonts w:ascii="Tahoma" w:hAnsi="Tahoma" w:cs="Tahoma"/>
          <w:rtl/>
        </w:rPr>
        <w:t xml:space="preserve"> کار، دستگاه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که آن مذهب را اداره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کرد</w:t>
      </w:r>
      <w:r w:rsidRPr="004C6E6A">
        <w:rPr>
          <w:rFonts w:ascii="Tahoma" w:hAnsi="Tahoma" w:cs="Tahoma"/>
          <w:rtl/>
        </w:rPr>
        <w:t xml:space="preserve"> جا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قشون، خزانه و فرمانده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را نم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گرفت</w:t>
      </w:r>
      <w:r w:rsidRPr="004C6E6A">
        <w:rPr>
          <w:rFonts w:ascii="Tahoma" w:hAnsi="Tahoma" w:cs="Tahoma"/>
          <w:rtl/>
        </w:rPr>
        <w:t>.</w:t>
      </w:r>
    </w:p>
    <w:p w:rsidR="004C6E6A" w:rsidRPr="004C6E6A" w:rsidRDefault="004C6E6A" w:rsidP="004C6E6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C6E6A">
        <w:rPr>
          <w:rFonts w:ascii="Tahoma" w:hAnsi="Tahoma" w:cs="Tahoma" w:hint="eastAsia"/>
          <w:rtl/>
        </w:rPr>
        <w:t>محمود</w:t>
      </w:r>
      <w:r w:rsidRPr="004C6E6A">
        <w:rPr>
          <w:rFonts w:ascii="Tahoma" w:hAnsi="Tahoma" w:cs="Tahoma"/>
          <w:rtl/>
        </w:rPr>
        <w:t xml:space="preserve"> سرانجام تصم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م</w:t>
      </w:r>
      <w:r w:rsidRPr="004C6E6A">
        <w:rPr>
          <w:rFonts w:ascii="Tahoma" w:hAnsi="Tahoma" w:cs="Tahoma"/>
          <w:rtl/>
        </w:rPr>
        <w:t xml:space="preserve"> گرفت از قندهار فراتر رود و به سو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مرکز 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ران</w:t>
      </w:r>
      <w:r w:rsidRPr="004C6E6A">
        <w:rPr>
          <w:rFonts w:ascii="Tahoma" w:hAnsi="Tahoma" w:cs="Tahoma"/>
          <w:rtl/>
        </w:rPr>
        <w:t xml:space="preserve"> حرکت کند. آنچه در آغاز شورش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مرز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بود، اکنون پادشاه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صفو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را به مبارزه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طلب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د</w:t>
      </w:r>
      <w:r w:rsidRPr="004C6E6A">
        <w:rPr>
          <w:rFonts w:ascii="Tahoma" w:hAnsi="Tahoma" w:cs="Tahoma"/>
          <w:rtl/>
        </w:rPr>
        <w:t>. حکومت ب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ش</w:t>
      </w:r>
      <w:r w:rsidRPr="004C6E6A">
        <w:rPr>
          <w:rFonts w:ascii="Tahoma" w:hAnsi="Tahoma" w:cs="Tahoma"/>
          <w:rtl/>
        </w:rPr>
        <w:t xml:space="preserve"> از 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ک</w:t>
      </w:r>
      <w:r w:rsidRPr="004C6E6A">
        <w:rPr>
          <w:rFonts w:ascii="Tahoma" w:hAnsi="Tahoma" w:cs="Tahoma"/>
          <w:rtl/>
        </w:rPr>
        <w:t xml:space="preserve"> سده فرصت داشت ضعف‌ها</w:t>
      </w:r>
      <w:r w:rsidRPr="004C6E6A">
        <w:rPr>
          <w:rFonts w:ascii="Tahoma" w:hAnsi="Tahoma" w:cs="Tahoma" w:hint="cs"/>
          <w:rtl/>
        </w:rPr>
        <w:t>یی</w:t>
      </w:r>
      <w:r w:rsidRPr="004C6E6A">
        <w:rPr>
          <w:rFonts w:ascii="Tahoma" w:hAnsi="Tahoma" w:cs="Tahoma"/>
          <w:rtl/>
        </w:rPr>
        <w:t xml:space="preserve"> را که پس از شاه عباس پد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د</w:t>
      </w:r>
      <w:r w:rsidRPr="004C6E6A">
        <w:rPr>
          <w:rFonts w:ascii="Tahoma" w:hAnsi="Tahoma" w:cs="Tahoma"/>
          <w:rtl/>
        </w:rPr>
        <w:t xml:space="preserve"> آمده بودند اصلاح کند، اما هشدارها را تا هنگام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ناد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ده</w:t>
      </w:r>
      <w:r w:rsidRPr="004C6E6A">
        <w:rPr>
          <w:rFonts w:ascii="Tahoma" w:hAnsi="Tahoma" w:cs="Tahoma"/>
          <w:rtl/>
        </w:rPr>
        <w:t xml:space="preserve"> گرفت که دشمن از مرز گذشته بود.</w:t>
      </w:r>
    </w:p>
    <w:p w:rsidR="00593939" w:rsidRDefault="004C6E6A" w:rsidP="004C6E6A">
      <w:pPr>
        <w:bidi/>
        <w:spacing w:after="0" w:line="360" w:lineRule="auto"/>
        <w:ind w:firstLine="720"/>
        <w:jc w:val="both"/>
        <w:rPr>
          <w:rFonts w:ascii="Tahoma" w:hAnsi="Tahoma" w:cs="Tahoma"/>
          <w:rtl/>
        </w:rPr>
      </w:pPr>
      <w:r w:rsidRPr="004C6E6A">
        <w:rPr>
          <w:rFonts w:ascii="Tahoma" w:hAnsi="Tahoma" w:cs="Tahoma" w:hint="eastAsia"/>
          <w:rtl/>
        </w:rPr>
        <w:t>اکنون</w:t>
      </w:r>
      <w:r w:rsidRPr="004C6E6A">
        <w:rPr>
          <w:rFonts w:ascii="Tahoma" w:hAnsi="Tahoma" w:cs="Tahoma"/>
          <w:rtl/>
        </w:rPr>
        <w:t xml:space="preserve"> 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گر</w:t>
      </w:r>
      <w:r w:rsidRPr="004C6E6A">
        <w:rPr>
          <w:rFonts w:ascii="Tahoma" w:hAnsi="Tahoma" w:cs="Tahoma"/>
          <w:rtl/>
        </w:rPr>
        <w:t xml:space="preserve"> مسئله فقط حفظ قندهار نبود. راه اصفهان گشوده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شد</w:t>
      </w:r>
      <w:r w:rsidRPr="004C6E6A">
        <w:rPr>
          <w:rFonts w:ascii="Tahoma" w:hAnsi="Tahoma" w:cs="Tahoma"/>
          <w:rtl/>
        </w:rPr>
        <w:t xml:space="preserve"> و همهٔ ن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روها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کشوردار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صفو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در برابر آزمون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نها</w:t>
      </w:r>
      <w:r w:rsidRPr="004C6E6A">
        <w:rPr>
          <w:rFonts w:ascii="Tahoma" w:hAnsi="Tahoma" w:cs="Tahoma" w:hint="cs"/>
          <w:rtl/>
        </w:rPr>
        <w:t>یی</w:t>
      </w:r>
      <w:r w:rsidRPr="004C6E6A">
        <w:rPr>
          <w:rFonts w:ascii="Tahoma" w:hAnsi="Tahoma" w:cs="Tahoma"/>
          <w:rtl/>
        </w:rPr>
        <w:t xml:space="preserve"> قرار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گرفتند</w:t>
      </w:r>
      <w:r w:rsidRPr="004C6E6A">
        <w:rPr>
          <w:rFonts w:ascii="Tahoma" w:hAnsi="Tahoma" w:cs="Tahoma"/>
          <w:rtl/>
        </w:rPr>
        <w:t>. فصل بعد نشان خواهد داد چگونه سپاه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کوچک‌تر از ن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رو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اسم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حکومت توانست در گلون‌آباد راه پا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تخت</w:t>
      </w:r>
      <w:r w:rsidRPr="004C6E6A">
        <w:rPr>
          <w:rFonts w:ascii="Tahoma" w:hAnsi="Tahoma" w:cs="Tahoma"/>
          <w:rtl/>
        </w:rPr>
        <w:t xml:space="preserve"> را باز کند، اصفهان را به محاصره در</w:t>
      </w:r>
      <w:r w:rsidRPr="004C6E6A">
        <w:rPr>
          <w:rFonts w:ascii="Tahoma" w:hAnsi="Tahoma" w:cs="Tahoma" w:hint="eastAsia"/>
          <w:rtl/>
        </w:rPr>
        <w:t>آورد</w:t>
      </w:r>
      <w:r w:rsidRPr="004C6E6A">
        <w:rPr>
          <w:rFonts w:ascii="Tahoma" w:hAnsi="Tahoma" w:cs="Tahoma"/>
          <w:rtl/>
        </w:rPr>
        <w:t xml:space="preserve"> و شاه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را وادار سازد تاج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را که با شمش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ر</w:t>
      </w:r>
      <w:r w:rsidRPr="004C6E6A">
        <w:rPr>
          <w:rFonts w:ascii="Tahoma" w:hAnsi="Tahoma" w:cs="Tahoma"/>
          <w:rtl/>
        </w:rPr>
        <w:t xml:space="preserve"> قزلباشان و فتوا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نکاران</w:t>
      </w:r>
      <w:r w:rsidRPr="004C6E6A">
        <w:rPr>
          <w:rFonts w:ascii="Tahoma" w:hAnsi="Tahoma" w:cs="Tahoma"/>
          <w:rtl/>
        </w:rPr>
        <w:t xml:space="preserve"> ساخته شده بود با دست خود به محمود افغان بسپارد.</w:t>
      </w:r>
    </w:p>
    <w:p w:rsidR="004C6E6A" w:rsidRPr="004C6E6A" w:rsidRDefault="004C6E6A" w:rsidP="004C6E6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C6E6A">
        <w:rPr>
          <w:rFonts w:ascii="Tahoma" w:hAnsi="Tahoma" w:cs="Tahoma" w:hint="eastAsia"/>
          <w:rtl/>
        </w:rPr>
        <w:t>افزا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ش</w:t>
      </w:r>
      <w:r w:rsidRPr="004C6E6A">
        <w:rPr>
          <w:rFonts w:ascii="Tahoma" w:hAnsi="Tahoma" w:cs="Tahoma"/>
          <w:rtl/>
        </w:rPr>
        <w:t xml:space="preserve"> نفوذ 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نکاران</w:t>
      </w:r>
      <w:r w:rsidRPr="004C6E6A">
        <w:rPr>
          <w:rFonts w:ascii="Tahoma" w:hAnsi="Tahoma" w:cs="Tahoma"/>
          <w:rtl/>
        </w:rPr>
        <w:t xml:space="preserve"> تنها 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ک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از دگرگون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ها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حکومت در دورهٔ شاه سلطان حس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ن</w:t>
      </w:r>
      <w:r w:rsidRPr="004C6E6A">
        <w:rPr>
          <w:rFonts w:ascii="Tahoma" w:hAnsi="Tahoma" w:cs="Tahoma"/>
          <w:rtl/>
        </w:rPr>
        <w:t xml:space="preserve"> بود. در همان زمان که تاج برا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تنظ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م</w:t>
      </w:r>
      <w:r w:rsidRPr="004C6E6A">
        <w:rPr>
          <w:rFonts w:ascii="Tahoma" w:hAnsi="Tahoma" w:cs="Tahoma"/>
          <w:rtl/>
        </w:rPr>
        <w:t xml:space="preserve"> رفتار جامعه به عمامه نزد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ک‌تر</w:t>
      </w:r>
      <w:r w:rsidRPr="004C6E6A">
        <w:rPr>
          <w:rFonts w:ascii="Tahoma" w:hAnsi="Tahoma" w:cs="Tahoma"/>
          <w:rtl/>
        </w:rPr>
        <w:t xml:space="preserve">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شد،</w:t>
      </w:r>
      <w:r w:rsidRPr="004C6E6A">
        <w:rPr>
          <w:rFonts w:ascii="Tahoma" w:hAnsi="Tahoma" w:cs="Tahoma"/>
          <w:rtl/>
        </w:rPr>
        <w:t xml:space="preserve"> قشون، خزانه و ادارهٔ 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الات</w:t>
      </w:r>
      <w:r w:rsidRPr="004C6E6A">
        <w:rPr>
          <w:rFonts w:ascii="Tahoma" w:hAnsi="Tahoma" w:cs="Tahoma"/>
          <w:rtl/>
        </w:rPr>
        <w:t xml:space="preserve"> از توان پ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ش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ن</w:t>
      </w:r>
      <w:r w:rsidRPr="004C6E6A">
        <w:rPr>
          <w:rFonts w:ascii="Tahoma" w:hAnsi="Tahoma" w:cs="Tahoma"/>
          <w:rtl/>
        </w:rPr>
        <w:t xml:space="preserve"> فاصله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گرفتند</w:t>
      </w:r>
      <w:r w:rsidRPr="004C6E6A">
        <w:rPr>
          <w:rFonts w:ascii="Tahoma" w:hAnsi="Tahoma" w:cs="Tahoma"/>
          <w:rtl/>
        </w:rPr>
        <w:t>. 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ن</w:t>
      </w:r>
      <w:r w:rsidRPr="004C6E6A">
        <w:rPr>
          <w:rFonts w:ascii="Tahoma" w:hAnsi="Tahoma" w:cs="Tahoma"/>
          <w:rtl/>
        </w:rPr>
        <w:t xml:space="preserve"> دو روند در کنار 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کد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گر</w:t>
      </w:r>
      <w:r w:rsidRPr="004C6E6A">
        <w:rPr>
          <w:rFonts w:ascii="Tahoma" w:hAnsi="Tahoma" w:cs="Tahoma"/>
          <w:rtl/>
        </w:rPr>
        <w:t xml:space="preserve"> حرکت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کردند</w:t>
      </w:r>
      <w:r w:rsidRPr="004C6E6A">
        <w:rPr>
          <w:rFonts w:ascii="Tahoma" w:hAnsi="Tahoma" w:cs="Tahoma"/>
          <w:rtl/>
        </w:rPr>
        <w:t>: حکومت د</w:t>
      </w:r>
      <w:r w:rsidRPr="004C6E6A">
        <w:rPr>
          <w:rFonts w:ascii="Tahoma" w:hAnsi="Tahoma" w:cs="Tahoma" w:hint="eastAsia"/>
          <w:rtl/>
        </w:rPr>
        <w:t>ر</w:t>
      </w:r>
      <w:r w:rsidRPr="004C6E6A">
        <w:rPr>
          <w:rFonts w:ascii="Tahoma" w:hAnsi="Tahoma" w:cs="Tahoma"/>
          <w:rtl/>
        </w:rPr>
        <w:t xml:space="preserve"> مرکز بر جزئ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ات</w:t>
      </w:r>
      <w:r w:rsidRPr="004C6E6A">
        <w:rPr>
          <w:rFonts w:ascii="Tahoma" w:hAnsi="Tahoma" w:cs="Tahoma"/>
          <w:rtl/>
        </w:rPr>
        <w:t xml:space="preserve"> زندگ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مذهب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مردم حساس‌تر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شد،</w:t>
      </w:r>
      <w:r w:rsidRPr="004C6E6A">
        <w:rPr>
          <w:rFonts w:ascii="Tahoma" w:hAnsi="Tahoma" w:cs="Tahoma"/>
          <w:rtl/>
        </w:rPr>
        <w:t xml:space="preserve"> اما قدرتش برا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دفاع از مرزها و مهار مأموران کاهش م</w:t>
      </w:r>
      <w:r w:rsidRPr="004C6E6A">
        <w:rPr>
          <w:rFonts w:ascii="Tahoma" w:hAnsi="Tahoma" w:cs="Tahoma" w:hint="cs"/>
          <w:rtl/>
        </w:rPr>
        <w:t>ی‌ی</w:t>
      </w:r>
      <w:r w:rsidRPr="004C6E6A">
        <w:rPr>
          <w:rFonts w:ascii="Tahoma" w:hAnsi="Tahoma" w:cs="Tahoma" w:hint="eastAsia"/>
          <w:rtl/>
        </w:rPr>
        <w:t>افت</w:t>
      </w:r>
      <w:r w:rsidRPr="004C6E6A">
        <w:rPr>
          <w:rFonts w:ascii="Tahoma" w:hAnsi="Tahoma" w:cs="Tahoma"/>
          <w:rtl/>
        </w:rPr>
        <w:t>.</w:t>
      </w:r>
    </w:p>
    <w:p w:rsidR="004C6E6A" w:rsidRPr="004C6E6A" w:rsidRDefault="004C6E6A" w:rsidP="004C6E6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C6E6A">
        <w:rPr>
          <w:rFonts w:ascii="Tahoma" w:hAnsi="Tahoma" w:cs="Tahoma" w:hint="eastAsia"/>
          <w:rtl/>
        </w:rPr>
        <w:t>قشون</w:t>
      </w:r>
      <w:r w:rsidRPr="004C6E6A">
        <w:rPr>
          <w:rFonts w:ascii="Tahoma" w:hAnsi="Tahoma" w:cs="Tahoma"/>
          <w:rtl/>
        </w:rPr>
        <w:t xml:space="preserve"> صفو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هنوز از نظر رسم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دارا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واحدها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قورچ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،</w:t>
      </w:r>
      <w:r w:rsidRPr="004C6E6A">
        <w:rPr>
          <w:rFonts w:ascii="Tahoma" w:hAnsi="Tahoma" w:cs="Tahoma"/>
          <w:rtl/>
        </w:rPr>
        <w:t xml:space="preserve"> غلام، تفنگچ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و توپچ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بود. نام مقام‌ها و دفترها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نظام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باق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مانده بود و مواجب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برا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ن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روها</w:t>
      </w:r>
      <w:r w:rsidRPr="004C6E6A">
        <w:rPr>
          <w:rFonts w:ascii="Tahoma" w:hAnsi="Tahoma" w:cs="Tahoma"/>
          <w:rtl/>
        </w:rPr>
        <w:t xml:space="preserve"> ثبت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شد</w:t>
      </w:r>
      <w:r w:rsidRPr="004C6E6A">
        <w:rPr>
          <w:rFonts w:ascii="Tahoma" w:hAnsi="Tahoma" w:cs="Tahoma"/>
          <w:rtl/>
        </w:rPr>
        <w:t>. اما وجود عنوان و دفتر با آمادگ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واقع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کسان</w:t>
      </w:r>
      <w:r w:rsidRPr="004C6E6A">
        <w:rPr>
          <w:rFonts w:ascii="Tahoma" w:hAnsi="Tahoma" w:cs="Tahoma"/>
          <w:rtl/>
        </w:rPr>
        <w:t xml:space="preserve"> نبود. سرباز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که آموزش نم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د،</w:t>
      </w:r>
      <w:r w:rsidRPr="004C6E6A">
        <w:rPr>
          <w:rFonts w:ascii="Tahoma" w:hAnsi="Tahoma" w:cs="Tahoma"/>
          <w:rtl/>
        </w:rPr>
        <w:t xml:space="preserve"> مواجبش 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ر</w:t>
      </w:r>
      <w:r w:rsidRPr="004C6E6A">
        <w:rPr>
          <w:rFonts w:ascii="Tahoma" w:hAnsi="Tahoma" w:cs="Tahoma"/>
          <w:rtl/>
        </w:rPr>
        <w:t xml:space="preserve"> پرداخت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شد</w:t>
      </w:r>
      <w:r w:rsidRPr="004C6E6A">
        <w:rPr>
          <w:rFonts w:ascii="Tahoma" w:hAnsi="Tahoma" w:cs="Tahoma"/>
          <w:rtl/>
        </w:rPr>
        <w:t xml:space="preserve"> 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ا</w:t>
      </w:r>
      <w:r w:rsidRPr="004C6E6A">
        <w:rPr>
          <w:rFonts w:ascii="Tahoma" w:hAnsi="Tahoma" w:cs="Tahoma"/>
          <w:rtl/>
        </w:rPr>
        <w:t xml:space="preserve"> سلاح </w:t>
      </w:r>
      <w:r w:rsidRPr="004C6E6A">
        <w:rPr>
          <w:rFonts w:ascii="Tahoma" w:hAnsi="Tahoma" w:cs="Tahoma" w:hint="eastAsia"/>
          <w:rtl/>
        </w:rPr>
        <w:t>مناسب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نداشت، فقط در فهرست قشون حضور داشت.</w:t>
      </w:r>
    </w:p>
    <w:p w:rsidR="004C6E6A" w:rsidRPr="004C6E6A" w:rsidRDefault="004C6E6A" w:rsidP="004C6E6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C6E6A">
        <w:rPr>
          <w:rFonts w:ascii="Tahoma" w:hAnsi="Tahoma" w:cs="Tahoma" w:hint="eastAsia"/>
          <w:rtl/>
        </w:rPr>
        <w:t>فرماندهان</w:t>
      </w:r>
      <w:r w:rsidRPr="004C6E6A">
        <w:rPr>
          <w:rFonts w:ascii="Tahoma" w:hAnsi="Tahoma" w:cs="Tahoma"/>
          <w:rtl/>
        </w:rPr>
        <w:t xml:space="preserve"> ن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ز</w:t>
      </w:r>
      <w:r w:rsidRPr="004C6E6A">
        <w:rPr>
          <w:rFonts w:ascii="Tahoma" w:hAnsi="Tahoma" w:cs="Tahoma"/>
          <w:rtl/>
        </w:rPr>
        <w:t xml:space="preserve"> کمتر از راه تجربهٔ جنگ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انتخاب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شدند</w:t>
      </w:r>
      <w:r w:rsidRPr="004C6E6A">
        <w:rPr>
          <w:rFonts w:ascii="Tahoma" w:hAnsi="Tahoma" w:cs="Tahoma"/>
          <w:rtl/>
        </w:rPr>
        <w:t>. صلح طولان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با عثمان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ان</w:t>
      </w:r>
      <w:r w:rsidRPr="004C6E6A">
        <w:rPr>
          <w:rFonts w:ascii="Tahoma" w:hAnsi="Tahoma" w:cs="Tahoma"/>
          <w:rtl/>
        </w:rPr>
        <w:t xml:space="preserve"> سبب شده بود نسل تازه‌ا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از ام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ران</w:t>
      </w:r>
      <w:r w:rsidRPr="004C6E6A">
        <w:rPr>
          <w:rFonts w:ascii="Tahoma" w:hAnsi="Tahoma" w:cs="Tahoma"/>
          <w:rtl/>
        </w:rPr>
        <w:t xml:space="preserve"> بدون حضور در جنگ‌ها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بزرگ به مقام برسند. رابطه با دربار، پرداخت هد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ه،</w:t>
      </w:r>
      <w:r w:rsidRPr="004C6E6A">
        <w:rPr>
          <w:rFonts w:ascii="Tahoma" w:hAnsi="Tahoma" w:cs="Tahoma"/>
          <w:rtl/>
        </w:rPr>
        <w:t xml:space="preserve"> حما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ت</w:t>
      </w:r>
      <w:r w:rsidRPr="004C6E6A">
        <w:rPr>
          <w:rFonts w:ascii="Tahoma" w:hAnsi="Tahoma" w:cs="Tahoma"/>
          <w:rtl/>
        </w:rPr>
        <w:t xml:space="preserve"> خواجه‌سرا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ان</w:t>
      </w:r>
      <w:r w:rsidRPr="004C6E6A">
        <w:rPr>
          <w:rFonts w:ascii="Tahoma" w:hAnsi="Tahoma" w:cs="Tahoma"/>
          <w:rtl/>
        </w:rPr>
        <w:t xml:space="preserve"> و پ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وند</w:t>
      </w:r>
      <w:r w:rsidRPr="004C6E6A">
        <w:rPr>
          <w:rFonts w:ascii="Tahoma" w:hAnsi="Tahoma" w:cs="Tahoma"/>
          <w:rtl/>
        </w:rPr>
        <w:t xml:space="preserve"> خانوادگ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توانست</w:t>
      </w:r>
      <w:r w:rsidRPr="004C6E6A">
        <w:rPr>
          <w:rFonts w:ascii="Tahoma" w:hAnsi="Tahoma" w:cs="Tahoma"/>
          <w:rtl/>
        </w:rPr>
        <w:t xml:space="preserve"> ب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ش</w:t>
      </w:r>
      <w:r w:rsidRPr="004C6E6A">
        <w:rPr>
          <w:rFonts w:ascii="Tahoma" w:hAnsi="Tahoma" w:cs="Tahoma"/>
          <w:rtl/>
        </w:rPr>
        <w:t xml:space="preserve"> از توان فرمانده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در رس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دن</w:t>
      </w:r>
      <w:r w:rsidRPr="004C6E6A">
        <w:rPr>
          <w:rFonts w:ascii="Tahoma" w:hAnsi="Tahoma" w:cs="Tahoma"/>
          <w:rtl/>
        </w:rPr>
        <w:t xml:space="preserve"> به منصب اثر داشته باشد.</w:t>
      </w:r>
    </w:p>
    <w:p w:rsidR="004C6E6A" w:rsidRPr="004C6E6A" w:rsidRDefault="004C6E6A" w:rsidP="004C6E6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C6E6A">
        <w:rPr>
          <w:rFonts w:ascii="Tahoma" w:hAnsi="Tahoma" w:cs="Tahoma" w:hint="eastAsia"/>
          <w:rtl/>
        </w:rPr>
        <w:t>شاه</w:t>
      </w:r>
      <w:r w:rsidRPr="004C6E6A">
        <w:rPr>
          <w:rFonts w:ascii="Tahoma" w:hAnsi="Tahoma" w:cs="Tahoma"/>
          <w:rtl/>
        </w:rPr>
        <w:t xml:space="preserve"> عباس برا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مهار قزلباشان قشون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وابسته‌تر به تاج ساخته بود. 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ن</w:t>
      </w:r>
      <w:r w:rsidRPr="004C6E6A">
        <w:rPr>
          <w:rFonts w:ascii="Tahoma" w:hAnsi="Tahoma" w:cs="Tahoma"/>
          <w:rtl/>
        </w:rPr>
        <w:t xml:space="preserve"> وابستگ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در دوران شاه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توانا به تمرکز فرمانده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کمک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کرد،</w:t>
      </w:r>
      <w:r w:rsidRPr="004C6E6A">
        <w:rPr>
          <w:rFonts w:ascii="Tahoma" w:hAnsi="Tahoma" w:cs="Tahoma"/>
          <w:rtl/>
        </w:rPr>
        <w:t xml:space="preserve"> اما در دورهٔ شاه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ضع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ف</w:t>
      </w:r>
      <w:r w:rsidRPr="004C6E6A">
        <w:rPr>
          <w:rFonts w:ascii="Tahoma" w:hAnsi="Tahoma" w:cs="Tahoma"/>
          <w:rtl/>
        </w:rPr>
        <w:t xml:space="preserve"> به ب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تحرک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انجام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د</w:t>
      </w:r>
      <w:r w:rsidRPr="004C6E6A">
        <w:rPr>
          <w:rFonts w:ascii="Tahoma" w:hAnsi="Tahoma" w:cs="Tahoma"/>
          <w:rtl/>
        </w:rPr>
        <w:t>. فرماندهان عادت کرده بودند برا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تصم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م‌ها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مهم منتظر فرمان مرکز بمانند و مرکز ن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ز</w:t>
      </w:r>
      <w:r w:rsidRPr="004C6E6A">
        <w:rPr>
          <w:rFonts w:ascii="Tahoma" w:hAnsi="Tahoma" w:cs="Tahoma"/>
          <w:rtl/>
        </w:rPr>
        <w:t xml:space="preserve"> شناخت و سرعت لازم برا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پاسخ‌گو</w:t>
      </w:r>
      <w:r w:rsidRPr="004C6E6A">
        <w:rPr>
          <w:rFonts w:ascii="Tahoma" w:hAnsi="Tahoma" w:cs="Tahoma" w:hint="cs"/>
          <w:rtl/>
        </w:rPr>
        <w:t>یی</w:t>
      </w:r>
      <w:r w:rsidRPr="004C6E6A">
        <w:rPr>
          <w:rFonts w:ascii="Tahoma" w:hAnsi="Tahoma" w:cs="Tahoma"/>
          <w:rtl/>
        </w:rPr>
        <w:t xml:space="preserve"> به بحران‌ها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دوردست را نداشت.</w:t>
      </w:r>
    </w:p>
    <w:p w:rsidR="004C6E6A" w:rsidRPr="004C6E6A" w:rsidRDefault="004C6E6A" w:rsidP="004C6E6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C6E6A">
        <w:rPr>
          <w:rFonts w:ascii="Tahoma" w:hAnsi="Tahoma" w:cs="Tahoma" w:hint="eastAsia"/>
          <w:rtl/>
        </w:rPr>
        <w:t>خزانه</w:t>
      </w:r>
      <w:r w:rsidRPr="004C6E6A">
        <w:rPr>
          <w:rFonts w:ascii="Tahoma" w:hAnsi="Tahoma" w:cs="Tahoma"/>
          <w:rtl/>
        </w:rPr>
        <w:t xml:space="preserve"> ن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ز</w:t>
      </w:r>
      <w:r w:rsidRPr="004C6E6A">
        <w:rPr>
          <w:rFonts w:ascii="Tahoma" w:hAnsi="Tahoma" w:cs="Tahoma"/>
          <w:rtl/>
        </w:rPr>
        <w:t xml:space="preserve"> ز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ر</w:t>
      </w:r>
      <w:r w:rsidRPr="004C6E6A">
        <w:rPr>
          <w:rFonts w:ascii="Tahoma" w:hAnsi="Tahoma" w:cs="Tahoma"/>
          <w:rtl/>
        </w:rPr>
        <w:t xml:space="preserve"> فشار بود. هز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نهٔ</w:t>
      </w:r>
      <w:r w:rsidRPr="004C6E6A">
        <w:rPr>
          <w:rFonts w:ascii="Tahoma" w:hAnsi="Tahoma" w:cs="Tahoma"/>
          <w:rtl/>
        </w:rPr>
        <w:t xml:space="preserve"> حرم، دربار، مستمر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ها،</w:t>
      </w:r>
      <w:r w:rsidRPr="004C6E6A">
        <w:rPr>
          <w:rFonts w:ascii="Tahoma" w:hAnsi="Tahoma" w:cs="Tahoma"/>
          <w:rtl/>
        </w:rPr>
        <w:t xml:space="preserve"> دستگاه مذهب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و قشون ادامه داشت، اما درآمد با همان سرعت افزا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ش</w:t>
      </w:r>
      <w:r w:rsidRPr="004C6E6A">
        <w:rPr>
          <w:rFonts w:ascii="Tahoma" w:hAnsi="Tahoma" w:cs="Tahoma"/>
          <w:rtl/>
        </w:rPr>
        <w:t xml:space="preserve"> نم</w:t>
      </w:r>
      <w:r w:rsidRPr="004C6E6A">
        <w:rPr>
          <w:rFonts w:ascii="Tahoma" w:hAnsi="Tahoma" w:cs="Tahoma" w:hint="cs"/>
          <w:rtl/>
        </w:rPr>
        <w:t>ی‌ی</w:t>
      </w:r>
      <w:r w:rsidRPr="004C6E6A">
        <w:rPr>
          <w:rFonts w:ascii="Tahoma" w:hAnsi="Tahoma" w:cs="Tahoma" w:hint="eastAsia"/>
          <w:rtl/>
        </w:rPr>
        <w:t>افت</w:t>
      </w:r>
      <w:r w:rsidRPr="004C6E6A">
        <w:rPr>
          <w:rFonts w:ascii="Tahoma" w:hAnsi="Tahoma" w:cs="Tahoma"/>
          <w:rtl/>
        </w:rPr>
        <w:t>. زم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ن‌ها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خاصه با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د</w:t>
      </w:r>
      <w:r w:rsidRPr="004C6E6A">
        <w:rPr>
          <w:rFonts w:ascii="Tahoma" w:hAnsi="Tahoma" w:cs="Tahoma"/>
          <w:rtl/>
        </w:rPr>
        <w:t xml:space="preserve"> مستق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ماً</w:t>
      </w:r>
      <w:r w:rsidRPr="004C6E6A">
        <w:rPr>
          <w:rFonts w:ascii="Tahoma" w:hAnsi="Tahoma" w:cs="Tahoma"/>
          <w:rtl/>
        </w:rPr>
        <w:t xml:space="preserve"> برا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شاه درآمد فراهم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کردند،</w:t>
      </w:r>
      <w:r w:rsidRPr="004C6E6A">
        <w:rPr>
          <w:rFonts w:ascii="Tahoma" w:hAnsi="Tahoma" w:cs="Tahoma"/>
          <w:rtl/>
        </w:rPr>
        <w:t xml:space="preserve"> ول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ادارهٔ کوتاه‌مدت و فشار مال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ات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توان تول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بس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ار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از مناطق را کاهش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داد</w:t>
      </w:r>
      <w:r w:rsidRPr="004C6E6A">
        <w:rPr>
          <w:rFonts w:ascii="Tahoma" w:hAnsi="Tahoma" w:cs="Tahoma"/>
          <w:rtl/>
        </w:rPr>
        <w:t>.</w:t>
      </w:r>
    </w:p>
    <w:p w:rsidR="004C6E6A" w:rsidRPr="004C6E6A" w:rsidRDefault="004C6E6A" w:rsidP="004C6E6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C6E6A">
        <w:rPr>
          <w:rFonts w:ascii="Tahoma" w:hAnsi="Tahoma" w:cs="Tahoma" w:hint="eastAsia"/>
          <w:rtl/>
        </w:rPr>
        <w:t>هنگام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که درآمد کم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شد،</w:t>
      </w:r>
      <w:r w:rsidRPr="004C6E6A">
        <w:rPr>
          <w:rFonts w:ascii="Tahoma" w:hAnsi="Tahoma" w:cs="Tahoma"/>
          <w:rtl/>
        </w:rPr>
        <w:t xml:space="preserve"> حکومت به جا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اصلاح ش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وهٔ</w:t>
      </w:r>
      <w:r w:rsidRPr="004C6E6A">
        <w:rPr>
          <w:rFonts w:ascii="Tahoma" w:hAnsi="Tahoma" w:cs="Tahoma"/>
          <w:rtl/>
        </w:rPr>
        <w:t xml:space="preserve"> اداره گاه فشار وصول را ب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شتر</w:t>
      </w:r>
      <w:r w:rsidRPr="004C6E6A">
        <w:rPr>
          <w:rFonts w:ascii="Tahoma" w:hAnsi="Tahoma" w:cs="Tahoma"/>
          <w:rtl/>
        </w:rPr>
        <w:t xml:space="preserve">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کرد</w:t>
      </w:r>
      <w:r w:rsidRPr="004C6E6A">
        <w:rPr>
          <w:rFonts w:ascii="Tahoma" w:hAnsi="Tahoma" w:cs="Tahoma"/>
          <w:rtl/>
        </w:rPr>
        <w:t>. مأمور مال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ات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موظف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شد</w:t>
      </w:r>
      <w:r w:rsidRPr="004C6E6A">
        <w:rPr>
          <w:rFonts w:ascii="Tahoma" w:hAnsi="Tahoma" w:cs="Tahoma"/>
          <w:rtl/>
        </w:rPr>
        <w:t xml:space="preserve"> رقم مع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ن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را به مرکز بفرستد، ب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آنکه</w:t>
      </w:r>
      <w:r w:rsidRPr="004C6E6A">
        <w:rPr>
          <w:rFonts w:ascii="Tahoma" w:hAnsi="Tahoma" w:cs="Tahoma"/>
          <w:rtl/>
        </w:rPr>
        <w:t xml:space="preserve"> وضع محصول، خشکسال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،</w:t>
      </w:r>
      <w:r w:rsidRPr="004C6E6A">
        <w:rPr>
          <w:rFonts w:ascii="Tahoma" w:hAnsi="Tahoma" w:cs="Tahoma"/>
          <w:rtl/>
        </w:rPr>
        <w:t xml:space="preserve"> مهاجرت روستا</w:t>
      </w:r>
      <w:r w:rsidRPr="004C6E6A">
        <w:rPr>
          <w:rFonts w:ascii="Tahoma" w:hAnsi="Tahoma" w:cs="Tahoma" w:hint="cs"/>
          <w:rtl/>
        </w:rPr>
        <w:t>یی</w:t>
      </w:r>
      <w:r w:rsidRPr="004C6E6A">
        <w:rPr>
          <w:rFonts w:ascii="Tahoma" w:hAnsi="Tahoma" w:cs="Tahoma" w:hint="eastAsia"/>
          <w:rtl/>
        </w:rPr>
        <w:t>ان</w:t>
      </w:r>
      <w:r w:rsidRPr="004C6E6A">
        <w:rPr>
          <w:rFonts w:ascii="Tahoma" w:hAnsi="Tahoma" w:cs="Tahoma"/>
          <w:rtl/>
        </w:rPr>
        <w:t xml:space="preserve"> 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ا</w:t>
      </w:r>
      <w:r w:rsidRPr="004C6E6A">
        <w:rPr>
          <w:rFonts w:ascii="Tahoma" w:hAnsi="Tahoma" w:cs="Tahoma"/>
          <w:rtl/>
        </w:rPr>
        <w:t xml:space="preserve"> خراب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زم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ن</w:t>
      </w:r>
      <w:r w:rsidRPr="004C6E6A">
        <w:rPr>
          <w:rFonts w:ascii="Tahoma" w:hAnsi="Tahoma" w:cs="Tahoma"/>
          <w:rtl/>
        </w:rPr>
        <w:t xml:space="preserve"> به اندازهٔ کاف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در نظر گرفته شود. رقم دفتر با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د</w:t>
      </w:r>
      <w:r w:rsidRPr="004C6E6A">
        <w:rPr>
          <w:rFonts w:ascii="Tahoma" w:hAnsi="Tahoma" w:cs="Tahoma"/>
          <w:rtl/>
        </w:rPr>
        <w:t xml:space="preserve"> فراهم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شد</w:t>
      </w:r>
      <w:r w:rsidRPr="004C6E6A">
        <w:rPr>
          <w:rFonts w:ascii="Tahoma" w:hAnsi="Tahoma" w:cs="Tahoma"/>
          <w:rtl/>
        </w:rPr>
        <w:t xml:space="preserve"> و تفاوت م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ان</w:t>
      </w:r>
      <w:r w:rsidRPr="004C6E6A">
        <w:rPr>
          <w:rFonts w:ascii="Tahoma" w:hAnsi="Tahoma" w:cs="Tahoma"/>
          <w:rtl/>
        </w:rPr>
        <w:t xml:space="preserve"> رقم و توان واقع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مردم به زور، مصادره 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ا</w:t>
      </w:r>
      <w:r w:rsidRPr="004C6E6A">
        <w:rPr>
          <w:rFonts w:ascii="Tahoma" w:hAnsi="Tahoma" w:cs="Tahoma"/>
          <w:rtl/>
        </w:rPr>
        <w:t xml:space="preserve"> بده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تبد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ل</w:t>
      </w:r>
      <w:r w:rsidRPr="004C6E6A">
        <w:rPr>
          <w:rFonts w:ascii="Tahoma" w:hAnsi="Tahoma" w:cs="Tahoma"/>
          <w:rtl/>
        </w:rPr>
        <w:t xml:space="preserve">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گرد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د</w:t>
      </w:r>
      <w:r w:rsidRPr="004C6E6A">
        <w:rPr>
          <w:rFonts w:ascii="Tahoma" w:hAnsi="Tahoma" w:cs="Tahoma"/>
          <w:rtl/>
        </w:rPr>
        <w:t>.</w:t>
      </w:r>
    </w:p>
    <w:p w:rsidR="004C6E6A" w:rsidRPr="004C6E6A" w:rsidRDefault="004C6E6A" w:rsidP="004C6E6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C6E6A">
        <w:rPr>
          <w:rFonts w:ascii="Tahoma" w:hAnsi="Tahoma" w:cs="Tahoma" w:hint="eastAsia"/>
          <w:rtl/>
        </w:rPr>
        <w:t>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ن</w:t>
      </w:r>
      <w:r w:rsidRPr="004C6E6A">
        <w:rPr>
          <w:rFonts w:ascii="Tahoma" w:hAnsi="Tahoma" w:cs="Tahoma"/>
          <w:rtl/>
        </w:rPr>
        <w:t xml:space="preserve"> فشار از مرکز تا پا</w:t>
      </w:r>
      <w:r w:rsidRPr="004C6E6A">
        <w:rPr>
          <w:rFonts w:ascii="Tahoma" w:hAnsi="Tahoma" w:cs="Tahoma" w:hint="cs"/>
          <w:rtl/>
        </w:rPr>
        <w:t>یی</w:t>
      </w:r>
      <w:r w:rsidRPr="004C6E6A">
        <w:rPr>
          <w:rFonts w:ascii="Tahoma" w:hAnsi="Tahoma" w:cs="Tahoma" w:hint="eastAsia"/>
          <w:rtl/>
        </w:rPr>
        <w:t>ن‌تر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ن</w:t>
      </w:r>
      <w:r w:rsidRPr="004C6E6A">
        <w:rPr>
          <w:rFonts w:ascii="Tahoma" w:hAnsi="Tahoma" w:cs="Tahoma"/>
          <w:rtl/>
        </w:rPr>
        <w:t xml:space="preserve"> سطح پخش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شد</w:t>
      </w:r>
      <w:r w:rsidRPr="004C6E6A">
        <w:rPr>
          <w:rFonts w:ascii="Tahoma" w:hAnsi="Tahoma" w:cs="Tahoma"/>
          <w:rtl/>
        </w:rPr>
        <w:t>. وز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ر</w:t>
      </w:r>
      <w:r w:rsidRPr="004C6E6A">
        <w:rPr>
          <w:rFonts w:ascii="Tahoma" w:hAnsi="Tahoma" w:cs="Tahoma"/>
          <w:rtl/>
        </w:rPr>
        <w:t xml:space="preserve"> از حاکم ولا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ت</w:t>
      </w:r>
      <w:r w:rsidRPr="004C6E6A">
        <w:rPr>
          <w:rFonts w:ascii="Tahoma" w:hAnsi="Tahoma" w:cs="Tahoma"/>
          <w:rtl/>
        </w:rPr>
        <w:t xml:space="preserve"> پول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خواست؛</w:t>
      </w:r>
      <w:r w:rsidRPr="004C6E6A">
        <w:rPr>
          <w:rFonts w:ascii="Tahoma" w:hAnsi="Tahoma" w:cs="Tahoma"/>
          <w:rtl/>
        </w:rPr>
        <w:t xml:space="preserve"> حاکم از مأمور محل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؛</w:t>
      </w:r>
      <w:r w:rsidRPr="004C6E6A">
        <w:rPr>
          <w:rFonts w:ascii="Tahoma" w:hAnsi="Tahoma" w:cs="Tahoma"/>
          <w:rtl/>
        </w:rPr>
        <w:t xml:space="preserve"> مأمور از کدخدا، مالک 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ا</w:t>
      </w:r>
      <w:r w:rsidRPr="004C6E6A">
        <w:rPr>
          <w:rFonts w:ascii="Tahoma" w:hAnsi="Tahoma" w:cs="Tahoma"/>
          <w:rtl/>
        </w:rPr>
        <w:t xml:space="preserve"> کشاورز. هر لا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ه</w:t>
      </w:r>
      <w:r w:rsidRPr="004C6E6A">
        <w:rPr>
          <w:rFonts w:ascii="Tahoma" w:hAnsi="Tahoma" w:cs="Tahoma"/>
          <w:rtl/>
        </w:rPr>
        <w:t xml:space="preserve"> سهم و هز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نهٔ</w:t>
      </w:r>
      <w:r w:rsidRPr="004C6E6A">
        <w:rPr>
          <w:rFonts w:ascii="Tahoma" w:hAnsi="Tahoma" w:cs="Tahoma"/>
          <w:rtl/>
        </w:rPr>
        <w:t xml:space="preserve"> خود را ن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ز</w:t>
      </w:r>
      <w:r w:rsidRPr="004C6E6A">
        <w:rPr>
          <w:rFonts w:ascii="Tahoma" w:hAnsi="Tahoma" w:cs="Tahoma"/>
          <w:rtl/>
        </w:rPr>
        <w:t xml:space="preserve"> بر مبلغ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افزود</w:t>
      </w:r>
      <w:r w:rsidRPr="004C6E6A">
        <w:rPr>
          <w:rFonts w:ascii="Tahoma" w:hAnsi="Tahoma" w:cs="Tahoma"/>
          <w:rtl/>
        </w:rPr>
        <w:t>. آنچه در خزانه به عنوان مال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ات</w:t>
      </w:r>
      <w:r w:rsidRPr="004C6E6A">
        <w:rPr>
          <w:rFonts w:ascii="Tahoma" w:hAnsi="Tahoma" w:cs="Tahoma"/>
          <w:rtl/>
        </w:rPr>
        <w:t xml:space="preserve"> ثبت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شد،</w:t>
      </w:r>
      <w:r w:rsidRPr="004C6E6A">
        <w:rPr>
          <w:rFonts w:ascii="Tahoma" w:hAnsi="Tahoma" w:cs="Tahoma"/>
          <w:rtl/>
        </w:rPr>
        <w:t xml:space="preserve"> ممکن بود فقط بخش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از پول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باشد که </w:t>
      </w:r>
      <w:r w:rsidRPr="004C6E6A">
        <w:rPr>
          <w:rFonts w:ascii="Tahoma" w:hAnsi="Tahoma" w:cs="Tahoma" w:hint="eastAsia"/>
          <w:rtl/>
        </w:rPr>
        <w:t>از</w:t>
      </w:r>
      <w:r w:rsidRPr="004C6E6A">
        <w:rPr>
          <w:rFonts w:ascii="Tahoma" w:hAnsi="Tahoma" w:cs="Tahoma"/>
          <w:rtl/>
        </w:rPr>
        <w:t xml:space="preserve"> مردم گرفته شده بود.</w:t>
      </w:r>
    </w:p>
    <w:p w:rsidR="004C6E6A" w:rsidRPr="004C6E6A" w:rsidRDefault="004C6E6A" w:rsidP="004C6E6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C6E6A">
        <w:rPr>
          <w:rFonts w:ascii="Tahoma" w:hAnsi="Tahoma" w:cs="Tahoma" w:hint="eastAsia"/>
          <w:rtl/>
        </w:rPr>
        <w:t>فروش</w:t>
      </w:r>
      <w:r w:rsidRPr="004C6E6A">
        <w:rPr>
          <w:rFonts w:ascii="Tahoma" w:hAnsi="Tahoma" w:cs="Tahoma"/>
          <w:rtl/>
        </w:rPr>
        <w:t xml:space="preserve"> 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ا</w:t>
      </w:r>
      <w:r w:rsidRPr="004C6E6A">
        <w:rPr>
          <w:rFonts w:ascii="Tahoma" w:hAnsi="Tahoma" w:cs="Tahoma"/>
          <w:rtl/>
        </w:rPr>
        <w:t xml:space="preserve"> واگذار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مقام‌ها 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ن</w:t>
      </w:r>
      <w:r w:rsidRPr="004C6E6A">
        <w:rPr>
          <w:rFonts w:ascii="Tahoma" w:hAnsi="Tahoma" w:cs="Tahoma"/>
          <w:rtl/>
        </w:rPr>
        <w:t xml:space="preserve"> مشکل را افزا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ش</w:t>
      </w:r>
      <w:r w:rsidRPr="004C6E6A">
        <w:rPr>
          <w:rFonts w:ascii="Tahoma" w:hAnsi="Tahoma" w:cs="Tahoma"/>
          <w:rtl/>
        </w:rPr>
        <w:t xml:space="preserve">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داد</w:t>
      </w:r>
      <w:r w:rsidRPr="004C6E6A">
        <w:rPr>
          <w:rFonts w:ascii="Tahoma" w:hAnsi="Tahoma" w:cs="Tahoma"/>
          <w:rtl/>
        </w:rPr>
        <w:t>. کس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که برا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رس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دن</w:t>
      </w:r>
      <w:r w:rsidRPr="004C6E6A">
        <w:rPr>
          <w:rFonts w:ascii="Tahoma" w:hAnsi="Tahoma" w:cs="Tahoma"/>
          <w:rtl/>
        </w:rPr>
        <w:t xml:space="preserve"> به منصب هز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نه</w:t>
      </w:r>
      <w:r w:rsidRPr="004C6E6A">
        <w:rPr>
          <w:rFonts w:ascii="Tahoma" w:hAnsi="Tahoma" w:cs="Tahoma"/>
          <w:rtl/>
        </w:rPr>
        <w:t xml:space="preserve"> کرده بود آن را خدمت عموم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نم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د؛</w:t>
      </w:r>
      <w:r w:rsidRPr="004C6E6A">
        <w:rPr>
          <w:rFonts w:ascii="Tahoma" w:hAnsi="Tahoma" w:cs="Tahoma"/>
          <w:rtl/>
        </w:rPr>
        <w:t xml:space="preserve"> سرما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ه‌ا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دانست</w:t>
      </w:r>
      <w:r w:rsidRPr="004C6E6A">
        <w:rPr>
          <w:rFonts w:ascii="Tahoma" w:hAnsi="Tahoma" w:cs="Tahoma"/>
          <w:rtl/>
        </w:rPr>
        <w:t xml:space="preserve"> که با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د</w:t>
      </w:r>
      <w:r w:rsidRPr="004C6E6A">
        <w:rPr>
          <w:rFonts w:ascii="Tahoma" w:hAnsi="Tahoma" w:cs="Tahoma"/>
          <w:rtl/>
        </w:rPr>
        <w:t xml:space="preserve"> از آن سود ببرد. اگر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دانست</w:t>
      </w:r>
      <w:r w:rsidRPr="004C6E6A">
        <w:rPr>
          <w:rFonts w:ascii="Tahoma" w:hAnsi="Tahoma" w:cs="Tahoma"/>
          <w:rtl/>
        </w:rPr>
        <w:t xml:space="preserve"> ممکن است سال بعد برکنار شود، انگ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زه</w:t>
      </w:r>
      <w:r w:rsidRPr="004C6E6A">
        <w:rPr>
          <w:rFonts w:ascii="Tahoma" w:hAnsi="Tahoma" w:cs="Tahoma"/>
          <w:rtl/>
        </w:rPr>
        <w:t xml:space="preserve"> داشت در کوتاه‌تر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ن</w:t>
      </w:r>
      <w:r w:rsidRPr="004C6E6A">
        <w:rPr>
          <w:rFonts w:ascii="Tahoma" w:hAnsi="Tahoma" w:cs="Tahoma"/>
          <w:rtl/>
        </w:rPr>
        <w:t xml:space="preserve"> زمان ب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شتر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ن</w:t>
      </w:r>
      <w:r w:rsidRPr="004C6E6A">
        <w:rPr>
          <w:rFonts w:ascii="Tahoma" w:hAnsi="Tahoma" w:cs="Tahoma"/>
          <w:rtl/>
        </w:rPr>
        <w:t xml:space="preserve"> درآمد را به دس</w:t>
      </w:r>
      <w:r w:rsidRPr="004C6E6A">
        <w:rPr>
          <w:rFonts w:ascii="Tahoma" w:hAnsi="Tahoma" w:cs="Tahoma" w:hint="eastAsia"/>
          <w:rtl/>
        </w:rPr>
        <w:t>ت</w:t>
      </w:r>
      <w:r w:rsidRPr="004C6E6A">
        <w:rPr>
          <w:rFonts w:ascii="Tahoma" w:hAnsi="Tahoma" w:cs="Tahoma"/>
          <w:rtl/>
        </w:rPr>
        <w:t xml:space="preserve"> آورد.</w:t>
      </w:r>
    </w:p>
    <w:p w:rsidR="004C6E6A" w:rsidRPr="004C6E6A" w:rsidRDefault="004C6E6A" w:rsidP="004C6E6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C6E6A">
        <w:rPr>
          <w:rFonts w:ascii="Tahoma" w:hAnsi="Tahoma" w:cs="Tahoma" w:hint="eastAsia"/>
          <w:rtl/>
        </w:rPr>
        <w:t>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وان</w:t>
      </w:r>
      <w:r w:rsidRPr="004C6E6A">
        <w:rPr>
          <w:rFonts w:ascii="Tahoma" w:hAnsi="Tahoma" w:cs="Tahoma"/>
          <w:rtl/>
        </w:rPr>
        <w:t xml:space="preserve"> هنوز از 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ن</w:t>
      </w:r>
      <w:r w:rsidRPr="004C6E6A">
        <w:rPr>
          <w:rFonts w:ascii="Tahoma" w:hAnsi="Tahoma" w:cs="Tahoma"/>
          <w:rtl/>
        </w:rPr>
        <w:t xml:space="preserve"> وضع آگاه بود. مستوف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ان،</w:t>
      </w:r>
      <w:r w:rsidRPr="004C6E6A">
        <w:rPr>
          <w:rFonts w:ascii="Tahoma" w:hAnsi="Tahoma" w:cs="Tahoma"/>
          <w:rtl/>
        </w:rPr>
        <w:t xml:space="preserve"> دب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ران</w:t>
      </w:r>
      <w:r w:rsidRPr="004C6E6A">
        <w:rPr>
          <w:rFonts w:ascii="Tahoma" w:hAnsi="Tahoma" w:cs="Tahoma"/>
          <w:rtl/>
        </w:rPr>
        <w:t xml:space="preserve"> و برخ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وز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ران</w:t>
      </w:r>
      <w:r w:rsidRPr="004C6E6A">
        <w:rPr>
          <w:rFonts w:ascii="Tahoma" w:hAnsi="Tahoma" w:cs="Tahoma"/>
          <w:rtl/>
        </w:rPr>
        <w:t xml:space="preserve">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توانستند</w:t>
      </w:r>
      <w:r w:rsidRPr="004C6E6A">
        <w:rPr>
          <w:rFonts w:ascii="Tahoma" w:hAnsi="Tahoma" w:cs="Tahoma"/>
          <w:rtl/>
        </w:rPr>
        <w:t xml:space="preserve"> کاهش درآمد، خراب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ولا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ت</w:t>
      </w:r>
      <w:r w:rsidRPr="004C6E6A">
        <w:rPr>
          <w:rFonts w:ascii="Tahoma" w:hAnsi="Tahoma" w:cs="Tahoma"/>
          <w:rtl/>
        </w:rPr>
        <w:t xml:space="preserve"> و ضعف قشون را در گزارش‌ها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خود بب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نند</w:t>
      </w:r>
      <w:r w:rsidRPr="004C6E6A">
        <w:rPr>
          <w:rFonts w:ascii="Tahoma" w:hAnsi="Tahoma" w:cs="Tahoma"/>
          <w:rtl/>
        </w:rPr>
        <w:t xml:space="preserve">. اما دانستن مشکل با توان حل آن 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کسان</w:t>
      </w:r>
      <w:r w:rsidRPr="004C6E6A">
        <w:rPr>
          <w:rFonts w:ascii="Tahoma" w:hAnsi="Tahoma" w:cs="Tahoma"/>
          <w:rtl/>
        </w:rPr>
        <w:t xml:space="preserve"> نبود. اصلاح به حما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ت</w:t>
      </w:r>
      <w:r w:rsidRPr="004C6E6A">
        <w:rPr>
          <w:rFonts w:ascii="Tahoma" w:hAnsi="Tahoma" w:cs="Tahoma"/>
          <w:rtl/>
        </w:rPr>
        <w:t xml:space="preserve"> پا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دار</w:t>
      </w:r>
      <w:r w:rsidRPr="004C6E6A">
        <w:rPr>
          <w:rFonts w:ascii="Tahoma" w:hAnsi="Tahoma" w:cs="Tahoma"/>
          <w:rtl/>
        </w:rPr>
        <w:t xml:space="preserve"> شاه ن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از</w:t>
      </w:r>
      <w:r w:rsidRPr="004C6E6A">
        <w:rPr>
          <w:rFonts w:ascii="Tahoma" w:hAnsi="Tahoma" w:cs="Tahoma"/>
          <w:rtl/>
        </w:rPr>
        <w:t xml:space="preserve"> داشت و سلطان حس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ن</w:t>
      </w:r>
      <w:r w:rsidRPr="004C6E6A">
        <w:rPr>
          <w:rFonts w:ascii="Tahoma" w:hAnsi="Tahoma" w:cs="Tahoma"/>
          <w:rtl/>
        </w:rPr>
        <w:t xml:space="preserve"> در برابر فشار گروه‌ها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حرم، دربار و صاحب‌منصبان توان 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ستادگ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لازم را نداشت.</w:t>
      </w:r>
    </w:p>
    <w:p w:rsidR="004C6E6A" w:rsidRPr="004C6E6A" w:rsidRDefault="004C6E6A" w:rsidP="004C6E6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C6E6A">
        <w:rPr>
          <w:rFonts w:ascii="Tahoma" w:hAnsi="Tahoma" w:cs="Tahoma" w:hint="eastAsia"/>
          <w:rtl/>
        </w:rPr>
        <w:t>وز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ر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که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خواست</w:t>
      </w:r>
      <w:r w:rsidRPr="004C6E6A">
        <w:rPr>
          <w:rFonts w:ascii="Tahoma" w:hAnsi="Tahoma" w:cs="Tahoma"/>
          <w:rtl/>
        </w:rPr>
        <w:t xml:space="preserve"> هز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نه‌ها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دربار را محدود کند 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ا</w:t>
      </w:r>
      <w:r w:rsidRPr="004C6E6A">
        <w:rPr>
          <w:rFonts w:ascii="Tahoma" w:hAnsi="Tahoma" w:cs="Tahoma"/>
          <w:rtl/>
        </w:rPr>
        <w:t xml:space="preserve"> مقام‌ها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فروخته‌شده را بازپس 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رد،</w:t>
      </w:r>
      <w:r w:rsidRPr="004C6E6A">
        <w:rPr>
          <w:rFonts w:ascii="Tahoma" w:hAnsi="Tahoma" w:cs="Tahoma"/>
          <w:rtl/>
        </w:rPr>
        <w:t xml:space="preserve"> دشمنان ن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رومند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پ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دا</w:t>
      </w:r>
      <w:r w:rsidRPr="004C6E6A">
        <w:rPr>
          <w:rFonts w:ascii="Tahoma" w:hAnsi="Tahoma" w:cs="Tahoma"/>
          <w:rtl/>
        </w:rPr>
        <w:t xml:space="preserve">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کرد</w:t>
      </w:r>
      <w:r w:rsidRPr="004C6E6A">
        <w:rPr>
          <w:rFonts w:ascii="Tahoma" w:hAnsi="Tahoma" w:cs="Tahoma"/>
          <w:rtl/>
        </w:rPr>
        <w:t>. اگر شاه در م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انهٔ</w:t>
      </w:r>
      <w:r w:rsidRPr="004C6E6A">
        <w:rPr>
          <w:rFonts w:ascii="Tahoma" w:hAnsi="Tahoma" w:cs="Tahoma"/>
          <w:rtl/>
        </w:rPr>
        <w:t xml:space="preserve"> کار از حما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ت</w:t>
      </w:r>
      <w:r w:rsidRPr="004C6E6A">
        <w:rPr>
          <w:rFonts w:ascii="Tahoma" w:hAnsi="Tahoma" w:cs="Tahoma"/>
          <w:rtl/>
        </w:rPr>
        <w:t xml:space="preserve"> او دست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کش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د،</w:t>
      </w:r>
      <w:r w:rsidRPr="004C6E6A">
        <w:rPr>
          <w:rFonts w:ascii="Tahoma" w:hAnsi="Tahoma" w:cs="Tahoma"/>
          <w:rtl/>
        </w:rPr>
        <w:t xml:space="preserve"> نه فقط اصلاح متوقف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شد،</w:t>
      </w:r>
      <w:r w:rsidRPr="004C6E6A">
        <w:rPr>
          <w:rFonts w:ascii="Tahoma" w:hAnsi="Tahoma" w:cs="Tahoma"/>
          <w:rtl/>
        </w:rPr>
        <w:t xml:space="preserve"> بلکه خود وز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ر</w:t>
      </w:r>
      <w:r w:rsidRPr="004C6E6A">
        <w:rPr>
          <w:rFonts w:ascii="Tahoma" w:hAnsi="Tahoma" w:cs="Tahoma"/>
          <w:rtl/>
        </w:rPr>
        <w:t xml:space="preserve"> ن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ز</w:t>
      </w:r>
      <w:r w:rsidRPr="004C6E6A">
        <w:rPr>
          <w:rFonts w:ascii="Tahoma" w:hAnsi="Tahoma" w:cs="Tahoma"/>
          <w:rtl/>
        </w:rPr>
        <w:t xml:space="preserve"> ممکن بود مقام، دارا</w:t>
      </w:r>
      <w:r w:rsidRPr="004C6E6A">
        <w:rPr>
          <w:rFonts w:ascii="Tahoma" w:hAnsi="Tahoma" w:cs="Tahoma" w:hint="cs"/>
          <w:rtl/>
        </w:rPr>
        <w:t>یی</w:t>
      </w:r>
      <w:r w:rsidRPr="004C6E6A">
        <w:rPr>
          <w:rFonts w:ascii="Tahoma" w:hAnsi="Tahoma" w:cs="Tahoma"/>
          <w:rtl/>
        </w:rPr>
        <w:t xml:space="preserve"> 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ا</w:t>
      </w:r>
      <w:r w:rsidRPr="004C6E6A">
        <w:rPr>
          <w:rFonts w:ascii="Tahoma" w:hAnsi="Tahoma" w:cs="Tahoma"/>
          <w:rtl/>
        </w:rPr>
        <w:t xml:space="preserve"> جانش را از دست بدهد.</w:t>
      </w:r>
    </w:p>
    <w:p w:rsidR="004C6E6A" w:rsidRPr="004C6E6A" w:rsidRDefault="004C6E6A" w:rsidP="004C6E6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C6E6A">
        <w:rPr>
          <w:rFonts w:ascii="Tahoma" w:hAnsi="Tahoma" w:cs="Tahoma" w:hint="eastAsia"/>
          <w:rtl/>
        </w:rPr>
        <w:t>فتحعل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خان</w:t>
      </w:r>
      <w:r w:rsidRPr="004C6E6A">
        <w:rPr>
          <w:rFonts w:ascii="Tahoma" w:hAnsi="Tahoma" w:cs="Tahoma"/>
          <w:rtl/>
        </w:rPr>
        <w:t xml:space="preserve"> داغستان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از وز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ران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بود که در سال‌ها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پا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ان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حکومت صفو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به قدرت رس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د</w:t>
      </w:r>
      <w:r w:rsidRPr="004C6E6A">
        <w:rPr>
          <w:rFonts w:ascii="Tahoma" w:hAnsi="Tahoma" w:cs="Tahoma"/>
          <w:rtl/>
        </w:rPr>
        <w:t xml:space="preserve"> و کوش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د</w:t>
      </w:r>
      <w:r w:rsidRPr="004C6E6A">
        <w:rPr>
          <w:rFonts w:ascii="Tahoma" w:hAnsi="Tahoma" w:cs="Tahoma"/>
          <w:rtl/>
        </w:rPr>
        <w:t xml:space="preserve"> امور مال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و ادار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را سامان دهد. اما نفوذ او ن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ز</w:t>
      </w:r>
      <w:r w:rsidRPr="004C6E6A">
        <w:rPr>
          <w:rFonts w:ascii="Tahoma" w:hAnsi="Tahoma" w:cs="Tahoma"/>
          <w:rtl/>
        </w:rPr>
        <w:t xml:space="preserve"> حسادت و دشمن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دربار را برانگ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خت</w:t>
      </w:r>
      <w:r w:rsidRPr="004C6E6A">
        <w:rPr>
          <w:rFonts w:ascii="Tahoma" w:hAnsi="Tahoma" w:cs="Tahoma"/>
          <w:rtl/>
        </w:rPr>
        <w:t>. اتهام، رقابت و بدگمان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سرانجام به برکنار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و مجازات او انجام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د</w:t>
      </w:r>
      <w:r w:rsidRPr="004C6E6A">
        <w:rPr>
          <w:rFonts w:ascii="Tahoma" w:hAnsi="Tahoma" w:cs="Tahoma"/>
          <w:rtl/>
        </w:rPr>
        <w:t>. حذف وز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ر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توانا در آستان</w:t>
      </w:r>
      <w:r w:rsidRPr="004C6E6A">
        <w:rPr>
          <w:rFonts w:ascii="Tahoma" w:hAnsi="Tahoma" w:cs="Tahoma" w:hint="eastAsia"/>
          <w:rtl/>
        </w:rPr>
        <w:t>هٔ</w:t>
      </w:r>
      <w:r w:rsidRPr="004C6E6A">
        <w:rPr>
          <w:rFonts w:ascii="Tahoma" w:hAnsi="Tahoma" w:cs="Tahoma"/>
          <w:rtl/>
        </w:rPr>
        <w:t xml:space="preserve"> بحران، مرکز را از 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ک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از معدود کسان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محروم کرد که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توانست</w:t>
      </w:r>
      <w:r w:rsidRPr="004C6E6A">
        <w:rPr>
          <w:rFonts w:ascii="Tahoma" w:hAnsi="Tahoma" w:cs="Tahoma"/>
          <w:rtl/>
        </w:rPr>
        <w:t xml:space="preserve"> م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ان</w:t>
      </w:r>
      <w:r w:rsidRPr="004C6E6A">
        <w:rPr>
          <w:rFonts w:ascii="Tahoma" w:hAnsi="Tahoma" w:cs="Tahoma"/>
          <w:rtl/>
        </w:rPr>
        <w:t xml:space="preserve"> 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وان،</w:t>
      </w:r>
      <w:r w:rsidRPr="004C6E6A">
        <w:rPr>
          <w:rFonts w:ascii="Tahoma" w:hAnsi="Tahoma" w:cs="Tahoma"/>
          <w:rtl/>
        </w:rPr>
        <w:t xml:space="preserve"> قشون و 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الات</w:t>
      </w:r>
      <w:r w:rsidRPr="004C6E6A">
        <w:rPr>
          <w:rFonts w:ascii="Tahoma" w:hAnsi="Tahoma" w:cs="Tahoma"/>
          <w:rtl/>
        </w:rPr>
        <w:t xml:space="preserve"> هماهنگ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جاد</w:t>
      </w:r>
      <w:r w:rsidRPr="004C6E6A">
        <w:rPr>
          <w:rFonts w:ascii="Tahoma" w:hAnsi="Tahoma" w:cs="Tahoma"/>
          <w:rtl/>
        </w:rPr>
        <w:t xml:space="preserve"> کند.</w:t>
      </w:r>
    </w:p>
    <w:p w:rsidR="004C6E6A" w:rsidRPr="004C6E6A" w:rsidRDefault="004C6E6A" w:rsidP="004C6E6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C6E6A">
        <w:rPr>
          <w:rFonts w:ascii="Tahoma" w:hAnsi="Tahoma" w:cs="Tahoma" w:hint="eastAsia"/>
          <w:rtl/>
        </w:rPr>
        <w:t>سرنوشت</w:t>
      </w:r>
      <w:r w:rsidRPr="004C6E6A">
        <w:rPr>
          <w:rFonts w:ascii="Tahoma" w:hAnsi="Tahoma" w:cs="Tahoma"/>
          <w:rtl/>
        </w:rPr>
        <w:t xml:space="preserve"> او بار 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گر</w:t>
      </w:r>
      <w:r w:rsidRPr="004C6E6A">
        <w:rPr>
          <w:rFonts w:ascii="Tahoma" w:hAnsi="Tahoma" w:cs="Tahoma"/>
          <w:rtl/>
        </w:rPr>
        <w:t xml:space="preserve"> نشان داد که مشکل 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ران</w:t>
      </w:r>
      <w:r w:rsidRPr="004C6E6A">
        <w:rPr>
          <w:rFonts w:ascii="Tahoma" w:hAnsi="Tahoma" w:cs="Tahoma"/>
          <w:rtl/>
        </w:rPr>
        <w:t xml:space="preserve"> نداشتن افراد آگاه نبود. حکومت کسان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را داشت که ضعف‌ها را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دند،</w:t>
      </w:r>
      <w:r w:rsidRPr="004C6E6A">
        <w:rPr>
          <w:rFonts w:ascii="Tahoma" w:hAnsi="Tahoma" w:cs="Tahoma"/>
          <w:rtl/>
        </w:rPr>
        <w:t xml:space="preserve"> اما ساختمان قدرت امن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ت</w:t>
      </w:r>
      <w:r w:rsidRPr="004C6E6A">
        <w:rPr>
          <w:rFonts w:ascii="Tahoma" w:hAnsi="Tahoma" w:cs="Tahoma"/>
          <w:rtl/>
        </w:rPr>
        <w:t xml:space="preserve"> و اخت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ار</w:t>
      </w:r>
      <w:r w:rsidRPr="004C6E6A">
        <w:rPr>
          <w:rFonts w:ascii="Tahoma" w:hAnsi="Tahoma" w:cs="Tahoma"/>
          <w:rtl/>
        </w:rPr>
        <w:t xml:space="preserve"> لازم برا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اصلاح را در اخت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ارشان</w:t>
      </w:r>
      <w:r w:rsidRPr="004C6E6A">
        <w:rPr>
          <w:rFonts w:ascii="Tahoma" w:hAnsi="Tahoma" w:cs="Tahoma"/>
          <w:rtl/>
        </w:rPr>
        <w:t xml:space="preserve"> نم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گذاشت</w:t>
      </w:r>
      <w:r w:rsidRPr="004C6E6A">
        <w:rPr>
          <w:rFonts w:ascii="Tahoma" w:hAnsi="Tahoma" w:cs="Tahoma"/>
          <w:rtl/>
        </w:rPr>
        <w:t>. وز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ر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که به شاه وابسته بود با تغ</w:t>
      </w:r>
      <w:r w:rsidRPr="004C6E6A">
        <w:rPr>
          <w:rFonts w:ascii="Tahoma" w:hAnsi="Tahoma" w:cs="Tahoma" w:hint="cs"/>
          <w:rtl/>
        </w:rPr>
        <w:t>یی</w:t>
      </w:r>
      <w:r w:rsidRPr="004C6E6A">
        <w:rPr>
          <w:rFonts w:ascii="Tahoma" w:hAnsi="Tahoma" w:cs="Tahoma" w:hint="eastAsia"/>
          <w:rtl/>
        </w:rPr>
        <w:t>ر</w:t>
      </w:r>
      <w:r w:rsidRPr="004C6E6A">
        <w:rPr>
          <w:rFonts w:ascii="Tahoma" w:hAnsi="Tahoma" w:cs="Tahoma"/>
          <w:rtl/>
        </w:rPr>
        <w:t xml:space="preserve"> نظر شاه از همهٔ ابزارها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خود محروم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شد</w:t>
      </w:r>
      <w:r w:rsidRPr="004C6E6A">
        <w:rPr>
          <w:rFonts w:ascii="Tahoma" w:hAnsi="Tahoma" w:cs="Tahoma"/>
          <w:rtl/>
        </w:rPr>
        <w:t>.</w:t>
      </w:r>
    </w:p>
    <w:p w:rsidR="004C6E6A" w:rsidRPr="004C6E6A" w:rsidRDefault="004C6E6A" w:rsidP="004C6E6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C6E6A">
        <w:rPr>
          <w:rFonts w:ascii="Tahoma" w:hAnsi="Tahoma" w:cs="Tahoma" w:hint="eastAsia"/>
          <w:rtl/>
        </w:rPr>
        <w:t>دربار</w:t>
      </w:r>
      <w:r w:rsidRPr="004C6E6A">
        <w:rPr>
          <w:rFonts w:ascii="Tahoma" w:hAnsi="Tahoma" w:cs="Tahoma"/>
          <w:rtl/>
        </w:rPr>
        <w:t xml:space="preserve"> در هم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ن</w:t>
      </w:r>
      <w:r w:rsidRPr="004C6E6A">
        <w:rPr>
          <w:rFonts w:ascii="Tahoma" w:hAnsi="Tahoma" w:cs="Tahoma"/>
          <w:rtl/>
        </w:rPr>
        <w:t xml:space="preserve"> حال از خبرها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واقع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الات</w:t>
      </w:r>
      <w:r w:rsidRPr="004C6E6A">
        <w:rPr>
          <w:rFonts w:ascii="Tahoma" w:hAnsi="Tahoma" w:cs="Tahoma"/>
          <w:rtl/>
        </w:rPr>
        <w:t xml:space="preserve"> دورتر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شد</w:t>
      </w:r>
      <w:r w:rsidRPr="004C6E6A">
        <w:rPr>
          <w:rFonts w:ascii="Tahoma" w:hAnsi="Tahoma" w:cs="Tahoma"/>
          <w:rtl/>
        </w:rPr>
        <w:t>. گزارش‌ها برا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رس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دن</w:t>
      </w:r>
      <w:r w:rsidRPr="004C6E6A">
        <w:rPr>
          <w:rFonts w:ascii="Tahoma" w:hAnsi="Tahoma" w:cs="Tahoma"/>
          <w:rtl/>
        </w:rPr>
        <w:t xml:space="preserve"> به شاه از لا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ه‌ها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متعدد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گذشتند</w:t>
      </w:r>
      <w:r w:rsidRPr="004C6E6A">
        <w:rPr>
          <w:rFonts w:ascii="Tahoma" w:hAnsi="Tahoma" w:cs="Tahoma"/>
          <w:rtl/>
        </w:rPr>
        <w:t xml:space="preserve"> و هر لا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ه</w:t>
      </w:r>
      <w:r w:rsidRPr="004C6E6A">
        <w:rPr>
          <w:rFonts w:ascii="Tahoma" w:hAnsi="Tahoma" w:cs="Tahoma"/>
          <w:rtl/>
        </w:rPr>
        <w:t xml:space="preserve"> ممکن بود آنها را تغ</w:t>
      </w:r>
      <w:r w:rsidRPr="004C6E6A">
        <w:rPr>
          <w:rFonts w:ascii="Tahoma" w:hAnsi="Tahoma" w:cs="Tahoma" w:hint="cs"/>
          <w:rtl/>
        </w:rPr>
        <w:t>یی</w:t>
      </w:r>
      <w:r w:rsidRPr="004C6E6A">
        <w:rPr>
          <w:rFonts w:ascii="Tahoma" w:hAnsi="Tahoma" w:cs="Tahoma" w:hint="eastAsia"/>
          <w:rtl/>
        </w:rPr>
        <w:t>ر</w:t>
      </w:r>
      <w:r w:rsidRPr="004C6E6A">
        <w:rPr>
          <w:rFonts w:ascii="Tahoma" w:hAnsi="Tahoma" w:cs="Tahoma"/>
          <w:rtl/>
        </w:rPr>
        <w:t xml:space="preserve"> دهد. حاکم محل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نم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خواست</w:t>
      </w:r>
      <w:r w:rsidRPr="004C6E6A">
        <w:rPr>
          <w:rFonts w:ascii="Tahoma" w:hAnsi="Tahoma" w:cs="Tahoma"/>
          <w:rtl/>
        </w:rPr>
        <w:t xml:space="preserve"> ضعف خود را آشکار کند، وز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ر</w:t>
      </w:r>
      <w:r w:rsidRPr="004C6E6A">
        <w:rPr>
          <w:rFonts w:ascii="Tahoma" w:hAnsi="Tahoma" w:cs="Tahoma"/>
          <w:rtl/>
        </w:rPr>
        <w:t xml:space="preserve"> از رساندن خبر ناخوشا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ند</w:t>
      </w:r>
      <w:r w:rsidRPr="004C6E6A">
        <w:rPr>
          <w:rFonts w:ascii="Tahoma" w:hAnsi="Tahoma" w:cs="Tahoma"/>
          <w:rtl/>
        </w:rPr>
        <w:t xml:space="preserve"> ب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م</w:t>
      </w:r>
      <w:r w:rsidRPr="004C6E6A">
        <w:rPr>
          <w:rFonts w:ascii="Tahoma" w:hAnsi="Tahoma" w:cs="Tahoma"/>
          <w:rtl/>
        </w:rPr>
        <w:t xml:space="preserve"> داشت و نزد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کان</w:t>
      </w:r>
      <w:r w:rsidRPr="004C6E6A">
        <w:rPr>
          <w:rFonts w:ascii="Tahoma" w:hAnsi="Tahoma" w:cs="Tahoma"/>
          <w:rtl/>
        </w:rPr>
        <w:t xml:space="preserve"> شاه ممکن بود موضوع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را که آرامش دربار را برهم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زد</w:t>
      </w:r>
      <w:r w:rsidRPr="004C6E6A">
        <w:rPr>
          <w:rFonts w:ascii="Tahoma" w:hAnsi="Tahoma" w:cs="Tahoma"/>
          <w:rtl/>
        </w:rPr>
        <w:t xml:space="preserve"> به تأخ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ر</w:t>
      </w:r>
      <w:r w:rsidRPr="004C6E6A">
        <w:rPr>
          <w:rFonts w:ascii="Tahoma" w:hAnsi="Tahoma" w:cs="Tahoma"/>
          <w:rtl/>
        </w:rPr>
        <w:t xml:space="preserve"> اندازند.</w:t>
      </w:r>
    </w:p>
    <w:p w:rsidR="004C6E6A" w:rsidRPr="004C6E6A" w:rsidRDefault="004C6E6A" w:rsidP="004C6E6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C6E6A">
        <w:rPr>
          <w:rFonts w:ascii="Tahoma" w:hAnsi="Tahoma" w:cs="Tahoma" w:hint="eastAsia"/>
          <w:rtl/>
        </w:rPr>
        <w:t>در</w:t>
      </w:r>
      <w:r w:rsidRPr="004C6E6A">
        <w:rPr>
          <w:rFonts w:ascii="Tahoma" w:hAnsi="Tahoma" w:cs="Tahoma"/>
          <w:rtl/>
        </w:rPr>
        <w:t xml:space="preserve"> نت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جه،</w:t>
      </w:r>
      <w:r w:rsidRPr="004C6E6A">
        <w:rPr>
          <w:rFonts w:ascii="Tahoma" w:hAnsi="Tahoma" w:cs="Tahoma"/>
          <w:rtl/>
        </w:rPr>
        <w:t xml:space="preserve"> مرکز گاه زمان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از شدت بحران آگاه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شد</w:t>
      </w:r>
      <w:r w:rsidRPr="004C6E6A">
        <w:rPr>
          <w:rFonts w:ascii="Tahoma" w:hAnsi="Tahoma" w:cs="Tahoma"/>
          <w:rtl/>
        </w:rPr>
        <w:t xml:space="preserve"> که فرصت اصلاح از دست رفته بود. شورش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که در آغاز با تغ</w:t>
      </w:r>
      <w:r w:rsidRPr="004C6E6A">
        <w:rPr>
          <w:rFonts w:ascii="Tahoma" w:hAnsi="Tahoma" w:cs="Tahoma" w:hint="cs"/>
          <w:rtl/>
        </w:rPr>
        <w:t>یی</w:t>
      </w:r>
      <w:r w:rsidRPr="004C6E6A">
        <w:rPr>
          <w:rFonts w:ascii="Tahoma" w:hAnsi="Tahoma" w:cs="Tahoma" w:hint="eastAsia"/>
          <w:rtl/>
        </w:rPr>
        <w:t>ر</w:t>
      </w:r>
      <w:r w:rsidRPr="004C6E6A">
        <w:rPr>
          <w:rFonts w:ascii="Tahoma" w:hAnsi="Tahoma" w:cs="Tahoma"/>
          <w:rtl/>
        </w:rPr>
        <w:t xml:space="preserve"> حاکم، کاهش فشار 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ا</w:t>
      </w:r>
      <w:r w:rsidRPr="004C6E6A">
        <w:rPr>
          <w:rFonts w:ascii="Tahoma" w:hAnsi="Tahoma" w:cs="Tahoma"/>
          <w:rtl/>
        </w:rPr>
        <w:t xml:space="preserve"> گفت‌وگو قابل مهار بود، پس از ماه‌ها 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ا</w:t>
      </w:r>
      <w:r w:rsidRPr="004C6E6A">
        <w:rPr>
          <w:rFonts w:ascii="Tahoma" w:hAnsi="Tahoma" w:cs="Tahoma"/>
          <w:rtl/>
        </w:rPr>
        <w:t xml:space="preserve"> سال‌ها به ن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رو</w:t>
      </w:r>
      <w:r w:rsidRPr="004C6E6A">
        <w:rPr>
          <w:rFonts w:ascii="Tahoma" w:hAnsi="Tahoma" w:cs="Tahoma" w:hint="cs"/>
          <w:rtl/>
        </w:rPr>
        <w:t>یی</w:t>
      </w:r>
      <w:r w:rsidRPr="004C6E6A">
        <w:rPr>
          <w:rFonts w:ascii="Tahoma" w:hAnsi="Tahoma" w:cs="Tahoma"/>
          <w:rtl/>
        </w:rPr>
        <w:t xml:space="preserve"> نظام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تبد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ل</w:t>
      </w:r>
      <w:r w:rsidRPr="004C6E6A">
        <w:rPr>
          <w:rFonts w:ascii="Tahoma" w:hAnsi="Tahoma" w:cs="Tahoma"/>
          <w:rtl/>
        </w:rPr>
        <w:t xml:space="preserve">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شد</w:t>
      </w:r>
      <w:r w:rsidRPr="004C6E6A">
        <w:rPr>
          <w:rFonts w:ascii="Tahoma" w:hAnsi="Tahoma" w:cs="Tahoma"/>
          <w:rtl/>
        </w:rPr>
        <w:t>. فاصلهٔ جغراف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ا</w:t>
      </w:r>
      <w:r w:rsidRPr="004C6E6A">
        <w:rPr>
          <w:rFonts w:ascii="Tahoma" w:hAnsi="Tahoma" w:cs="Tahoma" w:hint="cs"/>
          <w:rtl/>
        </w:rPr>
        <w:t>یی</w:t>
      </w:r>
      <w:r w:rsidRPr="004C6E6A">
        <w:rPr>
          <w:rFonts w:ascii="Tahoma" w:hAnsi="Tahoma" w:cs="Tahoma"/>
          <w:rtl/>
        </w:rPr>
        <w:t xml:space="preserve"> با فاصلهٔ اطلاعات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همراه شده بود.</w:t>
      </w:r>
    </w:p>
    <w:p w:rsidR="004C6E6A" w:rsidRPr="004C6E6A" w:rsidRDefault="004C6E6A" w:rsidP="004C6E6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C6E6A">
        <w:rPr>
          <w:rFonts w:ascii="Tahoma" w:hAnsi="Tahoma" w:cs="Tahoma" w:hint="eastAsia"/>
          <w:rtl/>
        </w:rPr>
        <w:t>قندهار</w:t>
      </w:r>
      <w:r w:rsidRPr="004C6E6A">
        <w:rPr>
          <w:rFonts w:ascii="Tahoma" w:hAnsi="Tahoma" w:cs="Tahoma"/>
          <w:rtl/>
        </w:rPr>
        <w:t xml:space="preserve"> 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ک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از مناطق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بود که همهٔ 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ن</w:t>
      </w:r>
      <w:r w:rsidRPr="004C6E6A">
        <w:rPr>
          <w:rFonts w:ascii="Tahoma" w:hAnsi="Tahoma" w:cs="Tahoma"/>
          <w:rtl/>
        </w:rPr>
        <w:t xml:space="preserve"> ضعف‌ها در آن به هم رس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دند</w:t>
      </w:r>
      <w:r w:rsidRPr="004C6E6A">
        <w:rPr>
          <w:rFonts w:ascii="Tahoma" w:hAnsi="Tahoma" w:cs="Tahoma"/>
          <w:rtl/>
        </w:rPr>
        <w:t>. 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ن</w:t>
      </w:r>
      <w:r w:rsidRPr="004C6E6A">
        <w:rPr>
          <w:rFonts w:ascii="Tahoma" w:hAnsi="Tahoma" w:cs="Tahoma"/>
          <w:rtl/>
        </w:rPr>
        <w:t xml:space="preserve"> منطقه از نظر نظام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،</w:t>
      </w:r>
      <w:r w:rsidRPr="004C6E6A">
        <w:rPr>
          <w:rFonts w:ascii="Tahoma" w:hAnsi="Tahoma" w:cs="Tahoma"/>
          <w:rtl/>
        </w:rPr>
        <w:t xml:space="preserve"> بازرگان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و ارتباط با هند و آس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مرکز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اهم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ت</w:t>
      </w:r>
      <w:r w:rsidRPr="004C6E6A">
        <w:rPr>
          <w:rFonts w:ascii="Tahoma" w:hAnsi="Tahoma" w:cs="Tahoma"/>
          <w:rtl/>
        </w:rPr>
        <w:t xml:space="preserve"> داشت. جمع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ت</w:t>
      </w:r>
      <w:r w:rsidRPr="004C6E6A">
        <w:rPr>
          <w:rFonts w:ascii="Tahoma" w:hAnsi="Tahoma" w:cs="Tahoma"/>
          <w:rtl/>
        </w:rPr>
        <w:t xml:space="preserve"> آن عمدتاً سن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بود و قبا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ل</w:t>
      </w:r>
      <w:r w:rsidRPr="004C6E6A">
        <w:rPr>
          <w:rFonts w:ascii="Tahoma" w:hAnsi="Tahoma" w:cs="Tahoma"/>
          <w:rtl/>
        </w:rPr>
        <w:t xml:space="preserve"> گوناگون افغان، به‌و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ژه</w:t>
      </w:r>
      <w:r w:rsidRPr="004C6E6A">
        <w:rPr>
          <w:rFonts w:ascii="Tahoma" w:hAnsi="Tahoma" w:cs="Tahoma"/>
          <w:rtl/>
        </w:rPr>
        <w:t xml:space="preserve"> غلزا</w:t>
      </w:r>
      <w:r w:rsidRPr="004C6E6A">
        <w:rPr>
          <w:rFonts w:ascii="Tahoma" w:hAnsi="Tahoma" w:cs="Tahoma" w:hint="cs"/>
          <w:rtl/>
        </w:rPr>
        <w:t>یی</w:t>
      </w:r>
      <w:r w:rsidRPr="004C6E6A">
        <w:rPr>
          <w:rFonts w:ascii="Tahoma" w:hAnsi="Tahoma" w:cs="Tahoma" w:hint="eastAsia"/>
          <w:rtl/>
        </w:rPr>
        <w:t>ان،</w:t>
      </w:r>
      <w:r w:rsidRPr="004C6E6A">
        <w:rPr>
          <w:rFonts w:ascii="Tahoma" w:hAnsi="Tahoma" w:cs="Tahoma"/>
          <w:rtl/>
        </w:rPr>
        <w:t xml:space="preserve"> در آن زندگ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کردند</w:t>
      </w:r>
      <w:r w:rsidRPr="004C6E6A">
        <w:rPr>
          <w:rFonts w:ascii="Tahoma" w:hAnsi="Tahoma" w:cs="Tahoma"/>
          <w:rtl/>
        </w:rPr>
        <w:t>. ادارهٔ چن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ن</w:t>
      </w:r>
      <w:r w:rsidRPr="004C6E6A">
        <w:rPr>
          <w:rFonts w:ascii="Tahoma" w:hAnsi="Tahoma" w:cs="Tahoma"/>
          <w:rtl/>
        </w:rPr>
        <w:t xml:space="preserve"> منطقه‌ا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به شناخت </w:t>
      </w:r>
      <w:r w:rsidRPr="004C6E6A">
        <w:rPr>
          <w:rFonts w:ascii="Tahoma" w:hAnsi="Tahoma" w:cs="Tahoma" w:hint="eastAsia"/>
          <w:rtl/>
        </w:rPr>
        <w:t>روابط</w:t>
      </w:r>
      <w:r w:rsidRPr="004C6E6A">
        <w:rPr>
          <w:rFonts w:ascii="Tahoma" w:hAnsi="Tahoma" w:cs="Tahoma"/>
          <w:rtl/>
        </w:rPr>
        <w:t xml:space="preserve"> قبا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ل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،</w:t>
      </w:r>
      <w:r w:rsidRPr="004C6E6A">
        <w:rPr>
          <w:rFonts w:ascii="Tahoma" w:hAnsi="Tahoma" w:cs="Tahoma"/>
          <w:rtl/>
        </w:rPr>
        <w:t xml:space="preserve"> رعا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ت</w:t>
      </w:r>
      <w:r w:rsidRPr="004C6E6A">
        <w:rPr>
          <w:rFonts w:ascii="Tahoma" w:hAnsi="Tahoma" w:cs="Tahoma"/>
          <w:rtl/>
        </w:rPr>
        <w:t xml:space="preserve"> حساس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ت‌ها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مذهب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و حضور قشون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منظم ن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از</w:t>
      </w:r>
      <w:r w:rsidRPr="004C6E6A">
        <w:rPr>
          <w:rFonts w:ascii="Tahoma" w:hAnsi="Tahoma" w:cs="Tahoma"/>
          <w:rtl/>
        </w:rPr>
        <w:t xml:space="preserve"> داشت.</w:t>
      </w:r>
    </w:p>
    <w:p w:rsidR="004C6E6A" w:rsidRPr="004C6E6A" w:rsidRDefault="004C6E6A" w:rsidP="004C6E6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C6E6A">
        <w:rPr>
          <w:rFonts w:ascii="Tahoma" w:hAnsi="Tahoma" w:cs="Tahoma" w:hint="eastAsia"/>
          <w:rtl/>
        </w:rPr>
        <w:t>حکومت</w:t>
      </w:r>
      <w:r w:rsidRPr="004C6E6A">
        <w:rPr>
          <w:rFonts w:ascii="Tahoma" w:hAnsi="Tahoma" w:cs="Tahoma"/>
          <w:rtl/>
        </w:rPr>
        <w:t xml:space="preserve"> صفو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از وفادار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قندهار اطم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نان</w:t>
      </w:r>
      <w:r w:rsidRPr="004C6E6A">
        <w:rPr>
          <w:rFonts w:ascii="Tahoma" w:hAnsi="Tahoma" w:cs="Tahoma"/>
          <w:rtl/>
        </w:rPr>
        <w:t xml:space="preserve"> نداشت. نزد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ک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به قلمرو گورکان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ان</w:t>
      </w:r>
      <w:r w:rsidRPr="004C6E6A">
        <w:rPr>
          <w:rFonts w:ascii="Tahoma" w:hAnsi="Tahoma" w:cs="Tahoma"/>
          <w:rtl/>
        </w:rPr>
        <w:t xml:space="preserve"> هند، تفاوت مذهب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و قدرت قبا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ل</w:t>
      </w:r>
      <w:r w:rsidRPr="004C6E6A">
        <w:rPr>
          <w:rFonts w:ascii="Tahoma" w:hAnsi="Tahoma" w:cs="Tahoma"/>
          <w:rtl/>
        </w:rPr>
        <w:t xml:space="preserve"> سبب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شد</w:t>
      </w:r>
      <w:r w:rsidRPr="004C6E6A">
        <w:rPr>
          <w:rFonts w:ascii="Tahoma" w:hAnsi="Tahoma" w:cs="Tahoma"/>
          <w:rtl/>
        </w:rPr>
        <w:t xml:space="preserve"> مرکز 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ن</w:t>
      </w:r>
      <w:r w:rsidRPr="004C6E6A">
        <w:rPr>
          <w:rFonts w:ascii="Tahoma" w:hAnsi="Tahoma" w:cs="Tahoma"/>
          <w:rtl/>
        </w:rPr>
        <w:t xml:space="preserve"> منطقه را همواره مشکوک بب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ند</w:t>
      </w:r>
      <w:r w:rsidRPr="004C6E6A">
        <w:rPr>
          <w:rFonts w:ascii="Tahoma" w:hAnsi="Tahoma" w:cs="Tahoma"/>
          <w:rtl/>
        </w:rPr>
        <w:t>. پاسخ حکومت به 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ن</w:t>
      </w:r>
      <w:r w:rsidRPr="004C6E6A">
        <w:rPr>
          <w:rFonts w:ascii="Tahoma" w:hAnsi="Tahoma" w:cs="Tahoma"/>
          <w:rtl/>
        </w:rPr>
        <w:t xml:space="preserve"> ب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اعتماد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،</w:t>
      </w:r>
      <w:r w:rsidRPr="004C6E6A">
        <w:rPr>
          <w:rFonts w:ascii="Tahoma" w:hAnsi="Tahoma" w:cs="Tahoma"/>
          <w:rtl/>
        </w:rPr>
        <w:t xml:space="preserve"> فرستادن حاکم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ن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رومند</w:t>
      </w:r>
      <w:r w:rsidRPr="004C6E6A">
        <w:rPr>
          <w:rFonts w:ascii="Tahoma" w:hAnsi="Tahoma" w:cs="Tahoma"/>
          <w:rtl/>
        </w:rPr>
        <w:t xml:space="preserve"> بود که بتواند قبا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ل</w:t>
      </w:r>
      <w:r w:rsidRPr="004C6E6A">
        <w:rPr>
          <w:rFonts w:ascii="Tahoma" w:hAnsi="Tahoma" w:cs="Tahoma"/>
          <w:rtl/>
        </w:rPr>
        <w:t xml:space="preserve"> را ز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ر</w:t>
      </w:r>
      <w:r w:rsidRPr="004C6E6A">
        <w:rPr>
          <w:rFonts w:ascii="Tahoma" w:hAnsi="Tahoma" w:cs="Tahoma"/>
          <w:rtl/>
        </w:rPr>
        <w:t xml:space="preserve"> فرمان نگه دارد.</w:t>
      </w:r>
    </w:p>
    <w:p w:rsidR="004C6E6A" w:rsidRPr="004C6E6A" w:rsidRDefault="004C6E6A" w:rsidP="004C6E6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C6E6A">
        <w:rPr>
          <w:rFonts w:ascii="Tahoma" w:hAnsi="Tahoma" w:cs="Tahoma" w:hint="eastAsia"/>
          <w:rtl/>
        </w:rPr>
        <w:t>گرگ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ن‌خان،</w:t>
      </w:r>
      <w:r w:rsidRPr="004C6E6A">
        <w:rPr>
          <w:rFonts w:ascii="Tahoma" w:hAnsi="Tahoma" w:cs="Tahoma"/>
          <w:rtl/>
        </w:rPr>
        <w:t xml:space="preserve"> شاهزادهٔ گرج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که پس از ورود به دستگاه صفو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مسلمان شده بود، به حکومت قندهار منصوب شد. او از تجربه و ن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رو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نظام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برخوردار بود و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توانست</w:t>
      </w:r>
      <w:r w:rsidRPr="004C6E6A">
        <w:rPr>
          <w:rFonts w:ascii="Tahoma" w:hAnsi="Tahoma" w:cs="Tahoma"/>
          <w:rtl/>
        </w:rPr>
        <w:t xml:space="preserve"> برا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مرکز فرمانروا</w:t>
      </w:r>
      <w:r w:rsidRPr="004C6E6A">
        <w:rPr>
          <w:rFonts w:ascii="Tahoma" w:hAnsi="Tahoma" w:cs="Tahoma" w:hint="cs"/>
          <w:rtl/>
        </w:rPr>
        <w:t>یی</w:t>
      </w:r>
      <w:r w:rsidRPr="004C6E6A">
        <w:rPr>
          <w:rFonts w:ascii="Tahoma" w:hAnsi="Tahoma" w:cs="Tahoma"/>
          <w:rtl/>
        </w:rPr>
        <w:t xml:space="preserve"> سخت‌گ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ر</w:t>
      </w:r>
      <w:r w:rsidRPr="004C6E6A">
        <w:rPr>
          <w:rFonts w:ascii="Tahoma" w:hAnsi="Tahoma" w:cs="Tahoma"/>
          <w:rtl/>
        </w:rPr>
        <w:t xml:space="preserve"> و قابل اعتماد به نظر برسد. انتخاب او ادامهٔ س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است</w:t>
      </w:r>
      <w:r w:rsidRPr="004C6E6A">
        <w:rPr>
          <w:rFonts w:ascii="Tahoma" w:hAnsi="Tahoma" w:cs="Tahoma"/>
          <w:rtl/>
        </w:rPr>
        <w:t xml:space="preserve"> استفاده از غلامان و صاحب‌منصبا</w:t>
      </w:r>
      <w:r w:rsidRPr="004C6E6A">
        <w:rPr>
          <w:rFonts w:ascii="Tahoma" w:hAnsi="Tahoma" w:cs="Tahoma" w:hint="eastAsia"/>
          <w:rtl/>
        </w:rPr>
        <w:t>ن</w:t>
      </w:r>
      <w:r w:rsidRPr="004C6E6A">
        <w:rPr>
          <w:rFonts w:ascii="Tahoma" w:hAnsi="Tahoma" w:cs="Tahoma"/>
          <w:rtl/>
        </w:rPr>
        <w:t xml:space="preserve"> قفقاز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برا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محدودکردن قبا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ل</w:t>
      </w:r>
      <w:r w:rsidRPr="004C6E6A">
        <w:rPr>
          <w:rFonts w:ascii="Tahoma" w:hAnsi="Tahoma" w:cs="Tahoma"/>
          <w:rtl/>
        </w:rPr>
        <w:t xml:space="preserve"> محل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بود.</w:t>
      </w:r>
    </w:p>
    <w:p w:rsidR="004C6E6A" w:rsidRPr="004C6E6A" w:rsidRDefault="004C6E6A" w:rsidP="004C6E6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C6E6A">
        <w:rPr>
          <w:rFonts w:ascii="Tahoma" w:hAnsi="Tahoma" w:cs="Tahoma" w:hint="eastAsia"/>
          <w:rtl/>
        </w:rPr>
        <w:t>اما</w:t>
      </w:r>
      <w:r w:rsidRPr="004C6E6A">
        <w:rPr>
          <w:rFonts w:ascii="Tahoma" w:hAnsi="Tahoma" w:cs="Tahoma"/>
          <w:rtl/>
        </w:rPr>
        <w:t xml:space="preserve"> ن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رو</w:t>
      </w:r>
      <w:r w:rsidRPr="004C6E6A">
        <w:rPr>
          <w:rFonts w:ascii="Tahoma" w:hAnsi="Tahoma" w:cs="Tahoma" w:hint="cs"/>
          <w:rtl/>
        </w:rPr>
        <w:t>یی</w:t>
      </w:r>
      <w:r w:rsidRPr="004C6E6A">
        <w:rPr>
          <w:rFonts w:ascii="Tahoma" w:hAnsi="Tahoma" w:cs="Tahoma"/>
          <w:rtl/>
        </w:rPr>
        <w:t xml:space="preserve"> که برا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شاه مز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ت</w:t>
      </w:r>
      <w:r w:rsidRPr="004C6E6A">
        <w:rPr>
          <w:rFonts w:ascii="Tahoma" w:hAnsi="Tahoma" w:cs="Tahoma"/>
          <w:rtl/>
        </w:rPr>
        <w:t xml:space="preserve"> به شمار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رفت،</w:t>
      </w:r>
      <w:r w:rsidRPr="004C6E6A">
        <w:rPr>
          <w:rFonts w:ascii="Tahoma" w:hAnsi="Tahoma" w:cs="Tahoma"/>
          <w:rtl/>
        </w:rPr>
        <w:t xml:space="preserve"> از 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د</w:t>
      </w:r>
      <w:r w:rsidRPr="004C6E6A">
        <w:rPr>
          <w:rFonts w:ascii="Tahoma" w:hAnsi="Tahoma" w:cs="Tahoma"/>
          <w:rtl/>
        </w:rPr>
        <w:t xml:space="preserve"> مردم قندهار ب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گانه</w:t>
      </w:r>
      <w:r w:rsidRPr="004C6E6A">
        <w:rPr>
          <w:rFonts w:ascii="Tahoma" w:hAnsi="Tahoma" w:cs="Tahoma"/>
          <w:rtl/>
        </w:rPr>
        <w:t xml:space="preserve"> بود. گرگ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ن‌خان</w:t>
      </w:r>
      <w:r w:rsidRPr="004C6E6A">
        <w:rPr>
          <w:rFonts w:ascii="Tahoma" w:hAnsi="Tahoma" w:cs="Tahoma"/>
          <w:rtl/>
        </w:rPr>
        <w:t xml:space="preserve"> نه به شبکهٔ قبا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ل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منطقه تعلق داشت و نه از اعتماد مذهب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مردم سن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برخوردار بود. اقتدارش از فرمان شاه، قشون و توان مجازات سرچشمه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گرفت</w:t>
      </w:r>
      <w:r w:rsidRPr="004C6E6A">
        <w:rPr>
          <w:rFonts w:ascii="Tahoma" w:hAnsi="Tahoma" w:cs="Tahoma"/>
          <w:rtl/>
        </w:rPr>
        <w:t>.</w:t>
      </w:r>
    </w:p>
    <w:p w:rsidR="004C6E6A" w:rsidRPr="004C6E6A" w:rsidRDefault="004C6E6A" w:rsidP="004C6E6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C6E6A">
        <w:rPr>
          <w:rFonts w:ascii="Tahoma" w:hAnsi="Tahoma" w:cs="Tahoma" w:hint="eastAsia"/>
          <w:rtl/>
        </w:rPr>
        <w:t>گزارش‌ها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تار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خ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از سخت‌گ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ر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،</w:t>
      </w:r>
      <w:r w:rsidRPr="004C6E6A">
        <w:rPr>
          <w:rFonts w:ascii="Tahoma" w:hAnsi="Tahoma" w:cs="Tahoma"/>
          <w:rtl/>
        </w:rPr>
        <w:t xml:space="preserve"> فشار مال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و رفتار خشونت‌آم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ز</w:t>
      </w:r>
      <w:r w:rsidRPr="004C6E6A">
        <w:rPr>
          <w:rFonts w:ascii="Tahoma" w:hAnsi="Tahoma" w:cs="Tahoma"/>
          <w:rtl/>
        </w:rPr>
        <w:t xml:space="preserve"> مأموران او سخن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گو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ند</w:t>
      </w:r>
      <w:r w:rsidRPr="004C6E6A">
        <w:rPr>
          <w:rFonts w:ascii="Tahoma" w:hAnsi="Tahoma" w:cs="Tahoma"/>
          <w:rtl/>
        </w:rPr>
        <w:t>. همهٔ جزئ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ات</w:t>
      </w:r>
      <w:r w:rsidRPr="004C6E6A">
        <w:rPr>
          <w:rFonts w:ascii="Tahoma" w:hAnsi="Tahoma" w:cs="Tahoma"/>
          <w:rtl/>
        </w:rPr>
        <w:t xml:space="preserve"> 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ن</w:t>
      </w:r>
      <w:r w:rsidRPr="004C6E6A">
        <w:rPr>
          <w:rFonts w:ascii="Tahoma" w:hAnsi="Tahoma" w:cs="Tahoma"/>
          <w:rtl/>
        </w:rPr>
        <w:t xml:space="preserve"> گزارش‌ها ممکن است 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کسان</w:t>
      </w:r>
      <w:r w:rsidRPr="004C6E6A">
        <w:rPr>
          <w:rFonts w:ascii="Tahoma" w:hAnsi="Tahoma" w:cs="Tahoma"/>
          <w:rtl/>
        </w:rPr>
        <w:t xml:space="preserve"> و ب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طرفانه</w:t>
      </w:r>
      <w:r w:rsidRPr="004C6E6A">
        <w:rPr>
          <w:rFonts w:ascii="Tahoma" w:hAnsi="Tahoma" w:cs="Tahoma"/>
          <w:rtl/>
        </w:rPr>
        <w:t xml:space="preserve"> نباشند، اما نت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جهٔ</w:t>
      </w:r>
      <w:r w:rsidRPr="004C6E6A">
        <w:rPr>
          <w:rFonts w:ascii="Tahoma" w:hAnsi="Tahoma" w:cs="Tahoma"/>
          <w:rtl/>
        </w:rPr>
        <w:t xml:space="preserve"> س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اس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روشن است: بخش مهم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از قبا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ل</w:t>
      </w:r>
      <w:r w:rsidRPr="004C6E6A">
        <w:rPr>
          <w:rFonts w:ascii="Tahoma" w:hAnsi="Tahoma" w:cs="Tahoma"/>
          <w:rtl/>
        </w:rPr>
        <w:t xml:space="preserve"> و سران محل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حکومت او را ستمگر و تحق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رکننده</w:t>
      </w:r>
      <w:r w:rsidRPr="004C6E6A">
        <w:rPr>
          <w:rFonts w:ascii="Tahoma" w:hAnsi="Tahoma" w:cs="Tahoma"/>
          <w:rtl/>
        </w:rPr>
        <w:t xml:space="preserve">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دانستند</w:t>
      </w:r>
      <w:r w:rsidRPr="004C6E6A">
        <w:rPr>
          <w:rFonts w:ascii="Tahoma" w:hAnsi="Tahoma" w:cs="Tahoma"/>
          <w:rtl/>
        </w:rPr>
        <w:t>.</w:t>
      </w:r>
    </w:p>
    <w:p w:rsidR="004C6E6A" w:rsidRPr="004C6E6A" w:rsidRDefault="004C6E6A" w:rsidP="004C6E6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C6E6A">
        <w:rPr>
          <w:rFonts w:ascii="Tahoma" w:hAnsi="Tahoma" w:cs="Tahoma" w:hint="eastAsia"/>
          <w:rtl/>
        </w:rPr>
        <w:t>اختلاف</w:t>
      </w:r>
      <w:r w:rsidRPr="004C6E6A">
        <w:rPr>
          <w:rFonts w:ascii="Tahoma" w:hAnsi="Tahoma" w:cs="Tahoma"/>
          <w:rtl/>
        </w:rPr>
        <w:t xml:space="preserve"> مذهب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بر 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ن</w:t>
      </w:r>
      <w:r w:rsidRPr="004C6E6A">
        <w:rPr>
          <w:rFonts w:ascii="Tahoma" w:hAnsi="Tahoma" w:cs="Tahoma"/>
          <w:rtl/>
        </w:rPr>
        <w:t xml:space="preserve"> نارضا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ت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افزوده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شد</w:t>
      </w:r>
      <w:r w:rsidRPr="004C6E6A">
        <w:rPr>
          <w:rFonts w:ascii="Tahoma" w:hAnsi="Tahoma" w:cs="Tahoma"/>
          <w:rtl/>
        </w:rPr>
        <w:t>. حکومت صفو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تش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ع</w:t>
      </w:r>
      <w:r w:rsidRPr="004C6E6A">
        <w:rPr>
          <w:rFonts w:ascii="Tahoma" w:hAnsi="Tahoma" w:cs="Tahoma"/>
          <w:rtl/>
        </w:rPr>
        <w:t xml:space="preserve"> دوازده‌امام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را نشانهٔ وفادار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س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اس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دانست</w:t>
      </w:r>
      <w:r w:rsidRPr="004C6E6A">
        <w:rPr>
          <w:rFonts w:ascii="Tahoma" w:hAnsi="Tahoma" w:cs="Tahoma"/>
          <w:rtl/>
        </w:rPr>
        <w:t xml:space="preserve"> و مردم سن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قندهار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توانستند</w:t>
      </w:r>
      <w:r w:rsidRPr="004C6E6A">
        <w:rPr>
          <w:rFonts w:ascii="Tahoma" w:hAnsi="Tahoma" w:cs="Tahoma"/>
          <w:rtl/>
        </w:rPr>
        <w:t xml:space="preserve"> ز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ر</w:t>
      </w:r>
      <w:r w:rsidRPr="004C6E6A">
        <w:rPr>
          <w:rFonts w:ascii="Tahoma" w:hAnsi="Tahoma" w:cs="Tahoma"/>
          <w:rtl/>
        </w:rPr>
        <w:t xml:space="preserve"> فشار 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ا</w:t>
      </w:r>
      <w:r w:rsidRPr="004C6E6A">
        <w:rPr>
          <w:rFonts w:ascii="Tahoma" w:hAnsi="Tahoma" w:cs="Tahoma"/>
          <w:rtl/>
        </w:rPr>
        <w:t xml:space="preserve"> بدگمان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قرار 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رند</w:t>
      </w:r>
      <w:r w:rsidRPr="004C6E6A">
        <w:rPr>
          <w:rFonts w:ascii="Tahoma" w:hAnsi="Tahoma" w:cs="Tahoma"/>
          <w:rtl/>
        </w:rPr>
        <w:t>. س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است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که در اصفهان اجرا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مذهب رسم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شمرده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شد،</w:t>
      </w:r>
      <w:r w:rsidRPr="004C6E6A">
        <w:rPr>
          <w:rFonts w:ascii="Tahoma" w:hAnsi="Tahoma" w:cs="Tahoma"/>
          <w:rtl/>
        </w:rPr>
        <w:t xml:space="preserve"> در قندهار به صورت فرمان حکومت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دوردست و </w:t>
      </w:r>
      <w:r w:rsidRPr="004C6E6A">
        <w:rPr>
          <w:rFonts w:ascii="Tahoma" w:hAnsi="Tahoma" w:cs="Tahoma" w:hint="eastAsia"/>
          <w:rtl/>
        </w:rPr>
        <w:t>ش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ع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بر جامعه‌ا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سن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ظاهر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گرد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د</w:t>
      </w:r>
      <w:r w:rsidRPr="004C6E6A">
        <w:rPr>
          <w:rFonts w:ascii="Tahoma" w:hAnsi="Tahoma" w:cs="Tahoma"/>
          <w:rtl/>
        </w:rPr>
        <w:t>.</w:t>
      </w:r>
    </w:p>
    <w:p w:rsidR="004C6E6A" w:rsidRPr="004C6E6A" w:rsidRDefault="004C6E6A" w:rsidP="004C6E6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C6E6A">
        <w:rPr>
          <w:rFonts w:ascii="Tahoma" w:hAnsi="Tahoma" w:cs="Tahoma" w:hint="eastAsia"/>
          <w:rtl/>
        </w:rPr>
        <w:t>نبا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د</w:t>
      </w:r>
      <w:r w:rsidRPr="004C6E6A">
        <w:rPr>
          <w:rFonts w:ascii="Tahoma" w:hAnsi="Tahoma" w:cs="Tahoma"/>
          <w:rtl/>
        </w:rPr>
        <w:t xml:space="preserve"> شورش قندهار را فقط واکنش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مذهب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دانست. فشار مال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ات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،</w:t>
      </w:r>
      <w:r w:rsidRPr="004C6E6A">
        <w:rPr>
          <w:rFonts w:ascii="Tahoma" w:hAnsi="Tahoma" w:cs="Tahoma"/>
          <w:rtl/>
        </w:rPr>
        <w:t xml:space="preserve"> رفتار حاکم، رقابت قبا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ل</w:t>
      </w:r>
      <w:r w:rsidRPr="004C6E6A">
        <w:rPr>
          <w:rFonts w:ascii="Tahoma" w:hAnsi="Tahoma" w:cs="Tahoma"/>
          <w:rtl/>
        </w:rPr>
        <w:t xml:space="preserve"> و م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ل</w:t>
      </w:r>
      <w:r w:rsidRPr="004C6E6A">
        <w:rPr>
          <w:rFonts w:ascii="Tahoma" w:hAnsi="Tahoma" w:cs="Tahoma"/>
          <w:rtl/>
        </w:rPr>
        <w:t xml:space="preserve"> سران محل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به استقلال ن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ز</w:t>
      </w:r>
      <w:r w:rsidRPr="004C6E6A">
        <w:rPr>
          <w:rFonts w:ascii="Tahoma" w:hAnsi="Tahoma" w:cs="Tahoma"/>
          <w:rtl/>
        </w:rPr>
        <w:t xml:space="preserve"> در آن نقش داشتند. اما مذهب زبان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فراهم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کرد</w:t>
      </w:r>
      <w:r w:rsidRPr="004C6E6A">
        <w:rPr>
          <w:rFonts w:ascii="Tahoma" w:hAnsi="Tahoma" w:cs="Tahoma"/>
          <w:rtl/>
        </w:rPr>
        <w:t xml:space="preserve"> که همهٔ 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ن</w:t>
      </w:r>
      <w:r w:rsidRPr="004C6E6A">
        <w:rPr>
          <w:rFonts w:ascii="Tahoma" w:hAnsi="Tahoma" w:cs="Tahoma"/>
          <w:rtl/>
        </w:rPr>
        <w:t xml:space="preserve"> نارضا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ت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ها</w:t>
      </w:r>
      <w:r w:rsidRPr="004C6E6A">
        <w:rPr>
          <w:rFonts w:ascii="Tahoma" w:hAnsi="Tahoma" w:cs="Tahoma"/>
          <w:rtl/>
        </w:rPr>
        <w:t xml:space="preserve"> در آن به هم بپ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وندند</w:t>
      </w:r>
      <w:r w:rsidRPr="004C6E6A">
        <w:rPr>
          <w:rFonts w:ascii="Tahoma" w:hAnsi="Tahoma" w:cs="Tahoma"/>
          <w:rtl/>
        </w:rPr>
        <w:t>. مخالفت با حاکم صفو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توانست</w:t>
      </w:r>
      <w:r w:rsidRPr="004C6E6A">
        <w:rPr>
          <w:rFonts w:ascii="Tahoma" w:hAnsi="Tahoma" w:cs="Tahoma"/>
          <w:rtl/>
        </w:rPr>
        <w:t xml:space="preserve"> دفاع از مذهب و رها</w:t>
      </w:r>
      <w:r w:rsidRPr="004C6E6A">
        <w:rPr>
          <w:rFonts w:ascii="Tahoma" w:hAnsi="Tahoma" w:cs="Tahoma" w:hint="cs"/>
          <w:rtl/>
        </w:rPr>
        <w:t>یی</w:t>
      </w:r>
      <w:r w:rsidRPr="004C6E6A">
        <w:rPr>
          <w:rFonts w:ascii="Tahoma" w:hAnsi="Tahoma" w:cs="Tahoma"/>
          <w:rtl/>
        </w:rPr>
        <w:t xml:space="preserve"> از ستم معرف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شود.</w:t>
      </w:r>
    </w:p>
    <w:p w:rsidR="004C6E6A" w:rsidRPr="004C6E6A" w:rsidRDefault="004C6E6A" w:rsidP="004C6E6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C6E6A">
        <w:rPr>
          <w:rFonts w:ascii="Tahoma" w:hAnsi="Tahoma" w:cs="Tahoma" w:hint="eastAsia"/>
          <w:rtl/>
        </w:rPr>
        <w:t>م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رو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س‌خان</w:t>
      </w:r>
      <w:r w:rsidRPr="004C6E6A">
        <w:rPr>
          <w:rFonts w:ascii="Tahoma" w:hAnsi="Tahoma" w:cs="Tahoma"/>
          <w:rtl/>
        </w:rPr>
        <w:t xml:space="preserve"> هوتک، از سران غلزا</w:t>
      </w:r>
      <w:r w:rsidRPr="004C6E6A">
        <w:rPr>
          <w:rFonts w:ascii="Tahoma" w:hAnsi="Tahoma" w:cs="Tahoma" w:hint="cs"/>
          <w:rtl/>
        </w:rPr>
        <w:t>یی</w:t>
      </w:r>
      <w:r w:rsidRPr="004C6E6A">
        <w:rPr>
          <w:rFonts w:ascii="Tahoma" w:hAnsi="Tahoma" w:cs="Tahoma"/>
          <w:rtl/>
        </w:rPr>
        <w:t xml:space="preserve"> قندهار، در هم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ن</w:t>
      </w:r>
      <w:r w:rsidRPr="004C6E6A">
        <w:rPr>
          <w:rFonts w:ascii="Tahoma" w:hAnsi="Tahoma" w:cs="Tahoma"/>
          <w:rtl/>
        </w:rPr>
        <w:t xml:space="preserve"> وضع اهم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ت</w:t>
      </w:r>
      <w:r w:rsidRPr="004C6E6A">
        <w:rPr>
          <w:rFonts w:ascii="Tahoma" w:hAnsi="Tahoma" w:cs="Tahoma"/>
          <w:rtl/>
        </w:rPr>
        <w:t xml:space="preserve"> 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افت</w:t>
      </w:r>
      <w:r w:rsidRPr="004C6E6A">
        <w:rPr>
          <w:rFonts w:ascii="Tahoma" w:hAnsi="Tahoma" w:cs="Tahoma"/>
          <w:rtl/>
        </w:rPr>
        <w:t>. او فقط جنگجو</w:t>
      </w:r>
      <w:r w:rsidRPr="004C6E6A">
        <w:rPr>
          <w:rFonts w:ascii="Tahoma" w:hAnsi="Tahoma" w:cs="Tahoma" w:hint="cs"/>
          <w:rtl/>
        </w:rPr>
        <w:t>یی</w:t>
      </w:r>
      <w:r w:rsidRPr="004C6E6A">
        <w:rPr>
          <w:rFonts w:ascii="Tahoma" w:hAnsi="Tahoma" w:cs="Tahoma"/>
          <w:rtl/>
        </w:rPr>
        <w:t xml:space="preserve"> قب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له‌ا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نبود؛ با ساختار قدرت محل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و روابط اقتصاد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منطقه آشنا</w:t>
      </w:r>
      <w:r w:rsidRPr="004C6E6A">
        <w:rPr>
          <w:rFonts w:ascii="Tahoma" w:hAnsi="Tahoma" w:cs="Tahoma" w:hint="cs"/>
          <w:rtl/>
        </w:rPr>
        <w:t>یی</w:t>
      </w:r>
      <w:r w:rsidRPr="004C6E6A">
        <w:rPr>
          <w:rFonts w:ascii="Tahoma" w:hAnsi="Tahoma" w:cs="Tahoma"/>
          <w:rtl/>
        </w:rPr>
        <w:t xml:space="preserve"> داشت و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توانست</w:t>
      </w:r>
      <w:r w:rsidRPr="004C6E6A">
        <w:rPr>
          <w:rFonts w:ascii="Tahoma" w:hAnsi="Tahoma" w:cs="Tahoma"/>
          <w:rtl/>
        </w:rPr>
        <w:t xml:space="preserve"> نارضا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ت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گروه‌ها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مختلف را به 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کد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گر</w:t>
      </w:r>
      <w:r w:rsidRPr="004C6E6A">
        <w:rPr>
          <w:rFonts w:ascii="Tahoma" w:hAnsi="Tahoma" w:cs="Tahoma"/>
          <w:rtl/>
        </w:rPr>
        <w:t xml:space="preserve"> پ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وند</w:t>
      </w:r>
      <w:r w:rsidRPr="004C6E6A">
        <w:rPr>
          <w:rFonts w:ascii="Tahoma" w:hAnsi="Tahoma" w:cs="Tahoma"/>
          <w:rtl/>
        </w:rPr>
        <w:t xml:space="preserve"> دهد. گرگ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ن‌خان</w:t>
      </w:r>
      <w:r w:rsidRPr="004C6E6A">
        <w:rPr>
          <w:rFonts w:ascii="Tahoma" w:hAnsi="Tahoma" w:cs="Tahoma"/>
          <w:rtl/>
        </w:rPr>
        <w:t xml:space="preserve"> او را خطر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برا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حکومت 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د</w:t>
      </w:r>
      <w:r w:rsidRPr="004C6E6A">
        <w:rPr>
          <w:rFonts w:ascii="Tahoma" w:hAnsi="Tahoma" w:cs="Tahoma"/>
          <w:rtl/>
        </w:rPr>
        <w:t xml:space="preserve"> و به اصفهان </w:t>
      </w:r>
      <w:r w:rsidRPr="004C6E6A">
        <w:rPr>
          <w:rFonts w:ascii="Tahoma" w:hAnsi="Tahoma" w:cs="Tahoma" w:hint="eastAsia"/>
          <w:rtl/>
        </w:rPr>
        <w:t>فرستاد</w:t>
      </w:r>
      <w:r w:rsidRPr="004C6E6A">
        <w:rPr>
          <w:rFonts w:ascii="Tahoma" w:hAnsi="Tahoma" w:cs="Tahoma"/>
          <w:rtl/>
        </w:rPr>
        <w:t xml:space="preserve"> تا ز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ر</w:t>
      </w:r>
      <w:r w:rsidRPr="004C6E6A">
        <w:rPr>
          <w:rFonts w:ascii="Tahoma" w:hAnsi="Tahoma" w:cs="Tahoma"/>
          <w:rtl/>
        </w:rPr>
        <w:t xml:space="preserve"> نظر مرکز قرار 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رد</w:t>
      </w:r>
      <w:r w:rsidRPr="004C6E6A">
        <w:rPr>
          <w:rFonts w:ascii="Tahoma" w:hAnsi="Tahoma" w:cs="Tahoma"/>
          <w:rtl/>
        </w:rPr>
        <w:t>.</w:t>
      </w:r>
    </w:p>
    <w:p w:rsidR="004C6E6A" w:rsidRPr="004C6E6A" w:rsidRDefault="004C6E6A" w:rsidP="004C6E6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C6E6A">
        <w:rPr>
          <w:rFonts w:ascii="Tahoma" w:hAnsi="Tahoma" w:cs="Tahoma" w:hint="eastAsia"/>
          <w:rtl/>
        </w:rPr>
        <w:t>فرستادن</w:t>
      </w:r>
      <w:r w:rsidRPr="004C6E6A">
        <w:rPr>
          <w:rFonts w:ascii="Tahoma" w:hAnsi="Tahoma" w:cs="Tahoma"/>
          <w:rtl/>
        </w:rPr>
        <w:t xml:space="preserve"> م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رو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س</w:t>
      </w:r>
      <w:r w:rsidRPr="004C6E6A">
        <w:rPr>
          <w:rFonts w:ascii="Tahoma" w:hAnsi="Tahoma" w:cs="Tahoma"/>
          <w:rtl/>
        </w:rPr>
        <w:t xml:space="preserve"> به پا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تخت</w:t>
      </w:r>
      <w:r w:rsidRPr="004C6E6A">
        <w:rPr>
          <w:rFonts w:ascii="Tahoma" w:hAnsi="Tahoma" w:cs="Tahoma"/>
          <w:rtl/>
        </w:rPr>
        <w:t xml:space="preserve">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توانست</w:t>
      </w:r>
      <w:r w:rsidRPr="004C6E6A">
        <w:rPr>
          <w:rFonts w:ascii="Tahoma" w:hAnsi="Tahoma" w:cs="Tahoma"/>
          <w:rtl/>
        </w:rPr>
        <w:t xml:space="preserve"> راه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برا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دورکردن او از پا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گاه</w:t>
      </w:r>
      <w:r w:rsidRPr="004C6E6A">
        <w:rPr>
          <w:rFonts w:ascii="Tahoma" w:hAnsi="Tahoma" w:cs="Tahoma"/>
          <w:rtl/>
        </w:rPr>
        <w:t xml:space="preserve"> قب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له‌ا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اش</w:t>
      </w:r>
      <w:r w:rsidRPr="004C6E6A">
        <w:rPr>
          <w:rFonts w:ascii="Tahoma" w:hAnsi="Tahoma" w:cs="Tahoma"/>
          <w:rtl/>
        </w:rPr>
        <w:t xml:space="preserve"> باشد. اما اقامت در اصفهان فرصت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در اخت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ارش</w:t>
      </w:r>
      <w:r w:rsidRPr="004C6E6A">
        <w:rPr>
          <w:rFonts w:ascii="Tahoma" w:hAnsi="Tahoma" w:cs="Tahoma"/>
          <w:rtl/>
        </w:rPr>
        <w:t xml:space="preserve"> گذاشت که حکومت پ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ش‌ب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ن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نکرده بود. او توانست دربار، اختلاف صاحب‌منصبان، نفوذ حرم و ضعف تصم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م‌گ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ر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مرکز را از نزد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ک</w:t>
      </w:r>
      <w:r w:rsidRPr="004C6E6A">
        <w:rPr>
          <w:rFonts w:ascii="Tahoma" w:hAnsi="Tahoma" w:cs="Tahoma"/>
          <w:rtl/>
        </w:rPr>
        <w:t xml:space="preserve"> بب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ند</w:t>
      </w:r>
      <w:r w:rsidRPr="004C6E6A">
        <w:rPr>
          <w:rFonts w:ascii="Tahoma" w:hAnsi="Tahoma" w:cs="Tahoma"/>
          <w:rtl/>
        </w:rPr>
        <w:t>.</w:t>
      </w:r>
    </w:p>
    <w:p w:rsidR="004C6E6A" w:rsidRPr="004C6E6A" w:rsidRDefault="004C6E6A" w:rsidP="004C6E6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C6E6A">
        <w:rPr>
          <w:rFonts w:ascii="Tahoma" w:hAnsi="Tahoma" w:cs="Tahoma" w:hint="eastAsia"/>
          <w:rtl/>
        </w:rPr>
        <w:t>پ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ش</w:t>
      </w:r>
      <w:r w:rsidRPr="004C6E6A">
        <w:rPr>
          <w:rFonts w:ascii="Tahoma" w:hAnsi="Tahoma" w:cs="Tahoma"/>
          <w:rtl/>
        </w:rPr>
        <w:t xml:space="preserve"> از آن، قدرت صفو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از دور ممکن بود 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کپارچه</w:t>
      </w:r>
      <w:r w:rsidRPr="004C6E6A">
        <w:rPr>
          <w:rFonts w:ascii="Tahoma" w:hAnsi="Tahoma" w:cs="Tahoma"/>
          <w:rtl/>
        </w:rPr>
        <w:t xml:space="preserve"> و شکست‌ناپذ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ر</w:t>
      </w:r>
      <w:r w:rsidRPr="004C6E6A">
        <w:rPr>
          <w:rFonts w:ascii="Tahoma" w:hAnsi="Tahoma" w:cs="Tahoma"/>
          <w:rtl/>
        </w:rPr>
        <w:t xml:space="preserve"> به نظر برسد. پا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تخت</w:t>
      </w:r>
      <w:r w:rsidRPr="004C6E6A">
        <w:rPr>
          <w:rFonts w:ascii="Tahoma" w:hAnsi="Tahoma" w:cs="Tahoma"/>
          <w:rtl/>
        </w:rPr>
        <w:t xml:space="preserve"> باشکوه، کاخ‌ها، قشون و نام شاه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توانستند</w:t>
      </w:r>
      <w:r w:rsidRPr="004C6E6A">
        <w:rPr>
          <w:rFonts w:ascii="Tahoma" w:hAnsi="Tahoma" w:cs="Tahoma"/>
          <w:rtl/>
        </w:rPr>
        <w:t xml:space="preserve"> مردمان مرزها را از شورش بازدارند. اما کس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که وارد دربار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شد</w:t>
      </w:r>
      <w:r w:rsidRPr="004C6E6A">
        <w:rPr>
          <w:rFonts w:ascii="Tahoma" w:hAnsi="Tahoma" w:cs="Tahoma"/>
          <w:rtl/>
        </w:rPr>
        <w:t xml:space="preserve">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د</w:t>
      </w:r>
      <w:r w:rsidRPr="004C6E6A">
        <w:rPr>
          <w:rFonts w:ascii="Tahoma" w:hAnsi="Tahoma" w:cs="Tahoma"/>
          <w:rtl/>
        </w:rPr>
        <w:t xml:space="preserve"> فرمان‌ها چگونه ز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ر</w:t>
      </w:r>
      <w:r w:rsidRPr="004C6E6A">
        <w:rPr>
          <w:rFonts w:ascii="Tahoma" w:hAnsi="Tahoma" w:cs="Tahoma"/>
          <w:rtl/>
        </w:rPr>
        <w:t xml:space="preserve"> تأث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ر</w:t>
      </w:r>
      <w:r w:rsidRPr="004C6E6A">
        <w:rPr>
          <w:rFonts w:ascii="Tahoma" w:hAnsi="Tahoma" w:cs="Tahoma"/>
          <w:rtl/>
        </w:rPr>
        <w:t xml:space="preserve"> رقابت، رشوه و واسطه تغ</w:t>
      </w:r>
      <w:r w:rsidRPr="004C6E6A">
        <w:rPr>
          <w:rFonts w:ascii="Tahoma" w:hAnsi="Tahoma" w:cs="Tahoma" w:hint="cs"/>
          <w:rtl/>
        </w:rPr>
        <w:t>یی</w:t>
      </w:r>
      <w:r w:rsidRPr="004C6E6A">
        <w:rPr>
          <w:rFonts w:ascii="Tahoma" w:hAnsi="Tahoma" w:cs="Tahoma" w:hint="eastAsia"/>
          <w:rtl/>
        </w:rPr>
        <w:t>ر</w:t>
      </w:r>
      <w:r w:rsidRPr="004C6E6A">
        <w:rPr>
          <w:rFonts w:ascii="Tahoma" w:hAnsi="Tahoma" w:cs="Tahoma"/>
          <w:rtl/>
        </w:rPr>
        <w:t xml:space="preserve">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کنند</w:t>
      </w:r>
      <w:r w:rsidRPr="004C6E6A">
        <w:rPr>
          <w:rFonts w:ascii="Tahoma" w:hAnsi="Tahoma" w:cs="Tahoma"/>
          <w:rtl/>
        </w:rPr>
        <w:t xml:space="preserve"> و شاه </w:t>
      </w:r>
      <w:r w:rsidRPr="004C6E6A">
        <w:rPr>
          <w:rFonts w:ascii="Tahoma" w:hAnsi="Tahoma" w:cs="Tahoma" w:hint="eastAsia"/>
          <w:rtl/>
        </w:rPr>
        <w:t>تا</w:t>
      </w:r>
      <w:r w:rsidRPr="004C6E6A">
        <w:rPr>
          <w:rFonts w:ascii="Tahoma" w:hAnsi="Tahoma" w:cs="Tahoma"/>
          <w:rtl/>
        </w:rPr>
        <w:t xml:space="preserve"> چه اندازه از واقع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ت</w:t>
      </w:r>
      <w:r w:rsidRPr="004C6E6A">
        <w:rPr>
          <w:rFonts w:ascii="Tahoma" w:hAnsi="Tahoma" w:cs="Tahoma"/>
          <w:rtl/>
        </w:rPr>
        <w:t xml:space="preserve"> 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الات</w:t>
      </w:r>
      <w:r w:rsidRPr="004C6E6A">
        <w:rPr>
          <w:rFonts w:ascii="Tahoma" w:hAnsi="Tahoma" w:cs="Tahoma"/>
          <w:rtl/>
        </w:rPr>
        <w:t xml:space="preserve"> دور است.</w:t>
      </w:r>
    </w:p>
    <w:p w:rsidR="004C6E6A" w:rsidRPr="004C6E6A" w:rsidRDefault="004C6E6A" w:rsidP="004C6E6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C6E6A">
        <w:rPr>
          <w:rFonts w:ascii="Tahoma" w:hAnsi="Tahoma" w:cs="Tahoma" w:hint="eastAsia"/>
          <w:rtl/>
        </w:rPr>
        <w:t>م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رو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س</w:t>
      </w:r>
      <w:r w:rsidRPr="004C6E6A">
        <w:rPr>
          <w:rFonts w:ascii="Tahoma" w:hAnsi="Tahoma" w:cs="Tahoma"/>
          <w:rtl/>
        </w:rPr>
        <w:t xml:space="preserve"> توانست اعتماد برخ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از صاحب‌منصبان را جلب کند و بدگمان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دربار را نسبت به گرگ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ن‌خان</w:t>
      </w:r>
      <w:r w:rsidRPr="004C6E6A">
        <w:rPr>
          <w:rFonts w:ascii="Tahoma" w:hAnsi="Tahoma" w:cs="Tahoma"/>
          <w:rtl/>
        </w:rPr>
        <w:t xml:space="preserve"> افزا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ش</w:t>
      </w:r>
      <w:r w:rsidRPr="004C6E6A">
        <w:rPr>
          <w:rFonts w:ascii="Tahoma" w:hAnsi="Tahoma" w:cs="Tahoma"/>
          <w:rtl/>
        </w:rPr>
        <w:t xml:space="preserve"> دهد. او 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گر</w:t>
      </w:r>
      <w:r w:rsidRPr="004C6E6A">
        <w:rPr>
          <w:rFonts w:ascii="Tahoma" w:hAnsi="Tahoma" w:cs="Tahoma"/>
          <w:rtl/>
        </w:rPr>
        <w:t xml:space="preserve"> فقط زندان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ا</w:t>
      </w:r>
      <w:r w:rsidRPr="004C6E6A">
        <w:rPr>
          <w:rFonts w:ascii="Tahoma" w:hAnsi="Tahoma" w:cs="Tahoma"/>
          <w:rtl/>
        </w:rPr>
        <w:t xml:space="preserve"> متهم نبود؛ به کس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تبد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ل</w:t>
      </w:r>
      <w:r w:rsidRPr="004C6E6A">
        <w:rPr>
          <w:rFonts w:ascii="Tahoma" w:hAnsi="Tahoma" w:cs="Tahoma"/>
          <w:rtl/>
        </w:rPr>
        <w:t xml:space="preserve"> شد که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توانست</w:t>
      </w:r>
      <w:r w:rsidRPr="004C6E6A">
        <w:rPr>
          <w:rFonts w:ascii="Tahoma" w:hAnsi="Tahoma" w:cs="Tahoma"/>
          <w:rtl/>
        </w:rPr>
        <w:t xml:space="preserve"> از رقابت‌ها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درون حکومت برا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بازگشت به قندهار استفاده کند.</w:t>
      </w:r>
    </w:p>
    <w:p w:rsidR="004C6E6A" w:rsidRPr="004C6E6A" w:rsidRDefault="004C6E6A" w:rsidP="004C6E6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C6E6A">
        <w:rPr>
          <w:rFonts w:ascii="Tahoma" w:hAnsi="Tahoma" w:cs="Tahoma" w:hint="eastAsia"/>
          <w:rtl/>
        </w:rPr>
        <w:t>روا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ت‌ها</w:t>
      </w:r>
      <w:r w:rsidRPr="004C6E6A">
        <w:rPr>
          <w:rFonts w:ascii="Tahoma" w:hAnsi="Tahoma" w:cs="Tahoma" w:hint="cs"/>
          <w:rtl/>
        </w:rPr>
        <w:t>یی</w:t>
      </w:r>
      <w:r w:rsidRPr="004C6E6A">
        <w:rPr>
          <w:rFonts w:ascii="Tahoma" w:hAnsi="Tahoma" w:cs="Tahoma"/>
          <w:rtl/>
        </w:rPr>
        <w:t xml:space="preserve"> ن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ز</w:t>
      </w:r>
      <w:r w:rsidRPr="004C6E6A">
        <w:rPr>
          <w:rFonts w:ascii="Tahoma" w:hAnsi="Tahoma" w:cs="Tahoma"/>
          <w:rtl/>
        </w:rPr>
        <w:t xml:space="preserve"> از سفر او به مکه و گرفتن نظر 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نکاران</w:t>
      </w:r>
      <w:r w:rsidRPr="004C6E6A">
        <w:rPr>
          <w:rFonts w:ascii="Tahoma" w:hAnsi="Tahoma" w:cs="Tahoma"/>
          <w:rtl/>
        </w:rPr>
        <w:t xml:space="preserve"> سن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دربارهٔ جواز شورش بر حاکم ستمگر ش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ع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سخن گفته‌اند. دربارهٔ صورت دق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ق</w:t>
      </w:r>
      <w:r w:rsidRPr="004C6E6A">
        <w:rPr>
          <w:rFonts w:ascii="Tahoma" w:hAnsi="Tahoma" w:cs="Tahoma"/>
          <w:rtl/>
        </w:rPr>
        <w:t xml:space="preserve"> 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ن</w:t>
      </w:r>
      <w:r w:rsidRPr="004C6E6A">
        <w:rPr>
          <w:rFonts w:ascii="Tahoma" w:hAnsi="Tahoma" w:cs="Tahoma"/>
          <w:rtl/>
        </w:rPr>
        <w:t xml:space="preserve"> فتواها و دامنهٔ اعتبارشان با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د</w:t>
      </w:r>
      <w:r w:rsidRPr="004C6E6A">
        <w:rPr>
          <w:rFonts w:ascii="Tahoma" w:hAnsi="Tahoma" w:cs="Tahoma"/>
          <w:rtl/>
        </w:rPr>
        <w:t xml:space="preserve"> احت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اط</w:t>
      </w:r>
      <w:r w:rsidRPr="004C6E6A">
        <w:rPr>
          <w:rFonts w:ascii="Tahoma" w:hAnsi="Tahoma" w:cs="Tahoma"/>
          <w:rtl/>
        </w:rPr>
        <w:t xml:space="preserve"> کرد، اما 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ن</w:t>
      </w:r>
      <w:r w:rsidRPr="004C6E6A">
        <w:rPr>
          <w:rFonts w:ascii="Tahoma" w:hAnsi="Tahoma" w:cs="Tahoma"/>
          <w:rtl/>
        </w:rPr>
        <w:t xml:space="preserve"> روا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ت</w:t>
      </w:r>
      <w:r w:rsidRPr="004C6E6A">
        <w:rPr>
          <w:rFonts w:ascii="Tahoma" w:hAnsi="Tahoma" w:cs="Tahoma"/>
          <w:rtl/>
        </w:rPr>
        <w:t xml:space="preserve"> نشان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دهد</w:t>
      </w:r>
      <w:r w:rsidRPr="004C6E6A">
        <w:rPr>
          <w:rFonts w:ascii="Tahoma" w:hAnsi="Tahoma" w:cs="Tahoma"/>
          <w:rtl/>
        </w:rPr>
        <w:t xml:space="preserve"> که مبارزهٔ س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اس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قندهار در زبان مذهب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ن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ز</w:t>
      </w:r>
      <w:r w:rsidRPr="004C6E6A">
        <w:rPr>
          <w:rFonts w:ascii="Tahoma" w:hAnsi="Tahoma" w:cs="Tahoma"/>
          <w:rtl/>
        </w:rPr>
        <w:t xml:space="preserve"> صورت‌بند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شد</w:t>
      </w:r>
      <w:r w:rsidRPr="004C6E6A">
        <w:rPr>
          <w:rFonts w:ascii="Tahoma" w:hAnsi="Tahoma" w:cs="Tahoma"/>
          <w:rtl/>
        </w:rPr>
        <w:t>.</w:t>
      </w:r>
    </w:p>
    <w:p w:rsidR="004C6E6A" w:rsidRPr="004C6E6A" w:rsidRDefault="004C6E6A" w:rsidP="004C6E6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C6E6A">
        <w:rPr>
          <w:rFonts w:ascii="Tahoma" w:hAnsi="Tahoma" w:cs="Tahoma" w:hint="eastAsia"/>
          <w:rtl/>
        </w:rPr>
        <w:t>م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رو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س</w:t>
      </w:r>
      <w:r w:rsidRPr="004C6E6A">
        <w:rPr>
          <w:rFonts w:ascii="Tahoma" w:hAnsi="Tahoma" w:cs="Tahoma"/>
          <w:rtl/>
        </w:rPr>
        <w:t xml:space="preserve"> پس از بازگشت به قندهار در سال </w:t>
      </w:r>
      <w:r w:rsidRPr="004C6E6A">
        <w:rPr>
          <w:rFonts w:ascii="Tahoma" w:hAnsi="Tahoma" w:cs="Tahoma"/>
          <w:rtl/>
          <w:lang w:bidi="fa-IR"/>
        </w:rPr>
        <w:t>۱۷۰۹</w:t>
      </w:r>
      <w:r w:rsidRPr="004C6E6A">
        <w:rPr>
          <w:rFonts w:ascii="Tahoma" w:hAnsi="Tahoma" w:cs="Tahoma"/>
          <w:rtl/>
        </w:rPr>
        <w:t xml:space="preserve"> م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لاد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نقشهٔ قتل گرگ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ن‌خان</w:t>
      </w:r>
      <w:r w:rsidRPr="004C6E6A">
        <w:rPr>
          <w:rFonts w:ascii="Tahoma" w:hAnsi="Tahoma" w:cs="Tahoma"/>
          <w:rtl/>
        </w:rPr>
        <w:t xml:space="preserve"> را اجرا کرد. حاکم و گروه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از ن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روها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ش</w:t>
      </w:r>
      <w:r w:rsidRPr="004C6E6A">
        <w:rPr>
          <w:rFonts w:ascii="Tahoma" w:hAnsi="Tahoma" w:cs="Tahoma"/>
          <w:rtl/>
        </w:rPr>
        <w:t xml:space="preserve"> کشته شدند و قندهار از فرمان مستق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م</w:t>
      </w:r>
      <w:r w:rsidRPr="004C6E6A">
        <w:rPr>
          <w:rFonts w:ascii="Tahoma" w:hAnsi="Tahoma" w:cs="Tahoma"/>
          <w:rtl/>
        </w:rPr>
        <w:t xml:space="preserve"> صفو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ان</w:t>
      </w:r>
      <w:r w:rsidRPr="004C6E6A">
        <w:rPr>
          <w:rFonts w:ascii="Tahoma" w:hAnsi="Tahoma" w:cs="Tahoma"/>
          <w:rtl/>
        </w:rPr>
        <w:t xml:space="preserve"> ب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رون</w:t>
      </w:r>
      <w:r w:rsidRPr="004C6E6A">
        <w:rPr>
          <w:rFonts w:ascii="Tahoma" w:hAnsi="Tahoma" w:cs="Tahoma"/>
          <w:rtl/>
        </w:rPr>
        <w:t xml:space="preserve"> رفت. شورش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که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توانست</w:t>
      </w:r>
      <w:r w:rsidRPr="004C6E6A">
        <w:rPr>
          <w:rFonts w:ascii="Tahoma" w:hAnsi="Tahoma" w:cs="Tahoma"/>
          <w:rtl/>
        </w:rPr>
        <w:t xml:space="preserve"> در آغاز با اصلاح حکومت محل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مهار شود، اکنون به جدا</w:t>
      </w:r>
      <w:r w:rsidRPr="004C6E6A">
        <w:rPr>
          <w:rFonts w:ascii="Tahoma" w:hAnsi="Tahoma" w:cs="Tahoma" w:hint="cs"/>
          <w:rtl/>
        </w:rPr>
        <w:t>یی</w:t>
      </w:r>
      <w:r w:rsidRPr="004C6E6A">
        <w:rPr>
          <w:rFonts w:ascii="Tahoma" w:hAnsi="Tahoma" w:cs="Tahoma"/>
          <w:rtl/>
        </w:rPr>
        <w:t xml:space="preserve"> عمل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ک</w:t>
      </w:r>
      <w:r w:rsidRPr="004C6E6A">
        <w:rPr>
          <w:rFonts w:ascii="Tahoma" w:hAnsi="Tahoma" w:cs="Tahoma"/>
          <w:rtl/>
        </w:rPr>
        <w:t xml:space="preserve"> ولا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ت</w:t>
      </w:r>
      <w:r w:rsidRPr="004C6E6A">
        <w:rPr>
          <w:rFonts w:ascii="Tahoma" w:hAnsi="Tahoma" w:cs="Tahoma"/>
          <w:rtl/>
        </w:rPr>
        <w:t xml:space="preserve"> مهم انجام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>ده بود.</w:t>
      </w:r>
    </w:p>
    <w:p w:rsidR="004C6E6A" w:rsidRPr="004C6E6A" w:rsidRDefault="004C6E6A" w:rsidP="004C6E6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C6E6A">
        <w:rPr>
          <w:rFonts w:ascii="Tahoma" w:hAnsi="Tahoma" w:cs="Tahoma"/>
          <w:rtl/>
        </w:rPr>
        <w:t>واکنش حکومت مرکز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کند و ناهماهنگ بود. قشون‌ها</w:t>
      </w:r>
      <w:r w:rsidRPr="004C6E6A">
        <w:rPr>
          <w:rFonts w:ascii="Tahoma" w:hAnsi="Tahoma" w:cs="Tahoma" w:hint="cs"/>
          <w:rtl/>
        </w:rPr>
        <w:t>یی</w:t>
      </w:r>
      <w:r w:rsidRPr="004C6E6A">
        <w:rPr>
          <w:rFonts w:ascii="Tahoma" w:hAnsi="Tahoma" w:cs="Tahoma"/>
          <w:rtl/>
        </w:rPr>
        <w:t xml:space="preserve"> برا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بازگرداندن قندهار فرستاده شدند، اما از فرمانده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،</w:t>
      </w:r>
      <w:r w:rsidRPr="004C6E6A">
        <w:rPr>
          <w:rFonts w:ascii="Tahoma" w:hAnsi="Tahoma" w:cs="Tahoma"/>
          <w:rtl/>
        </w:rPr>
        <w:t xml:space="preserve"> تدارکات و هماهنگ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لازم برخوردار نبودند. ن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روها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افغان توانستند در برابر حملات صفو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مقاومت کنند و استقلال خود را حفظ نما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ند</w:t>
      </w:r>
      <w:r w:rsidRPr="004C6E6A">
        <w:rPr>
          <w:rFonts w:ascii="Tahoma" w:hAnsi="Tahoma" w:cs="Tahoma"/>
          <w:rtl/>
        </w:rPr>
        <w:t>.</w:t>
      </w:r>
    </w:p>
    <w:p w:rsidR="004C6E6A" w:rsidRPr="004C6E6A" w:rsidRDefault="004C6E6A" w:rsidP="004C6E6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C6E6A">
        <w:rPr>
          <w:rFonts w:ascii="Tahoma" w:hAnsi="Tahoma" w:cs="Tahoma" w:hint="eastAsia"/>
          <w:rtl/>
        </w:rPr>
        <w:t>شکست</w:t>
      </w:r>
      <w:r w:rsidRPr="004C6E6A">
        <w:rPr>
          <w:rFonts w:ascii="Tahoma" w:hAnsi="Tahoma" w:cs="Tahoma"/>
          <w:rtl/>
        </w:rPr>
        <w:t xml:space="preserve"> لشکرها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حکومت نشان داد که ضعف قشون 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گر</w:t>
      </w:r>
      <w:r w:rsidRPr="004C6E6A">
        <w:rPr>
          <w:rFonts w:ascii="Tahoma" w:hAnsi="Tahoma" w:cs="Tahoma"/>
          <w:rtl/>
        </w:rPr>
        <w:t xml:space="preserve"> فقط موضوع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در دفتر 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ا</w:t>
      </w:r>
      <w:r w:rsidRPr="004C6E6A">
        <w:rPr>
          <w:rFonts w:ascii="Tahoma" w:hAnsi="Tahoma" w:cs="Tahoma"/>
          <w:rtl/>
        </w:rPr>
        <w:t xml:space="preserve"> هشدار وز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ران</w:t>
      </w:r>
      <w:r w:rsidRPr="004C6E6A">
        <w:rPr>
          <w:rFonts w:ascii="Tahoma" w:hAnsi="Tahoma" w:cs="Tahoma"/>
          <w:rtl/>
        </w:rPr>
        <w:t xml:space="preserve"> ن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ست</w:t>
      </w:r>
      <w:r w:rsidRPr="004C6E6A">
        <w:rPr>
          <w:rFonts w:ascii="Tahoma" w:hAnsi="Tahoma" w:cs="Tahoma"/>
          <w:rtl/>
        </w:rPr>
        <w:t>. ن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رو</w:t>
      </w:r>
      <w:r w:rsidRPr="004C6E6A">
        <w:rPr>
          <w:rFonts w:ascii="Tahoma" w:hAnsi="Tahoma" w:cs="Tahoma" w:hint="cs"/>
          <w:rtl/>
        </w:rPr>
        <w:t>یی</w:t>
      </w:r>
      <w:r w:rsidRPr="004C6E6A">
        <w:rPr>
          <w:rFonts w:ascii="Tahoma" w:hAnsi="Tahoma" w:cs="Tahoma"/>
          <w:rtl/>
        </w:rPr>
        <w:t xml:space="preserve"> محل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در 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ک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از ولا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ت‌ها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دورافتاده توانسته بود حاکم شاه را بکشد و سپاه اعزام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مرکز را عقب براند. حکومت صفو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هنوز در اصفهان باشکوه بود، اما فرمانش در قندهار اجرا نم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شد</w:t>
      </w:r>
      <w:r w:rsidRPr="004C6E6A">
        <w:rPr>
          <w:rFonts w:ascii="Tahoma" w:hAnsi="Tahoma" w:cs="Tahoma"/>
          <w:rtl/>
        </w:rPr>
        <w:t>.</w:t>
      </w:r>
    </w:p>
    <w:p w:rsidR="004C6E6A" w:rsidRPr="004C6E6A" w:rsidRDefault="004C6E6A" w:rsidP="004C6E6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C6E6A">
        <w:rPr>
          <w:rFonts w:ascii="Tahoma" w:hAnsi="Tahoma" w:cs="Tahoma" w:hint="eastAsia"/>
          <w:rtl/>
        </w:rPr>
        <w:t>مرکز</w:t>
      </w:r>
      <w:r w:rsidRPr="004C6E6A">
        <w:rPr>
          <w:rFonts w:ascii="Tahoma" w:hAnsi="Tahoma" w:cs="Tahoma"/>
          <w:rtl/>
        </w:rPr>
        <w:t xml:space="preserve">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توانست</w:t>
      </w:r>
      <w:r w:rsidRPr="004C6E6A">
        <w:rPr>
          <w:rFonts w:ascii="Tahoma" w:hAnsi="Tahoma" w:cs="Tahoma"/>
          <w:rtl/>
        </w:rPr>
        <w:t xml:space="preserve"> شورش را نت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جهٔ</w:t>
      </w:r>
      <w:r w:rsidRPr="004C6E6A">
        <w:rPr>
          <w:rFonts w:ascii="Tahoma" w:hAnsi="Tahoma" w:cs="Tahoma"/>
          <w:rtl/>
        </w:rPr>
        <w:t xml:space="preserve"> خ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انت،</w:t>
      </w:r>
      <w:r w:rsidRPr="004C6E6A">
        <w:rPr>
          <w:rFonts w:ascii="Tahoma" w:hAnsi="Tahoma" w:cs="Tahoma"/>
          <w:rtl/>
        </w:rPr>
        <w:t xml:space="preserve"> تعصب مذهب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ا</w:t>
      </w:r>
      <w:r w:rsidRPr="004C6E6A">
        <w:rPr>
          <w:rFonts w:ascii="Tahoma" w:hAnsi="Tahoma" w:cs="Tahoma"/>
          <w:rtl/>
        </w:rPr>
        <w:t xml:space="preserve"> نافرمان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قبا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ل</w:t>
      </w:r>
      <w:r w:rsidRPr="004C6E6A">
        <w:rPr>
          <w:rFonts w:ascii="Tahoma" w:hAnsi="Tahoma" w:cs="Tahoma"/>
          <w:rtl/>
        </w:rPr>
        <w:t xml:space="preserve"> بداند و از بررس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نقش خود پره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ز</w:t>
      </w:r>
      <w:r w:rsidRPr="004C6E6A">
        <w:rPr>
          <w:rFonts w:ascii="Tahoma" w:hAnsi="Tahoma" w:cs="Tahoma"/>
          <w:rtl/>
        </w:rPr>
        <w:t xml:space="preserve"> کند. اگر همهٔ تقص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ر</w:t>
      </w:r>
      <w:r w:rsidRPr="004C6E6A">
        <w:rPr>
          <w:rFonts w:ascii="Tahoma" w:hAnsi="Tahoma" w:cs="Tahoma"/>
          <w:rtl/>
        </w:rPr>
        <w:t xml:space="preserve"> متوجه شورش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ان</w:t>
      </w:r>
      <w:r w:rsidRPr="004C6E6A">
        <w:rPr>
          <w:rFonts w:ascii="Tahoma" w:hAnsi="Tahoma" w:cs="Tahoma"/>
          <w:rtl/>
        </w:rPr>
        <w:t xml:space="preserve"> بود، ن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از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به اصلاح حاکمان، مال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ات</w:t>
      </w:r>
      <w:r w:rsidRPr="004C6E6A">
        <w:rPr>
          <w:rFonts w:ascii="Tahoma" w:hAnsi="Tahoma" w:cs="Tahoma"/>
          <w:rtl/>
        </w:rPr>
        <w:t xml:space="preserve"> 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ا</w:t>
      </w:r>
      <w:r w:rsidRPr="004C6E6A">
        <w:rPr>
          <w:rFonts w:ascii="Tahoma" w:hAnsi="Tahoma" w:cs="Tahoma"/>
          <w:rtl/>
        </w:rPr>
        <w:t xml:space="preserve"> قشون 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ده</w:t>
      </w:r>
      <w:r w:rsidRPr="004C6E6A">
        <w:rPr>
          <w:rFonts w:ascii="Tahoma" w:hAnsi="Tahoma" w:cs="Tahoma"/>
          <w:rtl/>
        </w:rPr>
        <w:t xml:space="preserve"> نم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شد</w:t>
      </w:r>
      <w:r w:rsidRPr="004C6E6A">
        <w:rPr>
          <w:rFonts w:ascii="Tahoma" w:hAnsi="Tahoma" w:cs="Tahoma"/>
          <w:rtl/>
        </w:rPr>
        <w:t>. 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ن</w:t>
      </w:r>
      <w:r w:rsidRPr="004C6E6A">
        <w:rPr>
          <w:rFonts w:ascii="Tahoma" w:hAnsi="Tahoma" w:cs="Tahoma"/>
          <w:rtl/>
        </w:rPr>
        <w:t xml:space="preserve"> همان ش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وه‌ا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بود که دستگاه را از شناخت علت واقع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شکست محروم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کرد</w:t>
      </w:r>
      <w:r w:rsidRPr="004C6E6A">
        <w:rPr>
          <w:rFonts w:ascii="Tahoma" w:hAnsi="Tahoma" w:cs="Tahoma"/>
          <w:rtl/>
        </w:rPr>
        <w:t>.</w:t>
      </w:r>
    </w:p>
    <w:p w:rsidR="004C6E6A" w:rsidRPr="004C6E6A" w:rsidRDefault="004C6E6A" w:rsidP="004C6E6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C6E6A">
        <w:rPr>
          <w:rFonts w:ascii="Tahoma" w:hAnsi="Tahoma" w:cs="Tahoma" w:hint="eastAsia"/>
          <w:rtl/>
        </w:rPr>
        <w:t>م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رو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س</w:t>
      </w:r>
      <w:r w:rsidRPr="004C6E6A">
        <w:rPr>
          <w:rFonts w:ascii="Tahoma" w:hAnsi="Tahoma" w:cs="Tahoma"/>
          <w:rtl/>
        </w:rPr>
        <w:t xml:space="preserve"> پس از تثب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ت</w:t>
      </w:r>
      <w:r w:rsidRPr="004C6E6A">
        <w:rPr>
          <w:rFonts w:ascii="Tahoma" w:hAnsi="Tahoma" w:cs="Tahoma"/>
          <w:rtl/>
        </w:rPr>
        <w:t xml:space="preserve"> قدرت در قندهار خود را شاه سراسر 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ران</w:t>
      </w:r>
      <w:r w:rsidRPr="004C6E6A">
        <w:rPr>
          <w:rFonts w:ascii="Tahoma" w:hAnsi="Tahoma" w:cs="Tahoma"/>
          <w:rtl/>
        </w:rPr>
        <w:t xml:space="preserve"> نخواند. هدف فور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او حفظ استقلال منطقه و جلوگ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ر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از بازگشت صفو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ان</w:t>
      </w:r>
      <w:r w:rsidRPr="004C6E6A">
        <w:rPr>
          <w:rFonts w:ascii="Tahoma" w:hAnsi="Tahoma" w:cs="Tahoma"/>
          <w:rtl/>
        </w:rPr>
        <w:t xml:space="preserve"> بود. پس از مرگ او در سال </w:t>
      </w:r>
      <w:r w:rsidRPr="004C6E6A">
        <w:rPr>
          <w:rFonts w:ascii="Tahoma" w:hAnsi="Tahoma" w:cs="Tahoma"/>
          <w:rtl/>
          <w:lang w:bidi="fa-IR"/>
        </w:rPr>
        <w:t>۱۷۱۵</w:t>
      </w:r>
      <w:r w:rsidRPr="004C6E6A">
        <w:rPr>
          <w:rFonts w:ascii="Tahoma" w:hAnsi="Tahoma" w:cs="Tahoma"/>
          <w:rtl/>
        </w:rPr>
        <w:t>، برادرش عبدالعز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ز</w:t>
      </w:r>
      <w:r w:rsidRPr="004C6E6A">
        <w:rPr>
          <w:rFonts w:ascii="Tahoma" w:hAnsi="Tahoma" w:cs="Tahoma"/>
          <w:rtl/>
        </w:rPr>
        <w:t xml:space="preserve"> به قدرت رس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د</w:t>
      </w:r>
      <w:r w:rsidRPr="004C6E6A">
        <w:rPr>
          <w:rFonts w:ascii="Tahoma" w:hAnsi="Tahoma" w:cs="Tahoma"/>
          <w:rtl/>
        </w:rPr>
        <w:t xml:space="preserve"> و ظاهراً به سازش با حکومت صفو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گرا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ش</w:t>
      </w:r>
      <w:r w:rsidRPr="004C6E6A">
        <w:rPr>
          <w:rFonts w:ascii="Tahoma" w:hAnsi="Tahoma" w:cs="Tahoma"/>
          <w:rtl/>
        </w:rPr>
        <w:t xml:space="preserve"> ب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شتر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داشت.</w:t>
      </w:r>
    </w:p>
    <w:p w:rsidR="004C6E6A" w:rsidRPr="004C6E6A" w:rsidRDefault="004C6E6A" w:rsidP="004C6E6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C6E6A">
        <w:rPr>
          <w:rFonts w:ascii="Tahoma" w:hAnsi="Tahoma" w:cs="Tahoma" w:hint="eastAsia"/>
          <w:rtl/>
        </w:rPr>
        <w:t>اما</w:t>
      </w:r>
      <w:r w:rsidRPr="004C6E6A">
        <w:rPr>
          <w:rFonts w:ascii="Tahoma" w:hAnsi="Tahoma" w:cs="Tahoma"/>
          <w:rtl/>
        </w:rPr>
        <w:t xml:space="preserve"> گروه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از افغان‌ها سازش را بازگشت به فرمان حکومت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دانستند</w:t>
      </w:r>
      <w:r w:rsidRPr="004C6E6A">
        <w:rPr>
          <w:rFonts w:ascii="Tahoma" w:hAnsi="Tahoma" w:cs="Tahoma"/>
          <w:rtl/>
        </w:rPr>
        <w:t xml:space="preserve"> که عل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ه</w:t>
      </w:r>
      <w:r w:rsidRPr="004C6E6A">
        <w:rPr>
          <w:rFonts w:ascii="Tahoma" w:hAnsi="Tahoma" w:cs="Tahoma"/>
          <w:rtl/>
        </w:rPr>
        <w:t xml:space="preserve"> آن شور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ده</w:t>
      </w:r>
      <w:r w:rsidRPr="004C6E6A">
        <w:rPr>
          <w:rFonts w:ascii="Tahoma" w:hAnsi="Tahoma" w:cs="Tahoma"/>
          <w:rtl/>
        </w:rPr>
        <w:t xml:space="preserve"> بودند. محمود، پسر م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رو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س،</w:t>
      </w:r>
      <w:r w:rsidRPr="004C6E6A">
        <w:rPr>
          <w:rFonts w:ascii="Tahoma" w:hAnsi="Tahoma" w:cs="Tahoma"/>
          <w:rtl/>
        </w:rPr>
        <w:t xml:space="preserve"> عبدالعز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ز</w:t>
      </w:r>
      <w:r w:rsidRPr="004C6E6A">
        <w:rPr>
          <w:rFonts w:ascii="Tahoma" w:hAnsi="Tahoma" w:cs="Tahoma"/>
          <w:rtl/>
        </w:rPr>
        <w:t xml:space="preserve"> را کنار زد و کشت و رهبر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را در اخت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ار</w:t>
      </w:r>
      <w:r w:rsidRPr="004C6E6A">
        <w:rPr>
          <w:rFonts w:ascii="Tahoma" w:hAnsi="Tahoma" w:cs="Tahoma"/>
          <w:rtl/>
        </w:rPr>
        <w:t xml:space="preserve"> گرفت. با 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ن</w:t>
      </w:r>
      <w:r w:rsidRPr="004C6E6A">
        <w:rPr>
          <w:rFonts w:ascii="Tahoma" w:hAnsi="Tahoma" w:cs="Tahoma"/>
          <w:rtl/>
        </w:rPr>
        <w:t xml:space="preserve"> تغ</w:t>
      </w:r>
      <w:r w:rsidRPr="004C6E6A">
        <w:rPr>
          <w:rFonts w:ascii="Tahoma" w:hAnsi="Tahoma" w:cs="Tahoma" w:hint="cs"/>
          <w:rtl/>
        </w:rPr>
        <w:t>یی</w:t>
      </w:r>
      <w:r w:rsidRPr="004C6E6A">
        <w:rPr>
          <w:rFonts w:ascii="Tahoma" w:hAnsi="Tahoma" w:cs="Tahoma" w:hint="eastAsia"/>
          <w:rtl/>
        </w:rPr>
        <w:t>ر،</w:t>
      </w:r>
      <w:r w:rsidRPr="004C6E6A">
        <w:rPr>
          <w:rFonts w:ascii="Tahoma" w:hAnsi="Tahoma" w:cs="Tahoma"/>
          <w:rtl/>
        </w:rPr>
        <w:t xml:space="preserve"> حرکت قندهار از دفاع از استقلال محل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به ن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رو</w:t>
      </w:r>
      <w:r w:rsidRPr="004C6E6A">
        <w:rPr>
          <w:rFonts w:ascii="Tahoma" w:hAnsi="Tahoma" w:cs="Tahoma" w:hint="cs"/>
          <w:rtl/>
        </w:rPr>
        <w:t>یی</w:t>
      </w:r>
      <w:r w:rsidRPr="004C6E6A">
        <w:rPr>
          <w:rFonts w:ascii="Tahoma" w:hAnsi="Tahoma" w:cs="Tahoma"/>
          <w:rtl/>
        </w:rPr>
        <w:t xml:space="preserve"> آماده برا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گسترش تبد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ل</w:t>
      </w:r>
      <w:r w:rsidRPr="004C6E6A">
        <w:rPr>
          <w:rFonts w:ascii="Tahoma" w:hAnsi="Tahoma" w:cs="Tahoma"/>
          <w:rtl/>
        </w:rPr>
        <w:t xml:space="preserve"> شد.</w:t>
      </w:r>
    </w:p>
    <w:p w:rsidR="004C6E6A" w:rsidRPr="004C6E6A" w:rsidRDefault="004C6E6A" w:rsidP="004C6E6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C6E6A">
        <w:rPr>
          <w:rFonts w:ascii="Tahoma" w:hAnsi="Tahoma" w:cs="Tahoma" w:hint="eastAsia"/>
          <w:rtl/>
        </w:rPr>
        <w:t>در</w:t>
      </w:r>
      <w:r w:rsidRPr="004C6E6A">
        <w:rPr>
          <w:rFonts w:ascii="Tahoma" w:hAnsi="Tahoma" w:cs="Tahoma"/>
          <w:rtl/>
        </w:rPr>
        <w:t xml:space="preserve"> هم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ن</w:t>
      </w:r>
      <w:r w:rsidRPr="004C6E6A">
        <w:rPr>
          <w:rFonts w:ascii="Tahoma" w:hAnsi="Tahoma" w:cs="Tahoma"/>
          <w:rtl/>
        </w:rPr>
        <w:t xml:space="preserve"> زمان، هرات ن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ز</w:t>
      </w:r>
      <w:r w:rsidRPr="004C6E6A">
        <w:rPr>
          <w:rFonts w:ascii="Tahoma" w:hAnsi="Tahoma" w:cs="Tahoma"/>
          <w:rtl/>
        </w:rPr>
        <w:t xml:space="preserve"> گرفتار شورش و ناآرام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بود و ابدال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ان</w:t>
      </w:r>
      <w:r w:rsidRPr="004C6E6A">
        <w:rPr>
          <w:rFonts w:ascii="Tahoma" w:hAnsi="Tahoma" w:cs="Tahoma"/>
          <w:rtl/>
        </w:rPr>
        <w:t xml:space="preserve"> از ضعف حکومت استفاده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کردند</w:t>
      </w:r>
      <w:r w:rsidRPr="004C6E6A">
        <w:rPr>
          <w:rFonts w:ascii="Tahoma" w:hAnsi="Tahoma" w:cs="Tahoma"/>
          <w:rtl/>
        </w:rPr>
        <w:t>. حکومت صفو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ناچار بود در چند نقطهٔ شرق با ن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روها</w:t>
      </w:r>
      <w:r w:rsidRPr="004C6E6A">
        <w:rPr>
          <w:rFonts w:ascii="Tahoma" w:hAnsi="Tahoma" w:cs="Tahoma" w:hint="cs"/>
          <w:rtl/>
        </w:rPr>
        <w:t>یی</w:t>
      </w:r>
      <w:r w:rsidRPr="004C6E6A">
        <w:rPr>
          <w:rFonts w:ascii="Tahoma" w:hAnsi="Tahoma" w:cs="Tahoma"/>
          <w:rtl/>
        </w:rPr>
        <w:t xml:space="preserve"> روبه‌رو شود که به سبب تفاوت قب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له‌ا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،</w:t>
      </w:r>
      <w:r w:rsidRPr="004C6E6A">
        <w:rPr>
          <w:rFonts w:ascii="Tahoma" w:hAnsi="Tahoma" w:cs="Tahoma"/>
          <w:rtl/>
        </w:rPr>
        <w:t xml:space="preserve"> مذهب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و محل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از فرمان مرکز فاصله گرفته بودند.</w:t>
      </w:r>
    </w:p>
    <w:p w:rsidR="004C6E6A" w:rsidRPr="004C6E6A" w:rsidRDefault="004C6E6A" w:rsidP="004C6E6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C6E6A">
        <w:rPr>
          <w:rFonts w:ascii="Tahoma" w:hAnsi="Tahoma" w:cs="Tahoma" w:hint="eastAsia"/>
          <w:rtl/>
        </w:rPr>
        <w:t>مرز</w:t>
      </w:r>
      <w:r w:rsidRPr="004C6E6A">
        <w:rPr>
          <w:rFonts w:ascii="Tahoma" w:hAnsi="Tahoma" w:cs="Tahoma"/>
          <w:rtl/>
        </w:rPr>
        <w:t xml:space="preserve"> شمال‌غرب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ن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ز</w:t>
      </w:r>
      <w:r w:rsidRPr="004C6E6A">
        <w:rPr>
          <w:rFonts w:ascii="Tahoma" w:hAnsi="Tahoma" w:cs="Tahoma"/>
          <w:rtl/>
        </w:rPr>
        <w:t xml:space="preserve"> آرام نبود. لزگ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ان</w:t>
      </w:r>
      <w:r w:rsidRPr="004C6E6A">
        <w:rPr>
          <w:rFonts w:ascii="Tahoma" w:hAnsi="Tahoma" w:cs="Tahoma"/>
          <w:rtl/>
        </w:rPr>
        <w:t xml:space="preserve"> و گروه‌ها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گر</w:t>
      </w:r>
      <w:r w:rsidRPr="004C6E6A">
        <w:rPr>
          <w:rFonts w:ascii="Tahoma" w:hAnsi="Tahoma" w:cs="Tahoma"/>
          <w:rtl/>
        </w:rPr>
        <w:t xml:space="preserve"> در قفقاز از کاهش اقتدار حکومت استفاده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کردند</w:t>
      </w:r>
      <w:r w:rsidRPr="004C6E6A">
        <w:rPr>
          <w:rFonts w:ascii="Tahoma" w:hAnsi="Tahoma" w:cs="Tahoma"/>
          <w:rtl/>
        </w:rPr>
        <w:t>. حمله به شماخ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و آس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ب‌د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دن</w:t>
      </w:r>
      <w:r w:rsidRPr="004C6E6A">
        <w:rPr>
          <w:rFonts w:ascii="Tahoma" w:hAnsi="Tahoma" w:cs="Tahoma"/>
          <w:rtl/>
        </w:rPr>
        <w:t xml:space="preserve"> بازرگانان، هم ضعف امن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ت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کشور را آشکار کرد و هم به روس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ه</w:t>
      </w:r>
      <w:r w:rsidRPr="004C6E6A">
        <w:rPr>
          <w:rFonts w:ascii="Tahoma" w:hAnsi="Tahoma" w:cs="Tahoma"/>
          <w:rtl/>
        </w:rPr>
        <w:t xml:space="preserve"> و عثمان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بهانه داد که با ادعا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حما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ت</w:t>
      </w:r>
      <w:r w:rsidRPr="004C6E6A">
        <w:rPr>
          <w:rFonts w:ascii="Tahoma" w:hAnsi="Tahoma" w:cs="Tahoma"/>
          <w:rtl/>
        </w:rPr>
        <w:t xml:space="preserve"> از منافع و اتباع خود به مناطق صفو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چ</w:t>
      </w:r>
      <w:r w:rsidRPr="004C6E6A">
        <w:rPr>
          <w:rFonts w:ascii="Tahoma" w:hAnsi="Tahoma" w:cs="Tahoma" w:hint="eastAsia"/>
          <w:rtl/>
        </w:rPr>
        <w:t>شم</w:t>
      </w:r>
      <w:r w:rsidRPr="004C6E6A">
        <w:rPr>
          <w:rFonts w:ascii="Tahoma" w:hAnsi="Tahoma" w:cs="Tahoma"/>
          <w:rtl/>
        </w:rPr>
        <w:t xml:space="preserve"> بدوزند.</w:t>
      </w:r>
    </w:p>
    <w:p w:rsidR="004C6E6A" w:rsidRPr="004C6E6A" w:rsidRDefault="004C6E6A" w:rsidP="004C6E6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C6E6A">
        <w:rPr>
          <w:rFonts w:ascii="Tahoma" w:hAnsi="Tahoma" w:cs="Tahoma" w:hint="eastAsia"/>
          <w:rtl/>
        </w:rPr>
        <w:t>حکومت</w:t>
      </w:r>
      <w:r w:rsidRPr="004C6E6A">
        <w:rPr>
          <w:rFonts w:ascii="Tahoma" w:hAnsi="Tahoma" w:cs="Tahoma"/>
          <w:rtl/>
        </w:rPr>
        <w:t xml:space="preserve"> اکنون با بحران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روبه‌رو بود که از چند سو شکل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گرفت،</w:t>
      </w:r>
      <w:r w:rsidRPr="004C6E6A">
        <w:rPr>
          <w:rFonts w:ascii="Tahoma" w:hAnsi="Tahoma" w:cs="Tahoma"/>
          <w:rtl/>
        </w:rPr>
        <w:t xml:space="preserve"> اما دربار هنوز آن را به صورت مسئله‌ا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واحد نم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د</w:t>
      </w:r>
      <w:r w:rsidRPr="004C6E6A">
        <w:rPr>
          <w:rFonts w:ascii="Tahoma" w:hAnsi="Tahoma" w:cs="Tahoma"/>
          <w:rtl/>
        </w:rPr>
        <w:t>. شورش افغان، ناامن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قفقاز، ضعف قشون، کاهش درآمد و فساد 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وان</w:t>
      </w:r>
      <w:r w:rsidRPr="004C6E6A">
        <w:rPr>
          <w:rFonts w:ascii="Tahoma" w:hAnsi="Tahoma" w:cs="Tahoma"/>
          <w:rtl/>
        </w:rPr>
        <w:t xml:space="preserve"> هر 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ک</w:t>
      </w:r>
      <w:r w:rsidRPr="004C6E6A">
        <w:rPr>
          <w:rFonts w:ascii="Tahoma" w:hAnsi="Tahoma" w:cs="Tahoma"/>
          <w:rtl/>
        </w:rPr>
        <w:t xml:space="preserve"> جداگانه بررس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شدند،</w:t>
      </w:r>
      <w:r w:rsidRPr="004C6E6A">
        <w:rPr>
          <w:rFonts w:ascii="Tahoma" w:hAnsi="Tahoma" w:cs="Tahoma"/>
          <w:rtl/>
        </w:rPr>
        <w:t xml:space="preserve"> درحال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که</w:t>
      </w:r>
      <w:r w:rsidRPr="004C6E6A">
        <w:rPr>
          <w:rFonts w:ascii="Tahoma" w:hAnsi="Tahoma" w:cs="Tahoma"/>
          <w:rtl/>
        </w:rPr>
        <w:t xml:space="preserve"> همه نشانه‌ها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فرسودگ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ک</w:t>
      </w:r>
      <w:r w:rsidRPr="004C6E6A">
        <w:rPr>
          <w:rFonts w:ascii="Tahoma" w:hAnsi="Tahoma" w:cs="Tahoma"/>
          <w:rtl/>
        </w:rPr>
        <w:t xml:space="preserve"> ساختمان بودند.</w:t>
      </w:r>
    </w:p>
    <w:p w:rsidR="004C6E6A" w:rsidRPr="004C6E6A" w:rsidRDefault="004C6E6A" w:rsidP="004C6E6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C6E6A">
        <w:rPr>
          <w:rFonts w:ascii="Tahoma" w:hAnsi="Tahoma" w:cs="Tahoma" w:hint="eastAsia"/>
          <w:rtl/>
        </w:rPr>
        <w:t>شاه</w:t>
      </w:r>
      <w:r w:rsidRPr="004C6E6A">
        <w:rPr>
          <w:rFonts w:ascii="Tahoma" w:hAnsi="Tahoma" w:cs="Tahoma"/>
          <w:rtl/>
        </w:rPr>
        <w:t xml:space="preserve"> سلطان حس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ن</w:t>
      </w:r>
      <w:r w:rsidRPr="004C6E6A">
        <w:rPr>
          <w:rFonts w:ascii="Tahoma" w:hAnsi="Tahoma" w:cs="Tahoma"/>
          <w:rtl/>
        </w:rPr>
        <w:t xml:space="preserve">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توانست</w:t>
      </w:r>
      <w:r w:rsidRPr="004C6E6A">
        <w:rPr>
          <w:rFonts w:ascii="Tahoma" w:hAnsi="Tahoma" w:cs="Tahoma"/>
          <w:rtl/>
        </w:rPr>
        <w:t xml:space="preserve"> فرمان مذهب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صادر کند، وز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ر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را عزل نما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د</w:t>
      </w:r>
      <w:r w:rsidRPr="004C6E6A">
        <w:rPr>
          <w:rFonts w:ascii="Tahoma" w:hAnsi="Tahoma" w:cs="Tahoma"/>
          <w:rtl/>
        </w:rPr>
        <w:t xml:space="preserve"> 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ا</w:t>
      </w:r>
      <w:r w:rsidRPr="004C6E6A">
        <w:rPr>
          <w:rFonts w:ascii="Tahoma" w:hAnsi="Tahoma" w:cs="Tahoma"/>
          <w:rtl/>
        </w:rPr>
        <w:t xml:space="preserve"> قشون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رو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کاغذ فراهم آورد، اما نم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توانست</w:t>
      </w:r>
      <w:r w:rsidRPr="004C6E6A">
        <w:rPr>
          <w:rFonts w:ascii="Tahoma" w:hAnsi="Tahoma" w:cs="Tahoma"/>
          <w:rtl/>
        </w:rPr>
        <w:t xml:space="preserve"> م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ان</w:t>
      </w:r>
      <w:r w:rsidRPr="004C6E6A">
        <w:rPr>
          <w:rFonts w:ascii="Tahoma" w:hAnsi="Tahoma" w:cs="Tahoma"/>
          <w:rtl/>
        </w:rPr>
        <w:t xml:space="preserve"> اطلاعات، منابع و تصم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م‌ها</w:t>
      </w:r>
      <w:r w:rsidRPr="004C6E6A">
        <w:rPr>
          <w:rFonts w:ascii="Tahoma" w:hAnsi="Tahoma" w:cs="Tahoma"/>
          <w:rtl/>
        </w:rPr>
        <w:t xml:space="preserve"> پ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وند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مؤثر برقرار سازد. دربار دربارهٔ انتخاب فرمانده اختلاف داشت، 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وان</w:t>
      </w:r>
      <w:r w:rsidRPr="004C6E6A">
        <w:rPr>
          <w:rFonts w:ascii="Tahoma" w:hAnsi="Tahoma" w:cs="Tahoma"/>
          <w:rtl/>
        </w:rPr>
        <w:t xml:space="preserve"> از کمبود پول سخن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گفت،</w:t>
      </w:r>
      <w:r w:rsidRPr="004C6E6A">
        <w:rPr>
          <w:rFonts w:ascii="Tahoma" w:hAnsi="Tahoma" w:cs="Tahoma"/>
          <w:rtl/>
        </w:rPr>
        <w:t xml:space="preserve"> حرم از منافع نزد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کان</w:t>
      </w:r>
      <w:r w:rsidRPr="004C6E6A">
        <w:rPr>
          <w:rFonts w:ascii="Tahoma" w:hAnsi="Tahoma" w:cs="Tahoma"/>
          <w:rtl/>
        </w:rPr>
        <w:t xml:space="preserve"> خود دفاع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کرد</w:t>
      </w:r>
      <w:r w:rsidRPr="004C6E6A">
        <w:rPr>
          <w:rFonts w:ascii="Tahoma" w:hAnsi="Tahoma" w:cs="Tahoma"/>
          <w:rtl/>
        </w:rPr>
        <w:t xml:space="preserve"> و 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نکاران</w:t>
      </w:r>
      <w:r w:rsidRPr="004C6E6A">
        <w:rPr>
          <w:rFonts w:ascii="Tahoma" w:hAnsi="Tahoma" w:cs="Tahoma"/>
          <w:rtl/>
        </w:rPr>
        <w:t xml:space="preserve"> ممکن بود علت شکست را در گناه 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ا</w:t>
      </w:r>
      <w:r w:rsidRPr="004C6E6A">
        <w:rPr>
          <w:rFonts w:ascii="Tahoma" w:hAnsi="Tahoma" w:cs="Tahoma"/>
          <w:rtl/>
        </w:rPr>
        <w:t xml:space="preserve"> کوتاه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مذهب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بجو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ند</w:t>
      </w:r>
      <w:r w:rsidRPr="004C6E6A">
        <w:rPr>
          <w:rFonts w:ascii="Tahoma" w:hAnsi="Tahoma" w:cs="Tahoma"/>
          <w:rtl/>
        </w:rPr>
        <w:t>.</w:t>
      </w:r>
    </w:p>
    <w:p w:rsidR="004C6E6A" w:rsidRPr="004C6E6A" w:rsidRDefault="004C6E6A" w:rsidP="004C6E6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C6E6A">
        <w:rPr>
          <w:rFonts w:ascii="Tahoma" w:hAnsi="Tahoma" w:cs="Tahoma" w:hint="eastAsia"/>
          <w:rtl/>
        </w:rPr>
        <w:t>ه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چ‌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ک</w:t>
      </w:r>
      <w:r w:rsidRPr="004C6E6A">
        <w:rPr>
          <w:rFonts w:ascii="Tahoma" w:hAnsi="Tahoma" w:cs="Tahoma"/>
          <w:rtl/>
        </w:rPr>
        <w:t xml:space="preserve"> از 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ن</w:t>
      </w:r>
      <w:r w:rsidRPr="004C6E6A">
        <w:rPr>
          <w:rFonts w:ascii="Tahoma" w:hAnsi="Tahoma" w:cs="Tahoma"/>
          <w:rtl/>
        </w:rPr>
        <w:t xml:space="preserve"> ن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روها</w:t>
      </w:r>
      <w:r w:rsidRPr="004C6E6A">
        <w:rPr>
          <w:rFonts w:ascii="Tahoma" w:hAnsi="Tahoma" w:cs="Tahoma"/>
          <w:rtl/>
        </w:rPr>
        <w:t xml:space="preserve"> به تنها</w:t>
      </w:r>
      <w:r w:rsidRPr="004C6E6A">
        <w:rPr>
          <w:rFonts w:ascii="Tahoma" w:hAnsi="Tahoma" w:cs="Tahoma" w:hint="cs"/>
          <w:rtl/>
        </w:rPr>
        <w:t>یی</w:t>
      </w:r>
      <w:r w:rsidRPr="004C6E6A">
        <w:rPr>
          <w:rFonts w:ascii="Tahoma" w:hAnsi="Tahoma" w:cs="Tahoma"/>
          <w:rtl/>
        </w:rPr>
        <w:t xml:space="preserve"> قادر نبود کشور را نجات دهد. قشون بدون پول و فرمانده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نم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جنگ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د؛</w:t>
      </w:r>
      <w:r w:rsidRPr="004C6E6A">
        <w:rPr>
          <w:rFonts w:ascii="Tahoma" w:hAnsi="Tahoma" w:cs="Tahoma"/>
          <w:rtl/>
        </w:rPr>
        <w:t xml:space="preserve"> 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وان</w:t>
      </w:r>
      <w:r w:rsidRPr="004C6E6A">
        <w:rPr>
          <w:rFonts w:ascii="Tahoma" w:hAnsi="Tahoma" w:cs="Tahoma"/>
          <w:rtl/>
        </w:rPr>
        <w:t xml:space="preserve"> بدون حما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ت</w:t>
      </w:r>
      <w:r w:rsidRPr="004C6E6A">
        <w:rPr>
          <w:rFonts w:ascii="Tahoma" w:hAnsi="Tahoma" w:cs="Tahoma"/>
          <w:rtl/>
        </w:rPr>
        <w:t xml:space="preserve"> شاه نم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توانست</w:t>
      </w:r>
      <w:r w:rsidRPr="004C6E6A">
        <w:rPr>
          <w:rFonts w:ascii="Tahoma" w:hAnsi="Tahoma" w:cs="Tahoma"/>
          <w:rtl/>
        </w:rPr>
        <w:t xml:space="preserve"> هز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نه‌ها</w:t>
      </w:r>
      <w:r w:rsidRPr="004C6E6A">
        <w:rPr>
          <w:rFonts w:ascii="Tahoma" w:hAnsi="Tahoma" w:cs="Tahoma"/>
          <w:rtl/>
        </w:rPr>
        <w:t xml:space="preserve"> و فساد را مهار کند؛ 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نکاران</w:t>
      </w:r>
      <w:r w:rsidRPr="004C6E6A">
        <w:rPr>
          <w:rFonts w:ascii="Tahoma" w:hAnsi="Tahoma" w:cs="Tahoma"/>
          <w:rtl/>
        </w:rPr>
        <w:t xml:space="preserve"> بدون قشون نم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توانستند</w:t>
      </w:r>
      <w:r w:rsidRPr="004C6E6A">
        <w:rPr>
          <w:rFonts w:ascii="Tahoma" w:hAnsi="Tahoma" w:cs="Tahoma"/>
          <w:rtl/>
        </w:rPr>
        <w:t xml:space="preserve"> از سرزم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ن</w:t>
      </w:r>
      <w:r w:rsidRPr="004C6E6A">
        <w:rPr>
          <w:rFonts w:ascii="Tahoma" w:hAnsi="Tahoma" w:cs="Tahoma"/>
          <w:rtl/>
        </w:rPr>
        <w:t xml:space="preserve"> ش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ع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دفاع کنند؛ و شاه بدون شناخت و اراده نم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توانست</w:t>
      </w:r>
      <w:r w:rsidRPr="004C6E6A">
        <w:rPr>
          <w:rFonts w:ascii="Tahoma" w:hAnsi="Tahoma" w:cs="Tahoma"/>
          <w:rtl/>
        </w:rPr>
        <w:t xml:space="preserve"> آنان ر</w:t>
      </w:r>
      <w:r w:rsidRPr="004C6E6A">
        <w:rPr>
          <w:rFonts w:ascii="Tahoma" w:hAnsi="Tahoma" w:cs="Tahoma" w:hint="eastAsia"/>
          <w:rtl/>
        </w:rPr>
        <w:t>ا</w:t>
      </w:r>
      <w:r w:rsidRPr="004C6E6A">
        <w:rPr>
          <w:rFonts w:ascii="Tahoma" w:hAnsi="Tahoma" w:cs="Tahoma"/>
          <w:rtl/>
        </w:rPr>
        <w:t xml:space="preserve"> هماهنگ سازد.</w:t>
      </w:r>
    </w:p>
    <w:p w:rsidR="004C6E6A" w:rsidRPr="004C6E6A" w:rsidRDefault="004C6E6A" w:rsidP="004C6E6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C6E6A">
        <w:rPr>
          <w:rFonts w:ascii="Tahoma" w:hAnsi="Tahoma" w:cs="Tahoma" w:hint="eastAsia"/>
          <w:rtl/>
        </w:rPr>
        <w:t>محمود</w:t>
      </w:r>
      <w:r w:rsidRPr="004C6E6A">
        <w:rPr>
          <w:rFonts w:ascii="Tahoma" w:hAnsi="Tahoma" w:cs="Tahoma"/>
          <w:rtl/>
        </w:rPr>
        <w:t xml:space="preserve"> افغان نخست حمله‌ها</w:t>
      </w:r>
      <w:r w:rsidRPr="004C6E6A">
        <w:rPr>
          <w:rFonts w:ascii="Tahoma" w:hAnsi="Tahoma" w:cs="Tahoma" w:hint="cs"/>
          <w:rtl/>
        </w:rPr>
        <w:t>یی</w:t>
      </w:r>
      <w:r w:rsidRPr="004C6E6A">
        <w:rPr>
          <w:rFonts w:ascii="Tahoma" w:hAnsi="Tahoma" w:cs="Tahoma"/>
          <w:rtl/>
        </w:rPr>
        <w:t xml:space="preserve"> به سو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کرمان انجام داد و توان حکومت را آزمود. موفق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ت‌ها</w:t>
      </w:r>
      <w:r w:rsidRPr="004C6E6A">
        <w:rPr>
          <w:rFonts w:ascii="Tahoma" w:hAnsi="Tahoma" w:cs="Tahoma"/>
          <w:rtl/>
        </w:rPr>
        <w:t xml:space="preserve"> و عقب‌نش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ن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ها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اول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ه</w:t>
      </w:r>
      <w:r w:rsidRPr="004C6E6A">
        <w:rPr>
          <w:rFonts w:ascii="Tahoma" w:hAnsi="Tahoma" w:cs="Tahoma"/>
          <w:rtl/>
        </w:rPr>
        <w:t xml:space="preserve"> به او نشان دادند که مقاومت محل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ممکن است، اما مرکز از واکنش منظم و سر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ع</w:t>
      </w:r>
      <w:r w:rsidRPr="004C6E6A">
        <w:rPr>
          <w:rFonts w:ascii="Tahoma" w:hAnsi="Tahoma" w:cs="Tahoma"/>
          <w:rtl/>
        </w:rPr>
        <w:t xml:space="preserve"> ناتوان است. هر شکست سپاه صفو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،</w:t>
      </w:r>
      <w:r w:rsidRPr="004C6E6A">
        <w:rPr>
          <w:rFonts w:ascii="Tahoma" w:hAnsi="Tahoma" w:cs="Tahoma"/>
          <w:rtl/>
        </w:rPr>
        <w:t xml:space="preserve"> گروه‌ها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ب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شتر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را به امکان پ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روز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بر حکومت ام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دوار</w:t>
      </w:r>
      <w:r w:rsidRPr="004C6E6A">
        <w:rPr>
          <w:rFonts w:ascii="Tahoma" w:hAnsi="Tahoma" w:cs="Tahoma"/>
          <w:rtl/>
        </w:rPr>
        <w:t xml:space="preserve">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کرد</w:t>
      </w:r>
      <w:r w:rsidRPr="004C6E6A">
        <w:rPr>
          <w:rFonts w:ascii="Tahoma" w:hAnsi="Tahoma" w:cs="Tahoma"/>
          <w:rtl/>
        </w:rPr>
        <w:t>.</w:t>
      </w:r>
    </w:p>
    <w:p w:rsidR="004C6E6A" w:rsidRPr="004C6E6A" w:rsidRDefault="004C6E6A" w:rsidP="004C6E6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C6E6A">
        <w:rPr>
          <w:rFonts w:ascii="Tahoma" w:hAnsi="Tahoma" w:cs="Tahoma" w:hint="eastAsia"/>
          <w:rtl/>
        </w:rPr>
        <w:t>در</w:t>
      </w:r>
      <w:r w:rsidRPr="004C6E6A">
        <w:rPr>
          <w:rFonts w:ascii="Tahoma" w:hAnsi="Tahoma" w:cs="Tahoma"/>
          <w:rtl/>
        </w:rPr>
        <w:t xml:space="preserve"> آغاز، شا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د</w:t>
      </w:r>
      <w:r w:rsidRPr="004C6E6A">
        <w:rPr>
          <w:rFonts w:ascii="Tahoma" w:hAnsi="Tahoma" w:cs="Tahoma"/>
          <w:rtl/>
        </w:rPr>
        <w:t xml:space="preserve"> خود محمود ن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ز</w:t>
      </w:r>
      <w:r w:rsidRPr="004C6E6A">
        <w:rPr>
          <w:rFonts w:ascii="Tahoma" w:hAnsi="Tahoma" w:cs="Tahoma"/>
          <w:rtl/>
        </w:rPr>
        <w:t xml:space="preserve"> نم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توانست</w:t>
      </w:r>
      <w:r w:rsidRPr="004C6E6A">
        <w:rPr>
          <w:rFonts w:ascii="Tahoma" w:hAnsi="Tahoma" w:cs="Tahoma"/>
          <w:rtl/>
        </w:rPr>
        <w:t xml:space="preserve"> مطمئن باشد که ن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رو</w:t>
      </w:r>
      <w:r w:rsidRPr="004C6E6A">
        <w:rPr>
          <w:rFonts w:ascii="Tahoma" w:hAnsi="Tahoma" w:cs="Tahoma" w:hint="cs"/>
          <w:rtl/>
        </w:rPr>
        <w:t>یی</w:t>
      </w:r>
      <w:r w:rsidRPr="004C6E6A">
        <w:rPr>
          <w:rFonts w:ascii="Tahoma" w:hAnsi="Tahoma" w:cs="Tahoma"/>
          <w:rtl/>
        </w:rPr>
        <w:t xml:space="preserve"> برخاسته از قندهار قادر است تا قلب 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ران</w:t>
      </w:r>
      <w:r w:rsidRPr="004C6E6A">
        <w:rPr>
          <w:rFonts w:ascii="Tahoma" w:hAnsi="Tahoma" w:cs="Tahoma"/>
          <w:rtl/>
        </w:rPr>
        <w:t xml:space="preserve"> پ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ش</w:t>
      </w:r>
      <w:r w:rsidRPr="004C6E6A">
        <w:rPr>
          <w:rFonts w:ascii="Tahoma" w:hAnsi="Tahoma" w:cs="Tahoma"/>
          <w:rtl/>
        </w:rPr>
        <w:t xml:space="preserve"> برود. حکومت صفو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هنوز نام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بزرگ، پا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تخت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ثروتمند و قشون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پرشمار بر رو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کاغذ داشت. اما در مس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ر</w:t>
      </w:r>
      <w:r w:rsidRPr="004C6E6A">
        <w:rPr>
          <w:rFonts w:ascii="Tahoma" w:hAnsi="Tahoma" w:cs="Tahoma"/>
          <w:rtl/>
        </w:rPr>
        <w:t xml:space="preserve"> حرکت، فاصلهٔ م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ان</w:t>
      </w:r>
      <w:r w:rsidRPr="004C6E6A">
        <w:rPr>
          <w:rFonts w:ascii="Tahoma" w:hAnsi="Tahoma" w:cs="Tahoma"/>
          <w:rtl/>
        </w:rPr>
        <w:t xml:space="preserve"> ظاهر حکومت و توان واقع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آن آشکارتر شد.</w:t>
      </w:r>
    </w:p>
    <w:p w:rsidR="004C6E6A" w:rsidRPr="004C6E6A" w:rsidRDefault="004C6E6A" w:rsidP="004C6E6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C6E6A">
        <w:rPr>
          <w:rFonts w:ascii="Tahoma" w:hAnsi="Tahoma" w:cs="Tahoma" w:hint="eastAsia"/>
          <w:rtl/>
        </w:rPr>
        <w:t>سپاه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که با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د</w:t>
      </w:r>
      <w:r w:rsidRPr="004C6E6A">
        <w:rPr>
          <w:rFonts w:ascii="Tahoma" w:hAnsi="Tahoma" w:cs="Tahoma"/>
          <w:rtl/>
        </w:rPr>
        <w:t xml:space="preserve"> در مرز دشمن را متوقف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کرد</w:t>
      </w:r>
      <w:r w:rsidRPr="004C6E6A">
        <w:rPr>
          <w:rFonts w:ascii="Tahoma" w:hAnsi="Tahoma" w:cs="Tahoma"/>
          <w:rtl/>
        </w:rPr>
        <w:t xml:space="preserve"> از مواجب، تدارکات و فرمانده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کپارچه</w:t>
      </w:r>
      <w:r w:rsidRPr="004C6E6A">
        <w:rPr>
          <w:rFonts w:ascii="Tahoma" w:hAnsi="Tahoma" w:cs="Tahoma"/>
          <w:rtl/>
        </w:rPr>
        <w:t xml:space="preserve"> برخوردار نبود. حاکمان محل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منتظر فرمان مرکز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ماندند</w:t>
      </w:r>
      <w:r w:rsidRPr="004C6E6A">
        <w:rPr>
          <w:rFonts w:ascii="Tahoma" w:hAnsi="Tahoma" w:cs="Tahoma"/>
          <w:rtl/>
        </w:rPr>
        <w:t xml:space="preserve"> و مرکز در انتخاب راه و فرمانده ترد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د</w:t>
      </w:r>
      <w:r w:rsidRPr="004C6E6A">
        <w:rPr>
          <w:rFonts w:ascii="Tahoma" w:hAnsi="Tahoma" w:cs="Tahoma"/>
          <w:rtl/>
        </w:rPr>
        <w:t xml:space="preserve">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کرد</w:t>
      </w:r>
      <w:r w:rsidRPr="004C6E6A">
        <w:rPr>
          <w:rFonts w:ascii="Tahoma" w:hAnsi="Tahoma" w:cs="Tahoma"/>
          <w:rtl/>
        </w:rPr>
        <w:t>. هر تأخ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ر</w:t>
      </w:r>
      <w:r w:rsidRPr="004C6E6A">
        <w:rPr>
          <w:rFonts w:ascii="Tahoma" w:hAnsi="Tahoma" w:cs="Tahoma"/>
          <w:rtl/>
        </w:rPr>
        <w:t xml:space="preserve"> به محمود امکان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داد</w:t>
      </w:r>
      <w:r w:rsidRPr="004C6E6A">
        <w:rPr>
          <w:rFonts w:ascii="Tahoma" w:hAnsi="Tahoma" w:cs="Tahoma"/>
          <w:rtl/>
        </w:rPr>
        <w:t xml:space="preserve"> ن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رو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خود را سامان دهد و راه‌ها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تازه‌ا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پ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دا</w:t>
      </w:r>
      <w:r w:rsidRPr="004C6E6A">
        <w:rPr>
          <w:rFonts w:ascii="Tahoma" w:hAnsi="Tahoma" w:cs="Tahoma"/>
          <w:rtl/>
        </w:rPr>
        <w:t xml:space="preserve"> ک</w:t>
      </w:r>
      <w:r w:rsidRPr="004C6E6A">
        <w:rPr>
          <w:rFonts w:ascii="Tahoma" w:hAnsi="Tahoma" w:cs="Tahoma" w:hint="eastAsia"/>
          <w:rtl/>
        </w:rPr>
        <w:t>ند</w:t>
      </w:r>
      <w:r w:rsidRPr="004C6E6A">
        <w:rPr>
          <w:rFonts w:ascii="Tahoma" w:hAnsi="Tahoma" w:cs="Tahoma"/>
          <w:rtl/>
        </w:rPr>
        <w:t>.</w:t>
      </w:r>
    </w:p>
    <w:p w:rsidR="004C6E6A" w:rsidRPr="004C6E6A" w:rsidRDefault="004C6E6A" w:rsidP="004C6E6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C6E6A">
        <w:rPr>
          <w:rFonts w:ascii="Tahoma" w:hAnsi="Tahoma" w:cs="Tahoma" w:hint="eastAsia"/>
          <w:rtl/>
        </w:rPr>
        <w:t>در</w:t>
      </w:r>
      <w:r w:rsidRPr="004C6E6A">
        <w:rPr>
          <w:rFonts w:ascii="Tahoma" w:hAnsi="Tahoma" w:cs="Tahoma"/>
          <w:rtl/>
        </w:rPr>
        <w:t xml:space="preserve"> 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ن</w:t>
      </w:r>
      <w:r w:rsidRPr="004C6E6A">
        <w:rPr>
          <w:rFonts w:ascii="Tahoma" w:hAnsi="Tahoma" w:cs="Tahoma"/>
          <w:rtl/>
        </w:rPr>
        <w:t xml:space="preserve"> هنگام، پ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وند</w:t>
      </w:r>
      <w:r w:rsidRPr="004C6E6A">
        <w:rPr>
          <w:rFonts w:ascii="Tahoma" w:hAnsi="Tahoma" w:cs="Tahoma"/>
          <w:rtl/>
        </w:rPr>
        <w:t xml:space="preserve"> نزد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ک</w:t>
      </w:r>
      <w:r w:rsidRPr="004C6E6A">
        <w:rPr>
          <w:rFonts w:ascii="Tahoma" w:hAnsi="Tahoma" w:cs="Tahoma"/>
          <w:rtl/>
        </w:rPr>
        <w:t xml:space="preserve"> تاج و عمامه ن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ز</w:t>
      </w:r>
      <w:r w:rsidRPr="004C6E6A">
        <w:rPr>
          <w:rFonts w:ascii="Tahoma" w:hAnsi="Tahoma" w:cs="Tahoma"/>
          <w:rtl/>
        </w:rPr>
        <w:t xml:space="preserve"> نتوانست پاسخ نظام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ا</w:t>
      </w:r>
      <w:r w:rsidRPr="004C6E6A">
        <w:rPr>
          <w:rFonts w:ascii="Tahoma" w:hAnsi="Tahoma" w:cs="Tahoma"/>
          <w:rtl/>
        </w:rPr>
        <w:t xml:space="preserve"> ادار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لازم را فراهم کند. 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نکاران</w:t>
      </w:r>
      <w:r w:rsidRPr="004C6E6A">
        <w:rPr>
          <w:rFonts w:ascii="Tahoma" w:hAnsi="Tahoma" w:cs="Tahoma"/>
          <w:rtl/>
        </w:rPr>
        <w:t xml:space="preserve">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توانستند</w:t>
      </w:r>
      <w:r w:rsidRPr="004C6E6A">
        <w:rPr>
          <w:rFonts w:ascii="Tahoma" w:hAnsi="Tahoma" w:cs="Tahoma"/>
          <w:rtl/>
        </w:rPr>
        <w:t xml:space="preserve"> مردم را به دفاع از حکومت ش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ع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فراخوانند، اما اعتماد عموم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فقط با خطابه ساخته نم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شد</w:t>
      </w:r>
      <w:r w:rsidRPr="004C6E6A">
        <w:rPr>
          <w:rFonts w:ascii="Tahoma" w:hAnsi="Tahoma" w:cs="Tahoma"/>
          <w:rtl/>
        </w:rPr>
        <w:t>. مردم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که ز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ر</w:t>
      </w:r>
      <w:r w:rsidRPr="004C6E6A">
        <w:rPr>
          <w:rFonts w:ascii="Tahoma" w:hAnsi="Tahoma" w:cs="Tahoma"/>
          <w:rtl/>
        </w:rPr>
        <w:t xml:space="preserve"> فشار مال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ات</w:t>
      </w:r>
      <w:r w:rsidRPr="004C6E6A">
        <w:rPr>
          <w:rFonts w:ascii="Tahoma" w:hAnsi="Tahoma" w:cs="Tahoma"/>
          <w:rtl/>
        </w:rPr>
        <w:t xml:space="preserve"> و مأموران بودند 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ا</w:t>
      </w:r>
      <w:r w:rsidRPr="004C6E6A">
        <w:rPr>
          <w:rFonts w:ascii="Tahoma" w:hAnsi="Tahoma" w:cs="Tahoma"/>
          <w:rtl/>
        </w:rPr>
        <w:t xml:space="preserve"> از حکومت محل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ستم 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ده</w:t>
      </w:r>
      <w:r w:rsidRPr="004C6E6A">
        <w:rPr>
          <w:rFonts w:ascii="Tahoma" w:hAnsi="Tahoma" w:cs="Tahoma"/>
          <w:rtl/>
        </w:rPr>
        <w:t xml:space="preserve"> بودند، الزاماً آماده نبودند جان خود را برا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دفاع از دستگاه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بدهند که آن را دور و فاسد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دند</w:t>
      </w:r>
      <w:r w:rsidRPr="004C6E6A">
        <w:rPr>
          <w:rFonts w:ascii="Tahoma" w:hAnsi="Tahoma" w:cs="Tahoma"/>
          <w:rtl/>
        </w:rPr>
        <w:t>.</w:t>
      </w:r>
    </w:p>
    <w:p w:rsidR="004C6E6A" w:rsidRPr="004C6E6A" w:rsidRDefault="004C6E6A" w:rsidP="004C6E6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C6E6A">
        <w:rPr>
          <w:rFonts w:ascii="Tahoma" w:hAnsi="Tahoma" w:cs="Tahoma" w:hint="eastAsia"/>
          <w:rtl/>
        </w:rPr>
        <w:t>مذهب</w:t>
      </w:r>
      <w:r w:rsidRPr="004C6E6A">
        <w:rPr>
          <w:rFonts w:ascii="Tahoma" w:hAnsi="Tahoma" w:cs="Tahoma"/>
          <w:rtl/>
        </w:rPr>
        <w:t xml:space="preserve"> رسم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هنوز ن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رو</w:t>
      </w:r>
      <w:r w:rsidRPr="004C6E6A">
        <w:rPr>
          <w:rFonts w:ascii="Tahoma" w:hAnsi="Tahoma" w:cs="Tahoma" w:hint="cs"/>
          <w:rtl/>
        </w:rPr>
        <w:t>یی</w:t>
      </w:r>
      <w:r w:rsidRPr="004C6E6A">
        <w:rPr>
          <w:rFonts w:ascii="Tahoma" w:hAnsi="Tahoma" w:cs="Tahoma"/>
          <w:rtl/>
        </w:rPr>
        <w:t xml:space="preserve"> بزرگ برا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هو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ت</w:t>
      </w:r>
      <w:r w:rsidRPr="004C6E6A">
        <w:rPr>
          <w:rFonts w:ascii="Tahoma" w:hAnsi="Tahoma" w:cs="Tahoma"/>
          <w:rtl/>
        </w:rPr>
        <w:t xml:space="preserve"> حکومت بود، اما حقان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ت</w:t>
      </w:r>
      <w:r w:rsidRPr="004C6E6A">
        <w:rPr>
          <w:rFonts w:ascii="Tahoma" w:hAnsi="Tahoma" w:cs="Tahoma"/>
          <w:rtl/>
        </w:rPr>
        <w:t xml:space="preserve"> مذهب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هنگام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که از توان کشوردار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جدا شود نم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تواند</w:t>
      </w:r>
      <w:r w:rsidRPr="004C6E6A">
        <w:rPr>
          <w:rFonts w:ascii="Tahoma" w:hAnsi="Tahoma" w:cs="Tahoma"/>
          <w:rtl/>
        </w:rPr>
        <w:t xml:space="preserve"> مرز و پا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تخت</w:t>
      </w:r>
      <w:r w:rsidRPr="004C6E6A">
        <w:rPr>
          <w:rFonts w:ascii="Tahoma" w:hAnsi="Tahoma" w:cs="Tahoma"/>
          <w:rtl/>
        </w:rPr>
        <w:t xml:space="preserve"> را حفظ کند. حکومت صفو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با رسم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کردن</w:t>
      </w:r>
      <w:r w:rsidRPr="004C6E6A">
        <w:rPr>
          <w:rFonts w:ascii="Tahoma" w:hAnsi="Tahoma" w:cs="Tahoma"/>
          <w:rtl/>
        </w:rPr>
        <w:t xml:space="preserve"> تش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ع</w:t>
      </w:r>
      <w:r w:rsidRPr="004C6E6A">
        <w:rPr>
          <w:rFonts w:ascii="Tahoma" w:hAnsi="Tahoma" w:cs="Tahoma"/>
          <w:rtl/>
        </w:rPr>
        <w:t xml:space="preserve"> توانسته بود 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ران</w:t>
      </w:r>
      <w:r w:rsidRPr="004C6E6A">
        <w:rPr>
          <w:rFonts w:ascii="Tahoma" w:hAnsi="Tahoma" w:cs="Tahoma"/>
          <w:rtl/>
        </w:rPr>
        <w:t xml:space="preserve"> را از همسا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گانش</w:t>
      </w:r>
      <w:r w:rsidRPr="004C6E6A">
        <w:rPr>
          <w:rFonts w:ascii="Tahoma" w:hAnsi="Tahoma" w:cs="Tahoma"/>
          <w:rtl/>
        </w:rPr>
        <w:t xml:space="preserve"> متما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ز</w:t>
      </w:r>
      <w:r w:rsidRPr="004C6E6A">
        <w:rPr>
          <w:rFonts w:ascii="Tahoma" w:hAnsi="Tahoma" w:cs="Tahoma"/>
          <w:rtl/>
        </w:rPr>
        <w:t xml:space="preserve"> و بخش بزرگ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از مردم را در حافظه‌ا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مشترک گرد آورد؛ </w:t>
      </w:r>
      <w:r w:rsidRPr="004C6E6A">
        <w:rPr>
          <w:rFonts w:ascii="Tahoma" w:hAnsi="Tahoma" w:cs="Tahoma" w:hint="eastAsia"/>
          <w:rtl/>
        </w:rPr>
        <w:t>اما</w:t>
      </w:r>
      <w:r w:rsidRPr="004C6E6A">
        <w:rPr>
          <w:rFonts w:ascii="Tahoma" w:hAnsi="Tahoma" w:cs="Tahoma"/>
          <w:rtl/>
        </w:rPr>
        <w:t xml:space="preserve"> در پا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ان</w:t>
      </w:r>
      <w:r w:rsidRPr="004C6E6A">
        <w:rPr>
          <w:rFonts w:ascii="Tahoma" w:hAnsi="Tahoma" w:cs="Tahoma"/>
          <w:rtl/>
        </w:rPr>
        <w:t xml:space="preserve"> کار، دستگاه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که آن مذهب را اداره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کرد</w:t>
      </w:r>
      <w:r w:rsidRPr="004C6E6A">
        <w:rPr>
          <w:rFonts w:ascii="Tahoma" w:hAnsi="Tahoma" w:cs="Tahoma"/>
          <w:rtl/>
        </w:rPr>
        <w:t xml:space="preserve"> جا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قشون، خزانه و فرمانده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را نم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گرفت</w:t>
      </w:r>
      <w:r w:rsidRPr="004C6E6A">
        <w:rPr>
          <w:rFonts w:ascii="Tahoma" w:hAnsi="Tahoma" w:cs="Tahoma"/>
          <w:rtl/>
        </w:rPr>
        <w:t>.</w:t>
      </w:r>
    </w:p>
    <w:p w:rsidR="004C6E6A" w:rsidRPr="004C6E6A" w:rsidRDefault="004C6E6A" w:rsidP="004C6E6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C6E6A">
        <w:rPr>
          <w:rFonts w:ascii="Tahoma" w:hAnsi="Tahoma" w:cs="Tahoma" w:hint="eastAsia"/>
          <w:rtl/>
        </w:rPr>
        <w:t>محمود</w:t>
      </w:r>
      <w:r w:rsidRPr="004C6E6A">
        <w:rPr>
          <w:rFonts w:ascii="Tahoma" w:hAnsi="Tahoma" w:cs="Tahoma"/>
          <w:rtl/>
        </w:rPr>
        <w:t xml:space="preserve"> سرانجام تصم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م</w:t>
      </w:r>
      <w:r w:rsidRPr="004C6E6A">
        <w:rPr>
          <w:rFonts w:ascii="Tahoma" w:hAnsi="Tahoma" w:cs="Tahoma"/>
          <w:rtl/>
        </w:rPr>
        <w:t xml:space="preserve"> گرفت از قندهار فراتر رود و به سو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مرکز 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ران</w:t>
      </w:r>
      <w:r w:rsidRPr="004C6E6A">
        <w:rPr>
          <w:rFonts w:ascii="Tahoma" w:hAnsi="Tahoma" w:cs="Tahoma"/>
          <w:rtl/>
        </w:rPr>
        <w:t xml:space="preserve"> حرکت کند. آنچه در آغاز شورش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مرز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بود، اکنون پادشاه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صفو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را به مبارزه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طلب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د</w:t>
      </w:r>
      <w:r w:rsidRPr="004C6E6A">
        <w:rPr>
          <w:rFonts w:ascii="Tahoma" w:hAnsi="Tahoma" w:cs="Tahoma"/>
          <w:rtl/>
        </w:rPr>
        <w:t>. حکومت ب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ش</w:t>
      </w:r>
      <w:r w:rsidRPr="004C6E6A">
        <w:rPr>
          <w:rFonts w:ascii="Tahoma" w:hAnsi="Tahoma" w:cs="Tahoma"/>
          <w:rtl/>
        </w:rPr>
        <w:t xml:space="preserve"> از 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ک</w:t>
      </w:r>
      <w:r w:rsidRPr="004C6E6A">
        <w:rPr>
          <w:rFonts w:ascii="Tahoma" w:hAnsi="Tahoma" w:cs="Tahoma"/>
          <w:rtl/>
        </w:rPr>
        <w:t xml:space="preserve"> سده فرصت داشت ضعف‌ها</w:t>
      </w:r>
      <w:r w:rsidRPr="004C6E6A">
        <w:rPr>
          <w:rFonts w:ascii="Tahoma" w:hAnsi="Tahoma" w:cs="Tahoma" w:hint="cs"/>
          <w:rtl/>
        </w:rPr>
        <w:t>یی</w:t>
      </w:r>
      <w:r w:rsidRPr="004C6E6A">
        <w:rPr>
          <w:rFonts w:ascii="Tahoma" w:hAnsi="Tahoma" w:cs="Tahoma"/>
          <w:rtl/>
        </w:rPr>
        <w:t xml:space="preserve"> را که پس از شاه عباس پد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د</w:t>
      </w:r>
      <w:r w:rsidRPr="004C6E6A">
        <w:rPr>
          <w:rFonts w:ascii="Tahoma" w:hAnsi="Tahoma" w:cs="Tahoma"/>
          <w:rtl/>
        </w:rPr>
        <w:t xml:space="preserve"> آمده بودند اصلاح کند، اما هشدارها را تا هنگام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ناد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ده</w:t>
      </w:r>
      <w:r w:rsidRPr="004C6E6A">
        <w:rPr>
          <w:rFonts w:ascii="Tahoma" w:hAnsi="Tahoma" w:cs="Tahoma"/>
          <w:rtl/>
        </w:rPr>
        <w:t xml:space="preserve"> گرفت که دشمن از مرز گذشته بود.</w:t>
      </w:r>
    </w:p>
    <w:p w:rsidR="004C6E6A" w:rsidRDefault="004C6E6A" w:rsidP="004C6E6A">
      <w:pPr>
        <w:bidi/>
        <w:spacing w:after="0" w:line="360" w:lineRule="auto"/>
        <w:ind w:firstLine="720"/>
        <w:jc w:val="both"/>
        <w:rPr>
          <w:rFonts w:ascii="Tahoma" w:hAnsi="Tahoma" w:cs="Tahoma"/>
          <w:rtl/>
        </w:rPr>
      </w:pPr>
      <w:r w:rsidRPr="004C6E6A">
        <w:rPr>
          <w:rFonts w:ascii="Tahoma" w:hAnsi="Tahoma" w:cs="Tahoma" w:hint="eastAsia"/>
          <w:rtl/>
        </w:rPr>
        <w:t>اکنون</w:t>
      </w:r>
      <w:r w:rsidRPr="004C6E6A">
        <w:rPr>
          <w:rFonts w:ascii="Tahoma" w:hAnsi="Tahoma" w:cs="Tahoma"/>
          <w:rtl/>
        </w:rPr>
        <w:t xml:space="preserve"> 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گر</w:t>
      </w:r>
      <w:r w:rsidRPr="004C6E6A">
        <w:rPr>
          <w:rFonts w:ascii="Tahoma" w:hAnsi="Tahoma" w:cs="Tahoma"/>
          <w:rtl/>
        </w:rPr>
        <w:t xml:space="preserve"> مسئله فقط حفظ قندهار نبود. راه اصفهان گشوده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شد</w:t>
      </w:r>
      <w:r w:rsidRPr="004C6E6A">
        <w:rPr>
          <w:rFonts w:ascii="Tahoma" w:hAnsi="Tahoma" w:cs="Tahoma"/>
          <w:rtl/>
        </w:rPr>
        <w:t xml:space="preserve"> و همهٔ ن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روها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کشوردار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صفو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در برابر آزمون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نها</w:t>
      </w:r>
      <w:r w:rsidRPr="004C6E6A">
        <w:rPr>
          <w:rFonts w:ascii="Tahoma" w:hAnsi="Tahoma" w:cs="Tahoma" w:hint="cs"/>
          <w:rtl/>
        </w:rPr>
        <w:t>یی</w:t>
      </w:r>
      <w:r w:rsidRPr="004C6E6A">
        <w:rPr>
          <w:rFonts w:ascii="Tahoma" w:hAnsi="Tahoma" w:cs="Tahoma"/>
          <w:rtl/>
        </w:rPr>
        <w:t xml:space="preserve"> قرار م</w:t>
      </w:r>
      <w:r w:rsidRPr="004C6E6A">
        <w:rPr>
          <w:rFonts w:ascii="Tahoma" w:hAnsi="Tahoma" w:cs="Tahoma" w:hint="cs"/>
          <w:rtl/>
        </w:rPr>
        <w:t>ی‌</w:t>
      </w:r>
      <w:r w:rsidRPr="004C6E6A">
        <w:rPr>
          <w:rFonts w:ascii="Tahoma" w:hAnsi="Tahoma" w:cs="Tahoma" w:hint="eastAsia"/>
          <w:rtl/>
        </w:rPr>
        <w:t>گرفتند</w:t>
      </w:r>
      <w:r w:rsidRPr="004C6E6A">
        <w:rPr>
          <w:rFonts w:ascii="Tahoma" w:hAnsi="Tahoma" w:cs="Tahoma"/>
          <w:rtl/>
        </w:rPr>
        <w:t>. فصل بعد نشان خواهد داد چگونه سپاه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کوچک‌تر از ن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رو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اسم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حکومت توانست در گلون‌آباد راه پا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تخت</w:t>
      </w:r>
      <w:r w:rsidRPr="004C6E6A">
        <w:rPr>
          <w:rFonts w:ascii="Tahoma" w:hAnsi="Tahoma" w:cs="Tahoma"/>
          <w:rtl/>
        </w:rPr>
        <w:t xml:space="preserve"> را باز کند، اصفهان را به محاصره در</w:t>
      </w:r>
      <w:r w:rsidRPr="004C6E6A">
        <w:rPr>
          <w:rFonts w:ascii="Tahoma" w:hAnsi="Tahoma" w:cs="Tahoma" w:hint="eastAsia"/>
          <w:rtl/>
        </w:rPr>
        <w:t>آورد</w:t>
      </w:r>
      <w:r w:rsidRPr="004C6E6A">
        <w:rPr>
          <w:rFonts w:ascii="Tahoma" w:hAnsi="Tahoma" w:cs="Tahoma"/>
          <w:rtl/>
        </w:rPr>
        <w:t xml:space="preserve"> و شاه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را وادار سازد تاج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را که با شمش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ر</w:t>
      </w:r>
      <w:r w:rsidRPr="004C6E6A">
        <w:rPr>
          <w:rFonts w:ascii="Tahoma" w:hAnsi="Tahoma" w:cs="Tahoma"/>
          <w:rtl/>
        </w:rPr>
        <w:t xml:space="preserve"> قزلباشان و فتوا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/>
          <w:rtl/>
        </w:rPr>
        <w:t xml:space="preserve"> د</w:t>
      </w:r>
      <w:r w:rsidRPr="004C6E6A">
        <w:rPr>
          <w:rFonts w:ascii="Tahoma" w:hAnsi="Tahoma" w:cs="Tahoma" w:hint="cs"/>
          <w:rtl/>
        </w:rPr>
        <w:t>ی</w:t>
      </w:r>
      <w:r w:rsidRPr="004C6E6A">
        <w:rPr>
          <w:rFonts w:ascii="Tahoma" w:hAnsi="Tahoma" w:cs="Tahoma" w:hint="eastAsia"/>
          <w:rtl/>
        </w:rPr>
        <w:t>نکاران</w:t>
      </w:r>
      <w:r w:rsidRPr="004C6E6A">
        <w:rPr>
          <w:rFonts w:ascii="Tahoma" w:hAnsi="Tahoma" w:cs="Tahoma"/>
          <w:rtl/>
        </w:rPr>
        <w:t xml:space="preserve"> ساخته شده بود با دست خود به محمود افغان بسپارد.</w:t>
      </w:r>
    </w:p>
    <w:p w:rsidR="004C6E6A" w:rsidRPr="002B4164" w:rsidRDefault="004C6E6A" w:rsidP="002B4164">
      <w:pPr>
        <w:keepNext/>
        <w:pageBreakBefore/>
        <w:bidi/>
        <w:spacing w:after="0" w:line="360" w:lineRule="auto"/>
        <w:jc w:val="center"/>
        <w:rPr>
          <w:rFonts w:asciiTheme="majorBidi" w:hAnsiTheme="majorBidi" w:cstheme="majorBidi"/>
          <w:b/>
          <w:bCs/>
          <w:sz w:val="36"/>
          <w:szCs w:val="36"/>
          <w:rtl/>
        </w:rPr>
      </w:pPr>
      <w:bookmarkStart w:id="12" w:name="Vol1Chapter111111"/>
      <w:bookmarkStart w:id="13" w:name="Vol1Chapter11"/>
      <w:bookmarkEnd w:id="12"/>
      <w:bookmarkEnd w:id="13"/>
      <w:r w:rsidRPr="002B4164">
        <w:rPr>
          <w:rFonts w:asciiTheme="majorBidi" w:hAnsiTheme="majorBidi" w:cstheme="majorBidi"/>
          <w:b/>
          <w:bCs/>
          <w:sz w:val="36"/>
          <w:szCs w:val="36"/>
          <w:rtl/>
        </w:rPr>
        <w:t>فصل یازدهم</w:t>
      </w:r>
    </w:p>
    <w:p w:rsidR="002B4164" w:rsidRPr="002B4164" w:rsidRDefault="002B4164" w:rsidP="002B4164">
      <w:pPr>
        <w:keepNext/>
        <w:bidi/>
        <w:spacing w:after="240" w:line="360" w:lineRule="auto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2B4164">
        <w:rPr>
          <w:rFonts w:asciiTheme="majorBidi" w:hAnsiTheme="majorBidi" w:cstheme="majorBidi"/>
          <w:b/>
          <w:bCs/>
          <w:sz w:val="36"/>
          <w:szCs w:val="36"/>
          <w:rtl/>
        </w:rPr>
        <w:t>سقوط اصفهان؛ پایان توان کشورداری صفوی</w:t>
      </w:r>
    </w:p>
    <w:p w:rsidR="002B4164" w:rsidRPr="002B4164" w:rsidRDefault="002B4164" w:rsidP="002B416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B4164">
        <w:rPr>
          <w:rFonts w:ascii="Tahoma" w:hAnsi="Tahoma" w:cs="Tahoma" w:hint="eastAsia"/>
          <w:rtl/>
        </w:rPr>
        <w:t>حرکت</w:t>
      </w:r>
      <w:r w:rsidRPr="002B4164">
        <w:rPr>
          <w:rFonts w:ascii="Tahoma" w:hAnsi="Tahoma" w:cs="Tahoma"/>
          <w:rtl/>
        </w:rPr>
        <w:t xml:space="preserve"> محمود افغان به سو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مرکز 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ران</w:t>
      </w:r>
      <w:r w:rsidRPr="002B4164">
        <w:rPr>
          <w:rFonts w:ascii="Tahoma" w:hAnsi="Tahoma" w:cs="Tahoma"/>
          <w:rtl/>
        </w:rPr>
        <w:t xml:space="preserve"> در آغاز به لشکرکش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رو</w:t>
      </w:r>
      <w:r w:rsidRPr="002B4164">
        <w:rPr>
          <w:rFonts w:ascii="Tahoma" w:hAnsi="Tahoma" w:cs="Tahoma" w:hint="cs"/>
          <w:rtl/>
        </w:rPr>
        <w:t>یی</w:t>
      </w:r>
      <w:r w:rsidRPr="002B4164">
        <w:rPr>
          <w:rFonts w:ascii="Tahoma" w:hAnsi="Tahoma" w:cs="Tahoma"/>
          <w:rtl/>
        </w:rPr>
        <w:t xml:space="preserve"> نم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مانست</w:t>
      </w:r>
      <w:r w:rsidRPr="002B4164">
        <w:rPr>
          <w:rFonts w:ascii="Tahoma" w:hAnsi="Tahoma" w:cs="Tahoma"/>
          <w:rtl/>
        </w:rPr>
        <w:t xml:space="preserve"> که بتواند 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ک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از بزرگ‌تر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ن</w:t>
      </w:r>
      <w:r w:rsidRPr="002B4164">
        <w:rPr>
          <w:rFonts w:ascii="Tahoma" w:hAnsi="Tahoma" w:cs="Tahoma"/>
          <w:rtl/>
        </w:rPr>
        <w:t xml:space="preserve"> پا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تخت‌ها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جهان را تصرف کند. قندهار از مرکز حکومت دور بود، 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رو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محمود در مقا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سه</w:t>
      </w:r>
      <w:r w:rsidRPr="002B4164">
        <w:rPr>
          <w:rFonts w:ascii="Tahoma" w:hAnsi="Tahoma" w:cs="Tahoma"/>
          <w:rtl/>
        </w:rPr>
        <w:t xml:space="preserve"> با شمار اسم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قشون صفو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محدود به نظر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رس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د</w:t>
      </w:r>
      <w:r w:rsidRPr="002B4164">
        <w:rPr>
          <w:rFonts w:ascii="Tahoma" w:hAnsi="Tahoma" w:cs="Tahoma"/>
          <w:rtl/>
        </w:rPr>
        <w:t xml:space="preserve"> و او نه 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وان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گسترده، نه خزانه‌ا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هم‌سنگ حکومت و نه شبکه‌ا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از حاکمان در سراسر 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ران</w:t>
      </w:r>
      <w:r w:rsidRPr="002B4164">
        <w:rPr>
          <w:rFonts w:ascii="Tahoma" w:hAnsi="Tahoma" w:cs="Tahoma"/>
          <w:rtl/>
        </w:rPr>
        <w:t xml:space="preserve"> در اخت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ار</w:t>
      </w:r>
      <w:r w:rsidRPr="002B4164">
        <w:rPr>
          <w:rFonts w:ascii="Tahoma" w:hAnsi="Tahoma" w:cs="Tahoma"/>
          <w:rtl/>
        </w:rPr>
        <w:t xml:space="preserve"> داشت.</w:t>
      </w:r>
    </w:p>
    <w:p w:rsidR="002B4164" w:rsidRPr="002B4164" w:rsidRDefault="002B4164" w:rsidP="002B416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B4164">
        <w:rPr>
          <w:rFonts w:ascii="Tahoma" w:hAnsi="Tahoma" w:cs="Tahoma" w:hint="eastAsia"/>
          <w:rtl/>
        </w:rPr>
        <w:t>در</w:t>
      </w:r>
      <w:r w:rsidRPr="002B4164">
        <w:rPr>
          <w:rFonts w:ascii="Tahoma" w:hAnsi="Tahoma" w:cs="Tahoma"/>
          <w:rtl/>
        </w:rPr>
        <w:t xml:space="preserve"> برابر او، شاه سلطان حس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ن</w:t>
      </w:r>
      <w:r w:rsidRPr="002B4164">
        <w:rPr>
          <w:rFonts w:ascii="Tahoma" w:hAnsi="Tahoma" w:cs="Tahoma"/>
          <w:rtl/>
        </w:rPr>
        <w:t xml:space="preserve"> وارث دو سده کشوردار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صفو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بود. اصفهان 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وار،</w:t>
      </w:r>
      <w:r w:rsidRPr="002B4164">
        <w:rPr>
          <w:rFonts w:ascii="Tahoma" w:hAnsi="Tahoma" w:cs="Tahoma"/>
          <w:rtl/>
        </w:rPr>
        <w:t xml:space="preserve"> جمع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ت،</w:t>
      </w:r>
      <w:r w:rsidRPr="002B4164">
        <w:rPr>
          <w:rFonts w:ascii="Tahoma" w:hAnsi="Tahoma" w:cs="Tahoma"/>
          <w:rtl/>
        </w:rPr>
        <w:t xml:space="preserve"> خزانه، انبار، قشون، بازار و دستگاه ادار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داشت. فرمان شاه در بخش بزرگ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از 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ران</w:t>
      </w:r>
      <w:r w:rsidRPr="002B4164">
        <w:rPr>
          <w:rFonts w:ascii="Tahoma" w:hAnsi="Tahoma" w:cs="Tahoma"/>
          <w:rtl/>
        </w:rPr>
        <w:t xml:space="preserve"> هنوز اجرا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شد</w:t>
      </w:r>
      <w:r w:rsidRPr="002B4164">
        <w:rPr>
          <w:rFonts w:ascii="Tahoma" w:hAnsi="Tahoma" w:cs="Tahoma"/>
          <w:rtl/>
        </w:rPr>
        <w:t xml:space="preserve"> و حاکمان 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الات</w:t>
      </w:r>
      <w:r w:rsidRPr="002B4164">
        <w:rPr>
          <w:rFonts w:ascii="Tahoma" w:hAnsi="Tahoma" w:cs="Tahoma"/>
          <w:rtl/>
        </w:rPr>
        <w:t xml:space="preserve">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توانستند</w:t>
      </w:r>
      <w:r w:rsidRPr="002B4164">
        <w:rPr>
          <w:rFonts w:ascii="Tahoma" w:hAnsi="Tahoma" w:cs="Tahoma"/>
          <w:rtl/>
        </w:rPr>
        <w:t xml:space="preserve"> 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رو</w:t>
      </w:r>
      <w:r w:rsidRPr="002B4164">
        <w:rPr>
          <w:rFonts w:ascii="Tahoma" w:hAnsi="Tahoma" w:cs="Tahoma"/>
          <w:rtl/>
        </w:rPr>
        <w:t xml:space="preserve"> فراهم کنند. اگر فقط شمار منابع و ظاهر دو طرف سنج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ده</w:t>
      </w:r>
      <w:r w:rsidRPr="002B4164">
        <w:rPr>
          <w:rFonts w:ascii="Tahoma" w:hAnsi="Tahoma" w:cs="Tahoma"/>
          <w:rtl/>
        </w:rPr>
        <w:t xml:space="preserve">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شد،</w:t>
      </w:r>
      <w:r w:rsidRPr="002B4164">
        <w:rPr>
          <w:rFonts w:ascii="Tahoma" w:hAnsi="Tahoma" w:cs="Tahoma"/>
          <w:rtl/>
        </w:rPr>
        <w:t xml:space="preserve"> شکست محمود با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د</w:t>
      </w:r>
      <w:r w:rsidRPr="002B4164">
        <w:rPr>
          <w:rFonts w:ascii="Tahoma" w:hAnsi="Tahoma" w:cs="Tahoma"/>
          <w:rtl/>
        </w:rPr>
        <w:t xml:space="preserve"> محتمل‌تر از سقوط صفو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ان</w:t>
      </w:r>
      <w:r w:rsidRPr="002B4164">
        <w:rPr>
          <w:rFonts w:ascii="Tahoma" w:hAnsi="Tahoma" w:cs="Tahoma"/>
          <w:rtl/>
        </w:rPr>
        <w:t xml:space="preserve"> به نظر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رس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د</w:t>
      </w:r>
      <w:r w:rsidRPr="002B4164">
        <w:rPr>
          <w:rFonts w:ascii="Tahoma" w:hAnsi="Tahoma" w:cs="Tahoma"/>
          <w:rtl/>
        </w:rPr>
        <w:t>.</w:t>
      </w:r>
    </w:p>
    <w:p w:rsidR="002B4164" w:rsidRPr="002B4164" w:rsidRDefault="002B4164" w:rsidP="002B416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B4164">
        <w:rPr>
          <w:rFonts w:ascii="Tahoma" w:hAnsi="Tahoma" w:cs="Tahoma" w:hint="eastAsia"/>
          <w:rtl/>
        </w:rPr>
        <w:t>اما</w:t>
      </w:r>
      <w:r w:rsidRPr="002B4164">
        <w:rPr>
          <w:rFonts w:ascii="Tahoma" w:hAnsi="Tahoma" w:cs="Tahoma"/>
          <w:rtl/>
        </w:rPr>
        <w:t xml:space="preserve"> قدرت حکومت فقط از داشتن منابع ساخته نم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شود؛</w:t>
      </w:r>
      <w:r w:rsidRPr="002B4164">
        <w:rPr>
          <w:rFonts w:ascii="Tahoma" w:hAnsi="Tahoma" w:cs="Tahoma"/>
          <w:rtl/>
        </w:rPr>
        <w:t xml:space="preserve"> از توان گردآوردن و به‌کاربردن آنها 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ز</w:t>
      </w:r>
      <w:r w:rsidRPr="002B4164">
        <w:rPr>
          <w:rFonts w:ascii="Tahoma" w:hAnsi="Tahoma" w:cs="Tahoma"/>
          <w:rtl/>
        </w:rPr>
        <w:t xml:space="preserve"> سرچشمه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رد</w:t>
      </w:r>
      <w:r w:rsidRPr="002B4164">
        <w:rPr>
          <w:rFonts w:ascii="Tahoma" w:hAnsi="Tahoma" w:cs="Tahoma"/>
          <w:rtl/>
        </w:rPr>
        <w:t>. قشون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که فرمانده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واحد ندارد، خزانه‌ا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که نم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تواند</w:t>
      </w:r>
      <w:r w:rsidRPr="002B4164">
        <w:rPr>
          <w:rFonts w:ascii="Tahoma" w:hAnsi="Tahoma" w:cs="Tahoma"/>
          <w:rtl/>
        </w:rPr>
        <w:t xml:space="preserve"> به‌موقع مواجب و تدارکات فراهم کند، 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وان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که از واقع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ت</w:t>
      </w:r>
      <w:r w:rsidRPr="002B4164">
        <w:rPr>
          <w:rFonts w:ascii="Tahoma" w:hAnsi="Tahoma" w:cs="Tahoma"/>
          <w:rtl/>
        </w:rPr>
        <w:t xml:space="preserve"> 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الات</w:t>
      </w:r>
      <w:r w:rsidRPr="002B4164">
        <w:rPr>
          <w:rFonts w:ascii="Tahoma" w:hAnsi="Tahoma" w:cs="Tahoma"/>
          <w:rtl/>
        </w:rPr>
        <w:t xml:space="preserve"> دور است و شاه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که در تصم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م‌گ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ترد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د</w:t>
      </w:r>
      <w:r w:rsidRPr="002B4164">
        <w:rPr>
          <w:rFonts w:ascii="Tahoma" w:hAnsi="Tahoma" w:cs="Tahoma"/>
          <w:rtl/>
        </w:rPr>
        <w:t xml:space="preserve"> </w:t>
      </w:r>
      <w:r w:rsidRPr="002B4164">
        <w:rPr>
          <w:rFonts w:ascii="Tahoma" w:hAnsi="Tahoma" w:cs="Tahoma" w:hint="eastAsia"/>
          <w:rtl/>
        </w:rPr>
        <w:t>دارد،</w:t>
      </w:r>
      <w:r w:rsidRPr="002B4164">
        <w:rPr>
          <w:rFonts w:ascii="Tahoma" w:hAnsi="Tahoma" w:cs="Tahoma"/>
          <w:rtl/>
        </w:rPr>
        <w:t xml:space="preserve"> نم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توانند</w:t>
      </w:r>
      <w:r w:rsidRPr="002B4164">
        <w:rPr>
          <w:rFonts w:ascii="Tahoma" w:hAnsi="Tahoma" w:cs="Tahoma"/>
          <w:rtl/>
        </w:rPr>
        <w:t xml:space="preserve"> همهٔ امکانات موجود را به قدرت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مؤثر تبد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ل</w:t>
      </w:r>
      <w:r w:rsidRPr="002B4164">
        <w:rPr>
          <w:rFonts w:ascii="Tahoma" w:hAnsi="Tahoma" w:cs="Tahoma"/>
          <w:rtl/>
        </w:rPr>
        <w:t xml:space="preserve"> کنند.</w:t>
      </w:r>
    </w:p>
    <w:p w:rsidR="002B4164" w:rsidRPr="002B4164" w:rsidRDefault="002B4164" w:rsidP="002B416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B4164">
        <w:rPr>
          <w:rFonts w:ascii="Tahoma" w:hAnsi="Tahoma" w:cs="Tahoma" w:hint="eastAsia"/>
          <w:rtl/>
        </w:rPr>
        <w:t>محمود</w:t>
      </w:r>
      <w:r w:rsidRPr="002B4164">
        <w:rPr>
          <w:rFonts w:ascii="Tahoma" w:hAnsi="Tahoma" w:cs="Tahoma"/>
          <w:rtl/>
        </w:rPr>
        <w:t xml:space="preserve"> پ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ش</w:t>
      </w:r>
      <w:r w:rsidRPr="002B4164">
        <w:rPr>
          <w:rFonts w:ascii="Tahoma" w:hAnsi="Tahoma" w:cs="Tahoma"/>
          <w:rtl/>
        </w:rPr>
        <w:t xml:space="preserve"> از حرکت نها</w:t>
      </w:r>
      <w:r w:rsidRPr="002B4164">
        <w:rPr>
          <w:rFonts w:ascii="Tahoma" w:hAnsi="Tahoma" w:cs="Tahoma" w:hint="cs"/>
          <w:rtl/>
        </w:rPr>
        <w:t>یی</w:t>
      </w:r>
      <w:r w:rsidRPr="002B4164">
        <w:rPr>
          <w:rFonts w:ascii="Tahoma" w:hAnsi="Tahoma" w:cs="Tahoma" w:hint="eastAsia"/>
          <w:rtl/>
        </w:rPr>
        <w:t>،</w:t>
      </w:r>
      <w:r w:rsidRPr="002B4164">
        <w:rPr>
          <w:rFonts w:ascii="Tahoma" w:hAnsi="Tahoma" w:cs="Tahoma"/>
          <w:rtl/>
        </w:rPr>
        <w:t xml:space="preserve"> واکنش حکومت را آزموده بود. حمله‌ها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پ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ش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ن</w:t>
      </w:r>
      <w:r w:rsidRPr="002B4164">
        <w:rPr>
          <w:rFonts w:ascii="Tahoma" w:hAnsi="Tahoma" w:cs="Tahoma"/>
          <w:rtl/>
        </w:rPr>
        <w:t xml:space="preserve"> به سو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کرمان و برخورد با 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روها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محل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به او نشان داده بودند که دولت صفو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از پاسخ سر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ع</w:t>
      </w:r>
      <w:r w:rsidRPr="002B4164">
        <w:rPr>
          <w:rFonts w:ascii="Tahoma" w:hAnsi="Tahoma" w:cs="Tahoma"/>
          <w:rtl/>
        </w:rPr>
        <w:t xml:space="preserve"> و هماهنگ ناتوان است. مقاومت 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ک</w:t>
      </w:r>
      <w:r w:rsidRPr="002B4164">
        <w:rPr>
          <w:rFonts w:ascii="Tahoma" w:hAnsi="Tahoma" w:cs="Tahoma"/>
          <w:rtl/>
        </w:rPr>
        <w:t xml:space="preserve"> شهر 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</w:t>
      </w:r>
      <w:r w:rsidRPr="002B4164">
        <w:rPr>
          <w:rFonts w:ascii="Tahoma" w:hAnsi="Tahoma" w:cs="Tahoma"/>
          <w:rtl/>
        </w:rPr>
        <w:t xml:space="preserve"> حاکم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توانست</w:t>
      </w:r>
      <w:r w:rsidRPr="002B4164">
        <w:rPr>
          <w:rFonts w:ascii="Tahoma" w:hAnsi="Tahoma" w:cs="Tahoma"/>
          <w:rtl/>
        </w:rPr>
        <w:t xml:space="preserve"> او را متوقف 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</w:t>
      </w:r>
      <w:r w:rsidRPr="002B4164">
        <w:rPr>
          <w:rFonts w:ascii="Tahoma" w:hAnsi="Tahoma" w:cs="Tahoma"/>
          <w:rtl/>
        </w:rPr>
        <w:t xml:space="preserve"> عقب براند، اما مرکز نم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توانست</w:t>
      </w:r>
      <w:r w:rsidRPr="002B4164">
        <w:rPr>
          <w:rFonts w:ascii="Tahoma" w:hAnsi="Tahoma" w:cs="Tahoma"/>
          <w:rtl/>
        </w:rPr>
        <w:t xml:space="preserve"> 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ن</w:t>
      </w:r>
      <w:r w:rsidRPr="002B4164">
        <w:rPr>
          <w:rFonts w:ascii="Tahoma" w:hAnsi="Tahoma" w:cs="Tahoma"/>
          <w:rtl/>
        </w:rPr>
        <w:t xml:space="preserve"> </w:t>
      </w:r>
      <w:r w:rsidRPr="002B4164">
        <w:rPr>
          <w:rFonts w:ascii="Tahoma" w:hAnsi="Tahoma" w:cs="Tahoma" w:hint="eastAsia"/>
          <w:rtl/>
        </w:rPr>
        <w:t>مقاومت‌ها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جداگانه را به برنامه‌ا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سراسر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تبد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ل</w:t>
      </w:r>
      <w:r w:rsidRPr="002B4164">
        <w:rPr>
          <w:rFonts w:ascii="Tahoma" w:hAnsi="Tahoma" w:cs="Tahoma"/>
          <w:rtl/>
        </w:rPr>
        <w:t xml:space="preserve"> کند.</w:t>
      </w:r>
    </w:p>
    <w:p w:rsidR="002B4164" w:rsidRPr="002B4164" w:rsidRDefault="002B4164" w:rsidP="002B416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B4164">
        <w:rPr>
          <w:rFonts w:ascii="Tahoma" w:hAnsi="Tahoma" w:cs="Tahoma" w:hint="eastAsia"/>
          <w:rtl/>
        </w:rPr>
        <w:t>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ن</w:t>
      </w:r>
      <w:r w:rsidRPr="002B4164">
        <w:rPr>
          <w:rFonts w:ascii="Tahoma" w:hAnsi="Tahoma" w:cs="Tahoma"/>
          <w:rtl/>
        </w:rPr>
        <w:t xml:space="preserve"> آگاه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برا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او از داشتن سپاه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بزرگ مهم‌تر بود. فرمانده‌ا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که ضعف تصم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م‌گ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دشمن را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شناسد</w:t>
      </w:r>
      <w:r w:rsidRPr="002B4164">
        <w:rPr>
          <w:rFonts w:ascii="Tahoma" w:hAnsi="Tahoma" w:cs="Tahoma"/>
          <w:rtl/>
        </w:rPr>
        <w:t xml:space="preserve">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تواند</w:t>
      </w:r>
      <w:r w:rsidRPr="002B4164">
        <w:rPr>
          <w:rFonts w:ascii="Tahoma" w:hAnsi="Tahoma" w:cs="Tahoma"/>
          <w:rtl/>
        </w:rPr>
        <w:t xml:space="preserve"> با 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رو</w:t>
      </w:r>
      <w:r w:rsidRPr="002B4164">
        <w:rPr>
          <w:rFonts w:ascii="Tahoma" w:hAnsi="Tahoma" w:cs="Tahoma" w:hint="cs"/>
          <w:rtl/>
        </w:rPr>
        <w:t>یی</w:t>
      </w:r>
      <w:r w:rsidRPr="002B4164">
        <w:rPr>
          <w:rFonts w:ascii="Tahoma" w:hAnsi="Tahoma" w:cs="Tahoma"/>
          <w:rtl/>
        </w:rPr>
        <w:t xml:space="preserve"> کمتر خطر کند. محمود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دانست</w:t>
      </w:r>
      <w:r w:rsidRPr="002B4164">
        <w:rPr>
          <w:rFonts w:ascii="Tahoma" w:hAnsi="Tahoma" w:cs="Tahoma"/>
          <w:rtl/>
        </w:rPr>
        <w:t xml:space="preserve"> که حکومت برا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انتخاب فرمانده، گردآوردن قشون و رساندن آذوقه به زمان 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از</w:t>
      </w:r>
      <w:r w:rsidRPr="002B4164">
        <w:rPr>
          <w:rFonts w:ascii="Tahoma" w:hAnsi="Tahoma" w:cs="Tahoma"/>
          <w:rtl/>
        </w:rPr>
        <w:t xml:space="preserve"> دارد و اختلاف دربار ممکن است هر تصم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م</w:t>
      </w:r>
      <w:r w:rsidRPr="002B4164">
        <w:rPr>
          <w:rFonts w:ascii="Tahoma" w:hAnsi="Tahoma" w:cs="Tahoma"/>
          <w:rtl/>
        </w:rPr>
        <w:t xml:space="preserve"> را به تأخ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</w:t>
      </w:r>
      <w:r w:rsidRPr="002B4164">
        <w:rPr>
          <w:rFonts w:ascii="Tahoma" w:hAnsi="Tahoma" w:cs="Tahoma"/>
          <w:rtl/>
        </w:rPr>
        <w:t xml:space="preserve"> اندازد.</w:t>
      </w:r>
    </w:p>
    <w:p w:rsidR="002B4164" w:rsidRPr="002B4164" w:rsidRDefault="002B4164" w:rsidP="002B416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B4164">
        <w:rPr>
          <w:rFonts w:ascii="Tahoma" w:hAnsi="Tahoma" w:cs="Tahoma" w:hint="eastAsia"/>
          <w:rtl/>
        </w:rPr>
        <w:t>در</w:t>
      </w:r>
      <w:r w:rsidRPr="002B4164">
        <w:rPr>
          <w:rFonts w:ascii="Tahoma" w:hAnsi="Tahoma" w:cs="Tahoma"/>
          <w:rtl/>
        </w:rPr>
        <w:t xml:space="preserve"> سال </w:t>
      </w:r>
      <w:r w:rsidRPr="002B4164">
        <w:rPr>
          <w:rFonts w:ascii="Tahoma" w:hAnsi="Tahoma" w:cs="Tahoma"/>
          <w:rtl/>
          <w:lang w:bidi="fa-IR"/>
        </w:rPr>
        <w:t>۱۷۲۱</w:t>
      </w:r>
      <w:r w:rsidRPr="002B4164">
        <w:rPr>
          <w:rFonts w:ascii="Tahoma" w:hAnsi="Tahoma" w:cs="Tahoma"/>
          <w:rtl/>
        </w:rPr>
        <w:t xml:space="preserve"> م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لاد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،</w:t>
      </w:r>
      <w:r w:rsidRPr="002B4164">
        <w:rPr>
          <w:rFonts w:ascii="Tahoma" w:hAnsi="Tahoma" w:cs="Tahoma"/>
          <w:rtl/>
        </w:rPr>
        <w:t xml:space="preserve"> حملهٔ تازهٔ محمود آغاز شد. کرمان بار 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گر</w:t>
      </w:r>
      <w:r w:rsidRPr="002B4164">
        <w:rPr>
          <w:rFonts w:ascii="Tahoma" w:hAnsi="Tahoma" w:cs="Tahoma"/>
          <w:rtl/>
        </w:rPr>
        <w:t xml:space="preserve"> هدف قرار گرفت. 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ن</w:t>
      </w:r>
      <w:r w:rsidRPr="002B4164">
        <w:rPr>
          <w:rFonts w:ascii="Tahoma" w:hAnsi="Tahoma" w:cs="Tahoma"/>
          <w:rtl/>
        </w:rPr>
        <w:t xml:space="preserve"> شهر و مناطق پ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رامون</w:t>
      </w:r>
      <w:r w:rsidRPr="002B4164">
        <w:rPr>
          <w:rFonts w:ascii="Tahoma" w:hAnsi="Tahoma" w:cs="Tahoma"/>
          <w:rtl/>
        </w:rPr>
        <w:t xml:space="preserve"> آن از نظر راه رس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دن</w:t>
      </w:r>
      <w:r w:rsidRPr="002B4164">
        <w:rPr>
          <w:rFonts w:ascii="Tahoma" w:hAnsi="Tahoma" w:cs="Tahoma"/>
          <w:rtl/>
        </w:rPr>
        <w:t xml:space="preserve"> به مرکز و تأم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ن</w:t>
      </w:r>
      <w:r w:rsidRPr="002B4164">
        <w:rPr>
          <w:rFonts w:ascii="Tahoma" w:hAnsi="Tahoma" w:cs="Tahoma"/>
          <w:rtl/>
        </w:rPr>
        <w:t xml:space="preserve"> 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رو</w:t>
      </w:r>
      <w:r w:rsidRPr="002B4164">
        <w:rPr>
          <w:rFonts w:ascii="Tahoma" w:hAnsi="Tahoma" w:cs="Tahoma"/>
          <w:rtl/>
        </w:rPr>
        <w:t xml:space="preserve"> اهم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ت</w:t>
      </w:r>
      <w:r w:rsidRPr="002B4164">
        <w:rPr>
          <w:rFonts w:ascii="Tahoma" w:hAnsi="Tahoma" w:cs="Tahoma"/>
          <w:rtl/>
        </w:rPr>
        <w:t xml:space="preserve"> داشتند. مقاومت محل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نشان داد که افغان‌ها در همه‌جا بدون مانع پ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ش</w:t>
      </w:r>
      <w:r w:rsidRPr="002B4164">
        <w:rPr>
          <w:rFonts w:ascii="Tahoma" w:hAnsi="Tahoma" w:cs="Tahoma"/>
          <w:rtl/>
        </w:rPr>
        <w:t xml:space="preserve"> نم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روند،</w:t>
      </w:r>
      <w:r w:rsidRPr="002B4164">
        <w:rPr>
          <w:rFonts w:ascii="Tahoma" w:hAnsi="Tahoma" w:cs="Tahoma"/>
          <w:rtl/>
        </w:rPr>
        <w:t xml:space="preserve"> اما حکومت مرکز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نتوانست از فرصت ب</w:t>
      </w:r>
      <w:r w:rsidRPr="002B4164">
        <w:rPr>
          <w:rFonts w:ascii="Tahoma" w:hAnsi="Tahoma" w:cs="Tahoma" w:hint="eastAsia"/>
          <w:rtl/>
        </w:rPr>
        <w:t>را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نابود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کامل 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رو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مهاجم استفاده کند.</w:t>
      </w:r>
    </w:p>
    <w:p w:rsidR="002B4164" w:rsidRPr="002B4164" w:rsidRDefault="002B4164" w:rsidP="002B416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B4164">
        <w:rPr>
          <w:rFonts w:ascii="Tahoma" w:hAnsi="Tahoma" w:cs="Tahoma" w:hint="eastAsia"/>
          <w:rtl/>
        </w:rPr>
        <w:t>محمود</w:t>
      </w:r>
      <w:r w:rsidRPr="002B4164">
        <w:rPr>
          <w:rFonts w:ascii="Tahoma" w:hAnsi="Tahoma" w:cs="Tahoma"/>
          <w:rtl/>
        </w:rPr>
        <w:t xml:space="preserve"> پس از درگ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در کرمان مس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</w:t>
      </w:r>
      <w:r w:rsidRPr="002B4164">
        <w:rPr>
          <w:rFonts w:ascii="Tahoma" w:hAnsi="Tahoma" w:cs="Tahoma"/>
          <w:rtl/>
        </w:rPr>
        <w:t xml:space="preserve"> خود را به سو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داخل کشور ادامه داد. 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زد</w:t>
      </w:r>
      <w:r w:rsidRPr="002B4164">
        <w:rPr>
          <w:rFonts w:ascii="Tahoma" w:hAnsi="Tahoma" w:cs="Tahoma"/>
          <w:rtl/>
        </w:rPr>
        <w:t xml:space="preserve"> در برابر او مقاومت کرد و نتوانست آن را به‌آسان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بگ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رد</w:t>
      </w:r>
      <w:r w:rsidRPr="002B4164">
        <w:rPr>
          <w:rFonts w:ascii="Tahoma" w:hAnsi="Tahoma" w:cs="Tahoma"/>
          <w:rtl/>
        </w:rPr>
        <w:t>. او به جا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آنکه همهٔ 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رو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خود را در محاصرهٔ شهر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مقاوم فرسوده کند، از ادامهٔ حملهٔ مستق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م</w:t>
      </w:r>
      <w:r w:rsidRPr="002B4164">
        <w:rPr>
          <w:rFonts w:ascii="Tahoma" w:hAnsi="Tahoma" w:cs="Tahoma"/>
          <w:rtl/>
        </w:rPr>
        <w:t xml:space="preserve"> به آن صرف‌نظر کرد و راه اصفهان را در پ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>ش گرفت.</w:t>
      </w:r>
    </w:p>
    <w:p w:rsidR="002B4164" w:rsidRPr="002B4164" w:rsidRDefault="002B4164" w:rsidP="002B416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B4164">
        <w:rPr>
          <w:rFonts w:ascii="Tahoma" w:hAnsi="Tahoma" w:cs="Tahoma"/>
          <w:rtl/>
        </w:rPr>
        <w:t>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ن</w:t>
      </w:r>
      <w:r w:rsidRPr="002B4164">
        <w:rPr>
          <w:rFonts w:ascii="Tahoma" w:hAnsi="Tahoma" w:cs="Tahoma"/>
          <w:rtl/>
        </w:rPr>
        <w:t xml:space="preserve"> تصم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م</w:t>
      </w:r>
      <w:r w:rsidRPr="002B4164">
        <w:rPr>
          <w:rFonts w:ascii="Tahoma" w:hAnsi="Tahoma" w:cs="Tahoma"/>
          <w:rtl/>
        </w:rPr>
        <w:t xml:space="preserve"> نشانهٔ شناخت هدف اصل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بود. تصرف هر شهر در مس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</w:t>
      </w:r>
      <w:r w:rsidRPr="002B4164">
        <w:rPr>
          <w:rFonts w:ascii="Tahoma" w:hAnsi="Tahoma" w:cs="Tahoma"/>
          <w:rtl/>
        </w:rPr>
        <w:t xml:space="preserve"> برا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پ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روز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ضرورت نداشت. اگر پا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تخت</w:t>
      </w:r>
      <w:r w:rsidRPr="002B4164">
        <w:rPr>
          <w:rFonts w:ascii="Tahoma" w:hAnsi="Tahoma" w:cs="Tahoma"/>
          <w:rtl/>
        </w:rPr>
        <w:t xml:space="preserve"> سقوط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کرد،</w:t>
      </w:r>
      <w:r w:rsidRPr="002B4164">
        <w:rPr>
          <w:rFonts w:ascii="Tahoma" w:hAnsi="Tahoma" w:cs="Tahoma"/>
          <w:rtl/>
        </w:rPr>
        <w:t xml:space="preserve"> شهرها و حاکمان 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گر</w:t>
      </w:r>
      <w:r w:rsidRPr="002B4164">
        <w:rPr>
          <w:rFonts w:ascii="Tahoma" w:hAnsi="Tahoma" w:cs="Tahoma"/>
          <w:rtl/>
        </w:rPr>
        <w:t xml:space="preserve"> ناچار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شدند</w:t>
      </w:r>
      <w:r w:rsidRPr="002B4164">
        <w:rPr>
          <w:rFonts w:ascii="Tahoma" w:hAnsi="Tahoma" w:cs="Tahoma"/>
          <w:rtl/>
        </w:rPr>
        <w:t xml:space="preserve"> دربارهٔ وفادار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خود دوباره تصم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م</w:t>
      </w:r>
      <w:r w:rsidRPr="002B4164">
        <w:rPr>
          <w:rFonts w:ascii="Tahoma" w:hAnsi="Tahoma" w:cs="Tahoma"/>
          <w:rtl/>
        </w:rPr>
        <w:t xml:space="preserve"> بگ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رند</w:t>
      </w:r>
      <w:r w:rsidRPr="002B4164">
        <w:rPr>
          <w:rFonts w:ascii="Tahoma" w:hAnsi="Tahoma" w:cs="Tahoma"/>
          <w:rtl/>
        </w:rPr>
        <w:t>. مرکز حکومت صفو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چنان اهم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ت</w:t>
      </w:r>
      <w:r w:rsidRPr="002B4164">
        <w:rPr>
          <w:rFonts w:ascii="Tahoma" w:hAnsi="Tahoma" w:cs="Tahoma"/>
          <w:rtl/>
        </w:rPr>
        <w:t xml:space="preserve"> 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افته</w:t>
      </w:r>
      <w:r w:rsidRPr="002B4164">
        <w:rPr>
          <w:rFonts w:ascii="Tahoma" w:hAnsi="Tahoma" w:cs="Tahoma"/>
          <w:rtl/>
        </w:rPr>
        <w:t xml:space="preserve"> بود که ضربه به آن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توانست</w:t>
      </w:r>
      <w:r w:rsidRPr="002B4164">
        <w:rPr>
          <w:rFonts w:ascii="Tahoma" w:hAnsi="Tahoma" w:cs="Tahoma"/>
          <w:rtl/>
        </w:rPr>
        <w:t xml:space="preserve"> سراسر ساختمان </w:t>
      </w:r>
      <w:r w:rsidRPr="002B4164">
        <w:rPr>
          <w:rFonts w:ascii="Tahoma" w:hAnsi="Tahoma" w:cs="Tahoma" w:hint="eastAsia"/>
          <w:rtl/>
        </w:rPr>
        <w:t>را</w:t>
      </w:r>
      <w:r w:rsidRPr="002B4164">
        <w:rPr>
          <w:rFonts w:ascii="Tahoma" w:hAnsi="Tahoma" w:cs="Tahoma"/>
          <w:rtl/>
        </w:rPr>
        <w:t xml:space="preserve"> به لرزه درآورد.</w:t>
      </w:r>
    </w:p>
    <w:p w:rsidR="002B4164" w:rsidRPr="002B4164" w:rsidRDefault="002B4164" w:rsidP="002B416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B4164">
        <w:rPr>
          <w:rFonts w:ascii="Tahoma" w:hAnsi="Tahoma" w:cs="Tahoma" w:hint="eastAsia"/>
          <w:rtl/>
        </w:rPr>
        <w:t>خبر</w:t>
      </w:r>
      <w:r w:rsidRPr="002B4164">
        <w:rPr>
          <w:rFonts w:ascii="Tahoma" w:hAnsi="Tahoma" w:cs="Tahoma"/>
          <w:rtl/>
        </w:rPr>
        <w:t xml:space="preserve"> نزد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ک‌شدن</w:t>
      </w:r>
      <w:r w:rsidRPr="002B4164">
        <w:rPr>
          <w:rFonts w:ascii="Tahoma" w:hAnsi="Tahoma" w:cs="Tahoma"/>
          <w:rtl/>
        </w:rPr>
        <w:t xml:space="preserve"> افغان‌ها سرانجام دربار را وادار به واکنش کرد. اما حکومت بر سر ش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وهٔ</w:t>
      </w:r>
      <w:r w:rsidRPr="002B4164">
        <w:rPr>
          <w:rFonts w:ascii="Tahoma" w:hAnsi="Tahoma" w:cs="Tahoma"/>
          <w:rtl/>
        </w:rPr>
        <w:t xml:space="preserve"> مقابله و فرمانده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اختلاف داشت. هر 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رو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اصل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صاحب فرمانده و منافع خود بود. غلامان، قورچ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ان،</w:t>
      </w:r>
      <w:r w:rsidRPr="002B4164">
        <w:rPr>
          <w:rFonts w:ascii="Tahoma" w:hAnsi="Tahoma" w:cs="Tahoma"/>
          <w:rtl/>
        </w:rPr>
        <w:t xml:space="preserve"> تفنگچ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ان،</w:t>
      </w:r>
      <w:r w:rsidRPr="002B4164">
        <w:rPr>
          <w:rFonts w:ascii="Tahoma" w:hAnsi="Tahoma" w:cs="Tahoma"/>
          <w:rtl/>
        </w:rPr>
        <w:t xml:space="preserve"> توپچ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ان،</w:t>
      </w:r>
      <w:r w:rsidRPr="002B4164">
        <w:rPr>
          <w:rFonts w:ascii="Tahoma" w:hAnsi="Tahoma" w:cs="Tahoma"/>
          <w:rtl/>
        </w:rPr>
        <w:t xml:space="preserve"> 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روها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الت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و گروه‌ها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قب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له‌ا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در قشون حضور داشتند، اما حضو</w:t>
      </w:r>
      <w:r w:rsidRPr="002B4164">
        <w:rPr>
          <w:rFonts w:ascii="Tahoma" w:hAnsi="Tahoma" w:cs="Tahoma" w:hint="eastAsia"/>
          <w:rtl/>
        </w:rPr>
        <w:t>ر</w:t>
      </w:r>
      <w:r w:rsidRPr="002B4164">
        <w:rPr>
          <w:rFonts w:ascii="Tahoma" w:hAnsi="Tahoma" w:cs="Tahoma"/>
          <w:rtl/>
        </w:rPr>
        <w:t xml:space="preserve"> در 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ک</w:t>
      </w:r>
      <w:r w:rsidRPr="002B4164">
        <w:rPr>
          <w:rFonts w:ascii="Tahoma" w:hAnsi="Tahoma" w:cs="Tahoma"/>
          <w:rtl/>
        </w:rPr>
        <w:t xml:space="preserve"> م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دان</w:t>
      </w:r>
      <w:r w:rsidRPr="002B4164">
        <w:rPr>
          <w:rFonts w:ascii="Tahoma" w:hAnsi="Tahoma" w:cs="Tahoma"/>
          <w:rtl/>
        </w:rPr>
        <w:t xml:space="preserve"> به معنا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اطاعت از 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ک</w:t>
      </w:r>
      <w:r w:rsidRPr="002B4164">
        <w:rPr>
          <w:rFonts w:ascii="Tahoma" w:hAnsi="Tahoma" w:cs="Tahoma"/>
          <w:rtl/>
        </w:rPr>
        <w:t xml:space="preserve"> فرمان نبود.</w:t>
      </w:r>
    </w:p>
    <w:p w:rsidR="002B4164" w:rsidRPr="002B4164" w:rsidRDefault="002B4164" w:rsidP="002B416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B4164">
        <w:rPr>
          <w:rFonts w:ascii="Tahoma" w:hAnsi="Tahoma" w:cs="Tahoma" w:hint="eastAsia"/>
          <w:rtl/>
        </w:rPr>
        <w:t>فرماندهان</w:t>
      </w:r>
      <w:r w:rsidRPr="002B4164">
        <w:rPr>
          <w:rFonts w:ascii="Tahoma" w:hAnsi="Tahoma" w:cs="Tahoma"/>
          <w:rtl/>
        </w:rPr>
        <w:t xml:space="preserve"> بلندپا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ه</w:t>
      </w:r>
      <w:r w:rsidRPr="002B4164">
        <w:rPr>
          <w:rFonts w:ascii="Tahoma" w:hAnsi="Tahoma" w:cs="Tahoma"/>
          <w:rtl/>
        </w:rPr>
        <w:t xml:space="preserve"> به 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کد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گر</w:t>
      </w:r>
      <w:r w:rsidRPr="002B4164">
        <w:rPr>
          <w:rFonts w:ascii="Tahoma" w:hAnsi="Tahoma" w:cs="Tahoma"/>
          <w:rtl/>
        </w:rPr>
        <w:t xml:space="preserve"> اعتماد نداشتند. هر 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ک</w:t>
      </w:r>
      <w:r w:rsidRPr="002B4164">
        <w:rPr>
          <w:rFonts w:ascii="Tahoma" w:hAnsi="Tahoma" w:cs="Tahoma"/>
          <w:rtl/>
        </w:rPr>
        <w:t xml:space="preserve"> ب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م</w:t>
      </w:r>
      <w:r w:rsidRPr="002B4164">
        <w:rPr>
          <w:rFonts w:ascii="Tahoma" w:hAnsi="Tahoma" w:cs="Tahoma"/>
          <w:rtl/>
        </w:rPr>
        <w:t xml:space="preserve"> داشت که پ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روز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رق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ب</w:t>
      </w:r>
      <w:r w:rsidRPr="002B4164">
        <w:rPr>
          <w:rFonts w:ascii="Tahoma" w:hAnsi="Tahoma" w:cs="Tahoma"/>
          <w:rtl/>
        </w:rPr>
        <w:t xml:space="preserve"> جا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گاه</w:t>
      </w:r>
      <w:r w:rsidRPr="002B4164">
        <w:rPr>
          <w:rFonts w:ascii="Tahoma" w:hAnsi="Tahoma" w:cs="Tahoma"/>
          <w:rtl/>
        </w:rPr>
        <w:t xml:space="preserve"> او را در دربار افزا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ش</w:t>
      </w:r>
      <w:r w:rsidRPr="002B4164">
        <w:rPr>
          <w:rFonts w:ascii="Tahoma" w:hAnsi="Tahoma" w:cs="Tahoma"/>
          <w:rtl/>
        </w:rPr>
        <w:t xml:space="preserve"> دهد 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</w:t>
      </w:r>
      <w:r w:rsidRPr="002B4164">
        <w:rPr>
          <w:rFonts w:ascii="Tahoma" w:hAnsi="Tahoma" w:cs="Tahoma"/>
          <w:rtl/>
        </w:rPr>
        <w:t xml:space="preserve"> شکست به گردنش گذاشته شود. رقابت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که در زمان صلح بر سر مقام و دسترس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به شاه جر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ان</w:t>
      </w:r>
      <w:r w:rsidRPr="002B4164">
        <w:rPr>
          <w:rFonts w:ascii="Tahoma" w:hAnsi="Tahoma" w:cs="Tahoma"/>
          <w:rtl/>
        </w:rPr>
        <w:t xml:space="preserve"> داشت، اکنون به م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دان</w:t>
      </w:r>
      <w:r w:rsidRPr="002B4164">
        <w:rPr>
          <w:rFonts w:ascii="Tahoma" w:hAnsi="Tahoma" w:cs="Tahoma"/>
          <w:rtl/>
        </w:rPr>
        <w:t xml:space="preserve"> جنگ منتقل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شد</w:t>
      </w:r>
      <w:r w:rsidRPr="002B4164">
        <w:rPr>
          <w:rFonts w:ascii="Tahoma" w:hAnsi="Tahoma" w:cs="Tahoma"/>
          <w:rtl/>
        </w:rPr>
        <w:t>.</w:t>
      </w:r>
    </w:p>
    <w:p w:rsidR="002B4164" w:rsidRPr="002B4164" w:rsidRDefault="002B4164" w:rsidP="002B416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B4164">
        <w:rPr>
          <w:rFonts w:ascii="Tahoma" w:hAnsi="Tahoma" w:cs="Tahoma" w:hint="eastAsia"/>
          <w:rtl/>
        </w:rPr>
        <w:t>شاه</w:t>
      </w:r>
      <w:r w:rsidRPr="002B4164">
        <w:rPr>
          <w:rFonts w:ascii="Tahoma" w:hAnsi="Tahoma" w:cs="Tahoma"/>
          <w:rtl/>
        </w:rPr>
        <w:t xml:space="preserve"> با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د</w:t>
      </w:r>
      <w:r w:rsidRPr="002B4164">
        <w:rPr>
          <w:rFonts w:ascii="Tahoma" w:hAnsi="Tahoma" w:cs="Tahoma"/>
          <w:rtl/>
        </w:rPr>
        <w:t xml:space="preserve"> فرمانده‌ا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برم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گز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د</w:t>
      </w:r>
      <w:r w:rsidRPr="002B4164">
        <w:rPr>
          <w:rFonts w:ascii="Tahoma" w:hAnsi="Tahoma" w:cs="Tahoma"/>
          <w:rtl/>
        </w:rPr>
        <w:t xml:space="preserve"> که همه از او اطاعت کنند، اما هر انتخاب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توانست</w:t>
      </w:r>
      <w:r w:rsidRPr="002B4164">
        <w:rPr>
          <w:rFonts w:ascii="Tahoma" w:hAnsi="Tahoma" w:cs="Tahoma"/>
          <w:rtl/>
        </w:rPr>
        <w:t xml:space="preserve"> گروه‌ها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گر</w:t>
      </w:r>
      <w:r w:rsidRPr="002B4164">
        <w:rPr>
          <w:rFonts w:ascii="Tahoma" w:hAnsi="Tahoma" w:cs="Tahoma"/>
          <w:rtl/>
        </w:rPr>
        <w:t xml:space="preserve"> را ناراض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کند. اگر اخت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ار</w:t>
      </w:r>
      <w:r w:rsidRPr="002B4164">
        <w:rPr>
          <w:rFonts w:ascii="Tahoma" w:hAnsi="Tahoma" w:cs="Tahoma"/>
          <w:rtl/>
        </w:rPr>
        <w:t xml:space="preserve"> کامل به 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ک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از ام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ران</w:t>
      </w:r>
      <w:r w:rsidRPr="002B4164">
        <w:rPr>
          <w:rFonts w:ascii="Tahoma" w:hAnsi="Tahoma" w:cs="Tahoma"/>
          <w:rtl/>
        </w:rPr>
        <w:t xml:space="preserve"> داده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شد،</w:t>
      </w:r>
      <w:r w:rsidRPr="002B4164">
        <w:rPr>
          <w:rFonts w:ascii="Tahoma" w:hAnsi="Tahoma" w:cs="Tahoma"/>
          <w:rtl/>
        </w:rPr>
        <w:t xml:space="preserve"> دربار از افزا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ش</w:t>
      </w:r>
      <w:r w:rsidRPr="002B4164">
        <w:rPr>
          <w:rFonts w:ascii="Tahoma" w:hAnsi="Tahoma" w:cs="Tahoma"/>
          <w:rtl/>
        </w:rPr>
        <w:t xml:space="preserve"> قدرتش پس از پ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روز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ب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م</w:t>
      </w:r>
      <w:r w:rsidRPr="002B4164">
        <w:rPr>
          <w:rFonts w:ascii="Tahoma" w:hAnsi="Tahoma" w:cs="Tahoma"/>
          <w:rtl/>
        </w:rPr>
        <w:t xml:space="preserve"> داشت. 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ن</w:t>
      </w:r>
      <w:r w:rsidRPr="002B4164">
        <w:rPr>
          <w:rFonts w:ascii="Tahoma" w:hAnsi="Tahoma" w:cs="Tahoma"/>
          <w:rtl/>
        </w:rPr>
        <w:t xml:space="preserve"> همان ترس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بود که از دورهٔ شاه عباس به بعد فرماندهان 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>رومند را به خطر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برا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تاج تبد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ل</w:t>
      </w:r>
      <w:r w:rsidRPr="002B4164">
        <w:rPr>
          <w:rFonts w:ascii="Tahoma" w:hAnsi="Tahoma" w:cs="Tahoma"/>
          <w:rtl/>
        </w:rPr>
        <w:t xml:space="preserve"> کرده بود.</w:t>
      </w:r>
    </w:p>
    <w:p w:rsidR="002B4164" w:rsidRPr="002B4164" w:rsidRDefault="002B4164" w:rsidP="002B416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B4164">
        <w:rPr>
          <w:rFonts w:ascii="Tahoma" w:hAnsi="Tahoma" w:cs="Tahoma" w:hint="eastAsia"/>
          <w:rtl/>
        </w:rPr>
        <w:t>در</w:t>
      </w:r>
      <w:r w:rsidRPr="002B4164">
        <w:rPr>
          <w:rFonts w:ascii="Tahoma" w:hAnsi="Tahoma" w:cs="Tahoma"/>
          <w:rtl/>
        </w:rPr>
        <w:t xml:space="preserve"> نت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جه،</w:t>
      </w:r>
      <w:r w:rsidRPr="002B4164">
        <w:rPr>
          <w:rFonts w:ascii="Tahoma" w:hAnsi="Tahoma" w:cs="Tahoma"/>
          <w:rtl/>
        </w:rPr>
        <w:t xml:space="preserve"> قشون با چند مرکز فرمانده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وارد م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دان</w:t>
      </w:r>
      <w:r w:rsidRPr="002B4164">
        <w:rPr>
          <w:rFonts w:ascii="Tahoma" w:hAnsi="Tahoma" w:cs="Tahoma"/>
          <w:rtl/>
        </w:rPr>
        <w:t xml:space="preserve"> شد. 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روها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مختلف جا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گاه‌ها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جداگانه داشتند و برنامهٔ واحد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که همهٔ حرکت‌ها را هماهنگ کند وجود نداشت 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</w:t>
      </w:r>
      <w:r w:rsidRPr="002B4164">
        <w:rPr>
          <w:rFonts w:ascii="Tahoma" w:hAnsi="Tahoma" w:cs="Tahoma"/>
          <w:rtl/>
        </w:rPr>
        <w:t xml:space="preserve"> به‌درست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اجرا نشد. هر بخش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توانست</w:t>
      </w:r>
      <w:r w:rsidRPr="002B4164">
        <w:rPr>
          <w:rFonts w:ascii="Tahoma" w:hAnsi="Tahoma" w:cs="Tahoma"/>
          <w:rtl/>
        </w:rPr>
        <w:t xml:space="preserve"> به تنها</w:t>
      </w:r>
      <w:r w:rsidRPr="002B4164">
        <w:rPr>
          <w:rFonts w:ascii="Tahoma" w:hAnsi="Tahoma" w:cs="Tahoma" w:hint="cs"/>
          <w:rtl/>
        </w:rPr>
        <w:t>یی</w:t>
      </w:r>
      <w:r w:rsidRPr="002B4164">
        <w:rPr>
          <w:rFonts w:ascii="Tahoma" w:hAnsi="Tahoma" w:cs="Tahoma"/>
          <w:rtl/>
        </w:rPr>
        <w:t xml:space="preserve"> بجنگد، ول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موفق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ت</w:t>
      </w:r>
      <w:r w:rsidRPr="002B4164">
        <w:rPr>
          <w:rFonts w:ascii="Tahoma" w:hAnsi="Tahoma" w:cs="Tahoma"/>
          <w:rtl/>
        </w:rPr>
        <w:t xml:space="preserve"> 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ک</w:t>
      </w:r>
      <w:r w:rsidRPr="002B4164">
        <w:rPr>
          <w:rFonts w:ascii="Tahoma" w:hAnsi="Tahoma" w:cs="Tahoma"/>
          <w:rtl/>
        </w:rPr>
        <w:t xml:space="preserve"> بخش بدون همراه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گران</w:t>
      </w:r>
      <w:r w:rsidRPr="002B4164">
        <w:rPr>
          <w:rFonts w:ascii="Tahoma" w:hAnsi="Tahoma" w:cs="Tahoma"/>
          <w:rtl/>
        </w:rPr>
        <w:t xml:space="preserve"> به پ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روز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عموم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تبد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ل</w:t>
      </w:r>
      <w:r w:rsidRPr="002B4164">
        <w:rPr>
          <w:rFonts w:ascii="Tahoma" w:hAnsi="Tahoma" w:cs="Tahoma"/>
          <w:rtl/>
        </w:rPr>
        <w:t xml:space="preserve"> نم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شد</w:t>
      </w:r>
      <w:r w:rsidRPr="002B4164">
        <w:rPr>
          <w:rFonts w:ascii="Tahoma" w:hAnsi="Tahoma" w:cs="Tahoma"/>
          <w:rtl/>
        </w:rPr>
        <w:t>.</w:t>
      </w:r>
    </w:p>
    <w:p w:rsidR="002B4164" w:rsidRPr="002B4164" w:rsidRDefault="002B4164" w:rsidP="002B416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B4164">
        <w:rPr>
          <w:rFonts w:ascii="Tahoma" w:hAnsi="Tahoma" w:cs="Tahoma" w:hint="eastAsia"/>
          <w:rtl/>
        </w:rPr>
        <w:t>نبرد</w:t>
      </w:r>
      <w:r w:rsidRPr="002B4164">
        <w:rPr>
          <w:rFonts w:ascii="Tahoma" w:hAnsi="Tahoma" w:cs="Tahoma"/>
          <w:rtl/>
        </w:rPr>
        <w:t xml:space="preserve"> اصل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در گلون‌آباد، در نزد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ک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اصفهان، در ماه مارس </w:t>
      </w:r>
      <w:r w:rsidRPr="002B4164">
        <w:rPr>
          <w:rFonts w:ascii="Tahoma" w:hAnsi="Tahoma" w:cs="Tahoma"/>
          <w:rtl/>
          <w:lang w:bidi="fa-IR"/>
        </w:rPr>
        <w:t>۱۷۲۲</w:t>
      </w:r>
      <w:r w:rsidRPr="002B4164">
        <w:rPr>
          <w:rFonts w:ascii="Tahoma" w:hAnsi="Tahoma" w:cs="Tahoma"/>
          <w:rtl/>
        </w:rPr>
        <w:t xml:space="preserve"> م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لاد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رو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داد. شمار 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روها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صفو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در گزارش‌ها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مختلف متفاوت است، اما به احتمال ز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اد</w:t>
      </w:r>
      <w:r w:rsidRPr="002B4164">
        <w:rPr>
          <w:rFonts w:ascii="Tahoma" w:hAnsi="Tahoma" w:cs="Tahoma"/>
          <w:rtl/>
        </w:rPr>
        <w:t xml:space="preserve"> از سپاه محمود ب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شتر</w:t>
      </w:r>
      <w:r w:rsidRPr="002B4164">
        <w:rPr>
          <w:rFonts w:ascii="Tahoma" w:hAnsi="Tahoma" w:cs="Tahoma"/>
          <w:rtl/>
        </w:rPr>
        <w:t xml:space="preserve"> بود. آنان توپخانه، سواره‌نظام و واحدها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متنوع داشتند و در سرزم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نزد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ک</w:t>
      </w:r>
      <w:r w:rsidRPr="002B4164">
        <w:rPr>
          <w:rFonts w:ascii="Tahoma" w:hAnsi="Tahoma" w:cs="Tahoma"/>
          <w:rtl/>
        </w:rPr>
        <w:t xml:space="preserve"> به پا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تخت</w:t>
      </w:r>
      <w:r w:rsidRPr="002B4164">
        <w:rPr>
          <w:rFonts w:ascii="Tahoma" w:hAnsi="Tahoma" w:cs="Tahoma"/>
          <w:rtl/>
        </w:rPr>
        <w:t xml:space="preserve"> خود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جنگ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دند</w:t>
      </w:r>
      <w:r w:rsidRPr="002B4164">
        <w:rPr>
          <w:rFonts w:ascii="Tahoma" w:hAnsi="Tahoma" w:cs="Tahoma"/>
          <w:rtl/>
        </w:rPr>
        <w:t>.</w:t>
      </w:r>
    </w:p>
    <w:p w:rsidR="002B4164" w:rsidRPr="002B4164" w:rsidRDefault="002B4164" w:rsidP="002B416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B4164">
        <w:rPr>
          <w:rFonts w:ascii="Tahoma" w:hAnsi="Tahoma" w:cs="Tahoma" w:hint="eastAsia"/>
          <w:rtl/>
        </w:rPr>
        <w:t>برتر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ظاهر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حکومت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توانست</w:t>
      </w:r>
      <w:r w:rsidRPr="002B4164">
        <w:rPr>
          <w:rFonts w:ascii="Tahoma" w:hAnsi="Tahoma" w:cs="Tahoma"/>
          <w:rtl/>
        </w:rPr>
        <w:t xml:space="preserve"> تع</w:t>
      </w:r>
      <w:r w:rsidRPr="002B4164">
        <w:rPr>
          <w:rFonts w:ascii="Tahoma" w:hAnsi="Tahoma" w:cs="Tahoma" w:hint="cs"/>
          <w:rtl/>
        </w:rPr>
        <w:t>یی</w:t>
      </w:r>
      <w:r w:rsidRPr="002B4164">
        <w:rPr>
          <w:rFonts w:ascii="Tahoma" w:hAnsi="Tahoma" w:cs="Tahoma" w:hint="eastAsia"/>
          <w:rtl/>
        </w:rPr>
        <w:t>ن‌کننده</w:t>
      </w:r>
      <w:r w:rsidRPr="002B4164">
        <w:rPr>
          <w:rFonts w:ascii="Tahoma" w:hAnsi="Tahoma" w:cs="Tahoma"/>
          <w:rtl/>
        </w:rPr>
        <w:t xml:space="preserve"> باشد، اگر قشون از فرمانده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،</w:t>
      </w:r>
      <w:r w:rsidRPr="002B4164">
        <w:rPr>
          <w:rFonts w:ascii="Tahoma" w:hAnsi="Tahoma" w:cs="Tahoma"/>
          <w:rtl/>
        </w:rPr>
        <w:t xml:space="preserve"> آموزش و اعتماد برخوردار بود. اما صفو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ان</w:t>
      </w:r>
      <w:r w:rsidRPr="002B4164">
        <w:rPr>
          <w:rFonts w:ascii="Tahoma" w:hAnsi="Tahoma" w:cs="Tahoma"/>
          <w:rtl/>
        </w:rPr>
        <w:t xml:space="preserve"> با مجموعه‌ا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از 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روها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کنار هم قرارگرفته وارد جنگ شدند، درحال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که</w:t>
      </w:r>
      <w:r w:rsidRPr="002B4164">
        <w:rPr>
          <w:rFonts w:ascii="Tahoma" w:hAnsi="Tahoma" w:cs="Tahoma"/>
          <w:rtl/>
        </w:rPr>
        <w:t xml:space="preserve"> افغان‌ها هدف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روشن‌تر و فرمانده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متمرکزتر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داشتند.</w:t>
      </w:r>
    </w:p>
    <w:p w:rsidR="002B4164" w:rsidRPr="002B4164" w:rsidRDefault="002B4164" w:rsidP="002B416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B4164">
        <w:rPr>
          <w:rFonts w:ascii="Tahoma" w:hAnsi="Tahoma" w:cs="Tahoma" w:hint="eastAsia"/>
          <w:rtl/>
        </w:rPr>
        <w:t>در</w:t>
      </w:r>
      <w:r w:rsidRPr="002B4164">
        <w:rPr>
          <w:rFonts w:ascii="Tahoma" w:hAnsi="Tahoma" w:cs="Tahoma"/>
          <w:rtl/>
        </w:rPr>
        <w:t xml:space="preserve"> آغاز نبرد، بخش‌ها</w:t>
      </w:r>
      <w:r w:rsidRPr="002B4164">
        <w:rPr>
          <w:rFonts w:ascii="Tahoma" w:hAnsi="Tahoma" w:cs="Tahoma" w:hint="cs"/>
          <w:rtl/>
        </w:rPr>
        <w:t>یی</w:t>
      </w:r>
      <w:r w:rsidRPr="002B4164">
        <w:rPr>
          <w:rFonts w:ascii="Tahoma" w:hAnsi="Tahoma" w:cs="Tahoma"/>
          <w:rtl/>
        </w:rPr>
        <w:t xml:space="preserve"> از سپاه صفو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پ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شرو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کردند و توانستند بر جناح‌ها</w:t>
      </w:r>
      <w:r w:rsidRPr="002B4164">
        <w:rPr>
          <w:rFonts w:ascii="Tahoma" w:hAnsi="Tahoma" w:cs="Tahoma" w:hint="cs"/>
          <w:rtl/>
        </w:rPr>
        <w:t>یی</w:t>
      </w:r>
      <w:r w:rsidRPr="002B4164">
        <w:rPr>
          <w:rFonts w:ascii="Tahoma" w:hAnsi="Tahoma" w:cs="Tahoma"/>
          <w:rtl/>
        </w:rPr>
        <w:t xml:space="preserve"> از 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رو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افغان فشار آورند. 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ن</w:t>
      </w:r>
      <w:r w:rsidRPr="002B4164">
        <w:rPr>
          <w:rFonts w:ascii="Tahoma" w:hAnsi="Tahoma" w:cs="Tahoma"/>
          <w:rtl/>
        </w:rPr>
        <w:t xml:space="preserve"> موفق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ت</w:t>
      </w:r>
      <w:r w:rsidRPr="002B4164">
        <w:rPr>
          <w:rFonts w:ascii="Tahoma" w:hAnsi="Tahoma" w:cs="Tahoma"/>
          <w:rtl/>
        </w:rPr>
        <w:t xml:space="preserve"> نشان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دهد</w:t>
      </w:r>
      <w:r w:rsidRPr="002B4164">
        <w:rPr>
          <w:rFonts w:ascii="Tahoma" w:hAnsi="Tahoma" w:cs="Tahoma"/>
          <w:rtl/>
        </w:rPr>
        <w:t xml:space="preserve"> که شکست از ناتوان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کامل سربازان 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</w:t>
      </w:r>
      <w:r w:rsidRPr="002B4164">
        <w:rPr>
          <w:rFonts w:ascii="Tahoma" w:hAnsi="Tahoma" w:cs="Tahoma"/>
          <w:rtl/>
        </w:rPr>
        <w:t xml:space="preserve"> ترس همگان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آنان سرچشمه نم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گرفت</w:t>
      </w:r>
      <w:r w:rsidRPr="002B4164">
        <w:rPr>
          <w:rFonts w:ascii="Tahoma" w:hAnsi="Tahoma" w:cs="Tahoma"/>
          <w:rtl/>
        </w:rPr>
        <w:t>. 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روها</w:t>
      </w:r>
      <w:r w:rsidRPr="002B4164">
        <w:rPr>
          <w:rFonts w:ascii="Tahoma" w:hAnsi="Tahoma" w:cs="Tahoma" w:hint="cs"/>
          <w:rtl/>
        </w:rPr>
        <w:t>یی</w:t>
      </w:r>
      <w:r w:rsidRPr="002B4164">
        <w:rPr>
          <w:rFonts w:ascii="Tahoma" w:hAnsi="Tahoma" w:cs="Tahoma"/>
          <w:rtl/>
        </w:rPr>
        <w:t xml:space="preserve"> در قشون وجود داشتند که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توانستند</w:t>
      </w:r>
      <w:r w:rsidRPr="002B4164">
        <w:rPr>
          <w:rFonts w:ascii="Tahoma" w:hAnsi="Tahoma" w:cs="Tahoma"/>
          <w:rtl/>
        </w:rPr>
        <w:t xml:space="preserve"> بجنگند و دشمن را عقب </w:t>
      </w:r>
      <w:r w:rsidRPr="002B4164">
        <w:rPr>
          <w:rFonts w:ascii="Tahoma" w:hAnsi="Tahoma" w:cs="Tahoma" w:hint="eastAsia"/>
          <w:rtl/>
        </w:rPr>
        <w:t>برانند</w:t>
      </w:r>
      <w:r w:rsidRPr="002B4164">
        <w:rPr>
          <w:rFonts w:ascii="Tahoma" w:hAnsi="Tahoma" w:cs="Tahoma"/>
          <w:rtl/>
        </w:rPr>
        <w:t>.</w:t>
      </w:r>
    </w:p>
    <w:p w:rsidR="002B4164" w:rsidRPr="002B4164" w:rsidRDefault="002B4164" w:rsidP="002B416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B4164">
        <w:rPr>
          <w:rFonts w:ascii="Tahoma" w:hAnsi="Tahoma" w:cs="Tahoma" w:hint="eastAsia"/>
          <w:rtl/>
        </w:rPr>
        <w:t>اما</w:t>
      </w:r>
      <w:r w:rsidRPr="002B4164">
        <w:rPr>
          <w:rFonts w:ascii="Tahoma" w:hAnsi="Tahoma" w:cs="Tahoma"/>
          <w:rtl/>
        </w:rPr>
        <w:t xml:space="preserve"> پ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شرو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بدون هماهنگ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ادامه 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افت</w:t>
      </w:r>
      <w:r w:rsidRPr="002B4164">
        <w:rPr>
          <w:rFonts w:ascii="Tahoma" w:hAnsi="Tahoma" w:cs="Tahoma"/>
          <w:rtl/>
        </w:rPr>
        <w:t>. گروه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از 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روها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صفو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پس از رس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دن</w:t>
      </w:r>
      <w:r w:rsidRPr="002B4164">
        <w:rPr>
          <w:rFonts w:ascii="Tahoma" w:hAnsi="Tahoma" w:cs="Tahoma"/>
          <w:rtl/>
        </w:rPr>
        <w:t xml:space="preserve"> به اردوگاه 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</w:t>
      </w:r>
      <w:r w:rsidRPr="002B4164">
        <w:rPr>
          <w:rFonts w:ascii="Tahoma" w:hAnsi="Tahoma" w:cs="Tahoma"/>
          <w:rtl/>
        </w:rPr>
        <w:t xml:space="preserve"> اموال دشمن به غارت پرداختند و نظم صف خود را از دست دادند. 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ن</w:t>
      </w:r>
      <w:r w:rsidRPr="002B4164">
        <w:rPr>
          <w:rFonts w:ascii="Tahoma" w:hAnsi="Tahoma" w:cs="Tahoma"/>
          <w:rtl/>
        </w:rPr>
        <w:t xml:space="preserve"> رفتار فقط مسئله‌ا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اخلاق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نبود؛ نت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جهٔ</w:t>
      </w:r>
      <w:r w:rsidRPr="002B4164">
        <w:rPr>
          <w:rFonts w:ascii="Tahoma" w:hAnsi="Tahoma" w:cs="Tahoma"/>
          <w:rtl/>
        </w:rPr>
        <w:t xml:space="preserve"> قشون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بود که بخش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از انگ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زه</w:t>
      </w:r>
      <w:r w:rsidRPr="002B4164">
        <w:rPr>
          <w:rFonts w:ascii="Tahoma" w:hAnsi="Tahoma" w:cs="Tahoma"/>
          <w:rtl/>
        </w:rPr>
        <w:t xml:space="preserve"> و پاداش خود را همچنان در غن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مت</w:t>
      </w:r>
      <w:r w:rsidRPr="002B4164">
        <w:rPr>
          <w:rFonts w:ascii="Tahoma" w:hAnsi="Tahoma" w:cs="Tahoma"/>
          <w:rtl/>
        </w:rPr>
        <w:t xml:space="preserve">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د</w:t>
      </w:r>
      <w:r w:rsidRPr="002B4164">
        <w:rPr>
          <w:rFonts w:ascii="Tahoma" w:hAnsi="Tahoma" w:cs="Tahoma"/>
          <w:rtl/>
        </w:rPr>
        <w:t xml:space="preserve"> و فرم</w:t>
      </w:r>
      <w:r w:rsidRPr="002B4164">
        <w:rPr>
          <w:rFonts w:ascii="Tahoma" w:hAnsi="Tahoma" w:cs="Tahoma" w:hint="eastAsia"/>
          <w:rtl/>
        </w:rPr>
        <w:t>انده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نم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توانست</w:t>
      </w:r>
      <w:r w:rsidRPr="002B4164">
        <w:rPr>
          <w:rFonts w:ascii="Tahoma" w:hAnsi="Tahoma" w:cs="Tahoma"/>
          <w:rtl/>
        </w:rPr>
        <w:t xml:space="preserve"> حرکت آن را پس از موفق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ت</w:t>
      </w:r>
      <w:r w:rsidRPr="002B4164">
        <w:rPr>
          <w:rFonts w:ascii="Tahoma" w:hAnsi="Tahoma" w:cs="Tahoma"/>
          <w:rtl/>
        </w:rPr>
        <w:t xml:space="preserve"> محدود سازد.</w:t>
      </w:r>
    </w:p>
    <w:p w:rsidR="002B4164" w:rsidRPr="002B4164" w:rsidRDefault="002B4164" w:rsidP="002B416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B4164">
        <w:rPr>
          <w:rFonts w:ascii="Tahoma" w:hAnsi="Tahoma" w:cs="Tahoma" w:hint="eastAsia"/>
          <w:rtl/>
        </w:rPr>
        <w:t>توپخانهٔ</w:t>
      </w:r>
      <w:r w:rsidRPr="002B4164">
        <w:rPr>
          <w:rFonts w:ascii="Tahoma" w:hAnsi="Tahoma" w:cs="Tahoma"/>
          <w:rtl/>
        </w:rPr>
        <w:t xml:space="preserve"> صفو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ز</w:t>
      </w:r>
      <w:r w:rsidRPr="002B4164">
        <w:rPr>
          <w:rFonts w:ascii="Tahoma" w:hAnsi="Tahoma" w:cs="Tahoma"/>
          <w:rtl/>
        </w:rPr>
        <w:t xml:space="preserve"> نتوانست به‌گونه‌ا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به کار رود که حرکت همهٔ بخش‌ها را پشت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بان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کند. داشتن توپ به تنها</w:t>
      </w:r>
      <w:r w:rsidRPr="002B4164">
        <w:rPr>
          <w:rFonts w:ascii="Tahoma" w:hAnsi="Tahoma" w:cs="Tahoma" w:hint="cs"/>
          <w:rtl/>
        </w:rPr>
        <w:t>یی</w:t>
      </w:r>
      <w:r w:rsidRPr="002B4164">
        <w:rPr>
          <w:rFonts w:ascii="Tahoma" w:hAnsi="Tahoma" w:cs="Tahoma"/>
          <w:rtl/>
        </w:rPr>
        <w:t xml:space="preserve"> برتر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نم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آفر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ند</w:t>
      </w:r>
      <w:r w:rsidRPr="002B4164">
        <w:rPr>
          <w:rFonts w:ascii="Tahoma" w:hAnsi="Tahoma" w:cs="Tahoma"/>
          <w:rtl/>
        </w:rPr>
        <w:t>. توپخانه با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د</w:t>
      </w:r>
      <w:r w:rsidRPr="002B4164">
        <w:rPr>
          <w:rFonts w:ascii="Tahoma" w:hAnsi="Tahoma" w:cs="Tahoma"/>
          <w:rtl/>
        </w:rPr>
        <w:t xml:space="preserve"> جا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مناسب، م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دان</w:t>
      </w:r>
      <w:r w:rsidRPr="002B4164">
        <w:rPr>
          <w:rFonts w:ascii="Tahoma" w:hAnsi="Tahoma" w:cs="Tahoma"/>
          <w:rtl/>
        </w:rPr>
        <w:t xml:space="preserve"> 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د،</w:t>
      </w:r>
      <w:r w:rsidRPr="002B4164">
        <w:rPr>
          <w:rFonts w:ascii="Tahoma" w:hAnsi="Tahoma" w:cs="Tahoma"/>
          <w:rtl/>
        </w:rPr>
        <w:t xml:space="preserve"> حفاظت، مهمات و ارتباط با سواره و پ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اده</w:t>
      </w:r>
      <w:r w:rsidRPr="002B4164">
        <w:rPr>
          <w:rFonts w:ascii="Tahoma" w:hAnsi="Tahoma" w:cs="Tahoma"/>
          <w:rtl/>
        </w:rPr>
        <w:t xml:space="preserve"> داشته باشد. اگر 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روها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گر</w:t>
      </w:r>
      <w:r w:rsidRPr="002B4164">
        <w:rPr>
          <w:rFonts w:ascii="Tahoma" w:hAnsi="Tahoma" w:cs="Tahoma"/>
          <w:rtl/>
        </w:rPr>
        <w:t xml:space="preserve"> بدون هماهنگ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از محدودهٔ پشت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بان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آن خارج شوند 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</w:t>
      </w:r>
      <w:r w:rsidRPr="002B4164">
        <w:rPr>
          <w:rFonts w:ascii="Tahoma" w:hAnsi="Tahoma" w:cs="Tahoma"/>
          <w:rtl/>
        </w:rPr>
        <w:t xml:space="preserve"> دشمن بتواند از نقطهٔ ضعف آرا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ش</w:t>
      </w:r>
      <w:r w:rsidRPr="002B4164">
        <w:rPr>
          <w:rFonts w:ascii="Tahoma" w:hAnsi="Tahoma" w:cs="Tahoma"/>
          <w:rtl/>
        </w:rPr>
        <w:t xml:space="preserve"> استفاده کند، ابزار 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رومند</w:t>
      </w:r>
      <w:r w:rsidRPr="002B4164">
        <w:rPr>
          <w:rFonts w:ascii="Tahoma" w:hAnsi="Tahoma" w:cs="Tahoma"/>
          <w:rtl/>
        </w:rPr>
        <w:t xml:space="preserve"> ب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اثر</w:t>
      </w:r>
      <w:r w:rsidRPr="002B4164">
        <w:rPr>
          <w:rFonts w:ascii="Tahoma" w:hAnsi="Tahoma" w:cs="Tahoma"/>
          <w:rtl/>
        </w:rPr>
        <w:t xml:space="preserve">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شود</w:t>
      </w:r>
      <w:r w:rsidRPr="002B4164">
        <w:rPr>
          <w:rFonts w:ascii="Tahoma" w:hAnsi="Tahoma" w:cs="Tahoma"/>
          <w:rtl/>
        </w:rPr>
        <w:t>.</w:t>
      </w:r>
    </w:p>
    <w:p w:rsidR="002B4164" w:rsidRPr="002B4164" w:rsidRDefault="002B4164" w:rsidP="002B416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B4164">
        <w:rPr>
          <w:rFonts w:ascii="Tahoma" w:hAnsi="Tahoma" w:cs="Tahoma" w:hint="eastAsia"/>
          <w:rtl/>
        </w:rPr>
        <w:t>افغان‌ها</w:t>
      </w:r>
      <w:r w:rsidRPr="002B4164">
        <w:rPr>
          <w:rFonts w:ascii="Tahoma" w:hAnsi="Tahoma" w:cs="Tahoma"/>
          <w:rtl/>
        </w:rPr>
        <w:t xml:space="preserve"> از پراکندگ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و توقف بخش‌ها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قشون صفو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استفاده کردند. ضدحملهٔ آنان بخش‌ها</w:t>
      </w:r>
      <w:r w:rsidRPr="002B4164">
        <w:rPr>
          <w:rFonts w:ascii="Tahoma" w:hAnsi="Tahoma" w:cs="Tahoma" w:hint="cs"/>
          <w:rtl/>
        </w:rPr>
        <w:t>یی</w:t>
      </w:r>
      <w:r w:rsidRPr="002B4164">
        <w:rPr>
          <w:rFonts w:ascii="Tahoma" w:hAnsi="Tahoma" w:cs="Tahoma"/>
          <w:rtl/>
        </w:rPr>
        <w:t xml:space="preserve"> را که از 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رو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اصل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جدا شده بودند هدف گرفت. هنگام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که 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ک</w:t>
      </w:r>
      <w:r w:rsidRPr="002B4164">
        <w:rPr>
          <w:rFonts w:ascii="Tahoma" w:hAnsi="Tahoma" w:cs="Tahoma"/>
          <w:rtl/>
        </w:rPr>
        <w:t xml:space="preserve"> جناح عقب نشست، 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روها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گر</w:t>
      </w:r>
      <w:r w:rsidRPr="002B4164">
        <w:rPr>
          <w:rFonts w:ascii="Tahoma" w:hAnsi="Tahoma" w:cs="Tahoma"/>
          <w:rtl/>
        </w:rPr>
        <w:t xml:space="preserve"> 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ز</w:t>
      </w:r>
      <w:r w:rsidRPr="002B4164">
        <w:rPr>
          <w:rFonts w:ascii="Tahoma" w:hAnsi="Tahoma" w:cs="Tahoma"/>
          <w:rtl/>
        </w:rPr>
        <w:t xml:space="preserve"> به جا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اجرا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برنامه‌ا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منظم، دچار ترد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د</w:t>
      </w:r>
      <w:r w:rsidRPr="002B4164">
        <w:rPr>
          <w:rFonts w:ascii="Tahoma" w:hAnsi="Tahoma" w:cs="Tahoma"/>
          <w:rtl/>
        </w:rPr>
        <w:t xml:space="preserve"> و آشفتگ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شدند.</w:t>
      </w:r>
    </w:p>
    <w:p w:rsidR="002B4164" w:rsidRPr="002B4164" w:rsidRDefault="002B4164" w:rsidP="002B416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B4164">
        <w:rPr>
          <w:rFonts w:ascii="Tahoma" w:hAnsi="Tahoma" w:cs="Tahoma" w:hint="eastAsia"/>
          <w:rtl/>
        </w:rPr>
        <w:t>فرماندهان</w:t>
      </w:r>
      <w:r w:rsidRPr="002B4164">
        <w:rPr>
          <w:rFonts w:ascii="Tahoma" w:hAnsi="Tahoma" w:cs="Tahoma"/>
          <w:rtl/>
        </w:rPr>
        <w:t xml:space="preserve"> صفو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نتوانستند شکست موضع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را مهار و 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روها</w:t>
      </w:r>
      <w:r w:rsidRPr="002B4164">
        <w:rPr>
          <w:rFonts w:ascii="Tahoma" w:hAnsi="Tahoma" w:cs="Tahoma"/>
          <w:rtl/>
        </w:rPr>
        <w:t xml:space="preserve"> را دوباره سازمان دهند. قشون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که در آغاز از نظر شمار و تجه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زات</w:t>
      </w:r>
      <w:r w:rsidRPr="002B4164">
        <w:rPr>
          <w:rFonts w:ascii="Tahoma" w:hAnsi="Tahoma" w:cs="Tahoma"/>
          <w:rtl/>
        </w:rPr>
        <w:t xml:space="preserve"> برتر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داشت، پس از گسستن هماهنگ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به گروه‌ها</w:t>
      </w:r>
      <w:r w:rsidRPr="002B4164">
        <w:rPr>
          <w:rFonts w:ascii="Tahoma" w:hAnsi="Tahoma" w:cs="Tahoma" w:hint="cs"/>
          <w:rtl/>
        </w:rPr>
        <w:t>یی</w:t>
      </w:r>
      <w:r w:rsidRPr="002B4164">
        <w:rPr>
          <w:rFonts w:ascii="Tahoma" w:hAnsi="Tahoma" w:cs="Tahoma"/>
          <w:rtl/>
        </w:rPr>
        <w:t xml:space="preserve"> تبد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ل</w:t>
      </w:r>
      <w:r w:rsidRPr="002B4164">
        <w:rPr>
          <w:rFonts w:ascii="Tahoma" w:hAnsi="Tahoma" w:cs="Tahoma"/>
          <w:rtl/>
        </w:rPr>
        <w:t xml:space="preserve"> شد که هر 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ک</w:t>
      </w:r>
      <w:r w:rsidRPr="002B4164">
        <w:rPr>
          <w:rFonts w:ascii="Tahoma" w:hAnsi="Tahoma" w:cs="Tahoma"/>
          <w:rtl/>
        </w:rPr>
        <w:t xml:space="preserve"> راه نجات خود را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جستند</w:t>
      </w:r>
      <w:r w:rsidRPr="002B4164">
        <w:rPr>
          <w:rFonts w:ascii="Tahoma" w:hAnsi="Tahoma" w:cs="Tahoma"/>
          <w:rtl/>
        </w:rPr>
        <w:t>. عقب‌نش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به فرار نزد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ک</w:t>
      </w:r>
      <w:r w:rsidRPr="002B4164">
        <w:rPr>
          <w:rFonts w:ascii="Tahoma" w:hAnsi="Tahoma" w:cs="Tahoma"/>
          <w:rtl/>
        </w:rPr>
        <w:t xml:space="preserve"> شد و م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دان</w:t>
      </w:r>
      <w:r w:rsidRPr="002B4164">
        <w:rPr>
          <w:rFonts w:ascii="Tahoma" w:hAnsi="Tahoma" w:cs="Tahoma"/>
          <w:rtl/>
        </w:rPr>
        <w:t xml:space="preserve"> در اخت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ار</w:t>
      </w:r>
      <w:r w:rsidRPr="002B4164">
        <w:rPr>
          <w:rFonts w:ascii="Tahoma" w:hAnsi="Tahoma" w:cs="Tahoma"/>
          <w:rtl/>
        </w:rPr>
        <w:t xml:space="preserve"> محمود ق</w:t>
      </w:r>
      <w:r w:rsidRPr="002B4164">
        <w:rPr>
          <w:rFonts w:ascii="Tahoma" w:hAnsi="Tahoma" w:cs="Tahoma" w:hint="eastAsia"/>
          <w:rtl/>
        </w:rPr>
        <w:t>رار</w:t>
      </w:r>
      <w:r w:rsidRPr="002B4164">
        <w:rPr>
          <w:rFonts w:ascii="Tahoma" w:hAnsi="Tahoma" w:cs="Tahoma"/>
          <w:rtl/>
        </w:rPr>
        <w:t xml:space="preserve"> گرفت.</w:t>
      </w:r>
    </w:p>
    <w:p w:rsidR="002B4164" w:rsidRPr="002B4164" w:rsidRDefault="002B4164" w:rsidP="002B416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B4164">
        <w:rPr>
          <w:rFonts w:ascii="Tahoma" w:hAnsi="Tahoma" w:cs="Tahoma" w:hint="eastAsia"/>
          <w:rtl/>
        </w:rPr>
        <w:t>نبرد</w:t>
      </w:r>
      <w:r w:rsidRPr="002B4164">
        <w:rPr>
          <w:rFonts w:ascii="Tahoma" w:hAnsi="Tahoma" w:cs="Tahoma"/>
          <w:rtl/>
        </w:rPr>
        <w:t xml:space="preserve"> گلون‌آباد همهٔ قشون صفو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را از م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ان</w:t>
      </w:r>
      <w:r w:rsidRPr="002B4164">
        <w:rPr>
          <w:rFonts w:ascii="Tahoma" w:hAnsi="Tahoma" w:cs="Tahoma"/>
          <w:rtl/>
        </w:rPr>
        <w:t xml:space="preserve"> نبرد. هنوز 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روها</w:t>
      </w:r>
      <w:r w:rsidRPr="002B4164">
        <w:rPr>
          <w:rFonts w:ascii="Tahoma" w:hAnsi="Tahoma" w:cs="Tahoma" w:hint="cs"/>
          <w:rtl/>
        </w:rPr>
        <w:t>یی</w:t>
      </w:r>
      <w:r w:rsidRPr="002B4164">
        <w:rPr>
          <w:rFonts w:ascii="Tahoma" w:hAnsi="Tahoma" w:cs="Tahoma"/>
          <w:rtl/>
        </w:rPr>
        <w:t xml:space="preserve"> در پا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تخت،</w:t>
      </w:r>
      <w:r w:rsidRPr="002B4164">
        <w:rPr>
          <w:rFonts w:ascii="Tahoma" w:hAnsi="Tahoma" w:cs="Tahoma"/>
          <w:rtl/>
        </w:rPr>
        <w:t xml:space="preserve"> 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الات</w:t>
      </w:r>
      <w:r w:rsidRPr="002B4164">
        <w:rPr>
          <w:rFonts w:ascii="Tahoma" w:hAnsi="Tahoma" w:cs="Tahoma"/>
          <w:rtl/>
        </w:rPr>
        <w:t xml:space="preserve"> و مناطق 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گر</w:t>
      </w:r>
      <w:r w:rsidRPr="002B4164">
        <w:rPr>
          <w:rFonts w:ascii="Tahoma" w:hAnsi="Tahoma" w:cs="Tahoma"/>
          <w:rtl/>
        </w:rPr>
        <w:t xml:space="preserve"> وجود داشتند. خزانه، انبار و 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وان</w:t>
      </w:r>
      <w:r w:rsidRPr="002B4164">
        <w:rPr>
          <w:rFonts w:ascii="Tahoma" w:hAnsi="Tahoma" w:cs="Tahoma"/>
          <w:rtl/>
        </w:rPr>
        <w:t xml:space="preserve"> 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ز</w:t>
      </w:r>
      <w:r w:rsidRPr="002B4164">
        <w:rPr>
          <w:rFonts w:ascii="Tahoma" w:hAnsi="Tahoma" w:cs="Tahoma"/>
          <w:rtl/>
        </w:rPr>
        <w:t xml:space="preserve"> باق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بودند. اما شکست اثر روان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و س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اس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بزرگ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داشت. سپاه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که با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د</w:t>
      </w:r>
      <w:r w:rsidRPr="002B4164">
        <w:rPr>
          <w:rFonts w:ascii="Tahoma" w:hAnsi="Tahoma" w:cs="Tahoma"/>
          <w:rtl/>
        </w:rPr>
        <w:t xml:space="preserve"> مهاجمان را پ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ش</w:t>
      </w:r>
      <w:r w:rsidRPr="002B4164">
        <w:rPr>
          <w:rFonts w:ascii="Tahoma" w:hAnsi="Tahoma" w:cs="Tahoma"/>
          <w:rtl/>
        </w:rPr>
        <w:t xml:space="preserve"> از رس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دن</w:t>
      </w:r>
      <w:r w:rsidRPr="002B4164">
        <w:rPr>
          <w:rFonts w:ascii="Tahoma" w:hAnsi="Tahoma" w:cs="Tahoma"/>
          <w:rtl/>
        </w:rPr>
        <w:t xml:space="preserve"> به مرکز نابود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کرد،</w:t>
      </w:r>
      <w:r w:rsidRPr="002B4164">
        <w:rPr>
          <w:rFonts w:ascii="Tahoma" w:hAnsi="Tahoma" w:cs="Tahoma"/>
          <w:rtl/>
        </w:rPr>
        <w:t xml:space="preserve"> در نزد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ک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اصفها</w:t>
      </w:r>
      <w:r w:rsidRPr="002B4164">
        <w:rPr>
          <w:rFonts w:ascii="Tahoma" w:hAnsi="Tahoma" w:cs="Tahoma" w:hint="eastAsia"/>
          <w:rtl/>
        </w:rPr>
        <w:t>ن</w:t>
      </w:r>
      <w:r w:rsidRPr="002B4164">
        <w:rPr>
          <w:rFonts w:ascii="Tahoma" w:hAnsi="Tahoma" w:cs="Tahoma"/>
          <w:rtl/>
        </w:rPr>
        <w:t xml:space="preserve"> شکست خورده بود.</w:t>
      </w:r>
    </w:p>
    <w:p w:rsidR="002B4164" w:rsidRPr="002B4164" w:rsidRDefault="002B4164" w:rsidP="002B416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B4164">
        <w:rPr>
          <w:rFonts w:ascii="Tahoma" w:hAnsi="Tahoma" w:cs="Tahoma" w:hint="eastAsia"/>
          <w:rtl/>
        </w:rPr>
        <w:t>برا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افغان‌ها، پ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روز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نشانه‌ا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بود که تصورشان از ضعف حکومت درست است. برا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مردم و صاحب‌منصبان صفو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،</w:t>
      </w:r>
      <w:r w:rsidRPr="002B4164">
        <w:rPr>
          <w:rFonts w:ascii="Tahoma" w:hAnsi="Tahoma" w:cs="Tahoma"/>
          <w:rtl/>
        </w:rPr>
        <w:t xml:space="preserve"> شکست 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ن</w:t>
      </w:r>
      <w:r w:rsidRPr="002B4164">
        <w:rPr>
          <w:rFonts w:ascii="Tahoma" w:hAnsi="Tahoma" w:cs="Tahoma"/>
          <w:rtl/>
        </w:rPr>
        <w:t xml:space="preserve"> پرسش را پد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د</w:t>
      </w:r>
      <w:r w:rsidRPr="002B4164">
        <w:rPr>
          <w:rFonts w:ascii="Tahoma" w:hAnsi="Tahoma" w:cs="Tahoma"/>
          <w:rtl/>
        </w:rPr>
        <w:t xml:space="preserve"> آورد که آ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</w:t>
      </w:r>
      <w:r w:rsidRPr="002B4164">
        <w:rPr>
          <w:rFonts w:ascii="Tahoma" w:hAnsi="Tahoma" w:cs="Tahoma"/>
          <w:rtl/>
        </w:rPr>
        <w:t xml:space="preserve"> دربار توان دفاع از پا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تخت</w:t>
      </w:r>
      <w:r w:rsidRPr="002B4164">
        <w:rPr>
          <w:rFonts w:ascii="Tahoma" w:hAnsi="Tahoma" w:cs="Tahoma"/>
          <w:rtl/>
        </w:rPr>
        <w:t xml:space="preserve"> را دارد 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</w:t>
      </w:r>
      <w:r w:rsidRPr="002B4164">
        <w:rPr>
          <w:rFonts w:ascii="Tahoma" w:hAnsi="Tahoma" w:cs="Tahoma"/>
          <w:rtl/>
        </w:rPr>
        <w:t xml:space="preserve"> نه. اعتبار حکومت پ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ش</w:t>
      </w:r>
      <w:r w:rsidRPr="002B4164">
        <w:rPr>
          <w:rFonts w:ascii="Tahoma" w:hAnsi="Tahoma" w:cs="Tahoma"/>
          <w:rtl/>
        </w:rPr>
        <w:t xml:space="preserve"> از سقوط 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وارها</w:t>
      </w:r>
      <w:r w:rsidRPr="002B4164">
        <w:rPr>
          <w:rFonts w:ascii="Tahoma" w:hAnsi="Tahoma" w:cs="Tahoma"/>
          <w:rtl/>
        </w:rPr>
        <w:t xml:space="preserve"> آس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ب</w:t>
      </w:r>
      <w:r w:rsidRPr="002B4164">
        <w:rPr>
          <w:rFonts w:ascii="Tahoma" w:hAnsi="Tahoma" w:cs="Tahoma"/>
          <w:rtl/>
        </w:rPr>
        <w:t xml:space="preserve"> 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د</w:t>
      </w:r>
      <w:r w:rsidRPr="002B4164">
        <w:rPr>
          <w:rFonts w:ascii="Tahoma" w:hAnsi="Tahoma" w:cs="Tahoma"/>
          <w:rtl/>
        </w:rPr>
        <w:t>.</w:t>
      </w:r>
    </w:p>
    <w:p w:rsidR="002B4164" w:rsidRPr="002B4164" w:rsidRDefault="002B4164" w:rsidP="002B416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B4164">
        <w:rPr>
          <w:rFonts w:ascii="Tahoma" w:hAnsi="Tahoma" w:cs="Tahoma" w:hint="eastAsia"/>
          <w:rtl/>
        </w:rPr>
        <w:t>محمود</w:t>
      </w:r>
      <w:r w:rsidRPr="002B4164">
        <w:rPr>
          <w:rFonts w:ascii="Tahoma" w:hAnsi="Tahoma" w:cs="Tahoma"/>
          <w:rtl/>
        </w:rPr>
        <w:t xml:space="preserve"> پس از پ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روز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نتوانست 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</w:t>
      </w:r>
      <w:r w:rsidRPr="002B4164">
        <w:rPr>
          <w:rFonts w:ascii="Tahoma" w:hAnsi="Tahoma" w:cs="Tahoma"/>
          <w:rtl/>
        </w:rPr>
        <w:t xml:space="preserve"> نخواست فوراً با حمله‌ا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مستق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م</w:t>
      </w:r>
      <w:r w:rsidRPr="002B4164">
        <w:rPr>
          <w:rFonts w:ascii="Tahoma" w:hAnsi="Tahoma" w:cs="Tahoma"/>
          <w:rtl/>
        </w:rPr>
        <w:t xml:space="preserve"> اصفهان را تصرف کند. پا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تخت</w:t>
      </w:r>
      <w:r w:rsidRPr="002B4164">
        <w:rPr>
          <w:rFonts w:ascii="Tahoma" w:hAnsi="Tahoma" w:cs="Tahoma"/>
          <w:rtl/>
        </w:rPr>
        <w:t xml:space="preserve"> بزرگ بود و مدافعان، 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وارها</w:t>
      </w:r>
      <w:r w:rsidRPr="002B4164">
        <w:rPr>
          <w:rFonts w:ascii="Tahoma" w:hAnsi="Tahoma" w:cs="Tahoma"/>
          <w:rtl/>
        </w:rPr>
        <w:t xml:space="preserve"> و جمع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ت</w:t>
      </w:r>
      <w:r w:rsidRPr="002B4164">
        <w:rPr>
          <w:rFonts w:ascii="Tahoma" w:hAnsi="Tahoma" w:cs="Tahoma"/>
          <w:rtl/>
        </w:rPr>
        <w:t xml:space="preserve"> فراوان داشت. 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رو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مهاجم برا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جنگ خ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ابان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و هجوم به شهر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چن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ن</w:t>
      </w:r>
      <w:r w:rsidRPr="002B4164">
        <w:rPr>
          <w:rFonts w:ascii="Tahoma" w:hAnsi="Tahoma" w:cs="Tahoma"/>
          <w:rtl/>
        </w:rPr>
        <w:t xml:space="preserve"> گسترده با خطر بزرگ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روبه‌رو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شد</w:t>
      </w:r>
      <w:r w:rsidRPr="002B4164">
        <w:rPr>
          <w:rFonts w:ascii="Tahoma" w:hAnsi="Tahoma" w:cs="Tahoma"/>
          <w:rtl/>
        </w:rPr>
        <w:t>. راه کم‌هز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نه‌تر،</w:t>
      </w:r>
      <w:r w:rsidRPr="002B4164">
        <w:rPr>
          <w:rFonts w:ascii="Tahoma" w:hAnsi="Tahoma" w:cs="Tahoma"/>
          <w:rtl/>
        </w:rPr>
        <w:t xml:space="preserve"> قطع ارتباط و وادار</w:t>
      </w:r>
      <w:r w:rsidRPr="002B4164">
        <w:rPr>
          <w:rFonts w:ascii="Tahoma" w:hAnsi="Tahoma" w:cs="Tahoma" w:hint="eastAsia"/>
          <w:rtl/>
        </w:rPr>
        <w:t>کردن</w:t>
      </w:r>
      <w:r w:rsidRPr="002B4164">
        <w:rPr>
          <w:rFonts w:ascii="Tahoma" w:hAnsi="Tahoma" w:cs="Tahoma"/>
          <w:rtl/>
        </w:rPr>
        <w:t xml:space="preserve"> شهر به تسل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م</w:t>
      </w:r>
      <w:r w:rsidRPr="002B4164">
        <w:rPr>
          <w:rFonts w:ascii="Tahoma" w:hAnsi="Tahoma" w:cs="Tahoma"/>
          <w:rtl/>
        </w:rPr>
        <w:t xml:space="preserve"> از راه گرسنگ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بود.</w:t>
      </w:r>
    </w:p>
    <w:p w:rsidR="002B4164" w:rsidRPr="002B4164" w:rsidRDefault="002B4164" w:rsidP="002B416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B4164">
        <w:rPr>
          <w:rFonts w:ascii="Tahoma" w:hAnsi="Tahoma" w:cs="Tahoma" w:hint="eastAsia"/>
          <w:rtl/>
        </w:rPr>
        <w:t>پ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ش</w:t>
      </w:r>
      <w:r w:rsidRPr="002B4164">
        <w:rPr>
          <w:rFonts w:ascii="Tahoma" w:hAnsi="Tahoma" w:cs="Tahoma"/>
          <w:rtl/>
        </w:rPr>
        <w:t xml:space="preserve"> از کامل‌شدن محاصره، دربار هنوز فرصت داشت.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توانست</w:t>
      </w:r>
      <w:r w:rsidRPr="002B4164">
        <w:rPr>
          <w:rFonts w:ascii="Tahoma" w:hAnsi="Tahoma" w:cs="Tahoma"/>
          <w:rtl/>
        </w:rPr>
        <w:t xml:space="preserve"> 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روها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باق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مانده</w:t>
      </w:r>
      <w:r w:rsidRPr="002B4164">
        <w:rPr>
          <w:rFonts w:ascii="Tahoma" w:hAnsi="Tahoma" w:cs="Tahoma"/>
          <w:rtl/>
        </w:rPr>
        <w:t xml:space="preserve"> را سازمان دهد، آذوقه وارد شهر کند، از 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الات</w:t>
      </w:r>
      <w:r w:rsidRPr="002B4164">
        <w:rPr>
          <w:rFonts w:ascii="Tahoma" w:hAnsi="Tahoma" w:cs="Tahoma"/>
          <w:rtl/>
        </w:rPr>
        <w:t xml:space="preserve"> کمک بخواهد و راه‌ها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ارتباط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محمود را قطع نما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د</w:t>
      </w:r>
      <w:r w:rsidRPr="002B4164">
        <w:rPr>
          <w:rFonts w:ascii="Tahoma" w:hAnsi="Tahoma" w:cs="Tahoma"/>
          <w:rtl/>
        </w:rPr>
        <w:t xml:space="preserve">. اما هر 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ک</w:t>
      </w:r>
      <w:r w:rsidRPr="002B4164">
        <w:rPr>
          <w:rFonts w:ascii="Tahoma" w:hAnsi="Tahoma" w:cs="Tahoma"/>
          <w:rtl/>
        </w:rPr>
        <w:t xml:space="preserve"> از 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ن</w:t>
      </w:r>
      <w:r w:rsidRPr="002B4164">
        <w:rPr>
          <w:rFonts w:ascii="Tahoma" w:hAnsi="Tahoma" w:cs="Tahoma"/>
          <w:rtl/>
        </w:rPr>
        <w:t xml:space="preserve"> اقدامات به تصم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م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سر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ع</w:t>
      </w:r>
      <w:r w:rsidRPr="002B4164">
        <w:rPr>
          <w:rFonts w:ascii="Tahoma" w:hAnsi="Tahoma" w:cs="Tahoma"/>
          <w:rtl/>
        </w:rPr>
        <w:t xml:space="preserve"> و فرمانده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واحد 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از</w:t>
      </w:r>
      <w:r w:rsidRPr="002B4164">
        <w:rPr>
          <w:rFonts w:ascii="Tahoma" w:hAnsi="Tahoma" w:cs="Tahoma"/>
          <w:rtl/>
        </w:rPr>
        <w:t xml:space="preserve"> داشت.</w:t>
      </w:r>
    </w:p>
    <w:p w:rsidR="002B4164" w:rsidRPr="002B4164" w:rsidRDefault="002B4164" w:rsidP="002B416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B4164">
        <w:rPr>
          <w:rFonts w:ascii="Tahoma" w:hAnsi="Tahoma" w:cs="Tahoma" w:hint="eastAsia"/>
          <w:rtl/>
        </w:rPr>
        <w:t>اختلاف</w:t>
      </w:r>
      <w:r w:rsidRPr="002B4164">
        <w:rPr>
          <w:rFonts w:ascii="Tahoma" w:hAnsi="Tahoma" w:cs="Tahoma"/>
          <w:rtl/>
        </w:rPr>
        <w:t xml:space="preserve"> دربار پس از شکست افزا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ش</w:t>
      </w:r>
      <w:r w:rsidRPr="002B4164">
        <w:rPr>
          <w:rFonts w:ascii="Tahoma" w:hAnsi="Tahoma" w:cs="Tahoma"/>
          <w:rtl/>
        </w:rPr>
        <w:t xml:space="preserve"> 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افت</w:t>
      </w:r>
      <w:r w:rsidRPr="002B4164">
        <w:rPr>
          <w:rFonts w:ascii="Tahoma" w:hAnsi="Tahoma" w:cs="Tahoma"/>
          <w:rtl/>
        </w:rPr>
        <w:t>. برخ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خواهان حملهٔ فور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بودند، برخ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دفاع درون شهر را ترج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ح</w:t>
      </w:r>
      <w:r w:rsidRPr="002B4164">
        <w:rPr>
          <w:rFonts w:ascii="Tahoma" w:hAnsi="Tahoma" w:cs="Tahoma"/>
          <w:rtl/>
        </w:rPr>
        <w:t xml:space="preserve">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دادند</w:t>
      </w:r>
      <w:r w:rsidRPr="002B4164">
        <w:rPr>
          <w:rFonts w:ascii="Tahoma" w:hAnsi="Tahoma" w:cs="Tahoma"/>
          <w:rtl/>
        </w:rPr>
        <w:t xml:space="preserve"> و گروه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به مذاکره 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</w:t>
      </w:r>
      <w:r w:rsidRPr="002B4164">
        <w:rPr>
          <w:rFonts w:ascii="Tahoma" w:hAnsi="Tahoma" w:cs="Tahoma"/>
          <w:rtl/>
        </w:rPr>
        <w:t xml:space="preserve"> انتظار کمک از 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الات</w:t>
      </w:r>
      <w:r w:rsidRPr="002B4164">
        <w:rPr>
          <w:rFonts w:ascii="Tahoma" w:hAnsi="Tahoma" w:cs="Tahoma"/>
          <w:rtl/>
        </w:rPr>
        <w:t xml:space="preserve"> ام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د</w:t>
      </w:r>
      <w:r w:rsidRPr="002B4164">
        <w:rPr>
          <w:rFonts w:ascii="Tahoma" w:hAnsi="Tahoma" w:cs="Tahoma"/>
          <w:rtl/>
        </w:rPr>
        <w:t xml:space="preserve"> داشتند. شاه سلطان حس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ن</w:t>
      </w:r>
      <w:r w:rsidRPr="002B4164">
        <w:rPr>
          <w:rFonts w:ascii="Tahoma" w:hAnsi="Tahoma" w:cs="Tahoma"/>
          <w:rtl/>
        </w:rPr>
        <w:t xml:space="preserve"> نم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توانست</w:t>
      </w:r>
      <w:r w:rsidRPr="002B4164">
        <w:rPr>
          <w:rFonts w:ascii="Tahoma" w:hAnsi="Tahoma" w:cs="Tahoma"/>
          <w:rtl/>
        </w:rPr>
        <w:t xml:space="preserve"> نظرها را به تصم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م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قطع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تبد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ل</w:t>
      </w:r>
      <w:r w:rsidRPr="002B4164">
        <w:rPr>
          <w:rFonts w:ascii="Tahoma" w:hAnsi="Tahoma" w:cs="Tahoma"/>
          <w:rtl/>
        </w:rPr>
        <w:t xml:space="preserve"> کند و مسئول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ت</w:t>
      </w:r>
      <w:r w:rsidRPr="002B4164">
        <w:rPr>
          <w:rFonts w:ascii="Tahoma" w:hAnsi="Tahoma" w:cs="Tahoma"/>
          <w:rtl/>
        </w:rPr>
        <w:t xml:space="preserve"> اجرا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آن را به فرمانده‌ا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م</w:t>
      </w:r>
      <w:r w:rsidRPr="002B4164">
        <w:rPr>
          <w:rFonts w:ascii="Tahoma" w:hAnsi="Tahoma" w:cs="Tahoma" w:hint="eastAsia"/>
          <w:rtl/>
        </w:rPr>
        <w:t>ورد</w:t>
      </w:r>
      <w:r w:rsidRPr="002B4164">
        <w:rPr>
          <w:rFonts w:ascii="Tahoma" w:hAnsi="Tahoma" w:cs="Tahoma"/>
          <w:rtl/>
        </w:rPr>
        <w:t xml:space="preserve"> اعتماد بسپارد.</w:t>
      </w:r>
    </w:p>
    <w:p w:rsidR="002B4164" w:rsidRPr="002B4164" w:rsidRDefault="002B4164" w:rsidP="002B416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B4164">
        <w:rPr>
          <w:rFonts w:ascii="Tahoma" w:hAnsi="Tahoma" w:cs="Tahoma" w:hint="eastAsia"/>
          <w:rtl/>
        </w:rPr>
        <w:t>در</w:t>
      </w:r>
      <w:r w:rsidRPr="002B4164">
        <w:rPr>
          <w:rFonts w:ascii="Tahoma" w:hAnsi="Tahoma" w:cs="Tahoma"/>
          <w:rtl/>
        </w:rPr>
        <w:t xml:space="preserve"> ساختار خودکامه، همهٔ اخت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ار</w:t>
      </w:r>
      <w:r w:rsidRPr="002B4164">
        <w:rPr>
          <w:rFonts w:ascii="Tahoma" w:hAnsi="Tahoma" w:cs="Tahoma"/>
          <w:rtl/>
        </w:rPr>
        <w:t xml:space="preserve"> ظاهراً در دست شاه است، اما هم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ن</w:t>
      </w:r>
      <w:r w:rsidRPr="002B4164">
        <w:rPr>
          <w:rFonts w:ascii="Tahoma" w:hAnsi="Tahoma" w:cs="Tahoma"/>
          <w:rtl/>
        </w:rPr>
        <w:t xml:space="preserve"> تمرکز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تواند</w:t>
      </w:r>
      <w:r w:rsidRPr="002B4164">
        <w:rPr>
          <w:rFonts w:ascii="Tahoma" w:hAnsi="Tahoma" w:cs="Tahoma"/>
          <w:rtl/>
        </w:rPr>
        <w:t xml:space="preserve"> هنگام ضعف او به ب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تصم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م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همگان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ب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نجامد</w:t>
      </w:r>
      <w:r w:rsidRPr="002B4164">
        <w:rPr>
          <w:rFonts w:ascii="Tahoma" w:hAnsi="Tahoma" w:cs="Tahoma"/>
          <w:rtl/>
        </w:rPr>
        <w:t>. صاحب‌منصب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ترسد</w:t>
      </w:r>
      <w:r w:rsidRPr="002B4164">
        <w:rPr>
          <w:rFonts w:ascii="Tahoma" w:hAnsi="Tahoma" w:cs="Tahoma"/>
          <w:rtl/>
        </w:rPr>
        <w:t xml:space="preserve"> بدون فرمان روشن اقدام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کند؛ ز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را</w:t>
      </w:r>
      <w:r w:rsidRPr="002B4164">
        <w:rPr>
          <w:rFonts w:ascii="Tahoma" w:hAnsi="Tahoma" w:cs="Tahoma"/>
          <w:rtl/>
        </w:rPr>
        <w:t xml:space="preserve"> اگر شکست بخورد مجازات خواهد شد و اگر پ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روز</w:t>
      </w:r>
      <w:r w:rsidRPr="002B4164">
        <w:rPr>
          <w:rFonts w:ascii="Tahoma" w:hAnsi="Tahoma" w:cs="Tahoma"/>
          <w:rtl/>
        </w:rPr>
        <w:t xml:space="preserve"> شود ممکن است شاه از قدرتش ب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مناک</w:t>
      </w:r>
      <w:r w:rsidRPr="002B4164">
        <w:rPr>
          <w:rFonts w:ascii="Tahoma" w:hAnsi="Tahoma" w:cs="Tahoma"/>
          <w:rtl/>
        </w:rPr>
        <w:t xml:space="preserve"> گردد. همه منتظر تصم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م</w:t>
      </w:r>
      <w:r w:rsidRPr="002B4164">
        <w:rPr>
          <w:rFonts w:ascii="Tahoma" w:hAnsi="Tahoma" w:cs="Tahoma"/>
          <w:rtl/>
        </w:rPr>
        <w:t xml:space="preserve"> رأس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مانند</w:t>
      </w:r>
      <w:r w:rsidRPr="002B4164">
        <w:rPr>
          <w:rFonts w:ascii="Tahoma" w:hAnsi="Tahoma" w:cs="Tahoma"/>
          <w:rtl/>
        </w:rPr>
        <w:t xml:space="preserve"> و رأس توان تصم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م</w:t>
      </w:r>
      <w:r w:rsidRPr="002B4164">
        <w:rPr>
          <w:rFonts w:ascii="Tahoma" w:hAnsi="Tahoma" w:cs="Tahoma"/>
          <w:rtl/>
        </w:rPr>
        <w:t xml:space="preserve"> ندارد.</w:t>
      </w:r>
    </w:p>
    <w:p w:rsidR="002B4164" w:rsidRPr="002B4164" w:rsidRDefault="002B4164" w:rsidP="002B416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B4164">
        <w:rPr>
          <w:rFonts w:ascii="Tahoma" w:hAnsi="Tahoma" w:cs="Tahoma" w:hint="eastAsia"/>
          <w:rtl/>
        </w:rPr>
        <w:t>شاه</w:t>
      </w:r>
      <w:r w:rsidRPr="002B4164">
        <w:rPr>
          <w:rFonts w:ascii="Tahoma" w:hAnsi="Tahoma" w:cs="Tahoma"/>
          <w:rtl/>
        </w:rPr>
        <w:t xml:space="preserve"> عباس در وضع مشابه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توانست</w:t>
      </w:r>
      <w:r w:rsidRPr="002B4164">
        <w:rPr>
          <w:rFonts w:ascii="Tahoma" w:hAnsi="Tahoma" w:cs="Tahoma"/>
          <w:rtl/>
        </w:rPr>
        <w:t xml:space="preserve"> شخصاً فرماندهان را جابه‌جا، منابع را بس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ج</w:t>
      </w:r>
      <w:r w:rsidRPr="002B4164">
        <w:rPr>
          <w:rFonts w:ascii="Tahoma" w:hAnsi="Tahoma" w:cs="Tahoma"/>
          <w:rtl/>
        </w:rPr>
        <w:t xml:space="preserve"> و راهبرد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مع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ن</w:t>
      </w:r>
      <w:r w:rsidRPr="002B4164">
        <w:rPr>
          <w:rFonts w:ascii="Tahoma" w:hAnsi="Tahoma" w:cs="Tahoma"/>
          <w:rtl/>
        </w:rPr>
        <w:t xml:space="preserve"> را تحم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ل</w:t>
      </w:r>
      <w:r w:rsidRPr="002B4164">
        <w:rPr>
          <w:rFonts w:ascii="Tahoma" w:hAnsi="Tahoma" w:cs="Tahoma"/>
          <w:rtl/>
        </w:rPr>
        <w:t xml:space="preserve"> کند. سلطان حس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ن</w:t>
      </w:r>
      <w:r w:rsidRPr="002B4164">
        <w:rPr>
          <w:rFonts w:ascii="Tahoma" w:hAnsi="Tahoma" w:cs="Tahoma"/>
          <w:rtl/>
        </w:rPr>
        <w:t xml:space="preserve"> نه شناخت لازم را داشت و نه از اقتدار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برخوردار بود که اختلاف 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روها</w:t>
      </w:r>
      <w:r w:rsidRPr="002B4164">
        <w:rPr>
          <w:rFonts w:ascii="Tahoma" w:hAnsi="Tahoma" w:cs="Tahoma"/>
          <w:rtl/>
        </w:rPr>
        <w:t xml:space="preserve"> را پا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ان</w:t>
      </w:r>
      <w:r w:rsidRPr="002B4164">
        <w:rPr>
          <w:rFonts w:ascii="Tahoma" w:hAnsi="Tahoma" w:cs="Tahoma"/>
          <w:rtl/>
        </w:rPr>
        <w:t xml:space="preserve"> دهد. تاج در ظاهر صاحب فرمان نها</w:t>
      </w:r>
      <w:r w:rsidRPr="002B4164">
        <w:rPr>
          <w:rFonts w:ascii="Tahoma" w:hAnsi="Tahoma" w:cs="Tahoma" w:hint="cs"/>
          <w:rtl/>
        </w:rPr>
        <w:t>یی</w:t>
      </w:r>
      <w:r w:rsidRPr="002B4164">
        <w:rPr>
          <w:rFonts w:ascii="Tahoma" w:hAnsi="Tahoma" w:cs="Tahoma"/>
          <w:rtl/>
        </w:rPr>
        <w:t xml:space="preserve"> بود، اما در عمل م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ان</w:t>
      </w:r>
      <w:r w:rsidRPr="002B4164">
        <w:rPr>
          <w:rFonts w:ascii="Tahoma" w:hAnsi="Tahoma" w:cs="Tahoma"/>
          <w:rtl/>
        </w:rPr>
        <w:t xml:space="preserve"> حرم، وز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ران،</w:t>
      </w:r>
      <w:r w:rsidRPr="002B4164">
        <w:rPr>
          <w:rFonts w:ascii="Tahoma" w:hAnsi="Tahoma" w:cs="Tahoma"/>
          <w:rtl/>
        </w:rPr>
        <w:t xml:space="preserve"> ام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ران</w:t>
      </w:r>
      <w:r w:rsidRPr="002B4164">
        <w:rPr>
          <w:rFonts w:ascii="Tahoma" w:hAnsi="Tahoma" w:cs="Tahoma"/>
          <w:rtl/>
        </w:rPr>
        <w:t xml:space="preserve"> و 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نکاران</w:t>
      </w:r>
      <w:r w:rsidRPr="002B4164">
        <w:rPr>
          <w:rFonts w:ascii="Tahoma" w:hAnsi="Tahoma" w:cs="Tahoma"/>
          <w:rtl/>
        </w:rPr>
        <w:t xml:space="preserve"> گرفتار مانده بود.</w:t>
      </w:r>
    </w:p>
    <w:p w:rsidR="002B4164" w:rsidRPr="002B4164" w:rsidRDefault="002B4164" w:rsidP="002B416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B4164">
        <w:rPr>
          <w:rFonts w:ascii="Tahoma" w:hAnsi="Tahoma" w:cs="Tahoma" w:hint="eastAsia"/>
          <w:rtl/>
        </w:rPr>
        <w:t>مذهب</w:t>
      </w:r>
      <w:r w:rsidRPr="002B4164">
        <w:rPr>
          <w:rFonts w:ascii="Tahoma" w:hAnsi="Tahoma" w:cs="Tahoma"/>
          <w:rtl/>
        </w:rPr>
        <w:t xml:space="preserve"> رسم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ز</w:t>
      </w:r>
      <w:r w:rsidRPr="002B4164">
        <w:rPr>
          <w:rFonts w:ascii="Tahoma" w:hAnsi="Tahoma" w:cs="Tahoma"/>
          <w:rtl/>
        </w:rPr>
        <w:t xml:space="preserve"> نتوانست اختلاف فرمانده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را حل کند. 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نکاران</w:t>
      </w:r>
      <w:r w:rsidRPr="002B4164">
        <w:rPr>
          <w:rFonts w:ascii="Tahoma" w:hAnsi="Tahoma" w:cs="Tahoma"/>
          <w:rtl/>
        </w:rPr>
        <w:t xml:space="preserve">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توانستند</w:t>
      </w:r>
      <w:r w:rsidRPr="002B4164">
        <w:rPr>
          <w:rFonts w:ascii="Tahoma" w:hAnsi="Tahoma" w:cs="Tahoma"/>
          <w:rtl/>
        </w:rPr>
        <w:t xml:space="preserve"> مردم را به جهاد و دفاع از پا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تخت</w:t>
      </w:r>
      <w:r w:rsidRPr="002B4164">
        <w:rPr>
          <w:rFonts w:ascii="Tahoma" w:hAnsi="Tahoma" w:cs="Tahoma"/>
          <w:rtl/>
        </w:rPr>
        <w:t xml:space="preserve"> ش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ع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فراخوانند و شکست را آزمون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مذهب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بدانند، اما فتوا نم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توانست</w:t>
      </w:r>
      <w:r w:rsidRPr="002B4164">
        <w:rPr>
          <w:rFonts w:ascii="Tahoma" w:hAnsi="Tahoma" w:cs="Tahoma"/>
          <w:rtl/>
        </w:rPr>
        <w:t xml:space="preserve"> جا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نقشهٔ جنگ، آذوقه و فرمانده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را بگ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رد</w:t>
      </w:r>
      <w:r w:rsidRPr="002B4164">
        <w:rPr>
          <w:rFonts w:ascii="Tahoma" w:hAnsi="Tahoma" w:cs="Tahoma"/>
          <w:rtl/>
        </w:rPr>
        <w:t>.</w:t>
      </w:r>
    </w:p>
    <w:p w:rsidR="002B4164" w:rsidRPr="002B4164" w:rsidRDefault="002B4164" w:rsidP="002B416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B4164">
        <w:rPr>
          <w:rFonts w:ascii="Tahoma" w:hAnsi="Tahoma" w:cs="Tahoma" w:hint="eastAsia"/>
          <w:rtl/>
        </w:rPr>
        <w:t>حت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فراخوان مذهب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هنگام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مؤثر است که حکومت بتواند مردم بس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ج‌شده</w:t>
      </w:r>
      <w:r w:rsidRPr="002B4164">
        <w:rPr>
          <w:rFonts w:ascii="Tahoma" w:hAnsi="Tahoma" w:cs="Tahoma"/>
          <w:rtl/>
        </w:rPr>
        <w:t xml:space="preserve"> را سازمان دهد. داوطلب بدون سلاح، آموزش و فرمانده ممکن است بر جمع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ت</w:t>
      </w:r>
      <w:r w:rsidRPr="002B4164">
        <w:rPr>
          <w:rFonts w:ascii="Tahoma" w:hAnsi="Tahoma" w:cs="Tahoma"/>
          <w:rtl/>
        </w:rPr>
        <w:t xml:space="preserve"> شهر ب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فزا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د،</w:t>
      </w:r>
      <w:r w:rsidRPr="002B4164">
        <w:rPr>
          <w:rFonts w:ascii="Tahoma" w:hAnsi="Tahoma" w:cs="Tahoma"/>
          <w:rtl/>
        </w:rPr>
        <w:t xml:space="preserve"> اما لزوماً 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رو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جنگ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جاد</w:t>
      </w:r>
      <w:r w:rsidRPr="002B4164">
        <w:rPr>
          <w:rFonts w:ascii="Tahoma" w:hAnsi="Tahoma" w:cs="Tahoma"/>
          <w:rtl/>
        </w:rPr>
        <w:t xml:space="preserve"> نم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کند</w:t>
      </w:r>
      <w:r w:rsidRPr="002B4164">
        <w:rPr>
          <w:rFonts w:ascii="Tahoma" w:hAnsi="Tahoma" w:cs="Tahoma"/>
          <w:rtl/>
        </w:rPr>
        <w:t>. شور مذهب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قزلباشان در آغاز صفو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ه</w:t>
      </w:r>
      <w:r w:rsidRPr="002B4164">
        <w:rPr>
          <w:rFonts w:ascii="Tahoma" w:hAnsi="Tahoma" w:cs="Tahoma"/>
          <w:rtl/>
        </w:rPr>
        <w:t xml:space="preserve"> به سبب وجود مرشد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فرمانده و ساختار قبا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ل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</w:t>
      </w:r>
      <w:r w:rsidRPr="002B4164">
        <w:rPr>
          <w:rFonts w:ascii="Tahoma" w:hAnsi="Tahoma" w:cs="Tahoma" w:hint="eastAsia"/>
          <w:rtl/>
        </w:rPr>
        <w:t>به</w:t>
      </w:r>
      <w:r w:rsidRPr="002B4164">
        <w:rPr>
          <w:rFonts w:ascii="Tahoma" w:hAnsi="Tahoma" w:cs="Tahoma"/>
          <w:rtl/>
        </w:rPr>
        <w:t xml:space="preserve"> قشون تبد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ل</w:t>
      </w:r>
      <w:r w:rsidRPr="002B4164">
        <w:rPr>
          <w:rFonts w:ascii="Tahoma" w:hAnsi="Tahoma" w:cs="Tahoma"/>
          <w:rtl/>
        </w:rPr>
        <w:t xml:space="preserve"> شده بود؛ در پا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ان</w:t>
      </w:r>
      <w:r w:rsidRPr="002B4164">
        <w:rPr>
          <w:rFonts w:ascii="Tahoma" w:hAnsi="Tahoma" w:cs="Tahoma"/>
          <w:rtl/>
        </w:rPr>
        <w:t xml:space="preserve"> صفو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ه،</w:t>
      </w:r>
      <w:r w:rsidRPr="002B4164">
        <w:rPr>
          <w:rFonts w:ascii="Tahoma" w:hAnsi="Tahoma" w:cs="Tahoma"/>
          <w:rtl/>
        </w:rPr>
        <w:t xml:space="preserve"> همان شور بدون سازمان کاف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بود.</w:t>
      </w:r>
    </w:p>
    <w:p w:rsidR="002B4164" w:rsidRPr="002B4164" w:rsidRDefault="002B4164" w:rsidP="002B416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B4164">
        <w:rPr>
          <w:rFonts w:ascii="Tahoma" w:hAnsi="Tahoma" w:cs="Tahoma" w:hint="eastAsia"/>
          <w:rtl/>
        </w:rPr>
        <w:t>پس</w:t>
      </w:r>
      <w:r w:rsidRPr="002B4164">
        <w:rPr>
          <w:rFonts w:ascii="Tahoma" w:hAnsi="Tahoma" w:cs="Tahoma"/>
          <w:rtl/>
        </w:rPr>
        <w:t xml:space="preserve"> از گلون‌آباد، محمود 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روها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خود را در پ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رامون</w:t>
      </w:r>
      <w:r w:rsidRPr="002B4164">
        <w:rPr>
          <w:rFonts w:ascii="Tahoma" w:hAnsi="Tahoma" w:cs="Tahoma"/>
          <w:rtl/>
        </w:rPr>
        <w:t xml:space="preserve"> پا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تخت</w:t>
      </w:r>
      <w:r w:rsidRPr="002B4164">
        <w:rPr>
          <w:rFonts w:ascii="Tahoma" w:hAnsi="Tahoma" w:cs="Tahoma"/>
          <w:rtl/>
        </w:rPr>
        <w:t xml:space="preserve"> مستقر کرد. کاخ و باغ فرح‌آباد که ب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رون</w:t>
      </w:r>
      <w:r w:rsidRPr="002B4164">
        <w:rPr>
          <w:rFonts w:ascii="Tahoma" w:hAnsi="Tahoma" w:cs="Tahoma"/>
          <w:rtl/>
        </w:rPr>
        <w:t xml:space="preserve"> از بخش اصل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شهر قرار داشت به دست افغان‌ها افتاد. مکان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که برا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آسا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ش</w:t>
      </w:r>
      <w:r w:rsidRPr="002B4164">
        <w:rPr>
          <w:rFonts w:ascii="Tahoma" w:hAnsi="Tahoma" w:cs="Tahoma"/>
          <w:rtl/>
        </w:rPr>
        <w:t xml:space="preserve"> و نما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ش</w:t>
      </w:r>
      <w:r w:rsidRPr="002B4164">
        <w:rPr>
          <w:rFonts w:ascii="Tahoma" w:hAnsi="Tahoma" w:cs="Tahoma"/>
          <w:rtl/>
        </w:rPr>
        <w:t xml:space="preserve"> شکوه دربار ساخته شده بود به پا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گاه</w:t>
      </w:r>
      <w:r w:rsidRPr="002B4164">
        <w:rPr>
          <w:rFonts w:ascii="Tahoma" w:hAnsi="Tahoma" w:cs="Tahoma"/>
          <w:rtl/>
        </w:rPr>
        <w:t xml:space="preserve"> دشمن تبد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ل</w:t>
      </w:r>
      <w:r w:rsidRPr="002B4164">
        <w:rPr>
          <w:rFonts w:ascii="Tahoma" w:hAnsi="Tahoma" w:cs="Tahoma"/>
          <w:rtl/>
        </w:rPr>
        <w:t xml:space="preserve"> شد.</w:t>
      </w:r>
    </w:p>
    <w:p w:rsidR="002B4164" w:rsidRPr="002B4164" w:rsidRDefault="002B4164" w:rsidP="002B416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B4164">
        <w:rPr>
          <w:rFonts w:ascii="Tahoma" w:hAnsi="Tahoma" w:cs="Tahoma" w:hint="eastAsia"/>
          <w:rtl/>
        </w:rPr>
        <w:t>جلفا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نو 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ز</w:t>
      </w:r>
      <w:r w:rsidRPr="002B4164">
        <w:rPr>
          <w:rFonts w:ascii="Tahoma" w:hAnsi="Tahoma" w:cs="Tahoma"/>
          <w:rtl/>
        </w:rPr>
        <w:t xml:space="preserve"> در معرض حمله و فشار قرار گرفت. جامعهٔ ارمن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که شاه عباس به اجبار به اصفهان آورده و سپس از توان بازرگان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اش</w:t>
      </w:r>
      <w:r w:rsidRPr="002B4164">
        <w:rPr>
          <w:rFonts w:ascii="Tahoma" w:hAnsi="Tahoma" w:cs="Tahoma"/>
          <w:rtl/>
        </w:rPr>
        <w:t xml:space="preserve"> استفاده کرده بود، اکنون با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د</w:t>
      </w:r>
      <w:r w:rsidRPr="002B4164">
        <w:rPr>
          <w:rFonts w:ascii="Tahoma" w:hAnsi="Tahoma" w:cs="Tahoma"/>
          <w:rtl/>
        </w:rPr>
        <w:t xml:space="preserve"> در برابر 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رو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مهاجم از خود دفاع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کرد</w:t>
      </w:r>
      <w:r w:rsidRPr="002B4164">
        <w:rPr>
          <w:rFonts w:ascii="Tahoma" w:hAnsi="Tahoma" w:cs="Tahoma"/>
          <w:rtl/>
        </w:rPr>
        <w:t xml:space="preserve"> و در همان حال از تصم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م‌ها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دربار تبع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ت</w:t>
      </w:r>
      <w:r w:rsidRPr="002B4164">
        <w:rPr>
          <w:rFonts w:ascii="Tahoma" w:hAnsi="Tahoma" w:cs="Tahoma"/>
          <w:rtl/>
        </w:rPr>
        <w:t xml:space="preserve">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نمود</w:t>
      </w:r>
      <w:r w:rsidRPr="002B4164">
        <w:rPr>
          <w:rFonts w:ascii="Tahoma" w:hAnsi="Tahoma" w:cs="Tahoma"/>
          <w:rtl/>
        </w:rPr>
        <w:t>. ثروت 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ن</w:t>
      </w:r>
      <w:r w:rsidRPr="002B4164">
        <w:rPr>
          <w:rFonts w:ascii="Tahoma" w:hAnsi="Tahoma" w:cs="Tahoma"/>
          <w:rtl/>
        </w:rPr>
        <w:t xml:space="preserve"> محله هم بر</w:t>
      </w:r>
      <w:r w:rsidRPr="002B4164">
        <w:rPr>
          <w:rFonts w:ascii="Tahoma" w:hAnsi="Tahoma" w:cs="Tahoma" w:hint="eastAsia"/>
          <w:rtl/>
        </w:rPr>
        <w:t>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مهاجمان و هم برا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حکومت گرفتار کمبود جذاب بود.</w:t>
      </w:r>
    </w:p>
    <w:p w:rsidR="002B4164" w:rsidRPr="002B4164" w:rsidRDefault="002B4164" w:rsidP="002B416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B4164">
        <w:rPr>
          <w:rFonts w:ascii="Tahoma" w:hAnsi="Tahoma" w:cs="Tahoma" w:hint="eastAsia"/>
          <w:rtl/>
        </w:rPr>
        <w:t>افغان‌ها</w:t>
      </w:r>
      <w:r w:rsidRPr="002B4164">
        <w:rPr>
          <w:rFonts w:ascii="Tahoma" w:hAnsi="Tahoma" w:cs="Tahoma"/>
          <w:rtl/>
        </w:rPr>
        <w:t xml:space="preserve"> به‌تدر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ج</w:t>
      </w:r>
      <w:r w:rsidRPr="002B4164">
        <w:rPr>
          <w:rFonts w:ascii="Tahoma" w:hAnsi="Tahoma" w:cs="Tahoma"/>
          <w:rtl/>
        </w:rPr>
        <w:t xml:space="preserve"> راه‌ها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ورود غذا و کمک را بستند. اصفهان به سبب جمع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ت</w:t>
      </w:r>
      <w:r w:rsidRPr="002B4164">
        <w:rPr>
          <w:rFonts w:ascii="Tahoma" w:hAnsi="Tahoma" w:cs="Tahoma"/>
          <w:rtl/>
        </w:rPr>
        <w:t xml:space="preserve"> فراوان، دربار بزرگ و حضور 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روها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نظام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به آذوقهٔ مداوم 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از</w:t>
      </w:r>
      <w:r w:rsidRPr="002B4164">
        <w:rPr>
          <w:rFonts w:ascii="Tahoma" w:hAnsi="Tahoma" w:cs="Tahoma"/>
          <w:rtl/>
        </w:rPr>
        <w:t xml:space="preserve"> داشت. پا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تخت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که برا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زندگ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در دورهٔ صلح و رس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دن</w:t>
      </w:r>
      <w:r w:rsidRPr="002B4164">
        <w:rPr>
          <w:rFonts w:ascii="Tahoma" w:hAnsi="Tahoma" w:cs="Tahoma"/>
          <w:rtl/>
        </w:rPr>
        <w:t xml:space="preserve"> کاروان‌ها ساخته شده بود، برا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محاصره‌ا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طولان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آمادگ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کاف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نداشت.</w:t>
      </w:r>
    </w:p>
    <w:p w:rsidR="002B4164" w:rsidRPr="002B4164" w:rsidRDefault="002B4164" w:rsidP="002B416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B4164">
        <w:rPr>
          <w:rFonts w:ascii="Tahoma" w:hAnsi="Tahoma" w:cs="Tahoma" w:hint="eastAsia"/>
          <w:rtl/>
        </w:rPr>
        <w:t>حکومت</w:t>
      </w:r>
      <w:r w:rsidRPr="002B4164">
        <w:rPr>
          <w:rFonts w:ascii="Tahoma" w:hAnsi="Tahoma" w:cs="Tahoma"/>
          <w:rtl/>
        </w:rPr>
        <w:t xml:space="preserve"> پ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ش</w:t>
      </w:r>
      <w:r w:rsidRPr="002B4164">
        <w:rPr>
          <w:rFonts w:ascii="Tahoma" w:hAnsi="Tahoma" w:cs="Tahoma"/>
          <w:rtl/>
        </w:rPr>
        <w:t xml:space="preserve"> از رس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دن</w:t>
      </w:r>
      <w:r w:rsidRPr="002B4164">
        <w:rPr>
          <w:rFonts w:ascii="Tahoma" w:hAnsi="Tahoma" w:cs="Tahoma"/>
          <w:rtl/>
        </w:rPr>
        <w:t xml:space="preserve"> دشمن انبارها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لازم را فراهم نکرده بود. دربار خطر را تا زمان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که بس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ار</w:t>
      </w:r>
      <w:r w:rsidRPr="002B4164">
        <w:rPr>
          <w:rFonts w:ascii="Tahoma" w:hAnsi="Tahoma" w:cs="Tahoma"/>
          <w:rtl/>
        </w:rPr>
        <w:t xml:space="preserve"> نزد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ک</w:t>
      </w:r>
      <w:r w:rsidRPr="002B4164">
        <w:rPr>
          <w:rFonts w:ascii="Tahoma" w:hAnsi="Tahoma" w:cs="Tahoma"/>
          <w:rtl/>
        </w:rPr>
        <w:t xml:space="preserve"> شد جد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نگرفت و پس از آغاز محاصره 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ز</w:t>
      </w:r>
      <w:r w:rsidRPr="002B4164">
        <w:rPr>
          <w:rFonts w:ascii="Tahoma" w:hAnsi="Tahoma" w:cs="Tahoma"/>
          <w:rtl/>
        </w:rPr>
        <w:t xml:space="preserve"> نتوانست راه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پا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دار</w:t>
      </w:r>
      <w:r w:rsidRPr="002B4164">
        <w:rPr>
          <w:rFonts w:ascii="Tahoma" w:hAnsi="Tahoma" w:cs="Tahoma"/>
          <w:rtl/>
        </w:rPr>
        <w:t xml:space="preserve"> برا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رساندن آذوقه باز کند. هر روز تأخ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</w:t>
      </w:r>
      <w:r w:rsidRPr="002B4164">
        <w:rPr>
          <w:rFonts w:ascii="Tahoma" w:hAnsi="Tahoma" w:cs="Tahoma"/>
          <w:rtl/>
        </w:rPr>
        <w:t xml:space="preserve"> ذخا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</w:t>
      </w:r>
      <w:r w:rsidRPr="002B4164">
        <w:rPr>
          <w:rFonts w:ascii="Tahoma" w:hAnsi="Tahoma" w:cs="Tahoma"/>
          <w:rtl/>
        </w:rPr>
        <w:t xml:space="preserve"> شهر را کاهش و قدرت محمود را افزا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ش</w:t>
      </w:r>
      <w:r w:rsidRPr="002B4164">
        <w:rPr>
          <w:rFonts w:ascii="Tahoma" w:hAnsi="Tahoma" w:cs="Tahoma"/>
          <w:rtl/>
        </w:rPr>
        <w:t xml:space="preserve">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داد</w:t>
      </w:r>
      <w:r w:rsidRPr="002B4164">
        <w:rPr>
          <w:rFonts w:ascii="Tahoma" w:hAnsi="Tahoma" w:cs="Tahoma"/>
          <w:rtl/>
        </w:rPr>
        <w:t>.</w:t>
      </w:r>
    </w:p>
    <w:p w:rsidR="002B4164" w:rsidRPr="002B4164" w:rsidRDefault="002B4164" w:rsidP="002B416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B4164">
        <w:rPr>
          <w:rFonts w:ascii="Tahoma" w:hAnsi="Tahoma" w:cs="Tahoma" w:hint="eastAsia"/>
          <w:rtl/>
        </w:rPr>
        <w:t>از</w:t>
      </w:r>
      <w:r w:rsidRPr="002B4164">
        <w:rPr>
          <w:rFonts w:ascii="Tahoma" w:hAnsi="Tahoma" w:cs="Tahoma"/>
          <w:rtl/>
        </w:rPr>
        <w:t xml:space="preserve"> 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الات</w:t>
      </w:r>
      <w:r w:rsidRPr="002B4164">
        <w:rPr>
          <w:rFonts w:ascii="Tahoma" w:hAnsi="Tahoma" w:cs="Tahoma"/>
          <w:rtl/>
        </w:rPr>
        <w:t xml:space="preserve"> درخواست کمک شد، اما حکومت مرکز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گر</w:t>
      </w:r>
      <w:r w:rsidRPr="002B4164">
        <w:rPr>
          <w:rFonts w:ascii="Tahoma" w:hAnsi="Tahoma" w:cs="Tahoma"/>
          <w:rtl/>
        </w:rPr>
        <w:t xml:space="preserve"> نم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توانست</w:t>
      </w:r>
      <w:r w:rsidRPr="002B4164">
        <w:rPr>
          <w:rFonts w:ascii="Tahoma" w:hAnsi="Tahoma" w:cs="Tahoma"/>
          <w:rtl/>
        </w:rPr>
        <w:t xml:space="preserve"> فرمان خود را به 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رو</w:t>
      </w:r>
      <w:r w:rsidRPr="002B4164">
        <w:rPr>
          <w:rFonts w:ascii="Tahoma" w:hAnsi="Tahoma" w:cs="Tahoma" w:hint="cs"/>
          <w:rtl/>
        </w:rPr>
        <w:t>یی</w:t>
      </w:r>
      <w:r w:rsidRPr="002B4164">
        <w:rPr>
          <w:rFonts w:ascii="Tahoma" w:hAnsi="Tahoma" w:cs="Tahoma"/>
          <w:rtl/>
        </w:rPr>
        <w:t xml:space="preserve"> سر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ع</w:t>
      </w:r>
      <w:r w:rsidRPr="002B4164">
        <w:rPr>
          <w:rFonts w:ascii="Tahoma" w:hAnsi="Tahoma" w:cs="Tahoma"/>
          <w:rtl/>
        </w:rPr>
        <w:t xml:space="preserve"> تبد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ل</w:t>
      </w:r>
      <w:r w:rsidRPr="002B4164">
        <w:rPr>
          <w:rFonts w:ascii="Tahoma" w:hAnsi="Tahoma" w:cs="Tahoma"/>
          <w:rtl/>
        </w:rPr>
        <w:t xml:space="preserve"> کند. حاکمان محل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دربارهٔ توان پا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تخت</w:t>
      </w:r>
      <w:r w:rsidRPr="002B4164">
        <w:rPr>
          <w:rFonts w:ascii="Tahoma" w:hAnsi="Tahoma" w:cs="Tahoma"/>
          <w:rtl/>
        </w:rPr>
        <w:t xml:space="preserve"> ترد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د</w:t>
      </w:r>
      <w:r w:rsidRPr="002B4164">
        <w:rPr>
          <w:rFonts w:ascii="Tahoma" w:hAnsi="Tahoma" w:cs="Tahoma"/>
          <w:rtl/>
        </w:rPr>
        <w:t xml:space="preserve"> داشتند و هر 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ک</w:t>
      </w:r>
      <w:r w:rsidRPr="002B4164">
        <w:rPr>
          <w:rFonts w:ascii="Tahoma" w:hAnsi="Tahoma" w:cs="Tahoma"/>
          <w:rtl/>
        </w:rPr>
        <w:t xml:space="preserve"> با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د</w:t>
      </w:r>
      <w:r w:rsidRPr="002B4164">
        <w:rPr>
          <w:rFonts w:ascii="Tahoma" w:hAnsi="Tahoma" w:cs="Tahoma"/>
          <w:rtl/>
        </w:rPr>
        <w:t xml:space="preserve"> امن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ت</w:t>
      </w:r>
      <w:r w:rsidRPr="002B4164">
        <w:rPr>
          <w:rFonts w:ascii="Tahoma" w:hAnsi="Tahoma" w:cs="Tahoma"/>
          <w:rtl/>
        </w:rPr>
        <w:t xml:space="preserve"> منطقه و منافع خود را 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ز</w:t>
      </w:r>
      <w:r w:rsidRPr="002B4164">
        <w:rPr>
          <w:rFonts w:ascii="Tahoma" w:hAnsi="Tahoma" w:cs="Tahoma"/>
          <w:rtl/>
        </w:rPr>
        <w:t xml:space="preserve"> در نظر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گرفت</w:t>
      </w:r>
      <w:r w:rsidRPr="002B4164">
        <w:rPr>
          <w:rFonts w:ascii="Tahoma" w:hAnsi="Tahoma" w:cs="Tahoma"/>
          <w:rtl/>
        </w:rPr>
        <w:t>. برخ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ممکن بود 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رو</w:t>
      </w:r>
      <w:r w:rsidRPr="002B4164">
        <w:rPr>
          <w:rFonts w:ascii="Tahoma" w:hAnsi="Tahoma" w:cs="Tahoma"/>
          <w:rtl/>
        </w:rPr>
        <w:t xml:space="preserve"> فرستاده باشند، اما 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ن</w:t>
      </w:r>
      <w:r w:rsidRPr="002B4164">
        <w:rPr>
          <w:rFonts w:ascii="Tahoma" w:hAnsi="Tahoma" w:cs="Tahoma"/>
          <w:rtl/>
        </w:rPr>
        <w:t xml:space="preserve"> 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روها</w:t>
      </w:r>
      <w:r w:rsidRPr="002B4164">
        <w:rPr>
          <w:rFonts w:ascii="Tahoma" w:hAnsi="Tahoma" w:cs="Tahoma"/>
          <w:rtl/>
        </w:rPr>
        <w:t xml:space="preserve"> پراکن</w:t>
      </w:r>
      <w:r w:rsidRPr="002B4164">
        <w:rPr>
          <w:rFonts w:ascii="Tahoma" w:hAnsi="Tahoma" w:cs="Tahoma" w:hint="eastAsia"/>
          <w:rtl/>
        </w:rPr>
        <w:t>ده</w:t>
      </w:r>
      <w:r w:rsidRPr="002B4164">
        <w:rPr>
          <w:rFonts w:ascii="Tahoma" w:hAnsi="Tahoma" w:cs="Tahoma"/>
          <w:rtl/>
        </w:rPr>
        <w:t xml:space="preserve"> و فاقد هماهنگ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لازم بودند.</w:t>
      </w:r>
    </w:p>
    <w:p w:rsidR="002B4164" w:rsidRPr="002B4164" w:rsidRDefault="002B4164" w:rsidP="002B416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B4164">
        <w:rPr>
          <w:rFonts w:ascii="Tahoma" w:hAnsi="Tahoma" w:cs="Tahoma" w:hint="eastAsia"/>
          <w:rtl/>
        </w:rPr>
        <w:t>شاهزاده</w:t>
      </w:r>
      <w:r w:rsidRPr="002B4164">
        <w:rPr>
          <w:rFonts w:ascii="Tahoma" w:hAnsi="Tahoma" w:cs="Tahoma"/>
          <w:rtl/>
        </w:rPr>
        <w:t xml:space="preserve"> تهماسب م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رزا،</w:t>
      </w:r>
      <w:r w:rsidRPr="002B4164">
        <w:rPr>
          <w:rFonts w:ascii="Tahoma" w:hAnsi="Tahoma" w:cs="Tahoma"/>
          <w:rtl/>
        </w:rPr>
        <w:t xml:space="preserve"> پسر شاه سلطان حس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ن،</w:t>
      </w:r>
      <w:r w:rsidRPr="002B4164">
        <w:rPr>
          <w:rFonts w:ascii="Tahoma" w:hAnsi="Tahoma" w:cs="Tahoma"/>
          <w:rtl/>
        </w:rPr>
        <w:t xml:space="preserve"> توانست از اصفهان ب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رون</w:t>
      </w:r>
      <w:r w:rsidRPr="002B4164">
        <w:rPr>
          <w:rFonts w:ascii="Tahoma" w:hAnsi="Tahoma" w:cs="Tahoma"/>
          <w:rtl/>
        </w:rPr>
        <w:t xml:space="preserve"> رود تا در ب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رون</w:t>
      </w:r>
      <w:r w:rsidRPr="002B4164">
        <w:rPr>
          <w:rFonts w:ascii="Tahoma" w:hAnsi="Tahoma" w:cs="Tahoma"/>
          <w:rtl/>
        </w:rPr>
        <w:t xml:space="preserve"> از شهر قشون و کمک فراهم کند. خروج او آخر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ن</w:t>
      </w:r>
      <w:r w:rsidRPr="002B4164">
        <w:rPr>
          <w:rFonts w:ascii="Tahoma" w:hAnsi="Tahoma" w:cs="Tahoma"/>
          <w:rtl/>
        </w:rPr>
        <w:t xml:space="preserve"> ام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د</w:t>
      </w:r>
      <w:r w:rsidRPr="002B4164">
        <w:rPr>
          <w:rFonts w:ascii="Tahoma" w:hAnsi="Tahoma" w:cs="Tahoma"/>
          <w:rtl/>
        </w:rPr>
        <w:t xml:space="preserve"> برا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جاد</w:t>
      </w:r>
      <w:r w:rsidRPr="002B4164">
        <w:rPr>
          <w:rFonts w:ascii="Tahoma" w:hAnsi="Tahoma" w:cs="Tahoma"/>
          <w:rtl/>
        </w:rPr>
        <w:t xml:space="preserve"> مرکز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گر</w:t>
      </w:r>
      <w:r w:rsidRPr="002B4164">
        <w:rPr>
          <w:rFonts w:ascii="Tahoma" w:hAnsi="Tahoma" w:cs="Tahoma"/>
          <w:rtl/>
        </w:rPr>
        <w:t xml:space="preserve"> در برابر محمود بود. اما شاهزاده 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ز</w:t>
      </w:r>
      <w:r w:rsidRPr="002B4164">
        <w:rPr>
          <w:rFonts w:ascii="Tahoma" w:hAnsi="Tahoma" w:cs="Tahoma"/>
          <w:rtl/>
        </w:rPr>
        <w:t xml:space="preserve"> تجربه، منابع و شبکه‌ا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آماده در اخت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ار</w:t>
      </w:r>
      <w:r w:rsidRPr="002B4164">
        <w:rPr>
          <w:rFonts w:ascii="Tahoma" w:hAnsi="Tahoma" w:cs="Tahoma"/>
          <w:rtl/>
        </w:rPr>
        <w:t xml:space="preserve"> نداشت و با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د</w:t>
      </w:r>
      <w:r w:rsidRPr="002B4164">
        <w:rPr>
          <w:rFonts w:ascii="Tahoma" w:hAnsi="Tahoma" w:cs="Tahoma"/>
          <w:rtl/>
        </w:rPr>
        <w:t xml:space="preserve"> در زمان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کوتاه اع</w:t>
      </w:r>
      <w:r w:rsidRPr="002B4164">
        <w:rPr>
          <w:rFonts w:ascii="Tahoma" w:hAnsi="Tahoma" w:cs="Tahoma" w:hint="eastAsia"/>
          <w:rtl/>
        </w:rPr>
        <w:t>تماد</w:t>
      </w:r>
      <w:r w:rsidRPr="002B4164">
        <w:rPr>
          <w:rFonts w:ascii="Tahoma" w:hAnsi="Tahoma" w:cs="Tahoma"/>
          <w:rtl/>
        </w:rPr>
        <w:t xml:space="preserve"> حاکمان و فرماندهان را جلب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کرد</w:t>
      </w:r>
      <w:r w:rsidRPr="002B4164">
        <w:rPr>
          <w:rFonts w:ascii="Tahoma" w:hAnsi="Tahoma" w:cs="Tahoma"/>
          <w:rtl/>
        </w:rPr>
        <w:t>.</w:t>
      </w:r>
    </w:p>
    <w:p w:rsidR="002B4164" w:rsidRPr="002B4164" w:rsidRDefault="002B4164" w:rsidP="002B416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B4164">
        <w:rPr>
          <w:rFonts w:ascii="Tahoma" w:hAnsi="Tahoma" w:cs="Tahoma" w:hint="eastAsia"/>
          <w:rtl/>
        </w:rPr>
        <w:t>خروج</w:t>
      </w:r>
      <w:r w:rsidRPr="002B4164">
        <w:rPr>
          <w:rFonts w:ascii="Tahoma" w:hAnsi="Tahoma" w:cs="Tahoma"/>
          <w:rtl/>
        </w:rPr>
        <w:t xml:space="preserve"> تهماسب 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ک</w:t>
      </w:r>
      <w:r w:rsidRPr="002B4164">
        <w:rPr>
          <w:rFonts w:ascii="Tahoma" w:hAnsi="Tahoma" w:cs="Tahoma"/>
          <w:rtl/>
        </w:rPr>
        <w:t xml:space="preserve"> تناقض 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گر</w:t>
      </w:r>
      <w:r w:rsidRPr="002B4164">
        <w:rPr>
          <w:rFonts w:ascii="Tahoma" w:hAnsi="Tahoma" w:cs="Tahoma"/>
          <w:rtl/>
        </w:rPr>
        <w:t xml:space="preserve"> را آشکار ساخت. حکومت برا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دهه‌ها شاهزادگان را در حرم نگه داشته بود تا نتوانند پا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گاه</w:t>
      </w:r>
      <w:r w:rsidRPr="002B4164">
        <w:rPr>
          <w:rFonts w:ascii="Tahoma" w:hAnsi="Tahoma" w:cs="Tahoma"/>
          <w:rtl/>
        </w:rPr>
        <w:t xml:space="preserve"> مستقل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بسازند. اکنون که تاج به شاهزاده‌ا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از</w:t>
      </w:r>
      <w:r w:rsidRPr="002B4164">
        <w:rPr>
          <w:rFonts w:ascii="Tahoma" w:hAnsi="Tahoma" w:cs="Tahoma"/>
          <w:rtl/>
        </w:rPr>
        <w:t xml:space="preserve"> داشت تا در 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الات</w:t>
      </w:r>
      <w:r w:rsidRPr="002B4164">
        <w:rPr>
          <w:rFonts w:ascii="Tahoma" w:hAnsi="Tahoma" w:cs="Tahoma"/>
          <w:rtl/>
        </w:rPr>
        <w:t xml:space="preserve"> 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رو</w:t>
      </w:r>
      <w:r w:rsidRPr="002B4164">
        <w:rPr>
          <w:rFonts w:ascii="Tahoma" w:hAnsi="Tahoma" w:cs="Tahoma"/>
          <w:rtl/>
        </w:rPr>
        <w:t xml:space="preserve"> گرد آورد، او همان تجربه و ارتباطات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را نداشت که پ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ش‌تر</w:t>
      </w:r>
      <w:r w:rsidRPr="002B4164">
        <w:rPr>
          <w:rFonts w:ascii="Tahoma" w:hAnsi="Tahoma" w:cs="Tahoma"/>
          <w:rtl/>
        </w:rPr>
        <w:t xml:space="preserve"> از و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در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غ</w:t>
      </w:r>
      <w:r w:rsidRPr="002B4164">
        <w:rPr>
          <w:rFonts w:ascii="Tahoma" w:hAnsi="Tahoma" w:cs="Tahoma"/>
          <w:rtl/>
        </w:rPr>
        <w:t xml:space="preserve"> شده بود.</w:t>
      </w:r>
    </w:p>
    <w:p w:rsidR="002B4164" w:rsidRPr="002B4164" w:rsidRDefault="002B4164" w:rsidP="002B416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B4164">
        <w:rPr>
          <w:rFonts w:ascii="Tahoma" w:hAnsi="Tahoma" w:cs="Tahoma" w:hint="eastAsia"/>
          <w:rtl/>
        </w:rPr>
        <w:t>محمود</w:t>
      </w:r>
      <w:r w:rsidRPr="002B4164">
        <w:rPr>
          <w:rFonts w:ascii="Tahoma" w:hAnsi="Tahoma" w:cs="Tahoma"/>
          <w:rtl/>
        </w:rPr>
        <w:t xml:space="preserve"> 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ز</w:t>
      </w:r>
      <w:r w:rsidRPr="002B4164">
        <w:rPr>
          <w:rFonts w:ascii="Tahoma" w:hAnsi="Tahoma" w:cs="Tahoma"/>
          <w:rtl/>
        </w:rPr>
        <w:t xml:space="preserve"> همهٔ 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ران</w:t>
      </w:r>
      <w:r w:rsidRPr="002B4164">
        <w:rPr>
          <w:rFonts w:ascii="Tahoma" w:hAnsi="Tahoma" w:cs="Tahoma"/>
          <w:rtl/>
        </w:rPr>
        <w:t xml:space="preserve"> را در اخت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ار</w:t>
      </w:r>
      <w:r w:rsidRPr="002B4164">
        <w:rPr>
          <w:rFonts w:ascii="Tahoma" w:hAnsi="Tahoma" w:cs="Tahoma"/>
          <w:rtl/>
        </w:rPr>
        <w:t xml:space="preserve"> نداشت. 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رو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او در پ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رامون</w:t>
      </w:r>
      <w:r w:rsidRPr="002B4164">
        <w:rPr>
          <w:rFonts w:ascii="Tahoma" w:hAnsi="Tahoma" w:cs="Tahoma"/>
          <w:rtl/>
        </w:rPr>
        <w:t xml:space="preserve"> اصفهان متمرکز بود و در مناطق مختلف هنوز حاکمان، قشون‌ها و خاندان‌ها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وفادار به صفو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ان</w:t>
      </w:r>
      <w:r w:rsidRPr="002B4164">
        <w:rPr>
          <w:rFonts w:ascii="Tahoma" w:hAnsi="Tahoma" w:cs="Tahoma"/>
          <w:rtl/>
        </w:rPr>
        <w:t xml:space="preserve"> حضور داشتند. اگر 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ن</w:t>
      </w:r>
      <w:r w:rsidRPr="002B4164">
        <w:rPr>
          <w:rFonts w:ascii="Tahoma" w:hAnsi="Tahoma" w:cs="Tahoma"/>
          <w:rtl/>
        </w:rPr>
        <w:t xml:space="preserve"> 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روها</w:t>
      </w:r>
      <w:r w:rsidRPr="002B4164">
        <w:rPr>
          <w:rFonts w:ascii="Tahoma" w:hAnsi="Tahoma" w:cs="Tahoma"/>
          <w:rtl/>
        </w:rPr>
        <w:t xml:space="preserve"> ز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</w:t>
      </w:r>
      <w:r w:rsidRPr="002B4164">
        <w:rPr>
          <w:rFonts w:ascii="Tahoma" w:hAnsi="Tahoma" w:cs="Tahoma"/>
          <w:rtl/>
        </w:rPr>
        <w:t xml:space="preserve"> فرمان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واحد گرد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آمدند</w:t>
      </w:r>
      <w:r w:rsidRPr="002B4164">
        <w:rPr>
          <w:rFonts w:ascii="Tahoma" w:hAnsi="Tahoma" w:cs="Tahoma"/>
          <w:rtl/>
        </w:rPr>
        <w:t xml:space="preserve"> و راه تدارکات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افغان‌ها را قطع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کردند،</w:t>
      </w:r>
      <w:r w:rsidRPr="002B4164">
        <w:rPr>
          <w:rFonts w:ascii="Tahoma" w:hAnsi="Tahoma" w:cs="Tahoma"/>
          <w:rtl/>
        </w:rPr>
        <w:t xml:space="preserve"> محاصره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توانست</w:t>
      </w:r>
      <w:r w:rsidRPr="002B4164">
        <w:rPr>
          <w:rFonts w:ascii="Tahoma" w:hAnsi="Tahoma" w:cs="Tahoma"/>
          <w:rtl/>
        </w:rPr>
        <w:t xml:space="preserve"> شکسته شود.</w:t>
      </w:r>
    </w:p>
    <w:p w:rsidR="002B4164" w:rsidRPr="002B4164" w:rsidRDefault="002B4164" w:rsidP="002B416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B4164">
        <w:rPr>
          <w:rFonts w:ascii="Tahoma" w:hAnsi="Tahoma" w:cs="Tahoma" w:hint="eastAsia"/>
          <w:rtl/>
        </w:rPr>
        <w:t>اما</w:t>
      </w:r>
      <w:r w:rsidRPr="002B4164">
        <w:rPr>
          <w:rFonts w:ascii="Tahoma" w:hAnsi="Tahoma" w:cs="Tahoma"/>
          <w:rtl/>
        </w:rPr>
        <w:t xml:space="preserve"> حکومت صفو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از همان 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ز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محروم بود که ب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ش</w:t>
      </w:r>
      <w:r w:rsidRPr="002B4164">
        <w:rPr>
          <w:rFonts w:ascii="Tahoma" w:hAnsi="Tahoma" w:cs="Tahoma"/>
          <w:rtl/>
        </w:rPr>
        <w:t xml:space="preserve"> از همه بدان 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از</w:t>
      </w:r>
      <w:r w:rsidRPr="002B4164">
        <w:rPr>
          <w:rFonts w:ascii="Tahoma" w:hAnsi="Tahoma" w:cs="Tahoma"/>
          <w:rtl/>
        </w:rPr>
        <w:t xml:space="preserve"> داشت: توان هماهنگ‌کردن 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روها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پراکنده. 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وان</w:t>
      </w:r>
      <w:r w:rsidRPr="002B4164">
        <w:rPr>
          <w:rFonts w:ascii="Tahoma" w:hAnsi="Tahoma" w:cs="Tahoma"/>
          <w:rtl/>
        </w:rPr>
        <w:t xml:space="preserve">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توانست</w:t>
      </w:r>
      <w:r w:rsidRPr="002B4164">
        <w:rPr>
          <w:rFonts w:ascii="Tahoma" w:hAnsi="Tahoma" w:cs="Tahoma"/>
          <w:rtl/>
        </w:rPr>
        <w:t xml:space="preserve"> نامه بنو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سد،</w:t>
      </w:r>
      <w:r w:rsidRPr="002B4164">
        <w:rPr>
          <w:rFonts w:ascii="Tahoma" w:hAnsi="Tahoma" w:cs="Tahoma"/>
          <w:rtl/>
        </w:rPr>
        <w:t xml:space="preserve"> شاه فرمان صادر کند و 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نکاران</w:t>
      </w:r>
      <w:r w:rsidRPr="002B4164">
        <w:rPr>
          <w:rFonts w:ascii="Tahoma" w:hAnsi="Tahoma" w:cs="Tahoma"/>
          <w:rtl/>
        </w:rPr>
        <w:t xml:space="preserve"> فتوا دهند، ول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ه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چ‌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ک</w:t>
      </w:r>
      <w:r w:rsidRPr="002B4164">
        <w:rPr>
          <w:rFonts w:ascii="Tahoma" w:hAnsi="Tahoma" w:cs="Tahoma"/>
          <w:rtl/>
        </w:rPr>
        <w:t xml:space="preserve"> نم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توانستند</w:t>
      </w:r>
      <w:r w:rsidRPr="002B4164">
        <w:rPr>
          <w:rFonts w:ascii="Tahoma" w:hAnsi="Tahoma" w:cs="Tahoma"/>
          <w:rtl/>
        </w:rPr>
        <w:t xml:space="preserve"> تضم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ن</w:t>
      </w:r>
      <w:r w:rsidRPr="002B4164">
        <w:rPr>
          <w:rFonts w:ascii="Tahoma" w:hAnsi="Tahoma" w:cs="Tahoma"/>
          <w:rtl/>
        </w:rPr>
        <w:t xml:space="preserve"> کنند که حاکم و فرمانده در زمان و مکان لازم حاضر شوند.</w:t>
      </w:r>
    </w:p>
    <w:p w:rsidR="002B4164" w:rsidRPr="002B4164" w:rsidRDefault="002B4164" w:rsidP="002B416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B4164">
        <w:rPr>
          <w:rFonts w:ascii="Tahoma" w:hAnsi="Tahoma" w:cs="Tahoma" w:hint="eastAsia"/>
          <w:rtl/>
        </w:rPr>
        <w:t>محاصره</w:t>
      </w:r>
      <w:r w:rsidRPr="002B4164">
        <w:rPr>
          <w:rFonts w:ascii="Tahoma" w:hAnsi="Tahoma" w:cs="Tahoma"/>
          <w:rtl/>
        </w:rPr>
        <w:t xml:space="preserve"> طولان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شد و شهر آرام‌آرام همهٔ اندوختهٔ خود را مصرف کرد. در آغاز، دربار و ثروتمندان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توانستند</w:t>
      </w:r>
      <w:r w:rsidRPr="002B4164">
        <w:rPr>
          <w:rFonts w:ascii="Tahoma" w:hAnsi="Tahoma" w:cs="Tahoma"/>
          <w:rtl/>
        </w:rPr>
        <w:t xml:space="preserve"> با ذخا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</w:t>
      </w:r>
      <w:r w:rsidRPr="002B4164">
        <w:rPr>
          <w:rFonts w:ascii="Tahoma" w:hAnsi="Tahoma" w:cs="Tahoma"/>
          <w:rtl/>
        </w:rPr>
        <w:t xml:space="preserve"> و پول خود غذا ته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ه</w:t>
      </w:r>
      <w:r w:rsidRPr="002B4164">
        <w:rPr>
          <w:rFonts w:ascii="Tahoma" w:hAnsi="Tahoma" w:cs="Tahoma"/>
          <w:rtl/>
        </w:rPr>
        <w:t xml:space="preserve"> کنند، اما هرچه راه‌ها بسته‌تر و کالا کم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اب‌تر</w:t>
      </w:r>
      <w:r w:rsidRPr="002B4164">
        <w:rPr>
          <w:rFonts w:ascii="Tahoma" w:hAnsi="Tahoma" w:cs="Tahoma"/>
          <w:rtl/>
        </w:rPr>
        <w:t xml:space="preserve"> شد، ق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مت‌ها</w:t>
      </w:r>
      <w:r w:rsidRPr="002B4164">
        <w:rPr>
          <w:rFonts w:ascii="Tahoma" w:hAnsi="Tahoma" w:cs="Tahoma"/>
          <w:rtl/>
        </w:rPr>
        <w:t xml:space="preserve"> بالا رفتند و گروه‌ها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فق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</w:t>
      </w:r>
      <w:r w:rsidRPr="002B4164">
        <w:rPr>
          <w:rFonts w:ascii="Tahoma" w:hAnsi="Tahoma" w:cs="Tahoma"/>
          <w:rtl/>
        </w:rPr>
        <w:t xml:space="preserve"> زودتر در معرض گرسنگ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قرار گرفتند.</w:t>
      </w:r>
    </w:p>
    <w:p w:rsidR="002B4164" w:rsidRPr="002B4164" w:rsidRDefault="002B4164" w:rsidP="002B416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B4164">
        <w:rPr>
          <w:rFonts w:ascii="Tahoma" w:hAnsi="Tahoma" w:cs="Tahoma" w:hint="eastAsia"/>
          <w:rtl/>
        </w:rPr>
        <w:t>نابرابر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درون شهر در آغاز محاصره 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ز</w:t>
      </w:r>
      <w:r w:rsidRPr="002B4164">
        <w:rPr>
          <w:rFonts w:ascii="Tahoma" w:hAnsi="Tahoma" w:cs="Tahoma"/>
          <w:rtl/>
        </w:rPr>
        <w:t xml:space="preserve"> ادامه داشت. کسان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که انبار، پول 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</w:t>
      </w:r>
      <w:r w:rsidRPr="002B4164">
        <w:rPr>
          <w:rFonts w:ascii="Tahoma" w:hAnsi="Tahoma" w:cs="Tahoma"/>
          <w:rtl/>
        </w:rPr>
        <w:t xml:space="preserve"> ارتباط با دربار داشتند 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رتر</w:t>
      </w:r>
      <w:r w:rsidRPr="002B4164">
        <w:rPr>
          <w:rFonts w:ascii="Tahoma" w:hAnsi="Tahoma" w:cs="Tahoma"/>
          <w:rtl/>
        </w:rPr>
        <w:t xml:space="preserve"> آس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ب</w:t>
      </w:r>
      <w:r w:rsidRPr="002B4164">
        <w:rPr>
          <w:rFonts w:ascii="Tahoma" w:hAnsi="Tahoma" w:cs="Tahoma"/>
          <w:rtl/>
        </w:rPr>
        <w:t xml:space="preserve"> 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دند</w:t>
      </w:r>
      <w:r w:rsidRPr="002B4164">
        <w:rPr>
          <w:rFonts w:ascii="Tahoma" w:hAnsi="Tahoma" w:cs="Tahoma"/>
          <w:rtl/>
        </w:rPr>
        <w:t>. مردم عاد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،</w:t>
      </w:r>
      <w:r w:rsidRPr="002B4164">
        <w:rPr>
          <w:rFonts w:ascii="Tahoma" w:hAnsi="Tahoma" w:cs="Tahoma"/>
          <w:rtl/>
        </w:rPr>
        <w:t xml:space="preserve"> خدمتگزاران، کارگران و مهاجران زودتر با کمبود روبه‌رو شدند. اما قحط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هنگام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که ادامه 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ابد</w:t>
      </w:r>
      <w:r w:rsidRPr="002B4164">
        <w:rPr>
          <w:rFonts w:ascii="Tahoma" w:hAnsi="Tahoma" w:cs="Tahoma"/>
          <w:rtl/>
        </w:rPr>
        <w:t xml:space="preserve"> سرانجام 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وار</w:t>
      </w:r>
      <w:r w:rsidRPr="002B4164">
        <w:rPr>
          <w:rFonts w:ascii="Tahoma" w:hAnsi="Tahoma" w:cs="Tahoma"/>
          <w:rtl/>
        </w:rPr>
        <w:t xml:space="preserve"> م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ان</w:t>
      </w:r>
      <w:r w:rsidRPr="002B4164">
        <w:rPr>
          <w:rFonts w:ascii="Tahoma" w:hAnsi="Tahoma" w:cs="Tahoma"/>
          <w:rtl/>
        </w:rPr>
        <w:t xml:space="preserve"> کاخ و کوچه را 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ز</w:t>
      </w:r>
      <w:r w:rsidRPr="002B4164">
        <w:rPr>
          <w:rFonts w:ascii="Tahoma" w:hAnsi="Tahoma" w:cs="Tahoma"/>
          <w:rtl/>
        </w:rPr>
        <w:t xml:space="preserve"> درم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نوردد</w:t>
      </w:r>
      <w:r w:rsidRPr="002B4164">
        <w:rPr>
          <w:rFonts w:ascii="Tahoma" w:hAnsi="Tahoma" w:cs="Tahoma"/>
          <w:rtl/>
        </w:rPr>
        <w:t>.</w:t>
      </w:r>
    </w:p>
    <w:p w:rsidR="002B4164" w:rsidRPr="002B4164" w:rsidRDefault="002B4164" w:rsidP="002B416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B4164">
        <w:rPr>
          <w:rFonts w:ascii="Tahoma" w:hAnsi="Tahoma" w:cs="Tahoma" w:hint="eastAsia"/>
          <w:rtl/>
        </w:rPr>
        <w:t>در</w:t>
      </w:r>
      <w:r w:rsidRPr="002B4164">
        <w:rPr>
          <w:rFonts w:ascii="Tahoma" w:hAnsi="Tahoma" w:cs="Tahoma"/>
          <w:rtl/>
        </w:rPr>
        <w:t xml:space="preserve"> 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ن</w:t>
      </w:r>
      <w:r w:rsidRPr="002B4164">
        <w:rPr>
          <w:rFonts w:ascii="Tahoma" w:hAnsi="Tahoma" w:cs="Tahoma"/>
          <w:rtl/>
        </w:rPr>
        <w:t xml:space="preserve"> مرحله، جنگ 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گر</w:t>
      </w:r>
      <w:r w:rsidRPr="002B4164">
        <w:rPr>
          <w:rFonts w:ascii="Tahoma" w:hAnsi="Tahoma" w:cs="Tahoma"/>
          <w:rtl/>
        </w:rPr>
        <w:t xml:space="preserve"> فقط م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ان</w:t>
      </w:r>
      <w:r w:rsidRPr="002B4164">
        <w:rPr>
          <w:rFonts w:ascii="Tahoma" w:hAnsi="Tahoma" w:cs="Tahoma"/>
          <w:rtl/>
        </w:rPr>
        <w:t xml:space="preserve"> سپاه محمود و قشون صفو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نبود. زمان و گرسنگ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به سلاح اصل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مهاجمان تبد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ل</w:t>
      </w:r>
      <w:r w:rsidRPr="002B4164">
        <w:rPr>
          <w:rFonts w:ascii="Tahoma" w:hAnsi="Tahoma" w:cs="Tahoma"/>
          <w:rtl/>
        </w:rPr>
        <w:t xml:space="preserve"> شدند. هر روز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که دربار بدون تصم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م</w:t>
      </w:r>
      <w:r w:rsidRPr="002B4164">
        <w:rPr>
          <w:rFonts w:ascii="Tahoma" w:hAnsi="Tahoma" w:cs="Tahoma"/>
          <w:rtl/>
        </w:rPr>
        <w:t xml:space="preserve"> مؤثر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گذراند،</w:t>
      </w:r>
      <w:r w:rsidRPr="002B4164">
        <w:rPr>
          <w:rFonts w:ascii="Tahoma" w:hAnsi="Tahoma" w:cs="Tahoma"/>
          <w:rtl/>
        </w:rPr>
        <w:t xml:space="preserve"> 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رو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دفاع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شهر را کاهش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داد</w:t>
      </w:r>
      <w:r w:rsidRPr="002B4164">
        <w:rPr>
          <w:rFonts w:ascii="Tahoma" w:hAnsi="Tahoma" w:cs="Tahoma"/>
          <w:rtl/>
        </w:rPr>
        <w:t>. سرباز گرسنه نم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توانست</w:t>
      </w:r>
      <w:r w:rsidRPr="002B4164">
        <w:rPr>
          <w:rFonts w:ascii="Tahoma" w:hAnsi="Tahoma" w:cs="Tahoma"/>
          <w:rtl/>
        </w:rPr>
        <w:t xml:space="preserve"> بجنگد، مردم ناتوان نم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توانستند</w:t>
      </w:r>
      <w:r w:rsidRPr="002B4164">
        <w:rPr>
          <w:rFonts w:ascii="Tahoma" w:hAnsi="Tahoma" w:cs="Tahoma"/>
          <w:rtl/>
        </w:rPr>
        <w:t xml:space="preserve"> 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وارها</w:t>
      </w:r>
      <w:r w:rsidRPr="002B4164">
        <w:rPr>
          <w:rFonts w:ascii="Tahoma" w:hAnsi="Tahoma" w:cs="Tahoma"/>
          <w:rtl/>
        </w:rPr>
        <w:t xml:space="preserve"> را حفظ کن</w:t>
      </w:r>
      <w:r w:rsidRPr="002B4164">
        <w:rPr>
          <w:rFonts w:ascii="Tahoma" w:hAnsi="Tahoma" w:cs="Tahoma" w:hint="eastAsia"/>
          <w:rtl/>
        </w:rPr>
        <w:t>ند</w:t>
      </w:r>
      <w:r w:rsidRPr="002B4164">
        <w:rPr>
          <w:rFonts w:ascii="Tahoma" w:hAnsi="Tahoma" w:cs="Tahoma"/>
          <w:rtl/>
        </w:rPr>
        <w:t xml:space="preserve"> و ب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مار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در جمع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ت</w:t>
      </w:r>
      <w:r w:rsidRPr="002B4164">
        <w:rPr>
          <w:rFonts w:ascii="Tahoma" w:hAnsi="Tahoma" w:cs="Tahoma"/>
          <w:rtl/>
        </w:rPr>
        <w:t xml:space="preserve"> ضع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ف</w:t>
      </w:r>
      <w:r w:rsidRPr="002B4164">
        <w:rPr>
          <w:rFonts w:ascii="Tahoma" w:hAnsi="Tahoma" w:cs="Tahoma"/>
          <w:rtl/>
        </w:rPr>
        <w:t xml:space="preserve"> گسترش م</w:t>
      </w:r>
      <w:r w:rsidRPr="002B4164">
        <w:rPr>
          <w:rFonts w:ascii="Tahoma" w:hAnsi="Tahoma" w:cs="Tahoma" w:hint="cs"/>
          <w:rtl/>
        </w:rPr>
        <w:t>ی‌ی</w:t>
      </w:r>
      <w:r w:rsidRPr="002B4164">
        <w:rPr>
          <w:rFonts w:ascii="Tahoma" w:hAnsi="Tahoma" w:cs="Tahoma" w:hint="eastAsia"/>
          <w:rtl/>
        </w:rPr>
        <w:t>افت</w:t>
      </w:r>
      <w:r w:rsidRPr="002B4164">
        <w:rPr>
          <w:rFonts w:ascii="Tahoma" w:hAnsi="Tahoma" w:cs="Tahoma"/>
          <w:rtl/>
        </w:rPr>
        <w:t>.</w:t>
      </w:r>
    </w:p>
    <w:p w:rsidR="002B4164" w:rsidRDefault="002B4164" w:rsidP="002B4164">
      <w:pPr>
        <w:bidi/>
        <w:spacing w:after="0" w:line="360" w:lineRule="auto"/>
        <w:ind w:firstLine="720"/>
        <w:jc w:val="both"/>
        <w:rPr>
          <w:rFonts w:ascii="Tahoma" w:hAnsi="Tahoma" w:cs="Tahoma"/>
          <w:rtl/>
        </w:rPr>
      </w:pPr>
      <w:r w:rsidRPr="002B4164">
        <w:rPr>
          <w:rFonts w:ascii="Tahoma" w:hAnsi="Tahoma" w:cs="Tahoma" w:hint="eastAsia"/>
          <w:rtl/>
        </w:rPr>
        <w:t>اصفهان</w:t>
      </w:r>
      <w:r w:rsidRPr="002B4164">
        <w:rPr>
          <w:rFonts w:ascii="Tahoma" w:hAnsi="Tahoma" w:cs="Tahoma"/>
          <w:rtl/>
        </w:rPr>
        <w:t xml:space="preserve"> هنوز سقوط نکرده بود، اما کشوردار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صفو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درون 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وارها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ش</w:t>
      </w:r>
      <w:r w:rsidRPr="002B4164">
        <w:rPr>
          <w:rFonts w:ascii="Tahoma" w:hAnsi="Tahoma" w:cs="Tahoma"/>
          <w:rtl/>
        </w:rPr>
        <w:t xml:space="preserve"> از کار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افتاد</w:t>
      </w:r>
      <w:r w:rsidRPr="002B4164">
        <w:rPr>
          <w:rFonts w:ascii="Tahoma" w:hAnsi="Tahoma" w:cs="Tahoma"/>
          <w:rtl/>
        </w:rPr>
        <w:t>. حکومت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که روزگار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راه‌ها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دور، قشون‌ها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بزرگ و تجارت جهان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را اداره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کرد</w:t>
      </w:r>
      <w:r w:rsidRPr="002B4164">
        <w:rPr>
          <w:rFonts w:ascii="Tahoma" w:hAnsi="Tahoma" w:cs="Tahoma"/>
          <w:rtl/>
        </w:rPr>
        <w:t xml:space="preserve"> اکنون نم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توانست</w:t>
      </w:r>
      <w:r w:rsidRPr="002B4164">
        <w:rPr>
          <w:rFonts w:ascii="Tahoma" w:hAnsi="Tahoma" w:cs="Tahoma"/>
          <w:rtl/>
        </w:rPr>
        <w:t xml:space="preserve"> غذا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پا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تخت</w:t>
      </w:r>
      <w:r w:rsidRPr="002B4164">
        <w:rPr>
          <w:rFonts w:ascii="Tahoma" w:hAnsi="Tahoma" w:cs="Tahoma"/>
          <w:rtl/>
        </w:rPr>
        <w:t xml:space="preserve"> خود را تأم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ن</w:t>
      </w:r>
      <w:r w:rsidRPr="002B4164">
        <w:rPr>
          <w:rFonts w:ascii="Tahoma" w:hAnsi="Tahoma" w:cs="Tahoma"/>
          <w:rtl/>
        </w:rPr>
        <w:t xml:space="preserve"> کند. در قسمت دوم خواه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م</w:t>
      </w:r>
      <w:r w:rsidRPr="002B4164">
        <w:rPr>
          <w:rFonts w:ascii="Tahoma" w:hAnsi="Tahoma" w:cs="Tahoma"/>
          <w:rtl/>
        </w:rPr>
        <w:t xml:space="preserve"> 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د</w:t>
      </w:r>
      <w:r w:rsidRPr="002B4164">
        <w:rPr>
          <w:rFonts w:ascii="Tahoma" w:hAnsi="Tahoma" w:cs="Tahoma"/>
          <w:rtl/>
        </w:rPr>
        <w:t xml:space="preserve"> که گرسنگ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چگونه آخر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ن</w:t>
      </w:r>
      <w:r w:rsidRPr="002B4164">
        <w:rPr>
          <w:rFonts w:ascii="Tahoma" w:hAnsi="Tahoma" w:cs="Tahoma"/>
          <w:rtl/>
        </w:rPr>
        <w:t xml:space="preserve"> توان شهر را شکست، چرا 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روها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ب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رون</w:t>
      </w:r>
      <w:r w:rsidRPr="002B4164">
        <w:rPr>
          <w:rFonts w:ascii="Tahoma" w:hAnsi="Tahoma" w:cs="Tahoma"/>
          <w:rtl/>
        </w:rPr>
        <w:t xml:space="preserve"> نتوانستند محاصره را پا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ان</w:t>
      </w:r>
      <w:r w:rsidRPr="002B4164">
        <w:rPr>
          <w:rFonts w:ascii="Tahoma" w:hAnsi="Tahoma" w:cs="Tahoma"/>
          <w:rtl/>
        </w:rPr>
        <w:t xml:space="preserve"> دهند و چگونه شاه سلطان حس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ن</w:t>
      </w:r>
      <w:r w:rsidRPr="002B4164">
        <w:rPr>
          <w:rFonts w:ascii="Tahoma" w:hAnsi="Tahoma" w:cs="Tahoma"/>
          <w:rtl/>
        </w:rPr>
        <w:t xml:space="preserve"> سرانجام از کاخ خود ب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رون</w:t>
      </w:r>
      <w:r w:rsidRPr="002B4164">
        <w:rPr>
          <w:rFonts w:ascii="Tahoma" w:hAnsi="Tahoma" w:cs="Tahoma"/>
          <w:rtl/>
        </w:rPr>
        <w:t xml:space="preserve"> آمد تا تاج صفو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را بر سر محمود افغان بگذارد.</w:t>
      </w:r>
    </w:p>
    <w:p w:rsidR="002B4164" w:rsidRPr="002B4164" w:rsidRDefault="002B4164" w:rsidP="002B416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B4164">
        <w:rPr>
          <w:rFonts w:ascii="Tahoma" w:hAnsi="Tahoma" w:cs="Tahoma"/>
          <w:rtl/>
        </w:rPr>
        <w:t>محاصرهٔ اصفهان از بهار تا پا</w:t>
      </w:r>
      <w:r w:rsidRPr="002B4164">
        <w:rPr>
          <w:rFonts w:ascii="Tahoma" w:hAnsi="Tahoma" w:cs="Tahoma" w:hint="cs"/>
          <w:rtl/>
        </w:rPr>
        <w:t>یی</w:t>
      </w:r>
      <w:r w:rsidRPr="002B4164">
        <w:rPr>
          <w:rFonts w:ascii="Tahoma" w:hAnsi="Tahoma" w:cs="Tahoma" w:hint="eastAsia"/>
          <w:rtl/>
        </w:rPr>
        <w:t>ز</w:t>
      </w:r>
      <w:r w:rsidRPr="002B4164">
        <w:rPr>
          <w:rFonts w:ascii="Tahoma" w:hAnsi="Tahoma" w:cs="Tahoma"/>
          <w:rtl/>
        </w:rPr>
        <w:t xml:space="preserve"> سال </w:t>
      </w:r>
      <w:r w:rsidRPr="002B4164">
        <w:rPr>
          <w:rFonts w:ascii="Tahoma" w:hAnsi="Tahoma" w:cs="Tahoma"/>
          <w:rtl/>
          <w:lang w:bidi="fa-IR"/>
        </w:rPr>
        <w:t>۱۷۲۲</w:t>
      </w:r>
      <w:r w:rsidRPr="002B4164">
        <w:rPr>
          <w:rFonts w:ascii="Tahoma" w:hAnsi="Tahoma" w:cs="Tahoma"/>
          <w:rtl/>
        </w:rPr>
        <w:t xml:space="preserve"> م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لاد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ادامه 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افت</w:t>
      </w:r>
      <w:r w:rsidRPr="002B4164">
        <w:rPr>
          <w:rFonts w:ascii="Tahoma" w:hAnsi="Tahoma" w:cs="Tahoma"/>
          <w:rtl/>
        </w:rPr>
        <w:t>. در آغاز، دربار هنوز ام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دوار</w:t>
      </w:r>
      <w:r w:rsidRPr="002B4164">
        <w:rPr>
          <w:rFonts w:ascii="Tahoma" w:hAnsi="Tahoma" w:cs="Tahoma"/>
          <w:rtl/>
        </w:rPr>
        <w:t xml:space="preserve"> بود 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روها</w:t>
      </w:r>
      <w:r w:rsidRPr="002B4164">
        <w:rPr>
          <w:rFonts w:ascii="Tahoma" w:hAnsi="Tahoma" w:cs="Tahoma" w:hint="cs"/>
          <w:rtl/>
        </w:rPr>
        <w:t>یی</w:t>
      </w:r>
      <w:r w:rsidRPr="002B4164">
        <w:rPr>
          <w:rFonts w:ascii="Tahoma" w:hAnsi="Tahoma" w:cs="Tahoma"/>
          <w:rtl/>
        </w:rPr>
        <w:t xml:space="preserve"> از 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الات</w:t>
      </w:r>
      <w:r w:rsidRPr="002B4164">
        <w:rPr>
          <w:rFonts w:ascii="Tahoma" w:hAnsi="Tahoma" w:cs="Tahoma"/>
          <w:rtl/>
        </w:rPr>
        <w:t xml:space="preserve"> برسند، شاهزاده تهماسب در ب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رون</w:t>
      </w:r>
      <w:r w:rsidRPr="002B4164">
        <w:rPr>
          <w:rFonts w:ascii="Tahoma" w:hAnsi="Tahoma" w:cs="Tahoma"/>
          <w:rtl/>
        </w:rPr>
        <w:t xml:space="preserve"> از پا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تخت</w:t>
      </w:r>
      <w:r w:rsidRPr="002B4164">
        <w:rPr>
          <w:rFonts w:ascii="Tahoma" w:hAnsi="Tahoma" w:cs="Tahoma"/>
          <w:rtl/>
        </w:rPr>
        <w:t xml:space="preserve"> سپاه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گرد آورد 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</w:t>
      </w:r>
      <w:r w:rsidRPr="002B4164">
        <w:rPr>
          <w:rFonts w:ascii="Tahoma" w:hAnsi="Tahoma" w:cs="Tahoma"/>
          <w:rtl/>
        </w:rPr>
        <w:t xml:space="preserve"> اختلاف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در م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ان</w:t>
      </w:r>
      <w:r w:rsidRPr="002B4164">
        <w:rPr>
          <w:rFonts w:ascii="Tahoma" w:hAnsi="Tahoma" w:cs="Tahoma"/>
          <w:rtl/>
        </w:rPr>
        <w:t xml:space="preserve"> افغان‌ها محمود را ناچار به عقب‌نش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کند. بزرگ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شهر و شمار جمع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ت</w:t>
      </w:r>
      <w:r w:rsidRPr="002B4164">
        <w:rPr>
          <w:rFonts w:ascii="Tahoma" w:hAnsi="Tahoma" w:cs="Tahoma"/>
          <w:rtl/>
        </w:rPr>
        <w:t xml:space="preserve"> 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ز</w:t>
      </w:r>
      <w:r w:rsidRPr="002B4164">
        <w:rPr>
          <w:rFonts w:ascii="Tahoma" w:hAnsi="Tahoma" w:cs="Tahoma"/>
          <w:rtl/>
        </w:rPr>
        <w:t xml:space="preserve"> م</w:t>
      </w:r>
      <w:r w:rsidRPr="002B4164">
        <w:rPr>
          <w:rFonts w:ascii="Tahoma" w:hAnsi="Tahoma" w:cs="Tahoma" w:hint="eastAsia"/>
          <w:rtl/>
        </w:rPr>
        <w:t>مکن</w:t>
      </w:r>
      <w:r w:rsidRPr="002B4164">
        <w:rPr>
          <w:rFonts w:ascii="Tahoma" w:hAnsi="Tahoma" w:cs="Tahoma"/>
          <w:rtl/>
        </w:rPr>
        <w:t xml:space="preserve"> بود 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ن</w:t>
      </w:r>
      <w:r w:rsidRPr="002B4164">
        <w:rPr>
          <w:rFonts w:ascii="Tahoma" w:hAnsi="Tahoma" w:cs="Tahoma"/>
          <w:rtl/>
        </w:rPr>
        <w:t xml:space="preserve"> تصور را 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جاد</w:t>
      </w:r>
      <w:r w:rsidRPr="002B4164">
        <w:rPr>
          <w:rFonts w:ascii="Tahoma" w:hAnsi="Tahoma" w:cs="Tahoma"/>
          <w:rtl/>
        </w:rPr>
        <w:t xml:space="preserve"> کند که مهاجمان نم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توانند</w:t>
      </w:r>
      <w:r w:rsidRPr="002B4164">
        <w:rPr>
          <w:rFonts w:ascii="Tahoma" w:hAnsi="Tahoma" w:cs="Tahoma"/>
          <w:rtl/>
        </w:rPr>
        <w:t xml:space="preserve"> محاصره‌ا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طولان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را ادامه دهند.</w:t>
      </w:r>
    </w:p>
    <w:p w:rsidR="002B4164" w:rsidRPr="002B4164" w:rsidRDefault="002B4164" w:rsidP="002B416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B4164">
        <w:rPr>
          <w:rFonts w:ascii="Tahoma" w:hAnsi="Tahoma" w:cs="Tahoma" w:hint="eastAsia"/>
          <w:rtl/>
        </w:rPr>
        <w:t>اما</w:t>
      </w:r>
      <w:r w:rsidRPr="002B4164">
        <w:rPr>
          <w:rFonts w:ascii="Tahoma" w:hAnsi="Tahoma" w:cs="Tahoma"/>
          <w:rtl/>
        </w:rPr>
        <w:t xml:space="preserve"> زمان به سود محمود کار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کرد</w:t>
      </w:r>
      <w:r w:rsidRPr="002B4164">
        <w:rPr>
          <w:rFonts w:ascii="Tahoma" w:hAnsi="Tahoma" w:cs="Tahoma"/>
          <w:rtl/>
        </w:rPr>
        <w:t>. 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رو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او برا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گرفتن فور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شهر کاف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نبود، ول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برا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بستن راه‌ها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اصل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و جلوگ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از ورود منظم آذوقه توان داشت. هر روز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که محاصره ادامه م</w:t>
      </w:r>
      <w:r w:rsidRPr="002B4164">
        <w:rPr>
          <w:rFonts w:ascii="Tahoma" w:hAnsi="Tahoma" w:cs="Tahoma" w:hint="cs"/>
          <w:rtl/>
        </w:rPr>
        <w:t>ی‌ی</w:t>
      </w:r>
      <w:r w:rsidRPr="002B4164">
        <w:rPr>
          <w:rFonts w:ascii="Tahoma" w:hAnsi="Tahoma" w:cs="Tahoma" w:hint="eastAsia"/>
          <w:rtl/>
        </w:rPr>
        <w:t>افت،</w:t>
      </w:r>
      <w:r w:rsidRPr="002B4164">
        <w:rPr>
          <w:rFonts w:ascii="Tahoma" w:hAnsi="Tahoma" w:cs="Tahoma"/>
          <w:rtl/>
        </w:rPr>
        <w:t xml:space="preserve"> ذخا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</w:t>
      </w:r>
      <w:r w:rsidRPr="002B4164">
        <w:rPr>
          <w:rFonts w:ascii="Tahoma" w:hAnsi="Tahoma" w:cs="Tahoma"/>
          <w:rtl/>
        </w:rPr>
        <w:t xml:space="preserve"> اصفهان کمتر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شد</w:t>
      </w:r>
      <w:r w:rsidRPr="002B4164">
        <w:rPr>
          <w:rFonts w:ascii="Tahoma" w:hAnsi="Tahoma" w:cs="Tahoma"/>
          <w:rtl/>
        </w:rPr>
        <w:t xml:space="preserve"> و 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رو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مردم و مدافعان کاهش م</w:t>
      </w:r>
      <w:r w:rsidRPr="002B4164">
        <w:rPr>
          <w:rFonts w:ascii="Tahoma" w:hAnsi="Tahoma" w:cs="Tahoma" w:hint="cs"/>
          <w:rtl/>
        </w:rPr>
        <w:t>ی‌ی</w:t>
      </w:r>
      <w:r w:rsidRPr="002B4164">
        <w:rPr>
          <w:rFonts w:ascii="Tahoma" w:hAnsi="Tahoma" w:cs="Tahoma" w:hint="eastAsia"/>
          <w:rtl/>
        </w:rPr>
        <w:t>افت</w:t>
      </w:r>
      <w:r w:rsidRPr="002B4164">
        <w:rPr>
          <w:rFonts w:ascii="Tahoma" w:hAnsi="Tahoma" w:cs="Tahoma"/>
          <w:rtl/>
        </w:rPr>
        <w:t>. مهاجمان لازم نبود همهٔ سربازان صفو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را در م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دان</w:t>
      </w:r>
      <w:r w:rsidRPr="002B4164">
        <w:rPr>
          <w:rFonts w:ascii="Tahoma" w:hAnsi="Tahoma" w:cs="Tahoma"/>
          <w:rtl/>
        </w:rPr>
        <w:t xml:space="preserve"> شکست دهند؛ کاف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بود مانع رس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دن</w:t>
      </w:r>
      <w:r w:rsidRPr="002B4164">
        <w:rPr>
          <w:rFonts w:ascii="Tahoma" w:hAnsi="Tahoma" w:cs="Tahoma"/>
          <w:rtl/>
        </w:rPr>
        <w:t xml:space="preserve"> غذا و کمک شوند.</w:t>
      </w:r>
    </w:p>
    <w:p w:rsidR="002B4164" w:rsidRPr="002B4164" w:rsidRDefault="002B4164" w:rsidP="002B416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B4164">
        <w:rPr>
          <w:rFonts w:ascii="Tahoma" w:hAnsi="Tahoma" w:cs="Tahoma" w:hint="eastAsia"/>
          <w:rtl/>
        </w:rPr>
        <w:t>اصفهان</w:t>
      </w:r>
      <w:r w:rsidRPr="002B4164">
        <w:rPr>
          <w:rFonts w:ascii="Tahoma" w:hAnsi="Tahoma" w:cs="Tahoma"/>
          <w:rtl/>
        </w:rPr>
        <w:t xml:space="preserve"> برا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زندگ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روزانهٔ جمع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ت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بزرگ به ورود مستمر غله، دام و کالا از روستاها و شهرها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اطراف وابسته بود. پا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تخت</w:t>
      </w:r>
      <w:r w:rsidRPr="002B4164">
        <w:rPr>
          <w:rFonts w:ascii="Tahoma" w:hAnsi="Tahoma" w:cs="Tahoma"/>
          <w:rtl/>
        </w:rPr>
        <w:t xml:space="preserve"> در دورهٔ صلح مرکز مصرف، تجارت و ادارهٔ حکومت بود، نه دژ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که برا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ماه‌ها محاصره انبار شده باشد. دربار خطر را 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</w:t>
      </w:r>
      <w:r w:rsidRPr="002B4164">
        <w:rPr>
          <w:rFonts w:ascii="Tahoma" w:hAnsi="Tahoma" w:cs="Tahoma"/>
          <w:rtl/>
        </w:rPr>
        <w:t xml:space="preserve"> جد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گرفته و پ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ش</w:t>
      </w:r>
      <w:r w:rsidRPr="002B4164">
        <w:rPr>
          <w:rFonts w:ascii="Tahoma" w:hAnsi="Tahoma" w:cs="Tahoma"/>
          <w:rtl/>
        </w:rPr>
        <w:t xml:space="preserve"> از بسته‌شدن راه</w:t>
      </w:r>
      <w:r w:rsidRPr="002B4164">
        <w:rPr>
          <w:rFonts w:ascii="Tahoma" w:hAnsi="Tahoma" w:cs="Tahoma" w:hint="eastAsia"/>
          <w:rtl/>
        </w:rPr>
        <w:t>‌ها</w:t>
      </w:r>
      <w:r w:rsidRPr="002B4164">
        <w:rPr>
          <w:rFonts w:ascii="Tahoma" w:hAnsi="Tahoma" w:cs="Tahoma"/>
          <w:rtl/>
        </w:rPr>
        <w:t xml:space="preserve"> ذخا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</w:t>
      </w:r>
      <w:r w:rsidRPr="002B4164">
        <w:rPr>
          <w:rFonts w:ascii="Tahoma" w:hAnsi="Tahoma" w:cs="Tahoma"/>
          <w:rtl/>
        </w:rPr>
        <w:t xml:space="preserve"> کاف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فراهم نکرده بود.</w:t>
      </w:r>
    </w:p>
    <w:p w:rsidR="002B4164" w:rsidRPr="002B4164" w:rsidRDefault="002B4164" w:rsidP="002B416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B4164">
        <w:rPr>
          <w:rFonts w:ascii="Tahoma" w:hAnsi="Tahoma" w:cs="Tahoma" w:hint="eastAsia"/>
          <w:rtl/>
        </w:rPr>
        <w:t>کمبود</w:t>
      </w:r>
      <w:r w:rsidRPr="002B4164">
        <w:rPr>
          <w:rFonts w:ascii="Tahoma" w:hAnsi="Tahoma" w:cs="Tahoma"/>
          <w:rtl/>
        </w:rPr>
        <w:t xml:space="preserve"> ابتدا ق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مت‌ها</w:t>
      </w:r>
      <w:r w:rsidRPr="002B4164">
        <w:rPr>
          <w:rFonts w:ascii="Tahoma" w:hAnsi="Tahoma" w:cs="Tahoma"/>
          <w:rtl/>
        </w:rPr>
        <w:t xml:space="preserve"> را بالا برد. کسان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که پول، انبار 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</w:t>
      </w:r>
      <w:r w:rsidRPr="002B4164">
        <w:rPr>
          <w:rFonts w:ascii="Tahoma" w:hAnsi="Tahoma" w:cs="Tahoma"/>
          <w:rtl/>
        </w:rPr>
        <w:t xml:space="preserve"> ارتباط داشتند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توانستند</w:t>
      </w:r>
      <w:r w:rsidRPr="002B4164">
        <w:rPr>
          <w:rFonts w:ascii="Tahoma" w:hAnsi="Tahoma" w:cs="Tahoma"/>
          <w:rtl/>
        </w:rPr>
        <w:t xml:space="preserve"> برا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مدت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مواد غذا</w:t>
      </w:r>
      <w:r w:rsidRPr="002B4164">
        <w:rPr>
          <w:rFonts w:ascii="Tahoma" w:hAnsi="Tahoma" w:cs="Tahoma" w:hint="cs"/>
          <w:rtl/>
        </w:rPr>
        <w:t>یی</w:t>
      </w:r>
      <w:r w:rsidRPr="002B4164">
        <w:rPr>
          <w:rFonts w:ascii="Tahoma" w:hAnsi="Tahoma" w:cs="Tahoma"/>
          <w:rtl/>
        </w:rPr>
        <w:t xml:space="preserve"> ته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ه</w:t>
      </w:r>
      <w:r w:rsidRPr="002B4164">
        <w:rPr>
          <w:rFonts w:ascii="Tahoma" w:hAnsi="Tahoma" w:cs="Tahoma"/>
          <w:rtl/>
        </w:rPr>
        <w:t xml:space="preserve"> کنند. اما با ادامهٔ محاصره، پول 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ز</w:t>
      </w:r>
      <w:r w:rsidRPr="002B4164">
        <w:rPr>
          <w:rFonts w:ascii="Tahoma" w:hAnsi="Tahoma" w:cs="Tahoma"/>
          <w:rtl/>
        </w:rPr>
        <w:t xml:space="preserve"> ارزش عمل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خود را از دست داد؛ ز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را</w:t>
      </w:r>
      <w:r w:rsidRPr="002B4164">
        <w:rPr>
          <w:rFonts w:ascii="Tahoma" w:hAnsi="Tahoma" w:cs="Tahoma"/>
          <w:rtl/>
        </w:rPr>
        <w:t xml:space="preserve"> کالا</w:t>
      </w:r>
      <w:r w:rsidRPr="002B4164">
        <w:rPr>
          <w:rFonts w:ascii="Tahoma" w:hAnsi="Tahoma" w:cs="Tahoma" w:hint="cs"/>
          <w:rtl/>
        </w:rPr>
        <w:t>یی</w:t>
      </w:r>
      <w:r w:rsidRPr="002B4164">
        <w:rPr>
          <w:rFonts w:ascii="Tahoma" w:hAnsi="Tahoma" w:cs="Tahoma"/>
          <w:rtl/>
        </w:rPr>
        <w:t xml:space="preserve"> وجود نداشت که بتوان خر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د</w:t>
      </w:r>
      <w:r w:rsidRPr="002B4164">
        <w:rPr>
          <w:rFonts w:ascii="Tahoma" w:hAnsi="Tahoma" w:cs="Tahoma"/>
          <w:rtl/>
        </w:rPr>
        <w:t>. ثروتمند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توانست</w:t>
      </w:r>
      <w:r w:rsidRPr="002B4164">
        <w:rPr>
          <w:rFonts w:ascii="Tahoma" w:hAnsi="Tahoma" w:cs="Tahoma"/>
          <w:rtl/>
        </w:rPr>
        <w:t xml:space="preserve"> اندک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رتر</w:t>
      </w:r>
      <w:r w:rsidRPr="002B4164">
        <w:rPr>
          <w:rFonts w:ascii="Tahoma" w:hAnsi="Tahoma" w:cs="Tahoma"/>
          <w:rtl/>
        </w:rPr>
        <w:t xml:space="preserve"> از فق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</w:t>
      </w:r>
      <w:r w:rsidRPr="002B4164">
        <w:rPr>
          <w:rFonts w:ascii="Tahoma" w:hAnsi="Tahoma" w:cs="Tahoma"/>
          <w:rtl/>
        </w:rPr>
        <w:t xml:space="preserve"> گرسنه ب</w:t>
      </w:r>
      <w:r w:rsidRPr="002B4164">
        <w:rPr>
          <w:rFonts w:ascii="Tahoma" w:hAnsi="Tahoma" w:cs="Tahoma" w:hint="eastAsia"/>
          <w:rtl/>
        </w:rPr>
        <w:t>ماند،</w:t>
      </w:r>
      <w:r w:rsidRPr="002B4164">
        <w:rPr>
          <w:rFonts w:ascii="Tahoma" w:hAnsi="Tahoma" w:cs="Tahoma"/>
          <w:rtl/>
        </w:rPr>
        <w:t xml:space="preserve"> ول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نم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توانست</w:t>
      </w:r>
      <w:r w:rsidRPr="002B4164">
        <w:rPr>
          <w:rFonts w:ascii="Tahoma" w:hAnsi="Tahoma" w:cs="Tahoma"/>
          <w:rtl/>
        </w:rPr>
        <w:t xml:space="preserve"> از بازار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خال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غذا فراهم آورد.</w:t>
      </w:r>
    </w:p>
    <w:p w:rsidR="002B4164" w:rsidRPr="002B4164" w:rsidRDefault="002B4164" w:rsidP="002B416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B4164">
        <w:rPr>
          <w:rFonts w:ascii="Tahoma" w:hAnsi="Tahoma" w:cs="Tahoma" w:hint="eastAsia"/>
          <w:rtl/>
        </w:rPr>
        <w:t>مردم</w:t>
      </w:r>
      <w:r w:rsidRPr="002B4164">
        <w:rPr>
          <w:rFonts w:ascii="Tahoma" w:hAnsi="Tahoma" w:cs="Tahoma"/>
          <w:rtl/>
        </w:rPr>
        <w:t xml:space="preserve"> به خوردن ح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وانات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رو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آوردند که در شرا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ط</w:t>
      </w:r>
      <w:r w:rsidRPr="002B4164">
        <w:rPr>
          <w:rFonts w:ascii="Tahoma" w:hAnsi="Tahoma" w:cs="Tahoma"/>
          <w:rtl/>
        </w:rPr>
        <w:t xml:space="preserve"> عاد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خوراک شمرده نم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شدند</w:t>
      </w:r>
      <w:r w:rsidRPr="002B4164">
        <w:rPr>
          <w:rFonts w:ascii="Tahoma" w:hAnsi="Tahoma" w:cs="Tahoma"/>
          <w:rtl/>
        </w:rPr>
        <w:t>. اسب، قاطر، الاغ، سگ و گربه از م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ان</w:t>
      </w:r>
      <w:r w:rsidRPr="002B4164">
        <w:rPr>
          <w:rFonts w:ascii="Tahoma" w:hAnsi="Tahoma" w:cs="Tahoma"/>
          <w:rtl/>
        </w:rPr>
        <w:t xml:space="preserve"> رفتند. چرم، پوست و هر ماده‌ا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که اندک امکان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برا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ادامهٔ زندگ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فراهم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کرد</w:t>
      </w:r>
      <w:r w:rsidRPr="002B4164">
        <w:rPr>
          <w:rFonts w:ascii="Tahoma" w:hAnsi="Tahoma" w:cs="Tahoma"/>
          <w:rtl/>
        </w:rPr>
        <w:t xml:space="preserve"> مصرف شد. گزارش‌ها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آن دوره از رس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دن</w:t>
      </w:r>
      <w:r w:rsidRPr="002B4164">
        <w:rPr>
          <w:rFonts w:ascii="Tahoma" w:hAnsi="Tahoma" w:cs="Tahoma"/>
          <w:rtl/>
        </w:rPr>
        <w:t xml:space="preserve"> گرسنگ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به مرحله‌ها</w:t>
      </w:r>
      <w:r w:rsidRPr="002B4164">
        <w:rPr>
          <w:rFonts w:ascii="Tahoma" w:hAnsi="Tahoma" w:cs="Tahoma" w:hint="cs"/>
          <w:rtl/>
        </w:rPr>
        <w:t>یی</w:t>
      </w:r>
      <w:r w:rsidRPr="002B4164">
        <w:rPr>
          <w:rFonts w:ascii="Tahoma" w:hAnsi="Tahoma" w:cs="Tahoma"/>
          <w:rtl/>
        </w:rPr>
        <w:t xml:space="preserve"> هولناک، حت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خور</w:t>
      </w:r>
      <w:r w:rsidRPr="002B4164">
        <w:rPr>
          <w:rFonts w:ascii="Tahoma" w:hAnsi="Tahoma" w:cs="Tahoma" w:hint="eastAsia"/>
          <w:rtl/>
        </w:rPr>
        <w:t>دن</w:t>
      </w:r>
      <w:r w:rsidRPr="002B4164">
        <w:rPr>
          <w:rFonts w:ascii="Tahoma" w:hAnsi="Tahoma" w:cs="Tahoma"/>
          <w:rtl/>
        </w:rPr>
        <w:t xml:space="preserve"> اجساد و آدم‌خوار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،</w:t>
      </w:r>
      <w:r w:rsidRPr="002B4164">
        <w:rPr>
          <w:rFonts w:ascii="Tahoma" w:hAnsi="Tahoma" w:cs="Tahoma"/>
          <w:rtl/>
        </w:rPr>
        <w:t xml:space="preserve"> سخن گفته‌اند. در جزئ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ات</w:t>
      </w:r>
      <w:r w:rsidRPr="002B4164">
        <w:rPr>
          <w:rFonts w:ascii="Tahoma" w:hAnsi="Tahoma" w:cs="Tahoma"/>
          <w:rtl/>
        </w:rPr>
        <w:t xml:space="preserve"> و م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زان</w:t>
      </w:r>
      <w:r w:rsidRPr="002B4164">
        <w:rPr>
          <w:rFonts w:ascii="Tahoma" w:hAnsi="Tahoma" w:cs="Tahoma"/>
          <w:rtl/>
        </w:rPr>
        <w:t xml:space="preserve"> گسترش 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ن</w:t>
      </w:r>
      <w:r w:rsidRPr="002B4164">
        <w:rPr>
          <w:rFonts w:ascii="Tahoma" w:hAnsi="Tahoma" w:cs="Tahoma"/>
          <w:rtl/>
        </w:rPr>
        <w:t xml:space="preserve"> گزارش‌ها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توان</w:t>
      </w:r>
      <w:r w:rsidRPr="002B4164">
        <w:rPr>
          <w:rFonts w:ascii="Tahoma" w:hAnsi="Tahoma" w:cs="Tahoma"/>
          <w:rtl/>
        </w:rPr>
        <w:t xml:space="preserve"> احت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اط</w:t>
      </w:r>
      <w:r w:rsidRPr="002B4164">
        <w:rPr>
          <w:rFonts w:ascii="Tahoma" w:hAnsi="Tahoma" w:cs="Tahoma"/>
          <w:rtl/>
        </w:rPr>
        <w:t xml:space="preserve"> کرد، اما در شدت قحط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و مرگ‌وم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</w:t>
      </w:r>
      <w:r w:rsidRPr="002B4164">
        <w:rPr>
          <w:rFonts w:ascii="Tahoma" w:hAnsi="Tahoma" w:cs="Tahoma"/>
          <w:rtl/>
        </w:rPr>
        <w:t xml:space="preserve"> گسترده ترد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ست</w:t>
      </w:r>
      <w:r w:rsidRPr="002B4164">
        <w:rPr>
          <w:rFonts w:ascii="Tahoma" w:hAnsi="Tahoma" w:cs="Tahoma"/>
          <w:rtl/>
        </w:rPr>
        <w:t>.</w:t>
      </w:r>
    </w:p>
    <w:p w:rsidR="002B4164" w:rsidRPr="002B4164" w:rsidRDefault="002B4164" w:rsidP="002B416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B4164">
        <w:rPr>
          <w:rFonts w:ascii="Tahoma" w:hAnsi="Tahoma" w:cs="Tahoma" w:hint="eastAsia"/>
          <w:rtl/>
        </w:rPr>
        <w:t>گرسنگ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فقط بدن مردم را از م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ان</w:t>
      </w:r>
      <w:r w:rsidRPr="002B4164">
        <w:rPr>
          <w:rFonts w:ascii="Tahoma" w:hAnsi="Tahoma" w:cs="Tahoma"/>
          <w:rtl/>
        </w:rPr>
        <w:t xml:space="preserve"> نم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برد؛</w:t>
      </w:r>
      <w:r w:rsidRPr="002B4164">
        <w:rPr>
          <w:rFonts w:ascii="Tahoma" w:hAnsi="Tahoma" w:cs="Tahoma"/>
          <w:rtl/>
        </w:rPr>
        <w:t xml:space="preserve"> نظم اجتماع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را 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ز</w:t>
      </w:r>
      <w:r w:rsidRPr="002B4164">
        <w:rPr>
          <w:rFonts w:ascii="Tahoma" w:hAnsi="Tahoma" w:cs="Tahoma"/>
          <w:rtl/>
        </w:rPr>
        <w:t xml:space="preserve">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شکست</w:t>
      </w:r>
      <w:r w:rsidRPr="002B4164">
        <w:rPr>
          <w:rFonts w:ascii="Tahoma" w:hAnsi="Tahoma" w:cs="Tahoma"/>
          <w:rtl/>
        </w:rPr>
        <w:t>. هنگام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که خانواده‌ا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نم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تواند</w:t>
      </w:r>
      <w:r w:rsidRPr="002B4164">
        <w:rPr>
          <w:rFonts w:ascii="Tahoma" w:hAnsi="Tahoma" w:cs="Tahoma"/>
          <w:rtl/>
        </w:rPr>
        <w:t xml:space="preserve"> کودکش را غذا دهد و همسا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ه</w:t>
      </w:r>
      <w:r w:rsidRPr="002B4164">
        <w:rPr>
          <w:rFonts w:ascii="Tahoma" w:hAnsi="Tahoma" w:cs="Tahoma"/>
          <w:rtl/>
        </w:rPr>
        <w:t xml:space="preserve"> از ترس ربوده‌شدن اندک ذخ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ره‌اش</w:t>
      </w:r>
      <w:r w:rsidRPr="002B4164">
        <w:rPr>
          <w:rFonts w:ascii="Tahoma" w:hAnsi="Tahoma" w:cs="Tahoma"/>
          <w:rtl/>
        </w:rPr>
        <w:t xml:space="preserve"> در را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بندد،</w:t>
      </w:r>
      <w:r w:rsidRPr="002B4164">
        <w:rPr>
          <w:rFonts w:ascii="Tahoma" w:hAnsi="Tahoma" w:cs="Tahoma"/>
          <w:rtl/>
        </w:rPr>
        <w:t xml:space="preserve"> اعتماد عموم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فرو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ر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زد</w:t>
      </w:r>
      <w:r w:rsidRPr="002B4164">
        <w:rPr>
          <w:rFonts w:ascii="Tahoma" w:hAnsi="Tahoma" w:cs="Tahoma"/>
          <w:rtl/>
        </w:rPr>
        <w:t>. قانون، اخلاق و فرمان حکومت در برابر 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از</w:t>
      </w:r>
      <w:r w:rsidRPr="002B4164">
        <w:rPr>
          <w:rFonts w:ascii="Tahoma" w:hAnsi="Tahoma" w:cs="Tahoma"/>
          <w:rtl/>
        </w:rPr>
        <w:t xml:space="preserve"> فور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به زنده‌ماندن توان خود را از دست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دهند</w:t>
      </w:r>
      <w:r w:rsidRPr="002B4164">
        <w:rPr>
          <w:rFonts w:ascii="Tahoma" w:hAnsi="Tahoma" w:cs="Tahoma"/>
          <w:rtl/>
        </w:rPr>
        <w:t>.</w:t>
      </w:r>
    </w:p>
    <w:p w:rsidR="002B4164" w:rsidRPr="002B4164" w:rsidRDefault="002B4164" w:rsidP="002B416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B4164">
        <w:rPr>
          <w:rFonts w:ascii="Tahoma" w:hAnsi="Tahoma" w:cs="Tahoma" w:hint="eastAsia"/>
          <w:rtl/>
        </w:rPr>
        <w:t>دستگاه</w:t>
      </w:r>
      <w:r w:rsidRPr="002B4164">
        <w:rPr>
          <w:rFonts w:ascii="Tahoma" w:hAnsi="Tahoma" w:cs="Tahoma"/>
          <w:rtl/>
        </w:rPr>
        <w:t xml:space="preserve"> 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توانست</w:t>
      </w:r>
      <w:r w:rsidRPr="002B4164">
        <w:rPr>
          <w:rFonts w:ascii="Tahoma" w:hAnsi="Tahoma" w:cs="Tahoma"/>
          <w:rtl/>
        </w:rPr>
        <w:t xml:space="preserve"> مردم را به صبر، دعا و دفاع از پا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تخت</w:t>
      </w:r>
      <w:r w:rsidRPr="002B4164">
        <w:rPr>
          <w:rFonts w:ascii="Tahoma" w:hAnsi="Tahoma" w:cs="Tahoma"/>
          <w:rtl/>
        </w:rPr>
        <w:t xml:space="preserve"> ش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ع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فراخواند، اما خود 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نکاران</w:t>
      </w:r>
      <w:r w:rsidRPr="002B4164">
        <w:rPr>
          <w:rFonts w:ascii="Tahoma" w:hAnsi="Tahoma" w:cs="Tahoma"/>
          <w:rtl/>
        </w:rPr>
        <w:t xml:space="preserve"> 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ز</w:t>
      </w:r>
      <w:r w:rsidRPr="002B4164">
        <w:rPr>
          <w:rFonts w:ascii="Tahoma" w:hAnsi="Tahoma" w:cs="Tahoma"/>
          <w:rtl/>
        </w:rPr>
        <w:t xml:space="preserve"> درون همان شهر گرفتار بودند. موقوفات، مدارس و مساجد نم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توانستند</w:t>
      </w:r>
      <w:r w:rsidRPr="002B4164">
        <w:rPr>
          <w:rFonts w:ascii="Tahoma" w:hAnsi="Tahoma" w:cs="Tahoma"/>
          <w:rtl/>
        </w:rPr>
        <w:t xml:space="preserve"> غذا</w:t>
      </w:r>
      <w:r w:rsidRPr="002B4164">
        <w:rPr>
          <w:rFonts w:ascii="Tahoma" w:hAnsi="Tahoma" w:cs="Tahoma" w:hint="cs"/>
          <w:rtl/>
        </w:rPr>
        <w:t>یی</w:t>
      </w:r>
      <w:r w:rsidRPr="002B4164">
        <w:rPr>
          <w:rFonts w:ascii="Tahoma" w:hAnsi="Tahoma" w:cs="Tahoma"/>
          <w:rtl/>
        </w:rPr>
        <w:t xml:space="preserve"> پد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د</w:t>
      </w:r>
      <w:r w:rsidRPr="002B4164">
        <w:rPr>
          <w:rFonts w:ascii="Tahoma" w:hAnsi="Tahoma" w:cs="Tahoma"/>
          <w:rtl/>
        </w:rPr>
        <w:t xml:space="preserve"> آورند که در انبارها وجود نداشت. ثروت و اعتبار مذهب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هنگام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که راه‌ها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ورود آذوقه بسته </w:t>
      </w:r>
      <w:r w:rsidRPr="002B4164">
        <w:rPr>
          <w:rFonts w:ascii="Tahoma" w:hAnsi="Tahoma" w:cs="Tahoma" w:hint="eastAsia"/>
          <w:rtl/>
        </w:rPr>
        <w:t>شده</w:t>
      </w:r>
      <w:r w:rsidRPr="002B4164">
        <w:rPr>
          <w:rFonts w:ascii="Tahoma" w:hAnsi="Tahoma" w:cs="Tahoma"/>
          <w:rtl/>
        </w:rPr>
        <w:t xml:space="preserve"> باشند محدود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ت</w:t>
      </w:r>
      <w:r w:rsidRPr="002B4164">
        <w:rPr>
          <w:rFonts w:ascii="Tahoma" w:hAnsi="Tahoma" w:cs="Tahoma"/>
          <w:rtl/>
        </w:rPr>
        <w:t xml:space="preserve"> خود را نشان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دهند</w:t>
      </w:r>
      <w:r w:rsidRPr="002B4164">
        <w:rPr>
          <w:rFonts w:ascii="Tahoma" w:hAnsi="Tahoma" w:cs="Tahoma"/>
          <w:rtl/>
        </w:rPr>
        <w:t>.</w:t>
      </w:r>
    </w:p>
    <w:p w:rsidR="002B4164" w:rsidRPr="002B4164" w:rsidRDefault="002B4164" w:rsidP="002B416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B4164">
        <w:rPr>
          <w:rFonts w:ascii="Tahoma" w:hAnsi="Tahoma" w:cs="Tahoma" w:hint="eastAsia"/>
          <w:rtl/>
        </w:rPr>
        <w:t>قشون</w:t>
      </w:r>
      <w:r w:rsidRPr="002B4164">
        <w:rPr>
          <w:rFonts w:ascii="Tahoma" w:hAnsi="Tahoma" w:cs="Tahoma"/>
          <w:rtl/>
        </w:rPr>
        <w:t xml:space="preserve"> 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ز</w:t>
      </w:r>
      <w:r w:rsidRPr="002B4164">
        <w:rPr>
          <w:rFonts w:ascii="Tahoma" w:hAnsi="Tahoma" w:cs="Tahoma"/>
          <w:rtl/>
        </w:rPr>
        <w:t xml:space="preserve"> از گرسنگ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در امان نبود. سرباز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که مواجبش را در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افت</w:t>
      </w:r>
      <w:r w:rsidRPr="002B4164">
        <w:rPr>
          <w:rFonts w:ascii="Tahoma" w:hAnsi="Tahoma" w:cs="Tahoma"/>
          <w:rtl/>
        </w:rPr>
        <w:t xml:space="preserve"> کند اما نان پ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دا</w:t>
      </w:r>
      <w:r w:rsidRPr="002B4164">
        <w:rPr>
          <w:rFonts w:ascii="Tahoma" w:hAnsi="Tahoma" w:cs="Tahoma"/>
          <w:rtl/>
        </w:rPr>
        <w:t xml:space="preserve"> نکند، توان جنگ ندارد. اسب‌ها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سواره‌نظام بدون علوفه از م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ان</w:t>
      </w:r>
      <w:r w:rsidRPr="002B4164">
        <w:rPr>
          <w:rFonts w:ascii="Tahoma" w:hAnsi="Tahoma" w:cs="Tahoma"/>
          <w:rtl/>
        </w:rPr>
        <w:t xml:space="preserve">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رفتند</w:t>
      </w:r>
      <w:r w:rsidRPr="002B4164">
        <w:rPr>
          <w:rFonts w:ascii="Tahoma" w:hAnsi="Tahoma" w:cs="Tahoma"/>
          <w:rtl/>
        </w:rPr>
        <w:t xml:space="preserve"> و امکان حملهٔ مؤثر به محاصره‌کنندگان کاهش م</w:t>
      </w:r>
      <w:r w:rsidRPr="002B4164">
        <w:rPr>
          <w:rFonts w:ascii="Tahoma" w:hAnsi="Tahoma" w:cs="Tahoma" w:hint="cs"/>
          <w:rtl/>
        </w:rPr>
        <w:t>ی‌ی</w:t>
      </w:r>
      <w:r w:rsidRPr="002B4164">
        <w:rPr>
          <w:rFonts w:ascii="Tahoma" w:hAnsi="Tahoma" w:cs="Tahoma" w:hint="eastAsia"/>
          <w:rtl/>
        </w:rPr>
        <w:t>افت</w:t>
      </w:r>
      <w:r w:rsidRPr="002B4164">
        <w:rPr>
          <w:rFonts w:ascii="Tahoma" w:hAnsi="Tahoma" w:cs="Tahoma"/>
          <w:rtl/>
        </w:rPr>
        <w:t>. هرچه زمان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گذشت،</w:t>
      </w:r>
      <w:r w:rsidRPr="002B4164">
        <w:rPr>
          <w:rFonts w:ascii="Tahoma" w:hAnsi="Tahoma" w:cs="Tahoma"/>
          <w:rtl/>
        </w:rPr>
        <w:t xml:space="preserve"> شکستن محاصره دشوارتر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شد</w:t>
      </w:r>
      <w:r w:rsidRPr="002B4164">
        <w:rPr>
          <w:rFonts w:ascii="Tahoma" w:hAnsi="Tahoma" w:cs="Tahoma"/>
          <w:rtl/>
        </w:rPr>
        <w:t>.</w:t>
      </w:r>
    </w:p>
    <w:p w:rsidR="002B4164" w:rsidRPr="002B4164" w:rsidRDefault="002B4164" w:rsidP="002B416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B4164">
        <w:rPr>
          <w:rFonts w:ascii="Tahoma" w:hAnsi="Tahoma" w:cs="Tahoma" w:hint="eastAsia"/>
          <w:rtl/>
        </w:rPr>
        <w:t>دربار</w:t>
      </w:r>
      <w:r w:rsidRPr="002B4164">
        <w:rPr>
          <w:rFonts w:ascii="Tahoma" w:hAnsi="Tahoma" w:cs="Tahoma"/>
          <w:rtl/>
        </w:rPr>
        <w:t xml:space="preserve"> هنوز دربارهٔ راه حل اختلاف داشت. گروه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ام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د</w:t>
      </w:r>
      <w:r w:rsidRPr="002B4164">
        <w:rPr>
          <w:rFonts w:ascii="Tahoma" w:hAnsi="Tahoma" w:cs="Tahoma"/>
          <w:rtl/>
        </w:rPr>
        <w:t xml:space="preserve"> خود را به 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رو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کمک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بسته بودند، گروه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مذاکره را پ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شنهاد</w:t>
      </w:r>
      <w:r w:rsidRPr="002B4164">
        <w:rPr>
          <w:rFonts w:ascii="Tahoma" w:hAnsi="Tahoma" w:cs="Tahoma"/>
          <w:rtl/>
        </w:rPr>
        <w:t xml:space="preserve">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کردند</w:t>
      </w:r>
      <w:r w:rsidRPr="002B4164">
        <w:rPr>
          <w:rFonts w:ascii="Tahoma" w:hAnsi="Tahoma" w:cs="Tahoma"/>
          <w:rtl/>
        </w:rPr>
        <w:t xml:space="preserve"> و برخ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حمله‌ا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گر</w:t>
      </w:r>
      <w:r w:rsidRPr="002B4164">
        <w:rPr>
          <w:rFonts w:ascii="Tahoma" w:hAnsi="Tahoma" w:cs="Tahoma"/>
          <w:rtl/>
        </w:rPr>
        <w:t xml:space="preserve"> را لازم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دانستند</w:t>
      </w:r>
      <w:r w:rsidRPr="002B4164">
        <w:rPr>
          <w:rFonts w:ascii="Tahoma" w:hAnsi="Tahoma" w:cs="Tahoma"/>
          <w:rtl/>
        </w:rPr>
        <w:t>. اما حملهٔ تازه به سربازان آماده، اسب، آذوقه و فرمانده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هماهنگ 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از</w:t>
      </w:r>
      <w:r w:rsidRPr="002B4164">
        <w:rPr>
          <w:rFonts w:ascii="Tahoma" w:hAnsi="Tahoma" w:cs="Tahoma"/>
          <w:rtl/>
        </w:rPr>
        <w:t xml:space="preserve"> داشت؛ همان 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زها</w:t>
      </w:r>
      <w:r w:rsidRPr="002B4164">
        <w:rPr>
          <w:rFonts w:ascii="Tahoma" w:hAnsi="Tahoma" w:cs="Tahoma" w:hint="cs"/>
          <w:rtl/>
        </w:rPr>
        <w:t>یی</w:t>
      </w:r>
      <w:r w:rsidRPr="002B4164">
        <w:rPr>
          <w:rFonts w:ascii="Tahoma" w:hAnsi="Tahoma" w:cs="Tahoma"/>
          <w:rtl/>
        </w:rPr>
        <w:t xml:space="preserve"> که محاصره روزب</w:t>
      </w:r>
      <w:r w:rsidRPr="002B4164">
        <w:rPr>
          <w:rFonts w:ascii="Tahoma" w:hAnsi="Tahoma" w:cs="Tahoma" w:hint="eastAsia"/>
          <w:rtl/>
        </w:rPr>
        <w:t>ه‌روز</w:t>
      </w:r>
      <w:r w:rsidRPr="002B4164">
        <w:rPr>
          <w:rFonts w:ascii="Tahoma" w:hAnsi="Tahoma" w:cs="Tahoma"/>
          <w:rtl/>
        </w:rPr>
        <w:t xml:space="preserve"> کمتر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کرد</w:t>
      </w:r>
      <w:r w:rsidRPr="002B4164">
        <w:rPr>
          <w:rFonts w:ascii="Tahoma" w:hAnsi="Tahoma" w:cs="Tahoma"/>
          <w:rtl/>
        </w:rPr>
        <w:t>.</w:t>
      </w:r>
    </w:p>
    <w:p w:rsidR="002B4164" w:rsidRPr="002B4164" w:rsidRDefault="002B4164" w:rsidP="002B416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B4164">
        <w:rPr>
          <w:rFonts w:ascii="Tahoma" w:hAnsi="Tahoma" w:cs="Tahoma" w:hint="eastAsia"/>
          <w:rtl/>
        </w:rPr>
        <w:t>شاه</w:t>
      </w:r>
      <w:r w:rsidRPr="002B4164">
        <w:rPr>
          <w:rFonts w:ascii="Tahoma" w:hAnsi="Tahoma" w:cs="Tahoma"/>
          <w:rtl/>
        </w:rPr>
        <w:t xml:space="preserve"> سلطان حس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ن</w:t>
      </w:r>
      <w:r w:rsidRPr="002B4164">
        <w:rPr>
          <w:rFonts w:ascii="Tahoma" w:hAnsi="Tahoma" w:cs="Tahoma"/>
          <w:rtl/>
        </w:rPr>
        <w:t xml:space="preserve"> نتوانست اختلاف‌ها را به تصم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م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قطع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تبد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ل</w:t>
      </w:r>
      <w:r w:rsidRPr="002B4164">
        <w:rPr>
          <w:rFonts w:ascii="Tahoma" w:hAnsi="Tahoma" w:cs="Tahoma"/>
          <w:rtl/>
        </w:rPr>
        <w:t xml:space="preserve"> کند. 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ن</w:t>
      </w:r>
      <w:r w:rsidRPr="002B4164">
        <w:rPr>
          <w:rFonts w:ascii="Tahoma" w:hAnsi="Tahoma" w:cs="Tahoma"/>
          <w:rtl/>
        </w:rPr>
        <w:t xml:space="preserve"> ناتوان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فقط از نرم‌خو</w:t>
      </w:r>
      <w:r w:rsidRPr="002B4164">
        <w:rPr>
          <w:rFonts w:ascii="Tahoma" w:hAnsi="Tahoma" w:cs="Tahoma" w:hint="cs"/>
          <w:rtl/>
        </w:rPr>
        <w:t>یی</w:t>
      </w:r>
      <w:r w:rsidRPr="002B4164">
        <w:rPr>
          <w:rFonts w:ascii="Tahoma" w:hAnsi="Tahoma" w:cs="Tahoma"/>
          <w:rtl/>
        </w:rPr>
        <w:t xml:space="preserve"> 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</w:t>
      </w:r>
      <w:r w:rsidRPr="002B4164">
        <w:rPr>
          <w:rFonts w:ascii="Tahoma" w:hAnsi="Tahoma" w:cs="Tahoma"/>
          <w:rtl/>
        </w:rPr>
        <w:t xml:space="preserve"> شخص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ت</w:t>
      </w:r>
      <w:r w:rsidRPr="002B4164">
        <w:rPr>
          <w:rFonts w:ascii="Tahoma" w:hAnsi="Tahoma" w:cs="Tahoma"/>
          <w:rtl/>
        </w:rPr>
        <w:t xml:space="preserve"> او سرچشمه نم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گرفت</w:t>
      </w:r>
      <w:r w:rsidRPr="002B4164">
        <w:rPr>
          <w:rFonts w:ascii="Tahoma" w:hAnsi="Tahoma" w:cs="Tahoma"/>
          <w:rtl/>
        </w:rPr>
        <w:t>. دستگاه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که ط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دهه‌ها صاحب‌منصبان مستقل را محدود و همه را به فرمان شاه وابسته کرده بود، اکنون در غ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اب</w:t>
      </w:r>
      <w:r w:rsidRPr="002B4164">
        <w:rPr>
          <w:rFonts w:ascii="Tahoma" w:hAnsi="Tahoma" w:cs="Tahoma"/>
          <w:rtl/>
        </w:rPr>
        <w:t xml:space="preserve"> ارادهٔ نها</w:t>
      </w:r>
      <w:r w:rsidRPr="002B4164">
        <w:rPr>
          <w:rFonts w:ascii="Tahoma" w:hAnsi="Tahoma" w:cs="Tahoma" w:hint="cs"/>
          <w:rtl/>
        </w:rPr>
        <w:t>یی</w:t>
      </w:r>
      <w:r w:rsidRPr="002B4164">
        <w:rPr>
          <w:rFonts w:ascii="Tahoma" w:hAnsi="Tahoma" w:cs="Tahoma"/>
          <w:rtl/>
        </w:rPr>
        <w:t xml:space="preserve"> از حرکت بازمانده بود. ه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چ</w:t>
      </w:r>
      <w:r w:rsidRPr="002B4164">
        <w:rPr>
          <w:rFonts w:ascii="Tahoma" w:hAnsi="Tahoma" w:cs="Tahoma"/>
          <w:rtl/>
        </w:rPr>
        <w:t xml:space="preserve"> شورا</w:t>
      </w:r>
      <w:r w:rsidRPr="002B4164">
        <w:rPr>
          <w:rFonts w:ascii="Tahoma" w:hAnsi="Tahoma" w:cs="Tahoma" w:hint="cs"/>
          <w:rtl/>
        </w:rPr>
        <w:t>یی</w:t>
      </w:r>
      <w:r w:rsidRPr="002B4164">
        <w:rPr>
          <w:rFonts w:ascii="Tahoma" w:hAnsi="Tahoma" w:cs="Tahoma"/>
          <w:rtl/>
        </w:rPr>
        <w:t xml:space="preserve"> اخت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ار</w:t>
      </w:r>
      <w:r w:rsidRPr="002B4164">
        <w:rPr>
          <w:rFonts w:ascii="Tahoma" w:hAnsi="Tahoma" w:cs="Tahoma"/>
          <w:rtl/>
        </w:rPr>
        <w:t xml:space="preserve"> قانون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نداشت به جا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شاه تصم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م</w:t>
      </w:r>
      <w:r w:rsidRPr="002B4164">
        <w:rPr>
          <w:rFonts w:ascii="Tahoma" w:hAnsi="Tahoma" w:cs="Tahoma"/>
          <w:rtl/>
        </w:rPr>
        <w:t xml:space="preserve"> بگ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رد</w:t>
      </w:r>
      <w:r w:rsidRPr="002B4164">
        <w:rPr>
          <w:rFonts w:ascii="Tahoma" w:hAnsi="Tahoma" w:cs="Tahoma"/>
          <w:rtl/>
        </w:rPr>
        <w:t xml:space="preserve"> و ه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چ</w:t>
      </w:r>
      <w:r w:rsidRPr="002B4164">
        <w:rPr>
          <w:rFonts w:ascii="Tahoma" w:hAnsi="Tahoma" w:cs="Tahoma"/>
          <w:rtl/>
        </w:rPr>
        <w:t xml:space="preserve"> فرمانده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نم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توانست</w:t>
      </w:r>
      <w:r w:rsidRPr="002B4164">
        <w:rPr>
          <w:rFonts w:ascii="Tahoma" w:hAnsi="Tahoma" w:cs="Tahoma"/>
          <w:rtl/>
        </w:rPr>
        <w:t xml:space="preserve"> بدون ب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م</w:t>
      </w:r>
      <w:r w:rsidRPr="002B4164">
        <w:rPr>
          <w:rFonts w:ascii="Tahoma" w:hAnsi="Tahoma" w:cs="Tahoma"/>
          <w:rtl/>
        </w:rPr>
        <w:t xml:space="preserve"> از مجازات همهٔ 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روها</w:t>
      </w:r>
      <w:r w:rsidRPr="002B4164">
        <w:rPr>
          <w:rFonts w:ascii="Tahoma" w:hAnsi="Tahoma" w:cs="Tahoma"/>
          <w:rtl/>
        </w:rPr>
        <w:t xml:space="preserve"> را در اخت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ار</w:t>
      </w:r>
      <w:r w:rsidRPr="002B4164">
        <w:rPr>
          <w:rFonts w:ascii="Tahoma" w:hAnsi="Tahoma" w:cs="Tahoma"/>
          <w:rtl/>
        </w:rPr>
        <w:t xml:space="preserve"> 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رد</w:t>
      </w:r>
      <w:r w:rsidRPr="002B4164">
        <w:rPr>
          <w:rFonts w:ascii="Tahoma" w:hAnsi="Tahoma" w:cs="Tahoma"/>
          <w:rtl/>
        </w:rPr>
        <w:t>.</w:t>
      </w:r>
    </w:p>
    <w:p w:rsidR="002B4164" w:rsidRPr="002B4164" w:rsidRDefault="002B4164" w:rsidP="002B416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B4164">
        <w:rPr>
          <w:rFonts w:ascii="Tahoma" w:hAnsi="Tahoma" w:cs="Tahoma" w:hint="eastAsia"/>
          <w:rtl/>
        </w:rPr>
        <w:t>گروه‌ها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دربار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توانستند</w:t>
      </w:r>
      <w:r w:rsidRPr="002B4164">
        <w:rPr>
          <w:rFonts w:ascii="Tahoma" w:hAnsi="Tahoma" w:cs="Tahoma"/>
          <w:rtl/>
        </w:rPr>
        <w:t xml:space="preserve"> پ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شنهاد</w:t>
      </w:r>
      <w:r w:rsidRPr="002B4164">
        <w:rPr>
          <w:rFonts w:ascii="Tahoma" w:hAnsi="Tahoma" w:cs="Tahoma"/>
          <w:rtl/>
        </w:rPr>
        <w:t xml:space="preserve"> دهند، اما مسئول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ت</w:t>
      </w:r>
      <w:r w:rsidRPr="002B4164">
        <w:rPr>
          <w:rFonts w:ascii="Tahoma" w:hAnsi="Tahoma" w:cs="Tahoma"/>
          <w:rtl/>
        </w:rPr>
        <w:t xml:space="preserve"> شکست را نم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پذ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رفتند</w:t>
      </w:r>
      <w:r w:rsidRPr="002B4164">
        <w:rPr>
          <w:rFonts w:ascii="Tahoma" w:hAnsi="Tahoma" w:cs="Tahoma"/>
          <w:rtl/>
        </w:rPr>
        <w:t>. اگر حمله‌ا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به فرمان 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ک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از آنان انجام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شد</w:t>
      </w:r>
      <w:r w:rsidRPr="002B4164">
        <w:rPr>
          <w:rFonts w:ascii="Tahoma" w:hAnsi="Tahoma" w:cs="Tahoma"/>
          <w:rtl/>
        </w:rPr>
        <w:t xml:space="preserve"> و شکست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خورد،</w:t>
      </w:r>
      <w:r w:rsidRPr="002B4164">
        <w:rPr>
          <w:rFonts w:ascii="Tahoma" w:hAnsi="Tahoma" w:cs="Tahoma"/>
          <w:rtl/>
        </w:rPr>
        <w:t xml:space="preserve"> همان فرد ممکن بود متهم به خ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انت</w:t>
      </w:r>
      <w:r w:rsidRPr="002B4164">
        <w:rPr>
          <w:rFonts w:ascii="Tahoma" w:hAnsi="Tahoma" w:cs="Tahoma"/>
          <w:rtl/>
        </w:rPr>
        <w:t xml:space="preserve"> 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</w:t>
      </w:r>
      <w:r w:rsidRPr="002B4164">
        <w:rPr>
          <w:rFonts w:ascii="Tahoma" w:hAnsi="Tahoma" w:cs="Tahoma"/>
          <w:rtl/>
        </w:rPr>
        <w:t xml:space="preserve"> ب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کفا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ت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شود. پس احت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اط</w:t>
      </w:r>
      <w:r w:rsidRPr="002B4164">
        <w:rPr>
          <w:rFonts w:ascii="Tahoma" w:hAnsi="Tahoma" w:cs="Tahoma"/>
          <w:rtl/>
        </w:rPr>
        <w:t xml:space="preserve"> شخص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جا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اقدام جمع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را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گرفت</w:t>
      </w:r>
      <w:r w:rsidRPr="002B4164">
        <w:rPr>
          <w:rFonts w:ascii="Tahoma" w:hAnsi="Tahoma" w:cs="Tahoma"/>
          <w:rtl/>
        </w:rPr>
        <w:t>. هر صاحب‌منصب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کوش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د</w:t>
      </w:r>
      <w:r w:rsidRPr="002B4164">
        <w:rPr>
          <w:rFonts w:ascii="Tahoma" w:hAnsi="Tahoma" w:cs="Tahoma"/>
          <w:rtl/>
        </w:rPr>
        <w:t xml:space="preserve"> خود را از مسئول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ت</w:t>
      </w:r>
      <w:r w:rsidRPr="002B4164">
        <w:rPr>
          <w:rFonts w:ascii="Tahoma" w:hAnsi="Tahoma" w:cs="Tahoma"/>
          <w:rtl/>
        </w:rPr>
        <w:t xml:space="preserve"> دور نگه دارد، درحال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که</w:t>
      </w:r>
      <w:r w:rsidRPr="002B4164">
        <w:rPr>
          <w:rFonts w:ascii="Tahoma" w:hAnsi="Tahoma" w:cs="Tahoma"/>
          <w:rtl/>
        </w:rPr>
        <w:t xml:space="preserve"> شهر به سو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نابود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رفت</w:t>
      </w:r>
      <w:r w:rsidRPr="002B4164">
        <w:rPr>
          <w:rFonts w:ascii="Tahoma" w:hAnsi="Tahoma" w:cs="Tahoma"/>
          <w:rtl/>
        </w:rPr>
        <w:t>.</w:t>
      </w:r>
    </w:p>
    <w:p w:rsidR="002B4164" w:rsidRPr="002B4164" w:rsidRDefault="002B4164" w:rsidP="002B416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B4164">
        <w:rPr>
          <w:rFonts w:ascii="Tahoma" w:hAnsi="Tahoma" w:cs="Tahoma" w:hint="eastAsia"/>
          <w:rtl/>
        </w:rPr>
        <w:t>شاهزاده</w:t>
      </w:r>
      <w:r w:rsidRPr="002B4164">
        <w:rPr>
          <w:rFonts w:ascii="Tahoma" w:hAnsi="Tahoma" w:cs="Tahoma"/>
          <w:rtl/>
        </w:rPr>
        <w:t xml:space="preserve"> تهماسب در ب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رون</w:t>
      </w:r>
      <w:r w:rsidRPr="002B4164">
        <w:rPr>
          <w:rFonts w:ascii="Tahoma" w:hAnsi="Tahoma" w:cs="Tahoma"/>
          <w:rtl/>
        </w:rPr>
        <w:t xml:space="preserve"> از اصفهان کوش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د</w:t>
      </w:r>
      <w:r w:rsidRPr="002B4164">
        <w:rPr>
          <w:rFonts w:ascii="Tahoma" w:hAnsi="Tahoma" w:cs="Tahoma"/>
          <w:rtl/>
        </w:rPr>
        <w:t xml:space="preserve"> 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رو</w:t>
      </w:r>
      <w:r w:rsidRPr="002B4164">
        <w:rPr>
          <w:rFonts w:ascii="Tahoma" w:hAnsi="Tahoma" w:cs="Tahoma"/>
          <w:rtl/>
        </w:rPr>
        <w:t xml:space="preserve"> گرد آورد. وجود او ام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برا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ادامهٔ سلطنت صفو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بود، اما هم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ن</w:t>
      </w:r>
      <w:r w:rsidRPr="002B4164">
        <w:rPr>
          <w:rFonts w:ascii="Tahoma" w:hAnsi="Tahoma" w:cs="Tahoma"/>
          <w:rtl/>
        </w:rPr>
        <w:t xml:space="preserve"> امر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توانست</w:t>
      </w:r>
      <w:r w:rsidRPr="002B4164">
        <w:rPr>
          <w:rFonts w:ascii="Tahoma" w:hAnsi="Tahoma" w:cs="Tahoma"/>
          <w:rtl/>
        </w:rPr>
        <w:t xml:space="preserve"> دربار را در تصم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م‌گ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دچار دوگانگ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کند. اگر پا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تخت</w:t>
      </w:r>
      <w:r w:rsidRPr="002B4164">
        <w:rPr>
          <w:rFonts w:ascii="Tahoma" w:hAnsi="Tahoma" w:cs="Tahoma"/>
          <w:rtl/>
        </w:rPr>
        <w:t xml:space="preserve"> تسل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م</w:t>
      </w:r>
      <w:r w:rsidRPr="002B4164">
        <w:rPr>
          <w:rFonts w:ascii="Tahoma" w:hAnsi="Tahoma" w:cs="Tahoma"/>
          <w:rtl/>
        </w:rPr>
        <w:t xml:space="preserve">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شد،</w:t>
      </w:r>
      <w:r w:rsidRPr="002B4164">
        <w:rPr>
          <w:rFonts w:ascii="Tahoma" w:hAnsi="Tahoma" w:cs="Tahoma"/>
          <w:rtl/>
        </w:rPr>
        <w:t xml:space="preserve"> آ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</w:t>
      </w:r>
      <w:r w:rsidRPr="002B4164">
        <w:rPr>
          <w:rFonts w:ascii="Tahoma" w:hAnsi="Tahoma" w:cs="Tahoma"/>
          <w:rtl/>
        </w:rPr>
        <w:t xml:space="preserve"> شاهزاده با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د</w:t>
      </w:r>
      <w:r w:rsidRPr="002B4164">
        <w:rPr>
          <w:rFonts w:ascii="Tahoma" w:hAnsi="Tahoma" w:cs="Tahoma"/>
          <w:rtl/>
        </w:rPr>
        <w:t xml:space="preserve"> جنگ را ادامه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داد؟</w:t>
      </w:r>
      <w:r w:rsidRPr="002B4164">
        <w:rPr>
          <w:rFonts w:ascii="Tahoma" w:hAnsi="Tahoma" w:cs="Tahoma"/>
          <w:rtl/>
        </w:rPr>
        <w:t xml:space="preserve"> اگر او در ب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رون</w:t>
      </w:r>
      <w:r w:rsidRPr="002B4164">
        <w:rPr>
          <w:rFonts w:ascii="Tahoma" w:hAnsi="Tahoma" w:cs="Tahoma"/>
          <w:rtl/>
        </w:rPr>
        <w:t xml:space="preserve"> خود را شاه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خواند،</w:t>
      </w:r>
      <w:r w:rsidRPr="002B4164">
        <w:rPr>
          <w:rFonts w:ascii="Tahoma" w:hAnsi="Tahoma" w:cs="Tahoma"/>
          <w:rtl/>
        </w:rPr>
        <w:t xml:space="preserve"> جا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گاه</w:t>
      </w:r>
      <w:r w:rsidRPr="002B4164">
        <w:rPr>
          <w:rFonts w:ascii="Tahoma" w:hAnsi="Tahoma" w:cs="Tahoma"/>
          <w:rtl/>
        </w:rPr>
        <w:t xml:space="preserve"> پدرش چه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شد؟</w:t>
      </w:r>
    </w:p>
    <w:p w:rsidR="002B4164" w:rsidRPr="002B4164" w:rsidRDefault="002B4164" w:rsidP="002B416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B4164">
        <w:rPr>
          <w:rFonts w:ascii="Tahoma" w:hAnsi="Tahoma" w:cs="Tahoma" w:hint="eastAsia"/>
          <w:rtl/>
        </w:rPr>
        <w:t>حاکمان</w:t>
      </w:r>
      <w:r w:rsidRPr="002B4164">
        <w:rPr>
          <w:rFonts w:ascii="Tahoma" w:hAnsi="Tahoma" w:cs="Tahoma"/>
          <w:rtl/>
        </w:rPr>
        <w:t xml:space="preserve"> 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الات</w:t>
      </w:r>
      <w:r w:rsidRPr="002B4164">
        <w:rPr>
          <w:rFonts w:ascii="Tahoma" w:hAnsi="Tahoma" w:cs="Tahoma"/>
          <w:rtl/>
        </w:rPr>
        <w:t xml:space="preserve"> 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ز</w:t>
      </w:r>
      <w:r w:rsidRPr="002B4164">
        <w:rPr>
          <w:rFonts w:ascii="Tahoma" w:hAnsi="Tahoma" w:cs="Tahoma"/>
          <w:rtl/>
        </w:rPr>
        <w:t xml:space="preserve"> وضع 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کسان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نداشتند. برخ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همچنان به خاندان صفو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وفادار بودند، برخ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توان کاف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برا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فرستادن قشون نداشتند و برخ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منتظر بودند بب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نند</w:t>
      </w:r>
      <w:r w:rsidRPr="002B4164">
        <w:rPr>
          <w:rFonts w:ascii="Tahoma" w:hAnsi="Tahoma" w:cs="Tahoma"/>
          <w:rtl/>
        </w:rPr>
        <w:t xml:space="preserve"> کدام طرف پ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روز</w:t>
      </w:r>
      <w:r w:rsidRPr="002B4164">
        <w:rPr>
          <w:rFonts w:ascii="Tahoma" w:hAnsi="Tahoma" w:cs="Tahoma"/>
          <w:rtl/>
        </w:rPr>
        <w:t xml:space="preserve">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شود</w:t>
      </w:r>
      <w:r w:rsidRPr="002B4164">
        <w:rPr>
          <w:rFonts w:ascii="Tahoma" w:hAnsi="Tahoma" w:cs="Tahoma"/>
          <w:rtl/>
        </w:rPr>
        <w:t>. در حکومت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که ارتباطات کند و اطلاعات متناقض بود، تصم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م</w:t>
      </w:r>
      <w:r w:rsidRPr="002B4164">
        <w:rPr>
          <w:rFonts w:ascii="Tahoma" w:hAnsi="Tahoma" w:cs="Tahoma"/>
          <w:rtl/>
        </w:rPr>
        <w:t xml:space="preserve"> حاکم محل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ممکن بود بر پا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هٔ</w:t>
      </w:r>
      <w:r w:rsidRPr="002B4164">
        <w:rPr>
          <w:rFonts w:ascii="Tahoma" w:hAnsi="Tahoma" w:cs="Tahoma"/>
          <w:rtl/>
        </w:rPr>
        <w:t xml:space="preserve"> شا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عه</w:t>
      </w:r>
      <w:r w:rsidRPr="002B4164">
        <w:rPr>
          <w:rFonts w:ascii="Tahoma" w:hAnsi="Tahoma" w:cs="Tahoma"/>
          <w:rtl/>
        </w:rPr>
        <w:t xml:space="preserve"> و منفعت فور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گرفته شود.</w:t>
      </w:r>
    </w:p>
    <w:p w:rsidR="002B4164" w:rsidRPr="002B4164" w:rsidRDefault="002B4164" w:rsidP="002B416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B4164">
        <w:rPr>
          <w:rFonts w:ascii="Tahoma" w:hAnsi="Tahoma" w:cs="Tahoma" w:hint="eastAsia"/>
          <w:rtl/>
        </w:rPr>
        <w:t>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روها</w:t>
      </w:r>
      <w:r w:rsidRPr="002B4164">
        <w:rPr>
          <w:rFonts w:ascii="Tahoma" w:hAnsi="Tahoma" w:cs="Tahoma" w:hint="cs"/>
          <w:rtl/>
        </w:rPr>
        <w:t>یی</w:t>
      </w:r>
      <w:r w:rsidRPr="002B4164">
        <w:rPr>
          <w:rFonts w:ascii="Tahoma" w:hAnsi="Tahoma" w:cs="Tahoma"/>
          <w:rtl/>
        </w:rPr>
        <w:t xml:space="preserve"> برا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کمک حرکت کردند، اما نتوانستند به صورت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هماهنگ محاصره را بشکنند. برخ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پ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ش</w:t>
      </w:r>
      <w:r w:rsidRPr="002B4164">
        <w:rPr>
          <w:rFonts w:ascii="Tahoma" w:hAnsi="Tahoma" w:cs="Tahoma"/>
          <w:rtl/>
        </w:rPr>
        <w:t xml:space="preserve"> از رس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دن</w:t>
      </w:r>
      <w:r w:rsidRPr="002B4164">
        <w:rPr>
          <w:rFonts w:ascii="Tahoma" w:hAnsi="Tahoma" w:cs="Tahoma"/>
          <w:rtl/>
        </w:rPr>
        <w:t xml:space="preserve"> پراکنده شدند، برخ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از فرمانده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و تدارکات کاف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برخوردار نبودند و برخ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درگ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</w:t>
      </w:r>
      <w:r w:rsidRPr="002B4164">
        <w:rPr>
          <w:rFonts w:ascii="Tahoma" w:hAnsi="Tahoma" w:cs="Tahoma"/>
          <w:rtl/>
        </w:rPr>
        <w:t xml:space="preserve"> رقابت‌ها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محل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ماندند. کشور هنوز سرباز و اسب داشت، اما مرکز نم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توانست</w:t>
      </w:r>
      <w:r w:rsidRPr="002B4164">
        <w:rPr>
          <w:rFonts w:ascii="Tahoma" w:hAnsi="Tahoma" w:cs="Tahoma"/>
          <w:rtl/>
        </w:rPr>
        <w:t xml:space="preserve"> آنان را در زما</w:t>
      </w:r>
      <w:r w:rsidRPr="002B4164">
        <w:rPr>
          <w:rFonts w:ascii="Tahoma" w:hAnsi="Tahoma" w:cs="Tahoma" w:hint="eastAsia"/>
          <w:rtl/>
        </w:rPr>
        <w:t>ن</w:t>
      </w:r>
      <w:r w:rsidRPr="002B4164">
        <w:rPr>
          <w:rFonts w:ascii="Tahoma" w:hAnsi="Tahoma" w:cs="Tahoma"/>
          <w:rtl/>
        </w:rPr>
        <w:t xml:space="preserve"> و مکان لازم گرد آورد.</w:t>
      </w:r>
    </w:p>
    <w:p w:rsidR="002B4164" w:rsidRPr="002B4164" w:rsidRDefault="002B4164" w:rsidP="002B416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B4164">
        <w:rPr>
          <w:rFonts w:ascii="Tahoma" w:hAnsi="Tahoma" w:cs="Tahoma" w:hint="eastAsia"/>
          <w:rtl/>
        </w:rPr>
        <w:t>هم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ن</w:t>
      </w:r>
      <w:r w:rsidRPr="002B4164">
        <w:rPr>
          <w:rFonts w:ascii="Tahoma" w:hAnsi="Tahoma" w:cs="Tahoma"/>
          <w:rtl/>
        </w:rPr>
        <w:t xml:space="preserve"> ناتوان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تفاوت م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ان</w:t>
      </w:r>
      <w:r w:rsidRPr="002B4164">
        <w:rPr>
          <w:rFonts w:ascii="Tahoma" w:hAnsi="Tahoma" w:cs="Tahoma"/>
          <w:rtl/>
        </w:rPr>
        <w:t xml:space="preserve"> «منابع کشور» و «قدرت حکومت» را آشکار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کرد</w:t>
      </w:r>
      <w:r w:rsidRPr="002B4164">
        <w:rPr>
          <w:rFonts w:ascii="Tahoma" w:hAnsi="Tahoma" w:cs="Tahoma"/>
          <w:rtl/>
        </w:rPr>
        <w:t>. 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ران</w:t>
      </w:r>
      <w:r w:rsidRPr="002B4164">
        <w:rPr>
          <w:rFonts w:ascii="Tahoma" w:hAnsi="Tahoma" w:cs="Tahoma"/>
          <w:rtl/>
        </w:rPr>
        <w:t xml:space="preserve"> از جمع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ت،</w:t>
      </w:r>
      <w:r w:rsidRPr="002B4164">
        <w:rPr>
          <w:rFonts w:ascii="Tahoma" w:hAnsi="Tahoma" w:cs="Tahoma"/>
          <w:rtl/>
        </w:rPr>
        <w:t xml:space="preserve"> زم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ن،</w:t>
      </w:r>
      <w:r w:rsidRPr="002B4164">
        <w:rPr>
          <w:rFonts w:ascii="Tahoma" w:hAnsi="Tahoma" w:cs="Tahoma"/>
          <w:rtl/>
        </w:rPr>
        <w:t xml:space="preserve"> شهر، قشون‌ها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محل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و ثروت خال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نشده بود. آنچه از م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ان</w:t>
      </w:r>
      <w:r w:rsidRPr="002B4164">
        <w:rPr>
          <w:rFonts w:ascii="Tahoma" w:hAnsi="Tahoma" w:cs="Tahoma"/>
          <w:rtl/>
        </w:rPr>
        <w:t xml:space="preserve"> رفته بود توان دستگاه مرکز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برا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تبد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ل</w:t>
      </w:r>
      <w:r w:rsidRPr="002B4164">
        <w:rPr>
          <w:rFonts w:ascii="Tahoma" w:hAnsi="Tahoma" w:cs="Tahoma"/>
          <w:rtl/>
        </w:rPr>
        <w:t xml:space="preserve"> 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ن</w:t>
      </w:r>
      <w:r w:rsidRPr="002B4164">
        <w:rPr>
          <w:rFonts w:ascii="Tahoma" w:hAnsi="Tahoma" w:cs="Tahoma"/>
          <w:rtl/>
        </w:rPr>
        <w:t xml:space="preserve"> منابع به عمل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هماهنگ بود.</w:t>
      </w:r>
    </w:p>
    <w:p w:rsidR="002B4164" w:rsidRPr="002B4164" w:rsidRDefault="002B4164" w:rsidP="002B416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B4164">
        <w:rPr>
          <w:rFonts w:ascii="Tahoma" w:hAnsi="Tahoma" w:cs="Tahoma" w:hint="eastAsia"/>
          <w:rtl/>
        </w:rPr>
        <w:t>محمود</w:t>
      </w:r>
      <w:r w:rsidRPr="002B4164">
        <w:rPr>
          <w:rFonts w:ascii="Tahoma" w:hAnsi="Tahoma" w:cs="Tahoma"/>
          <w:rtl/>
        </w:rPr>
        <w:t xml:space="preserve"> 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ز</w:t>
      </w:r>
      <w:r w:rsidRPr="002B4164">
        <w:rPr>
          <w:rFonts w:ascii="Tahoma" w:hAnsi="Tahoma" w:cs="Tahoma"/>
          <w:rtl/>
        </w:rPr>
        <w:t xml:space="preserve"> با مشکلات خود روبه‌رو بود. 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رو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او در سرزم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دور از قندهار قرار داشت و محاصره‌ا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طولان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منابعش را مصرف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کرد</w:t>
      </w:r>
      <w:r w:rsidRPr="002B4164">
        <w:rPr>
          <w:rFonts w:ascii="Tahoma" w:hAnsi="Tahoma" w:cs="Tahoma"/>
          <w:rtl/>
        </w:rPr>
        <w:t>. اگر سپاه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بزرگ و منظم از 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الات</w:t>
      </w:r>
      <w:r w:rsidRPr="002B4164">
        <w:rPr>
          <w:rFonts w:ascii="Tahoma" w:hAnsi="Tahoma" w:cs="Tahoma"/>
          <w:rtl/>
        </w:rPr>
        <w:t xml:space="preserve">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رس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د</w:t>
      </w:r>
      <w:r w:rsidRPr="002B4164">
        <w:rPr>
          <w:rFonts w:ascii="Tahoma" w:hAnsi="Tahoma" w:cs="Tahoma"/>
          <w:rtl/>
        </w:rPr>
        <w:t xml:space="preserve"> 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</w:t>
      </w:r>
      <w:r w:rsidRPr="002B4164">
        <w:rPr>
          <w:rFonts w:ascii="Tahoma" w:hAnsi="Tahoma" w:cs="Tahoma"/>
          <w:rtl/>
        </w:rPr>
        <w:t xml:space="preserve"> مردم اصفهان به حمله‌ا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هماهنگ دست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زدند،</w:t>
      </w:r>
      <w:r w:rsidRPr="002B4164">
        <w:rPr>
          <w:rFonts w:ascii="Tahoma" w:hAnsi="Tahoma" w:cs="Tahoma"/>
          <w:rtl/>
        </w:rPr>
        <w:t xml:space="preserve"> موقع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ت</w:t>
      </w:r>
      <w:r w:rsidRPr="002B4164">
        <w:rPr>
          <w:rFonts w:ascii="Tahoma" w:hAnsi="Tahoma" w:cs="Tahoma"/>
          <w:rtl/>
        </w:rPr>
        <w:t xml:space="preserve"> او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توانست</w:t>
      </w:r>
      <w:r w:rsidRPr="002B4164">
        <w:rPr>
          <w:rFonts w:ascii="Tahoma" w:hAnsi="Tahoma" w:cs="Tahoma"/>
          <w:rtl/>
        </w:rPr>
        <w:t xml:space="preserve"> به خطر ب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فتد</w:t>
      </w:r>
      <w:r w:rsidRPr="002B4164">
        <w:rPr>
          <w:rFonts w:ascii="Tahoma" w:hAnsi="Tahoma" w:cs="Tahoma"/>
          <w:rtl/>
        </w:rPr>
        <w:t>. او به اندازهٔ دربار صفو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به پا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ان</w:t>
      </w:r>
      <w:r w:rsidRPr="002B4164">
        <w:rPr>
          <w:rFonts w:ascii="Tahoma" w:hAnsi="Tahoma" w:cs="Tahoma"/>
          <w:rtl/>
        </w:rPr>
        <w:t xml:space="preserve"> سر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ع‌تر</w:t>
      </w:r>
      <w:r w:rsidRPr="002B4164">
        <w:rPr>
          <w:rFonts w:ascii="Tahoma" w:hAnsi="Tahoma" w:cs="Tahoma"/>
          <w:rtl/>
        </w:rPr>
        <w:t xml:space="preserve"> محاصره 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از</w:t>
      </w:r>
      <w:r w:rsidRPr="002B4164">
        <w:rPr>
          <w:rFonts w:ascii="Tahoma" w:hAnsi="Tahoma" w:cs="Tahoma"/>
          <w:rtl/>
        </w:rPr>
        <w:t xml:space="preserve"> داشت.</w:t>
      </w:r>
    </w:p>
    <w:p w:rsidR="002B4164" w:rsidRPr="002B4164" w:rsidRDefault="002B4164" w:rsidP="002B416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B4164">
        <w:rPr>
          <w:rFonts w:ascii="Tahoma" w:hAnsi="Tahoma" w:cs="Tahoma" w:hint="eastAsia"/>
          <w:rtl/>
        </w:rPr>
        <w:t>اما</w:t>
      </w:r>
      <w:r w:rsidRPr="002B4164">
        <w:rPr>
          <w:rFonts w:ascii="Tahoma" w:hAnsi="Tahoma" w:cs="Tahoma"/>
          <w:rtl/>
        </w:rPr>
        <w:t xml:space="preserve"> هر روز ضعف مدافعان آشکارتر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شد</w:t>
      </w:r>
      <w:r w:rsidRPr="002B4164">
        <w:rPr>
          <w:rFonts w:ascii="Tahoma" w:hAnsi="Tahoma" w:cs="Tahoma"/>
          <w:rtl/>
        </w:rPr>
        <w:t>. افغان‌ها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دند</w:t>
      </w:r>
      <w:r w:rsidRPr="002B4164">
        <w:rPr>
          <w:rFonts w:ascii="Tahoma" w:hAnsi="Tahoma" w:cs="Tahoma"/>
          <w:rtl/>
        </w:rPr>
        <w:t xml:space="preserve"> که کمک مؤثر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نم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رسد</w:t>
      </w:r>
      <w:r w:rsidRPr="002B4164">
        <w:rPr>
          <w:rFonts w:ascii="Tahoma" w:hAnsi="Tahoma" w:cs="Tahoma"/>
          <w:rtl/>
        </w:rPr>
        <w:t xml:space="preserve"> و دربار توان شکستن حلقهٔ محاصره را ندارد. در نت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جه،</w:t>
      </w:r>
      <w:r w:rsidRPr="002B4164">
        <w:rPr>
          <w:rFonts w:ascii="Tahoma" w:hAnsi="Tahoma" w:cs="Tahoma"/>
          <w:rtl/>
        </w:rPr>
        <w:t xml:space="preserve"> خواسته‌ها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محمود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توانست</w:t>
      </w:r>
      <w:r w:rsidRPr="002B4164">
        <w:rPr>
          <w:rFonts w:ascii="Tahoma" w:hAnsi="Tahoma" w:cs="Tahoma"/>
          <w:rtl/>
        </w:rPr>
        <w:t xml:space="preserve"> سنگ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ن‌تر</w:t>
      </w:r>
      <w:r w:rsidRPr="002B4164">
        <w:rPr>
          <w:rFonts w:ascii="Tahoma" w:hAnsi="Tahoma" w:cs="Tahoma"/>
          <w:rtl/>
        </w:rPr>
        <w:t xml:space="preserve"> شود. او 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گر</w:t>
      </w:r>
      <w:r w:rsidRPr="002B4164">
        <w:rPr>
          <w:rFonts w:ascii="Tahoma" w:hAnsi="Tahoma" w:cs="Tahoma"/>
          <w:rtl/>
        </w:rPr>
        <w:t xml:space="preserve"> فقط به استقلال قندهار 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</w:t>
      </w:r>
      <w:r w:rsidRPr="002B4164">
        <w:rPr>
          <w:rFonts w:ascii="Tahoma" w:hAnsi="Tahoma" w:cs="Tahoma"/>
          <w:rtl/>
        </w:rPr>
        <w:t xml:space="preserve"> امت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از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س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اس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رضا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ت</w:t>
      </w:r>
      <w:r w:rsidRPr="002B4164">
        <w:rPr>
          <w:rFonts w:ascii="Tahoma" w:hAnsi="Tahoma" w:cs="Tahoma"/>
          <w:rtl/>
        </w:rPr>
        <w:t xml:space="preserve"> نم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داد؛</w:t>
      </w:r>
      <w:r w:rsidRPr="002B4164">
        <w:rPr>
          <w:rFonts w:ascii="Tahoma" w:hAnsi="Tahoma" w:cs="Tahoma"/>
          <w:rtl/>
        </w:rPr>
        <w:t xml:space="preserve"> تاج صفو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در دسترسش قرار </w:t>
      </w:r>
      <w:r w:rsidRPr="002B4164">
        <w:rPr>
          <w:rFonts w:ascii="Tahoma" w:hAnsi="Tahoma" w:cs="Tahoma" w:hint="eastAsia"/>
          <w:rtl/>
        </w:rPr>
        <w:t>گرفته</w:t>
      </w:r>
      <w:r w:rsidRPr="002B4164">
        <w:rPr>
          <w:rFonts w:ascii="Tahoma" w:hAnsi="Tahoma" w:cs="Tahoma"/>
          <w:rtl/>
        </w:rPr>
        <w:t xml:space="preserve"> بود.</w:t>
      </w:r>
    </w:p>
    <w:p w:rsidR="002B4164" w:rsidRPr="002B4164" w:rsidRDefault="002B4164" w:rsidP="002B416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B4164">
        <w:rPr>
          <w:rFonts w:ascii="Tahoma" w:hAnsi="Tahoma" w:cs="Tahoma" w:hint="eastAsia"/>
          <w:rtl/>
        </w:rPr>
        <w:t>مذاکرات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م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ان</w:t>
      </w:r>
      <w:r w:rsidRPr="002B4164">
        <w:rPr>
          <w:rFonts w:ascii="Tahoma" w:hAnsi="Tahoma" w:cs="Tahoma"/>
          <w:rtl/>
        </w:rPr>
        <w:t xml:space="preserve"> دو طرف انجام شد، اما اعتماد وجود نداشت. دربار ممکن بود ام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دوار</w:t>
      </w:r>
      <w:r w:rsidRPr="002B4164">
        <w:rPr>
          <w:rFonts w:ascii="Tahoma" w:hAnsi="Tahoma" w:cs="Tahoma"/>
          <w:rtl/>
        </w:rPr>
        <w:t xml:space="preserve"> باشد با وعدهٔ پول، منصب 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</w:t>
      </w:r>
      <w:r w:rsidRPr="002B4164">
        <w:rPr>
          <w:rFonts w:ascii="Tahoma" w:hAnsi="Tahoma" w:cs="Tahoma"/>
          <w:rtl/>
        </w:rPr>
        <w:t xml:space="preserve"> ازدواج س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اس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محمود را از پا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تخت</w:t>
      </w:r>
      <w:r w:rsidRPr="002B4164">
        <w:rPr>
          <w:rFonts w:ascii="Tahoma" w:hAnsi="Tahoma" w:cs="Tahoma"/>
          <w:rtl/>
        </w:rPr>
        <w:t xml:space="preserve"> دور کند. محمود 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ز</w:t>
      </w:r>
      <w:r w:rsidRPr="002B4164">
        <w:rPr>
          <w:rFonts w:ascii="Tahoma" w:hAnsi="Tahoma" w:cs="Tahoma"/>
          <w:rtl/>
        </w:rPr>
        <w:t xml:space="preserve">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دانست</w:t>
      </w:r>
      <w:r w:rsidRPr="002B4164">
        <w:rPr>
          <w:rFonts w:ascii="Tahoma" w:hAnsi="Tahoma" w:cs="Tahoma"/>
          <w:rtl/>
        </w:rPr>
        <w:t xml:space="preserve"> حکومت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که حت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غذا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پا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تخت</w:t>
      </w:r>
      <w:r w:rsidRPr="002B4164">
        <w:rPr>
          <w:rFonts w:ascii="Tahoma" w:hAnsi="Tahoma" w:cs="Tahoma"/>
          <w:rtl/>
        </w:rPr>
        <w:t xml:space="preserve"> خود را تأم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ن</w:t>
      </w:r>
      <w:r w:rsidRPr="002B4164">
        <w:rPr>
          <w:rFonts w:ascii="Tahoma" w:hAnsi="Tahoma" w:cs="Tahoma"/>
          <w:rtl/>
        </w:rPr>
        <w:t xml:space="preserve"> نم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کند</w:t>
      </w:r>
      <w:r w:rsidRPr="002B4164">
        <w:rPr>
          <w:rFonts w:ascii="Tahoma" w:hAnsi="Tahoma" w:cs="Tahoma"/>
          <w:rtl/>
        </w:rPr>
        <w:t xml:space="preserve"> شا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د</w:t>
      </w:r>
      <w:r w:rsidRPr="002B4164">
        <w:rPr>
          <w:rFonts w:ascii="Tahoma" w:hAnsi="Tahoma" w:cs="Tahoma"/>
          <w:rtl/>
        </w:rPr>
        <w:t xml:space="preserve"> نتواند تعهد مال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</w:t>
      </w:r>
      <w:r w:rsidRPr="002B4164">
        <w:rPr>
          <w:rFonts w:ascii="Tahoma" w:hAnsi="Tahoma" w:cs="Tahoma"/>
          <w:rtl/>
        </w:rPr>
        <w:t xml:space="preserve"> س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اس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اش</w:t>
      </w:r>
      <w:r w:rsidRPr="002B4164">
        <w:rPr>
          <w:rFonts w:ascii="Tahoma" w:hAnsi="Tahoma" w:cs="Tahoma"/>
          <w:rtl/>
        </w:rPr>
        <w:t xml:space="preserve"> را اجرا کند.</w:t>
      </w:r>
    </w:p>
    <w:p w:rsidR="002B4164" w:rsidRPr="002B4164" w:rsidRDefault="002B4164" w:rsidP="002B416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B4164">
        <w:rPr>
          <w:rFonts w:ascii="Tahoma" w:hAnsi="Tahoma" w:cs="Tahoma" w:hint="eastAsia"/>
          <w:rtl/>
        </w:rPr>
        <w:t>درون</w:t>
      </w:r>
      <w:r w:rsidRPr="002B4164">
        <w:rPr>
          <w:rFonts w:ascii="Tahoma" w:hAnsi="Tahoma" w:cs="Tahoma"/>
          <w:rtl/>
        </w:rPr>
        <w:t xml:space="preserve"> شهر، مرگ‌وم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</w:t>
      </w:r>
      <w:r w:rsidRPr="002B4164">
        <w:rPr>
          <w:rFonts w:ascii="Tahoma" w:hAnsi="Tahoma" w:cs="Tahoma"/>
          <w:rtl/>
        </w:rPr>
        <w:t xml:space="preserve"> و ناام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افزا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ش</w:t>
      </w:r>
      <w:r w:rsidRPr="002B4164">
        <w:rPr>
          <w:rFonts w:ascii="Tahoma" w:hAnsi="Tahoma" w:cs="Tahoma"/>
          <w:rtl/>
        </w:rPr>
        <w:t xml:space="preserve"> 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افت</w:t>
      </w:r>
      <w:r w:rsidRPr="002B4164">
        <w:rPr>
          <w:rFonts w:ascii="Tahoma" w:hAnsi="Tahoma" w:cs="Tahoma"/>
          <w:rtl/>
        </w:rPr>
        <w:t>. خ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ابان‌ها</w:t>
      </w:r>
      <w:r w:rsidRPr="002B4164">
        <w:rPr>
          <w:rFonts w:ascii="Tahoma" w:hAnsi="Tahoma" w:cs="Tahoma"/>
          <w:rtl/>
        </w:rPr>
        <w:t xml:space="preserve"> و خانه‌ها از مردگان پر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شدند</w:t>
      </w:r>
      <w:r w:rsidRPr="002B4164">
        <w:rPr>
          <w:rFonts w:ascii="Tahoma" w:hAnsi="Tahoma" w:cs="Tahoma"/>
          <w:rtl/>
        </w:rPr>
        <w:t xml:space="preserve"> و توان دفن آنان کاهش م</w:t>
      </w:r>
      <w:r w:rsidRPr="002B4164">
        <w:rPr>
          <w:rFonts w:ascii="Tahoma" w:hAnsi="Tahoma" w:cs="Tahoma" w:hint="cs"/>
          <w:rtl/>
        </w:rPr>
        <w:t>ی‌ی</w:t>
      </w:r>
      <w:r w:rsidRPr="002B4164">
        <w:rPr>
          <w:rFonts w:ascii="Tahoma" w:hAnsi="Tahoma" w:cs="Tahoma" w:hint="eastAsia"/>
          <w:rtl/>
        </w:rPr>
        <w:t>افت</w:t>
      </w:r>
      <w:r w:rsidRPr="002B4164">
        <w:rPr>
          <w:rFonts w:ascii="Tahoma" w:hAnsi="Tahoma" w:cs="Tahoma"/>
          <w:rtl/>
        </w:rPr>
        <w:t>. ب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مار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در م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ان</w:t>
      </w:r>
      <w:r w:rsidRPr="002B4164">
        <w:rPr>
          <w:rFonts w:ascii="Tahoma" w:hAnsi="Tahoma" w:cs="Tahoma"/>
          <w:rtl/>
        </w:rPr>
        <w:t xml:space="preserve"> جمع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ت</w:t>
      </w:r>
      <w:r w:rsidRPr="002B4164">
        <w:rPr>
          <w:rFonts w:ascii="Tahoma" w:hAnsi="Tahoma" w:cs="Tahoma"/>
          <w:rtl/>
        </w:rPr>
        <w:t xml:space="preserve"> ضع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ف</w:t>
      </w:r>
      <w:r w:rsidRPr="002B4164">
        <w:rPr>
          <w:rFonts w:ascii="Tahoma" w:hAnsi="Tahoma" w:cs="Tahoma"/>
          <w:rtl/>
        </w:rPr>
        <w:t xml:space="preserve"> گسترش پ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دا</w:t>
      </w:r>
      <w:r w:rsidRPr="002B4164">
        <w:rPr>
          <w:rFonts w:ascii="Tahoma" w:hAnsi="Tahoma" w:cs="Tahoma"/>
          <w:rtl/>
        </w:rPr>
        <w:t xml:space="preserve">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کرد</w:t>
      </w:r>
      <w:r w:rsidRPr="002B4164">
        <w:rPr>
          <w:rFonts w:ascii="Tahoma" w:hAnsi="Tahoma" w:cs="Tahoma"/>
          <w:rtl/>
        </w:rPr>
        <w:t>. دربار 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ز</w:t>
      </w:r>
      <w:r w:rsidRPr="002B4164">
        <w:rPr>
          <w:rFonts w:ascii="Tahoma" w:hAnsi="Tahoma" w:cs="Tahoma"/>
          <w:rtl/>
        </w:rPr>
        <w:t xml:space="preserve"> 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گر</w:t>
      </w:r>
      <w:r w:rsidRPr="002B4164">
        <w:rPr>
          <w:rFonts w:ascii="Tahoma" w:hAnsi="Tahoma" w:cs="Tahoma"/>
          <w:rtl/>
        </w:rPr>
        <w:t xml:space="preserve"> نم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توانست</w:t>
      </w:r>
      <w:r w:rsidRPr="002B4164">
        <w:rPr>
          <w:rFonts w:ascii="Tahoma" w:hAnsi="Tahoma" w:cs="Tahoma"/>
          <w:rtl/>
        </w:rPr>
        <w:t xml:space="preserve"> خود را از سرنوشت شهر جدا نگه دارد.</w:t>
      </w:r>
    </w:p>
    <w:p w:rsidR="002B4164" w:rsidRPr="002B4164" w:rsidRDefault="002B4164" w:rsidP="002B416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B4164">
        <w:rPr>
          <w:rFonts w:ascii="Tahoma" w:hAnsi="Tahoma" w:cs="Tahoma" w:hint="eastAsia"/>
          <w:rtl/>
        </w:rPr>
        <w:t>خدمتگزاران،</w:t>
      </w:r>
      <w:r w:rsidRPr="002B4164">
        <w:rPr>
          <w:rFonts w:ascii="Tahoma" w:hAnsi="Tahoma" w:cs="Tahoma"/>
          <w:rtl/>
        </w:rPr>
        <w:t xml:space="preserve"> نگهبانان و سربازان کاخ 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ز</w:t>
      </w:r>
      <w:r w:rsidRPr="002B4164">
        <w:rPr>
          <w:rFonts w:ascii="Tahoma" w:hAnsi="Tahoma" w:cs="Tahoma"/>
          <w:rtl/>
        </w:rPr>
        <w:t xml:space="preserve"> خانواده و 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ازها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خود را داشتند. اگر گرسنگ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ادامه م</w:t>
      </w:r>
      <w:r w:rsidRPr="002B4164">
        <w:rPr>
          <w:rFonts w:ascii="Tahoma" w:hAnsi="Tahoma" w:cs="Tahoma" w:hint="cs"/>
          <w:rtl/>
        </w:rPr>
        <w:t>ی‌ی</w:t>
      </w:r>
      <w:r w:rsidRPr="002B4164">
        <w:rPr>
          <w:rFonts w:ascii="Tahoma" w:hAnsi="Tahoma" w:cs="Tahoma" w:hint="eastAsia"/>
          <w:rtl/>
        </w:rPr>
        <w:t>افت،</w:t>
      </w:r>
      <w:r w:rsidRPr="002B4164">
        <w:rPr>
          <w:rFonts w:ascii="Tahoma" w:hAnsi="Tahoma" w:cs="Tahoma"/>
          <w:rtl/>
        </w:rPr>
        <w:t xml:space="preserve"> وفادار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نزد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ک‌تر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ن</w:t>
      </w:r>
      <w:r w:rsidRPr="002B4164">
        <w:rPr>
          <w:rFonts w:ascii="Tahoma" w:hAnsi="Tahoma" w:cs="Tahoma"/>
          <w:rtl/>
        </w:rPr>
        <w:t xml:space="preserve"> 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روها</w:t>
      </w:r>
      <w:r w:rsidRPr="002B4164">
        <w:rPr>
          <w:rFonts w:ascii="Tahoma" w:hAnsi="Tahoma" w:cs="Tahoma"/>
          <w:rtl/>
        </w:rPr>
        <w:t xml:space="preserve"> به شاه 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ز</w:t>
      </w:r>
      <w:r w:rsidRPr="002B4164">
        <w:rPr>
          <w:rFonts w:ascii="Tahoma" w:hAnsi="Tahoma" w:cs="Tahoma"/>
          <w:rtl/>
        </w:rPr>
        <w:t xml:space="preserve"> تضم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ن‌شده</w:t>
      </w:r>
      <w:r w:rsidRPr="002B4164">
        <w:rPr>
          <w:rFonts w:ascii="Tahoma" w:hAnsi="Tahoma" w:cs="Tahoma"/>
          <w:rtl/>
        </w:rPr>
        <w:t xml:space="preserve"> نبود. فرمانروا ممکن بود کاخ و عنوان خود را حفظ کند، اما بدون کسان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که از او اطاعت کنند تاج فقط نشانه‌ا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ب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قدرت</w:t>
      </w:r>
      <w:r w:rsidRPr="002B4164">
        <w:rPr>
          <w:rFonts w:ascii="Tahoma" w:hAnsi="Tahoma" w:cs="Tahoma"/>
          <w:rtl/>
        </w:rPr>
        <w:t xml:space="preserve"> بود.</w:t>
      </w:r>
    </w:p>
    <w:p w:rsidR="002B4164" w:rsidRPr="002B4164" w:rsidRDefault="002B4164" w:rsidP="002B416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B4164">
        <w:rPr>
          <w:rFonts w:ascii="Tahoma" w:hAnsi="Tahoma" w:cs="Tahoma" w:hint="eastAsia"/>
          <w:rtl/>
        </w:rPr>
        <w:t>شاه</w:t>
      </w:r>
      <w:r w:rsidRPr="002B4164">
        <w:rPr>
          <w:rFonts w:ascii="Tahoma" w:hAnsi="Tahoma" w:cs="Tahoma"/>
          <w:rtl/>
        </w:rPr>
        <w:t xml:space="preserve"> سلطان حس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ن</w:t>
      </w:r>
      <w:r w:rsidRPr="002B4164">
        <w:rPr>
          <w:rFonts w:ascii="Tahoma" w:hAnsi="Tahoma" w:cs="Tahoma"/>
          <w:rtl/>
        </w:rPr>
        <w:t xml:space="preserve"> سرانجام در برابر دو انتخاب قرار گرفت: ادامهٔ مقاومت تا مرگ بخش بزرگ‌تر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از مردم و احتمال هجوم خشونت‌آم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ز</w:t>
      </w:r>
      <w:r w:rsidRPr="002B4164">
        <w:rPr>
          <w:rFonts w:ascii="Tahoma" w:hAnsi="Tahoma" w:cs="Tahoma"/>
          <w:rtl/>
        </w:rPr>
        <w:t xml:space="preserve"> به شهر، 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</w:t>
      </w:r>
      <w:r w:rsidRPr="002B4164">
        <w:rPr>
          <w:rFonts w:ascii="Tahoma" w:hAnsi="Tahoma" w:cs="Tahoma"/>
          <w:rtl/>
        </w:rPr>
        <w:t xml:space="preserve"> تسل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م</w:t>
      </w:r>
      <w:r w:rsidRPr="002B4164">
        <w:rPr>
          <w:rFonts w:ascii="Tahoma" w:hAnsi="Tahoma" w:cs="Tahoma"/>
          <w:rtl/>
        </w:rPr>
        <w:t xml:space="preserve"> تاج به ام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د</w:t>
      </w:r>
      <w:r w:rsidRPr="002B4164">
        <w:rPr>
          <w:rFonts w:ascii="Tahoma" w:hAnsi="Tahoma" w:cs="Tahoma"/>
          <w:rtl/>
        </w:rPr>
        <w:t xml:space="preserve"> پا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ان</w:t>
      </w:r>
      <w:r w:rsidRPr="002B4164">
        <w:rPr>
          <w:rFonts w:ascii="Tahoma" w:hAnsi="Tahoma" w:cs="Tahoma"/>
          <w:rtl/>
        </w:rPr>
        <w:t xml:space="preserve"> قحط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و حفظ جان بازماندگان. ه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چ‌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ک</w:t>
      </w:r>
      <w:r w:rsidRPr="002B4164">
        <w:rPr>
          <w:rFonts w:ascii="Tahoma" w:hAnsi="Tahoma" w:cs="Tahoma"/>
          <w:rtl/>
        </w:rPr>
        <w:t xml:space="preserve"> پ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روز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نبود. حکومت فرصت انتخاب راه بهتر را ماه‌ها و سال‌ها پ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ش</w:t>
      </w:r>
      <w:r w:rsidRPr="002B4164">
        <w:rPr>
          <w:rFonts w:ascii="Tahoma" w:hAnsi="Tahoma" w:cs="Tahoma"/>
          <w:rtl/>
        </w:rPr>
        <w:t xml:space="preserve"> از د</w:t>
      </w:r>
      <w:r w:rsidRPr="002B4164">
        <w:rPr>
          <w:rFonts w:ascii="Tahoma" w:hAnsi="Tahoma" w:cs="Tahoma" w:hint="eastAsia"/>
          <w:rtl/>
        </w:rPr>
        <w:t>ست</w:t>
      </w:r>
      <w:r w:rsidRPr="002B4164">
        <w:rPr>
          <w:rFonts w:ascii="Tahoma" w:hAnsi="Tahoma" w:cs="Tahoma"/>
          <w:rtl/>
        </w:rPr>
        <w:t xml:space="preserve"> داده بود.</w:t>
      </w:r>
    </w:p>
    <w:p w:rsidR="002B4164" w:rsidRPr="002B4164" w:rsidRDefault="002B4164" w:rsidP="002B416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B4164">
        <w:rPr>
          <w:rFonts w:ascii="Tahoma" w:hAnsi="Tahoma" w:cs="Tahoma" w:hint="eastAsia"/>
          <w:rtl/>
        </w:rPr>
        <w:t>تصم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م</w:t>
      </w:r>
      <w:r w:rsidRPr="002B4164">
        <w:rPr>
          <w:rFonts w:ascii="Tahoma" w:hAnsi="Tahoma" w:cs="Tahoma"/>
          <w:rtl/>
        </w:rPr>
        <w:t xml:space="preserve"> به تسل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م</w:t>
      </w:r>
      <w:r w:rsidRPr="002B4164">
        <w:rPr>
          <w:rFonts w:ascii="Tahoma" w:hAnsi="Tahoma" w:cs="Tahoma"/>
          <w:rtl/>
        </w:rPr>
        <w:t xml:space="preserve"> را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توان</w:t>
      </w:r>
      <w:r w:rsidRPr="002B4164">
        <w:rPr>
          <w:rFonts w:ascii="Tahoma" w:hAnsi="Tahoma" w:cs="Tahoma"/>
          <w:rtl/>
        </w:rPr>
        <w:t xml:space="preserve"> نشانهٔ ناتوان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شاه دانست، اما با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د</w:t>
      </w:r>
      <w:r w:rsidRPr="002B4164">
        <w:rPr>
          <w:rFonts w:ascii="Tahoma" w:hAnsi="Tahoma" w:cs="Tahoma"/>
          <w:rtl/>
        </w:rPr>
        <w:t xml:space="preserve"> وضع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را که در آن گرفته شد 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ز</w:t>
      </w:r>
      <w:r w:rsidRPr="002B4164">
        <w:rPr>
          <w:rFonts w:ascii="Tahoma" w:hAnsi="Tahoma" w:cs="Tahoma"/>
          <w:rtl/>
        </w:rPr>
        <w:t xml:space="preserve"> 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د</w:t>
      </w:r>
      <w:r w:rsidRPr="002B4164">
        <w:rPr>
          <w:rFonts w:ascii="Tahoma" w:hAnsi="Tahoma" w:cs="Tahoma"/>
          <w:rtl/>
        </w:rPr>
        <w:t>. اصفهان 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گر</w:t>
      </w:r>
      <w:r w:rsidRPr="002B4164">
        <w:rPr>
          <w:rFonts w:ascii="Tahoma" w:hAnsi="Tahoma" w:cs="Tahoma"/>
          <w:rtl/>
        </w:rPr>
        <w:t xml:space="preserve"> توان دفاع مؤثر نداشت و کمک ب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رون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نرس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ده</w:t>
      </w:r>
      <w:r w:rsidRPr="002B4164">
        <w:rPr>
          <w:rFonts w:ascii="Tahoma" w:hAnsi="Tahoma" w:cs="Tahoma"/>
          <w:rtl/>
        </w:rPr>
        <w:t xml:space="preserve"> بود. ادامهٔ مقاومت ممکن بود فقط بر شمار مردگان ب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فزا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د،</w:t>
      </w:r>
      <w:r w:rsidRPr="002B4164">
        <w:rPr>
          <w:rFonts w:ascii="Tahoma" w:hAnsi="Tahoma" w:cs="Tahoma"/>
          <w:rtl/>
        </w:rPr>
        <w:t xml:space="preserve"> ب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آنکه</w:t>
      </w:r>
      <w:r w:rsidRPr="002B4164">
        <w:rPr>
          <w:rFonts w:ascii="Tahoma" w:hAnsi="Tahoma" w:cs="Tahoma"/>
          <w:rtl/>
        </w:rPr>
        <w:t xml:space="preserve"> نت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جهٔ</w:t>
      </w:r>
      <w:r w:rsidRPr="002B4164">
        <w:rPr>
          <w:rFonts w:ascii="Tahoma" w:hAnsi="Tahoma" w:cs="Tahoma"/>
          <w:rtl/>
        </w:rPr>
        <w:t xml:space="preserve"> س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اس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را تغ</w:t>
      </w:r>
      <w:r w:rsidRPr="002B4164">
        <w:rPr>
          <w:rFonts w:ascii="Tahoma" w:hAnsi="Tahoma" w:cs="Tahoma" w:hint="cs"/>
          <w:rtl/>
        </w:rPr>
        <w:t>یی</w:t>
      </w:r>
      <w:r w:rsidRPr="002B4164">
        <w:rPr>
          <w:rFonts w:ascii="Tahoma" w:hAnsi="Tahoma" w:cs="Tahoma" w:hint="eastAsia"/>
          <w:rtl/>
        </w:rPr>
        <w:t>ر</w:t>
      </w:r>
      <w:r w:rsidRPr="002B4164">
        <w:rPr>
          <w:rFonts w:ascii="Tahoma" w:hAnsi="Tahoma" w:cs="Tahoma"/>
          <w:rtl/>
        </w:rPr>
        <w:t xml:space="preserve"> دهد.</w:t>
      </w:r>
    </w:p>
    <w:p w:rsidR="002B4164" w:rsidRPr="002B4164" w:rsidRDefault="002B4164" w:rsidP="002B416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B4164">
        <w:rPr>
          <w:rFonts w:ascii="Tahoma" w:hAnsi="Tahoma" w:cs="Tahoma" w:hint="eastAsia"/>
          <w:rtl/>
        </w:rPr>
        <w:t>در</w:t>
      </w:r>
      <w:r w:rsidRPr="002B4164">
        <w:rPr>
          <w:rFonts w:ascii="Tahoma" w:hAnsi="Tahoma" w:cs="Tahoma"/>
          <w:rtl/>
        </w:rPr>
        <w:t xml:space="preserve"> اکتبر </w:t>
      </w:r>
      <w:r w:rsidRPr="002B4164">
        <w:rPr>
          <w:rFonts w:ascii="Tahoma" w:hAnsi="Tahoma" w:cs="Tahoma"/>
          <w:rtl/>
          <w:lang w:bidi="fa-IR"/>
        </w:rPr>
        <w:t>۱۷۲۲</w:t>
      </w:r>
      <w:r w:rsidRPr="002B4164">
        <w:rPr>
          <w:rFonts w:ascii="Tahoma" w:hAnsi="Tahoma" w:cs="Tahoma"/>
          <w:rtl/>
        </w:rPr>
        <w:t xml:space="preserve"> م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لاد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،</w:t>
      </w:r>
      <w:r w:rsidRPr="002B4164">
        <w:rPr>
          <w:rFonts w:ascii="Tahoma" w:hAnsi="Tahoma" w:cs="Tahoma"/>
          <w:rtl/>
        </w:rPr>
        <w:t xml:space="preserve"> شاه سلطان حس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ن</w:t>
      </w:r>
      <w:r w:rsidRPr="002B4164">
        <w:rPr>
          <w:rFonts w:ascii="Tahoma" w:hAnsi="Tahoma" w:cs="Tahoma"/>
          <w:rtl/>
        </w:rPr>
        <w:t xml:space="preserve"> از شهر ب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رون</w:t>
      </w:r>
      <w:r w:rsidRPr="002B4164">
        <w:rPr>
          <w:rFonts w:ascii="Tahoma" w:hAnsi="Tahoma" w:cs="Tahoma"/>
          <w:rtl/>
        </w:rPr>
        <w:t xml:space="preserve"> رفت و به اردوگاه محمود رس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د</w:t>
      </w:r>
      <w:r w:rsidRPr="002B4164">
        <w:rPr>
          <w:rFonts w:ascii="Tahoma" w:hAnsi="Tahoma" w:cs="Tahoma"/>
          <w:rtl/>
        </w:rPr>
        <w:t>. پادشاه صفو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که خود را وارث شاه اسماع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ل،</w:t>
      </w:r>
      <w:r w:rsidRPr="002B4164">
        <w:rPr>
          <w:rFonts w:ascii="Tahoma" w:hAnsi="Tahoma" w:cs="Tahoma"/>
          <w:rtl/>
        </w:rPr>
        <w:t xml:space="preserve"> پاسدار تش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ع</w:t>
      </w:r>
      <w:r w:rsidRPr="002B4164">
        <w:rPr>
          <w:rFonts w:ascii="Tahoma" w:hAnsi="Tahoma" w:cs="Tahoma"/>
          <w:rtl/>
        </w:rPr>
        <w:t xml:space="preserve"> و صاحب تاج 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ران</w:t>
      </w:r>
      <w:r w:rsidRPr="002B4164">
        <w:rPr>
          <w:rFonts w:ascii="Tahoma" w:hAnsi="Tahoma" w:cs="Tahoma"/>
          <w:rtl/>
        </w:rPr>
        <w:t xml:space="preserve">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دانست،</w:t>
      </w:r>
      <w:r w:rsidRPr="002B4164">
        <w:rPr>
          <w:rFonts w:ascii="Tahoma" w:hAnsi="Tahoma" w:cs="Tahoma"/>
          <w:rtl/>
        </w:rPr>
        <w:t xml:space="preserve"> ناچار شد دستار 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</w:t>
      </w:r>
      <w:r w:rsidRPr="002B4164">
        <w:rPr>
          <w:rFonts w:ascii="Tahoma" w:hAnsi="Tahoma" w:cs="Tahoma"/>
          <w:rtl/>
        </w:rPr>
        <w:t xml:space="preserve"> نشان سلطنت را بر سر فرمانده‌ا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افغان بگذارد و از سلطنت کناره بگ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رد</w:t>
      </w:r>
      <w:r w:rsidRPr="002B4164">
        <w:rPr>
          <w:rFonts w:ascii="Tahoma" w:hAnsi="Tahoma" w:cs="Tahoma"/>
          <w:rtl/>
        </w:rPr>
        <w:t>.</w:t>
      </w:r>
    </w:p>
    <w:p w:rsidR="002B4164" w:rsidRPr="002B4164" w:rsidRDefault="002B4164" w:rsidP="002B416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B4164">
        <w:rPr>
          <w:rFonts w:ascii="Tahoma" w:hAnsi="Tahoma" w:cs="Tahoma" w:hint="eastAsia"/>
          <w:rtl/>
        </w:rPr>
        <w:t>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ن</w:t>
      </w:r>
      <w:r w:rsidRPr="002B4164">
        <w:rPr>
          <w:rFonts w:ascii="Tahoma" w:hAnsi="Tahoma" w:cs="Tahoma"/>
          <w:rtl/>
        </w:rPr>
        <w:t xml:space="preserve"> صحنه معنا</w:t>
      </w:r>
      <w:r w:rsidRPr="002B4164">
        <w:rPr>
          <w:rFonts w:ascii="Tahoma" w:hAnsi="Tahoma" w:cs="Tahoma" w:hint="cs"/>
          <w:rtl/>
        </w:rPr>
        <w:t>یی</w:t>
      </w:r>
      <w:r w:rsidRPr="002B4164">
        <w:rPr>
          <w:rFonts w:ascii="Tahoma" w:hAnsi="Tahoma" w:cs="Tahoma"/>
          <w:rtl/>
        </w:rPr>
        <w:t xml:space="preserve"> نماد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ن</w:t>
      </w:r>
      <w:r w:rsidRPr="002B4164">
        <w:rPr>
          <w:rFonts w:ascii="Tahoma" w:hAnsi="Tahoma" w:cs="Tahoma"/>
          <w:rtl/>
        </w:rPr>
        <w:t xml:space="preserve"> داشت. حکومت صفو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با شمش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</w:t>
      </w:r>
      <w:r w:rsidRPr="002B4164">
        <w:rPr>
          <w:rFonts w:ascii="Tahoma" w:hAnsi="Tahoma" w:cs="Tahoma"/>
          <w:rtl/>
        </w:rPr>
        <w:t xml:space="preserve"> قزلباشان آغاز شده بود. مرشد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نوجوان وارد تبر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ز</w:t>
      </w:r>
      <w:r w:rsidRPr="002B4164">
        <w:rPr>
          <w:rFonts w:ascii="Tahoma" w:hAnsi="Tahoma" w:cs="Tahoma"/>
          <w:rtl/>
        </w:rPr>
        <w:t xml:space="preserve"> شده، خود را شاه خوانده و مذهب کشور را تغ</w:t>
      </w:r>
      <w:r w:rsidRPr="002B4164">
        <w:rPr>
          <w:rFonts w:ascii="Tahoma" w:hAnsi="Tahoma" w:cs="Tahoma" w:hint="cs"/>
          <w:rtl/>
        </w:rPr>
        <w:t>یی</w:t>
      </w:r>
      <w:r w:rsidRPr="002B4164">
        <w:rPr>
          <w:rFonts w:ascii="Tahoma" w:hAnsi="Tahoma" w:cs="Tahoma" w:hint="eastAsia"/>
          <w:rtl/>
        </w:rPr>
        <w:t>ر</w:t>
      </w:r>
      <w:r w:rsidRPr="002B4164">
        <w:rPr>
          <w:rFonts w:ascii="Tahoma" w:hAnsi="Tahoma" w:cs="Tahoma"/>
          <w:rtl/>
        </w:rPr>
        <w:t xml:space="preserve"> داده بود. اکنون پس از ب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ش</w:t>
      </w:r>
      <w:r w:rsidRPr="002B4164">
        <w:rPr>
          <w:rFonts w:ascii="Tahoma" w:hAnsi="Tahoma" w:cs="Tahoma"/>
          <w:rtl/>
        </w:rPr>
        <w:t xml:space="preserve"> از دو سده، آخر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ن</w:t>
      </w:r>
      <w:r w:rsidRPr="002B4164">
        <w:rPr>
          <w:rFonts w:ascii="Tahoma" w:hAnsi="Tahoma" w:cs="Tahoma"/>
          <w:rtl/>
        </w:rPr>
        <w:t xml:space="preserve"> شاه حاکم صفو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تاج را نه در م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دان</w:t>
      </w:r>
      <w:r w:rsidRPr="002B4164">
        <w:rPr>
          <w:rFonts w:ascii="Tahoma" w:hAnsi="Tahoma" w:cs="Tahoma"/>
          <w:rtl/>
        </w:rPr>
        <w:t xml:space="preserve"> جنگ، بلکه پس از گرسنگ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پا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تخت</w:t>
      </w:r>
      <w:r w:rsidRPr="002B4164">
        <w:rPr>
          <w:rFonts w:ascii="Tahoma" w:hAnsi="Tahoma" w:cs="Tahoma"/>
          <w:rtl/>
        </w:rPr>
        <w:t xml:space="preserve"> به فرماندهٔ 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رو</w:t>
      </w:r>
      <w:r w:rsidRPr="002B4164">
        <w:rPr>
          <w:rFonts w:ascii="Tahoma" w:hAnsi="Tahoma" w:cs="Tahoma" w:hint="cs"/>
          <w:rtl/>
        </w:rPr>
        <w:t>یی</w:t>
      </w:r>
      <w:r w:rsidRPr="002B4164">
        <w:rPr>
          <w:rFonts w:ascii="Tahoma" w:hAnsi="Tahoma" w:cs="Tahoma"/>
          <w:rtl/>
        </w:rPr>
        <w:t xml:space="preserve">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سپرد</w:t>
      </w:r>
      <w:r w:rsidRPr="002B4164">
        <w:rPr>
          <w:rFonts w:ascii="Tahoma" w:hAnsi="Tahoma" w:cs="Tahoma"/>
          <w:rtl/>
        </w:rPr>
        <w:t xml:space="preserve"> که از 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ک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از ولا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ت‌ها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ناراض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کشور برخاسته بود.</w:t>
      </w:r>
    </w:p>
    <w:p w:rsidR="002B4164" w:rsidRPr="002B4164" w:rsidRDefault="002B4164" w:rsidP="002B416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B4164">
        <w:rPr>
          <w:rFonts w:ascii="Tahoma" w:hAnsi="Tahoma" w:cs="Tahoma" w:hint="eastAsia"/>
          <w:rtl/>
        </w:rPr>
        <w:t>محمود</w:t>
      </w:r>
      <w:r w:rsidRPr="002B4164">
        <w:rPr>
          <w:rFonts w:ascii="Tahoma" w:hAnsi="Tahoma" w:cs="Tahoma"/>
          <w:rtl/>
        </w:rPr>
        <w:t xml:space="preserve"> بدون شکست‌دادن سراسر 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ران</w:t>
      </w:r>
      <w:r w:rsidRPr="002B4164">
        <w:rPr>
          <w:rFonts w:ascii="Tahoma" w:hAnsi="Tahoma" w:cs="Tahoma"/>
          <w:rtl/>
        </w:rPr>
        <w:t xml:space="preserve"> به پادشاه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رس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د</w:t>
      </w:r>
      <w:r w:rsidRPr="002B4164">
        <w:rPr>
          <w:rFonts w:ascii="Tahoma" w:hAnsi="Tahoma" w:cs="Tahoma"/>
          <w:rtl/>
        </w:rPr>
        <w:t>. او پا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تخت</w:t>
      </w:r>
      <w:r w:rsidRPr="002B4164">
        <w:rPr>
          <w:rFonts w:ascii="Tahoma" w:hAnsi="Tahoma" w:cs="Tahoma"/>
          <w:rtl/>
        </w:rPr>
        <w:t xml:space="preserve"> و شخص شاه را در اخت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ار</w:t>
      </w:r>
      <w:r w:rsidRPr="002B4164">
        <w:rPr>
          <w:rFonts w:ascii="Tahoma" w:hAnsi="Tahoma" w:cs="Tahoma"/>
          <w:rtl/>
        </w:rPr>
        <w:t xml:space="preserve"> گرفته بود و از 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ن</w:t>
      </w:r>
      <w:r w:rsidRPr="002B4164">
        <w:rPr>
          <w:rFonts w:ascii="Tahoma" w:hAnsi="Tahoma" w:cs="Tahoma"/>
          <w:rtl/>
        </w:rPr>
        <w:t xml:space="preserve"> راه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توانست</w:t>
      </w:r>
      <w:r w:rsidRPr="002B4164">
        <w:rPr>
          <w:rFonts w:ascii="Tahoma" w:hAnsi="Tahoma" w:cs="Tahoma"/>
          <w:rtl/>
        </w:rPr>
        <w:t xml:space="preserve"> ادعا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فرمانروا</w:t>
      </w:r>
      <w:r w:rsidRPr="002B4164">
        <w:rPr>
          <w:rFonts w:ascii="Tahoma" w:hAnsi="Tahoma" w:cs="Tahoma" w:hint="cs"/>
          <w:rtl/>
        </w:rPr>
        <w:t>یی</w:t>
      </w:r>
      <w:r w:rsidRPr="002B4164">
        <w:rPr>
          <w:rFonts w:ascii="Tahoma" w:hAnsi="Tahoma" w:cs="Tahoma"/>
          <w:rtl/>
        </w:rPr>
        <w:t xml:space="preserve"> بر همهٔ کشور داشته باشد. تمرکز ب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ش</w:t>
      </w:r>
      <w:r w:rsidRPr="002B4164">
        <w:rPr>
          <w:rFonts w:ascii="Tahoma" w:hAnsi="Tahoma" w:cs="Tahoma"/>
          <w:rtl/>
        </w:rPr>
        <w:t xml:space="preserve"> از اندازهٔ حکومت در اصفهان سبب شده بود تصرف مرکز ارزش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بس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ار</w:t>
      </w:r>
      <w:r w:rsidRPr="002B4164">
        <w:rPr>
          <w:rFonts w:ascii="Tahoma" w:hAnsi="Tahoma" w:cs="Tahoma"/>
          <w:rtl/>
        </w:rPr>
        <w:t xml:space="preserve"> فراتر از محدودهٔ واقع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قدرت مهاجمان پ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دا</w:t>
      </w:r>
      <w:r w:rsidRPr="002B4164">
        <w:rPr>
          <w:rFonts w:ascii="Tahoma" w:hAnsi="Tahoma" w:cs="Tahoma"/>
          <w:rtl/>
        </w:rPr>
        <w:t xml:space="preserve"> کند.</w:t>
      </w:r>
    </w:p>
    <w:p w:rsidR="002B4164" w:rsidRPr="002B4164" w:rsidRDefault="002B4164" w:rsidP="002B416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B4164">
        <w:rPr>
          <w:rFonts w:ascii="Tahoma" w:hAnsi="Tahoma" w:cs="Tahoma" w:hint="eastAsia"/>
          <w:rtl/>
        </w:rPr>
        <w:t>اما</w:t>
      </w:r>
      <w:r w:rsidRPr="002B4164">
        <w:rPr>
          <w:rFonts w:ascii="Tahoma" w:hAnsi="Tahoma" w:cs="Tahoma"/>
          <w:rtl/>
        </w:rPr>
        <w:t xml:space="preserve"> تاج‌گذار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محمود به معنا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پذ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رش</w:t>
      </w:r>
      <w:r w:rsidRPr="002B4164">
        <w:rPr>
          <w:rFonts w:ascii="Tahoma" w:hAnsi="Tahoma" w:cs="Tahoma"/>
          <w:rtl/>
        </w:rPr>
        <w:t xml:space="preserve"> عموم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او نبود. بس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ار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از مناطق 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ران</w:t>
      </w:r>
      <w:r w:rsidRPr="002B4164">
        <w:rPr>
          <w:rFonts w:ascii="Tahoma" w:hAnsi="Tahoma" w:cs="Tahoma"/>
          <w:rtl/>
        </w:rPr>
        <w:t xml:space="preserve"> هنوز ز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</w:t>
      </w:r>
      <w:r w:rsidRPr="002B4164">
        <w:rPr>
          <w:rFonts w:ascii="Tahoma" w:hAnsi="Tahoma" w:cs="Tahoma"/>
          <w:rtl/>
        </w:rPr>
        <w:t xml:space="preserve"> فرمان مستق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م</w:t>
      </w:r>
      <w:r w:rsidRPr="002B4164">
        <w:rPr>
          <w:rFonts w:ascii="Tahoma" w:hAnsi="Tahoma" w:cs="Tahoma"/>
          <w:rtl/>
        </w:rPr>
        <w:t xml:space="preserve"> افغان‌ها قرار نداشتند. حاکمان، قبا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ل،</w:t>
      </w:r>
      <w:r w:rsidRPr="002B4164">
        <w:rPr>
          <w:rFonts w:ascii="Tahoma" w:hAnsi="Tahoma" w:cs="Tahoma"/>
          <w:rtl/>
        </w:rPr>
        <w:t xml:space="preserve"> شاهزادگان و 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روها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محل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توانستند</w:t>
      </w:r>
      <w:r w:rsidRPr="002B4164">
        <w:rPr>
          <w:rFonts w:ascii="Tahoma" w:hAnsi="Tahoma" w:cs="Tahoma"/>
          <w:rtl/>
        </w:rPr>
        <w:t xml:space="preserve"> حکومت او را نپذ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رند</w:t>
      </w:r>
      <w:r w:rsidRPr="002B4164">
        <w:rPr>
          <w:rFonts w:ascii="Tahoma" w:hAnsi="Tahoma" w:cs="Tahoma"/>
          <w:rtl/>
        </w:rPr>
        <w:t>. شاهزاده تهماسب 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ز</w:t>
      </w:r>
      <w:r w:rsidRPr="002B4164">
        <w:rPr>
          <w:rFonts w:ascii="Tahoma" w:hAnsi="Tahoma" w:cs="Tahoma"/>
          <w:rtl/>
        </w:rPr>
        <w:t xml:space="preserve"> آزاد بود و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توانست</w:t>
      </w:r>
      <w:r w:rsidRPr="002B4164">
        <w:rPr>
          <w:rFonts w:ascii="Tahoma" w:hAnsi="Tahoma" w:cs="Tahoma"/>
          <w:rtl/>
        </w:rPr>
        <w:t xml:space="preserve"> خود را وارث قانون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تاج معر</w:t>
      </w:r>
      <w:r w:rsidRPr="002B4164">
        <w:rPr>
          <w:rFonts w:ascii="Tahoma" w:hAnsi="Tahoma" w:cs="Tahoma" w:hint="eastAsia"/>
          <w:rtl/>
        </w:rPr>
        <w:t>ف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کند.</w:t>
      </w:r>
    </w:p>
    <w:p w:rsidR="002B4164" w:rsidRPr="002B4164" w:rsidRDefault="002B4164" w:rsidP="002B416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B4164">
        <w:rPr>
          <w:rFonts w:ascii="Tahoma" w:hAnsi="Tahoma" w:cs="Tahoma" w:hint="eastAsia"/>
          <w:rtl/>
        </w:rPr>
        <w:t>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ن</w:t>
      </w:r>
      <w:r w:rsidRPr="002B4164">
        <w:rPr>
          <w:rFonts w:ascii="Tahoma" w:hAnsi="Tahoma" w:cs="Tahoma"/>
          <w:rtl/>
        </w:rPr>
        <w:t xml:space="preserve"> تفاوت م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ان</w:t>
      </w:r>
      <w:r w:rsidRPr="002B4164">
        <w:rPr>
          <w:rFonts w:ascii="Tahoma" w:hAnsi="Tahoma" w:cs="Tahoma"/>
          <w:rtl/>
        </w:rPr>
        <w:t xml:space="preserve"> تصرف پا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تخت</w:t>
      </w:r>
      <w:r w:rsidRPr="002B4164">
        <w:rPr>
          <w:rFonts w:ascii="Tahoma" w:hAnsi="Tahoma" w:cs="Tahoma"/>
          <w:rtl/>
        </w:rPr>
        <w:t xml:space="preserve"> و ادارهٔ کشور اهم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ت</w:t>
      </w:r>
      <w:r w:rsidRPr="002B4164">
        <w:rPr>
          <w:rFonts w:ascii="Tahoma" w:hAnsi="Tahoma" w:cs="Tahoma"/>
          <w:rtl/>
        </w:rPr>
        <w:t xml:space="preserve"> داشت. محمود توانسته بود دستگاه مرکز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را شکست دهد، اما برا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کشوردار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به همان 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زها</w:t>
      </w:r>
      <w:r w:rsidRPr="002B4164">
        <w:rPr>
          <w:rFonts w:ascii="Tahoma" w:hAnsi="Tahoma" w:cs="Tahoma" w:hint="cs"/>
          <w:rtl/>
        </w:rPr>
        <w:t>یی</w:t>
      </w:r>
      <w:r w:rsidRPr="002B4164">
        <w:rPr>
          <w:rFonts w:ascii="Tahoma" w:hAnsi="Tahoma" w:cs="Tahoma"/>
          <w:rtl/>
        </w:rPr>
        <w:t xml:space="preserve"> 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از</w:t>
      </w:r>
      <w:r w:rsidRPr="002B4164">
        <w:rPr>
          <w:rFonts w:ascii="Tahoma" w:hAnsi="Tahoma" w:cs="Tahoma"/>
          <w:rtl/>
        </w:rPr>
        <w:t xml:space="preserve"> داشت که صفو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ان</w:t>
      </w:r>
      <w:r w:rsidRPr="002B4164">
        <w:rPr>
          <w:rFonts w:ascii="Tahoma" w:hAnsi="Tahoma" w:cs="Tahoma"/>
          <w:rtl/>
        </w:rPr>
        <w:t xml:space="preserve"> داشتند: 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وان،</w:t>
      </w:r>
      <w:r w:rsidRPr="002B4164">
        <w:rPr>
          <w:rFonts w:ascii="Tahoma" w:hAnsi="Tahoma" w:cs="Tahoma"/>
          <w:rtl/>
        </w:rPr>
        <w:t xml:space="preserve"> مال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ات،</w:t>
      </w:r>
      <w:r w:rsidRPr="002B4164">
        <w:rPr>
          <w:rFonts w:ascii="Tahoma" w:hAnsi="Tahoma" w:cs="Tahoma"/>
          <w:rtl/>
        </w:rPr>
        <w:t xml:space="preserve"> حاکمان، قشون، راه‌ها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امن و پذ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رش</w:t>
      </w:r>
      <w:r w:rsidRPr="002B4164">
        <w:rPr>
          <w:rFonts w:ascii="Tahoma" w:hAnsi="Tahoma" w:cs="Tahoma"/>
          <w:rtl/>
        </w:rPr>
        <w:t xml:space="preserve"> مردم. 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رو</w:t>
      </w:r>
      <w:r w:rsidRPr="002B4164">
        <w:rPr>
          <w:rFonts w:ascii="Tahoma" w:hAnsi="Tahoma" w:cs="Tahoma" w:hint="cs"/>
          <w:rtl/>
        </w:rPr>
        <w:t>یی</w:t>
      </w:r>
      <w:r w:rsidRPr="002B4164">
        <w:rPr>
          <w:rFonts w:ascii="Tahoma" w:hAnsi="Tahoma" w:cs="Tahoma"/>
          <w:rtl/>
        </w:rPr>
        <w:t xml:space="preserve"> که در محاصره پ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روز</w:t>
      </w:r>
      <w:r w:rsidRPr="002B4164">
        <w:rPr>
          <w:rFonts w:ascii="Tahoma" w:hAnsi="Tahoma" w:cs="Tahoma"/>
          <w:rtl/>
        </w:rPr>
        <w:t xml:space="preserve"> شده بود هنوز با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>د ثابت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کرد</w:t>
      </w:r>
      <w:r w:rsidRPr="002B4164">
        <w:rPr>
          <w:rFonts w:ascii="Tahoma" w:hAnsi="Tahoma" w:cs="Tahoma"/>
          <w:rtl/>
        </w:rPr>
        <w:t xml:space="preserve">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تواند</w:t>
      </w:r>
      <w:r w:rsidRPr="002B4164">
        <w:rPr>
          <w:rFonts w:ascii="Tahoma" w:hAnsi="Tahoma" w:cs="Tahoma"/>
          <w:rtl/>
        </w:rPr>
        <w:t xml:space="preserve"> کشور را اداره کند.</w:t>
      </w:r>
    </w:p>
    <w:p w:rsidR="002B4164" w:rsidRPr="002B4164" w:rsidRDefault="002B4164" w:rsidP="002B416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B4164">
        <w:rPr>
          <w:rFonts w:ascii="Tahoma" w:hAnsi="Tahoma" w:cs="Tahoma" w:hint="eastAsia"/>
          <w:rtl/>
        </w:rPr>
        <w:t>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وانسالاران</w:t>
      </w:r>
      <w:r w:rsidRPr="002B4164">
        <w:rPr>
          <w:rFonts w:ascii="Tahoma" w:hAnsi="Tahoma" w:cs="Tahoma"/>
          <w:rtl/>
        </w:rPr>
        <w:t xml:space="preserve"> اصفهان 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ز</w:t>
      </w:r>
      <w:r w:rsidRPr="002B4164">
        <w:rPr>
          <w:rFonts w:ascii="Tahoma" w:hAnsi="Tahoma" w:cs="Tahoma"/>
          <w:rtl/>
        </w:rPr>
        <w:t xml:space="preserve"> با انتخاب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دشوار روبه‌رو شدند. آ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</w:t>
      </w:r>
      <w:r w:rsidRPr="002B4164">
        <w:rPr>
          <w:rFonts w:ascii="Tahoma" w:hAnsi="Tahoma" w:cs="Tahoma"/>
          <w:rtl/>
        </w:rPr>
        <w:t xml:space="preserve"> با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د</w:t>
      </w:r>
      <w:r w:rsidRPr="002B4164">
        <w:rPr>
          <w:rFonts w:ascii="Tahoma" w:hAnsi="Tahoma" w:cs="Tahoma"/>
          <w:rtl/>
        </w:rPr>
        <w:t xml:space="preserve"> به فرمانروا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تازه خدمت کنند تا ادارهٔ شهر و کشور ادامه 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ابد،</w:t>
      </w:r>
      <w:r w:rsidRPr="002B4164">
        <w:rPr>
          <w:rFonts w:ascii="Tahoma" w:hAnsi="Tahoma" w:cs="Tahoma"/>
          <w:rtl/>
        </w:rPr>
        <w:t xml:space="preserve"> 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</w:t>
      </w:r>
      <w:r w:rsidRPr="002B4164">
        <w:rPr>
          <w:rFonts w:ascii="Tahoma" w:hAnsi="Tahoma" w:cs="Tahoma"/>
          <w:rtl/>
        </w:rPr>
        <w:t xml:space="preserve"> وفادار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به خاندان صفو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را حفظ نما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ند؟</w:t>
      </w:r>
      <w:r w:rsidRPr="002B4164">
        <w:rPr>
          <w:rFonts w:ascii="Tahoma" w:hAnsi="Tahoma" w:cs="Tahoma"/>
          <w:rtl/>
        </w:rPr>
        <w:t xml:space="preserve"> اگر همگ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از کار کنار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رفتند،</w:t>
      </w:r>
      <w:r w:rsidRPr="002B4164">
        <w:rPr>
          <w:rFonts w:ascii="Tahoma" w:hAnsi="Tahoma" w:cs="Tahoma"/>
          <w:rtl/>
        </w:rPr>
        <w:t xml:space="preserve"> قحط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و آشفتگ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ب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شتر</w:t>
      </w:r>
      <w:r w:rsidRPr="002B4164">
        <w:rPr>
          <w:rFonts w:ascii="Tahoma" w:hAnsi="Tahoma" w:cs="Tahoma"/>
          <w:rtl/>
        </w:rPr>
        <w:t xml:space="preserve">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شد</w:t>
      </w:r>
      <w:r w:rsidRPr="002B4164">
        <w:rPr>
          <w:rFonts w:ascii="Tahoma" w:hAnsi="Tahoma" w:cs="Tahoma"/>
          <w:rtl/>
        </w:rPr>
        <w:t>. اگر خدمت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کردند،</w:t>
      </w:r>
      <w:r w:rsidRPr="002B4164">
        <w:rPr>
          <w:rFonts w:ascii="Tahoma" w:hAnsi="Tahoma" w:cs="Tahoma"/>
          <w:rtl/>
        </w:rPr>
        <w:t xml:space="preserve"> ممکن بود خائن شناخته شوند.</w:t>
      </w:r>
    </w:p>
    <w:p w:rsidR="002B4164" w:rsidRPr="002B4164" w:rsidRDefault="002B4164" w:rsidP="002B416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B4164">
        <w:rPr>
          <w:rFonts w:ascii="Tahoma" w:hAnsi="Tahoma" w:cs="Tahoma" w:hint="eastAsia"/>
          <w:rtl/>
        </w:rPr>
        <w:t>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ن</w:t>
      </w:r>
      <w:r w:rsidRPr="002B4164">
        <w:rPr>
          <w:rFonts w:ascii="Tahoma" w:hAnsi="Tahoma" w:cs="Tahoma"/>
          <w:rtl/>
        </w:rPr>
        <w:t xml:space="preserve"> همان وضع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بود که بارها در تار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خ</w:t>
      </w:r>
      <w:r w:rsidRPr="002B4164">
        <w:rPr>
          <w:rFonts w:ascii="Tahoma" w:hAnsi="Tahoma" w:cs="Tahoma"/>
          <w:rtl/>
        </w:rPr>
        <w:t xml:space="preserve"> 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ران</w:t>
      </w:r>
      <w:r w:rsidRPr="002B4164">
        <w:rPr>
          <w:rFonts w:ascii="Tahoma" w:hAnsi="Tahoma" w:cs="Tahoma"/>
          <w:rtl/>
        </w:rPr>
        <w:t xml:space="preserve"> تکرار شده بود. فاتح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توانست</w:t>
      </w:r>
      <w:r w:rsidRPr="002B4164">
        <w:rPr>
          <w:rFonts w:ascii="Tahoma" w:hAnsi="Tahoma" w:cs="Tahoma"/>
          <w:rtl/>
        </w:rPr>
        <w:t xml:space="preserve"> شاه را براندازد، اما برا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گردآور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مال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ات</w:t>
      </w:r>
      <w:r w:rsidRPr="002B4164">
        <w:rPr>
          <w:rFonts w:ascii="Tahoma" w:hAnsi="Tahoma" w:cs="Tahoma"/>
          <w:rtl/>
        </w:rPr>
        <w:t xml:space="preserve"> و ادارهٔ شهر به 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وان</w:t>
      </w:r>
      <w:r w:rsidRPr="002B4164">
        <w:rPr>
          <w:rFonts w:ascii="Tahoma" w:hAnsi="Tahoma" w:cs="Tahoma"/>
          <w:rtl/>
        </w:rPr>
        <w:t xml:space="preserve"> 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از</w:t>
      </w:r>
      <w:r w:rsidRPr="002B4164">
        <w:rPr>
          <w:rFonts w:ascii="Tahoma" w:hAnsi="Tahoma" w:cs="Tahoma"/>
          <w:rtl/>
        </w:rPr>
        <w:t xml:space="preserve"> داشت. 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وان</w:t>
      </w:r>
      <w:r w:rsidRPr="002B4164">
        <w:rPr>
          <w:rFonts w:ascii="Tahoma" w:hAnsi="Tahoma" w:cs="Tahoma"/>
          <w:rtl/>
        </w:rPr>
        <w:t xml:space="preserve"> 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ز</w:t>
      </w:r>
      <w:r w:rsidRPr="002B4164">
        <w:rPr>
          <w:rFonts w:ascii="Tahoma" w:hAnsi="Tahoma" w:cs="Tahoma"/>
          <w:rtl/>
        </w:rPr>
        <w:t xml:space="preserve"> برا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حفظ زندگ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مردم و ادامهٔ کار کشور ناچار بود گاه به فرمانروا</w:t>
      </w:r>
      <w:r w:rsidRPr="002B4164">
        <w:rPr>
          <w:rFonts w:ascii="Tahoma" w:hAnsi="Tahoma" w:cs="Tahoma" w:hint="cs"/>
          <w:rtl/>
        </w:rPr>
        <w:t>یی</w:t>
      </w:r>
      <w:r w:rsidRPr="002B4164">
        <w:rPr>
          <w:rFonts w:ascii="Tahoma" w:hAnsi="Tahoma" w:cs="Tahoma"/>
          <w:rtl/>
        </w:rPr>
        <w:t xml:space="preserve"> خدمت کند که خود آن را بر تخت ننشان</w:t>
      </w:r>
      <w:r w:rsidRPr="002B4164">
        <w:rPr>
          <w:rFonts w:ascii="Tahoma" w:hAnsi="Tahoma" w:cs="Tahoma" w:hint="eastAsia"/>
          <w:rtl/>
        </w:rPr>
        <w:t>ده</w:t>
      </w:r>
      <w:r w:rsidRPr="002B4164">
        <w:rPr>
          <w:rFonts w:ascii="Tahoma" w:hAnsi="Tahoma" w:cs="Tahoma"/>
          <w:rtl/>
        </w:rPr>
        <w:t xml:space="preserve"> بود.</w:t>
      </w:r>
    </w:p>
    <w:p w:rsidR="002B4164" w:rsidRPr="002B4164" w:rsidRDefault="002B4164" w:rsidP="002B416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B4164">
        <w:rPr>
          <w:rFonts w:ascii="Tahoma" w:hAnsi="Tahoma" w:cs="Tahoma" w:hint="eastAsia"/>
          <w:rtl/>
        </w:rPr>
        <w:t>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نکاران</w:t>
      </w:r>
      <w:r w:rsidRPr="002B4164">
        <w:rPr>
          <w:rFonts w:ascii="Tahoma" w:hAnsi="Tahoma" w:cs="Tahoma"/>
          <w:rtl/>
        </w:rPr>
        <w:t xml:space="preserve"> با مسئله‌ا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مشابه روبه‌رو شدند. حکومت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سن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و افغان اکنون پا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تخت</w:t>
      </w:r>
      <w:r w:rsidRPr="002B4164">
        <w:rPr>
          <w:rFonts w:ascii="Tahoma" w:hAnsi="Tahoma" w:cs="Tahoma"/>
          <w:rtl/>
        </w:rPr>
        <w:t xml:space="preserve"> حکومت ش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ع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را در اخت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ار</w:t>
      </w:r>
      <w:r w:rsidRPr="002B4164">
        <w:rPr>
          <w:rFonts w:ascii="Tahoma" w:hAnsi="Tahoma" w:cs="Tahoma"/>
          <w:rtl/>
        </w:rPr>
        <w:t xml:space="preserve"> داشت. دستگاه 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نکار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صفو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برا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حما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ت</w:t>
      </w:r>
      <w:r w:rsidRPr="002B4164">
        <w:rPr>
          <w:rFonts w:ascii="Tahoma" w:hAnsi="Tahoma" w:cs="Tahoma"/>
          <w:rtl/>
        </w:rPr>
        <w:t xml:space="preserve"> از تاج ش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ع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ساخته شده بود، اما مدارس، مساجد، موقوفات و مردم همچنان به اداره 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از</w:t>
      </w:r>
      <w:r w:rsidRPr="002B4164">
        <w:rPr>
          <w:rFonts w:ascii="Tahoma" w:hAnsi="Tahoma" w:cs="Tahoma"/>
          <w:rtl/>
        </w:rPr>
        <w:t xml:space="preserve"> داشتند. مقابلهٔ آشکار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توانست</w:t>
      </w:r>
      <w:r w:rsidRPr="002B4164">
        <w:rPr>
          <w:rFonts w:ascii="Tahoma" w:hAnsi="Tahoma" w:cs="Tahoma"/>
          <w:rtl/>
        </w:rPr>
        <w:t xml:space="preserve"> به کشتار </w:t>
      </w:r>
      <w:r w:rsidRPr="002B4164">
        <w:rPr>
          <w:rFonts w:ascii="Tahoma" w:hAnsi="Tahoma" w:cs="Tahoma" w:hint="eastAsia"/>
          <w:rtl/>
        </w:rPr>
        <w:t>و</w:t>
      </w:r>
      <w:r w:rsidRPr="002B4164">
        <w:rPr>
          <w:rFonts w:ascii="Tahoma" w:hAnsi="Tahoma" w:cs="Tahoma"/>
          <w:rtl/>
        </w:rPr>
        <w:t xml:space="preserve"> نابود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ب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شتر</w:t>
      </w:r>
      <w:r w:rsidRPr="002B4164">
        <w:rPr>
          <w:rFonts w:ascii="Tahoma" w:hAnsi="Tahoma" w:cs="Tahoma"/>
          <w:rtl/>
        </w:rPr>
        <w:t xml:space="preserve"> ب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نجامد</w:t>
      </w:r>
      <w:r w:rsidRPr="002B4164">
        <w:rPr>
          <w:rFonts w:ascii="Tahoma" w:hAnsi="Tahoma" w:cs="Tahoma"/>
          <w:rtl/>
        </w:rPr>
        <w:t xml:space="preserve"> و همکار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ز</w:t>
      </w:r>
      <w:r w:rsidRPr="002B4164">
        <w:rPr>
          <w:rFonts w:ascii="Tahoma" w:hAnsi="Tahoma" w:cs="Tahoma"/>
          <w:rtl/>
        </w:rPr>
        <w:t xml:space="preserve"> جا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گاه</w:t>
      </w:r>
      <w:r w:rsidRPr="002B4164">
        <w:rPr>
          <w:rFonts w:ascii="Tahoma" w:hAnsi="Tahoma" w:cs="Tahoma"/>
          <w:rtl/>
        </w:rPr>
        <w:t xml:space="preserve"> مذهب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آنان را به خطر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انداخت</w:t>
      </w:r>
      <w:r w:rsidRPr="002B4164">
        <w:rPr>
          <w:rFonts w:ascii="Tahoma" w:hAnsi="Tahoma" w:cs="Tahoma"/>
          <w:rtl/>
        </w:rPr>
        <w:t>.</w:t>
      </w:r>
    </w:p>
    <w:p w:rsidR="002B4164" w:rsidRPr="002B4164" w:rsidRDefault="002B4164" w:rsidP="002B416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B4164">
        <w:rPr>
          <w:rFonts w:ascii="Tahoma" w:hAnsi="Tahoma" w:cs="Tahoma" w:hint="eastAsia"/>
          <w:rtl/>
        </w:rPr>
        <w:t>تسل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م</w:t>
      </w:r>
      <w:r w:rsidRPr="002B4164">
        <w:rPr>
          <w:rFonts w:ascii="Tahoma" w:hAnsi="Tahoma" w:cs="Tahoma"/>
          <w:rtl/>
        </w:rPr>
        <w:t xml:space="preserve"> شاه نشان داد که پ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وند</w:t>
      </w:r>
      <w:r w:rsidRPr="002B4164">
        <w:rPr>
          <w:rFonts w:ascii="Tahoma" w:hAnsi="Tahoma" w:cs="Tahoma"/>
          <w:rtl/>
        </w:rPr>
        <w:t xml:space="preserve"> تاج و عمامه، هر اندازه برا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حقان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ت</w:t>
      </w:r>
      <w:r w:rsidRPr="002B4164">
        <w:rPr>
          <w:rFonts w:ascii="Tahoma" w:hAnsi="Tahoma" w:cs="Tahoma"/>
          <w:rtl/>
        </w:rPr>
        <w:t xml:space="preserve"> حکومت مهم باشد، بدون قشون و 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وان</w:t>
      </w:r>
      <w:r w:rsidRPr="002B4164">
        <w:rPr>
          <w:rFonts w:ascii="Tahoma" w:hAnsi="Tahoma" w:cs="Tahoma"/>
          <w:rtl/>
        </w:rPr>
        <w:t xml:space="preserve"> توانا توان حفظ حکومت را ندارد. 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نکاران</w:t>
      </w:r>
      <w:r w:rsidRPr="002B4164">
        <w:rPr>
          <w:rFonts w:ascii="Tahoma" w:hAnsi="Tahoma" w:cs="Tahoma"/>
          <w:rtl/>
        </w:rPr>
        <w:t xml:space="preserve"> توانسته بودند مذهب رسم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را در جامعه ر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شه‌دار</w:t>
      </w:r>
      <w:r w:rsidRPr="002B4164">
        <w:rPr>
          <w:rFonts w:ascii="Tahoma" w:hAnsi="Tahoma" w:cs="Tahoma"/>
          <w:rtl/>
        </w:rPr>
        <w:t xml:space="preserve"> کنند، اما نتوانستند ضعف نظام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و ادار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تاج را جبران نما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ند</w:t>
      </w:r>
      <w:r w:rsidRPr="002B4164">
        <w:rPr>
          <w:rFonts w:ascii="Tahoma" w:hAnsi="Tahoma" w:cs="Tahoma"/>
          <w:rtl/>
        </w:rPr>
        <w:t>. در همان حال، نم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توان</w:t>
      </w:r>
      <w:r w:rsidRPr="002B4164">
        <w:rPr>
          <w:rFonts w:ascii="Tahoma" w:hAnsi="Tahoma" w:cs="Tahoma"/>
          <w:rtl/>
        </w:rPr>
        <w:t xml:space="preserve"> آنان را تنها مسئول سقوط دانست؛ قشون، 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وان،</w:t>
      </w:r>
      <w:r w:rsidRPr="002B4164">
        <w:rPr>
          <w:rFonts w:ascii="Tahoma" w:hAnsi="Tahoma" w:cs="Tahoma"/>
          <w:rtl/>
        </w:rPr>
        <w:t xml:space="preserve"> دربار و خود پادشاه هر 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ک</w:t>
      </w:r>
      <w:r w:rsidRPr="002B4164">
        <w:rPr>
          <w:rFonts w:ascii="Tahoma" w:hAnsi="Tahoma" w:cs="Tahoma"/>
          <w:rtl/>
        </w:rPr>
        <w:t xml:space="preserve"> در فرسودگ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ساختمان سهم داشتند.</w:t>
      </w:r>
    </w:p>
    <w:p w:rsidR="002B4164" w:rsidRPr="002B4164" w:rsidRDefault="002B4164" w:rsidP="002B416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B4164">
        <w:rPr>
          <w:rFonts w:ascii="Tahoma" w:hAnsi="Tahoma" w:cs="Tahoma" w:hint="eastAsia"/>
          <w:rtl/>
        </w:rPr>
        <w:t>قزلباشان</w:t>
      </w:r>
      <w:r w:rsidRPr="002B4164">
        <w:rPr>
          <w:rFonts w:ascii="Tahoma" w:hAnsi="Tahoma" w:cs="Tahoma"/>
          <w:rtl/>
        </w:rPr>
        <w:t xml:space="preserve"> 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ز</w:t>
      </w:r>
      <w:r w:rsidRPr="002B4164">
        <w:rPr>
          <w:rFonts w:ascii="Tahoma" w:hAnsi="Tahoma" w:cs="Tahoma"/>
          <w:rtl/>
        </w:rPr>
        <w:t xml:space="preserve"> 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گر</w:t>
      </w:r>
      <w:r w:rsidRPr="002B4164">
        <w:rPr>
          <w:rFonts w:ascii="Tahoma" w:hAnsi="Tahoma" w:cs="Tahoma"/>
          <w:rtl/>
        </w:rPr>
        <w:t xml:space="preserve"> 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رو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آغاز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ن</w:t>
      </w:r>
      <w:r w:rsidRPr="002B4164">
        <w:rPr>
          <w:rFonts w:ascii="Tahoma" w:hAnsi="Tahoma" w:cs="Tahoma"/>
          <w:rtl/>
        </w:rPr>
        <w:t xml:space="preserve"> خود را نداشتند. شاه عباس انحصار آنان را شکسته بود و جانش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نانش</w:t>
      </w:r>
      <w:r w:rsidRPr="002B4164">
        <w:rPr>
          <w:rFonts w:ascii="Tahoma" w:hAnsi="Tahoma" w:cs="Tahoma"/>
          <w:rtl/>
        </w:rPr>
        <w:t xml:space="preserve"> اجازه نداده بودند سران قبا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ل</w:t>
      </w:r>
      <w:r w:rsidRPr="002B4164">
        <w:rPr>
          <w:rFonts w:ascii="Tahoma" w:hAnsi="Tahoma" w:cs="Tahoma"/>
          <w:rtl/>
        </w:rPr>
        <w:t xml:space="preserve"> پا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گاه</w:t>
      </w:r>
      <w:r w:rsidRPr="002B4164">
        <w:rPr>
          <w:rFonts w:ascii="Tahoma" w:hAnsi="Tahoma" w:cs="Tahoma"/>
          <w:rtl/>
        </w:rPr>
        <w:t xml:space="preserve"> مستقل 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رومند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بسازند. 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ن</w:t>
      </w:r>
      <w:r w:rsidRPr="002B4164">
        <w:rPr>
          <w:rFonts w:ascii="Tahoma" w:hAnsi="Tahoma" w:cs="Tahoma"/>
          <w:rtl/>
        </w:rPr>
        <w:t xml:space="preserve"> س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است</w:t>
      </w:r>
      <w:r w:rsidRPr="002B4164">
        <w:rPr>
          <w:rFonts w:ascii="Tahoma" w:hAnsi="Tahoma" w:cs="Tahoma"/>
          <w:rtl/>
        </w:rPr>
        <w:t xml:space="preserve"> تاج را در دورهٔ فرمانروا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ان</w:t>
      </w:r>
      <w:r w:rsidRPr="002B4164">
        <w:rPr>
          <w:rFonts w:ascii="Tahoma" w:hAnsi="Tahoma" w:cs="Tahoma"/>
          <w:rtl/>
        </w:rPr>
        <w:t xml:space="preserve"> توانا 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من‌تر</w:t>
      </w:r>
      <w:r w:rsidRPr="002B4164">
        <w:rPr>
          <w:rFonts w:ascii="Tahoma" w:hAnsi="Tahoma" w:cs="Tahoma"/>
          <w:rtl/>
        </w:rPr>
        <w:t xml:space="preserve"> کرده بود، اما در لحظهٔ بحران، حکومت از شبکه‌ها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نظام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محل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محروم بود که بتوانند بدون فرمان مرکز به سرعت بس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ج</w:t>
      </w:r>
      <w:r w:rsidRPr="002B4164">
        <w:rPr>
          <w:rFonts w:ascii="Tahoma" w:hAnsi="Tahoma" w:cs="Tahoma"/>
          <w:rtl/>
        </w:rPr>
        <w:t xml:space="preserve"> شوند.</w:t>
      </w:r>
    </w:p>
    <w:p w:rsidR="002B4164" w:rsidRPr="002B4164" w:rsidRDefault="002B4164" w:rsidP="002B416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B4164">
        <w:rPr>
          <w:rFonts w:ascii="Tahoma" w:hAnsi="Tahoma" w:cs="Tahoma" w:hint="eastAsia"/>
          <w:rtl/>
        </w:rPr>
        <w:t>غلامان</w:t>
      </w:r>
      <w:r w:rsidRPr="002B4164">
        <w:rPr>
          <w:rFonts w:ascii="Tahoma" w:hAnsi="Tahoma" w:cs="Tahoma"/>
          <w:rtl/>
        </w:rPr>
        <w:t xml:space="preserve"> و قشون مواجب‌بگ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</w:t>
      </w:r>
      <w:r w:rsidRPr="002B4164">
        <w:rPr>
          <w:rFonts w:ascii="Tahoma" w:hAnsi="Tahoma" w:cs="Tahoma"/>
          <w:rtl/>
        </w:rPr>
        <w:t xml:space="preserve"> 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ز</w:t>
      </w:r>
      <w:r w:rsidRPr="002B4164">
        <w:rPr>
          <w:rFonts w:ascii="Tahoma" w:hAnsi="Tahoma" w:cs="Tahoma"/>
          <w:rtl/>
        </w:rPr>
        <w:t xml:space="preserve"> به خزانه و فرمان شاه وابسته بودند. هنگام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که خزانه و مرکز از کار افتادند، آنان نتوانستند مانند 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رو</w:t>
      </w:r>
      <w:r w:rsidRPr="002B4164">
        <w:rPr>
          <w:rFonts w:ascii="Tahoma" w:hAnsi="Tahoma" w:cs="Tahoma" w:hint="cs"/>
          <w:rtl/>
        </w:rPr>
        <w:t>یی</w:t>
      </w:r>
      <w:r w:rsidRPr="002B4164">
        <w:rPr>
          <w:rFonts w:ascii="Tahoma" w:hAnsi="Tahoma" w:cs="Tahoma"/>
          <w:rtl/>
        </w:rPr>
        <w:t xml:space="preserve"> مستقل ادامه دهند. دستگاه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که برا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اطاعت کامل ساخته شده بود، در غ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اب</w:t>
      </w:r>
      <w:r w:rsidRPr="002B4164">
        <w:rPr>
          <w:rFonts w:ascii="Tahoma" w:hAnsi="Tahoma" w:cs="Tahoma"/>
          <w:rtl/>
        </w:rPr>
        <w:t xml:space="preserve"> فرمانده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توان ابتکار خود را از دست داد.</w:t>
      </w:r>
    </w:p>
    <w:p w:rsidR="002B4164" w:rsidRPr="002B4164" w:rsidRDefault="002B4164" w:rsidP="002B416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B4164">
        <w:rPr>
          <w:rFonts w:ascii="Tahoma" w:hAnsi="Tahoma" w:cs="Tahoma" w:hint="eastAsia"/>
          <w:rtl/>
        </w:rPr>
        <w:t>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وان</w:t>
      </w:r>
      <w:r w:rsidRPr="002B4164">
        <w:rPr>
          <w:rFonts w:ascii="Tahoma" w:hAnsi="Tahoma" w:cs="Tahoma"/>
          <w:rtl/>
        </w:rPr>
        <w:t xml:space="preserve"> از همه ماندگارتر بود، ز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را</w:t>
      </w:r>
      <w:r w:rsidRPr="002B4164">
        <w:rPr>
          <w:rFonts w:ascii="Tahoma" w:hAnsi="Tahoma" w:cs="Tahoma"/>
          <w:rtl/>
        </w:rPr>
        <w:t xml:space="preserve"> کشور بدون حساب، نامه، ثبت و مأمور نم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توانست</w:t>
      </w:r>
      <w:r w:rsidRPr="002B4164">
        <w:rPr>
          <w:rFonts w:ascii="Tahoma" w:hAnsi="Tahoma" w:cs="Tahoma"/>
          <w:rtl/>
        </w:rPr>
        <w:t xml:space="preserve"> حت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ز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</w:t>
      </w:r>
      <w:r w:rsidRPr="002B4164">
        <w:rPr>
          <w:rFonts w:ascii="Tahoma" w:hAnsi="Tahoma" w:cs="Tahoma"/>
          <w:rtl/>
        </w:rPr>
        <w:t xml:space="preserve"> فرمان فاتح ادامه 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ابد</w:t>
      </w:r>
      <w:r w:rsidRPr="002B4164">
        <w:rPr>
          <w:rFonts w:ascii="Tahoma" w:hAnsi="Tahoma" w:cs="Tahoma"/>
          <w:rtl/>
        </w:rPr>
        <w:t>. اما 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وان</w:t>
      </w:r>
      <w:r w:rsidRPr="002B4164">
        <w:rPr>
          <w:rFonts w:ascii="Tahoma" w:hAnsi="Tahoma" w:cs="Tahoma"/>
          <w:rtl/>
        </w:rPr>
        <w:t xml:space="preserve"> ابزار داشت، نه حق تصم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م</w:t>
      </w:r>
      <w:r w:rsidRPr="002B4164">
        <w:rPr>
          <w:rFonts w:ascii="Tahoma" w:hAnsi="Tahoma" w:cs="Tahoma"/>
          <w:rtl/>
        </w:rPr>
        <w:t xml:space="preserve"> نها</w:t>
      </w:r>
      <w:r w:rsidRPr="002B4164">
        <w:rPr>
          <w:rFonts w:ascii="Tahoma" w:hAnsi="Tahoma" w:cs="Tahoma" w:hint="cs"/>
          <w:rtl/>
        </w:rPr>
        <w:t>یی</w:t>
      </w:r>
      <w:r w:rsidRPr="002B4164">
        <w:rPr>
          <w:rFonts w:ascii="Tahoma" w:hAnsi="Tahoma" w:cs="Tahoma"/>
          <w:rtl/>
        </w:rPr>
        <w:t>.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توانست</w:t>
      </w:r>
      <w:r w:rsidRPr="002B4164">
        <w:rPr>
          <w:rFonts w:ascii="Tahoma" w:hAnsi="Tahoma" w:cs="Tahoma"/>
          <w:rtl/>
        </w:rPr>
        <w:t xml:space="preserve"> درآمد را محاسبه کند و فرمان بنو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سد،</w:t>
      </w:r>
      <w:r w:rsidRPr="002B4164">
        <w:rPr>
          <w:rFonts w:ascii="Tahoma" w:hAnsi="Tahoma" w:cs="Tahoma"/>
          <w:rtl/>
        </w:rPr>
        <w:t xml:space="preserve"> ول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نم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توانست</w:t>
      </w:r>
      <w:r w:rsidRPr="002B4164">
        <w:rPr>
          <w:rFonts w:ascii="Tahoma" w:hAnsi="Tahoma" w:cs="Tahoma"/>
          <w:rtl/>
        </w:rPr>
        <w:t xml:space="preserve"> شاه را وادار به اصلاح قشون 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</w:t>
      </w:r>
      <w:r w:rsidRPr="002B4164">
        <w:rPr>
          <w:rFonts w:ascii="Tahoma" w:hAnsi="Tahoma" w:cs="Tahoma"/>
          <w:rtl/>
        </w:rPr>
        <w:t xml:space="preserve"> انتخاب فرمانده </w:t>
      </w:r>
      <w:r w:rsidRPr="002B4164">
        <w:rPr>
          <w:rFonts w:ascii="Tahoma" w:hAnsi="Tahoma" w:cs="Tahoma" w:hint="eastAsia"/>
          <w:rtl/>
        </w:rPr>
        <w:t>مناسب</w:t>
      </w:r>
      <w:r w:rsidRPr="002B4164">
        <w:rPr>
          <w:rFonts w:ascii="Tahoma" w:hAnsi="Tahoma" w:cs="Tahoma"/>
          <w:rtl/>
        </w:rPr>
        <w:t xml:space="preserve"> کند.</w:t>
      </w:r>
    </w:p>
    <w:p w:rsidR="002B4164" w:rsidRPr="002B4164" w:rsidRDefault="002B4164" w:rsidP="002B416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B4164">
        <w:rPr>
          <w:rFonts w:ascii="Tahoma" w:hAnsi="Tahoma" w:cs="Tahoma" w:hint="eastAsia"/>
          <w:rtl/>
        </w:rPr>
        <w:t>سقوط</w:t>
      </w:r>
      <w:r w:rsidRPr="002B4164">
        <w:rPr>
          <w:rFonts w:ascii="Tahoma" w:hAnsi="Tahoma" w:cs="Tahoma"/>
          <w:rtl/>
        </w:rPr>
        <w:t xml:space="preserve"> اصفهان نت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جهٔ</w:t>
      </w:r>
      <w:r w:rsidRPr="002B4164">
        <w:rPr>
          <w:rFonts w:ascii="Tahoma" w:hAnsi="Tahoma" w:cs="Tahoma"/>
          <w:rtl/>
        </w:rPr>
        <w:t xml:space="preserve"> 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ک</w:t>
      </w:r>
      <w:r w:rsidRPr="002B4164">
        <w:rPr>
          <w:rFonts w:ascii="Tahoma" w:hAnsi="Tahoma" w:cs="Tahoma"/>
          <w:rtl/>
        </w:rPr>
        <w:t xml:space="preserve"> نبرد، 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ک</w:t>
      </w:r>
      <w:r w:rsidRPr="002B4164">
        <w:rPr>
          <w:rFonts w:ascii="Tahoma" w:hAnsi="Tahoma" w:cs="Tahoma"/>
          <w:rtl/>
        </w:rPr>
        <w:t xml:space="preserve"> فتوا 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</w:t>
      </w:r>
      <w:r w:rsidRPr="002B4164">
        <w:rPr>
          <w:rFonts w:ascii="Tahoma" w:hAnsi="Tahoma" w:cs="Tahoma"/>
          <w:rtl/>
        </w:rPr>
        <w:t xml:space="preserve"> ضعف اخلاق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ک</w:t>
      </w:r>
      <w:r w:rsidRPr="002B4164">
        <w:rPr>
          <w:rFonts w:ascii="Tahoma" w:hAnsi="Tahoma" w:cs="Tahoma"/>
          <w:rtl/>
        </w:rPr>
        <w:t xml:space="preserve"> شاه نبود. گلون‌آباد فقط لحظه‌ا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بود که ضعف‌ها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انباشته آشکار شدند. علت در دهه‌ها پرورش شاهزادگان در حرم، نابود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فرماندهان مستقل، فرسودگ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قشون، فشار مال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ات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،</w:t>
      </w:r>
      <w:r w:rsidRPr="002B4164">
        <w:rPr>
          <w:rFonts w:ascii="Tahoma" w:hAnsi="Tahoma" w:cs="Tahoma"/>
          <w:rtl/>
        </w:rPr>
        <w:t xml:space="preserve"> فساد مقام‌ها، دورشدن مرکز از 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الات</w:t>
      </w:r>
      <w:r w:rsidRPr="002B4164">
        <w:rPr>
          <w:rFonts w:ascii="Tahoma" w:hAnsi="Tahoma" w:cs="Tahoma"/>
          <w:rtl/>
        </w:rPr>
        <w:t xml:space="preserve"> و تبد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ل</w:t>
      </w:r>
      <w:r w:rsidRPr="002B4164">
        <w:rPr>
          <w:rFonts w:ascii="Tahoma" w:hAnsi="Tahoma" w:cs="Tahoma"/>
          <w:rtl/>
        </w:rPr>
        <w:t xml:space="preserve"> 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>ندار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به جانش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ن</w:t>
      </w:r>
      <w:r w:rsidRPr="002B4164">
        <w:rPr>
          <w:rFonts w:ascii="Tahoma" w:hAnsi="Tahoma" w:cs="Tahoma"/>
          <w:rtl/>
        </w:rPr>
        <w:t xml:space="preserve"> اصلاح کشوردار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قرار داشت.</w:t>
      </w:r>
    </w:p>
    <w:p w:rsidR="002B4164" w:rsidRPr="002B4164" w:rsidRDefault="002B4164" w:rsidP="002B416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B4164">
        <w:rPr>
          <w:rFonts w:ascii="Tahoma" w:hAnsi="Tahoma" w:cs="Tahoma" w:hint="eastAsia"/>
          <w:rtl/>
        </w:rPr>
        <w:t>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ن</w:t>
      </w:r>
      <w:r w:rsidRPr="002B4164">
        <w:rPr>
          <w:rFonts w:ascii="Tahoma" w:hAnsi="Tahoma" w:cs="Tahoma"/>
          <w:rtl/>
        </w:rPr>
        <w:t xml:space="preserve"> سقوط همچن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ن</w:t>
      </w:r>
      <w:r w:rsidRPr="002B4164">
        <w:rPr>
          <w:rFonts w:ascii="Tahoma" w:hAnsi="Tahoma" w:cs="Tahoma"/>
          <w:rtl/>
        </w:rPr>
        <w:t xml:space="preserve"> پا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ان</w:t>
      </w:r>
      <w:r w:rsidRPr="002B4164">
        <w:rPr>
          <w:rFonts w:ascii="Tahoma" w:hAnsi="Tahoma" w:cs="Tahoma"/>
          <w:rtl/>
        </w:rPr>
        <w:t xml:space="preserve"> 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ران</w:t>
      </w:r>
      <w:r w:rsidRPr="002B4164">
        <w:rPr>
          <w:rFonts w:ascii="Tahoma" w:hAnsi="Tahoma" w:cs="Tahoma"/>
          <w:rtl/>
        </w:rPr>
        <w:t xml:space="preserve"> نبود. کشور بس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ار</w:t>
      </w:r>
      <w:r w:rsidRPr="002B4164">
        <w:rPr>
          <w:rFonts w:ascii="Tahoma" w:hAnsi="Tahoma" w:cs="Tahoma"/>
          <w:rtl/>
        </w:rPr>
        <w:t xml:space="preserve"> بزرگ‌تر از اصفهان و دستگاه صفو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بود. زبان، شهرها، راه‌ها، 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وان،</w:t>
      </w:r>
      <w:r w:rsidRPr="002B4164">
        <w:rPr>
          <w:rFonts w:ascii="Tahoma" w:hAnsi="Tahoma" w:cs="Tahoma"/>
          <w:rtl/>
        </w:rPr>
        <w:t xml:space="preserve"> بازار، حافظهٔ تار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خ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و 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روها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اجتماع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باق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ماندند. فاتحان توانسته بودند حکومت مرکز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را تصرف کنند، اما 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ران</w:t>
      </w:r>
      <w:r w:rsidRPr="002B4164">
        <w:rPr>
          <w:rFonts w:ascii="Tahoma" w:hAnsi="Tahoma" w:cs="Tahoma"/>
          <w:rtl/>
        </w:rPr>
        <w:t xml:space="preserve"> را از نو 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افر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ده</w:t>
      </w:r>
      <w:r w:rsidRPr="002B4164">
        <w:rPr>
          <w:rFonts w:ascii="Tahoma" w:hAnsi="Tahoma" w:cs="Tahoma"/>
          <w:rtl/>
        </w:rPr>
        <w:t xml:space="preserve"> بودند.</w:t>
      </w:r>
    </w:p>
    <w:p w:rsidR="002B4164" w:rsidRPr="002B4164" w:rsidRDefault="002B4164" w:rsidP="002B416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B4164">
        <w:rPr>
          <w:rFonts w:ascii="Tahoma" w:hAnsi="Tahoma" w:cs="Tahoma" w:hint="eastAsia"/>
          <w:rtl/>
        </w:rPr>
        <w:t>حت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خاندان صفو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ز</w:t>
      </w:r>
      <w:r w:rsidRPr="002B4164">
        <w:rPr>
          <w:rFonts w:ascii="Tahoma" w:hAnsi="Tahoma" w:cs="Tahoma"/>
          <w:rtl/>
        </w:rPr>
        <w:t xml:space="preserve"> بلافاصله از صحنه ب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رون</w:t>
      </w:r>
      <w:r w:rsidRPr="002B4164">
        <w:rPr>
          <w:rFonts w:ascii="Tahoma" w:hAnsi="Tahoma" w:cs="Tahoma"/>
          <w:rtl/>
        </w:rPr>
        <w:t xml:space="preserve"> نرفت. شاه سلطان حس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ن</w:t>
      </w:r>
      <w:r w:rsidRPr="002B4164">
        <w:rPr>
          <w:rFonts w:ascii="Tahoma" w:hAnsi="Tahoma" w:cs="Tahoma"/>
          <w:rtl/>
        </w:rPr>
        <w:t xml:space="preserve"> در اسارت بود، اما پسرش تهماسب در ب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رون</w:t>
      </w:r>
      <w:r w:rsidRPr="002B4164">
        <w:rPr>
          <w:rFonts w:ascii="Tahoma" w:hAnsi="Tahoma" w:cs="Tahoma"/>
          <w:rtl/>
        </w:rPr>
        <w:t xml:space="preserve"> از پا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تخت</w:t>
      </w:r>
      <w:r w:rsidRPr="002B4164">
        <w:rPr>
          <w:rFonts w:ascii="Tahoma" w:hAnsi="Tahoma" w:cs="Tahoma"/>
          <w:rtl/>
        </w:rPr>
        <w:t xml:space="preserve"> خود را وارث تاج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دانست</w:t>
      </w:r>
      <w:r w:rsidRPr="002B4164">
        <w:rPr>
          <w:rFonts w:ascii="Tahoma" w:hAnsi="Tahoma" w:cs="Tahoma"/>
          <w:rtl/>
        </w:rPr>
        <w:t>. نام صفو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هنوز برا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گروه‌ها</w:t>
      </w:r>
      <w:r w:rsidRPr="002B4164">
        <w:rPr>
          <w:rFonts w:ascii="Tahoma" w:hAnsi="Tahoma" w:cs="Tahoma" w:hint="cs"/>
          <w:rtl/>
        </w:rPr>
        <w:t>یی</w:t>
      </w:r>
      <w:r w:rsidRPr="002B4164">
        <w:rPr>
          <w:rFonts w:ascii="Tahoma" w:hAnsi="Tahoma" w:cs="Tahoma"/>
          <w:rtl/>
        </w:rPr>
        <w:t xml:space="preserve"> از مردم، قزلباشان، 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نکاران</w:t>
      </w:r>
      <w:r w:rsidRPr="002B4164">
        <w:rPr>
          <w:rFonts w:ascii="Tahoma" w:hAnsi="Tahoma" w:cs="Tahoma"/>
          <w:rtl/>
        </w:rPr>
        <w:t xml:space="preserve"> و حاکمان سرچشمهٔ حقان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ت</w:t>
      </w:r>
      <w:r w:rsidRPr="002B4164">
        <w:rPr>
          <w:rFonts w:ascii="Tahoma" w:hAnsi="Tahoma" w:cs="Tahoma"/>
          <w:rtl/>
        </w:rPr>
        <w:t xml:space="preserve"> بود. محمود تاج را گرفته بود، ول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خاط</w:t>
      </w:r>
      <w:r w:rsidRPr="002B4164">
        <w:rPr>
          <w:rFonts w:ascii="Tahoma" w:hAnsi="Tahoma" w:cs="Tahoma" w:hint="eastAsia"/>
          <w:rtl/>
        </w:rPr>
        <w:t>ره</w:t>
      </w:r>
      <w:r w:rsidRPr="002B4164">
        <w:rPr>
          <w:rFonts w:ascii="Tahoma" w:hAnsi="Tahoma" w:cs="Tahoma"/>
          <w:rtl/>
        </w:rPr>
        <w:t xml:space="preserve"> و ادعا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خاندان را از م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ان</w:t>
      </w:r>
      <w:r w:rsidRPr="002B4164">
        <w:rPr>
          <w:rFonts w:ascii="Tahoma" w:hAnsi="Tahoma" w:cs="Tahoma"/>
          <w:rtl/>
        </w:rPr>
        <w:t xml:space="preserve"> نبرده بود.</w:t>
      </w:r>
    </w:p>
    <w:p w:rsidR="002B4164" w:rsidRPr="002B4164" w:rsidRDefault="002B4164" w:rsidP="002B416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B4164">
        <w:rPr>
          <w:rFonts w:ascii="Tahoma" w:hAnsi="Tahoma" w:cs="Tahoma" w:hint="eastAsia"/>
          <w:rtl/>
        </w:rPr>
        <w:t>هم‌زمان،</w:t>
      </w:r>
      <w:r w:rsidRPr="002B4164">
        <w:rPr>
          <w:rFonts w:ascii="Tahoma" w:hAnsi="Tahoma" w:cs="Tahoma"/>
          <w:rtl/>
        </w:rPr>
        <w:t xml:space="preserve"> روس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ه</w:t>
      </w:r>
      <w:r w:rsidRPr="002B4164">
        <w:rPr>
          <w:rFonts w:ascii="Tahoma" w:hAnsi="Tahoma" w:cs="Tahoma"/>
          <w:rtl/>
        </w:rPr>
        <w:t xml:space="preserve"> و عثمان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ضعف 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ران</w:t>
      </w:r>
      <w:r w:rsidRPr="002B4164">
        <w:rPr>
          <w:rFonts w:ascii="Tahoma" w:hAnsi="Tahoma" w:cs="Tahoma"/>
          <w:rtl/>
        </w:rPr>
        <w:t xml:space="preserve"> را فرصت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برا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گسترش قلمرو خود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دند</w:t>
      </w:r>
      <w:r w:rsidRPr="002B4164">
        <w:rPr>
          <w:rFonts w:ascii="Tahoma" w:hAnsi="Tahoma" w:cs="Tahoma"/>
          <w:rtl/>
        </w:rPr>
        <w:t>. مناطق شمال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و غرب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در معرض تصرف قرار گرفتند و حکومت افغان در اصفهان هنوز توان مقابله با همهٔ 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ن</w:t>
      </w:r>
      <w:r w:rsidRPr="002B4164">
        <w:rPr>
          <w:rFonts w:ascii="Tahoma" w:hAnsi="Tahoma" w:cs="Tahoma"/>
          <w:rtl/>
        </w:rPr>
        <w:t xml:space="preserve"> مدع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ان</w:t>
      </w:r>
      <w:r w:rsidRPr="002B4164">
        <w:rPr>
          <w:rFonts w:ascii="Tahoma" w:hAnsi="Tahoma" w:cs="Tahoma"/>
          <w:rtl/>
        </w:rPr>
        <w:t xml:space="preserve"> را نداشت. کشور نه ز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</w:t>
      </w:r>
      <w:r w:rsidRPr="002B4164">
        <w:rPr>
          <w:rFonts w:ascii="Tahoma" w:hAnsi="Tahoma" w:cs="Tahoma"/>
          <w:rtl/>
        </w:rPr>
        <w:t xml:space="preserve"> فرمان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واحد، بلکه م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ان</w:t>
      </w:r>
      <w:r w:rsidRPr="002B4164">
        <w:rPr>
          <w:rFonts w:ascii="Tahoma" w:hAnsi="Tahoma" w:cs="Tahoma"/>
          <w:rtl/>
        </w:rPr>
        <w:t xml:space="preserve"> چند قدرت و ادعا تقس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م</w:t>
      </w:r>
      <w:r w:rsidRPr="002B4164">
        <w:rPr>
          <w:rFonts w:ascii="Tahoma" w:hAnsi="Tahoma" w:cs="Tahoma"/>
          <w:rtl/>
        </w:rPr>
        <w:t xml:space="preserve">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شد</w:t>
      </w:r>
      <w:r w:rsidRPr="002B4164">
        <w:rPr>
          <w:rFonts w:ascii="Tahoma" w:hAnsi="Tahoma" w:cs="Tahoma"/>
          <w:rtl/>
        </w:rPr>
        <w:t>.</w:t>
      </w:r>
    </w:p>
    <w:p w:rsidR="002B4164" w:rsidRPr="002B4164" w:rsidRDefault="002B4164" w:rsidP="002B416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B4164">
        <w:rPr>
          <w:rFonts w:ascii="Tahoma" w:hAnsi="Tahoma" w:cs="Tahoma" w:hint="eastAsia"/>
          <w:rtl/>
        </w:rPr>
        <w:t>پس</w:t>
      </w:r>
      <w:r w:rsidRPr="002B4164">
        <w:rPr>
          <w:rFonts w:ascii="Tahoma" w:hAnsi="Tahoma" w:cs="Tahoma"/>
          <w:rtl/>
        </w:rPr>
        <w:t xml:space="preserve"> سقوط اصفهان پا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ان</w:t>
      </w:r>
      <w:r w:rsidRPr="002B4164">
        <w:rPr>
          <w:rFonts w:ascii="Tahoma" w:hAnsi="Tahoma" w:cs="Tahoma"/>
          <w:rtl/>
        </w:rPr>
        <w:t xml:space="preserve"> 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ک</w:t>
      </w:r>
      <w:r w:rsidRPr="002B4164">
        <w:rPr>
          <w:rFonts w:ascii="Tahoma" w:hAnsi="Tahoma" w:cs="Tahoma"/>
          <w:rtl/>
        </w:rPr>
        <w:t xml:space="preserve"> حکومت بود، اما آغاز دوره‌ا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از رقابت برا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تصاحب 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ران</w:t>
      </w:r>
      <w:r w:rsidRPr="002B4164">
        <w:rPr>
          <w:rFonts w:ascii="Tahoma" w:hAnsi="Tahoma" w:cs="Tahoma"/>
          <w:rtl/>
        </w:rPr>
        <w:t xml:space="preserve"> 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ز</w:t>
      </w:r>
      <w:r w:rsidRPr="002B4164">
        <w:rPr>
          <w:rFonts w:ascii="Tahoma" w:hAnsi="Tahoma" w:cs="Tahoma"/>
          <w:rtl/>
        </w:rPr>
        <w:t xml:space="preserve"> به شمار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رفت</w:t>
      </w:r>
      <w:r w:rsidRPr="002B4164">
        <w:rPr>
          <w:rFonts w:ascii="Tahoma" w:hAnsi="Tahoma" w:cs="Tahoma"/>
          <w:rtl/>
        </w:rPr>
        <w:t>. محمود و سپس اشرف افغان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خواستند</w:t>
      </w:r>
      <w:r w:rsidRPr="002B4164">
        <w:rPr>
          <w:rFonts w:ascii="Tahoma" w:hAnsi="Tahoma" w:cs="Tahoma"/>
          <w:rtl/>
        </w:rPr>
        <w:t xml:space="preserve"> از فتح پا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تخت</w:t>
      </w:r>
      <w:r w:rsidRPr="002B4164">
        <w:rPr>
          <w:rFonts w:ascii="Tahoma" w:hAnsi="Tahoma" w:cs="Tahoma"/>
          <w:rtl/>
        </w:rPr>
        <w:t xml:space="preserve"> حکومت بسازند؛ تهماسب دوم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کوش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د</w:t>
      </w:r>
      <w:r w:rsidRPr="002B4164">
        <w:rPr>
          <w:rFonts w:ascii="Tahoma" w:hAnsi="Tahoma" w:cs="Tahoma"/>
          <w:rtl/>
        </w:rPr>
        <w:t xml:space="preserve"> نام صفو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را زنده کند؛ عثمان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ان</w:t>
      </w:r>
      <w:r w:rsidRPr="002B4164">
        <w:rPr>
          <w:rFonts w:ascii="Tahoma" w:hAnsi="Tahoma" w:cs="Tahoma"/>
          <w:rtl/>
        </w:rPr>
        <w:t xml:space="preserve"> و روس‌ها بخش‌ها</w:t>
      </w:r>
      <w:r w:rsidRPr="002B4164">
        <w:rPr>
          <w:rFonts w:ascii="Tahoma" w:hAnsi="Tahoma" w:cs="Tahoma" w:hint="cs"/>
          <w:rtl/>
        </w:rPr>
        <w:t>یی</w:t>
      </w:r>
      <w:r w:rsidRPr="002B4164">
        <w:rPr>
          <w:rFonts w:ascii="Tahoma" w:hAnsi="Tahoma" w:cs="Tahoma"/>
          <w:rtl/>
        </w:rPr>
        <w:t xml:space="preserve"> از کشور را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گرفتند؛</w:t>
      </w:r>
      <w:r w:rsidRPr="002B4164">
        <w:rPr>
          <w:rFonts w:ascii="Tahoma" w:hAnsi="Tahoma" w:cs="Tahoma"/>
          <w:rtl/>
        </w:rPr>
        <w:t xml:space="preserve"> و سرد</w:t>
      </w:r>
      <w:r w:rsidRPr="002B4164">
        <w:rPr>
          <w:rFonts w:ascii="Tahoma" w:hAnsi="Tahoma" w:cs="Tahoma" w:hint="eastAsia"/>
          <w:rtl/>
        </w:rPr>
        <w:t>اران</w:t>
      </w:r>
      <w:r w:rsidRPr="002B4164">
        <w:rPr>
          <w:rFonts w:ascii="Tahoma" w:hAnsi="Tahoma" w:cs="Tahoma"/>
          <w:rtl/>
        </w:rPr>
        <w:t xml:space="preserve"> محل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برا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حفظ 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</w:t>
      </w:r>
      <w:r w:rsidRPr="002B4164">
        <w:rPr>
          <w:rFonts w:ascii="Tahoma" w:hAnsi="Tahoma" w:cs="Tahoma"/>
          <w:rtl/>
        </w:rPr>
        <w:t xml:space="preserve"> گسترش قدرت خود برخاستند.</w:t>
      </w:r>
    </w:p>
    <w:p w:rsidR="002B4164" w:rsidRPr="002B4164" w:rsidRDefault="002B4164" w:rsidP="002B416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B4164">
        <w:rPr>
          <w:rFonts w:ascii="Tahoma" w:hAnsi="Tahoma" w:cs="Tahoma" w:hint="eastAsia"/>
          <w:rtl/>
        </w:rPr>
        <w:t>در</w:t>
      </w:r>
      <w:r w:rsidRPr="002B4164">
        <w:rPr>
          <w:rFonts w:ascii="Tahoma" w:hAnsi="Tahoma" w:cs="Tahoma"/>
          <w:rtl/>
        </w:rPr>
        <w:t xml:space="preserve"> م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ان</w:t>
      </w:r>
      <w:r w:rsidRPr="002B4164">
        <w:rPr>
          <w:rFonts w:ascii="Tahoma" w:hAnsi="Tahoma" w:cs="Tahoma"/>
          <w:rtl/>
        </w:rPr>
        <w:t xml:space="preserve"> 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ن</w:t>
      </w:r>
      <w:r w:rsidRPr="002B4164">
        <w:rPr>
          <w:rFonts w:ascii="Tahoma" w:hAnsi="Tahoma" w:cs="Tahoma"/>
          <w:rtl/>
        </w:rPr>
        <w:t xml:space="preserve"> آشفتگ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،</w:t>
      </w:r>
      <w:r w:rsidRPr="002B4164">
        <w:rPr>
          <w:rFonts w:ascii="Tahoma" w:hAnsi="Tahoma" w:cs="Tahoma"/>
          <w:rtl/>
        </w:rPr>
        <w:t xml:space="preserve"> بار 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گر</w:t>
      </w:r>
      <w:r w:rsidRPr="002B4164">
        <w:rPr>
          <w:rFonts w:ascii="Tahoma" w:hAnsi="Tahoma" w:cs="Tahoma"/>
          <w:rtl/>
        </w:rPr>
        <w:t xml:space="preserve"> قشون به 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رو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تع</w:t>
      </w:r>
      <w:r w:rsidRPr="002B4164">
        <w:rPr>
          <w:rFonts w:ascii="Tahoma" w:hAnsi="Tahoma" w:cs="Tahoma" w:hint="cs"/>
          <w:rtl/>
        </w:rPr>
        <w:t>یی</w:t>
      </w:r>
      <w:r w:rsidRPr="002B4164">
        <w:rPr>
          <w:rFonts w:ascii="Tahoma" w:hAnsi="Tahoma" w:cs="Tahoma" w:hint="eastAsia"/>
          <w:rtl/>
        </w:rPr>
        <w:t>ن‌کننده</w:t>
      </w:r>
      <w:r w:rsidRPr="002B4164">
        <w:rPr>
          <w:rFonts w:ascii="Tahoma" w:hAnsi="Tahoma" w:cs="Tahoma"/>
          <w:rtl/>
        </w:rPr>
        <w:t xml:space="preserve"> تبد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ل</w:t>
      </w:r>
      <w:r w:rsidRPr="002B4164">
        <w:rPr>
          <w:rFonts w:ascii="Tahoma" w:hAnsi="Tahoma" w:cs="Tahoma"/>
          <w:rtl/>
        </w:rPr>
        <w:t xml:space="preserve"> شد. تاج صفو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هنوز حقان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ت</w:t>
      </w:r>
      <w:r w:rsidRPr="002B4164">
        <w:rPr>
          <w:rFonts w:ascii="Tahoma" w:hAnsi="Tahoma" w:cs="Tahoma"/>
          <w:rtl/>
        </w:rPr>
        <w:t xml:space="preserve"> داشت، عمامه شبکهٔ خود را حفظ کرده بود و 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وان</w:t>
      </w:r>
      <w:r w:rsidRPr="002B4164">
        <w:rPr>
          <w:rFonts w:ascii="Tahoma" w:hAnsi="Tahoma" w:cs="Tahoma"/>
          <w:rtl/>
        </w:rPr>
        <w:t xml:space="preserve"> دانش ادارهٔ کشور را با خود حمل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کرد؛</w:t>
      </w:r>
      <w:r w:rsidRPr="002B4164">
        <w:rPr>
          <w:rFonts w:ascii="Tahoma" w:hAnsi="Tahoma" w:cs="Tahoma"/>
          <w:rtl/>
        </w:rPr>
        <w:t xml:space="preserve"> اما ه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چ‌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ک</w:t>
      </w:r>
      <w:r w:rsidRPr="002B4164">
        <w:rPr>
          <w:rFonts w:ascii="Tahoma" w:hAnsi="Tahoma" w:cs="Tahoma"/>
          <w:rtl/>
        </w:rPr>
        <w:t xml:space="preserve"> بدون فرمانده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نظام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نم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توانستند</w:t>
      </w:r>
      <w:r w:rsidRPr="002B4164">
        <w:rPr>
          <w:rFonts w:ascii="Tahoma" w:hAnsi="Tahoma" w:cs="Tahoma"/>
          <w:rtl/>
        </w:rPr>
        <w:t xml:space="preserve"> سرزم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ن‌ها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ازدست‌رفته را بازگردانند.</w:t>
      </w:r>
    </w:p>
    <w:p w:rsidR="002B4164" w:rsidRDefault="002B4164" w:rsidP="002B4164">
      <w:pPr>
        <w:bidi/>
        <w:spacing w:after="0" w:line="360" w:lineRule="auto"/>
        <w:ind w:firstLine="720"/>
        <w:jc w:val="both"/>
        <w:rPr>
          <w:rFonts w:ascii="Tahoma" w:hAnsi="Tahoma" w:cs="Tahoma"/>
          <w:rtl/>
        </w:rPr>
      </w:pPr>
      <w:r w:rsidRPr="002B4164">
        <w:rPr>
          <w:rFonts w:ascii="Tahoma" w:hAnsi="Tahoma" w:cs="Tahoma" w:hint="eastAsia"/>
          <w:rtl/>
        </w:rPr>
        <w:t>از</w:t>
      </w:r>
      <w:r w:rsidRPr="002B4164">
        <w:rPr>
          <w:rFonts w:ascii="Tahoma" w:hAnsi="Tahoma" w:cs="Tahoma"/>
          <w:rtl/>
        </w:rPr>
        <w:t xml:space="preserve"> دل هم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ن</w:t>
      </w:r>
      <w:r w:rsidRPr="002B4164">
        <w:rPr>
          <w:rFonts w:ascii="Tahoma" w:hAnsi="Tahoma" w:cs="Tahoma"/>
          <w:rtl/>
        </w:rPr>
        <w:t xml:space="preserve"> 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از،</w:t>
      </w:r>
      <w:r w:rsidRPr="002B4164">
        <w:rPr>
          <w:rFonts w:ascii="Tahoma" w:hAnsi="Tahoma" w:cs="Tahoma"/>
          <w:rtl/>
        </w:rPr>
        <w:t xml:space="preserve"> سردار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از خراسان برخاست که ابتدا شمش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</w:t>
      </w:r>
      <w:r w:rsidRPr="002B4164">
        <w:rPr>
          <w:rFonts w:ascii="Tahoma" w:hAnsi="Tahoma" w:cs="Tahoma"/>
          <w:rtl/>
        </w:rPr>
        <w:t xml:space="preserve"> خود را در خدمت تهماسب دوم گذاشت، افغان‌ها را شکست داد و کشور را بازپس گرفت؛ اما سپس در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افت</w:t>
      </w:r>
      <w:r w:rsidRPr="002B4164">
        <w:rPr>
          <w:rFonts w:ascii="Tahoma" w:hAnsi="Tahoma" w:cs="Tahoma"/>
          <w:rtl/>
        </w:rPr>
        <w:t xml:space="preserve"> کس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که قشون را در اخت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ار</w:t>
      </w:r>
      <w:r w:rsidRPr="002B4164">
        <w:rPr>
          <w:rFonts w:ascii="Tahoma" w:hAnsi="Tahoma" w:cs="Tahoma"/>
          <w:rtl/>
        </w:rPr>
        <w:t xml:space="preserve"> دارد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تواند</w:t>
      </w:r>
      <w:r w:rsidRPr="002B4164">
        <w:rPr>
          <w:rFonts w:ascii="Tahoma" w:hAnsi="Tahoma" w:cs="Tahoma"/>
          <w:rtl/>
        </w:rPr>
        <w:t xml:space="preserve"> تاج را 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ز</w:t>
      </w:r>
      <w:r w:rsidRPr="002B4164">
        <w:rPr>
          <w:rFonts w:ascii="Tahoma" w:hAnsi="Tahoma" w:cs="Tahoma"/>
          <w:rtl/>
        </w:rPr>
        <w:t xml:space="preserve"> از صاحبش بگ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رد</w:t>
      </w:r>
      <w:r w:rsidRPr="002B4164">
        <w:rPr>
          <w:rFonts w:ascii="Tahoma" w:hAnsi="Tahoma" w:cs="Tahoma"/>
          <w:rtl/>
        </w:rPr>
        <w:t>. نام او نادر بود. بد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ن‌سان،</w:t>
      </w:r>
      <w:r w:rsidRPr="002B4164">
        <w:rPr>
          <w:rFonts w:ascii="Tahoma" w:hAnsi="Tahoma" w:cs="Tahoma"/>
          <w:rtl/>
        </w:rPr>
        <w:t xml:space="preserve"> سقوط صفو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ان</w:t>
      </w:r>
      <w:r w:rsidRPr="002B4164">
        <w:rPr>
          <w:rFonts w:ascii="Tahoma" w:hAnsi="Tahoma" w:cs="Tahoma"/>
          <w:rtl/>
        </w:rPr>
        <w:t xml:space="preserve"> راه </w:t>
      </w:r>
      <w:r w:rsidRPr="002B4164">
        <w:rPr>
          <w:rFonts w:ascii="Tahoma" w:hAnsi="Tahoma" w:cs="Tahoma" w:hint="eastAsia"/>
          <w:rtl/>
        </w:rPr>
        <w:t>را</w:t>
      </w:r>
      <w:r w:rsidRPr="002B4164">
        <w:rPr>
          <w:rFonts w:ascii="Tahoma" w:hAnsi="Tahoma" w:cs="Tahoma"/>
          <w:rtl/>
        </w:rPr>
        <w:t xml:space="preserve"> برا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بازگشت قشون به رأس کشوردار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ران</w:t>
      </w:r>
      <w:r w:rsidRPr="002B4164">
        <w:rPr>
          <w:rFonts w:ascii="Tahoma" w:hAnsi="Tahoma" w:cs="Tahoma"/>
          <w:rtl/>
        </w:rPr>
        <w:t xml:space="preserve"> گشود.</w:t>
      </w:r>
    </w:p>
    <w:p w:rsidR="002B4164" w:rsidRPr="00576FA6" w:rsidRDefault="002B4164" w:rsidP="00576FA6">
      <w:pPr>
        <w:keepNext/>
        <w:pageBreakBefore/>
        <w:tabs>
          <w:tab w:val="left" w:pos="2805"/>
        </w:tabs>
        <w:bidi/>
        <w:spacing w:after="0" w:line="360" w:lineRule="auto"/>
        <w:jc w:val="center"/>
        <w:rPr>
          <w:rFonts w:asciiTheme="majorBidi" w:hAnsiTheme="majorBidi" w:cstheme="majorBidi"/>
          <w:b/>
          <w:bCs/>
          <w:sz w:val="36"/>
          <w:szCs w:val="36"/>
          <w:rtl/>
        </w:rPr>
      </w:pPr>
      <w:bookmarkStart w:id="14" w:name="Vol1Chapter12"/>
      <w:bookmarkEnd w:id="14"/>
      <w:r w:rsidRPr="00576FA6">
        <w:rPr>
          <w:rFonts w:asciiTheme="majorBidi" w:hAnsiTheme="majorBidi" w:cstheme="majorBidi"/>
          <w:b/>
          <w:bCs/>
          <w:sz w:val="36"/>
          <w:szCs w:val="36"/>
          <w:rtl/>
        </w:rPr>
        <w:t>فصل دوازدهم</w:t>
      </w:r>
    </w:p>
    <w:p w:rsidR="002B4164" w:rsidRPr="00576FA6" w:rsidRDefault="002B4164" w:rsidP="00576FA6">
      <w:pPr>
        <w:keepNext/>
        <w:bidi/>
        <w:spacing w:after="240" w:line="360" w:lineRule="auto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576FA6">
        <w:rPr>
          <w:rFonts w:asciiTheme="majorBidi" w:hAnsiTheme="majorBidi" w:cstheme="majorBidi"/>
          <w:b/>
          <w:bCs/>
          <w:sz w:val="36"/>
          <w:szCs w:val="36"/>
          <w:rtl/>
        </w:rPr>
        <w:t>افغان‌ها در اصفهان؛ فتح پایتخت بدون تصرف کشور</w:t>
      </w:r>
    </w:p>
    <w:p w:rsidR="002B4164" w:rsidRPr="002B4164" w:rsidRDefault="002B4164" w:rsidP="002B416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B4164">
        <w:rPr>
          <w:rFonts w:ascii="Tahoma" w:hAnsi="Tahoma" w:cs="Tahoma" w:hint="eastAsia"/>
          <w:rtl/>
        </w:rPr>
        <w:t>محمود</w:t>
      </w:r>
      <w:r w:rsidRPr="002B4164">
        <w:rPr>
          <w:rFonts w:ascii="Tahoma" w:hAnsi="Tahoma" w:cs="Tahoma"/>
          <w:rtl/>
        </w:rPr>
        <w:t xml:space="preserve"> افغان پس از تسل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م</w:t>
      </w:r>
      <w:r w:rsidRPr="002B4164">
        <w:rPr>
          <w:rFonts w:ascii="Tahoma" w:hAnsi="Tahoma" w:cs="Tahoma"/>
          <w:rtl/>
        </w:rPr>
        <w:t xml:space="preserve"> شاه سلطان حس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ن</w:t>
      </w:r>
      <w:r w:rsidRPr="002B4164">
        <w:rPr>
          <w:rFonts w:ascii="Tahoma" w:hAnsi="Tahoma" w:cs="Tahoma"/>
          <w:rtl/>
        </w:rPr>
        <w:t xml:space="preserve"> وارد اصفهان شد و خود را فرمانروا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ران</w:t>
      </w:r>
      <w:r w:rsidRPr="002B4164">
        <w:rPr>
          <w:rFonts w:ascii="Tahoma" w:hAnsi="Tahoma" w:cs="Tahoma"/>
          <w:rtl/>
        </w:rPr>
        <w:t xml:space="preserve"> خواند. او پا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تخت،</w:t>
      </w:r>
      <w:r w:rsidRPr="002B4164">
        <w:rPr>
          <w:rFonts w:ascii="Tahoma" w:hAnsi="Tahoma" w:cs="Tahoma"/>
          <w:rtl/>
        </w:rPr>
        <w:t xml:space="preserve"> کاخ، خزانه و شخص پادشاه را در اخت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ار</w:t>
      </w:r>
      <w:r w:rsidRPr="002B4164">
        <w:rPr>
          <w:rFonts w:ascii="Tahoma" w:hAnsi="Tahoma" w:cs="Tahoma"/>
          <w:rtl/>
        </w:rPr>
        <w:t xml:space="preserve"> داشت و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توانست</w:t>
      </w:r>
      <w:r w:rsidRPr="002B4164">
        <w:rPr>
          <w:rFonts w:ascii="Tahoma" w:hAnsi="Tahoma" w:cs="Tahoma"/>
          <w:rtl/>
        </w:rPr>
        <w:t xml:space="preserve"> از نشانه‌ها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سلطنت صفو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برا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اثبات پ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روز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خود استفاده کند. اما تصرف 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ن</w:t>
      </w:r>
      <w:r w:rsidRPr="002B4164">
        <w:rPr>
          <w:rFonts w:ascii="Tahoma" w:hAnsi="Tahoma" w:cs="Tahoma"/>
          <w:rtl/>
        </w:rPr>
        <w:t xml:space="preserve"> نشانه‌ها به معنا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تصرف سراسر کشور نبود.</w:t>
      </w:r>
    </w:p>
    <w:p w:rsidR="002B4164" w:rsidRPr="002B4164" w:rsidRDefault="002B4164" w:rsidP="002B416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B4164">
        <w:rPr>
          <w:rFonts w:ascii="Tahoma" w:hAnsi="Tahoma" w:cs="Tahoma" w:hint="eastAsia"/>
          <w:rtl/>
        </w:rPr>
        <w:t>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رو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محمود فقط بخش محدود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از 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ران</w:t>
      </w:r>
      <w:r w:rsidRPr="002B4164">
        <w:rPr>
          <w:rFonts w:ascii="Tahoma" w:hAnsi="Tahoma" w:cs="Tahoma"/>
          <w:rtl/>
        </w:rPr>
        <w:t xml:space="preserve"> را ز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</w:t>
      </w:r>
      <w:r w:rsidRPr="002B4164">
        <w:rPr>
          <w:rFonts w:ascii="Tahoma" w:hAnsi="Tahoma" w:cs="Tahoma"/>
          <w:rtl/>
        </w:rPr>
        <w:t xml:space="preserve"> کنترل مستق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م</w:t>
      </w:r>
      <w:r w:rsidRPr="002B4164">
        <w:rPr>
          <w:rFonts w:ascii="Tahoma" w:hAnsi="Tahoma" w:cs="Tahoma"/>
          <w:rtl/>
        </w:rPr>
        <w:t xml:space="preserve"> داشت. بس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ار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از 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الات</w:t>
      </w:r>
      <w:r w:rsidRPr="002B4164">
        <w:rPr>
          <w:rFonts w:ascii="Tahoma" w:hAnsi="Tahoma" w:cs="Tahoma"/>
          <w:rtl/>
        </w:rPr>
        <w:t xml:space="preserve"> و شهرها هنوز فرمان او را نپذ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رفته</w:t>
      </w:r>
      <w:r w:rsidRPr="002B4164">
        <w:rPr>
          <w:rFonts w:ascii="Tahoma" w:hAnsi="Tahoma" w:cs="Tahoma"/>
          <w:rtl/>
        </w:rPr>
        <w:t xml:space="preserve"> بودند. شاهزاده تهماسب در ب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رون</w:t>
      </w:r>
      <w:r w:rsidRPr="002B4164">
        <w:rPr>
          <w:rFonts w:ascii="Tahoma" w:hAnsi="Tahoma" w:cs="Tahoma"/>
          <w:rtl/>
        </w:rPr>
        <w:t xml:space="preserve"> از اصفهان آزاد بود، حاکمان محل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روها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خود را داشتند و روس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ه</w:t>
      </w:r>
      <w:r w:rsidRPr="002B4164">
        <w:rPr>
          <w:rFonts w:ascii="Tahoma" w:hAnsi="Tahoma" w:cs="Tahoma"/>
          <w:rtl/>
        </w:rPr>
        <w:t xml:space="preserve"> و عثمان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ز</w:t>
      </w:r>
      <w:r w:rsidRPr="002B4164">
        <w:rPr>
          <w:rFonts w:ascii="Tahoma" w:hAnsi="Tahoma" w:cs="Tahoma"/>
          <w:rtl/>
        </w:rPr>
        <w:t xml:space="preserve"> برا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تصرف سرزم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ن‌ها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ران</w:t>
      </w:r>
      <w:r w:rsidRPr="002B4164">
        <w:rPr>
          <w:rFonts w:ascii="Tahoma" w:hAnsi="Tahoma" w:cs="Tahoma"/>
          <w:rtl/>
        </w:rPr>
        <w:t xml:space="preserve"> آماده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شدند</w:t>
      </w:r>
      <w:r w:rsidRPr="002B4164">
        <w:rPr>
          <w:rFonts w:ascii="Tahoma" w:hAnsi="Tahoma" w:cs="Tahoma"/>
          <w:rtl/>
        </w:rPr>
        <w:t>. محمود تاج را گرفته بود، اما هنوز با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د</w:t>
      </w:r>
      <w:r w:rsidRPr="002B4164">
        <w:rPr>
          <w:rFonts w:ascii="Tahoma" w:hAnsi="Tahoma" w:cs="Tahoma"/>
          <w:rtl/>
        </w:rPr>
        <w:t xml:space="preserve"> حکومت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ساخت</w:t>
      </w:r>
      <w:r w:rsidRPr="002B4164">
        <w:rPr>
          <w:rFonts w:ascii="Tahoma" w:hAnsi="Tahoma" w:cs="Tahoma"/>
          <w:rtl/>
        </w:rPr>
        <w:t>.</w:t>
      </w:r>
    </w:p>
    <w:p w:rsidR="002B4164" w:rsidRPr="002B4164" w:rsidRDefault="002B4164" w:rsidP="002B416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B4164">
        <w:rPr>
          <w:rFonts w:ascii="Tahoma" w:hAnsi="Tahoma" w:cs="Tahoma" w:hint="eastAsia"/>
          <w:rtl/>
        </w:rPr>
        <w:t>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ن</w:t>
      </w:r>
      <w:r w:rsidRPr="002B4164">
        <w:rPr>
          <w:rFonts w:ascii="Tahoma" w:hAnsi="Tahoma" w:cs="Tahoma"/>
          <w:rtl/>
        </w:rPr>
        <w:t xml:space="preserve"> تما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ز</w:t>
      </w:r>
      <w:r w:rsidRPr="002B4164">
        <w:rPr>
          <w:rFonts w:ascii="Tahoma" w:hAnsi="Tahoma" w:cs="Tahoma"/>
          <w:rtl/>
        </w:rPr>
        <w:t xml:space="preserve"> م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ان</w:t>
      </w:r>
      <w:r w:rsidRPr="002B4164">
        <w:rPr>
          <w:rFonts w:ascii="Tahoma" w:hAnsi="Tahoma" w:cs="Tahoma"/>
          <w:rtl/>
        </w:rPr>
        <w:t xml:space="preserve"> فتح و کشوردار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همان مسئله‌ا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بود که فاتحان پ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ش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ن</w:t>
      </w:r>
      <w:r w:rsidRPr="002B4164">
        <w:rPr>
          <w:rFonts w:ascii="Tahoma" w:hAnsi="Tahoma" w:cs="Tahoma"/>
          <w:rtl/>
        </w:rPr>
        <w:t xml:space="preserve"> 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ران</w:t>
      </w:r>
      <w:r w:rsidRPr="002B4164">
        <w:rPr>
          <w:rFonts w:ascii="Tahoma" w:hAnsi="Tahoma" w:cs="Tahoma"/>
          <w:rtl/>
        </w:rPr>
        <w:t xml:space="preserve"> 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ز</w:t>
      </w:r>
      <w:r w:rsidRPr="002B4164">
        <w:rPr>
          <w:rFonts w:ascii="Tahoma" w:hAnsi="Tahoma" w:cs="Tahoma"/>
          <w:rtl/>
        </w:rPr>
        <w:t xml:space="preserve"> تجربه کرده بودند. قشون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توانست</w:t>
      </w:r>
      <w:r w:rsidRPr="002B4164">
        <w:rPr>
          <w:rFonts w:ascii="Tahoma" w:hAnsi="Tahoma" w:cs="Tahoma"/>
          <w:rtl/>
        </w:rPr>
        <w:t xml:space="preserve"> شاه را شکست دهد، ول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نم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توانست</w:t>
      </w:r>
      <w:r w:rsidRPr="002B4164">
        <w:rPr>
          <w:rFonts w:ascii="Tahoma" w:hAnsi="Tahoma" w:cs="Tahoma"/>
          <w:rtl/>
        </w:rPr>
        <w:t xml:space="preserve"> به تنها</w:t>
      </w:r>
      <w:r w:rsidRPr="002B4164">
        <w:rPr>
          <w:rFonts w:ascii="Tahoma" w:hAnsi="Tahoma" w:cs="Tahoma" w:hint="cs"/>
          <w:rtl/>
        </w:rPr>
        <w:t>یی</w:t>
      </w:r>
      <w:r w:rsidRPr="002B4164">
        <w:rPr>
          <w:rFonts w:ascii="Tahoma" w:hAnsi="Tahoma" w:cs="Tahoma"/>
          <w:rtl/>
        </w:rPr>
        <w:t xml:space="preserve"> مال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ات</w:t>
      </w:r>
      <w:r w:rsidRPr="002B4164">
        <w:rPr>
          <w:rFonts w:ascii="Tahoma" w:hAnsi="Tahoma" w:cs="Tahoma"/>
          <w:rtl/>
        </w:rPr>
        <w:t xml:space="preserve"> بگ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رد،</w:t>
      </w:r>
      <w:r w:rsidRPr="002B4164">
        <w:rPr>
          <w:rFonts w:ascii="Tahoma" w:hAnsi="Tahoma" w:cs="Tahoma"/>
          <w:rtl/>
        </w:rPr>
        <w:t xml:space="preserve"> زم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ن‌ها</w:t>
      </w:r>
      <w:r w:rsidRPr="002B4164">
        <w:rPr>
          <w:rFonts w:ascii="Tahoma" w:hAnsi="Tahoma" w:cs="Tahoma"/>
          <w:rtl/>
        </w:rPr>
        <w:t xml:space="preserve"> را ثبت کند، ق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مت</w:t>
      </w:r>
      <w:r w:rsidRPr="002B4164">
        <w:rPr>
          <w:rFonts w:ascii="Tahoma" w:hAnsi="Tahoma" w:cs="Tahoma"/>
          <w:rtl/>
        </w:rPr>
        <w:t xml:space="preserve"> نان را مهار سازد، راه‌ها را امن نگه دارد و فرمان‌ها را به 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الات</w:t>
      </w:r>
      <w:r w:rsidRPr="002B4164">
        <w:rPr>
          <w:rFonts w:ascii="Tahoma" w:hAnsi="Tahoma" w:cs="Tahoma"/>
          <w:rtl/>
        </w:rPr>
        <w:t xml:space="preserve"> برس</w:t>
      </w:r>
      <w:r w:rsidRPr="002B4164">
        <w:rPr>
          <w:rFonts w:ascii="Tahoma" w:hAnsi="Tahoma" w:cs="Tahoma" w:hint="eastAsia"/>
          <w:rtl/>
        </w:rPr>
        <w:t>اند</w:t>
      </w:r>
      <w:r w:rsidRPr="002B4164">
        <w:rPr>
          <w:rFonts w:ascii="Tahoma" w:hAnsi="Tahoma" w:cs="Tahoma"/>
          <w:rtl/>
        </w:rPr>
        <w:t>. برا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انجام 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ن</w:t>
      </w:r>
      <w:r w:rsidRPr="002B4164">
        <w:rPr>
          <w:rFonts w:ascii="Tahoma" w:hAnsi="Tahoma" w:cs="Tahoma"/>
          <w:rtl/>
        </w:rPr>
        <w:t xml:space="preserve"> کارها به 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وان،</w:t>
      </w:r>
      <w:r w:rsidRPr="002B4164">
        <w:rPr>
          <w:rFonts w:ascii="Tahoma" w:hAnsi="Tahoma" w:cs="Tahoma"/>
          <w:rtl/>
        </w:rPr>
        <w:t xml:space="preserve"> کارگزار، خزانه و اندازه‌ا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از پذ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رش</w:t>
      </w:r>
      <w:r w:rsidRPr="002B4164">
        <w:rPr>
          <w:rFonts w:ascii="Tahoma" w:hAnsi="Tahoma" w:cs="Tahoma"/>
          <w:rtl/>
        </w:rPr>
        <w:t xml:space="preserve"> مردم 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از</w:t>
      </w:r>
      <w:r w:rsidRPr="002B4164">
        <w:rPr>
          <w:rFonts w:ascii="Tahoma" w:hAnsi="Tahoma" w:cs="Tahoma"/>
          <w:rtl/>
        </w:rPr>
        <w:t xml:space="preserve"> بود.</w:t>
      </w:r>
    </w:p>
    <w:p w:rsidR="002B4164" w:rsidRPr="002B4164" w:rsidRDefault="002B4164" w:rsidP="002B416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B4164">
        <w:rPr>
          <w:rFonts w:ascii="Tahoma" w:hAnsi="Tahoma" w:cs="Tahoma" w:hint="eastAsia"/>
          <w:rtl/>
        </w:rPr>
        <w:t>افغان‌ها</w:t>
      </w:r>
      <w:r w:rsidRPr="002B4164">
        <w:rPr>
          <w:rFonts w:ascii="Tahoma" w:hAnsi="Tahoma" w:cs="Tahoma" w:hint="cs"/>
          <w:rtl/>
        </w:rPr>
        <w:t>یی</w:t>
      </w:r>
      <w:r w:rsidRPr="002B4164">
        <w:rPr>
          <w:rFonts w:ascii="Tahoma" w:hAnsi="Tahoma" w:cs="Tahoma"/>
          <w:rtl/>
        </w:rPr>
        <w:t xml:space="preserve"> که اصفهان را فتح کردند از سرزم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کاملاً ب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رون</w:t>
      </w:r>
      <w:r w:rsidRPr="002B4164">
        <w:rPr>
          <w:rFonts w:ascii="Tahoma" w:hAnsi="Tahoma" w:cs="Tahoma"/>
          <w:rtl/>
        </w:rPr>
        <w:t xml:space="preserve"> از قلمرو صفو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امده</w:t>
      </w:r>
      <w:r w:rsidRPr="002B4164">
        <w:rPr>
          <w:rFonts w:ascii="Tahoma" w:hAnsi="Tahoma" w:cs="Tahoma"/>
          <w:rtl/>
        </w:rPr>
        <w:t xml:space="preserve"> بودند. قندهار پ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ش</w:t>
      </w:r>
      <w:r w:rsidRPr="002B4164">
        <w:rPr>
          <w:rFonts w:ascii="Tahoma" w:hAnsi="Tahoma" w:cs="Tahoma"/>
          <w:rtl/>
        </w:rPr>
        <w:t xml:space="preserve"> از شورش بخش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از حکومت صفو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بود و بس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ار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از آنان رعا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همان حکومت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به شمار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رفتند</w:t>
      </w:r>
      <w:r w:rsidRPr="002B4164">
        <w:rPr>
          <w:rFonts w:ascii="Tahoma" w:hAnsi="Tahoma" w:cs="Tahoma"/>
          <w:rtl/>
        </w:rPr>
        <w:t xml:space="preserve"> که اکنون سرنگونش کرده بودند. شورش آنان از حاش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هٔ</w:t>
      </w:r>
      <w:r w:rsidRPr="002B4164">
        <w:rPr>
          <w:rFonts w:ascii="Tahoma" w:hAnsi="Tahoma" w:cs="Tahoma"/>
          <w:rtl/>
        </w:rPr>
        <w:t xml:space="preserve"> کشور آغاز شده و سپس به تصر</w:t>
      </w:r>
      <w:r w:rsidRPr="002B4164">
        <w:rPr>
          <w:rFonts w:ascii="Tahoma" w:hAnsi="Tahoma" w:cs="Tahoma" w:hint="eastAsia"/>
          <w:rtl/>
        </w:rPr>
        <w:t>ف</w:t>
      </w:r>
      <w:r w:rsidRPr="002B4164">
        <w:rPr>
          <w:rFonts w:ascii="Tahoma" w:hAnsi="Tahoma" w:cs="Tahoma"/>
          <w:rtl/>
        </w:rPr>
        <w:t xml:space="preserve"> مرکز انجام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ده</w:t>
      </w:r>
      <w:r w:rsidRPr="002B4164">
        <w:rPr>
          <w:rFonts w:ascii="Tahoma" w:hAnsi="Tahoma" w:cs="Tahoma"/>
          <w:rtl/>
        </w:rPr>
        <w:t xml:space="preserve"> بود.</w:t>
      </w:r>
    </w:p>
    <w:p w:rsidR="002B4164" w:rsidRPr="002B4164" w:rsidRDefault="002B4164" w:rsidP="002B416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B4164">
        <w:rPr>
          <w:rFonts w:ascii="Tahoma" w:hAnsi="Tahoma" w:cs="Tahoma" w:hint="eastAsia"/>
          <w:rtl/>
        </w:rPr>
        <w:t>اما</w:t>
      </w:r>
      <w:r w:rsidRPr="002B4164">
        <w:rPr>
          <w:rFonts w:ascii="Tahoma" w:hAnsi="Tahoma" w:cs="Tahoma"/>
          <w:rtl/>
        </w:rPr>
        <w:t xml:space="preserve"> 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ن</w:t>
      </w:r>
      <w:r w:rsidRPr="002B4164">
        <w:rPr>
          <w:rFonts w:ascii="Tahoma" w:hAnsi="Tahoma" w:cs="Tahoma"/>
          <w:rtl/>
        </w:rPr>
        <w:t xml:space="preserve"> سابقه، آنان را در چشم مردم اصفهان خود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نم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ساخت</w:t>
      </w:r>
      <w:r w:rsidRPr="002B4164">
        <w:rPr>
          <w:rFonts w:ascii="Tahoma" w:hAnsi="Tahoma" w:cs="Tahoma"/>
          <w:rtl/>
        </w:rPr>
        <w:t>. تفاوت مذهب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،</w:t>
      </w:r>
      <w:r w:rsidRPr="002B4164">
        <w:rPr>
          <w:rFonts w:ascii="Tahoma" w:hAnsi="Tahoma" w:cs="Tahoma"/>
          <w:rtl/>
        </w:rPr>
        <w:t xml:space="preserve"> زبان و پ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وندها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قب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له‌ا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،</w:t>
      </w:r>
      <w:r w:rsidRPr="002B4164">
        <w:rPr>
          <w:rFonts w:ascii="Tahoma" w:hAnsi="Tahoma" w:cs="Tahoma"/>
          <w:rtl/>
        </w:rPr>
        <w:t xml:space="preserve"> خاطرهٔ محاصره و مرگ هزاران تن، م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ان</w:t>
      </w:r>
      <w:r w:rsidRPr="002B4164">
        <w:rPr>
          <w:rFonts w:ascii="Tahoma" w:hAnsi="Tahoma" w:cs="Tahoma"/>
          <w:rtl/>
        </w:rPr>
        <w:t xml:space="preserve"> فاتحان و مردم پا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تخت</w:t>
      </w:r>
      <w:r w:rsidRPr="002B4164">
        <w:rPr>
          <w:rFonts w:ascii="Tahoma" w:hAnsi="Tahoma" w:cs="Tahoma"/>
          <w:rtl/>
        </w:rPr>
        <w:t xml:space="preserve"> فاصله‌ا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عم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ق</w:t>
      </w:r>
      <w:r w:rsidRPr="002B4164">
        <w:rPr>
          <w:rFonts w:ascii="Tahoma" w:hAnsi="Tahoma" w:cs="Tahoma"/>
          <w:rtl/>
        </w:rPr>
        <w:t xml:space="preserve"> 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جاد</w:t>
      </w:r>
      <w:r w:rsidRPr="002B4164">
        <w:rPr>
          <w:rFonts w:ascii="Tahoma" w:hAnsi="Tahoma" w:cs="Tahoma"/>
          <w:rtl/>
        </w:rPr>
        <w:t xml:space="preserve"> کرده بود. محمود برا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مردم شهر نه حاکم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برخاسته از انتقال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قانون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،</w:t>
      </w:r>
      <w:r w:rsidRPr="002B4164">
        <w:rPr>
          <w:rFonts w:ascii="Tahoma" w:hAnsi="Tahoma" w:cs="Tahoma"/>
          <w:rtl/>
        </w:rPr>
        <w:t xml:space="preserve"> بلکه فرماندهٔ 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رو</w:t>
      </w:r>
      <w:r w:rsidRPr="002B4164">
        <w:rPr>
          <w:rFonts w:ascii="Tahoma" w:hAnsi="Tahoma" w:cs="Tahoma" w:hint="cs"/>
          <w:rtl/>
        </w:rPr>
        <w:t>یی</w:t>
      </w:r>
      <w:r w:rsidRPr="002B4164">
        <w:rPr>
          <w:rFonts w:ascii="Tahoma" w:hAnsi="Tahoma" w:cs="Tahoma"/>
          <w:rtl/>
        </w:rPr>
        <w:t xml:space="preserve"> بود که آنان را ماه‌ها گرسنه نگاه داشته بود.</w:t>
      </w:r>
    </w:p>
    <w:p w:rsidR="002B4164" w:rsidRPr="002B4164" w:rsidRDefault="002B4164" w:rsidP="002B416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B4164">
        <w:rPr>
          <w:rFonts w:ascii="Tahoma" w:hAnsi="Tahoma" w:cs="Tahoma" w:hint="eastAsia"/>
          <w:rtl/>
        </w:rPr>
        <w:t>تاج</w:t>
      </w:r>
      <w:r w:rsidRPr="002B4164">
        <w:rPr>
          <w:rFonts w:ascii="Tahoma" w:hAnsi="Tahoma" w:cs="Tahoma"/>
          <w:rtl/>
        </w:rPr>
        <w:t xml:space="preserve"> صفو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ز</w:t>
      </w:r>
      <w:r w:rsidRPr="002B4164">
        <w:rPr>
          <w:rFonts w:ascii="Tahoma" w:hAnsi="Tahoma" w:cs="Tahoma"/>
          <w:rtl/>
        </w:rPr>
        <w:t xml:space="preserve"> از حقان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ت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برخوردار بود که با تسل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م</w:t>
      </w:r>
      <w:r w:rsidRPr="002B4164">
        <w:rPr>
          <w:rFonts w:ascii="Tahoma" w:hAnsi="Tahoma" w:cs="Tahoma"/>
          <w:rtl/>
        </w:rPr>
        <w:t xml:space="preserve"> 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ک</w:t>
      </w:r>
      <w:r w:rsidRPr="002B4164">
        <w:rPr>
          <w:rFonts w:ascii="Tahoma" w:hAnsi="Tahoma" w:cs="Tahoma"/>
          <w:rtl/>
        </w:rPr>
        <w:t xml:space="preserve"> شاه فوراً از م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ان</w:t>
      </w:r>
      <w:r w:rsidRPr="002B4164">
        <w:rPr>
          <w:rFonts w:ascii="Tahoma" w:hAnsi="Tahoma" w:cs="Tahoma"/>
          <w:rtl/>
        </w:rPr>
        <w:t xml:space="preserve"> نم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رفت</w:t>
      </w:r>
      <w:r w:rsidRPr="002B4164">
        <w:rPr>
          <w:rFonts w:ascii="Tahoma" w:hAnsi="Tahoma" w:cs="Tahoma"/>
          <w:rtl/>
        </w:rPr>
        <w:t>. ب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ش</w:t>
      </w:r>
      <w:r w:rsidRPr="002B4164">
        <w:rPr>
          <w:rFonts w:ascii="Tahoma" w:hAnsi="Tahoma" w:cs="Tahoma"/>
          <w:rtl/>
        </w:rPr>
        <w:t xml:space="preserve"> از دو سده حکومت، نام خاندان را با مذهب رسم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،</w:t>
      </w:r>
      <w:r w:rsidRPr="002B4164">
        <w:rPr>
          <w:rFonts w:ascii="Tahoma" w:hAnsi="Tahoma" w:cs="Tahoma"/>
          <w:rtl/>
        </w:rPr>
        <w:t xml:space="preserve"> 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وان،</w:t>
      </w:r>
      <w:r w:rsidRPr="002B4164">
        <w:rPr>
          <w:rFonts w:ascii="Tahoma" w:hAnsi="Tahoma" w:cs="Tahoma"/>
          <w:rtl/>
        </w:rPr>
        <w:t xml:space="preserve"> آ</w:t>
      </w:r>
      <w:r w:rsidRPr="002B4164">
        <w:rPr>
          <w:rFonts w:ascii="Tahoma" w:hAnsi="Tahoma" w:cs="Tahoma" w:hint="cs"/>
          <w:rtl/>
        </w:rPr>
        <w:t>یی</w:t>
      </w:r>
      <w:r w:rsidRPr="002B4164">
        <w:rPr>
          <w:rFonts w:ascii="Tahoma" w:hAnsi="Tahoma" w:cs="Tahoma" w:hint="eastAsia"/>
          <w:rtl/>
        </w:rPr>
        <w:t>ن‌ها</w:t>
      </w:r>
      <w:r w:rsidRPr="002B4164">
        <w:rPr>
          <w:rFonts w:ascii="Tahoma" w:hAnsi="Tahoma" w:cs="Tahoma"/>
          <w:rtl/>
        </w:rPr>
        <w:t xml:space="preserve"> و حافظهٔ مردم پ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وند</w:t>
      </w:r>
      <w:r w:rsidRPr="002B4164">
        <w:rPr>
          <w:rFonts w:ascii="Tahoma" w:hAnsi="Tahoma" w:cs="Tahoma"/>
          <w:rtl/>
        </w:rPr>
        <w:t xml:space="preserve"> داده بود. بس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ار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ممکن بود از شاه سلطان حس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ن</w:t>
      </w:r>
      <w:r w:rsidRPr="002B4164">
        <w:rPr>
          <w:rFonts w:ascii="Tahoma" w:hAnsi="Tahoma" w:cs="Tahoma"/>
          <w:rtl/>
        </w:rPr>
        <w:t xml:space="preserve"> ناراض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باشند، اما 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ن</w:t>
      </w:r>
      <w:r w:rsidRPr="002B4164">
        <w:rPr>
          <w:rFonts w:ascii="Tahoma" w:hAnsi="Tahoma" w:cs="Tahoma"/>
          <w:rtl/>
        </w:rPr>
        <w:t xml:space="preserve"> نارضا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ت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الزاماً به پذ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رش</w:t>
      </w:r>
      <w:r w:rsidRPr="002B4164">
        <w:rPr>
          <w:rFonts w:ascii="Tahoma" w:hAnsi="Tahoma" w:cs="Tahoma"/>
          <w:rtl/>
        </w:rPr>
        <w:t xml:space="preserve"> م</w:t>
      </w:r>
      <w:r w:rsidRPr="002B4164">
        <w:rPr>
          <w:rFonts w:ascii="Tahoma" w:hAnsi="Tahoma" w:cs="Tahoma" w:hint="eastAsia"/>
          <w:rtl/>
        </w:rPr>
        <w:t>حمود</w:t>
      </w:r>
      <w:r w:rsidRPr="002B4164">
        <w:rPr>
          <w:rFonts w:ascii="Tahoma" w:hAnsi="Tahoma" w:cs="Tahoma"/>
          <w:rtl/>
        </w:rPr>
        <w:t xml:space="preserve"> به عنوان شاه 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ران</w:t>
      </w:r>
      <w:r w:rsidRPr="002B4164">
        <w:rPr>
          <w:rFonts w:ascii="Tahoma" w:hAnsi="Tahoma" w:cs="Tahoma"/>
          <w:rtl/>
        </w:rPr>
        <w:t xml:space="preserve"> تبد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ل</w:t>
      </w:r>
      <w:r w:rsidRPr="002B4164">
        <w:rPr>
          <w:rFonts w:ascii="Tahoma" w:hAnsi="Tahoma" w:cs="Tahoma"/>
          <w:rtl/>
        </w:rPr>
        <w:t xml:space="preserve"> نم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شد</w:t>
      </w:r>
      <w:r w:rsidRPr="002B4164">
        <w:rPr>
          <w:rFonts w:ascii="Tahoma" w:hAnsi="Tahoma" w:cs="Tahoma"/>
          <w:rtl/>
        </w:rPr>
        <w:t>.</w:t>
      </w:r>
    </w:p>
    <w:p w:rsidR="002B4164" w:rsidRPr="002B4164" w:rsidRDefault="002B4164" w:rsidP="002B416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B4164">
        <w:rPr>
          <w:rFonts w:ascii="Tahoma" w:hAnsi="Tahoma" w:cs="Tahoma" w:hint="eastAsia"/>
          <w:rtl/>
        </w:rPr>
        <w:t>محمود</w:t>
      </w:r>
      <w:r w:rsidRPr="002B4164">
        <w:rPr>
          <w:rFonts w:ascii="Tahoma" w:hAnsi="Tahoma" w:cs="Tahoma"/>
          <w:rtl/>
        </w:rPr>
        <w:t xml:space="preserve"> برا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جبران 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ن</w:t>
      </w:r>
      <w:r w:rsidRPr="002B4164">
        <w:rPr>
          <w:rFonts w:ascii="Tahoma" w:hAnsi="Tahoma" w:cs="Tahoma"/>
          <w:rtl/>
        </w:rPr>
        <w:t xml:space="preserve"> کمبود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توانست</w:t>
      </w:r>
      <w:r w:rsidRPr="002B4164">
        <w:rPr>
          <w:rFonts w:ascii="Tahoma" w:hAnsi="Tahoma" w:cs="Tahoma"/>
          <w:rtl/>
        </w:rPr>
        <w:t xml:space="preserve"> از دو راه استفاده کند: پ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وند</w:t>
      </w:r>
      <w:r w:rsidRPr="002B4164">
        <w:rPr>
          <w:rFonts w:ascii="Tahoma" w:hAnsi="Tahoma" w:cs="Tahoma"/>
          <w:rtl/>
        </w:rPr>
        <w:t xml:space="preserve"> خود با خاندان صفو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را به نما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ش</w:t>
      </w:r>
      <w:r w:rsidRPr="002B4164">
        <w:rPr>
          <w:rFonts w:ascii="Tahoma" w:hAnsi="Tahoma" w:cs="Tahoma"/>
          <w:rtl/>
        </w:rPr>
        <w:t xml:space="preserve"> بگذارد و دستگاه ادار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پ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ش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ن</w:t>
      </w:r>
      <w:r w:rsidRPr="002B4164">
        <w:rPr>
          <w:rFonts w:ascii="Tahoma" w:hAnsi="Tahoma" w:cs="Tahoma"/>
          <w:rtl/>
        </w:rPr>
        <w:t xml:space="preserve"> را در خدمت حکومت تازه نگاه دارد. نگه‌داشتن شاه سلطان حس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ن</w:t>
      </w:r>
      <w:r w:rsidRPr="002B4164">
        <w:rPr>
          <w:rFonts w:ascii="Tahoma" w:hAnsi="Tahoma" w:cs="Tahoma"/>
          <w:rtl/>
        </w:rPr>
        <w:t xml:space="preserve"> در اسارت و کوشش برا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جاد</w:t>
      </w:r>
      <w:r w:rsidRPr="002B4164">
        <w:rPr>
          <w:rFonts w:ascii="Tahoma" w:hAnsi="Tahoma" w:cs="Tahoma"/>
          <w:rtl/>
        </w:rPr>
        <w:t xml:space="preserve"> پ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وند</w:t>
      </w:r>
      <w:r w:rsidRPr="002B4164">
        <w:rPr>
          <w:rFonts w:ascii="Tahoma" w:hAnsi="Tahoma" w:cs="Tahoma"/>
          <w:rtl/>
        </w:rPr>
        <w:t xml:space="preserve"> خانوادگ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با خاندان سلطنت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،</w:t>
      </w:r>
      <w:r w:rsidRPr="002B4164">
        <w:rPr>
          <w:rFonts w:ascii="Tahoma" w:hAnsi="Tahoma" w:cs="Tahoma"/>
          <w:rtl/>
        </w:rPr>
        <w:t xml:space="preserve">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توانست</w:t>
      </w:r>
      <w:r w:rsidRPr="002B4164">
        <w:rPr>
          <w:rFonts w:ascii="Tahoma" w:hAnsi="Tahoma" w:cs="Tahoma"/>
          <w:rtl/>
        </w:rPr>
        <w:t xml:space="preserve"> انت</w:t>
      </w:r>
      <w:r w:rsidRPr="002B4164">
        <w:rPr>
          <w:rFonts w:ascii="Tahoma" w:hAnsi="Tahoma" w:cs="Tahoma" w:hint="eastAsia"/>
          <w:rtl/>
        </w:rPr>
        <w:t>قال</w:t>
      </w:r>
      <w:r w:rsidRPr="002B4164">
        <w:rPr>
          <w:rFonts w:ascii="Tahoma" w:hAnsi="Tahoma" w:cs="Tahoma"/>
          <w:rtl/>
        </w:rPr>
        <w:t xml:space="preserve"> تاج را ظاهر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قانون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تر</w:t>
      </w:r>
      <w:r w:rsidRPr="002B4164">
        <w:rPr>
          <w:rFonts w:ascii="Tahoma" w:hAnsi="Tahoma" w:cs="Tahoma"/>
          <w:rtl/>
        </w:rPr>
        <w:t xml:space="preserve"> بدهد. اما ه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چ</w:t>
      </w:r>
      <w:r w:rsidRPr="002B4164">
        <w:rPr>
          <w:rFonts w:ascii="Tahoma" w:hAnsi="Tahoma" w:cs="Tahoma"/>
          <w:rtl/>
        </w:rPr>
        <w:t xml:space="preserve"> پ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وند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نم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توانست</w:t>
      </w:r>
      <w:r w:rsidRPr="002B4164">
        <w:rPr>
          <w:rFonts w:ascii="Tahoma" w:hAnsi="Tahoma" w:cs="Tahoma"/>
          <w:rtl/>
        </w:rPr>
        <w:t xml:space="preserve"> خاطرهٔ محاصره و اجبار را پاک کند.</w:t>
      </w:r>
    </w:p>
    <w:p w:rsidR="002B4164" w:rsidRPr="002B4164" w:rsidRDefault="002B4164" w:rsidP="002B416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B4164">
        <w:rPr>
          <w:rFonts w:ascii="Tahoma" w:hAnsi="Tahoma" w:cs="Tahoma" w:hint="eastAsia"/>
          <w:rtl/>
        </w:rPr>
        <w:t>شاه</w:t>
      </w:r>
      <w:r w:rsidRPr="002B4164">
        <w:rPr>
          <w:rFonts w:ascii="Tahoma" w:hAnsi="Tahoma" w:cs="Tahoma"/>
          <w:rtl/>
        </w:rPr>
        <w:t xml:space="preserve"> سلطان حس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ن</w:t>
      </w:r>
      <w:r w:rsidRPr="002B4164">
        <w:rPr>
          <w:rFonts w:ascii="Tahoma" w:hAnsi="Tahoma" w:cs="Tahoma"/>
          <w:rtl/>
        </w:rPr>
        <w:t xml:space="preserve"> در ظاهر از سلطنت کناره گرفته بود، ول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زنده‌بودنش برا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محمود هم سودمند و هم خطرناک بود. حضور او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توانست</w:t>
      </w:r>
      <w:r w:rsidRPr="002B4164">
        <w:rPr>
          <w:rFonts w:ascii="Tahoma" w:hAnsi="Tahoma" w:cs="Tahoma"/>
          <w:rtl/>
        </w:rPr>
        <w:t xml:space="preserve"> نشان دهد که تاج با رضا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ت</w:t>
      </w:r>
      <w:r w:rsidRPr="002B4164">
        <w:rPr>
          <w:rFonts w:ascii="Tahoma" w:hAnsi="Tahoma" w:cs="Tahoma"/>
          <w:rtl/>
        </w:rPr>
        <w:t xml:space="preserve"> شاه پ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ش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ن</w:t>
      </w:r>
      <w:r w:rsidRPr="002B4164">
        <w:rPr>
          <w:rFonts w:ascii="Tahoma" w:hAnsi="Tahoma" w:cs="Tahoma"/>
          <w:rtl/>
        </w:rPr>
        <w:t xml:space="preserve"> واگذار شده است؛ اما همان شخص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توانست</w:t>
      </w:r>
      <w:r w:rsidRPr="002B4164">
        <w:rPr>
          <w:rFonts w:ascii="Tahoma" w:hAnsi="Tahoma" w:cs="Tahoma"/>
          <w:rtl/>
        </w:rPr>
        <w:t xml:space="preserve"> مرکز ام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د</w:t>
      </w:r>
      <w:r w:rsidRPr="002B4164">
        <w:rPr>
          <w:rFonts w:ascii="Tahoma" w:hAnsi="Tahoma" w:cs="Tahoma"/>
          <w:rtl/>
        </w:rPr>
        <w:t xml:space="preserve"> و توطئهٔ هواداران صفو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شود. تا هنگام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که او و 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گر</w:t>
      </w:r>
      <w:r w:rsidRPr="002B4164">
        <w:rPr>
          <w:rFonts w:ascii="Tahoma" w:hAnsi="Tahoma" w:cs="Tahoma"/>
          <w:rtl/>
        </w:rPr>
        <w:t xml:space="preserve"> ش</w:t>
      </w:r>
      <w:r w:rsidRPr="002B4164">
        <w:rPr>
          <w:rFonts w:ascii="Tahoma" w:hAnsi="Tahoma" w:cs="Tahoma" w:hint="eastAsia"/>
          <w:rtl/>
        </w:rPr>
        <w:t>اهزادگان</w:t>
      </w:r>
      <w:r w:rsidRPr="002B4164">
        <w:rPr>
          <w:rFonts w:ascii="Tahoma" w:hAnsi="Tahoma" w:cs="Tahoma"/>
          <w:rtl/>
        </w:rPr>
        <w:t xml:space="preserve"> زنده بودند، حکومت افغان با رق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بان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برخوردار از خون و نام صفو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روبه‌رو بود.</w:t>
      </w:r>
    </w:p>
    <w:p w:rsidR="002B4164" w:rsidRPr="002B4164" w:rsidRDefault="002B4164" w:rsidP="002B416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B4164">
        <w:rPr>
          <w:rFonts w:ascii="Tahoma" w:hAnsi="Tahoma" w:cs="Tahoma" w:hint="eastAsia"/>
          <w:rtl/>
        </w:rPr>
        <w:t>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وانسالاران</w:t>
      </w:r>
      <w:r w:rsidRPr="002B4164">
        <w:rPr>
          <w:rFonts w:ascii="Tahoma" w:hAnsi="Tahoma" w:cs="Tahoma"/>
          <w:rtl/>
        </w:rPr>
        <w:t xml:space="preserve"> اصفهان 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ز</w:t>
      </w:r>
      <w:r w:rsidRPr="002B4164">
        <w:rPr>
          <w:rFonts w:ascii="Tahoma" w:hAnsi="Tahoma" w:cs="Tahoma"/>
          <w:rtl/>
        </w:rPr>
        <w:t xml:space="preserve"> برا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محمود ضرور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بودند. قشون افغان از راه محاصره و جنگ به پا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تخت</w:t>
      </w:r>
      <w:r w:rsidRPr="002B4164">
        <w:rPr>
          <w:rFonts w:ascii="Tahoma" w:hAnsi="Tahoma" w:cs="Tahoma"/>
          <w:rtl/>
        </w:rPr>
        <w:t xml:space="preserve"> رس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ده</w:t>
      </w:r>
      <w:r w:rsidRPr="002B4164">
        <w:rPr>
          <w:rFonts w:ascii="Tahoma" w:hAnsi="Tahoma" w:cs="Tahoma"/>
          <w:rtl/>
        </w:rPr>
        <w:t xml:space="preserve"> بود و تجربهٔ ادارهٔ دستگاه گستردهٔ صفو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را نداشت. دفترها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مال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،</w:t>
      </w:r>
      <w:r w:rsidRPr="002B4164">
        <w:rPr>
          <w:rFonts w:ascii="Tahoma" w:hAnsi="Tahoma" w:cs="Tahoma"/>
          <w:rtl/>
        </w:rPr>
        <w:t xml:space="preserve"> زبان فرمان‌ها، ش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وهٔ</w:t>
      </w:r>
      <w:r w:rsidRPr="002B4164">
        <w:rPr>
          <w:rFonts w:ascii="Tahoma" w:hAnsi="Tahoma" w:cs="Tahoma"/>
          <w:rtl/>
        </w:rPr>
        <w:t xml:space="preserve"> ثبت املاک و رابطه با حاکمان 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الات</w:t>
      </w:r>
      <w:r w:rsidRPr="002B4164">
        <w:rPr>
          <w:rFonts w:ascii="Tahoma" w:hAnsi="Tahoma" w:cs="Tahoma"/>
          <w:rtl/>
        </w:rPr>
        <w:t xml:space="preserve"> برا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فاتحان تازه ناآشنا بود. بدون همکار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</w:t>
      </w:r>
      <w:r w:rsidRPr="002B4164">
        <w:rPr>
          <w:rFonts w:ascii="Tahoma" w:hAnsi="Tahoma" w:cs="Tahoma" w:hint="eastAsia"/>
          <w:rtl/>
        </w:rPr>
        <w:t>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وان،</w:t>
      </w:r>
      <w:r w:rsidRPr="002B4164">
        <w:rPr>
          <w:rFonts w:ascii="Tahoma" w:hAnsi="Tahoma" w:cs="Tahoma"/>
          <w:rtl/>
        </w:rPr>
        <w:t xml:space="preserve"> حکومت آنان از محدودهٔ اردوگاه و قشون فراتر نم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رفت</w:t>
      </w:r>
      <w:r w:rsidRPr="002B4164">
        <w:rPr>
          <w:rFonts w:ascii="Tahoma" w:hAnsi="Tahoma" w:cs="Tahoma"/>
          <w:rtl/>
        </w:rPr>
        <w:t>.</w:t>
      </w:r>
    </w:p>
    <w:p w:rsidR="002B4164" w:rsidRPr="002B4164" w:rsidRDefault="002B4164" w:rsidP="002B416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B4164">
        <w:rPr>
          <w:rFonts w:ascii="Tahoma" w:hAnsi="Tahoma" w:cs="Tahoma" w:hint="eastAsia"/>
          <w:rtl/>
        </w:rPr>
        <w:t>گروه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از کارگزاران پ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ش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ن</w:t>
      </w:r>
      <w:r w:rsidRPr="002B4164">
        <w:rPr>
          <w:rFonts w:ascii="Tahoma" w:hAnsi="Tahoma" w:cs="Tahoma"/>
          <w:rtl/>
        </w:rPr>
        <w:t xml:space="preserve"> به خدمت دستگاه تازه ادامه دادند. 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ن</w:t>
      </w:r>
      <w:r w:rsidRPr="002B4164">
        <w:rPr>
          <w:rFonts w:ascii="Tahoma" w:hAnsi="Tahoma" w:cs="Tahoma"/>
          <w:rtl/>
        </w:rPr>
        <w:t xml:space="preserve"> همکار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را نبا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د</w:t>
      </w:r>
      <w:r w:rsidRPr="002B4164">
        <w:rPr>
          <w:rFonts w:ascii="Tahoma" w:hAnsi="Tahoma" w:cs="Tahoma"/>
          <w:rtl/>
        </w:rPr>
        <w:t xml:space="preserve"> هم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شه</w:t>
      </w:r>
      <w:r w:rsidRPr="002B4164">
        <w:rPr>
          <w:rFonts w:ascii="Tahoma" w:hAnsi="Tahoma" w:cs="Tahoma"/>
          <w:rtl/>
        </w:rPr>
        <w:t xml:space="preserve"> نشانهٔ علاقه 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</w:t>
      </w:r>
      <w:r w:rsidRPr="002B4164">
        <w:rPr>
          <w:rFonts w:ascii="Tahoma" w:hAnsi="Tahoma" w:cs="Tahoma"/>
          <w:rtl/>
        </w:rPr>
        <w:t xml:space="preserve"> وفادار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به محمود دانست. برخ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برا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حفظ جان و خانوادهٔ خود ناچار بودند، برخ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خواستند</w:t>
      </w:r>
      <w:r w:rsidRPr="002B4164">
        <w:rPr>
          <w:rFonts w:ascii="Tahoma" w:hAnsi="Tahoma" w:cs="Tahoma"/>
          <w:rtl/>
        </w:rPr>
        <w:t xml:space="preserve"> از و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ران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ب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شتر</w:t>
      </w:r>
      <w:r w:rsidRPr="002B4164">
        <w:rPr>
          <w:rFonts w:ascii="Tahoma" w:hAnsi="Tahoma" w:cs="Tahoma"/>
          <w:rtl/>
        </w:rPr>
        <w:t xml:space="preserve"> جلوگ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کنند و برخ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ممکن بود در حکومت تازه فرصت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برا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</w:t>
      </w:r>
      <w:r w:rsidRPr="002B4164">
        <w:rPr>
          <w:rFonts w:ascii="Tahoma" w:hAnsi="Tahoma" w:cs="Tahoma" w:hint="eastAsia"/>
          <w:rtl/>
        </w:rPr>
        <w:t>حفظ</w:t>
      </w:r>
      <w:r w:rsidRPr="002B4164">
        <w:rPr>
          <w:rFonts w:ascii="Tahoma" w:hAnsi="Tahoma" w:cs="Tahoma"/>
          <w:rtl/>
        </w:rPr>
        <w:t xml:space="preserve"> 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</w:t>
      </w:r>
      <w:r w:rsidRPr="002B4164">
        <w:rPr>
          <w:rFonts w:ascii="Tahoma" w:hAnsi="Tahoma" w:cs="Tahoma"/>
          <w:rtl/>
        </w:rPr>
        <w:t xml:space="preserve"> افزا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ش</w:t>
      </w:r>
      <w:r w:rsidRPr="002B4164">
        <w:rPr>
          <w:rFonts w:ascii="Tahoma" w:hAnsi="Tahoma" w:cs="Tahoma"/>
          <w:rtl/>
        </w:rPr>
        <w:t xml:space="preserve"> مقام خود بب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نند</w:t>
      </w:r>
      <w:r w:rsidRPr="002B4164">
        <w:rPr>
          <w:rFonts w:ascii="Tahoma" w:hAnsi="Tahoma" w:cs="Tahoma"/>
          <w:rtl/>
        </w:rPr>
        <w:t>.</w:t>
      </w:r>
    </w:p>
    <w:p w:rsidR="002B4164" w:rsidRPr="002B4164" w:rsidRDefault="002B4164" w:rsidP="002B416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B4164">
        <w:rPr>
          <w:rFonts w:ascii="Tahoma" w:hAnsi="Tahoma" w:cs="Tahoma" w:hint="eastAsia"/>
          <w:rtl/>
        </w:rPr>
        <w:t>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وانسالار</w:t>
      </w:r>
      <w:r w:rsidRPr="002B4164">
        <w:rPr>
          <w:rFonts w:ascii="Tahoma" w:hAnsi="Tahoma" w:cs="Tahoma"/>
          <w:rtl/>
        </w:rPr>
        <w:t xml:space="preserve">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توانست</w:t>
      </w:r>
      <w:r w:rsidRPr="002B4164">
        <w:rPr>
          <w:rFonts w:ascii="Tahoma" w:hAnsi="Tahoma" w:cs="Tahoma"/>
          <w:rtl/>
        </w:rPr>
        <w:t xml:space="preserve"> استدلال کند که کشور، فارغ از نام شاه، به اداره 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از</w:t>
      </w:r>
      <w:r w:rsidRPr="002B4164">
        <w:rPr>
          <w:rFonts w:ascii="Tahoma" w:hAnsi="Tahoma" w:cs="Tahoma"/>
          <w:rtl/>
        </w:rPr>
        <w:t xml:space="preserve"> دارد. اگر مال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ات،</w:t>
      </w:r>
      <w:r w:rsidRPr="002B4164">
        <w:rPr>
          <w:rFonts w:ascii="Tahoma" w:hAnsi="Tahoma" w:cs="Tahoma"/>
          <w:rtl/>
        </w:rPr>
        <w:t xml:space="preserve"> توز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ع</w:t>
      </w:r>
      <w:r w:rsidRPr="002B4164">
        <w:rPr>
          <w:rFonts w:ascii="Tahoma" w:hAnsi="Tahoma" w:cs="Tahoma"/>
          <w:rtl/>
        </w:rPr>
        <w:t xml:space="preserve"> غله، امن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ت</w:t>
      </w:r>
      <w:r w:rsidRPr="002B4164">
        <w:rPr>
          <w:rFonts w:ascii="Tahoma" w:hAnsi="Tahoma" w:cs="Tahoma"/>
          <w:rtl/>
        </w:rPr>
        <w:t xml:space="preserve"> و کار محاکم کاملاً متوقف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شد،</w:t>
      </w:r>
      <w:r w:rsidRPr="002B4164">
        <w:rPr>
          <w:rFonts w:ascii="Tahoma" w:hAnsi="Tahoma" w:cs="Tahoma"/>
          <w:rtl/>
        </w:rPr>
        <w:t xml:space="preserve"> مردم ب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شتر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مردند</w:t>
      </w:r>
      <w:r w:rsidRPr="002B4164">
        <w:rPr>
          <w:rFonts w:ascii="Tahoma" w:hAnsi="Tahoma" w:cs="Tahoma"/>
          <w:rtl/>
        </w:rPr>
        <w:t xml:space="preserve"> و شهر از هم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پاش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د</w:t>
      </w:r>
      <w:r w:rsidRPr="002B4164">
        <w:rPr>
          <w:rFonts w:ascii="Tahoma" w:hAnsi="Tahoma" w:cs="Tahoma"/>
          <w:rtl/>
        </w:rPr>
        <w:t>. اما هم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ن</w:t>
      </w:r>
      <w:r w:rsidRPr="002B4164">
        <w:rPr>
          <w:rFonts w:ascii="Tahoma" w:hAnsi="Tahoma" w:cs="Tahoma"/>
          <w:rtl/>
        </w:rPr>
        <w:t xml:space="preserve"> خدمت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توانست</w:t>
      </w:r>
      <w:r w:rsidRPr="002B4164">
        <w:rPr>
          <w:rFonts w:ascii="Tahoma" w:hAnsi="Tahoma" w:cs="Tahoma"/>
          <w:rtl/>
        </w:rPr>
        <w:t xml:space="preserve"> از سو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هواداران صفو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همکار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با دشمن و خ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انت</w:t>
      </w:r>
      <w:r w:rsidRPr="002B4164">
        <w:rPr>
          <w:rFonts w:ascii="Tahoma" w:hAnsi="Tahoma" w:cs="Tahoma"/>
          <w:rtl/>
        </w:rPr>
        <w:t xml:space="preserve"> شمرده شود.</w:t>
      </w:r>
    </w:p>
    <w:p w:rsidR="002B4164" w:rsidRPr="002B4164" w:rsidRDefault="002B4164" w:rsidP="002B416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B4164">
        <w:rPr>
          <w:rFonts w:ascii="Tahoma" w:hAnsi="Tahoma" w:cs="Tahoma" w:hint="eastAsia"/>
          <w:rtl/>
        </w:rPr>
        <w:t>محمود</w:t>
      </w:r>
      <w:r w:rsidRPr="002B4164">
        <w:rPr>
          <w:rFonts w:ascii="Tahoma" w:hAnsi="Tahoma" w:cs="Tahoma"/>
          <w:rtl/>
        </w:rPr>
        <w:t xml:space="preserve"> 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ز</w:t>
      </w:r>
      <w:r w:rsidRPr="002B4164">
        <w:rPr>
          <w:rFonts w:ascii="Tahoma" w:hAnsi="Tahoma" w:cs="Tahoma"/>
          <w:rtl/>
        </w:rPr>
        <w:t xml:space="preserve"> به کارگزاران 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ران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اعتماد کامل نداشت. آنان دانش لازم را در اخت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ار</w:t>
      </w:r>
      <w:r w:rsidRPr="002B4164">
        <w:rPr>
          <w:rFonts w:ascii="Tahoma" w:hAnsi="Tahoma" w:cs="Tahoma"/>
          <w:rtl/>
        </w:rPr>
        <w:t xml:space="preserve"> داشتند، اما ممکن بود در نهان به تهماسب 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</w:t>
      </w:r>
      <w:r w:rsidRPr="002B4164">
        <w:rPr>
          <w:rFonts w:ascii="Tahoma" w:hAnsi="Tahoma" w:cs="Tahoma"/>
          <w:rtl/>
        </w:rPr>
        <w:t xml:space="preserve"> خاندان صفو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وفادار باشند. فاتح ناچار بود به کسان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تک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ه</w:t>
      </w:r>
      <w:r w:rsidRPr="002B4164">
        <w:rPr>
          <w:rFonts w:ascii="Tahoma" w:hAnsi="Tahoma" w:cs="Tahoma"/>
          <w:rtl/>
        </w:rPr>
        <w:t xml:space="preserve"> کند که از آنان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ترس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د</w:t>
      </w:r>
      <w:r w:rsidRPr="002B4164">
        <w:rPr>
          <w:rFonts w:ascii="Tahoma" w:hAnsi="Tahoma" w:cs="Tahoma"/>
          <w:rtl/>
        </w:rPr>
        <w:t>. 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ن</w:t>
      </w:r>
      <w:r w:rsidRPr="002B4164">
        <w:rPr>
          <w:rFonts w:ascii="Tahoma" w:hAnsi="Tahoma" w:cs="Tahoma"/>
          <w:rtl/>
        </w:rPr>
        <w:t xml:space="preserve"> ب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اعتماد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امکان ادارهٔ آرام را کاهش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داد</w:t>
      </w:r>
      <w:r w:rsidRPr="002B4164">
        <w:rPr>
          <w:rFonts w:ascii="Tahoma" w:hAnsi="Tahoma" w:cs="Tahoma"/>
          <w:rtl/>
        </w:rPr>
        <w:t>.</w:t>
      </w:r>
    </w:p>
    <w:p w:rsidR="002B4164" w:rsidRPr="002B4164" w:rsidRDefault="002B4164" w:rsidP="002B416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B4164">
        <w:rPr>
          <w:rFonts w:ascii="Tahoma" w:hAnsi="Tahoma" w:cs="Tahoma" w:hint="eastAsia"/>
          <w:rtl/>
        </w:rPr>
        <w:t>اصفهان</w:t>
      </w:r>
      <w:r w:rsidRPr="002B4164">
        <w:rPr>
          <w:rFonts w:ascii="Tahoma" w:hAnsi="Tahoma" w:cs="Tahoma"/>
          <w:rtl/>
        </w:rPr>
        <w:t xml:space="preserve"> پس از ماه‌ها محاصره در وضع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نبود که بتواند هز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نهٔ</w:t>
      </w:r>
      <w:r w:rsidRPr="002B4164">
        <w:rPr>
          <w:rFonts w:ascii="Tahoma" w:hAnsi="Tahoma" w:cs="Tahoma"/>
          <w:rtl/>
        </w:rPr>
        <w:t xml:space="preserve"> حکومت تازه را به‌آسان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تأم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ن</w:t>
      </w:r>
      <w:r w:rsidRPr="002B4164">
        <w:rPr>
          <w:rFonts w:ascii="Tahoma" w:hAnsi="Tahoma" w:cs="Tahoma"/>
          <w:rtl/>
        </w:rPr>
        <w:t xml:space="preserve"> کند. جمع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ت</w:t>
      </w:r>
      <w:r w:rsidRPr="002B4164">
        <w:rPr>
          <w:rFonts w:ascii="Tahoma" w:hAnsi="Tahoma" w:cs="Tahoma"/>
          <w:rtl/>
        </w:rPr>
        <w:t xml:space="preserve"> بس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ار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از م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ان</w:t>
      </w:r>
      <w:r w:rsidRPr="002B4164">
        <w:rPr>
          <w:rFonts w:ascii="Tahoma" w:hAnsi="Tahoma" w:cs="Tahoma"/>
          <w:rtl/>
        </w:rPr>
        <w:t xml:space="preserve"> رفته، بازار آس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ب</w:t>
      </w:r>
      <w:r w:rsidRPr="002B4164">
        <w:rPr>
          <w:rFonts w:ascii="Tahoma" w:hAnsi="Tahoma" w:cs="Tahoma"/>
          <w:rtl/>
        </w:rPr>
        <w:t xml:space="preserve"> 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ده،</w:t>
      </w:r>
      <w:r w:rsidRPr="002B4164">
        <w:rPr>
          <w:rFonts w:ascii="Tahoma" w:hAnsi="Tahoma" w:cs="Tahoma"/>
          <w:rtl/>
        </w:rPr>
        <w:t xml:space="preserve"> خانه‌ها خال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و ذخا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</w:t>
      </w:r>
      <w:r w:rsidRPr="002B4164">
        <w:rPr>
          <w:rFonts w:ascii="Tahoma" w:hAnsi="Tahoma" w:cs="Tahoma"/>
          <w:rtl/>
        </w:rPr>
        <w:t xml:space="preserve"> مصرف شده بودند. روستاها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اطراف 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ز</w:t>
      </w:r>
      <w:r w:rsidRPr="002B4164">
        <w:rPr>
          <w:rFonts w:ascii="Tahoma" w:hAnsi="Tahoma" w:cs="Tahoma"/>
          <w:rtl/>
        </w:rPr>
        <w:t xml:space="preserve"> از جنگ، غارت و قطع ارتباط ز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ان</w:t>
      </w:r>
      <w:r w:rsidRPr="002B4164">
        <w:rPr>
          <w:rFonts w:ascii="Tahoma" w:hAnsi="Tahoma" w:cs="Tahoma"/>
          <w:rtl/>
        </w:rPr>
        <w:t xml:space="preserve"> 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ده</w:t>
      </w:r>
      <w:r w:rsidRPr="002B4164">
        <w:rPr>
          <w:rFonts w:ascii="Tahoma" w:hAnsi="Tahoma" w:cs="Tahoma"/>
          <w:rtl/>
        </w:rPr>
        <w:t xml:space="preserve"> بودند. فاتحان شهر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ثروتمند را تصرف کرده بودند، اما بخش بزرگ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از ثروت جار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آن در محاصره نابود شده بود.</w:t>
      </w:r>
    </w:p>
    <w:p w:rsidR="002B4164" w:rsidRPr="002B4164" w:rsidRDefault="002B4164" w:rsidP="002B416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B4164">
        <w:rPr>
          <w:rFonts w:ascii="Tahoma" w:hAnsi="Tahoma" w:cs="Tahoma" w:hint="eastAsia"/>
          <w:rtl/>
        </w:rPr>
        <w:t>قشون</w:t>
      </w:r>
      <w:r w:rsidRPr="002B4164">
        <w:rPr>
          <w:rFonts w:ascii="Tahoma" w:hAnsi="Tahoma" w:cs="Tahoma"/>
          <w:rtl/>
        </w:rPr>
        <w:t xml:space="preserve"> محمود به غذا، مواجب و پاداش 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از</w:t>
      </w:r>
      <w:r w:rsidRPr="002B4164">
        <w:rPr>
          <w:rFonts w:ascii="Tahoma" w:hAnsi="Tahoma" w:cs="Tahoma"/>
          <w:rtl/>
        </w:rPr>
        <w:t xml:space="preserve"> داشت. جنگجو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که از قندهار تا اصفهان آمده بودند انتظار داشتند از پ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روز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بهره ببرند. اگر فرمانده نم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توانست</w:t>
      </w:r>
      <w:r w:rsidRPr="002B4164">
        <w:rPr>
          <w:rFonts w:ascii="Tahoma" w:hAnsi="Tahoma" w:cs="Tahoma"/>
          <w:rtl/>
        </w:rPr>
        <w:t xml:space="preserve"> آنان را راض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کند، وحدتشان به خطر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افتاد</w:t>
      </w:r>
      <w:r w:rsidRPr="002B4164">
        <w:rPr>
          <w:rFonts w:ascii="Tahoma" w:hAnsi="Tahoma" w:cs="Tahoma"/>
          <w:rtl/>
        </w:rPr>
        <w:t>. اما گرفتن پول و آذوقه از شهر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قحط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زده</w:t>
      </w:r>
      <w:r w:rsidRPr="002B4164">
        <w:rPr>
          <w:rFonts w:ascii="Tahoma" w:hAnsi="Tahoma" w:cs="Tahoma"/>
          <w:rtl/>
        </w:rPr>
        <w:t xml:space="preserve"> فقط و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ران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را ب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شتر</w:t>
      </w:r>
      <w:r w:rsidRPr="002B4164">
        <w:rPr>
          <w:rFonts w:ascii="Tahoma" w:hAnsi="Tahoma" w:cs="Tahoma"/>
          <w:rtl/>
        </w:rPr>
        <w:t xml:space="preserve">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کرد</w:t>
      </w:r>
      <w:r w:rsidRPr="002B4164">
        <w:rPr>
          <w:rFonts w:ascii="Tahoma" w:hAnsi="Tahoma" w:cs="Tahoma"/>
          <w:rtl/>
        </w:rPr>
        <w:t>.</w:t>
      </w:r>
    </w:p>
    <w:p w:rsidR="002B4164" w:rsidRPr="002B4164" w:rsidRDefault="002B4164" w:rsidP="002B416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B4164">
        <w:rPr>
          <w:rFonts w:ascii="Tahoma" w:hAnsi="Tahoma" w:cs="Tahoma" w:hint="eastAsia"/>
          <w:rtl/>
        </w:rPr>
        <w:t>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ن</w:t>
      </w:r>
      <w:r w:rsidRPr="002B4164">
        <w:rPr>
          <w:rFonts w:ascii="Tahoma" w:hAnsi="Tahoma" w:cs="Tahoma"/>
          <w:rtl/>
        </w:rPr>
        <w:t xml:space="preserve"> تناقض، حکومت محمود را از آغاز به خشونت سوق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داد</w:t>
      </w:r>
      <w:r w:rsidRPr="002B4164">
        <w:rPr>
          <w:rFonts w:ascii="Tahoma" w:hAnsi="Tahoma" w:cs="Tahoma"/>
          <w:rtl/>
        </w:rPr>
        <w:t>. برا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نگاه‌داشتن قشون با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د</w:t>
      </w:r>
      <w:r w:rsidRPr="002B4164">
        <w:rPr>
          <w:rFonts w:ascii="Tahoma" w:hAnsi="Tahoma" w:cs="Tahoma"/>
          <w:rtl/>
        </w:rPr>
        <w:t xml:space="preserve"> از مردم و خزانه منابع گرفته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شد؛</w:t>
      </w:r>
      <w:r w:rsidRPr="002B4164">
        <w:rPr>
          <w:rFonts w:ascii="Tahoma" w:hAnsi="Tahoma" w:cs="Tahoma"/>
          <w:rtl/>
        </w:rPr>
        <w:t xml:space="preserve"> گرفتن منابع نارضا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ت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و مقاومت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آفر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د؛</w:t>
      </w:r>
      <w:r w:rsidRPr="002B4164">
        <w:rPr>
          <w:rFonts w:ascii="Tahoma" w:hAnsi="Tahoma" w:cs="Tahoma"/>
          <w:rtl/>
        </w:rPr>
        <w:t xml:space="preserve"> و مقاومت با 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رو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نظام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سرکوب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شد</w:t>
      </w:r>
      <w:r w:rsidRPr="002B4164">
        <w:rPr>
          <w:rFonts w:ascii="Tahoma" w:hAnsi="Tahoma" w:cs="Tahoma"/>
          <w:rtl/>
        </w:rPr>
        <w:t>. هر مرحله، فاصلهٔ فاتحان و جامعه را افزا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ش</w:t>
      </w:r>
      <w:r w:rsidRPr="002B4164">
        <w:rPr>
          <w:rFonts w:ascii="Tahoma" w:hAnsi="Tahoma" w:cs="Tahoma"/>
          <w:rtl/>
        </w:rPr>
        <w:t xml:space="preserve">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داد</w:t>
      </w:r>
      <w:r w:rsidRPr="002B4164">
        <w:rPr>
          <w:rFonts w:ascii="Tahoma" w:hAnsi="Tahoma" w:cs="Tahoma"/>
          <w:rtl/>
        </w:rPr>
        <w:t>.</w:t>
      </w:r>
    </w:p>
    <w:p w:rsidR="002B4164" w:rsidRPr="002B4164" w:rsidRDefault="002B4164" w:rsidP="002B416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B4164">
        <w:rPr>
          <w:rFonts w:ascii="Tahoma" w:hAnsi="Tahoma" w:cs="Tahoma" w:hint="eastAsia"/>
          <w:rtl/>
        </w:rPr>
        <w:t>محمود</w:t>
      </w:r>
      <w:r w:rsidRPr="002B4164">
        <w:rPr>
          <w:rFonts w:ascii="Tahoma" w:hAnsi="Tahoma" w:cs="Tahoma"/>
          <w:rtl/>
        </w:rPr>
        <w:t xml:space="preserve">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توانست</w:t>
      </w:r>
      <w:r w:rsidRPr="002B4164">
        <w:rPr>
          <w:rFonts w:ascii="Tahoma" w:hAnsi="Tahoma" w:cs="Tahoma"/>
          <w:rtl/>
        </w:rPr>
        <w:t xml:space="preserve"> با بخشش، کاهش مال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ات</w:t>
      </w:r>
      <w:r w:rsidRPr="002B4164">
        <w:rPr>
          <w:rFonts w:ascii="Tahoma" w:hAnsi="Tahoma" w:cs="Tahoma"/>
          <w:rtl/>
        </w:rPr>
        <w:t xml:space="preserve"> و حفظ مقام‌ها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پ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ش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ن</w:t>
      </w:r>
      <w:r w:rsidRPr="002B4164">
        <w:rPr>
          <w:rFonts w:ascii="Tahoma" w:hAnsi="Tahoma" w:cs="Tahoma"/>
          <w:rtl/>
        </w:rPr>
        <w:t xml:space="preserve"> اعتماد 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جاد</w:t>
      </w:r>
      <w:r w:rsidRPr="002B4164">
        <w:rPr>
          <w:rFonts w:ascii="Tahoma" w:hAnsi="Tahoma" w:cs="Tahoma"/>
          <w:rtl/>
        </w:rPr>
        <w:t xml:space="preserve"> کند، اما چن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ن</w:t>
      </w:r>
      <w:r w:rsidRPr="002B4164">
        <w:rPr>
          <w:rFonts w:ascii="Tahoma" w:hAnsi="Tahoma" w:cs="Tahoma"/>
          <w:rtl/>
        </w:rPr>
        <w:t xml:space="preserve"> س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است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به زمان و منابع 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از</w:t>
      </w:r>
      <w:r w:rsidRPr="002B4164">
        <w:rPr>
          <w:rFonts w:ascii="Tahoma" w:hAnsi="Tahoma" w:cs="Tahoma"/>
          <w:rtl/>
        </w:rPr>
        <w:t xml:space="preserve"> داشت. حکومت او نه از امن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ت</w:t>
      </w:r>
      <w:r w:rsidRPr="002B4164">
        <w:rPr>
          <w:rFonts w:ascii="Tahoma" w:hAnsi="Tahoma" w:cs="Tahoma"/>
          <w:rtl/>
        </w:rPr>
        <w:t xml:space="preserve"> خارج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برخوردار بود و نه از پذ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رش</w:t>
      </w:r>
      <w:r w:rsidRPr="002B4164">
        <w:rPr>
          <w:rFonts w:ascii="Tahoma" w:hAnsi="Tahoma" w:cs="Tahoma"/>
          <w:rtl/>
        </w:rPr>
        <w:t xml:space="preserve"> داخل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>. تهماسب در ب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رون</w:t>
      </w:r>
      <w:r w:rsidRPr="002B4164">
        <w:rPr>
          <w:rFonts w:ascii="Tahoma" w:hAnsi="Tahoma" w:cs="Tahoma"/>
          <w:rtl/>
        </w:rPr>
        <w:t xml:space="preserve"> ادعا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سلطنت داشت و هر شورش محل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توانست</w:t>
      </w:r>
      <w:r w:rsidRPr="002B4164">
        <w:rPr>
          <w:rFonts w:ascii="Tahoma" w:hAnsi="Tahoma" w:cs="Tahoma"/>
          <w:rtl/>
        </w:rPr>
        <w:t xml:space="preserve"> به نام بازگرداندن </w:t>
      </w:r>
      <w:r w:rsidRPr="002B4164">
        <w:rPr>
          <w:rFonts w:ascii="Tahoma" w:hAnsi="Tahoma" w:cs="Tahoma" w:hint="eastAsia"/>
          <w:rtl/>
        </w:rPr>
        <w:t>صفو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ان</w:t>
      </w:r>
      <w:r w:rsidRPr="002B4164">
        <w:rPr>
          <w:rFonts w:ascii="Tahoma" w:hAnsi="Tahoma" w:cs="Tahoma"/>
          <w:rtl/>
        </w:rPr>
        <w:t xml:space="preserve"> صورت 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رد</w:t>
      </w:r>
      <w:r w:rsidRPr="002B4164">
        <w:rPr>
          <w:rFonts w:ascii="Tahoma" w:hAnsi="Tahoma" w:cs="Tahoma"/>
          <w:rtl/>
        </w:rPr>
        <w:t>.</w:t>
      </w:r>
    </w:p>
    <w:p w:rsidR="002B4164" w:rsidRPr="002B4164" w:rsidRDefault="002B4164" w:rsidP="002B416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B4164">
        <w:rPr>
          <w:rFonts w:ascii="Tahoma" w:hAnsi="Tahoma" w:cs="Tahoma" w:hint="eastAsia"/>
          <w:rtl/>
        </w:rPr>
        <w:t>تهماسب</w:t>
      </w:r>
      <w:r w:rsidRPr="002B4164">
        <w:rPr>
          <w:rFonts w:ascii="Tahoma" w:hAnsi="Tahoma" w:cs="Tahoma"/>
          <w:rtl/>
        </w:rPr>
        <w:t xml:space="preserve"> م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رزا</w:t>
      </w:r>
      <w:r w:rsidRPr="002B4164">
        <w:rPr>
          <w:rFonts w:ascii="Tahoma" w:hAnsi="Tahoma" w:cs="Tahoma"/>
          <w:rtl/>
        </w:rPr>
        <w:t xml:space="preserve"> پس از خروج از اصفهان به سو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قزو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ن</w:t>
      </w:r>
      <w:r w:rsidRPr="002B4164">
        <w:rPr>
          <w:rFonts w:ascii="Tahoma" w:hAnsi="Tahoma" w:cs="Tahoma"/>
          <w:rtl/>
        </w:rPr>
        <w:t xml:space="preserve"> رفت و خود را شاه تهماسب دوم خواند. ادعا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او فقط بر 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ن</w:t>
      </w:r>
      <w:r w:rsidRPr="002B4164">
        <w:rPr>
          <w:rFonts w:ascii="Tahoma" w:hAnsi="Tahoma" w:cs="Tahoma"/>
          <w:rtl/>
        </w:rPr>
        <w:t xml:space="preserve"> پا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ه</w:t>
      </w:r>
      <w:r w:rsidRPr="002B4164">
        <w:rPr>
          <w:rFonts w:ascii="Tahoma" w:hAnsi="Tahoma" w:cs="Tahoma"/>
          <w:rtl/>
        </w:rPr>
        <w:t xml:space="preserve"> نبود که پدرش در اسارت قرار دارد؛ او وارث خون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خاندان و از نظر هوادارانش ادامه‌دهندهٔ حق تاج صفو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بود. نام او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توانست</w:t>
      </w:r>
      <w:r w:rsidRPr="002B4164">
        <w:rPr>
          <w:rFonts w:ascii="Tahoma" w:hAnsi="Tahoma" w:cs="Tahoma"/>
          <w:rtl/>
        </w:rPr>
        <w:t xml:space="preserve"> 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روها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پراکنده‌ا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را که محمود را نم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پذ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رفتند</w:t>
      </w:r>
      <w:r w:rsidRPr="002B4164">
        <w:rPr>
          <w:rFonts w:ascii="Tahoma" w:hAnsi="Tahoma" w:cs="Tahoma"/>
          <w:rtl/>
        </w:rPr>
        <w:t xml:space="preserve"> گرد آورد.</w:t>
      </w:r>
    </w:p>
    <w:p w:rsidR="002B4164" w:rsidRPr="002B4164" w:rsidRDefault="002B4164" w:rsidP="002B416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B4164">
        <w:rPr>
          <w:rFonts w:ascii="Tahoma" w:hAnsi="Tahoma" w:cs="Tahoma" w:hint="eastAsia"/>
          <w:rtl/>
        </w:rPr>
        <w:t>اما</w:t>
      </w:r>
      <w:r w:rsidRPr="002B4164">
        <w:rPr>
          <w:rFonts w:ascii="Tahoma" w:hAnsi="Tahoma" w:cs="Tahoma"/>
          <w:rtl/>
        </w:rPr>
        <w:t xml:space="preserve"> تهماسب 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ز</w:t>
      </w:r>
      <w:r w:rsidRPr="002B4164">
        <w:rPr>
          <w:rFonts w:ascii="Tahoma" w:hAnsi="Tahoma" w:cs="Tahoma"/>
          <w:rtl/>
        </w:rPr>
        <w:t xml:space="preserve"> در آغاز قشون و 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وان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رومند</w:t>
      </w:r>
      <w:r w:rsidRPr="002B4164">
        <w:rPr>
          <w:rFonts w:ascii="Tahoma" w:hAnsi="Tahoma" w:cs="Tahoma"/>
          <w:rtl/>
        </w:rPr>
        <w:t xml:space="preserve"> در اخت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ار</w:t>
      </w:r>
      <w:r w:rsidRPr="002B4164">
        <w:rPr>
          <w:rFonts w:ascii="Tahoma" w:hAnsi="Tahoma" w:cs="Tahoma"/>
          <w:rtl/>
        </w:rPr>
        <w:t xml:space="preserve"> نداشت. عنوان شاه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توانست</w:t>
      </w:r>
      <w:r w:rsidRPr="002B4164">
        <w:rPr>
          <w:rFonts w:ascii="Tahoma" w:hAnsi="Tahoma" w:cs="Tahoma"/>
          <w:rtl/>
        </w:rPr>
        <w:t xml:space="preserve"> حقان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ت</w:t>
      </w:r>
      <w:r w:rsidRPr="002B4164">
        <w:rPr>
          <w:rFonts w:ascii="Tahoma" w:hAnsi="Tahoma" w:cs="Tahoma"/>
          <w:rtl/>
        </w:rPr>
        <w:t xml:space="preserve"> فراهم کند، ول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بدون سرباز، پول و فرمانده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،</w:t>
      </w:r>
      <w:r w:rsidRPr="002B4164">
        <w:rPr>
          <w:rFonts w:ascii="Tahoma" w:hAnsi="Tahoma" w:cs="Tahoma"/>
          <w:rtl/>
        </w:rPr>
        <w:t xml:space="preserve"> فرمانش از محدودهٔ حضورش فراتر نم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رفت</w:t>
      </w:r>
      <w:r w:rsidRPr="002B4164">
        <w:rPr>
          <w:rFonts w:ascii="Tahoma" w:hAnsi="Tahoma" w:cs="Tahoma"/>
          <w:rtl/>
        </w:rPr>
        <w:t>. او برا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تبد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ل</w:t>
      </w:r>
      <w:r w:rsidRPr="002B4164">
        <w:rPr>
          <w:rFonts w:ascii="Tahoma" w:hAnsi="Tahoma" w:cs="Tahoma"/>
          <w:rtl/>
        </w:rPr>
        <w:t xml:space="preserve"> ادعا به قدرت ناچار بود از حاکمان محل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،</w:t>
      </w:r>
      <w:r w:rsidRPr="002B4164">
        <w:rPr>
          <w:rFonts w:ascii="Tahoma" w:hAnsi="Tahoma" w:cs="Tahoma"/>
          <w:rtl/>
        </w:rPr>
        <w:t xml:space="preserve"> قبا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ل</w:t>
      </w:r>
      <w:r w:rsidRPr="002B4164">
        <w:rPr>
          <w:rFonts w:ascii="Tahoma" w:hAnsi="Tahoma" w:cs="Tahoma"/>
          <w:rtl/>
        </w:rPr>
        <w:t xml:space="preserve"> و سرداران کمک بگ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رد</w:t>
      </w:r>
      <w:r w:rsidRPr="002B4164">
        <w:rPr>
          <w:rFonts w:ascii="Tahoma" w:hAnsi="Tahoma" w:cs="Tahoma"/>
          <w:rtl/>
        </w:rPr>
        <w:t>.</w:t>
      </w:r>
    </w:p>
    <w:p w:rsidR="002B4164" w:rsidRPr="002B4164" w:rsidRDefault="002B4164" w:rsidP="002B416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B4164">
        <w:rPr>
          <w:rFonts w:ascii="Tahoma" w:hAnsi="Tahoma" w:cs="Tahoma" w:hint="eastAsia"/>
          <w:rtl/>
        </w:rPr>
        <w:t>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ن</w:t>
      </w:r>
      <w:r w:rsidRPr="002B4164">
        <w:rPr>
          <w:rFonts w:ascii="Tahoma" w:hAnsi="Tahoma" w:cs="Tahoma"/>
          <w:rtl/>
        </w:rPr>
        <w:t xml:space="preserve"> وابستگ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خطر خود را داشت. هر سردار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که تهماسب را 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ار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کرد</w:t>
      </w:r>
      <w:r w:rsidRPr="002B4164">
        <w:rPr>
          <w:rFonts w:ascii="Tahoma" w:hAnsi="Tahoma" w:cs="Tahoma"/>
          <w:rtl/>
        </w:rPr>
        <w:t xml:space="preserve">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توانست</w:t>
      </w:r>
      <w:r w:rsidRPr="002B4164">
        <w:rPr>
          <w:rFonts w:ascii="Tahoma" w:hAnsi="Tahoma" w:cs="Tahoma"/>
          <w:rtl/>
        </w:rPr>
        <w:t xml:space="preserve"> در برابر خدمت خود ولا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ت،</w:t>
      </w:r>
      <w:r w:rsidRPr="002B4164">
        <w:rPr>
          <w:rFonts w:ascii="Tahoma" w:hAnsi="Tahoma" w:cs="Tahoma"/>
          <w:rtl/>
        </w:rPr>
        <w:t xml:space="preserve"> مقام و اخت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ار</w:t>
      </w:r>
      <w:r w:rsidRPr="002B4164">
        <w:rPr>
          <w:rFonts w:ascii="Tahoma" w:hAnsi="Tahoma" w:cs="Tahoma"/>
          <w:rtl/>
        </w:rPr>
        <w:t xml:space="preserve"> بخواهد. شاهزاده‌ا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که برا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بازپس‌گ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تاج به قشون 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گر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تک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ه</w:t>
      </w:r>
      <w:r w:rsidRPr="002B4164">
        <w:rPr>
          <w:rFonts w:ascii="Tahoma" w:hAnsi="Tahoma" w:cs="Tahoma"/>
          <w:rtl/>
        </w:rPr>
        <w:t xml:space="preserve">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کرد</w:t>
      </w:r>
      <w:r w:rsidRPr="002B4164">
        <w:rPr>
          <w:rFonts w:ascii="Tahoma" w:hAnsi="Tahoma" w:cs="Tahoma"/>
          <w:rtl/>
        </w:rPr>
        <w:t xml:space="preserve"> ممکن بود پس از پ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روز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ز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</w:t>
      </w:r>
      <w:r w:rsidRPr="002B4164">
        <w:rPr>
          <w:rFonts w:ascii="Tahoma" w:hAnsi="Tahoma" w:cs="Tahoma"/>
          <w:rtl/>
        </w:rPr>
        <w:t xml:space="preserve"> نفوذ همان قشون قرار 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رد؛</w:t>
      </w:r>
      <w:r w:rsidRPr="002B4164">
        <w:rPr>
          <w:rFonts w:ascii="Tahoma" w:hAnsi="Tahoma" w:cs="Tahoma"/>
          <w:rtl/>
        </w:rPr>
        <w:t xml:space="preserve"> همان الگو</w:t>
      </w:r>
      <w:r w:rsidRPr="002B4164">
        <w:rPr>
          <w:rFonts w:ascii="Tahoma" w:hAnsi="Tahoma" w:cs="Tahoma" w:hint="cs"/>
          <w:rtl/>
        </w:rPr>
        <w:t>یی</w:t>
      </w:r>
      <w:r w:rsidRPr="002B4164">
        <w:rPr>
          <w:rFonts w:ascii="Tahoma" w:hAnsi="Tahoma" w:cs="Tahoma"/>
          <w:rtl/>
        </w:rPr>
        <w:t xml:space="preserve"> که در آغاز </w:t>
      </w:r>
      <w:r w:rsidRPr="002B4164">
        <w:rPr>
          <w:rFonts w:ascii="Tahoma" w:hAnsi="Tahoma" w:cs="Tahoma" w:hint="eastAsia"/>
          <w:rtl/>
        </w:rPr>
        <w:t>حکومت</w:t>
      </w:r>
      <w:r w:rsidRPr="002B4164">
        <w:rPr>
          <w:rFonts w:ascii="Tahoma" w:hAnsi="Tahoma" w:cs="Tahoma"/>
          <w:rtl/>
        </w:rPr>
        <w:t xml:space="preserve"> صفو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با قزلباشان 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ده</w:t>
      </w:r>
      <w:r w:rsidRPr="002B4164">
        <w:rPr>
          <w:rFonts w:ascii="Tahoma" w:hAnsi="Tahoma" w:cs="Tahoma"/>
          <w:rtl/>
        </w:rPr>
        <w:t xml:space="preserve"> شده بود.</w:t>
      </w:r>
    </w:p>
    <w:p w:rsidR="002B4164" w:rsidRPr="002B4164" w:rsidRDefault="002B4164" w:rsidP="002B416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B4164">
        <w:rPr>
          <w:rFonts w:ascii="Tahoma" w:hAnsi="Tahoma" w:cs="Tahoma" w:hint="eastAsia"/>
          <w:rtl/>
        </w:rPr>
        <w:t>محمود</w:t>
      </w:r>
      <w:r w:rsidRPr="002B4164">
        <w:rPr>
          <w:rFonts w:ascii="Tahoma" w:hAnsi="Tahoma" w:cs="Tahoma"/>
          <w:rtl/>
        </w:rPr>
        <w:t xml:space="preserve"> برا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جلوگ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از گسترش نفوذ تهماسب، 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رو</w:t>
      </w:r>
      <w:r w:rsidRPr="002B4164">
        <w:rPr>
          <w:rFonts w:ascii="Tahoma" w:hAnsi="Tahoma" w:cs="Tahoma" w:hint="cs"/>
          <w:rtl/>
        </w:rPr>
        <w:t>یی</w:t>
      </w:r>
      <w:r w:rsidRPr="002B4164">
        <w:rPr>
          <w:rFonts w:ascii="Tahoma" w:hAnsi="Tahoma" w:cs="Tahoma"/>
          <w:rtl/>
        </w:rPr>
        <w:t xml:space="preserve"> به سو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قزو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ن</w:t>
      </w:r>
      <w:r w:rsidRPr="002B4164">
        <w:rPr>
          <w:rFonts w:ascii="Tahoma" w:hAnsi="Tahoma" w:cs="Tahoma"/>
          <w:rtl/>
        </w:rPr>
        <w:t xml:space="preserve"> فرستاد. افغان‌ها توانستند وارد شهر شوند، اما حضورشان با مقاومت مردم و 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روها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محل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روبه‌رو شد. شورش قزو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ن</w:t>
      </w:r>
      <w:r w:rsidRPr="002B4164">
        <w:rPr>
          <w:rFonts w:ascii="Tahoma" w:hAnsi="Tahoma" w:cs="Tahoma"/>
          <w:rtl/>
        </w:rPr>
        <w:t xml:space="preserve"> ضربه‌ا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سخت به آنان وارد کرد و بازماندگان ناچار به عقب‌نش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شدند.</w:t>
      </w:r>
    </w:p>
    <w:p w:rsidR="002B4164" w:rsidRPr="002B4164" w:rsidRDefault="002B4164" w:rsidP="002B416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B4164">
        <w:rPr>
          <w:rFonts w:ascii="Tahoma" w:hAnsi="Tahoma" w:cs="Tahoma" w:hint="eastAsia"/>
          <w:rtl/>
        </w:rPr>
        <w:t>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ن</w:t>
      </w:r>
      <w:r w:rsidRPr="002B4164">
        <w:rPr>
          <w:rFonts w:ascii="Tahoma" w:hAnsi="Tahoma" w:cs="Tahoma"/>
          <w:rtl/>
        </w:rPr>
        <w:t xml:space="preserve"> حادثه نشان داد که تصرف اصفهان به فرمان‌بردار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خودکار شهرها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گر</w:t>
      </w:r>
      <w:r w:rsidRPr="002B4164">
        <w:rPr>
          <w:rFonts w:ascii="Tahoma" w:hAnsi="Tahoma" w:cs="Tahoma"/>
          <w:rtl/>
        </w:rPr>
        <w:t xml:space="preserve"> 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نجام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ده</w:t>
      </w:r>
      <w:r w:rsidRPr="002B4164">
        <w:rPr>
          <w:rFonts w:ascii="Tahoma" w:hAnsi="Tahoma" w:cs="Tahoma"/>
          <w:rtl/>
        </w:rPr>
        <w:t xml:space="preserve"> است. مردم قزو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ن،</w:t>
      </w:r>
      <w:r w:rsidRPr="002B4164">
        <w:rPr>
          <w:rFonts w:ascii="Tahoma" w:hAnsi="Tahoma" w:cs="Tahoma"/>
          <w:rtl/>
        </w:rPr>
        <w:t xml:space="preserve"> که پا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تخت</w:t>
      </w:r>
      <w:r w:rsidRPr="002B4164">
        <w:rPr>
          <w:rFonts w:ascii="Tahoma" w:hAnsi="Tahoma" w:cs="Tahoma"/>
          <w:rtl/>
        </w:rPr>
        <w:t xml:space="preserve"> پ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ش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ن</w:t>
      </w:r>
      <w:r w:rsidRPr="002B4164">
        <w:rPr>
          <w:rFonts w:ascii="Tahoma" w:hAnsi="Tahoma" w:cs="Tahoma"/>
          <w:rtl/>
        </w:rPr>
        <w:t xml:space="preserve"> صفو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ان</w:t>
      </w:r>
      <w:r w:rsidRPr="002B4164">
        <w:rPr>
          <w:rFonts w:ascii="Tahoma" w:hAnsi="Tahoma" w:cs="Tahoma"/>
          <w:rtl/>
        </w:rPr>
        <w:t xml:space="preserve"> بود،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توانستند</w:t>
      </w:r>
      <w:r w:rsidRPr="002B4164">
        <w:rPr>
          <w:rFonts w:ascii="Tahoma" w:hAnsi="Tahoma" w:cs="Tahoma"/>
          <w:rtl/>
        </w:rPr>
        <w:t xml:space="preserve"> عل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ه</w:t>
      </w:r>
      <w:r w:rsidRPr="002B4164">
        <w:rPr>
          <w:rFonts w:ascii="Tahoma" w:hAnsi="Tahoma" w:cs="Tahoma"/>
          <w:rtl/>
        </w:rPr>
        <w:t xml:space="preserve"> 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رو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افغان برخ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زند</w:t>
      </w:r>
      <w:r w:rsidRPr="002B4164">
        <w:rPr>
          <w:rFonts w:ascii="Tahoma" w:hAnsi="Tahoma" w:cs="Tahoma"/>
          <w:rtl/>
        </w:rPr>
        <w:t>. حکومت محمود برا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نگاه‌داشتن هر شهر به قشون جداگانه 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از</w:t>
      </w:r>
      <w:r w:rsidRPr="002B4164">
        <w:rPr>
          <w:rFonts w:ascii="Tahoma" w:hAnsi="Tahoma" w:cs="Tahoma"/>
          <w:rtl/>
        </w:rPr>
        <w:t xml:space="preserve"> داشت، درحال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که</w:t>
      </w:r>
      <w:r w:rsidRPr="002B4164">
        <w:rPr>
          <w:rFonts w:ascii="Tahoma" w:hAnsi="Tahoma" w:cs="Tahoma"/>
          <w:rtl/>
        </w:rPr>
        <w:t xml:space="preserve"> شمار 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روها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ش</w:t>
      </w:r>
      <w:r w:rsidRPr="002B4164">
        <w:rPr>
          <w:rFonts w:ascii="Tahoma" w:hAnsi="Tahoma" w:cs="Tahoma"/>
          <w:rtl/>
        </w:rPr>
        <w:t xml:space="preserve"> محدود بو</w:t>
      </w:r>
      <w:r w:rsidRPr="002B4164">
        <w:rPr>
          <w:rFonts w:ascii="Tahoma" w:hAnsi="Tahoma" w:cs="Tahoma" w:hint="eastAsia"/>
          <w:rtl/>
        </w:rPr>
        <w:t>د</w:t>
      </w:r>
      <w:r w:rsidRPr="002B4164">
        <w:rPr>
          <w:rFonts w:ascii="Tahoma" w:hAnsi="Tahoma" w:cs="Tahoma"/>
          <w:rtl/>
        </w:rPr>
        <w:t>.</w:t>
      </w:r>
    </w:p>
    <w:p w:rsidR="002B4164" w:rsidRPr="002B4164" w:rsidRDefault="002B4164" w:rsidP="002B416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B4164">
        <w:rPr>
          <w:rFonts w:ascii="Tahoma" w:hAnsi="Tahoma" w:cs="Tahoma" w:hint="eastAsia"/>
          <w:rtl/>
        </w:rPr>
        <w:t>خبر</w:t>
      </w:r>
      <w:r w:rsidRPr="002B4164">
        <w:rPr>
          <w:rFonts w:ascii="Tahoma" w:hAnsi="Tahoma" w:cs="Tahoma"/>
          <w:rtl/>
        </w:rPr>
        <w:t xml:space="preserve"> شورش قزو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ن</w:t>
      </w:r>
      <w:r w:rsidRPr="002B4164">
        <w:rPr>
          <w:rFonts w:ascii="Tahoma" w:hAnsi="Tahoma" w:cs="Tahoma"/>
          <w:rtl/>
        </w:rPr>
        <w:t xml:space="preserve"> و شکست 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روها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افغان، بدگمان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محمود را افزا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ش</w:t>
      </w:r>
      <w:r w:rsidRPr="002B4164">
        <w:rPr>
          <w:rFonts w:ascii="Tahoma" w:hAnsi="Tahoma" w:cs="Tahoma"/>
          <w:rtl/>
        </w:rPr>
        <w:t xml:space="preserve"> داد. او ممکن بود هر صاحب‌منصب، شاهزاده 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</w:t>
      </w:r>
      <w:r w:rsidRPr="002B4164">
        <w:rPr>
          <w:rFonts w:ascii="Tahoma" w:hAnsi="Tahoma" w:cs="Tahoma"/>
          <w:rtl/>
        </w:rPr>
        <w:t xml:space="preserve"> شهروند بانفوذ را همدست تهماسب بداند. در حکومت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که از پذ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رش</w:t>
      </w:r>
      <w:r w:rsidRPr="002B4164">
        <w:rPr>
          <w:rFonts w:ascii="Tahoma" w:hAnsi="Tahoma" w:cs="Tahoma"/>
          <w:rtl/>
        </w:rPr>
        <w:t xml:space="preserve"> عموم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برخوردار نبود، کوچک‌تر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ن</w:t>
      </w:r>
      <w:r w:rsidRPr="002B4164">
        <w:rPr>
          <w:rFonts w:ascii="Tahoma" w:hAnsi="Tahoma" w:cs="Tahoma"/>
          <w:rtl/>
        </w:rPr>
        <w:t xml:space="preserve"> شا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عهٔ</w:t>
      </w:r>
      <w:r w:rsidRPr="002B4164">
        <w:rPr>
          <w:rFonts w:ascii="Tahoma" w:hAnsi="Tahoma" w:cs="Tahoma"/>
          <w:rtl/>
        </w:rPr>
        <w:t xml:space="preserve"> شورش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توانست</w:t>
      </w:r>
      <w:r w:rsidRPr="002B4164">
        <w:rPr>
          <w:rFonts w:ascii="Tahoma" w:hAnsi="Tahoma" w:cs="Tahoma"/>
          <w:rtl/>
        </w:rPr>
        <w:t xml:space="preserve"> به تهد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جد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تبد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ل</w:t>
      </w:r>
      <w:r w:rsidRPr="002B4164">
        <w:rPr>
          <w:rFonts w:ascii="Tahoma" w:hAnsi="Tahoma" w:cs="Tahoma"/>
          <w:rtl/>
        </w:rPr>
        <w:t xml:space="preserve"> شود.</w:t>
      </w:r>
    </w:p>
    <w:p w:rsidR="002B4164" w:rsidRPr="002B4164" w:rsidRDefault="002B4164" w:rsidP="002B416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B4164">
        <w:rPr>
          <w:rFonts w:ascii="Tahoma" w:hAnsi="Tahoma" w:cs="Tahoma" w:hint="eastAsia"/>
          <w:rtl/>
        </w:rPr>
        <w:t>بدگمان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به خشونت ب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شتر</w:t>
      </w:r>
      <w:r w:rsidRPr="002B4164">
        <w:rPr>
          <w:rFonts w:ascii="Tahoma" w:hAnsi="Tahoma" w:cs="Tahoma"/>
          <w:rtl/>
        </w:rPr>
        <w:t xml:space="preserve"> انجام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د</w:t>
      </w:r>
      <w:r w:rsidRPr="002B4164">
        <w:rPr>
          <w:rFonts w:ascii="Tahoma" w:hAnsi="Tahoma" w:cs="Tahoma"/>
          <w:rtl/>
        </w:rPr>
        <w:t>. گروه‌ها</w:t>
      </w:r>
      <w:r w:rsidRPr="002B4164">
        <w:rPr>
          <w:rFonts w:ascii="Tahoma" w:hAnsi="Tahoma" w:cs="Tahoma" w:hint="cs"/>
          <w:rtl/>
        </w:rPr>
        <w:t>یی</w:t>
      </w:r>
      <w:r w:rsidRPr="002B4164">
        <w:rPr>
          <w:rFonts w:ascii="Tahoma" w:hAnsi="Tahoma" w:cs="Tahoma"/>
          <w:rtl/>
        </w:rPr>
        <w:t xml:space="preserve"> از بزرگان، 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وانسالاران،</w:t>
      </w:r>
      <w:r w:rsidRPr="002B4164">
        <w:rPr>
          <w:rFonts w:ascii="Tahoma" w:hAnsi="Tahoma" w:cs="Tahoma"/>
          <w:rtl/>
        </w:rPr>
        <w:t xml:space="preserve"> قزلباشان و کسان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که احتمال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رفت</w:t>
      </w:r>
      <w:r w:rsidRPr="002B4164">
        <w:rPr>
          <w:rFonts w:ascii="Tahoma" w:hAnsi="Tahoma" w:cs="Tahoma"/>
          <w:rtl/>
        </w:rPr>
        <w:t xml:space="preserve"> به صفو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ان</w:t>
      </w:r>
      <w:r w:rsidRPr="002B4164">
        <w:rPr>
          <w:rFonts w:ascii="Tahoma" w:hAnsi="Tahoma" w:cs="Tahoma"/>
          <w:rtl/>
        </w:rPr>
        <w:t xml:space="preserve"> وفادار باشند کشته شدند. هر تصف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ه</w:t>
      </w:r>
      <w:r w:rsidRPr="002B4164">
        <w:rPr>
          <w:rFonts w:ascii="Tahoma" w:hAnsi="Tahoma" w:cs="Tahoma"/>
          <w:rtl/>
        </w:rPr>
        <w:t xml:space="preserve"> ممکن بود خطر فور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را کاهش دهد، اما حکومت را از تجربه و همکار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کسان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که برا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ادارهٔ کشور لازم بودند محروم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کرد</w:t>
      </w:r>
      <w:r w:rsidRPr="002B4164">
        <w:rPr>
          <w:rFonts w:ascii="Tahoma" w:hAnsi="Tahoma" w:cs="Tahoma"/>
          <w:rtl/>
        </w:rPr>
        <w:t>.</w:t>
      </w:r>
    </w:p>
    <w:p w:rsidR="002B4164" w:rsidRPr="002B4164" w:rsidRDefault="002B4164" w:rsidP="002B416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B4164">
        <w:rPr>
          <w:rFonts w:ascii="Tahoma" w:hAnsi="Tahoma" w:cs="Tahoma" w:hint="eastAsia"/>
          <w:rtl/>
        </w:rPr>
        <w:t>محمود</w:t>
      </w:r>
      <w:r w:rsidRPr="002B4164">
        <w:rPr>
          <w:rFonts w:ascii="Tahoma" w:hAnsi="Tahoma" w:cs="Tahoma"/>
          <w:rtl/>
        </w:rPr>
        <w:t xml:space="preserve"> به همان دور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گرفتار شد که شاهان متأخر صفو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تجربه کرده بودند: فرمانروا از رجال 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رومند</w:t>
      </w:r>
      <w:r w:rsidRPr="002B4164">
        <w:rPr>
          <w:rFonts w:ascii="Tahoma" w:hAnsi="Tahoma" w:cs="Tahoma"/>
          <w:rtl/>
        </w:rPr>
        <w:t xml:space="preserve">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ترس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د،</w:t>
      </w:r>
      <w:r w:rsidRPr="002B4164">
        <w:rPr>
          <w:rFonts w:ascii="Tahoma" w:hAnsi="Tahoma" w:cs="Tahoma"/>
          <w:rtl/>
        </w:rPr>
        <w:t xml:space="preserve"> آنان را از م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ان</w:t>
      </w:r>
      <w:r w:rsidRPr="002B4164">
        <w:rPr>
          <w:rFonts w:ascii="Tahoma" w:hAnsi="Tahoma" w:cs="Tahoma"/>
          <w:rtl/>
        </w:rPr>
        <w:t xml:space="preserve">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برد</w:t>
      </w:r>
      <w:r w:rsidRPr="002B4164">
        <w:rPr>
          <w:rFonts w:ascii="Tahoma" w:hAnsi="Tahoma" w:cs="Tahoma"/>
          <w:rtl/>
        </w:rPr>
        <w:t xml:space="preserve"> و سپس برا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ادارهٔ حکومت با کمبود افراد باتجربه روبه‌رو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شد</w:t>
      </w:r>
      <w:r w:rsidRPr="002B4164">
        <w:rPr>
          <w:rFonts w:ascii="Tahoma" w:hAnsi="Tahoma" w:cs="Tahoma"/>
          <w:rtl/>
        </w:rPr>
        <w:t>. تفاوت در آن بود که محمود حت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از شبکهٔ خاندان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،</w:t>
      </w:r>
      <w:r w:rsidRPr="002B4164">
        <w:rPr>
          <w:rFonts w:ascii="Tahoma" w:hAnsi="Tahoma" w:cs="Tahoma"/>
          <w:rtl/>
        </w:rPr>
        <w:t xml:space="preserve"> 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وان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و مذهب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که ص</w:t>
      </w:r>
      <w:r w:rsidRPr="002B4164">
        <w:rPr>
          <w:rFonts w:ascii="Tahoma" w:hAnsi="Tahoma" w:cs="Tahoma" w:hint="eastAsia"/>
          <w:rtl/>
        </w:rPr>
        <w:t>فو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ان</w:t>
      </w:r>
      <w:r w:rsidRPr="002B4164">
        <w:rPr>
          <w:rFonts w:ascii="Tahoma" w:hAnsi="Tahoma" w:cs="Tahoma"/>
          <w:rtl/>
        </w:rPr>
        <w:t xml:space="preserve"> در طول دو سده ساخته بودند برخوردار نبود.</w:t>
      </w:r>
    </w:p>
    <w:p w:rsidR="002B4164" w:rsidRPr="002B4164" w:rsidRDefault="002B4164" w:rsidP="002B416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B4164">
        <w:rPr>
          <w:rFonts w:ascii="Tahoma" w:hAnsi="Tahoma" w:cs="Tahoma" w:hint="eastAsia"/>
          <w:rtl/>
        </w:rPr>
        <w:t>دستگاه</w:t>
      </w:r>
      <w:r w:rsidRPr="002B4164">
        <w:rPr>
          <w:rFonts w:ascii="Tahoma" w:hAnsi="Tahoma" w:cs="Tahoma"/>
          <w:rtl/>
        </w:rPr>
        <w:t xml:space="preserve"> 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نکار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ش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عه</w:t>
      </w:r>
      <w:r w:rsidRPr="002B4164">
        <w:rPr>
          <w:rFonts w:ascii="Tahoma" w:hAnsi="Tahoma" w:cs="Tahoma"/>
          <w:rtl/>
        </w:rPr>
        <w:t xml:space="preserve"> 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ز</w:t>
      </w:r>
      <w:r w:rsidRPr="002B4164">
        <w:rPr>
          <w:rFonts w:ascii="Tahoma" w:hAnsi="Tahoma" w:cs="Tahoma"/>
          <w:rtl/>
        </w:rPr>
        <w:t xml:space="preserve"> با حکومت تازه رابطه‌ا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دشوار داشت. محمود و ب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شتر</w:t>
      </w:r>
      <w:r w:rsidRPr="002B4164">
        <w:rPr>
          <w:rFonts w:ascii="Tahoma" w:hAnsi="Tahoma" w:cs="Tahoma"/>
          <w:rtl/>
        </w:rPr>
        <w:t xml:space="preserve"> 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روها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ش</w:t>
      </w:r>
      <w:r w:rsidRPr="002B4164">
        <w:rPr>
          <w:rFonts w:ascii="Tahoma" w:hAnsi="Tahoma" w:cs="Tahoma"/>
          <w:rtl/>
        </w:rPr>
        <w:t xml:space="preserve"> سن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بودند، درحال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که</w:t>
      </w:r>
      <w:r w:rsidRPr="002B4164">
        <w:rPr>
          <w:rFonts w:ascii="Tahoma" w:hAnsi="Tahoma" w:cs="Tahoma"/>
          <w:rtl/>
        </w:rPr>
        <w:t xml:space="preserve"> اصفهان مرکز مذهب رسم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دوازده‌امام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و محل مدارس، موقوفات و خاندان‌ها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بزرگ 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نکار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بود. فشار مستق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م</w:t>
      </w:r>
      <w:r w:rsidRPr="002B4164">
        <w:rPr>
          <w:rFonts w:ascii="Tahoma" w:hAnsi="Tahoma" w:cs="Tahoma"/>
          <w:rtl/>
        </w:rPr>
        <w:t xml:space="preserve"> بر 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ن</w:t>
      </w:r>
      <w:r w:rsidRPr="002B4164">
        <w:rPr>
          <w:rFonts w:ascii="Tahoma" w:hAnsi="Tahoma" w:cs="Tahoma"/>
          <w:rtl/>
        </w:rPr>
        <w:t xml:space="preserve"> دستگاه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توانست</w:t>
      </w:r>
      <w:r w:rsidRPr="002B4164">
        <w:rPr>
          <w:rFonts w:ascii="Tahoma" w:hAnsi="Tahoma" w:cs="Tahoma"/>
          <w:rtl/>
        </w:rPr>
        <w:t xml:space="preserve"> مقاومت گسترده‌ا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جاد</w:t>
      </w:r>
      <w:r w:rsidRPr="002B4164">
        <w:rPr>
          <w:rFonts w:ascii="Tahoma" w:hAnsi="Tahoma" w:cs="Tahoma"/>
          <w:rtl/>
        </w:rPr>
        <w:t xml:space="preserve"> کند و ه</w:t>
      </w:r>
      <w:r w:rsidRPr="002B4164">
        <w:rPr>
          <w:rFonts w:ascii="Tahoma" w:hAnsi="Tahoma" w:cs="Tahoma" w:hint="eastAsia"/>
          <w:rtl/>
        </w:rPr>
        <w:t>مکار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کامل با آن 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ز</w:t>
      </w:r>
      <w:r w:rsidRPr="002B4164">
        <w:rPr>
          <w:rFonts w:ascii="Tahoma" w:hAnsi="Tahoma" w:cs="Tahoma"/>
          <w:rtl/>
        </w:rPr>
        <w:t xml:space="preserve"> برا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قشون فاتح دشوار بود.</w:t>
      </w:r>
    </w:p>
    <w:p w:rsidR="002B4164" w:rsidRPr="002B4164" w:rsidRDefault="002B4164" w:rsidP="002B416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B4164">
        <w:rPr>
          <w:rFonts w:ascii="Tahoma" w:hAnsi="Tahoma" w:cs="Tahoma" w:hint="eastAsia"/>
          <w:rtl/>
        </w:rPr>
        <w:t>برخ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نکاران</w:t>
      </w:r>
      <w:r w:rsidRPr="002B4164">
        <w:rPr>
          <w:rFonts w:ascii="Tahoma" w:hAnsi="Tahoma" w:cs="Tahoma"/>
          <w:rtl/>
        </w:rPr>
        <w:t xml:space="preserve"> ممکن بود برا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حفظ جان مردم، مدارس و موقوفات با حکومت تازه مدارا کنند. برخ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به مناطق 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گر</w:t>
      </w:r>
      <w:r w:rsidRPr="002B4164">
        <w:rPr>
          <w:rFonts w:ascii="Tahoma" w:hAnsi="Tahoma" w:cs="Tahoma"/>
          <w:rtl/>
        </w:rPr>
        <w:t xml:space="preserve"> رفتند و برخ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به تهماسب ام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د</w:t>
      </w:r>
      <w:r w:rsidRPr="002B4164">
        <w:rPr>
          <w:rFonts w:ascii="Tahoma" w:hAnsi="Tahoma" w:cs="Tahoma"/>
          <w:rtl/>
        </w:rPr>
        <w:t xml:space="preserve"> بستند. عمامه شبکهٔ خود را حفظ کرده بود، اما 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گر</w:t>
      </w:r>
      <w:r w:rsidRPr="002B4164">
        <w:rPr>
          <w:rFonts w:ascii="Tahoma" w:hAnsi="Tahoma" w:cs="Tahoma"/>
          <w:rtl/>
        </w:rPr>
        <w:t xml:space="preserve"> تاج ش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ع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رومند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در اصفهان نداشت که از آن حما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ت</w:t>
      </w:r>
      <w:r w:rsidRPr="002B4164">
        <w:rPr>
          <w:rFonts w:ascii="Tahoma" w:hAnsi="Tahoma" w:cs="Tahoma"/>
          <w:rtl/>
        </w:rPr>
        <w:t xml:space="preserve"> کند.</w:t>
      </w:r>
    </w:p>
    <w:p w:rsidR="002B4164" w:rsidRPr="002B4164" w:rsidRDefault="002B4164" w:rsidP="002B416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B4164">
        <w:rPr>
          <w:rFonts w:ascii="Tahoma" w:hAnsi="Tahoma" w:cs="Tahoma" w:hint="eastAsia"/>
          <w:rtl/>
        </w:rPr>
        <w:t>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ن</w:t>
      </w:r>
      <w:r w:rsidRPr="002B4164">
        <w:rPr>
          <w:rFonts w:ascii="Tahoma" w:hAnsi="Tahoma" w:cs="Tahoma"/>
          <w:rtl/>
        </w:rPr>
        <w:t xml:space="preserve"> تجربه نشان داد که قدرت 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نکاران</w:t>
      </w:r>
      <w:r w:rsidRPr="002B4164">
        <w:rPr>
          <w:rFonts w:ascii="Tahoma" w:hAnsi="Tahoma" w:cs="Tahoma"/>
          <w:rtl/>
        </w:rPr>
        <w:t xml:space="preserve"> صفو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،</w:t>
      </w:r>
      <w:r w:rsidRPr="002B4164">
        <w:rPr>
          <w:rFonts w:ascii="Tahoma" w:hAnsi="Tahoma" w:cs="Tahoma"/>
          <w:rtl/>
        </w:rPr>
        <w:t xml:space="preserve"> با وجود ر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شه‌ها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اجتماع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،</w:t>
      </w:r>
      <w:r w:rsidRPr="002B4164">
        <w:rPr>
          <w:rFonts w:ascii="Tahoma" w:hAnsi="Tahoma" w:cs="Tahoma"/>
          <w:rtl/>
        </w:rPr>
        <w:t xml:space="preserve"> هنوز تا اندازهٔ ز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به وجود حکومت ش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ع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وابسته بود. آنان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توانستند</w:t>
      </w:r>
      <w:r w:rsidRPr="002B4164">
        <w:rPr>
          <w:rFonts w:ascii="Tahoma" w:hAnsi="Tahoma" w:cs="Tahoma"/>
          <w:rtl/>
        </w:rPr>
        <w:t xml:space="preserve"> آموزش و فتوا را ادامه دهند، ول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برا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اجرا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حکم، حفاظت از موقوفات و حفظ مقام‌ها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رسم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به 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رو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س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اس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از</w:t>
      </w:r>
      <w:r w:rsidRPr="002B4164">
        <w:rPr>
          <w:rFonts w:ascii="Tahoma" w:hAnsi="Tahoma" w:cs="Tahoma"/>
          <w:rtl/>
        </w:rPr>
        <w:t xml:space="preserve"> داشتند. با سق</w:t>
      </w:r>
      <w:r w:rsidRPr="002B4164">
        <w:rPr>
          <w:rFonts w:ascii="Tahoma" w:hAnsi="Tahoma" w:cs="Tahoma" w:hint="eastAsia"/>
          <w:rtl/>
        </w:rPr>
        <w:t>وط</w:t>
      </w:r>
      <w:r w:rsidRPr="002B4164">
        <w:rPr>
          <w:rFonts w:ascii="Tahoma" w:hAnsi="Tahoma" w:cs="Tahoma"/>
          <w:rtl/>
        </w:rPr>
        <w:t xml:space="preserve"> تاج، بخش حکومت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قدرت عمامه 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ز</w:t>
      </w:r>
      <w:r w:rsidRPr="002B4164">
        <w:rPr>
          <w:rFonts w:ascii="Tahoma" w:hAnsi="Tahoma" w:cs="Tahoma"/>
          <w:rtl/>
        </w:rPr>
        <w:t xml:space="preserve"> آس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ب</w:t>
      </w:r>
      <w:r w:rsidRPr="002B4164">
        <w:rPr>
          <w:rFonts w:ascii="Tahoma" w:hAnsi="Tahoma" w:cs="Tahoma"/>
          <w:rtl/>
        </w:rPr>
        <w:t xml:space="preserve"> 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د</w:t>
      </w:r>
      <w:r w:rsidRPr="002B4164">
        <w:rPr>
          <w:rFonts w:ascii="Tahoma" w:hAnsi="Tahoma" w:cs="Tahoma"/>
          <w:rtl/>
        </w:rPr>
        <w:t>.</w:t>
      </w:r>
    </w:p>
    <w:p w:rsidR="002B4164" w:rsidRPr="002B4164" w:rsidRDefault="002B4164" w:rsidP="002B416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B4164">
        <w:rPr>
          <w:rFonts w:ascii="Tahoma" w:hAnsi="Tahoma" w:cs="Tahoma" w:hint="eastAsia"/>
          <w:rtl/>
        </w:rPr>
        <w:t>در</w:t>
      </w:r>
      <w:r w:rsidRPr="002B4164">
        <w:rPr>
          <w:rFonts w:ascii="Tahoma" w:hAnsi="Tahoma" w:cs="Tahoma"/>
          <w:rtl/>
        </w:rPr>
        <w:t xml:space="preserve"> همان حال، مذهب ش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عه</w:t>
      </w:r>
      <w:r w:rsidRPr="002B4164">
        <w:rPr>
          <w:rFonts w:ascii="Tahoma" w:hAnsi="Tahoma" w:cs="Tahoma"/>
          <w:rtl/>
        </w:rPr>
        <w:t xml:space="preserve"> به منبع مقاومت در برابر محمود تبد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ل</w:t>
      </w:r>
      <w:r w:rsidRPr="002B4164">
        <w:rPr>
          <w:rFonts w:ascii="Tahoma" w:hAnsi="Tahoma" w:cs="Tahoma"/>
          <w:rtl/>
        </w:rPr>
        <w:t xml:space="preserve"> شد. مردم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که دو سده در چارچوب تش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ع</w:t>
      </w:r>
      <w:r w:rsidRPr="002B4164">
        <w:rPr>
          <w:rFonts w:ascii="Tahoma" w:hAnsi="Tahoma" w:cs="Tahoma"/>
          <w:rtl/>
        </w:rPr>
        <w:t xml:space="preserve"> رسم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ز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سته</w:t>
      </w:r>
      <w:r w:rsidRPr="002B4164">
        <w:rPr>
          <w:rFonts w:ascii="Tahoma" w:hAnsi="Tahoma" w:cs="Tahoma"/>
          <w:rtl/>
        </w:rPr>
        <w:t xml:space="preserve"> بودند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توانستند</w:t>
      </w:r>
      <w:r w:rsidRPr="002B4164">
        <w:rPr>
          <w:rFonts w:ascii="Tahoma" w:hAnsi="Tahoma" w:cs="Tahoma"/>
          <w:rtl/>
        </w:rPr>
        <w:t xml:space="preserve"> حکومت سن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افغان را ب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گانه</w:t>
      </w:r>
      <w:r w:rsidRPr="002B4164">
        <w:rPr>
          <w:rFonts w:ascii="Tahoma" w:hAnsi="Tahoma" w:cs="Tahoma"/>
          <w:rtl/>
        </w:rPr>
        <w:t xml:space="preserve"> و فاقد حقان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ت</w:t>
      </w:r>
      <w:r w:rsidRPr="002B4164">
        <w:rPr>
          <w:rFonts w:ascii="Tahoma" w:hAnsi="Tahoma" w:cs="Tahoma"/>
          <w:rtl/>
        </w:rPr>
        <w:t xml:space="preserve"> بدانند. صفو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ان</w:t>
      </w:r>
      <w:r w:rsidRPr="002B4164">
        <w:rPr>
          <w:rFonts w:ascii="Tahoma" w:hAnsi="Tahoma" w:cs="Tahoma"/>
          <w:rtl/>
        </w:rPr>
        <w:t xml:space="preserve"> با ساختن مذهب رسم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،</w:t>
      </w:r>
      <w:r w:rsidRPr="002B4164">
        <w:rPr>
          <w:rFonts w:ascii="Tahoma" w:hAnsi="Tahoma" w:cs="Tahoma"/>
          <w:rtl/>
        </w:rPr>
        <w:t xml:space="preserve"> پس از سقوط 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ز</w:t>
      </w:r>
      <w:r w:rsidRPr="002B4164">
        <w:rPr>
          <w:rFonts w:ascii="Tahoma" w:hAnsi="Tahoma" w:cs="Tahoma"/>
          <w:rtl/>
        </w:rPr>
        <w:t xml:space="preserve"> حافظه‌ا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پد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د</w:t>
      </w:r>
      <w:r w:rsidRPr="002B4164">
        <w:rPr>
          <w:rFonts w:ascii="Tahoma" w:hAnsi="Tahoma" w:cs="Tahoma"/>
          <w:rtl/>
        </w:rPr>
        <w:t xml:space="preserve"> آورده بودند که پذ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رش</w:t>
      </w:r>
      <w:r w:rsidRPr="002B4164">
        <w:rPr>
          <w:rFonts w:ascii="Tahoma" w:hAnsi="Tahoma" w:cs="Tahoma"/>
          <w:rtl/>
        </w:rPr>
        <w:t xml:space="preserve"> فاتحان ر</w:t>
      </w:r>
      <w:r w:rsidRPr="002B4164">
        <w:rPr>
          <w:rFonts w:ascii="Tahoma" w:hAnsi="Tahoma" w:cs="Tahoma" w:hint="eastAsia"/>
          <w:rtl/>
        </w:rPr>
        <w:t>ا</w:t>
      </w:r>
      <w:r w:rsidRPr="002B4164">
        <w:rPr>
          <w:rFonts w:ascii="Tahoma" w:hAnsi="Tahoma" w:cs="Tahoma"/>
          <w:rtl/>
        </w:rPr>
        <w:t xml:space="preserve"> دشوار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کرد</w:t>
      </w:r>
      <w:r w:rsidRPr="002B4164">
        <w:rPr>
          <w:rFonts w:ascii="Tahoma" w:hAnsi="Tahoma" w:cs="Tahoma"/>
          <w:rtl/>
        </w:rPr>
        <w:t>.</w:t>
      </w:r>
    </w:p>
    <w:p w:rsidR="002B4164" w:rsidRPr="002B4164" w:rsidRDefault="002B4164" w:rsidP="002B416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B4164">
        <w:rPr>
          <w:rFonts w:ascii="Tahoma" w:hAnsi="Tahoma" w:cs="Tahoma" w:hint="eastAsia"/>
          <w:rtl/>
        </w:rPr>
        <w:t>محمود</w:t>
      </w:r>
      <w:r w:rsidRPr="002B4164">
        <w:rPr>
          <w:rFonts w:ascii="Tahoma" w:hAnsi="Tahoma" w:cs="Tahoma"/>
          <w:rtl/>
        </w:rPr>
        <w:t xml:space="preserve"> برا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مهار خطر خاندان صفو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سرانجام به اقدام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خون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ن</w:t>
      </w:r>
      <w:r w:rsidRPr="002B4164">
        <w:rPr>
          <w:rFonts w:ascii="Tahoma" w:hAnsi="Tahoma" w:cs="Tahoma"/>
          <w:rtl/>
        </w:rPr>
        <w:t xml:space="preserve"> دست زد. شمار ز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از شاهزادگان و مردان خاندان صفو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که در اخت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ار</w:t>
      </w:r>
      <w:r w:rsidRPr="002B4164">
        <w:rPr>
          <w:rFonts w:ascii="Tahoma" w:hAnsi="Tahoma" w:cs="Tahoma"/>
          <w:rtl/>
        </w:rPr>
        <w:t xml:space="preserve"> او بودند کشته شدند. هدف روشن بود: اگر مدع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ان</w:t>
      </w:r>
      <w:r w:rsidRPr="002B4164">
        <w:rPr>
          <w:rFonts w:ascii="Tahoma" w:hAnsi="Tahoma" w:cs="Tahoma"/>
          <w:rtl/>
        </w:rPr>
        <w:t xml:space="preserve"> خون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از م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ان</w:t>
      </w:r>
      <w:r w:rsidRPr="002B4164">
        <w:rPr>
          <w:rFonts w:ascii="Tahoma" w:hAnsi="Tahoma" w:cs="Tahoma"/>
          <w:rtl/>
        </w:rPr>
        <w:t xml:space="preserve"> بروند، مخالفان نم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توانند</w:t>
      </w:r>
      <w:r w:rsidRPr="002B4164">
        <w:rPr>
          <w:rFonts w:ascii="Tahoma" w:hAnsi="Tahoma" w:cs="Tahoma"/>
          <w:rtl/>
        </w:rPr>
        <w:t xml:space="preserve"> هر 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ک</w:t>
      </w:r>
      <w:r w:rsidRPr="002B4164">
        <w:rPr>
          <w:rFonts w:ascii="Tahoma" w:hAnsi="Tahoma" w:cs="Tahoma"/>
          <w:rtl/>
        </w:rPr>
        <w:t xml:space="preserve"> را به عنوان شاه در برابر محمود قرار دهند.</w:t>
      </w:r>
    </w:p>
    <w:p w:rsidR="002B4164" w:rsidRPr="002B4164" w:rsidRDefault="002B4164" w:rsidP="002B416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B4164">
        <w:rPr>
          <w:rFonts w:ascii="Tahoma" w:hAnsi="Tahoma" w:cs="Tahoma" w:hint="eastAsia"/>
          <w:rtl/>
        </w:rPr>
        <w:t>کشتن</w:t>
      </w:r>
      <w:r w:rsidRPr="002B4164">
        <w:rPr>
          <w:rFonts w:ascii="Tahoma" w:hAnsi="Tahoma" w:cs="Tahoma"/>
          <w:rtl/>
        </w:rPr>
        <w:t xml:space="preserve"> شاهزادگان خطر فور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را کاهش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داد،</w:t>
      </w:r>
      <w:r w:rsidRPr="002B4164">
        <w:rPr>
          <w:rFonts w:ascii="Tahoma" w:hAnsi="Tahoma" w:cs="Tahoma"/>
          <w:rtl/>
        </w:rPr>
        <w:t xml:space="preserve"> اما حقان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ت</w:t>
      </w:r>
      <w:r w:rsidRPr="002B4164">
        <w:rPr>
          <w:rFonts w:ascii="Tahoma" w:hAnsi="Tahoma" w:cs="Tahoma"/>
          <w:rtl/>
        </w:rPr>
        <w:t xml:space="preserve"> محمود را ب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شتر</w:t>
      </w:r>
      <w:r w:rsidRPr="002B4164">
        <w:rPr>
          <w:rFonts w:ascii="Tahoma" w:hAnsi="Tahoma" w:cs="Tahoma"/>
          <w:rtl/>
        </w:rPr>
        <w:t xml:space="preserve"> آس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ب</w:t>
      </w:r>
      <w:r w:rsidRPr="002B4164">
        <w:rPr>
          <w:rFonts w:ascii="Tahoma" w:hAnsi="Tahoma" w:cs="Tahoma"/>
          <w:rtl/>
        </w:rPr>
        <w:t xml:space="preserve">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زد</w:t>
      </w:r>
      <w:r w:rsidRPr="002B4164">
        <w:rPr>
          <w:rFonts w:ascii="Tahoma" w:hAnsi="Tahoma" w:cs="Tahoma"/>
          <w:rtl/>
        </w:rPr>
        <w:t>. او 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گر</w:t>
      </w:r>
      <w:r w:rsidRPr="002B4164">
        <w:rPr>
          <w:rFonts w:ascii="Tahoma" w:hAnsi="Tahoma" w:cs="Tahoma"/>
          <w:rtl/>
        </w:rPr>
        <w:t xml:space="preserve"> نم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توانست</w:t>
      </w:r>
      <w:r w:rsidRPr="002B4164">
        <w:rPr>
          <w:rFonts w:ascii="Tahoma" w:hAnsi="Tahoma" w:cs="Tahoma"/>
          <w:rtl/>
        </w:rPr>
        <w:t xml:space="preserve"> به آسان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خود را جانش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نشان دهد که با خاندان پ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ش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ن</w:t>
      </w:r>
      <w:r w:rsidRPr="002B4164">
        <w:rPr>
          <w:rFonts w:ascii="Tahoma" w:hAnsi="Tahoma" w:cs="Tahoma"/>
          <w:rtl/>
        </w:rPr>
        <w:t xml:space="preserve"> سازش کرده است. حکومتش با خون همان خاندان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پ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وند</w:t>
      </w:r>
      <w:r w:rsidRPr="002B4164">
        <w:rPr>
          <w:rFonts w:ascii="Tahoma" w:hAnsi="Tahoma" w:cs="Tahoma"/>
          <w:rtl/>
        </w:rPr>
        <w:t xml:space="preserve">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خورد</w:t>
      </w:r>
      <w:r w:rsidRPr="002B4164">
        <w:rPr>
          <w:rFonts w:ascii="Tahoma" w:hAnsi="Tahoma" w:cs="Tahoma"/>
          <w:rtl/>
        </w:rPr>
        <w:t xml:space="preserve"> که بخش بزرگ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از مردم هنوز آن را صاحب تاج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دانستند</w:t>
      </w:r>
      <w:r w:rsidRPr="002B4164">
        <w:rPr>
          <w:rFonts w:ascii="Tahoma" w:hAnsi="Tahoma" w:cs="Tahoma"/>
          <w:rtl/>
        </w:rPr>
        <w:t>.</w:t>
      </w:r>
    </w:p>
    <w:p w:rsidR="002B4164" w:rsidRPr="002B4164" w:rsidRDefault="002B4164" w:rsidP="002B416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B4164">
        <w:rPr>
          <w:rFonts w:ascii="Tahoma" w:hAnsi="Tahoma" w:cs="Tahoma" w:hint="eastAsia"/>
          <w:rtl/>
        </w:rPr>
        <w:t>شاه</w:t>
      </w:r>
      <w:r w:rsidRPr="002B4164">
        <w:rPr>
          <w:rFonts w:ascii="Tahoma" w:hAnsi="Tahoma" w:cs="Tahoma"/>
          <w:rtl/>
        </w:rPr>
        <w:t xml:space="preserve"> سلطان حس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ن</w:t>
      </w:r>
      <w:r w:rsidRPr="002B4164">
        <w:rPr>
          <w:rFonts w:ascii="Tahoma" w:hAnsi="Tahoma" w:cs="Tahoma"/>
          <w:rtl/>
        </w:rPr>
        <w:t xml:space="preserve"> از 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ن</w:t>
      </w:r>
      <w:r w:rsidRPr="002B4164">
        <w:rPr>
          <w:rFonts w:ascii="Tahoma" w:hAnsi="Tahoma" w:cs="Tahoma"/>
          <w:rtl/>
        </w:rPr>
        <w:t xml:space="preserve"> کشتار جان به در برد، اما موقع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تش</w:t>
      </w:r>
      <w:r w:rsidRPr="002B4164">
        <w:rPr>
          <w:rFonts w:ascii="Tahoma" w:hAnsi="Tahoma" w:cs="Tahoma"/>
          <w:rtl/>
        </w:rPr>
        <w:t xml:space="preserve"> ب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ش</w:t>
      </w:r>
      <w:r w:rsidRPr="002B4164">
        <w:rPr>
          <w:rFonts w:ascii="Tahoma" w:hAnsi="Tahoma" w:cs="Tahoma"/>
          <w:rtl/>
        </w:rPr>
        <w:t xml:space="preserve"> از گذشته به اسارت نماد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ن</w:t>
      </w:r>
      <w:r w:rsidRPr="002B4164">
        <w:rPr>
          <w:rFonts w:ascii="Tahoma" w:hAnsi="Tahoma" w:cs="Tahoma"/>
          <w:rtl/>
        </w:rPr>
        <w:t xml:space="preserve"> تبد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ل</w:t>
      </w:r>
      <w:r w:rsidRPr="002B4164">
        <w:rPr>
          <w:rFonts w:ascii="Tahoma" w:hAnsi="Tahoma" w:cs="Tahoma"/>
          <w:rtl/>
        </w:rPr>
        <w:t xml:space="preserve"> شد. او نه توان حکومت داشت و نه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توانست</w:t>
      </w:r>
      <w:r w:rsidRPr="002B4164">
        <w:rPr>
          <w:rFonts w:ascii="Tahoma" w:hAnsi="Tahoma" w:cs="Tahoma"/>
          <w:rtl/>
        </w:rPr>
        <w:t xml:space="preserve"> از فرزندان و خو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شاوندانش</w:t>
      </w:r>
      <w:r w:rsidRPr="002B4164">
        <w:rPr>
          <w:rFonts w:ascii="Tahoma" w:hAnsi="Tahoma" w:cs="Tahoma"/>
          <w:rtl/>
        </w:rPr>
        <w:t xml:space="preserve"> حفاظت کند. زنده‌بودنش برا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محمود همچنان هم وس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لهٔ</w:t>
      </w:r>
      <w:r w:rsidRPr="002B4164">
        <w:rPr>
          <w:rFonts w:ascii="Tahoma" w:hAnsi="Tahoma" w:cs="Tahoma"/>
          <w:rtl/>
        </w:rPr>
        <w:t xml:space="preserve"> نما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ش</w:t>
      </w:r>
      <w:r w:rsidRPr="002B4164">
        <w:rPr>
          <w:rFonts w:ascii="Tahoma" w:hAnsi="Tahoma" w:cs="Tahoma"/>
          <w:rtl/>
        </w:rPr>
        <w:t xml:space="preserve"> انتقال قدرت و هم سرچشمهٔ خطر بود.</w:t>
      </w:r>
    </w:p>
    <w:p w:rsidR="002B4164" w:rsidRPr="002B4164" w:rsidRDefault="002B4164" w:rsidP="002B416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B4164">
        <w:rPr>
          <w:rFonts w:ascii="Tahoma" w:hAnsi="Tahoma" w:cs="Tahoma" w:hint="eastAsia"/>
          <w:rtl/>
        </w:rPr>
        <w:t>رفتار</w:t>
      </w:r>
      <w:r w:rsidRPr="002B4164">
        <w:rPr>
          <w:rFonts w:ascii="Tahoma" w:hAnsi="Tahoma" w:cs="Tahoma"/>
          <w:rtl/>
        </w:rPr>
        <w:t xml:space="preserve"> محمود به‌تدر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ج</w:t>
      </w:r>
      <w:r w:rsidRPr="002B4164">
        <w:rPr>
          <w:rFonts w:ascii="Tahoma" w:hAnsi="Tahoma" w:cs="Tahoma"/>
          <w:rtl/>
        </w:rPr>
        <w:t xml:space="preserve"> ب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ثبات‌تر</w:t>
      </w:r>
      <w:r w:rsidRPr="002B4164">
        <w:rPr>
          <w:rFonts w:ascii="Tahoma" w:hAnsi="Tahoma" w:cs="Tahoma"/>
          <w:rtl/>
        </w:rPr>
        <w:t xml:space="preserve"> و خشونت‌آم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زتر</w:t>
      </w:r>
      <w:r w:rsidRPr="002B4164">
        <w:rPr>
          <w:rFonts w:ascii="Tahoma" w:hAnsi="Tahoma" w:cs="Tahoma"/>
          <w:rtl/>
        </w:rPr>
        <w:t xml:space="preserve"> شد. فشار جنگ، بدگمان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،</w:t>
      </w:r>
      <w:r w:rsidRPr="002B4164">
        <w:rPr>
          <w:rFonts w:ascii="Tahoma" w:hAnsi="Tahoma" w:cs="Tahoma"/>
          <w:rtl/>
        </w:rPr>
        <w:t xml:space="preserve"> ب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مار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و ترس از شورش بر تصم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م‌ها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او اثر گذاشتند. گزارش‌ها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تار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خ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از آشفتگ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روان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و رفتارها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غ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رعاد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او در ماه‌ها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پا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زندگ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سخن گفته‌اند. در جزئ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ات</w:t>
      </w:r>
      <w:r w:rsidRPr="002B4164">
        <w:rPr>
          <w:rFonts w:ascii="Tahoma" w:hAnsi="Tahoma" w:cs="Tahoma"/>
          <w:rtl/>
        </w:rPr>
        <w:t xml:space="preserve"> 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ن</w:t>
      </w:r>
      <w:r w:rsidRPr="002B4164">
        <w:rPr>
          <w:rFonts w:ascii="Tahoma" w:hAnsi="Tahoma" w:cs="Tahoma"/>
          <w:rtl/>
        </w:rPr>
        <w:t xml:space="preserve"> گزارش‌ها با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د</w:t>
      </w:r>
      <w:r w:rsidRPr="002B4164">
        <w:rPr>
          <w:rFonts w:ascii="Tahoma" w:hAnsi="Tahoma" w:cs="Tahoma"/>
          <w:rtl/>
        </w:rPr>
        <w:t xml:space="preserve"> احت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اط</w:t>
      </w:r>
      <w:r w:rsidRPr="002B4164">
        <w:rPr>
          <w:rFonts w:ascii="Tahoma" w:hAnsi="Tahoma" w:cs="Tahoma"/>
          <w:rtl/>
        </w:rPr>
        <w:t xml:space="preserve"> کرد، اما کاهش توان او برا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ادارهٔ حکومت آشکار است.</w:t>
      </w:r>
    </w:p>
    <w:p w:rsidR="002B4164" w:rsidRPr="002B4164" w:rsidRDefault="002B4164" w:rsidP="002B416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B4164">
        <w:rPr>
          <w:rFonts w:ascii="Tahoma" w:hAnsi="Tahoma" w:cs="Tahoma" w:hint="eastAsia"/>
          <w:rtl/>
        </w:rPr>
        <w:t>قشون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که او را به پادشاه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رسانده بود 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ز</w:t>
      </w:r>
      <w:r w:rsidRPr="002B4164">
        <w:rPr>
          <w:rFonts w:ascii="Tahoma" w:hAnsi="Tahoma" w:cs="Tahoma"/>
          <w:rtl/>
        </w:rPr>
        <w:t xml:space="preserve"> 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کدست</w:t>
      </w:r>
      <w:r w:rsidRPr="002B4164">
        <w:rPr>
          <w:rFonts w:ascii="Tahoma" w:hAnsi="Tahoma" w:cs="Tahoma"/>
          <w:rtl/>
        </w:rPr>
        <w:t xml:space="preserve"> باق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نماند. م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ان</w:t>
      </w:r>
      <w:r w:rsidRPr="002B4164">
        <w:rPr>
          <w:rFonts w:ascii="Tahoma" w:hAnsi="Tahoma" w:cs="Tahoma"/>
          <w:rtl/>
        </w:rPr>
        <w:t xml:space="preserve"> سران افغان و خاندان هوتک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بر سر قدرت رقابت وجود داشت. اشرف، پسرعمو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محمود، از مدع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ان</w:t>
      </w:r>
      <w:r w:rsidRPr="002B4164">
        <w:rPr>
          <w:rFonts w:ascii="Tahoma" w:hAnsi="Tahoma" w:cs="Tahoma"/>
          <w:rtl/>
        </w:rPr>
        <w:t xml:space="preserve"> مهم بود. همان‌گونه که تاج صفو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م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ان</w:t>
      </w:r>
      <w:r w:rsidRPr="002B4164">
        <w:rPr>
          <w:rFonts w:ascii="Tahoma" w:hAnsi="Tahoma" w:cs="Tahoma"/>
          <w:rtl/>
        </w:rPr>
        <w:t xml:space="preserve"> شاهزادگان رقابت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آفر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د،</w:t>
      </w:r>
      <w:r w:rsidRPr="002B4164">
        <w:rPr>
          <w:rFonts w:ascii="Tahoma" w:hAnsi="Tahoma" w:cs="Tahoma"/>
          <w:rtl/>
        </w:rPr>
        <w:t xml:space="preserve"> حکومت تازه 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ز</w:t>
      </w:r>
      <w:r w:rsidRPr="002B4164">
        <w:rPr>
          <w:rFonts w:ascii="Tahoma" w:hAnsi="Tahoma" w:cs="Tahoma"/>
          <w:rtl/>
        </w:rPr>
        <w:t xml:space="preserve"> نتوانست برا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جانش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قاعده‌ا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</w:t>
      </w:r>
      <w:r w:rsidRPr="002B4164">
        <w:rPr>
          <w:rFonts w:ascii="Tahoma" w:hAnsi="Tahoma" w:cs="Tahoma" w:hint="eastAsia"/>
          <w:rtl/>
        </w:rPr>
        <w:t>ب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درگ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بسازد.</w:t>
      </w:r>
    </w:p>
    <w:p w:rsidR="002B4164" w:rsidRPr="002B4164" w:rsidRDefault="002B4164" w:rsidP="002B416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B4164">
        <w:rPr>
          <w:rFonts w:ascii="Tahoma" w:hAnsi="Tahoma" w:cs="Tahoma" w:hint="eastAsia"/>
          <w:rtl/>
        </w:rPr>
        <w:t>محمود</w:t>
      </w:r>
      <w:r w:rsidRPr="002B4164">
        <w:rPr>
          <w:rFonts w:ascii="Tahoma" w:hAnsi="Tahoma" w:cs="Tahoma"/>
          <w:rtl/>
        </w:rPr>
        <w:t xml:space="preserve"> پ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ش‌تر</w:t>
      </w:r>
      <w:r w:rsidRPr="002B4164">
        <w:rPr>
          <w:rFonts w:ascii="Tahoma" w:hAnsi="Tahoma" w:cs="Tahoma"/>
          <w:rtl/>
        </w:rPr>
        <w:t xml:space="preserve"> اشرف را محدود 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</w:t>
      </w:r>
      <w:r w:rsidRPr="002B4164">
        <w:rPr>
          <w:rFonts w:ascii="Tahoma" w:hAnsi="Tahoma" w:cs="Tahoma"/>
          <w:rtl/>
        </w:rPr>
        <w:t xml:space="preserve"> زندان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کرده بود، ز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را</w:t>
      </w:r>
      <w:r w:rsidRPr="002B4164">
        <w:rPr>
          <w:rFonts w:ascii="Tahoma" w:hAnsi="Tahoma" w:cs="Tahoma"/>
          <w:rtl/>
        </w:rPr>
        <w:t xml:space="preserve"> از نفوذش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ترس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د</w:t>
      </w:r>
      <w:r w:rsidRPr="002B4164">
        <w:rPr>
          <w:rFonts w:ascii="Tahoma" w:hAnsi="Tahoma" w:cs="Tahoma"/>
          <w:rtl/>
        </w:rPr>
        <w:t>. اما هنگام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که رفتار محمود نارضا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ت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گروه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از افغان‌ها را برانگ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خت،</w:t>
      </w:r>
      <w:r w:rsidRPr="002B4164">
        <w:rPr>
          <w:rFonts w:ascii="Tahoma" w:hAnsi="Tahoma" w:cs="Tahoma"/>
          <w:rtl/>
        </w:rPr>
        <w:t xml:space="preserve"> اشرف به محور مخالفت تبد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ل</w:t>
      </w:r>
      <w:r w:rsidRPr="002B4164">
        <w:rPr>
          <w:rFonts w:ascii="Tahoma" w:hAnsi="Tahoma" w:cs="Tahoma"/>
          <w:rtl/>
        </w:rPr>
        <w:t xml:space="preserve"> شد. سرانجام در سال </w:t>
      </w:r>
      <w:r w:rsidRPr="002B4164">
        <w:rPr>
          <w:rFonts w:ascii="Tahoma" w:hAnsi="Tahoma" w:cs="Tahoma"/>
          <w:rtl/>
          <w:lang w:bidi="fa-IR"/>
        </w:rPr>
        <w:t>۱۷۲۵</w:t>
      </w:r>
      <w:r w:rsidRPr="002B4164">
        <w:rPr>
          <w:rFonts w:ascii="Tahoma" w:hAnsi="Tahoma" w:cs="Tahoma"/>
          <w:rtl/>
        </w:rPr>
        <w:t xml:space="preserve"> م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لاد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محمود از قدرت کنار گذاشته شد و اندک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بعد درگذشت 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</w:t>
      </w:r>
      <w:r w:rsidRPr="002B4164">
        <w:rPr>
          <w:rFonts w:ascii="Tahoma" w:hAnsi="Tahoma" w:cs="Tahoma"/>
          <w:rtl/>
        </w:rPr>
        <w:t xml:space="preserve"> کشته شد. اش</w:t>
      </w:r>
      <w:r w:rsidRPr="002B4164">
        <w:rPr>
          <w:rFonts w:ascii="Tahoma" w:hAnsi="Tahoma" w:cs="Tahoma" w:hint="eastAsia"/>
          <w:rtl/>
        </w:rPr>
        <w:t>رف</w:t>
      </w:r>
      <w:r w:rsidRPr="002B4164">
        <w:rPr>
          <w:rFonts w:ascii="Tahoma" w:hAnsi="Tahoma" w:cs="Tahoma"/>
          <w:rtl/>
        </w:rPr>
        <w:t xml:space="preserve"> جا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او را گرفت.</w:t>
      </w:r>
    </w:p>
    <w:p w:rsidR="002B4164" w:rsidRPr="002B4164" w:rsidRDefault="002B4164" w:rsidP="002B416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B4164">
        <w:rPr>
          <w:rFonts w:ascii="Tahoma" w:hAnsi="Tahoma" w:cs="Tahoma" w:hint="eastAsia"/>
          <w:rtl/>
        </w:rPr>
        <w:t>سلطنت</w:t>
      </w:r>
      <w:r w:rsidRPr="002B4164">
        <w:rPr>
          <w:rFonts w:ascii="Tahoma" w:hAnsi="Tahoma" w:cs="Tahoma"/>
          <w:rtl/>
        </w:rPr>
        <w:t xml:space="preserve"> محمود کمتر از سه سال دوام آورد. او توانسته بود اصفهان را با محاصره به تسل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م</w:t>
      </w:r>
      <w:r w:rsidRPr="002B4164">
        <w:rPr>
          <w:rFonts w:ascii="Tahoma" w:hAnsi="Tahoma" w:cs="Tahoma"/>
          <w:rtl/>
        </w:rPr>
        <w:t xml:space="preserve"> وادارد، اما نتوانست بر پا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هٔ</w:t>
      </w:r>
      <w:r w:rsidRPr="002B4164">
        <w:rPr>
          <w:rFonts w:ascii="Tahoma" w:hAnsi="Tahoma" w:cs="Tahoma"/>
          <w:rtl/>
        </w:rPr>
        <w:t xml:space="preserve"> 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ن</w:t>
      </w:r>
      <w:r w:rsidRPr="002B4164">
        <w:rPr>
          <w:rFonts w:ascii="Tahoma" w:hAnsi="Tahoma" w:cs="Tahoma"/>
          <w:rtl/>
        </w:rPr>
        <w:t xml:space="preserve"> پ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روز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حکومت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پذ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رفته‌شده</w:t>
      </w:r>
      <w:r w:rsidRPr="002B4164">
        <w:rPr>
          <w:rFonts w:ascii="Tahoma" w:hAnsi="Tahoma" w:cs="Tahoma"/>
          <w:rtl/>
        </w:rPr>
        <w:t xml:space="preserve"> و پا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دار</w:t>
      </w:r>
      <w:r w:rsidRPr="002B4164">
        <w:rPr>
          <w:rFonts w:ascii="Tahoma" w:hAnsi="Tahoma" w:cs="Tahoma"/>
          <w:rtl/>
        </w:rPr>
        <w:t xml:space="preserve"> در سراسر 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ران</w:t>
      </w:r>
      <w:r w:rsidRPr="002B4164">
        <w:rPr>
          <w:rFonts w:ascii="Tahoma" w:hAnsi="Tahoma" w:cs="Tahoma"/>
          <w:rtl/>
        </w:rPr>
        <w:t xml:space="preserve"> بسازد. 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رو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نظام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او برا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فتح مرکز کاف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بود، ول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برا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ادارهٔ کشور، مهار 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الات،</w:t>
      </w:r>
      <w:r w:rsidRPr="002B4164">
        <w:rPr>
          <w:rFonts w:ascii="Tahoma" w:hAnsi="Tahoma" w:cs="Tahoma"/>
          <w:rtl/>
        </w:rPr>
        <w:t xml:space="preserve"> مقابله با </w:t>
      </w:r>
      <w:r w:rsidRPr="002B4164">
        <w:rPr>
          <w:rFonts w:ascii="Tahoma" w:hAnsi="Tahoma" w:cs="Tahoma" w:hint="eastAsia"/>
          <w:rtl/>
        </w:rPr>
        <w:t>دشمنان</w:t>
      </w:r>
      <w:r w:rsidRPr="002B4164">
        <w:rPr>
          <w:rFonts w:ascii="Tahoma" w:hAnsi="Tahoma" w:cs="Tahoma"/>
          <w:rtl/>
        </w:rPr>
        <w:t xml:space="preserve"> خارج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و جلب همکار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جامعه کفا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ت</w:t>
      </w:r>
      <w:r w:rsidRPr="002B4164">
        <w:rPr>
          <w:rFonts w:ascii="Tahoma" w:hAnsi="Tahoma" w:cs="Tahoma"/>
          <w:rtl/>
        </w:rPr>
        <w:t xml:space="preserve"> نم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کرد</w:t>
      </w:r>
      <w:r w:rsidRPr="002B4164">
        <w:rPr>
          <w:rFonts w:ascii="Tahoma" w:hAnsi="Tahoma" w:cs="Tahoma"/>
          <w:rtl/>
        </w:rPr>
        <w:t>.</w:t>
      </w:r>
    </w:p>
    <w:p w:rsidR="002B4164" w:rsidRPr="002B4164" w:rsidRDefault="002B4164" w:rsidP="002B416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B4164">
        <w:rPr>
          <w:rFonts w:ascii="Tahoma" w:hAnsi="Tahoma" w:cs="Tahoma" w:hint="eastAsia"/>
          <w:rtl/>
        </w:rPr>
        <w:t>باا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ن‌همه،</w:t>
      </w:r>
      <w:r w:rsidRPr="002B4164">
        <w:rPr>
          <w:rFonts w:ascii="Tahoma" w:hAnsi="Tahoma" w:cs="Tahoma"/>
          <w:rtl/>
        </w:rPr>
        <w:t xml:space="preserve"> حکومت افغان با مرگ محمود پا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ان</w:t>
      </w:r>
      <w:r w:rsidRPr="002B4164">
        <w:rPr>
          <w:rFonts w:ascii="Tahoma" w:hAnsi="Tahoma" w:cs="Tahoma"/>
          <w:rtl/>
        </w:rPr>
        <w:t xml:space="preserve"> 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افت</w:t>
      </w:r>
      <w:r w:rsidRPr="002B4164">
        <w:rPr>
          <w:rFonts w:ascii="Tahoma" w:hAnsi="Tahoma" w:cs="Tahoma"/>
          <w:rtl/>
        </w:rPr>
        <w:t>. اشرف از تجربه، توان س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اس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و تعادل ب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شتر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برخوردار بود و کوش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د</w:t>
      </w:r>
      <w:r w:rsidRPr="002B4164">
        <w:rPr>
          <w:rFonts w:ascii="Tahoma" w:hAnsi="Tahoma" w:cs="Tahoma"/>
          <w:rtl/>
        </w:rPr>
        <w:t xml:space="preserve"> آنچه را محمود با خشونت از دست داده بود بازساز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کند. او با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د</w:t>
      </w:r>
      <w:r w:rsidRPr="002B4164">
        <w:rPr>
          <w:rFonts w:ascii="Tahoma" w:hAnsi="Tahoma" w:cs="Tahoma"/>
          <w:rtl/>
        </w:rPr>
        <w:t xml:space="preserve"> هم با تهماسب دوم و 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روها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ران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مقابله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کرد،</w:t>
      </w:r>
      <w:r w:rsidRPr="002B4164">
        <w:rPr>
          <w:rFonts w:ascii="Tahoma" w:hAnsi="Tahoma" w:cs="Tahoma"/>
          <w:rtl/>
        </w:rPr>
        <w:t xml:space="preserve"> هم خطر عثمان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و روس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ه</w:t>
      </w:r>
      <w:r w:rsidRPr="002B4164">
        <w:rPr>
          <w:rFonts w:ascii="Tahoma" w:hAnsi="Tahoma" w:cs="Tahoma"/>
          <w:rtl/>
        </w:rPr>
        <w:t xml:space="preserve"> را مهار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ساخت</w:t>
      </w:r>
      <w:r w:rsidRPr="002B4164">
        <w:rPr>
          <w:rFonts w:ascii="Tahoma" w:hAnsi="Tahoma" w:cs="Tahoma"/>
          <w:rtl/>
        </w:rPr>
        <w:t xml:space="preserve"> و هم در اصفهان اندازه‌ا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از نظم پد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د</w:t>
      </w:r>
      <w:r w:rsidRPr="002B4164">
        <w:rPr>
          <w:rFonts w:ascii="Tahoma" w:hAnsi="Tahoma" w:cs="Tahoma"/>
          <w:rtl/>
        </w:rPr>
        <w:t xml:space="preserve"> م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آورد</w:t>
      </w:r>
      <w:r w:rsidRPr="002B4164">
        <w:rPr>
          <w:rFonts w:ascii="Tahoma" w:hAnsi="Tahoma" w:cs="Tahoma"/>
          <w:rtl/>
        </w:rPr>
        <w:t>.</w:t>
      </w:r>
    </w:p>
    <w:p w:rsidR="002B4164" w:rsidRDefault="002B4164" w:rsidP="002B4164">
      <w:pPr>
        <w:bidi/>
        <w:spacing w:after="0" w:line="360" w:lineRule="auto"/>
        <w:ind w:firstLine="720"/>
        <w:jc w:val="both"/>
        <w:rPr>
          <w:rFonts w:ascii="Tahoma" w:hAnsi="Tahoma" w:cs="Tahoma"/>
          <w:rtl/>
        </w:rPr>
      </w:pPr>
      <w:r w:rsidRPr="002B4164">
        <w:rPr>
          <w:rFonts w:ascii="Tahoma" w:hAnsi="Tahoma" w:cs="Tahoma" w:hint="eastAsia"/>
          <w:rtl/>
        </w:rPr>
        <w:t>در</w:t>
      </w:r>
      <w:r w:rsidRPr="002B4164">
        <w:rPr>
          <w:rFonts w:ascii="Tahoma" w:hAnsi="Tahoma" w:cs="Tahoma"/>
          <w:rtl/>
        </w:rPr>
        <w:t xml:space="preserve"> قسمت دوم خواه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م</w:t>
      </w:r>
      <w:r w:rsidRPr="002B4164">
        <w:rPr>
          <w:rFonts w:ascii="Tahoma" w:hAnsi="Tahoma" w:cs="Tahoma"/>
          <w:rtl/>
        </w:rPr>
        <w:t xml:space="preserve"> 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د</w:t>
      </w:r>
      <w:r w:rsidRPr="002B4164">
        <w:rPr>
          <w:rFonts w:ascii="Tahoma" w:hAnsi="Tahoma" w:cs="Tahoma"/>
          <w:rtl/>
        </w:rPr>
        <w:t xml:space="preserve"> که چگونه روس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ه</w:t>
      </w:r>
      <w:r w:rsidRPr="002B4164">
        <w:rPr>
          <w:rFonts w:ascii="Tahoma" w:hAnsi="Tahoma" w:cs="Tahoma"/>
          <w:rtl/>
        </w:rPr>
        <w:t xml:space="preserve"> و عثمان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سرزم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ن‌ها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ران</w:t>
      </w:r>
      <w:r w:rsidRPr="002B4164">
        <w:rPr>
          <w:rFonts w:ascii="Tahoma" w:hAnsi="Tahoma" w:cs="Tahoma"/>
          <w:rtl/>
        </w:rPr>
        <w:t xml:space="preserve"> را م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ان</w:t>
      </w:r>
      <w:r w:rsidRPr="002B4164">
        <w:rPr>
          <w:rFonts w:ascii="Tahoma" w:hAnsi="Tahoma" w:cs="Tahoma"/>
          <w:rtl/>
        </w:rPr>
        <w:t xml:space="preserve"> خود تقس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م</w:t>
      </w:r>
      <w:r w:rsidRPr="002B4164">
        <w:rPr>
          <w:rFonts w:ascii="Tahoma" w:hAnsi="Tahoma" w:cs="Tahoma"/>
          <w:rtl/>
        </w:rPr>
        <w:t xml:space="preserve"> کردند، اشرف برا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شناساندن حکومتش جنگ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د،</w:t>
      </w:r>
      <w:r w:rsidRPr="002B4164">
        <w:rPr>
          <w:rFonts w:ascii="Tahoma" w:hAnsi="Tahoma" w:cs="Tahoma"/>
          <w:rtl/>
        </w:rPr>
        <w:t xml:space="preserve"> شاه سلطان حس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ن</w:t>
      </w:r>
      <w:r w:rsidRPr="002B4164">
        <w:rPr>
          <w:rFonts w:ascii="Tahoma" w:hAnsi="Tahoma" w:cs="Tahoma"/>
          <w:rtl/>
        </w:rPr>
        <w:t xml:space="preserve"> کشته شد و حکومت افغان با وجود برخ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پ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روز</w:t>
      </w:r>
      <w:r w:rsidRPr="002B4164">
        <w:rPr>
          <w:rFonts w:ascii="Tahoma" w:hAnsi="Tahoma" w:cs="Tahoma" w:hint="cs"/>
          <w:rtl/>
        </w:rPr>
        <w:t>ی‌</w:t>
      </w:r>
      <w:r w:rsidRPr="002B4164">
        <w:rPr>
          <w:rFonts w:ascii="Tahoma" w:hAnsi="Tahoma" w:cs="Tahoma" w:hint="eastAsia"/>
          <w:rtl/>
        </w:rPr>
        <w:t>ها</w:t>
      </w:r>
      <w:r w:rsidRPr="002B4164">
        <w:rPr>
          <w:rFonts w:ascii="Tahoma" w:hAnsi="Tahoma" w:cs="Tahoma"/>
          <w:rtl/>
        </w:rPr>
        <w:t xml:space="preserve"> نتوانست از محدودهٔ تصرف نظام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به کشوردار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پا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دار</w:t>
      </w:r>
      <w:r w:rsidRPr="002B4164">
        <w:rPr>
          <w:rFonts w:ascii="Tahoma" w:hAnsi="Tahoma" w:cs="Tahoma"/>
          <w:rtl/>
        </w:rPr>
        <w:t xml:space="preserve"> برسد. هم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ن</w:t>
      </w:r>
      <w:r w:rsidRPr="002B4164">
        <w:rPr>
          <w:rFonts w:ascii="Tahoma" w:hAnsi="Tahoma" w:cs="Tahoma"/>
          <w:rtl/>
        </w:rPr>
        <w:t xml:space="preserve"> ناتوان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سرانجا</w:t>
      </w:r>
      <w:r w:rsidRPr="002B4164">
        <w:rPr>
          <w:rFonts w:ascii="Tahoma" w:hAnsi="Tahoma" w:cs="Tahoma" w:hint="eastAsia"/>
          <w:rtl/>
        </w:rPr>
        <w:t>م</w:t>
      </w:r>
      <w:r w:rsidRPr="002B4164">
        <w:rPr>
          <w:rFonts w:ascii="Tahoma" w:hAnsi="Tahoma" w:cs="Tahoma"/>
          <w:rtl/>
        </w:rPr>
        <w:t xml:space="preserve"> راه را برا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سردار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گشود که به نام تهماسب دوم قشون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/>
          <w:rtl/>
        </w:rPr>
        <w:t xml:space="preserve"> تازه ساخت و اشرف را از ا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ران</w:t>
      </w:r>
      <w:r w:rsidRPr="002B4164">
        <w:rPr>
          <w:rFonts w:ascii="Tahoma" w:hAnsi="Tahoma" w:cs="Tahoma"/>
          <w:rtl/>
        </w:rPr>
        <w:t xml:space="preserve"> ب</w:t>
      </w:r>
      <w:r w:rsidRPr="002B4164">
        <w:rPr>
          <w:rFonts w:ascii="Tahoma" w:hAnsi="Tahoma" w:cs="Tahoma" w:hint="cs"/>
          <w:rtl/>
        </w:rPr>
        <w:t>ی</w:t>
      </w:r>
      <w:r w:rsidRPr="002B4164">
        <w:rPr>
          <w:rFonts w:ascii="Tahoma" w:hAnsi="Tahoma" w:cs="Tahoma" w:hint="eastAsia"/>
          <w:rtl/>
        </w:rPr>
        <w:t>رون</w:t>
      </w:r>
      <w:r w:rsidRPr="002B4164">
        <w:rPr>
          <w:rFonts w:ascii="Tahoma" w:hAnsi="Tahoma" w:cs="Tahoma"/>
          <w:rtl/>
        </w:rPr>
        <w:t xml:space="preserve"> راند.</w:t>
      </w:r>
    </w:p>
    <w:p w:rsidR="00576FA6" w:rsidRPr="00576FA6" w:rsidRDefault="00576FA6" w:rsidP="00576FA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76FA6">
        <w:rPr>
          <w:rFonts w:ascii="Tahoma" w:hAnsi="Tahoma" w:cs="Tahoma" w:hint="eastAsia"/>
          <w:rtl/>
        </w:rPr>
        <w:t>اشرف</w:t>
      </w:r>
      <w:r w:rsidRPr="00576FA6">
        <w:rPr>
          <w:rFonts w:ascii="Tahoma" w:hAnsi="Tahoma" w:cs="Tahoma"/>
          <w:rtl/>
        </w:rPr>
        <w:t xml:space="preserve"> هنگام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به قدرت رس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د</w:t>
      </w:r>
      <w:r w:rsidRPr="00576FA6">
        <w:rPr>
          <w:rFonts w:ascii="Tahoma" w:hAnsi="Tahoma" w:cs="Tahoma"/>
          <w:rtl/>
        </w:rPr>
        <w:t xml:space="preserve"> که حکومت افغان‌ها از چند سو در خطر بود. مردم اصفهان و بس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ار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از مناطق 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ران</w:t>
      </w:r>
      <w:r w:rsidRPr="00576FA6">
        <w:rPr>
          <w:rFonts w:ascii="Tahoma" w:hAnsi="Tahoma" w:cs="Tahoma"/>
          <w:rtl/>
        </w:rPr>
        <w:t xml:space="preserve"> او را وارث قانون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تاج نم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دانستند؛</w:t>
      </w:r>
      <w:r w:rsidRPr="00576FA6">
        <w:rPr>
          <w:rFonts w:ascii="Tahoma" w:hAnsi="Tahoma" w:cs="Tahoma"/>
          <w:rtl/>
        </w:rPr>
        <w:t xml:space="preserve"> شاه تهماسب دوم در ب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رون</w:t>
      </w:r>
      <w:r w:rsidRPr="00576FA6">
        <w:rPr>
          <w:rFonts w:ascii="Tahoma" w:hAnsi="Tahoma" w:cs="Tahoma"/>
          <w:rtl/>
        </w:rPr>
        <w:t xml:space="preserve"> از پا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تخت</w:t>
      </w:r>
      <w:r w:rsidRPr="00576FA6">
        <w:rPr>
          <w:rFonts w:ascii="Tahoma" w:hAnsi="Tahoma" w:cs="Tahoma"/>
          <w:rtl/>
        </w:rPr>
        <w:t xml:space="preserve"> ادعا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سلطنت داشت؛ روس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ه</w:t>
      </w:r>
      <w:r w:rsidRPr="00576FA6">
        <w:rPr>
          <w:rFonts w:ascii="Tahoma" w:hAnsi="Tahoma" w:cs="Tahoma"/>
          <w:rtl/>
        </w:rPr>
        <w:t xml:space="preserve"> سواحل و ولا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ت‌ها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شمال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را هدف گرفته بود؛ عثمان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ان</w:t>
      </w:r>
      <w:r w:rsidRPr="00576FA6">
        <w:rPr>
          <w:rFonts w:ascii="Tahoma" w:hAnsi="Tahoma" w:cs="Tahoma"/>
          <w:rtl/>
        </w:rPr>
        <w:t xml:space="preserve"> از غرب پ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ش</w:t>
      </w:r>
      <w:r w:rsidRPr="00576FA6">
        <w:rPr>
          <w:rFonts w:ascii="Tahoma" w:hAnsi="Tahoma" w:cs="Tahoma"/>
          <w:rtl/>
        </w:rPr>
        <w:t xml:space="preserve"> </w:t>
      </w:r>
      <w:r w:rsidRPr="00576FA6">
        <w:rPr>
          <w:rFonts w:ascii="Tahoma" w:hAnsi="Tahoma" w:cs="Tahoma" w:hint="eastAsia"/>
          <w:rtl/>
        </w:rPr>
        <w:t>م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آمدند؛</w:t>
      </w:r>
      <w:r w:rsidRPr="00576FA6">
        <w:rPr>
          <w:rFonts w:ascii="Tahoma" w:hAnsi="Tahoma" w:cs="Tahoma"/>
          <w:rtl/>
        </w:rPr>
        <w:t xml:space="preserve"> و در درون 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رو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افغان 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ز</w:t>
      </w:r>
      <w:r w:rsidRPr="00576FA6">
        <w:rPr>
          <w:rFonts w:ascii="Tahoma" w:hAnsi="Tahoma" w:cs="Tahoma"/>
          <w:rtl/>
        </w:rPr>
        <w:t xml:space="preserve"> رقابت و ب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اعتماد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وجود داشت.</w:t>
      </w:r>
    </w:p>
    <w:p w:rsidR="00576FA6" w:rsidRPr="00576FA6" w:rsidRDefault="00576FA6" w:rsidP="00576FA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76FA6">
        <w:rPr>
          <w:rFonts w:ascii="Tahoma" w:hAnsi="Tahoma" w:cs="Tahoma" w:hint="eastAsia"/>
          <w:rtl/>
        </w:rPr>
        <w:t>او</w:t>
      </w:r>
      <w:r w:rsidRPr="00576FA6">
        <w:rPr>
          <w:rFonts w:ascii="Tahoma" w:hAnsi="Tahoma" w:cs="Tahoma"/>
          <w:rtl/>
        </w:rPr>
        <w:t xml:space="preserve"> برخلاف محمود فقط با مسئلهٔ تصرف پا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تخت</w:t>
      </w:r>
      <w:r w:rsidRPr="00576FA6">
        <w:rPr>
          <w:rFonts w:ascii="Tahoma" w:hAnsi="Tahoma" w:cs="Tahoma"/>
          <w:rtl/>
        </w:rPr>
        <w:t xml:space="preserve"> روبه‌رو نبود. با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د</w:t>
      </w:r>
      <w:r w:rsidRPr="00576FA6">
        <w:rPr>
          <w:rFonts w:ascii="Tahoma" w:hAnsi="Tahoma" w:cs="Tahoma"/>
          <w:rtl/>
        </w:rPr>
        <w:t xml:space="preserve"> از حکومت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دفاع م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کرد</w:t>
      </w:r>
      <w:r w:rsidRPr="00576FA6">
        <w:rPr>
          <w:rFonts w:ascii="Tahoma" w:hAnsi="Tahoma" w:cs="Tahoma"/>
          <w:rtl/>
        </w:rPr>
        <w:t xml:space="preserve"> که محمود نتوانسته بود در سراسر 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ران</w:t>
      </w:r>
      <w:r w:rsidRPr="00576FA6">
        <w:rPr>
          <w:rFonts w:ascii="Tahoma" w:hAnsi="Tahoma" w:cs="Tahoma"/>
          <w:rtl/>
        </w:rPr>
        <w:t xml:space="preserve"> گسترش دهد. اصفهان در اخت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ار</w:t>
      </w:r>
      <w:r w:rsidRPr="00576FA6">
        <w:rPr>
          <w:rFonts w:ascii="Tahoma" w:hAnsi="Tahoma" w:cs="Tahoma"/>
          <w:rtl/>
        </w:rPr>
        <w:t xml:space="preserve"> افغان‌ها بود، اما بخش‌ها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بزرگ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از کشور نه مال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ات</w:t>
      </w:r>
      <w:r w:rsidRPr="00576FA6">
        <w:rPr>
          <w:rFonts w:ascii="Tahoma" w:hAnsi="Tahoma" w:cs="Tahoma"/>
          <w:rtl/>
        </w:rPr>
        <w:t xml:space="preserve"> خود را به آنان م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پرداختند</w:t>
      </w:r>
      <w:r w:rsidRPr="00576FA6">
        <w:rPr>
          <w:rFonts w:ascii="Tahoma" w:hAnsi="Tahoma" w:cs="Tahoma"/>
          <w:rtl/>
        </w:rPr>
        <w:t xml:space="preserve"> و نه فرمانشان را م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پذ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رفتند</w:t>
      </w:r>
      <w:r w:rsidRPr="00576FA6">
        <w:rPr>
          <w:rFonts w:ascii="Tahoma" w:hAnsi="Tahoma" w:cs="Tahoma"/>
          <w:rtl/>
        </w:rPr>
        <w:t>. ح</w:t>
      </w:r>
      <w:r w:rsidRPr="00576FA6">
        <w:rPr>
          <w:rFonts w:ascii="Tahoma" w:hAnsi="Tahoma" w:cs="Tahoma" w:hint="eastAsia"/>
          <w:rtl/>
        </w:rPr>
        <w:t>کومت</w:t>
      </w:r>
      <w:r w:rsidRPr="00576FA6">
        <w:rPr>
          <w:rFonts w:ascii="Tahoma" w:hAnsi="Tahoma" w:cs="Tahoma"/>
          <w:rtl/>
        </w:rPr>
        <w:t xml:space="preserve"> اشرف ب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ش</w:t>
      </w:r>
      <w:r w:rsidRPr="00576FA6">
        <w:rPr>
          <w:rFonts w:ascii="Tahoma" w:hAnsi="Tahoma" w:cs="Tahoma"/>
          <w:rtl/>
        </w:rPr>
        <w:t xml:space="preserve"> از آنکه دولت سراسر 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ران</w:t>
      </w:r>
      <w:r w:rsidRPr="00576FA6">
        <w:rPr>
          <w:rFonts w:ascii="Tahoma" w:hAnsi="Tahoma" w:cs="Tahoma"/>
          <w:rtl/>
        </w:rPr>
        <w:t xml:space="preserve"> باشد، قدرت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مستقر در مرکز و برخ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مس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رها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پ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رامون</w:t>
      </w:r>
      <w:r w:rsidRPr="00576FA6">
        <w:rPr>
          <w:rFonts w:ascii="Tahoma" w:hAnsi="Tahoma" w:cs="Tahoma"/>
          <w:rtl/>
        </w:rPr>
        <w:t xml:space="preserve"> آن بود.</w:t>
      </w:r>
    </w:p>
    <w:p w:rsidR="00576FA6" w:rsidRPr="00576FA6" w:rsidRDefault="00576FA6" w:rsidP="00576FA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76FA6">
        <w:rPr>
          <w:rFonts w:ascii="Tahoma" w:hAnsi="Tahoma" w:cs="Tahoma" w:hint="eastAsia"/>
          <w:rtl/>
        </w:rPr>
        <w:t>اشرف</w:t>
      </w:r>
      <w:r w:rsidRPr="00576FA6">
        <w:rPr>
          <w:rFonts w:ascii="Tahoma" w:hAnsi="Tahoma" w:cs="Tahoma"/>
          <w:rtl/>
        </w:rPr>
        <w:t xml:space="preserve"> از نظر رفتار س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اس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و توان سنجش 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روها</w:t>
      </w:r>
      <w:r w:rsidRPr="00576FA6">
        <w:rPr>
          <w:rFonts w:ascii="Tahoma" w:hAnsi="Tahoma" w:cs="Tahoma"/>
          <w:rtl/>
        </w:rPr>
        <w:t xml:space="preserve"> از محمود متعادل‌تر بود. او م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دانست</w:t>
      </w:r>
      <w:r w:rsidRPr="00576FA6">
        <w:rPr>
          <w:rFonts w:ascii="Tahoma" w:hAnsi="Tahoma" w:cs="Tahoma"/>
          <w:rtl/>
        </w:rPr>
        <w:t xml:space="preserve"> خشونت ب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حساب،</w:t>
      </w:r>
      <w:r w:rsidRPr="00576FA6">
        <w:rPr>
          <w:rFonts w:ascii="Tahoma" w:hAnsi="Tahoma" w:cs="Tahoma"/>
          <w:rtl/>
        </w:rPr>
        <w:t xml:space="preserve"> د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وانسالاران</w:t>
      </w:r>
      <w:r w:rsidRPr="00576FA6">
        <w:rPr>
          <w:rFonts w:ascii="Tahoma" w:hAnsi="Tahoma" w:cs="Tahoma"/>
          <w:rtl/>
        </w:rPr>
        <w:t xml:space="preserve"> و مردم را ب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شتر</w:t>
      </w:r>
      <w:r w:rsidRPr="00576FA6">
        <w:rPr>
          <w:rFonts w:ascii="Tahoma" w:hAnsi="Tahoma" w:cs="Tahoma"/>
          <w:rtl/>
        </w:rPr>
        <w:t xml:space="preserve"> از حکومت دور م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کند</w:t>
      </w:r>
      <w:r w:rsidRPr="00576FA6">
        <w:rPr>
          <w:rFonts w:ascii="Tahoma" w:hAnsi="Tahoma" w:cs="Tahoma"/>
          <w:rtl/>
        </w:rPr>
        <w:t>. برا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ادارهٔ اصفهان و گردآور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درآمد ناچار بود اندازه‌ا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از نظم را بازگرداند، با کارگزاران 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ران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همکار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کند و از </w:t>
      </w:r>
      <w:r w:rsidRPr="00576FA6">
        <w:rPr>
          <w:rFonts w:ascii="Tahoma" w:hAnsi="Tahoma" w:cs="Tahoma" w:hint="eastAsia"/>
          <w:rtl/>
        </w:rPr>
        <w:t>قشون</w:t>
      </w:r>
      <w:r w:rsidRPr="00576FA6">
        <w:rPr>
          <w:rFonts w:ascii="Tahoma" w:hAnsi="Tahoma" w:cs="Tahoma"/>
          <w:rtl/>
        </w:rPr>
        <w:t xml:space="preserve"> خود 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ز</w:t>
      </w:r>
      <w:r w:rsidRPr="00576FA6">
        <w:rPr>
          <w:rFonts w:ascii="Tahoma" w:hAnsi="Tahoma" w:cs="Tahoma"/>
          <w:rtl/>
        </w:rPr>
        <w:t xml:space="preserve"> انضباط بخواهد.</w:t>
      </w:r>
    </w:p>
    <w:p w:rsidR="00576FA6" w:rsidRPr="00576FA6" w:rsidRDefault="00576FA6" w:rsidP="00576FA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76FA6">
        <w:rPr>
          <w:rFonts w:ascii="Tahoma" w:hAnsi="Tahoma" w:cs="Tahoma" w:hint="eastAsia"/>
          <w:rtl/>
        </w:rPr>
        <w:t>اما</w:t>
      </w:r>
      <w:r w:rsidRPr="00576FA6">
        <w:rPr>
          <w:rFonts w:ascii="Tahoma" w:hAnsi="Tahoma" w:cs="Tahoma"/>
          <w:rtl/>
        </w:rPr>
        <w:t xml:space="preserve"> امکان سازش محدود بود. خاطرهٔ محاصره، قحط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،</w:t>
      </w:r>
      <w:r w:rsidRPr="00576FA6">
        <w:rPr>
          <w:rFonts w:ascii="Tahoma" w:hAnsi="Tahoma" w:cs="Tahoma"/>
          <w:rtl/>
        </w:rPr>
        <w:t xml:space="preserve"> کشتار شاهزادگان و رفتار 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روها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افغان از م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ان</w:t>
      </w:r>
      <w:r w:rsidRPr="00576FA6">
        <w:rPr>
          <w:rFonts w:ascii="Tahoma" w:hAnsi="Tahoma" w:cs="Tahoma"/>
          <w:rtl/>
        </w:rPr>
        <w:t xml:space="preserve"> نرفته بود. مردم نم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توانستند</w:t>
      </w:r>
      <w:r w:rsidRPr="00576FA6">
        <w:rPr>
          <w:rFonts w:ascii="Tahoma" w:hAnsi="Tahoma" w:cs="Tahoma"/>
          <w:rtl/>
        </w:rPr>
        <w:t xml:space="preserve"> فقط با تغ</w:t>
      </w:r>
      <w:r w:rsidRPr="00576FA6">
        <w:rPr>
          <w:rFonts w:ascii="Tahoma" w:hAnsi="Tahoma" w:cs="Tahoma" w:hint="cs"/>
          <w:rtl/>
        </w:rPr>
        <w:t>یی</w:t>
      </w:r>
      <w:r w:rsidRPr="00576FA6">
        <w:rPr>
          <w:rFonts w:ascii="Tahoma" w:hAnsi="Tahoma" w:cs="Tahoma" w:hint="eastAsia"/>
          <w:rtl/>
        </w:rPr>
        <w:t>ر</w:t>
      </w:r>
      <w:r w:rsidRPr="00576FA6">
        <w:rPr>
          <w:rFonts w:ascii="Tahoma" w:hAnsi="Tahoma" w:cs="Tahoma"/>
          <w:rtl/>
        </w:rPr>
        <w:t xml:space="preserve"> فرمانروا حکومت تازه را بپذ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رند</w:t>
      </w:r>
      <w:r w:rsidRPr="00576FA6">
        <w:rPr>
          <w:rFonts w:ascii="Tahoma" w:hAnsi="Tahoma" w:cs="Tahoma"/>
          <w:rtl/>
        </w:rPr>
        <w:t>. اشرف وارث اعمال محمود 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ز</w:t>
      </w:r>
      <w:r w:rsidRPr="00576FA6">
        <w:rPr>
          <w:rFonts w:ascii="Tahoma" w:hAnsi="Tahoma" w:cs="Tahoma"/>
          <w:rtl/>
        </w:rPr>
        <w:t xml:space="preserve"> بود، هرچند خود همهٔ آنها را تأ</w:t>
      </w:r>
      <w:r w:rsidRPr="00576FA6">
        <w:rPr>
          <w:rFonts w:ascii="Tahoma" w:hAnsi="Tahoma" w:cs="Tahoma" w:hint="cs"/>
          <w:rtl/>
        </w:rPr>
        <w:t>یی</w:t>
      </w:r>
      <w:r w:rsidRPr="00576FA6">
        <w:rPr>
          <w:rFonts w:ascii="Tahoma" w:hAnsi="Tahoma" w:cs="Tahoma" w:hint="eastAsia"/>
          <w:rtl/>
        </w:rPr>
        <w:t>د</w:t>
      </w:r>
      <w:r w:rsidRPr="00576FA6">
        <w:rPr>
          <w:rFonts w:ascii="Tahoma" w:hAnsi="Tahoma" w:cs="Tahoma"/>
          <w:rtl/>
        </w:rPr>
        <w:t xml:space="preserve"> نم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کرد</w:t>
      </w:r>
      <w:r w:rsidRPr="00576FA6">
        <w:rPr>
          <w:rFonts w:ascii="Tahoma" w:hAnsi="Tahoma" w:cs="Tahoma"/>
          <w:rtl/>
        </w:rPr>
        <w:t>.</w:t>
      </w:r>
    </w:p>
    <w:p w:rsidR="00576FA6" w:rsidRPr="00576FA6" w:rsidRDefault="00576FA6" w:rsidP="00576FA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76FA6">
        <w:rPr>
          <w:rFonts w:ascii="Tahoma" w:hAnsi="Tahoma" w:cs="Tahoma" w:hint="eastAsia"/>
          <w:rtl/>
        </w:rPr>
        <w:t>شاه</w:t>
      </w:r>
      <w:r w:rsidRPr="00576FA6">
        <w:rPr>
          <w:rFonts w:ascii="Tahoma" w:hAnsi="Tahoma" w:cs="Tahoma"/>
          <w:rtl/>
        </w:rPr>
        <w:t xml:space="preserve"> سلطان حس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ن</w:t>
      </w:r>
      <w:r w:rsidRPr="00576FA6">
        <w:rPr>
          <w:rFonts w:ascii="Tahoma" w:hAnsi="Tahoma" w:cs="Tahoma"/>
          <w:rtl/>
        </w:rPr>
        <w:t xml:space="preserve"> همچنان در اسارت به سر م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برد</w:t>
      </w:r>
      <w:r w:rsidRPr="00576FA6">
        <w:rPr>
          <w:rFonts w:ascii="Tahoma" w:hAnsi="Tahoma" w:cs="Tahoma"/>
          <w:rtl/>
        </w:rPr>
        <w:t>. زنده‌بودن او برا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اشرف خطر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بزرگ‌تر از دورهٔ محمود بود؛ ز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را</w:t>
      </w:r>
      <w:r w:rsidRPr="00576FA6">
        <w:rPr>
          <w:rFonts w:ascii="Tahoma" w:hAnsi="Tahoma" w:cs="Tahoma"/>
          <w:rtl/>
        </w:rPr>
        <w:t xml:space="preserve"> عثمان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ان</w:t>
      </w:r>
      <w:r w:rsidRPr="00576FA6">
        <w:rPr>
          <w:rFonts w:ascii="Tahoma" w:hAnsi="Tahoma" w:cs="Tahoma"/>
          <w:rtl/>
        </w:rPr>
        <w:t xml:space="preserve"> و د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گر</w:t>
      </w:r>
      <w:r w:rsidRPr="00576FA6">
        <w:rPr>
          <w:rFonts w:ascii="Tahoma" w:hAnsi="Tahoma" w:cs="Tahoma"/>
          <w:rtl/>
        </w:rPr>
        <w:t xml:space="preserve"> دشمنان م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توانستند</w:t>
      </w:r>
      <w:r w:rsidRPr="00576FA6">
        <w:rPr>
          <w:rFonts w:ascii="Tahoma" w:hAnsi="Tahoma" w:cs="Tahoma"/>
          <w:rtl/>
        </w:rPr>
        <w:t xml:space="preserve"> به نام آزادکردن شاه صفو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ا</w:t>
      </w:r>
      <w:r w:rsidRPr="00576FA6">
        <w:rPr>
          <w:rFonts w:ascii="Tahoma" w:hAnsi="Tahoma" w:cs="Tahoma"/>
          <w:rtl/>
        </w:rPr>
        <w:t xml:space="preserve"> حما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ت</w:t>
      </w:r>
      <w:r w:rsidRPr="00576FA6">
        <w:rPr>
          <w:rFonts w:ascii="Tahoma" w:hAnsi="Tahoma" w:cs="Tahoma"/>
          <w:rtl/>
        </w:rPr>
        <w:t xml:space="preserve"> از خاندان پ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ش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ن</w:t>
      </w:r>
      <w:r w:rsidRPr="00576FA6">
        <w:rPr>
          <w:rFonts w:ascii="Tahoma" w:hAnsi="Tahoma" w:cs="Tahoma"/>
          <w:rtl/>
        </w:rPr>
        <w:t xml:space="preserve"> به 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ران</w:t>
      </w:r>
      <w:r w:rsidRPr="00576FA6">
        <w:rPr>
          <w:rFonts w:ascii="Tahoma" w:hAnsi="Tahoma" w:cs="Tahoma"/>
          <w:rtl/>
        </w:rPr>
        <w:t xml:space="preserve"> حمله کنند. هر 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رو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مخالف افغان‌ها 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ز</w:t>
      </w:r>
      <w:r w:rsidRPr="00576FA6">
        <w:rPr>
          <w:rFonts w:ascii="Tahoma" w:hAnsi="Tahoma" w:cs="Tahoma"/>
          <w:rtl/>
        </w:rPr>
        <w:t xml:space="preserve"> م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توانست</w:t>
      </w:r>
      <w:r w:rsidRPr="00576FA6">
        <w:rPr>
          <w:rFonts w:ascii="Tahoma" w:hAnsi="Tahoma" w:cs="Tahoma"/>
          <w:rtl/>
        </w:rPr>
        <w:t xml:space="preserve"> سلطان ح</w:t>
      </w:r>
      <w:r w:rsidRPr="00576FA6">
        <w:rPr>
          <w:rFonts w:ascii="Tahoma" w:hAnsi="Tahoma" w:cs="Tahoma" w:hint="eastAsia"/>
          <w:rtl/>
        </w:rPr>
        <w:t>س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ن</w:t>
      </w:r>
      <w:r w:rsidRPr="00576FA6">
        <w:rPr>
          <w:rFonts w:ascii="Tahoma" w:hAnsi="Tahoma" w:cs="Tahoma"/>
          <w:rtl/>
        </w:rPr>
        <w:t xml:space="preserve"> را، با وجود کناره‌گ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ر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اش،</w:t>
      </w:r>
      <w:r w:rsidRPr="00576FA6">
        <w:rPr>
          <w:rFonts w:ascii="Tahoma" w:hAnsi="Tahoma" w:cs="Tahoma"/>
          <w:rtl/>
        </w:rPr>
        <w:t xml:space="preserve"> شاه واقع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بداند.</w:t>
      </w:r>
    </w:p>
    <w:p w:rsidR="00576FA6" w:rsidRPr="00576FA6" w:rsidRDefault="00576FA6" w:rsidP="00576FA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76FA6">
        <w:rPr>
          <w:rFonts w:ascii="Tahoma" w:hAnsi="Tahoma" w:cs="Tahoma" w:hint="eastAsia"/>
          <w:rtl/>
        </w:rPr>
        <w:t>در</w:t>
      </w:r>
      <w:r w:rsidRPr="00576FA6">
        <w:rPr>
          <w:rFonts w:ascii="Tahoma" w:hAnsi="Tahoma" w:cs="Tahoma"/>
          <w:rtl/>
        </w:rPr>
        <w:t xml:space="preserve"> سال </w:t>
      </w:r>
      <w:r w:rsidRPr="00576FA6">
        <w:rPr>
          <w:rFonts w:ascii="Tahoma" w:hAnsi="Tahoma" w:cs="Tahoma"/>
          <w:rtl/>
          <w:lang w:bidi="fa-IR"/>
        </w:rPr>
        <w:t>۱۷۲۶</w:t>
      </w:r>
      <w:r w:rsidRPr="00576FA6">
        <w:rPr>
          <w:rFonts w:ascii="Tahoma" w:hAnsi="Tahoma" w:cs="Tahoma"/>
          <w:rtl/>
        </w:rPr>
        <w:t xml:space="preserve"> م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لاد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،</w:t>
      </w:r>
      <w:r w:rsidRPr="00576FA6">
        <w:rPr>
          <w:rFonts w:ascii="Tahoma" w:hAnsi="Tahoma" w:cs="Tahoma"/>
          <w:rtl/>
        </w:rPr>
        <w:t xml:space="preserve"> هنگام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که سپاه عثمان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به مناطق ز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ر</w:t>
      </w:r>
      <w:r w:rsidRPr="00576FA6">
        <w:rPr>
          <w:rFonts w:ascii="Tahoma" w:hAnsi="Tahoma" w:cs="Tahoma"/>
          <w:rtl/>
        </w:rPr>
        <w:t xml:space="preserve"> فرمان اشرف نزد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ک</w:t>
      </w:r>
      <w:r w:rsidRPr="00576FA6">
        <w:rPr>
          <w:rFonts w:ascii="Tahoma" w:hAnsi="Tahoma" w:cs="Tahoma"/>
          <w:rtl/>
        </w:rPr>
        <w:t xml:space="preserve"> م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شد،</w:t>
      </w:r>
      <w:r w:rsidRPr="00576FA6">
        <w:rPr>
          <w:rFonts w:ascii="Tahoma" w:hAnsi="Tahoma" w:cs="Tahoma"/>
          <w:rtl/>
        </w:rPr>
        <w:t xml:space="preserve"> شاه سلطان حس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ن</w:t>
      </w:r>
      <w:r w:rsidRPr="00576FA6">
        <w:rPr>
          <w:rFonts w:ascii="Tahoma" w:hAnsi="Tahoma" w:cs="Tahoma"/>
          <w:rtl/>
        </w:rPr>
        <w:t xml:space="preserve"> کشته شد. در برخ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روا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ت‌ها</w:t>
      </w:r>
      <w:r w:rsidRPr="00576FA6">
        <w:rPr>
          <w:rFonts w:ascii="Tahoma" w:hAnsi="Tahoma" w:cs="Tahoma"/>
          <w:rtl/>
        </w:rPr>
        <w:t xml:space="preserve"> آمده است که اشرف فرمان قتل او را از ب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م</w:t>
      </w:r>
      <w:r w:rsidRPr="00576FA6">
        <w:rPr>
          <w:rFonts w:ascii="Tahoma" w:hAnsi="Tahoma" w:cs="Tahoma"/>
          <w:rtl/>
        </w:rPr>
        <w:t xml:space="preserve"> آن صادر کرد که عثمان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ان</w:t>
      </w:r>
      <w:r w:rsidRPr="00576FA6">
        <w:rPr>
          <w:rFonts w:ascii="Tahoma" w:hAnsi="Tahoma" w:cs="Tahoma"/>
          <w:rtl/>
        </w:rPr>
        <w:t xml:space="preserve"> او را آزاد و دوباره بر تخت بنشانند. همچن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ن</w:t>
      </w:r>
      <w:r w:rsidRPr="00576FA6">
        <w:rPr>
          <w:rFonts w:ascii="Tahoma" w:hAnsi="Tahoma" w:cs="Tahoma"/>
          <w:rtl/>
        </w:rPr>
        <w:t xml:space="preserve"> گفته شده سر بر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دهٔ</w:t>
      </w:r>
      <w:r w:rsidRPr="00576FA6">
        <w:rPr>
          <w:rFonts w:ascii="Tahoma" w:hAnsi="Tahoma" w:cs="Tahoma"/>
          <w:rtl/>
        </w:rPr>
        <w:t xml:space="preserve"> شاه برا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ف</w:t>
      </w:r>
      <w:r w:rsidRPr="00576FA6">
        <w:rPr>
          <w:rFonts w:ascii="Tahoma" w:hAnsi="Tahoma" w:cs="Tahoma" w:hint="eastAsia"/>
          <w:rtl/>
        </w:rPr>
        <w:t>رماندهٔ</w:t>
      </w:r>
      <w:r w:rsidRPr="00576FA6">
        <w:rPr>
          <w:rFonts w:ascii="Tahoma" w:hAnsi="Tahoma" w:cs="Tahoma"/>
          <w:rtl/>
        </w:rPr>
        <w:t xml:space="preserve"> عثمان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فرستاده شد تا روشن شود کس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که به نامش م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جنگند</w:t>
      </w:r>
      <w:r w:rsidRPr="00576FA6">
        <w:rPr>
          <w:rFonts w:ascii="Tahoma" w:hAnsi="Tahoma" w:cs="Tahoma"/>
          <w:rtl/>
        </w:rPr>
        <w:t xml:space="preserve"> د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گر</w:t>
      </w:r>
      <w:r w:rsidRPr="00576FA6">
        <w:rPr>
          <w:rFonts w:ascii="Tahoma" w:hAnsi="Tahoma" w:cs="Tahoma"/>
          <w:rtl/>
        </w:rPr>
        <w:t xml:space="preserve"> زنده 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ست</w:t>
      </w:r>
      <w:r w:rsidRPr="00576FA6">
        <w:rPr>
          <w:rFonts w:ascii="Tahoma" w:hAnsi="Tahoma" w:cs="Tahoma"/>
          <w:rtl/>
        </w:rPr>
        <w:t>.</w:t>
      </w:r>
    </w:p>
    <w:p w:rsidR="00576FA6" w:rsidRPr="00576FA6" w:rsidRDefault="00576FA6" w:rsidP="00576FA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76FA6">
        <w:rPr>
          <w:rFonts w:ascii="Tahoma" w:hAnsi="Tahoma" w:cs="Tahoma" w:hint="eastAsia"/>
          <w:rtl/>
        </w:rPr>
        <w:t>هر</w:t>
      </w:r>
      <w:r w:rsidRPr="00576FA6">
        <w:rPr>
          <w:rFonts w:ascii="Tahoma" w:hAnsi="Tahoma" w:cs="Tahoma"/>
          <w:rtl/>
        </w:rPr>
        <w:t xml:space="preserve"> اندازه در جزئ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ات</w:t>
      </w:r>
      <w:r w:rsidRPr="00576FA6">
        <w:rPr>
          <w:rFonts w:ascii="Tahoma" w:hAnsi="Tahoma" w:cs="Tahoma"/>
          <w:rtl/>
        </w:rPr>
        <w:t xml:space="preserve"> 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ن</w:t>
      </w:r>
      <w:r w:rsidRPr="00576FA6">
        <w:rPr>
          <w:rFonts w:ascii="Tahoma" w:hAnsi="Tahoma" w:cs="Tahoma"/>
          <w:rtl/>
        </w:rPr>
        <w:t xml:space="preserve"> روا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ت‌ها</w:t>
      </w:r>
      <w:r w:rsidRPr="00576FA6">
        <w:rPr>
          <w:rFonts w:ascii="Tahoma" w:hAnsi="Tahoma" w:cs="Tahoma"/>
          <w:rtl/>
        </w:rPr>
        <w:t xml:space="preserve"> احت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اط</w:t>
      </w:r>
      <w:r w:rsidRPr="00576FA6">
        <w:rPr>
          <w:rFonts w:ascii="Tahoma" w:hAnsi="Tahoma" w:cs="Tahoma"/>
          <w:rtl/>
        </w:rPr>
        <w:t xml:space="preserve"> کن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م،</w:t>
      </w:r>
      <w:r w:rsidRPr="00576FA6">
        <w:rPr>
          <w:rFonts w:ascii="Tahoma" w:hAnsi="Tahoma" w:cs="Tahoma"/>
          <w:rtl/>
        </w:rPr>
        <w:t xml:space="preserve"> اصل حادثه روشن است: آخر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ن</w:t>
      </w:r>
      <w:r w:rsidRPr="00576FA6">
        <w:rPr>
          <w:rFonts w:ascii="Tahoma" w:hAnsi="Tahoma" w:cs="Tahoma"/>
          <w:rtl/>
        </w:rPr>
        <w:t xml:space="preserve"> شاه حاکم صفو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چند سال پس از آنکه تاج را به محمود سپرده بود به دست حکومت افغان کشته شد. مرگ او امکان بازگرداندنش را از م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ان</w:t>
      </w:r>
      <w:r w:rsidRPr="00576FA6">
        <w:rPr>
          <w:rFonts w:ascii="Tahoma" w:hAnsi="Tahoma" w:cs="Tahoma"/>
          <w:rtl/>
        </w:rPr>
        <w:t xml:space="preserve"> برد، اما ادعا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صفو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پا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ان</w:t>
      </w:r>
      <w:r w:rsidRPr="00576FA6">
        <w:rPr>
          <w:rFonts w:ascii="Tahoma" w:hAnsi="Tahoma" w:cs="Tahoma"/>
          <w:rtl/>
        </w:rPr>
        <w:t xml:space="preserve"> 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افت؛</w:t>
      </w:r>
      <w:r w:rsidRPr="00576FA6">
        <w:rPr>
          <w:rFonts w:ascii="Tahoma" w:hAnsi="Tahoma" w:cs="Tahoma"/>
          <w:rtl/>
        </w:rPr>
        <w:t xml:space="preserve"> ز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را</w:t>
      </w:r>
      <w:r w:rsidRPr="00576FA6">
        <w:rPr>
          <w:rFonts w:ascii="Tahoma" w:hAnsi="Tahoma" w:cs="Tahoma"/>
          <w:rtl/>
        </w:rPr>
        <w:t xml:space="preserve"> پسرش تهماسب دوم همچنان </w:t>
      </w:r>
      <w:r w:rsidRPr="00576FA6">
        <w:rPr>
          <w:rFonts w:ascii="Tahoma" w:hAnsi="Tahoma" w:cs="Tahoma" w:hint="eastAsia"/>
          <w:rtl/>
        </w:rPr>
        <w:t>زنده</w:t>
      </w:r>
      <w:r w:rsidRPr="00576FA6">
        <w:rPr>
          <w:rFonts w:ascii="Tahoma" w:hAnsi="Tahoma" w:cs="Tahoma"/>
          <w:rtl/>
        </w:rPr>
        <w:t xml:space="preserve"> و آزاد بود.</w:t>
      </w:r>
    </w:p>
    <w:p w:rsidR="00576FA6" w:rsidRPr="00576FA6" w:rsidRDefault="00576FA6" w:rsidP="00576FA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76FA6">
        <w:rPr>
          <w:rFonts w:ascii="Tahoma" w:hAnsi="Tahoma" w:cs="Tahoma" w:hint="eastAsia"/>
          <w:rtl/>
        </w:rPr>
        <w:t>کشتن</w:t>
      </w:r>
      <w:r w:rsidRPr="00576FA6">
        <w:rPr>
          <w:rFonts w:ascii="Tahoma" w:hAnsi="Tahoma" w:cs="Tahoma"/>
          <w:rtl/>
        </w:rPr>
        <w:t xml:space="preserve"> سلطان حس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ن</w:t>
      </w:r>
      <w:r w:rsidRPr="00576FA6">
        <w:rPr>
          <w:rFonts w:ascii="Tahoma" w:hAnsi="Tahoma" w:cs="Tahoma"/>
          <w:rtl/>
        </w:rPr>
        <w:t xml:space="preserve"> برا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اشرف امن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ت</w:t>
      </w:r>
      <w:r w:rsidRPr="00576FA6">
        <w:rPr>
          <w:rFonts w:ascii="Tahoma" w:hAnsi="Tahoma" w:cs="Tahoma"/>
          <w:rtl/>
        </w:rPr>
        <w:t xml:space="preserve"> کامل 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اورد</w:t>
      </w:r>
      <w:r w:rsidRPr="00576FA6">
        <w:rPr>
          <w:rFonts w:ascii="Tahoma" w:hAnsi="Tahoma" w:cs="Tahoma"/>
          <w:rtl/>
        </w:rPr>
        <w:t>. او سرچشمهٔ حقان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ت</w:t>
      </w:r>
      <w:r w:rsidRPr="00576FA6">
        <w:rPr>
          <w:rFonts w:ascii="Tahoma" w:hAnsi="Tahoma" w:cs="Tahoma"/>
          <w:rtl/>
        </w:rPr>
        <w:t xml:space="preserve"> صفو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را از شخص شاه پ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ش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ن</w:t>
      </w:r>
      <w:r w:rsidRPr="00576FA6">
        <w:rPr>
          <w:rFonts w:ascii="Tahoma" w:hAnsi="Tahoma" w:cs="Tahoma"/>
          <w:rtl/>
        </w:rPr>
        <w:t xml:space="preserve"> به شاهزادهٔ ب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رون</w:t>
      </w:r>
      <w:r w:rsidRPr="00576FA6">
        <w:rPr>
          <w:rFonts w:ascii="Tahoma" w:hAnsi="Tahoma" w:cs="Tahoma"/>
          <w:rtl/>
        </w:rPr>
        <w:t xml:space="preserve"> از پا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تخت</w:t>
      </w:r>
      <w:r w:rsidRPr="00576FA6">
        <w:rPr>
          <w:rFonts w:ascii="Tahoma" w:hAnsi="Tahoma" w:cs="Tahoma"/>
          <w:rtl/>
        </w:rPr>
        <w:t xml:space="preserve"> منتقل کرد. از 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ن</w:t>
      </w:r>
      <w:r w:rsidRPr="00576FA6">
        <w:rPr>
          <w:rFonts w:ascii="Tahoma" w:hAnsi="Tahoma" w:cs="Tahoma"/>
          <w:rtl/>
        </w:rPr>
        <w:t xml:space="preserve"> پس، تهماسب م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توانست</w:t>
      </w:r>
      <w:r w:rsidRPr="00576FA6">
        <w:rPr>
          <w:rFonts w:ascii="Tahoma" w:hAnsi="Tahoma" w:cs="Tahoma"/>
          <w:rtl/>
        </w:rPr>
        <w:t xml:space="preserve"> خود را نه فقط ول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عهد،</w:t>
      </w:r>
      <w:r w:rsidRPr="00576FA6">
        <w:rPr>
          <w:rFonts w:ascii="Tahoma" w:hAnsi="Tahoma" w:cs="Tahoma"/>
          <w:rtl/>
        </w:rPr>
        <w:t xml:space="preserve"> بلکه شاه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بداند که پس از مرگ پدر صاحب قانون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تاج است.</w:t>
      </w:r>
    </w:p>
    <w:p w:rsidR="00576FA6" w:rsidRPr="00576FA6" w:rsidRDefault="00576FA6" w:rsidP="00576FA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76FA6">
        <w:rPr>
          <w:rFonts w:ascii="Tahoma" w:hAnsi="Tahoma" w:cs="Tahoma" w:hint="eastAsia"/>
          <w:rtl/>
        </w:rPr>
        <w:t>هم‌زمان،</w:t>
      </w:r>
      <w:r w:rsidRPr="00576FA6">
        <w:rPr>
          <w:rFonts w:ascii="Tahoma" w:hAnsi="Tahoma" w:cs="Tahoma"/>
          <w:rtl/>
        </w:rPr>
        <w:t xml:space="preserve"> روس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ه</w:t>
      </w:r>
      <w:r w:rsidRPr="00576FA6">
        <w:rPr>
          <w:rFonts w:ascii="Tahoma" w:hAnsi="Tahoma" w:cs="Tahoma"/>
          <w:rtl/>
        </w:rPr>
        <w:t xml:space="preserve"> از ضعف 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ران</w:t>
      </w:r>
      <w:r w:rsidRPr="00576FA6">
        <w:rPr>
          <w:rFonts w:ascii="Tahoma" w:hAnsi="Tahoma" w:cs="Tahoma"/>
          <w:rtl/>
        </w:rPr>
        <w:t xml:space="preserve"> استفاده م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کرد</w:t>
      </w:r>
      <w:r w:rsidRPr="00576FA6">
        <w:rPr>
          <w:rFonts w:ascii="Tahoma" w:hAnsi="Tahoma" w:cs="Tahoma"/>
          <w:rtl/>
        </w:rPr>
        <w:t>. پتر بزرگ، که در پ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گسترش نفوذ روس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ه</w:t>
      </w:r>
      <w:r w:rsidRPr="00576FA6">
        <w:rPr>
          <w:rFonts w:ascii="Tahoma" w:hAnsi="Tahoma" w:cs="Tahoma"/>
          <w:rtl/>
        </w:rPr>
        <w:t xml:space="preserve"> در قفقاز و سواحل در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خزر بود، ناامن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منطقه و آس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ب‌د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دن</w:t>
      </w:r>
      <w:r w:rsidRPr="00576FA6">
        <w:rPr>
          <w:rFonts w:ascii="Tahoma" w:hAnsi="Tahoma" w:cs="Tahoma"/>
          <w:rtl/>
        </w:rPr>
        <w:t xml:space="preserve"> بازرگانان را دستاو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ز</w:t>
      </w:r>
      <w:r w:rsidRPr="00576FA6">
        <w:rPr>
          <w:rFonts w:ascii="Tahoma" w:hAnsi="Tahoma" w:cs="Tahoma"/>
          <w:rtl/>
        </w:rPr>
        <w:t xml:space="preserve"> ورود نظام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قرار داد. 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روها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روس دربند، باکو و مناطق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از سواحل خزر را تصرف کردند.</w:t>
      </w:r>
    </w:p>
    <w:p w:rsidR="00576FA6" w:rsidRPr="00576FA6" w:rsidRDefault="00576FA6" w:rsidP="00576FA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76FA6">
        <w:rPr>
          <w:rFonts w:ascii="Tahoma" w:hAnsi="Tahoma" w:cs="Tahoma" w:hint="eastAsia"/>
          <w:rtl/>
        </w:rPr>
        <w:t>نما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نده‌ا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از سو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تهماسب دوم در سال </w:t>
      </w:r>
      <w:r w:rsidRPr="00576FA6">
        <w:rPr>
          <w:rFonts w:ascii="Tahoma" w:hAnsi="Tahoma" w:cs="Tahoma"/>
          <w:rtl/>
          <w:lang w:bidi="fa-IR"/>
        </w:rPr>
        <w:t>۱۷۲۳</w:t>
      </w:r>
      <w:r w:rsidRPr="00576FA6">
        <w:rPr>
          <w:rFonts w:ascii="Tahoma" w:hAnsi="Tahoma" w:cs="Tahoma"/>
          <w:rtl/>
        </w:rPr>
        <w:t xml:space="preserve"> پ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مان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با روس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ه</w:t>
      </w:r>
      <w:r w:rsidRPr="00576FA6">
        <w:rPr>
          <w:rFonts w:ascii="Tahoma" w:hAnsi="Tahoma" w:cs="Tahoma"/>
          <w:rtl/>
        </w:rPr>
        <w:t xml:space="preserve"> امضا کرد که بر پا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هٔ</w:t>
      </w:r>
      <w:r w:rsidRPr="00576FA6">
        <w:rPr>
          <w:rFonts w:ascii="Tahoma" w:hAnsi="Tahoma" w:cs="Tahoma"/>
          <w:rtl/>
        </w:rPr>
        <w:t xml:space="preserve"> آن، در برابر وعدهٔ حما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ت</w:t>
      </w:r>
      <w:r w:rsidRPr="00576FA6">
        <w:rPr>
          <w:rFonts w:ascii="Tahoma" w:hAnsi="Tahoma" w:cs="Tahoma"/>
          <w:rtl/>
        </w:rPr>
        <w:t xml:space="preserve"> نظام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،</w:t>
      </w:r>
      <w:r w:rsidRPr="00576FA6">
        <w:rPr>
          <w:rFonts w:ascii="Tahoma" w:hAnsi="Tahoma" w:cs="Tahoma"/>
          <w:rtl/>
        </w:rPr>
        <w:t xml:space="preserve"> بخش‌ها</w:t>
      </w:r>
      <w:r w:rsidRPr="00576FA6">
        <w:rPr>
          <w:rFonts w:ascii="Tahoma" w:hAnsi="Tahoma" w:cs="Tahoma" w:hint="cs"/>
          <w:rtl/>
        </w:rPr>
        <w:t>یی</w:t>
      </w:r>
      <w:r w:rsidRPr="00576FA6">
        <w:rPr>
          <w:rFonts w:ascii="Tahoma" w:hAnsi="Tahoma" w:cs="Tahoma"/>
          <w:rtl/>
        </w:rPr>
        <w:t xml:space="preserve"> از قفقاز و سواحل جنوب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در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خزر به روس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ه</w:t>
      </w:r>
      <w:r w:rsidRPr="00576FA6">
        <w:rPr>
          <w:rFonts w:ascii="Tahoma" w:hAnsi="Tahoma" w:cs="Tahoma"/>
          <w:rtl/>
        </w:rPr>
        <w:t xml:space="preserve"> واگذار م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شد</w:t>
      </w:r>
      <w:r w:rsidRPr="00576FA6">
        <w:rPr>
          <w:rFonts w:ascii="Tahoma" w:hAnsi="Tahoma" w:cs="Tahoma"/>
          <w:rtl/>
        </w:rPr>
        <w:t>. اما تهماسب از توان و اخت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ار</w:t>
      </w:r>
      <w:r w:rsidRPr="00576FA6">
        <w:rPr>
          <w:rFonts w:ascii="Tahoma" w:hAnsi="Tahoma" w:cs="Tahoma"/>
          <w:rtl/>
        </w:rPr>
        <w:t xml:space="preserve"> لازم برا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اجرا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کامل چن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ن</w:t>
      </w:r>
      <w:r w:rsidRPr="00576FA6">
        <w:rPr>
          <w:rFonts w:ascii="Tahoma" w:hAnsi="Tahoma" w:cs="Tahoma"/>
          <w:rtl/>
        </w:rPr>
        <w:t xml:space="preserve"> پ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مان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برخوردار نبود و نسبت به پذ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رش</w:t>
      </w:r>
      <w:r w:rsidRPr="00576FA6">
        <w:rPr>
          <w:rFonts w:ascii="Tahoma" w:hAnsi="Tahoma" w:cs="Tahoma"/>
          <w:rtl/>
        </w:rPr>
        <w:t xml:space="preserve"> آن 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ز</w:t>
      </w:r>
      <w:r w:rsidRPr="00576FA6">
        <w:rPr>
          <w:rFonts w:ascii="Tahoma" w:hAnsi="Tahoma" w:cs="Tahoma"/>
          <w:rtl/>
        </w:rPr>
        <w:t xml:space="preserve"> ترد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د</w:t>
      </w:r>
      <w:r w:rsidRPr="00576FA6">
        <w:rPr>
          <w:rFonts w:ascii="Tahoma" w:hAnsi="Tahoma" w:cs="Tahoma"/>
          <w:rtl/>
        </w:rPr>
        <w:t xml:space="preserve"> داشت. نما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ندهٔ</w:t>
      </w:r>
      <w:r w:rsidRPr="00576FA6">
        <w:rPr>
          <w:rFonts w:ascii="Tahoma" w:hAnsi="Tahoma" w:cs="Tahoma"/>
          <w:rtl/>
        </w:rPr>
        <w:t xml:space="preserve"> او 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ز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را وعده م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داد</w:t>
      </w:r>
      <w:r w:rsidRPr="00576FA6">
        <w:rPr>
          <w:rFonts w:ascii="Tahoma" w:hAnsi="Tahoma" w:cs="Tahoma"/>
          <w:rtl/>
        </w:rPr>
        <w:t xml:space="preserve"> که شاه صفو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عملاً بر آن فرمان نم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راند</w:t>
      </w:r>
      <w:r w:rsidRPr="00576FA6">
        <w:rPr>
          <w:rFonts w:ascii="Tahoma" w:hAnsi="Tahoma" w:cs="Tahoma"/>
          <w:rtl/>
        </w:rPr>
        <w:t>.</w:t>
      </w:r>
    </w:p>
    <w:p w:rsidR="00576FA6" w:rsidRPr="00576FA6" w:rsidRDefault="00576FA6" w:rsidP="00576FA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76FA6">
        <w:rPr>
          <w:rFonts w:ascii="Tahoma" w:hAnsi="Tahoma" w:cs="Tahoma" w:hint="eastAsia"/>
          <w:rtl/>
        </w:rPr>
        <w:t>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ن</w:t>
      </w:r>
      <w:r w:rsidRPr="00576FA6">
        <w:rPr>
          <w:rFonts w:ascii="Tahoma" w:hAnsi="Tahoma" w:cs="Tahoma"/>
          <w:rtl/>
        </w:rPr>
        <w:t xml:space="preserve"> پ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مان</w:t>
      </w:r>
      <w:r w:rsidRPr="00576FA6">
        <w:rPr>
          <w:rFonts w:ascii="Tahoma" w:hAnsi="Tahoma" w:cs="Tahoma"/>
          <w:rtl/>
        </w:rPr>
        <w:t xml:space="preserve"> موقع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ت</w:t>
      </w:r>
      <w:r w:rsidRPr="00576FA6">
        <w:rPr>
          <w:rFonts w:ascii="Tahoma" w:hAnsi="Tahoma" w:cs="Tahoma"/>
          <w:rtl/>
        </w:rPr>
        <w:t xml:space="preserve"> دردناک تاج ب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قشون</w:t>
      </w:r>
      <w:r w:rsidRPr="00576FA6">
        <w:rPr>
          <w:rFonts w:ascii="Tahoma" w:hAnsi="Tahoma" w:cs="Tahoma"/>
          <w:rtl/>
        </w:rPr>
        <w:t xml:space="preserve"> را نشان م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داد</w:t>
      </w:r>
      <w:r w:rsidRPr="00576FA6">
        <w:rPr>
          <w:rFonts w:ascii="Tahoma" w:hAnsi="Tahoma" w:cs="Tahoma"/>
          <w:rtl/>
        </w:rPr>
        <w:t>. تهماسب برا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بازپس‌گرفتن کشور به 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رو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خارج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از</w:t>
      </w:r>
      <w:r w:rsidRPr="00576FA6">
        <w:rPr>
          <w:rFonts w:ascii="Tahoma" w:hAnsi="Tahoma" w:cs="Tahoma"/>
          <w:rtl/>
        </w:rPr>
        <w:t xml:space="preserve"> داشت و 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رو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خارج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در برابر کمک، بخش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از همان کشور را م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خواست</w:t>
      </w:r>
      <w:r w:rsidRPr="00576FA6">
        <w:rPr>
          <w:rFonts w:ascii="Tahoma" w:hAnsi="Tahoma" w:cs="Tahoma"/>
          <w:rtl/>
        </w:rPr>
        <w:t>. اگر م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پذ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رفت،</w:t>
      </w:r>
      <w:r w:rsidRPr="00576FA6">
        <w:rPr>
          <w:rFonts w:ascii="Tahoma" w:hAnsi="Tahoma" w:cs="Tahoma"/>
          <w:rtl/>
        </w:rPr>
        <w:t xml:space="preserve"> برا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نجات تاج از خاک 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ران</w:t>
      </w:r>
      <w:r w:rsidRPr="00576FA6">
        <w:rPr>
          <w:rFonts w:ascii="Tahoma" w:hAnsi="Tahoma" w:cs="Tahoma"/>
          <w:rtl/>
        </w:rPr>
        <w:t xml:space="preserve"> م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بخش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د؛</w:t>
      </w:r>
      <w:r w:rsidRPr="00576FA6">
        <w:rPr>
          <w:rFonts w:ascii="Tahoma" w:hAnsi="Tahoma" w:cs="Tahoma"/>
          <w:rtl/>
        </w:rPr>
        <w:t xml:space="preserve"> اگر نم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پذ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رفت،</w:t>
      </w:r>
      <w:r w:rsidRPr="00576FA6">
        <w:rPr>
          <w:rFonts w:ascii="Tahoma" w:hAnsi="Tahoma" w:cs="Tahoma"/>
          <w:rtl/>
        </w:rPr>
        <w:t xml:space="preserve"> ابزار کاف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برا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مقابله </w:t>
      </w:r>
      <w:r w:rsidRPr="00576FA6">
        <w:rPr>
          <w:rFonts w:ascii="Tahoma" w:hAnsi="Tahoma" w:cs="Tahoma" w:hint="eastAsia"/>
          <w:rtl/>
        </w:rPr>
        <w:t>با</w:t>
      </w:r>
      <w:r w:rsidRPr="00576FA6">
        <w:rPr>
          <w:rFonts w:ascii="Tahoma" w:hAnsi="Tahoma" w:cs="Tahoma"/>
          <w:rtl/>
        </w:rPr>
        <w:t xml:space="preserve"> افغان‌ها، روس‌ها و عثمان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ان</w:t>
      </w:r>
      <w:r w:rsidRPr="00576FA6">
        <w:rPr>
          <w:rFonts w:ascii="Tahoma" w:hAnsi="Tahoma" w:cs="Tahoma"/>
          <w:rtl/>
        </w:rPr>
        <w:t xml:space="preserve"> نداشت.</w:t>
      </w:r>
    </w:p>
    <w:p w:rsidR="00576FA6" w:rsidRPr="00576FA6" w:rsidRDefault="00576FA6" w:rsidP="00576FA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76FA6">
        <w:rPr>
          <w:rFonts w:ascii="Tahoma" w:hAnsi="Tahoma" w:cs="Tahoma" w:hint="eastAsia"/>
          <w:rtl/>
        </w:rPr>
        <w:t>عثمان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ان</w:t>
      </w:r>
      <w:r w:rsidRPr="00576FA6">
        <w:rPr>
          <w:rFonts w:ascii="Tahoma" w:hAnsi="Tahoma" w:cs="Tahoma"/>
          <w:rtl/>
        </w:rPr>
        <w:t xml:space="preserve"> 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ز</w:t>
      </w:r>
      <w:r w:rsidRPr="00576FA6">
        <w:rPr>
          <w:rFonts w:ascii="Tahoma" w:hAnsi="Tahoma" w:cs="Tahoma"/>
          <w:rtl/>
        </w:rPr>
        <w:t xml:space="preserve"> از غرب وارد سرزم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ن‌ها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صفو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شدند و بخش‌ها</w:t>
      </w:r>
      <w:r w:rsidRPr="00576FA6">
        <w:rPr>
          <w:rFonts w:ascii="Tahoma" w:hAnsi="Tahoma" w:cs="Tahoma" w:hint="cs"/>
          <w:rtl/>
        </w:rPr>
        <w:t>یی</w:t>
      </w:r>
      <w:r w:rsidRPr="00576FA6">
        <w:rPr>
          <w:rFonts w:ascii="Tahoma" w:hAnsi="Tahoma" w:cs="Tahoma"/>
          <w:rtl/>
        </w:rPr>
        <w:t xml:space="preserve"> از قفقاز و غرب 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ران</w:t>
      </w:r>
      <w:r w:rsidRPr="00576FA6">
        <w:rPr>
          <w:rFonts w:ascii="Tahoma" w:hAnsi="Tahoma" w:cs="Tahoma"/>
          <w:rtl/>
        </w:rPr>
        <w:t xml:space="preserve"> را تصرف کردند. آنان م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توانستند</w:t>
      </w:r>
      <w:r w:rsidRPr="00576FA6">
        <w:rPr>
          <w:rFonts w:ascii="Tahoma" w:hAnsi="Tahoma" w:cs="Tahoma"/>
          <w:rtl/>
        </w:rPr>
        <w:t xml:space="preserve"> پ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شرو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خود را دفاع از سن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ان،</w:t>
      </w:r>
      <w:r w:rsidRPr="00576FA6">
        <w:rPr>
          <w:rFonts w:ascii="Tahoma" w:hAnsi="Tahoma" w:cs="Tahoma"/>
          <w:rtl/>
        </w:rPr>
        <w:t xml:space="preserve"> مقابله با حکومت افغان 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ا</w:t>
      </w:r>
      <w:r w:rsidRPr="00576FA6">
        <w:rPr>
          <w:rFonts w:ascii="Tahoma" w:hAnsi="Tahoma" w:cs="Tahoma"/>
          <w:rtl/>
        </w:rPr>
        <w:t xml:space="preserve"> جلوگ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ر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از گسترش روس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ه</w:t>
      </w:r>
      <w:r w:rsidRPr="00576FA6">
        <w:rPr>
          <w:rFonts w:ascii="Tahoma" w:hAnsi="Tahoma" w:cs="Tahoma"/>
          <w:rtl/>
        </w:rPr>
        <w:t xml:space="preserve"> معرف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کنند، اما هدف س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اس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روشن بود: بهره‌گرفتن از فروپاش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قدرت مرکز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</w:t>
      </w:r>
      <w:r w:rsidRPr="00576FA6">
        <w:rPr>
          <w:rFonts w:ascii="Tahoma" w:hAnsi="Tahoma" w:cs="Tahoma" w:hint="eastAsia"/>
          <w:rtl/>
        </w:rPr>
        <w:t>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ران</w:t>
      </w:r>
      <w:r w:rsidRPr="00576FA6">
        <w:rPr>
          <w:rFonts w:ascii="Tahoma" w:hAnsi="Tahoma" w:cs="Tahoma"/>
          <w:rtl/>
        </w:rPr>
        <w:t>.</w:t>
      </w:r>
    </w:p>
    <w:p w:rsidR="00576FA6" w:rsidRPr="00576FA6" w:rsidRDefault="00576FA6" w:rsidP="00576FA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76FA6">
        <w:rPr>
          <w:rFonts w:ascii="Tahoma" w:hAnsi="Tahoma" w:cs="Tahoma" w:hint="eastAsia"/>
          <w:rtl/>
        </w:rPr>
        <w:t>روس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ه</w:t>
      </w:r>
      <w:r w:rsidRPr="00576FA6">
        <w:rPr>
          <w:rFonts w:ascii="Tahoma" w:hAnsi="Tahoma" w:cs="Tahoma"/>
          <w:rtl/>
        </w:rPr>
        <w:t xml:space="preserve"> و عثمان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در سال </w:t>
      </w:r>
      <w:r w:rsidRPr="00576FA6">
        <w:rPr>
          <w:rFonts w:ascii="Tahoma" w:hAnsi="Tahoma" w:cs="Tahoma"/>
          <w:rtl/>
          <w:lang w:bidi="fa-IR"/>
        </w:rPr>
        <w:t>۱۷۲۴</w:t>
      </w:r>
      <w:r w:rsidRPr="00576FA6">
        <w:rPr>
          <w:rFonts w:ascii="Tahoma" w:hAnsi="Tahoma" w:cs="Tahoma"/>
          <w:rtl/>
        </w:rPr>
        <w:t xml:space="preserve"> دربارهٔ تقس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م</w:t>
      </w:r>
      <w:r w:rsidRPr="00576FA6">
        <w:rPr>
          <w:rFonts w:ascii="Tahoma" w:hAnsi="Tahoma" w:cs="Tahoma"/>
          <w:rtl/>
        </w:rPr>
        <w:t xml:space="preserve"> مناطق نفوذ خود به توافق رس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دند</w:t>
      </w:r>
      <w:r w:rsidRPr="00576FA6">
        <w:rPr>
          <w:rFonts w:ascii="Tahoma" w:hAnsi="Tahoma" w:cs="Tahoma"/>
          <w:rtl/>
        </w:rPr>
        <w:t>. دو قدرت خارج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دربارهٔ سرزم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ن‌ها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ران</w:t>
      </w:r>
      <w:r w:rsidRPr="00576FA6">
        <w:rPr>
          <w:rFonts w:ascii="Tahoma" w:hAnsi="Tahoma" w:cs="Tahoma"/>
          <w:rtl/>
        </w:rPr>
        <w:t xml:space="preserve"> تصم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م</w:t>
      </w:r>
      <w:r w:rsidRPr="00576FA6">
        <w:rPr>
          <w:rFonts w:ascii="Tahoma" w:hAnsi="Tahoma" w:cs="Tahoma"/>
          <w:rtl/>
        </w:rPr>
        <w:t xml:space="preserve"> م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گرفتند،</w:t>
      </w:r>
      <w:r w:rsidRPr="00576FA6">
        <w:rPr>
          <w:rFonts w:ascii="Tahoma" w:hAnsi="Tahoma" w:cs="Tahoma"/>
          <w:rtl/>
        </w:rPr>
        <w:t xml:space="preserve"> ز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را</w:t>
      </w:r>
      <w:r w:rsidRPr="00576FA6">
        <w:rPr>
          <w:rFonts w:ascii="Tahoma" w:hAnsi="Tahoma" w:cs="Tahoma"/>
          <w:rtl/>
        </w:rPr>
        <w:t xml:space="preserve"> ه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چ</w:t>
      </w:r>
      <w:r w:rsidRPr="00576FA6">
        <w:rPr>
          <w:rFonts w:ascii="Tahoma" w:hAnsi="Tahoma" w:cs="Tahoma"/>
          <w:rtl/>
        </w:rPr>
        <w:t xml:space="preserve"> حکومت مرکز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رومند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وجود نداشت که بتواند مانعشان شود. محمود و اشرف پا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تخت</w:t>
      </w:r>
      <w:r w:rsidRPr="00576FA6">
        <w:rPr>
          <w:rFonts w:ascii="Tahoma" w:hAnsi="Tahoma" w:cs="Tahoma"/>
          <w:rtl/>
        </w:rPr>
        <w:t xml:space="preserve"> را در اخت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ار</w:t>
      </w:r>
      <w:r w:rsidRPr="00576FA6">
        <w:rPr>
          <w:rFonts w:ascii="Tahoma" w:hAnsi="Tahoma" w:cs="Tahoma"/>
          <w:rtl/>
        </w:rPr>
        <w:t xml:space="preserve"> داشتند، تهماسب نام صفو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را حمل م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کرد</w:t>
      </w:r>
      <w:r w:rsidRPr="00576FA6">
        <w:rPr>
          <w:rFonts w:ascii="Tahoma" w:hAnsi="Tahoma" w:cs="Tahoma"/>
          <w:rtl/>
        </w:rPr>
        <w:t xml:space="preserve"> و حاکمان محل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در مناطق مختلف مقاومت م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کردند؛</w:t>
      </w:r>
      <w:r w:rsidRPr="00576FA6">
        <w:rPr>
          <w:rFonts w:ascii="Tahoma" w:hAnsi="Tahoma" w:cs="Tahoma"/>
          <w:rtl/>
        </w:rPr>
        <w:t xml:space="preserve"> اما ه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چ‌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ک</w:t>
      </w:r>
      <w:r w:rsidRPr="00576FA6">
        <w:rPr>
          <w:rFonts w:ascii="Tahoma" w:hAnsi="Tahoma" w:cs="Tahoma"/>
          <w:rtl/>
        </w:rPr>
        <w:t xml:space="preserve"> هنوز توان دفاع از همهٔ کشور را نداشتند.</w:t>
      </w:r>
    </w:p>
    <w:p w:rsidR="00576FA6" w:rsidRPr="00576FA6" w:rsidRDefault="00576FA6" w:rsidP="00576FA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76FA6">
        <w:rPr>
          <w:rFonts w:ascii="Tahoma" w:hAnsi="Tahoma" w:cs="Tahoma" w:hint="eastAsia"/>
          <w:rtl/>
        </w:rPr>
        <w:t>اشرف</w:t>
      </w:r>
      <w:r w:rsidRPr="00576FA6">
        <w:rPr>
          <w:rFonts w:ascii="Tahoma" w:hAnsi="Tahoma" w:cs="Tahoma"/>
          <w:rtl/>
        </w:rPr>
        <w:t xml:space="preserve"> ناچار بود با عثمان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ان</w:t>
      </w:r>
      <w:r w:rsidRPr="00576FA6">
        <w:rPr>
          <w:rFonts w:ascii="Tahoma" w:hAnsi="Tahoma" w:cs="Tahoma"/>
          <w:rtl/>
        </w:rPr>
        <w:t xml:space="preserve"> روبه‌رو شود. هر دو طرف سن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بودند، اما هم‌مذهب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مانع جنگ بر سر قدرت و سرزم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ن</w:t>
      </w:r>
      <w:r w:rsidRPr="00576FA6">
        <w:rPr>
          <w:rFonts w:ascii="Tahoma" w:hAnsi="Tahoma" w:cs="Tahoma"/>
          <w:rtl/>
        </w:rPr>
        <w:t xml:space="preserve"> نم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شد</w:t>
      </w:r>
      <w:r w:rsidRPr="00576FA6">
        <w:rPr>
          <w:rFonts w:ascii="Tahoma" w:hAnsi="Tahoma" w:cs="Tahoma"/>
          <w:rtl/>
        </w:rPr>
        <w:t>. 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ن</w:t>
      </w:r>
      <w:r w:rsidRPr="00576FA6">
        <w:rPr>
          <w:rFonts w:ascii="Tahoma" w:hAnsi="Tahoma" w:cs="Tahoma"/>
          <w:rtl/>
        </w:rPr>
        <w:t xml:space="preserve"> واقع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ت</w:t>
      </w:r>
      <w:r w:rsidRPr="00576FA6">
        <w:rPr>
          <w:rFonts w:ascii="Tahoma" w:hAnsi="Tahoma" w:cs="Tahoma"/>
          <w:rtl/>
        </w:rPr>
        <w:t xml:space="preserve"> بار د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گر</w:t>
      </w:r>
      <w:r w:rsidRPr="00576FA6">
        <w:rPr>
          <w:rFonts w:ascii="Tahoma" w:hAnsi="Tahoma" w:cs="Tahoma"/>
          <w:rtl/>
        </w:rPr>
        <w:t xml:space="preserve"> نشان م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داد</w:t>
      </w:r>
      <w:r w:rsidRPr="00576FA6">
        <w:rPr>
          <w:rFonts w:ascii="Tahoma" w:hAnsi="Tahoma" w:cs="Tahoma"/>
          <w:rtl/>
        </w:rPr>
        <w:t xml:space="preserve"> که نم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توان</w:t>
      </w:r>
      <w:r w:rsidRPr="00576FA6">
        <w:rPr>
          <w:rFonts w:ascii="Tahoma" w:hAnsi="Tahoma" w:cs="Tahoma"/>
          <w:rtl/>
        </w:rPr>
        <w:t xml:space="preserve"> س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است</w:t>
      </w:r>
      <w:r w:rsidRPr="00576FA6">
        <w:rPr>
          <w:rFonts w:ascii="Tahoma" w:hAnsi="Tahoma" w:cs="Tahoma"/>
          <w:rtl/>
        </w:rPr>
        <w:t xml:space="preserve"> حکومت‌ها را فقط از مذهبشان نت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جه</w:t>
      </w:r>
      <w:r w:rsidRPr="00576FA6">
        <w:rPr>
          <w:rFonts w:ascii="Tahoma" w:hAnsi="Tahoma" w:cs="Tahoma"/>
          <w:rtl/>
        </w:rPr>
        <w:t xml:space="preserve"> گرفت. عثمان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ان</w:t>
      </w:r>
      <w:r w:rsidRPr="00576FA6">
        <w:rPr>
          <w:rFonts w:ascii="Tahoma" w:hAnsi="Tahoma" w:cs="Tahoma"/>
          <w:rtl/>
        </w:rPr>
        <w:t xml:space="preserve"> حاضر نبودند به سبب سن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بودن</w:t>
      </w:r>
      <w:r w:rsidRPr="00576FA6">
        <w:rPr>
          <w:rFonts w:ascii="Tahoma" w:hAnsi="Tahoma" w:cs="Tahoma"/>
          <w:rtl/>
        </w:rPr>
        <w:t xml:space="preserve"> افغان‌ها از تصرف 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>ران چشم بپوشند و اشرف 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ز</w:t>
      </w:r>
      <w:r w:rsidRPr="00576FA6">
        <w:rPr>
          <w:rFonts w:ascii="Tahoma" w:hAnsi="Tahoma" w:cs="Tahoma"/>
          <w:rtl/>
        </w:rPr>
        <w:t xml:space="preserve"> نم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توانست</w:t>
      </w:r>
      <w:r w:rsidRPr="00576FA6">
        <w:rPr>
          <w:rFonts w:ascii="Tahoma" w:hAnsi="Tahoma" w:cs="Tahoma"/>
          <w:rtl/>
        </w:rPr>
        <w:t xml:space="preserve"> پ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شرو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آنان را دفاع از د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ن</w:t>
      </w:r>
      <w:r w:rsidRPr="00576FA6">
        <w:rPr>
          <w:rFonts w:ascii="Tahoma" w:hAnsi="Tahoma" w:cs="Tahoma"/>
          <w:rtl/>
        </w:rPr>
        <w:t xml:space="preserve"> بداند.</w:t>
      </w:r>
    </w:p>
    <w:p w:rsidR="00576FA6" w:rsidRPr="00576FA6" w:rsidRDefault="00576FA6" w:rsidP="00576FA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76FA6">
        <w:rPr>
          <w:rFonts w:ascii="Tahoma" w:hAnsi="Tahoma" w:cs="Tahoma" w:hint="eastAsia"/>
          <w:rtl/>
        </w:rPr>
        <w:t>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روها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اشرف توانستند در برابر سپاه عثمان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مقاومت کنند و در نبرد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مهم پ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روز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به دست آورند. 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ن</w:t>
      </w:r>
      <w:r w:rsidRPr="00576FA6">
        <w:rPr>
          <w:rFonts w:ascii="Tahoma" w:hAnsi="Tahoma" w:cs="Tahoma"/>
          <w:rtl/>
        </w:rPr>
        <w:t xml:space="preserve"> موفق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ت</w:t>
      </w:r>
      <w:r w:rsidRPr="00576FA6">
        <w:rPr>
          <w:rFonts w:ascii="Tahoma" w:hAnsi="Tahoma" w:cs="Tahoma"/>
          <w:rtl/>
        </w:rPr>
        <w:t xml:space="preserve"> نشان داد که حکومت افغان از توان نظام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قابل توجه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برخوردار است و نم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توان</w:t>
      </w:r>
      <w:r w:rsidRPr="00576FA6">
        <w:rPr>
          <w:rFonts w:ascii="Tahoma" w:hAnsi="Tahoma" w:cs="Tahoma"/>
          <w:rtl/>
        </w:rPr>
        <w:t xml:space="preserve"> آن را فقط گروه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پراکنده از مهاجمان دانست. اشرف توانسته بود بخش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از قشون خود را سا</w:t>
      </w:r>
      <w:r w:rsidRPr="00576FA6">
        <w:rPr>
          <w:rFonts w:ascii="Tahoma" w:hAnsi="Tahoma" w:cs="Tahoma" w:hint="eastAsia"/>
          <w:rtl/>
        </w:rPr>
        <w:t>زمان</w:t>
      </w:r>
      <w:r w:rsidRPr="00576FA6">
        <w:rPr>
          <w:rFonts w:ascii="Tahoma" w:hAnsi="Tahoma" w:cs="Tahoma"/>
          <w:rtl/>
        </w:rPr>
        <w:t xml:space="preserve"> دهد و از تجربهٔ جنگ‌ها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پ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ش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ن</w:t>
      </w:r>
      <w:r w:rsidRPr="00576FA6">
        <w:rPr>
          <w:rFonts w:ascii="Tahoma" w:hAnsi="Tahoma" w:cs="Tahoma"/>
          <w:rtl/>
        </w:rPr>
        <w:t xml:space="preserve"> بهره بگ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رد</w:t>
      </w:r>
      <w:r w:rsidRPr="00576FA6">
        <w:rPr>
          <w:rFonts w:ascii="Tahoma" w:hAnsi="Tahoma" w:cs="Tahoma"/>
          <w:rtl/>
        </w:rPr>
        <w:t>.</w:t>
      </w:r>
    </w:p>
    <w:p w:rsidR="00576FA6" w:rsidRPr="00576FA6" w:rsidRDefault="00576FA6" w:rsidP="00576FA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76FA6">
        <w:rPr>
          <w:rFonts w:ascii="Tahoma" w:hAnsi="Tahoma" w:cs="Tahoma" w:hint="eastAsia"/>
          <w:rtl/>
        </w:rPr>
        <w:t>اما</w:t>
      </w:r>
      <w:r w:rsidRPr="00576FA6">
        <w:rPr>
          <w:rFonts w:ascii="Tahoma" w:hAnsi="Tahoma" w:cs="Tahoma"/>
          <w:rtl/>
        </w:rPr>
        <w:t xml:space="preserve"> پ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روز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نظام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به بازپس‌گ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ر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همهٔ سرزم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ن‌ها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اشغال‌شده 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نجام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د</w:t>
      </w:r>
      <w:r w:rsidRPr="00576FA6">
        <w:rPr>
          <w:rFonts w:ascii="Tahoma" w:hAnsi="Tahoma" w:cs="Tahoma"/>
          <w:rtl/>
        </w:rPr>
        <w:t>. هر دو طرف به توافق 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از</w:t>
      </w:r>
      <w:r w:rsidRPr="00576FA6">
        <w:rPr>
          <w:rFonts w:ascii="Tahoma" w:hAnsi="Tahoma" w:cs="Tahoma"/>
          <w:rtl/>
        </w:rPr>
        <w:t xml:space="preserve"> داشتند. پ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مان</w:t>
      </w:r>
      <w:r w:rsidRPr="00576FA6">
        <w:rPr>
          <w:rFonts w:ascii="Tahoma" w:hAnsi="Tahoma" w:cs="Tahoma"/>
          <w:rtl/>
        </w:rPr>
        <w:t xml:space="preserve"> همدان در سال </w:t>
      </w:r>
      <w:r w:rsidRPr="00576FA6">
        <w:rPr>
          <w:rFonts w:ascii="Tahoma" w:hAnsi="Tahoma" w:cs="Tahoma"/>
          <w:rtl/>
          <w:lang w:bidi="fa-IR"/>
        </w:rPr>
        <w:t>۱۷۲۷</w:t>
      </w:r>
      <w:r w:rsidRPr="00576FA6">
        <w:rPr>
          <w:rFonts w:ascii="Tahoma" w:hAnsi="Tahoma" w:cs="Tahoma"/>
          <w:rtl/>
        </w:rPr>
        <w:t xml:space="preserve"> م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لاد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م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ان</w:t>
      </w:r>
      <w:r w:rsidRPr="00576FA6">
        <w:rPr>
          <w:rFonts w:ascii="Tahoma" w:hAnsi="Tahoma" w:cs="Tahoma"/>
          <w:rtl/>
        </w:rPr>
        <w:t xml:space="preserve"> اشرف و عثمان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ان</w:t>
      </w:r>
      <w:r w:rsidRPr="00576FA6">
        <w:rPr>
          <w:rFonts w:ascii="Tahoma" w:hAnsi="Tahoma" w:cs="Tahoma"/>
          <w:rtl/>
        </w:rPr>
        <w:t xml:space="preserve"> بسته شد. عثمان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ان</w:t>
      </w:r>
      <w:r w:rsidRPr="00576FA6">
        <w:rPr>
          <w:rFonts w:ascii="Tahoma" w:hAnsi="Tahoma" w:cs="Tahoma"/>
          <w:rtl/>
        </w:rPr>
        <w:t xml:space="preserve"> حکومت او را به صورت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از رسم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ت</w:t>
      </w:r>
      <w:r w:rsidRPr="00576FA6">
        <w:rPr>
          <w:rFonts w:ascii="Tahoma" w:hAnsi="Tahoma" w:cs="Tahoma"/>
          <w:rtl/>
        </w:rPr>
        <w:t xml:space="preserve"> شناختند و اشرف 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ز</w:t>
      </w:r>
      <w:r w:rsidRPr="00576FA6">
        <w:rPr>
          <w:rFonts w:ascii="Tahoma" w:hAnsi="Tahoma" w:cs="Tahoma"/>
          <w:rtl/>
        </w:rPr>
        <w:t xml:space="preserve"> تصرف بخش‌ها</w:t>
      </w:r>
      <w:r w:rsidRPr="00576FA6">
        <w:rPr>
          <w:rFonts w:ascii="Tahoma" w:hAnsi="Tahoma" w:cs="Tahoma" w:hint="cs"/>
          <w:rtl/>
        </w:rPr>
        <w:t>یی</w:t>
      </w:r>
      <w:r w:rsidRPr="00576FA6">
        <w:rPr>
          <w:rFonts w:ascii="Tahoma" w:hAnsi="Tahoma" w:cs="Tahoma"/>
          <w:rtl/>
        </w:rPr>
        <w:t xml:space="preserve"> از سرزم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ن‌ها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ران</w:t>
      </w:r>
      <w:r w:rsidRPr="00576FA6">
        <w:rPr>
          <w:rFonts w:ascii="Tahoma" w:hAnsi="Tahoma" w:cs="Tahoma"/>
          <w:rtl/>
        </w:rPr>
        <w:t xml:space="preserve"> به د</w:t>
      </w:r>
      <w:r w:rsidRPr="00576FA6">
        <w:rPr>
          <w:rFonts w:ascii="Tahoma" w:hAnsi="Tahoma" w:cs="Tahoma" w:hint="eastAsia"/>
          <w:rtl/>
        </w:rPr>
        <w:t>ست</w:t>
      </w:r>
      <w:r w:rsidRPr="00576FA6">
        <w:rPr>
          <w:rFonts w:ascii="Tahoma" w:hAnsi="Tahoma" w:cs="Tahoma"/>
          <w:rtl/>
        </w:rPr>
        <w:t xml:space="preserve"> آنان و جا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گاه</w:t>
      </w:r>
      <w:r w:rsidRPr="00576FA6">
        <w:rPr>
          <w:rFonts w:ascii="Tahoma" w:hAnsi="Tahoma" w:cs="Tahoma"/>
          <w:rtl/>
        </w:rPr>
        <w:t xml:space="preserve"> مذهب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سلطان عثمان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را پذ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رفت</w:t>
      </w:r>
      <w:r w:rsidRPr="00576FA6">
        <w:rPr>
          <w:rFonts w:ascii="Tahoma" w:hAnsi="Tahoma" w:cs="Tahoma"/>
          <w:rtl/>
        </w:rPr>
        <w:t>.</w:t>
      </w:r>
    </w:p>
    <w:p w:rsidR="00576FA6" w:rsidRPr="00576FA6" w:rsidRDefault="00576FA6" w:rsidP="00576FA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76FA6">
        <w:rPr>
          <w:rFonts w:ascii="Tahoma" w:hAnsi="Tahoma" w:cs="Tahoma" w:hint="eastAsia"/>
          <w:rtl/>
        </w:rPr>
        <w:t>برا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اشرف، شناسا</w:t>
      </w:r>
      <w:r w:rsidRPr="00576FA6">
        <w:rPr>
          <w:rFonts w:ascii="Tahoma" w:hAnsi="Tahoma" w:cs="Tahoma" w:hint="cs"/>
          <w:rtl/>
        </w:rPr>
        <w:t>یی</w:t>
      </w:r>
      <w:r w:rsidRPr="00576FA6">
        <w:rPr>
          <w:rFonts w:ascii="Tahoma" w:hAnsi="Tahoma" w:cs="Tahoma"/>
          <w:rtl/>
        </w:rPr>
        <w:t xml:space="preserve"> ب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رون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م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توانست</w:t>
      </w:r>
      <w:r w:rsidRPr="00576FA6">
        <w:rPr>
          <w:rFonts w:ascii="Tahoma" w:hAnsi="Tahoma" w:cs="Tahoma"/>
          <w:rtl/>
        </w:rPr>
        <w:t xml:space="preserve"> کمبود حقان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ت</w:t>
      </w:r>
      <w:r w:rsidRPr="00576FA6">
        <w:rPr>
          <w:rFonts w:ascii="Tahoma" w:hAnsi="Tahoma" w:cs="Tahoma"/>
          <w:rtl/>
        </w:rPr>
        <w:t xml:space="preserve"> داخل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را جبران کند. اگر 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ک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از بزرگ‌تر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ن</w:t>
      </w:r>
      <w:r w:rsidRPr="00576FA6">
        <w:rPr>
          <w:rFonts w:ascii="Tahoma" w:hAnsi="Tahoma" w:cs="Tahoma"/>
          <w:rtl/>
        </w:rPr>
        <w:t xml:space="preserve"> حکومت‌ها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منطقه او را فرمانروا م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شناخت،</w:t>
      </w:r>
      <w:r w:rsidRPr="00576FA6">
        <w:rPr>
          <w:rFonts w:ascii="Tahoma" w:hAnsi="Tahoma" w:cs="Tahoma"/>
          <w:rtl/>
        </w:rPr>
        <w:t xml:space="preserve"> م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توانست</w:t>
      </w:r>
      <w:r w:rsidRPr="00576FA6">
        <w:rPr>
          <w:rFonts w:ascii="Tahoma" w:hAnsi="Tahoma" w:cs="Tahoma"/>
          <w:rtl/>
        </w:rPr>
        <w:t xml:space="preserve"> خود را فقط رئ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س</w:t>
      </w:r>
      <w:r w:rsidRPr="00576FA6">
        <w:rPr>
          <w:rFonts w:ascii="Tahoma" w:hAnsi="Tahoma" w:cs="Tahoma"/>
          <w:rtl/>
        </w:rPr>
        <w:t xml:space="preserve"> قب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له‌ا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فاتح نشان ندهد. اما 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ن</w:t>
      </w:r>
      <w:r w:rsidRPr="00576FA6">
        <w:rPr>
          <w:rFonts w:ascii="Tahoma" w:hAnsi="Tahoma" w:cs="Tahoma"/>
          <w:rtl/>
        </w:rPr>
        <w:t xml:space="preserve"> شناسا</w:t>
      </w:r>
      <w:r w:rsidRPr="00576FA6">
        <w:rPr>
          <w:rFonts w:ascii="Tahoma" w:hAnsi="Tahoma" w:cs="Tahoma" w:hint="cs"/>
          <w:rtl/>
        </w:rPr>
        <w:t>یی</w:t>
      </w:r>
      <w:r w:rsidRPr="00576FA6">
        <w:rPr>
          <w:rFonts w:ascii="Tahoma" w:hAnsi="Tahoma" w:cs="Tahoma"/>
          <w:rtl/>
        </w:rPr>
        <w:t xml:space="preserve"> به بها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پذ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رفتن</w:t>
      </w:r>
      <w:r w:rsidRPr="00576FA6">
        <w:rPr>
          <w:rFonts w:ascii="Tahoma" w:hAnsi="Tahoma" w:cs="Tahoma"/>
          <w:rtl/>
        </w:rPr>
        <w:t xml:space="preserve"> از دست رفتن بخش‌ها</w:t>
      </w:r>
      <w:r w:rsidRPr="00576FA6">
        <w:rPr>
          <w:rFonts w:ascii="Tahoma" w:hAnsi="Tahoma" w:cs="Tahoma" w:hint="cs"/>
          <w:rtl/>
        </w:rPr>
        <w:t>یی</w:t>
      </w:r>
      <w:r w:rsidRPr="00576FA6">
        <w:rPr>
          <w:rFonts w:ascii="Tahoma" w:hAnsi="Tahoma" w:cs="Tahoma"/>
          <w:rtl/>
        </w:rPr>
        <w:t xml:space="preserve"> از کشور به دست آمد.</w:t>
      </w:r>
    </w:p>
    <w:p w:rsidR="00576FA6" w:rsidRPr="00576FA6" w:rsidRDefault="00576FA6" w:rsidP="00576FA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76FA6">
        <w:rPr>
          <w:rFonts w:ascii="Tahoma" w:hAnsi="Tahoma" w:cs="Tahoma" w:hint="eastAsia"/>
          <w:rtl/>
        </w:rPr>
        <w:t>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ن‌جا</w:t>
      </w:r>
      <w:r w:rsidRPr="00576FA6">
        <w:rPr>
          <w:rFonts w:ascii="Tahoma" w:hAnsi="Tahoma" w:cs="Tahoma"/>
          <w:rtl/>
        </w:rPr>
        <w:t xml:space="preserve"> تفاوت م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ان</w:t>
      </w:r>
      <w:r w:rsidRPr="00576FA6">
        <w:rPr>
          <w:rFonts w:ascii="Tahoma" w:hAnsi="Tahoma" w:cs="Tahoma"/>
          <w:rtl/>
        </w:rPr>
        <w:t xml:space="preserve"> حفظ حکومت و حفظ کشور آشکار شد. اشرف برا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آنکه تاج خود را در اصفهان نگاه دارد، تصرف ب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گانگان</w:t>
      </w:r>
      <w:r w:rsidRPr="00576FA6">
        <w:rPr>
          <w:rFonts w:ascii="Tahoma" w:hAnsi="Tahoma" w:cs="Tahoma"/>
          <w:rtl/>
        </w:rPr>
        <w:t xml:space="preserve"> را در مناطق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د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گر</w:t>
      </w:r>
      <w:r w:rsidRPr="00576FA6">
        <w:rPr>
          <w:rFonts w:ascii="Tahoma" w:hAnsi="Tahoma" w:cs="Tahoma"/>
          <w:rtl/>
        </w:rPr>
        <w:t xml:space="preserve"> پذ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رفت</w:t>
      </w:r>
      <w:r w:rsidRPr="00576FA6">
        <w:rPr>
          <w:rFonts w:ascii="Tahoma" w:hAnsi="Tahoma" w:cs="Tahoma"/>
          <w:rtl/>
        </w:rPr>
        <w:t>. از د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د</w:t>
      </w:r>
      <w:r w:rsidRPr="00576FA6">
        <w:rPr>
          <w:rFonts w:ascii="Tahoma" w:hAnsi="Tahoma" w:cs="Tahoma"/>
          <w:rtl/>
        </w:rPr>
        <w:t xml:space="preserve"> او شا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د</w:t>
      </w:r>
      <w:r w:rsidRPr="00576FA6">
        <w:rPr>
          <w:rFonts w:ascii="Tahoma" w:hAnsi="Tahoma" w:cs="Tahoma"/>
          <w:rtl/>
        </w:rPr>
        <w:t xml:space="preserve"> 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ن</w:t>
      </w:r>
      <w:r w:rsidRPr="00576FA6">
        <w:rPr>
          <w:rFonts w:ascii="Tahoma" w:hAnsi="Tahoma" w:cs="Tahoma"/>
          <w:rtl/>
        </w:rPr>
        <w:t xml:space="preserve"> عقب‌نش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موقت و ناگز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ر</w:t>
      </w:r>
      <w:r w:rsidRPr="00576FA6">
        <w:rPr>
          <w:rFonts w:ascii="Tahoma" w:hAnsi="Tahoma" w:cs="Tahoma"/>
          <w:rtl/>
        </w:rPr>
        <w:t xml:space="preserve"> بود؛ اما برا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مردم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که حکومت را مسئول نگهدار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سرزم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ن</w:t>
      </w:r>
      <w:r w:rsidRPr="00576FA6">
        <w:rPr>
          <w:rFonts w:ascii="Tahoma" w:hAnsi="Tahoma" w:cs="Tahoma"/>
          <w:rtl/>
        </w:rPr>
        <w:t xml:space="preserve"> م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دانستند،</w:t>
      </w:r>
      <w:r w:rsidRPr="00576FA6">
        <w:rPr>
          <w:rFonts w:ascii="Tahoma" w:hAnsi="Tahoma" w:cs="Tahoma"/>
          <w:rtl/>
        </w:rPr>
        <w:t xml:space="preserve"> پذ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رش</w:t>
      </w:r>
      <w:r w:rsidRPr="00576FA6">
        <w:rPr>
          <w:rFonts w:ascii="Tahoma" w:hAnsi="Tahoma" w:cs="Tahoma"/>
          <w:rtl/>
        </w:rPr>
        <w:t xml:space="preserve"> آن حقا</w:t>
      </w:r>
      <w:r w:rsidRPr="00576FA6">
        <w:rPr>
          <w:rFonts w:ascii="Tahoma" w:hAnsi="Tahoma" w:cs="Tahoma" w:hint="eastAsia"/>
          <w:rtl/>
        </w:rPr>
        <w:t>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تش</w:t>
      </w:r>
      <w:r w:rsidRPr="00576FA6">
        <w:rPr>
          <w:rFonts w:ascii="Tahoma" w:hAnsi="Tahoma" w:cs="Tahoma"/>
          <w:rtl/>
        </w:rPr>
        <w:t xml:space="preserve"> را ب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شتر</w:t>
      </w:r>
      <w:r w:rsidRPr="00576FA6">
        <w:rPr>
          <w:rFonts w:ascii="Tahoma" w:hAnsi="Tahoma" w:cs="Tahoma"/>
          <w:rtl/>
        </w:rPr>
        <w:t xml:space="preserve"> کاهش م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داد</w:t>
      </w:r>
      <w:r w:rsidRPr="00576FA6">
        <w:rPr>
          <w:rFonts w:ascii="Tahoma" w:hAnsi="Tahoma" w:cs="Tahoma"/>
          <w:rtl/>
        </w:rPr>
        <w:t>.</w:t>
      </w:r>
    </w:p>
    <w:p w:rsidR="00576FA6" w:rsidRPr="00576FA6" w:rsidRDefault="00576FA6" w:rsidP="00576FA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76FA6">
        <w:rPr>
          <w:rFonts w:ascii="Tahoma" w:hAnsi="Tahoma" w:cs="Tahoma" w:hint="eastAsia"/>
          <w:rtl/>
        </w:rPr>
        <w:t>عثمان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ان</w:t>
      </w:r>
      <w:r w:rsidRPr="00576FA6">
        <w:rPr>
          <w:rFonts w:ascii="Tahoma" w:hAnsi="Tahoma" w:cs="Tahoma"/>
          <w:rtl/>
        </w:rPr>
        <w:t xml:space="preserve"> م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توانستند</w:t>
      </w:r>
      <w:r w:rsidRPr="00576FA6">
        <w:rPr>
          <w:rFonts w:ascii="Tahoma" w:hAnsi="Tahoma" w:cs="Tahoma"/>
          <w:rtl/>
        </w:rPr>
        <w:t xml:space="preserve"> اشرف را شاه بشناسند، ول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ن</w:t>
      </w:r>
      <w:r w:rsidRPr="00576FA6">
        <w:rPr>
          <w:rFonts w:ascii="Tahoma" w:hAnsi="Tahoma" w:cs="Tahoma"/>
          <w:rtl/>
        </w:rPr>
        <w:t xml:space="preserve"> شناسا</w:t>
      </w:r>
      <w:r w:rsidRPr="00576FA6">
        <w:rPr>
          <w:rFonts w:ascii="Tahoma" w:hAnsi="Tahoma" w:cs="Tahoma" w:hint="cs"/>
          <w:rtl/>
        </w:rPr>
        <w:t>یی</w:t>
      </w:r>
      <w:r w:rsidRPr="00576FA6">
        <w:rPr>
          <w:rFonts w:ascii="Tahoma" w:hAnsi="Tahoma" w:cs="Tahoma"/>
          <w:rtl/>
        </w:rPr>
        <w:t xml:space="preserve"> مردم 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ران</w:t>
      </w:r>
      <w:r w:rsidRPr="00576FA6">
        <w:rPr>
          <w:rFonts w:ascii="Tahoma" w:hAnsi="Tahoma" w:cs="Tahoma"/>
          <w:rtl/>
        </w:rPr>
        <w:t xml:space="preserve"> را وادار به فرمان‌بردار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نم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کرد</w:t>
      </w:r>
      <w:r w:rsidRPr="00576FA6">
        <w:rPr>
          <w:rFonts w:ascii="Tahoma" w:hAnsi="Tahoma" w:cs="Tahoma"/>
          <w:rtl/>
        </w:rPr>
        <w:t>. حقان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ت</w:t>
      </w:r>
      <w:r w:rsidRPr="00576FA6">
        <w:rPr>
          <w:rFonts w:ascii="Tahoma" w:hAnsi="Tahoma" w:cs="Tahoma"/>
          <w:rtl/>
        </w:rPr>
        <w:t xml:space="preserve"> حکمران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فقط از قرارداد خارج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سرچشمه نم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گ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رد</w:t>
      </w:r>
      <w:r w:rsidRPr="00576FA6">
        <w:rPr>
          <w:rFonts w:ascii="Tahoma" w:hAnsi="Tahoma" w:cs="Tahoma"/>
          <w:rtl/>
        </w:rPr>
        <w:t>. جامعه با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د</w:t>
      </w:r>
      <w:r w:rsidRPr="00576FA6">
        <w:rPr>
          <w:rFonts w:ascii="Tahoma" w:hAnsi="Tahoma" w:cs="Tahoma"/>
          <w:rtl/>
        </w:rPr>
        <w:t xml:space="preserve"> حکومت را صاحب حق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شناخته‌شده، حافظ امن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ت</w:t>
      </w:r>
      <w:r w:rsidRPr="00576FA6">
        <w:rPr>
          <w:rFonts w:ascii="Tahoma" w:hAnsi="Tahoma" w:cs="Tahoma"/>
          <w:rtl/>
        </w:rPr>
        <w:t xml:space="preserve"> و قادر به ادارهٔ زندگ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خود بداند. اشرف در هر سه </w:t>
      </w:r>
      <w:r w:rsidRPr="00576FA6">
        <w:rPr>
          <w:rFonts w:ascii="Tahoma" w:hAnsi="Tahoma" w:cs="Tahoma" w:hint="eastAsia"/>
          <w:rtl/>
        </w:rPr>
        <w:t>زم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نه</w:t>
      </w:r>
      <w:r w:rsidRPr="00576FA6">
        <w:rPr>
          <w:rFonts w:ascii="Tahoma" w:hAnsi="Tahoma" w:cs="Tahoma"/>
          <w:rtl/>
        </w:rPr>
        <w:t xml:space="preserve"> با کمبود روبه‌رو بود.</w:t>
      </w:r>
    </w:p>
    <w:p w:rsidR="00576FA6" w:rsidRPr="00576FA6" w:rsidRDefault="00576FA6" w:rsidP="00576FA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76FA6">
        <w:rPr>
          <w:rFonts w:ascii="Tahoma" w:hAnsi="Tahoma" w:cs="Tahoma" w:hint="eastAsia"/>
          <w:rtl/>
        </w:rPr>
        <w:t>د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نکاران</w:t>
      </w:r>
      <w:r w:rsidRPr="00576FA6">
        <w:rPr>
          <w:rFonts w:ascii="Tahoma" w:hAnsi="Tahoma" w:cs="Tahoma"/>
          <w:rtl/>
        </w:rPr>
        <w:t xml:space="preserve"> ش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عه</w:t>
      </w:r>
      <w:r w:rsidRPr="00576FA6">
        <w:rPr>
          <w:rFonts w:ascii="Tahoma" w:hAnsi="Tahoma" w:cs="Tahoma"/>
          <w:rtl/>
        </w:rPr>
        <w:t xml:space="preserve"> 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ز</w:t>
      </w:r>
      <w:r w:rsidRPr="00576FA6">
        <w:rPr>
          <w:rFonts w:ascii="Tahoma" w:hAnsi="Tahoma" w:cs="Tahoma"/>
          <w:rtl/>
        </w:rPr>
        <w:t xml:space="preserve"> نم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توانستند</w:t>
      </w:r>
      <w:r w:rsidRPr="00576FA6">
        <w:rPr>
          <w:rFonts w:ascii="Tahoma" w:hAnsi="Tahoma" w:cs="Tahoma"/>
          <w:rtl/>
        </w:rPr>
        <w:t xml:space="preserve"> به‌آسان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حکومت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را بپذ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رند</w:t>
      </w:r>
      <w:r w:rsidRPr="00576FA6">
        <w:rPr>
          <w:rFonts w:ascii="Tahoma" w:hAnsi="Tahoma" w:cs="Tahoma"/>
          <w:rtl/>
        </w:rPr>
        <w:t xml:space="preserve"> که هم سن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بود، هم خاندان صفو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را کشته و هم سرزم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ن‌ها</w:t>
      </w:r>
      <w:r w:rsidRPr="00576FA6">
        <w:rPr>
          <w:rFonts w:ascii="Tahoma" w:hAnsi="Tahoma" w:cs="Tahoma" w:hint="cs"/>
          <w:rtl/>
        </w:rPr>
        <w:t>یی</w:t>
      </w:r>
      <w:r w:rsidRPr="00576FA6">
        <w:rPr>
          <w:rFonts w:ascii="Tahoma" w:hAnsi="Tahoma" w:cs="Tahoma"/>
          <w:rtl/>
        </w:rPr>
        <w:t xml:space="preserve"> را به عثمان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ان</w:t>
      </w:r>
      <w:r w:rsidRPr="00576FA6">
        <w:rPr>
          <w:rFonts w:ascii="Tahoma" w:hAnsi="Tahoma" w:cs="Tahoma"/>
          <w:rtl/>
        </w:rPr>
        <w:t xml:space="preserve"> واگذار کرده بود. برخ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برا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حفظ جان و نهادها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مذهب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مدارا م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کردند،</w:t>
      </w:r>
      <w:r w:rsidRPr="00576FA6">
        <w:rPr>
          <w:rFonts w:ascii="Tahoma" w:hAnsi="Tahoma" w:cs="Tahoma"/>
          <w:rtl/>
        </w:rPr>
        <w:t xml:space="preserve"> اما دستگاه د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نکار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نم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توانست</w:t>
      </w:r>
      <w:r w:rsidRPr="00576FA6">
        <w:rPr>
          <w:rFonts w:ascii="Tahoma" w:hAnsi="Tahoma" w:cs="Tahoma"/>
          <w:rtl/>
        </w:rPr>
        <w:t xml:space="preserve"> همان حقان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ت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را که به تاج صفو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</w:t>
      </w:r>
      <w:r w:rsidRPr="00576FA6">
        <w:rPr>
          <w:rFonts w:ascii="Tahoma" w:hAnsi="Tahoma" w:cs="Tahoma" w:hint="eastAsia"/>
          <w:rtl/>
        </w:rPr>
        <w:t>داده</w:t>
      </w:r>
      <w:r w:rsidRPr="00576FA6">
        <w:rPr>
          <w:rFonts w:ascii="Tahoma" w:hAnsi="Tahoma" w:cs="Tahoma"/>
          <w:rtl/>
        </w:rPr>
        <w:t xml:space="preserve"> بود در اخت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ار</w:t>
      </w:r>
      <w:r w:rsidRPr="00576FA6">
        <w:rPr>
          <w:rFonts w:ascii="Tahoma" w:hAnsi="Tahoma" w:cs="Tahoma"/>
          <w:rtl/>
        </w:rPr>
        <w:t xml:space="preserve"> اشرف قرار دهد.</w:t>
      </w:r>
    </w:p>
    <w:p w:rsidR="00576FA6" w:rsidRPr="00576FA6" w:rsidRDefault="00576FA6" w:rsidP="00576FA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76FA6">
        <w:rPr>
          <w:rFonts w:ascii="Tahoma" w:hAnsi="Tahoma" w:cs="Tahoma" w:hint="eastAsia"/>
          <w:rtl/>
        </w:rPr>
        <w:t>د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وانسالاران</w:t>
      </w:r>
      <w:r w:rsidRPr="00576FA6">
        <w:rPr>
          <w:rFonts w:ascii="Tahoma" w:hAnsi="Tahoma" w:cs="Tahoma"/>
          <w:rtl/>
        </w:rPr>
        <w:t xml:space="preserve"> 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ز</w:t>
      </w:r>
      <w:r w:rsidRPr="00576FA6">
        <w:rPr>
          <w:rFonts w:ascii="Tahoma" w:hAnsi="Tahoma" w:cs="Tahoma"/>
          <w:rtl/>
        </w:rPr>
        <w:t xml:space="preserve"> به او خدمت م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کردند،</w:t>
      </w:r>
      <w:r w:rsidRPr="00576FA6">
        <w:rPr>
          <w:rFonts w:ascii="Tahoma" w:hAnsi="Tahoma" w:cs="Tahoma"/>
          <w:rtl/>
        </w:rPr>
        <w:t xml:space="preserve"> ول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خدمت د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وان</w:t>
      </w:r>
      <w:r w:rsidRPr="00576FA6">
        <w:rPr>
          <w:rFonts w:ascii="Tahoma" w:hAnsi="Tahoma" w:cs="Tahoma"/>
          <w:rtl/>
        </w:rPr>
        <w:t xml:space="preserve"> به معنا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وفادار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کامل نبود. د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وان</w:t>
      </w:r>
      <w:r w:rsidRPr="00576FA6">
        <w:rPr>
          <w:rFonts w:ascii="Tahoma" w:hAnsi="Tahoma" w:cs="Tahoma"/>
          <w:rtl/>
        </w:rPr>
        <w:t xml:space="preserve"> وظ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فه</w:t>
      </w:r>
      <w:r w:rsidRPr="00576FA6">
        <w:rPr>
          <w:rFonts w:ascii="Tahoma" w:hAnsi="Tahoma" w:cs="Tahoma"/>
          <w:rtl/>
        </w:rPr>
        <w:t xml:space="preserve"> داشت ادارهٔ شهر و مال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ات</w:t>
      </w:r>
      <w:r w:rsidRPr="00576FA6">
        <w:rPr>
          <w:rFonts w:ascii="Tahoma" w:hAnsi="Tahoma" w:cs="Tahoma"/>
          <w:rtl/>
        </w:rPr>
        <w:t xml:space="preserve"> را ادامه دهد؛ اما بس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ار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از کارگزاران م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توانستند</w:t>
      </w:r>
      <w:r w:rsidRPr="00576FA6">
        <w:rPr>
          <w:rFonts w:ascii="Tahoma" w:hAnsi="Tahoma" w:cs="Tahoma"/>
          <w:rtl/>
        </w:rPr>
        <w:t xml:space="preserve"> در انتظار بازگشت تهماسب 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ا</w:t>
      </w:r>
      <w:r w:rsidRPr="00576FA6">
        <w:rPr>
          <w:rFonts w:ascii="Tahoma" w:hAnsi="Tahoma" w:cs="Tahoma"/>
          <w:rtl/>
        </w:rPr>
        <w:t xml:space="preserve"> ظهور 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رو</w:t>
      </w:r>
      <w:r w:rsidRPr="00576FA6">
        <w:rPr>
          <w:rFonts w:ascii="Tahoma" w:hAnsi="Tahoma" w:cs="Tahoma" w:hint="cs"/>
          <w:rtl/>
        </w:rPr>
        <w:t>یی</w:t>
      </w:r>
      <w:r w:rsidRPr="00576FA6">
        <w:rPr>
          <w:rFonts w:ascii="Tahoma" w:hAnsi="Tahoma" w:cs="Tahoma"/>
          <w:rtl/>
        </w:rPr>
        <w:t xml:space="preserve"> د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گر</w:t>
      </w:r>
      <w:r w:rsidRPr="00576FA6">
        <w:rPr>
          <w:rFonts w:ascii="Tahoma" w:hAnsi="Tahoma" w:cs="Tahoma"/>
          <w:rtl/>
        </w:rPr>
        <w:t xml:space="preserve"> باشند. اشرف به دانش آنان 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از</w:t>
      </w:r>
      <w:r w:rsidRPr="00576FA6">
        <w:rPr>
          <w:rFonts w:ascii="Tahoma" w:hAnsi="Tahoma" w:cs="Tahoma"/>
          <w:rtl/>
        </w:rPr>
        <w:t xml:space="preserve"> داشت و هم‌زمان از پ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وند</w:t>
      </w:r>
      <w:r w:rsidRPr="00576FA6">
        <w:rPr>
          <w:rFonts w:ascii="Tahoma" w:hAnsi="Tahoma" w:cs="Tahoma"/>
          <w:rtl/>
        </w:rPr>
        <w:t xml:space="preserve"> پنهان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شان</w:t>
      </w:r>
      <w:r w:rsidRPr="00576FA6">
        <w:rPr>
          <w:rFonts w:ascii="Tahoma" w:hAnsi="Tahoma" w:cs="Tahoma"/>
          <w:rtl/>
        </w:rPr>
        <w:t xml:space="preserve"> با رق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بان</w:t>
      </w:r>
      <w:r w:rsidRPr="00576FA6">
        <w:rPr>
          <w:rFonts w:ascii="Tahoma" w:hAnsi="Tahoma" w:cs="Tahoma"/>
          <w:rtl/>
        </w:rPr>
        <w:t xml:space="preserve"> ب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مناک</w:t>
      </w:r>
      <w:r w:rsidRPr="00576FA6">
        <w:rPr>
          <w:rFonts w:ascii="Tahoma" w:hAnsi="Tahoma" w:cs="Tahoma"/>
          <w:rtl/>
        </w:rPr>
        <w:t xml:space="preserve"> بود.</w:t>
      </w:r>
    </w:p>
    <w:p w:rsidR="00576FA6" w:rsidRPr="00576FA6" w:rsidRDefault="00576FA6" w:rsidP="00576FA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76FA6">
        <w:rPr>
          <w:rFonts w:ascii="Tahoma" w:hAnsi="Tahoma" w:cs="Tahoma" w:hint="eastAsia"/>
          <w:rtl/>
        </w:rPr>
        <w:t>تهماسب</w:t>
      </w:r>
      <w:r w:rsidRPr="00576FA6">
        <w:rPr>
          <w:rFonts w:ascii="Tahoma" w:hAnsi="Tahoma" w:cs="Tahoma"/>
          <w:rtl/>
        </w:rPr>
        <w:t xml:space="preserve"> دوم در 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ن</w:t>
      </w:r>
      <w:r w:rsidRPr="00576FA6">
        <w:rPr>
          <w:rFonts w:ascii="Tahoma" w:hAnsi="Tahoma" w:cs="Tahoma"/>
          <w:rtl/>
        </w:rPr>
        <w:t xml:space="preserve"> م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ان</w:t>
      </w:r>
      <w:r w:rsidRPr="00576FA6">
        <w:rPr>
          <w:rFonts w:ascii="Tahoma" w:hAnsi="Tahoma" w:cs="Tahoma"/>
          <w:rtl/>
        </w:rPr>
        <w:t xml:space="preserve"> م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کوش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د</w:t>
      </w:r>
      <w:r w:rsidRPr="00576FA6">
        <w:rPr>
          <w:rFonts w:ascii="Tahoma" w:hAnsi="Tahoma" w:cs="Tahoma"/>
          <w:rtl/>
        </w:rPr>
        <w:t xml:space="preserve"> در شمال و شرق کشور 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رو</w:t>
      </w:r>
      <w:r w:rsidRPr="00576FA6">
        <w:rPr>
          <w:rFonts w:ascii="Tahoma" w:hAnsi="Tahoma" w:cs="Tahoma" w:hint="cs"/>
          <w:rtl/>
        </w:rPr>
        <w:t>یی</w:t>
      </w:r>
      <w:r w:rsidRPr="00576FA6">
        <w:rPr>
          <w:rFonts w:ascii="Tahoma" w:hAnsi="Tahoma" w:cs="Tahoma"/>
          <w:rtl/>
        </w:rPr>
        <w:t xml:space="preserve"> گرد آورد. او مدت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به حما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ت</w:t>
      </w:r>
      <w:r w:rsidRPr="00576FA6">
        <w:rPr>
          <w:rFonts w:ascii="Tahoma" w:hAnsi="Tahoma" w:cs="Tahoma"/>
          <w:rtl/>
        </w:rPr>
        <w:t xml:space="preserve"> فتحعل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خان</w:t>
      </w:r>
      <w:r w:rsidRPr="00576FA6">
        <w:rPr>
          <w:rFonts w:ascii="Tahoma" w:hAnsi="Tahoma" w:cs="Tahoma"/>
          <w:rtl/>
        </w:rPr>
        <w:t xml:space="preserve"> قاجار و گروه‌ها</w:t>
      </w:r>
      <w:r w:rsidRPr="00576FA6">
        <w:rPr>
          <w:rFonts w:ascii="Tahoma" w:hAnsi="Tahoma" w:cs="Tahoma" w:hint="cs"/>
          <w:rtl/>
        </w:rPr>
        <w:t>یی</w:t>
      </w:r>
      <w:r w:rsidRPr="00576FA6">
        <w:rPr>
          <w:rFonts w:ascii="Tahoma" w:hAnsi="Tahoma" w:cs="Tahoma"/>
          <w:rtl/>
        </w:rPr>
        <w:t xml:space="preserve"> از قزلباشان و حاکمان محل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تک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ه</w:t>
      </w:r>
      <w:r w:rsidRPr="00576FA6">
        <w:rPr>
          <w:rFonts w:ascii="Tahoma" w:hAnsi="Tahoma" w:cs="Tahoma"/>
          <w:rtl/>
        </w:rPr>
        <w:t xml:space="preserve"> کرد. فتحعل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خان</w:t>
      </w:r>
      <w:r w:rsidRPr="00576FA6">
        <w:rPr>
          <w:rFonts w:ascii="Tahoma" w:hAnsi="Tahoma" w:cs="Tahoma"/>
          <w:rtl/>
        </w:rPr>
        <w:t xml:space="preserve"> قاجار صاحب 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رو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نظام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و نفوذ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بود که م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توانست</w:t>
      </w:r>
      <w:r w:rsidRPr="00576FA6">
        <w:rPr>
          <w:rFonts w:ascii="Tahoma" w:hAnsi="Tahoma" w:cs="Tahoma"/>
          <w:rtl/>
        </w:rPr>
        <w:t xml:space="preserve"> ادعا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شاه را به قدرت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عمل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نزد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ک</w:t>
      </w:r>
      <w:r w:rsidRPr="00576FA6">
        <w:rPr>
          <w:rFonts w:ascii="Tahoma" w:hAnsi="Tahoma" w:cs="Tahoma"/>
          <w:rtl/>
        </w:rPr>
        <w:t xml:space="preserve"> کند.</w:t>
      </w:r>
    </w:p>
    <w:p w:rsidR="00576FA6" w:rsidRPr="00576FA6" w:rsidRDefault="00576FA6" w:rsidP="00576FA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76FA6">
        <w:rPr>
          <w:rFonts w:ascii="Tahoma" w:hAnsi="Tahoma" w:cs="Tahoma" w:hint="eastAsia"/>
          <w:rtl/>
        </w:rPr>
        <w:t>اما</w:t>
      </w:r>
      <w:r w:rsidRPr="00576FA6">
        <w:rPr>
          <w:rFonts w:ascii="Tahoma" w:hAnsi="Tahoma" w:cs="Tahoma"/>
          <w:rtl/>
        </w:rPr>
        <w:t xml:space="preserve"> تهماسب از همان مشکل د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رپا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تاج صفو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رنج م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برد</w:t>
      </w:r>
      <w:r w:rsidRPr="00576FA6">
        <w:rPr>
          <w:rFonts w:ascii="Tahoma" w:hAnsi="Tahoma" w:cs="Tahoma"/>
          <w:rtl/>
        </w:rPr>
        <w:t>. سردار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که برا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نجات شاه لازم بود پس از افزا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ش</w:t>
      </w:r>
      <w:r w:rsidRPr="00576FA6">
        <w:rPr>
          <w:rFonts w:ascii="Tahoma" w:hAnsi="Tahoma" w:cs="Tahoma"/>
          <w:rtl/>
        </w:rPr>
        <w:t xml:space="preserve"> قدرت م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توانست</w:t>
      </w:r>
      <w:r w:rsidRPr="00576FA6">
        <w:rPr>
          <w:rFonts w:ascii="Tahoma" w:hAnsi="Tahoma" w:cs="Tahoma"/>
          <w:rtl/>
        </w:rPr>
        <w:t xml:space="preserve"> خود به خطر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برا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او تبد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ل</w:t>
      </w:r>
      <w:r w:rsidRPr="00576FA6">
        <w:rPr>
          <w:rFonts w:ascii="Tahoma" w:hAnsi="Tahoma" w:cs="Tahoma"/>
          <w:rtl/>
        </w:rPr>
        <w:t xml:space="preserve"> شود. اگر فتحعل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خان</w:t>
      </w:r>
      <w:r w:rsidRPr="00576FA6">
        <w:rPr>
          <w:rFonts w:ascii="Tahoma" w:hAnsi="Tahoma" w:cs="Tahoma"/>
          <w:rtl/>
        </w:rPr>
        <w:t xml:space="preserve"> قاجار همهٔ 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رو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نظام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را در اخت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ار</w:t>
      </w:r>
      <w:r w:rsidRPr="00576FA6">
        <w:rPr>
          <w:rFonts w:ascii="Tahoma" w:hAnsi="Tahoma" w:cs="Tahoma"/>
          <w:rtl/>
        </w:rPr>
        <w:t xml:space="preserve"> م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گرفت،</w:t>
      </w:r>
      <w:r w:rsidRPr="00576FA6">
        <w:rPr>
          <w:rFonts w:ascii="Tahoma" w:hAnsi="Tahoma" w:cs="Tahoma"/>
          <w:rtl/>
        </w:rPr>
        <w:t xml:space="preserve"> شاه ممکن بود به نشان حقان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ت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برا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حکومت سردار تبد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ل</w:t>
      </w:r>
      <w:r w:rsidRPr="00576FA6">
        <w:rPr>
          <w:rFonts w:ascii="Tahoma" w:hAnsi="Tahoma" w:cs="Tahoma"/>
          <w:rtl/>
        </w:rPr>
        <w:t xml:space="preserve"> </w:t>
      </w:r>
      <w:r w:rsidRPr="00576FA6">
        <w:rPr>
          <w:rFonts w:ascii="Tahoma" w:hAnsi="Tahoma" w:cs="Tahoma" w:hint="eastAsia"/>
          <w:rtl/>
        </w:rPr>
        <w:t>شود</w:t>
      </w:r>
      <w:r w:rsidRPr="00576FA6">
        <w:rPr>
          <w:rFonts w:ascii="Tahoma" w:hAnsi="Tahoma" w:cs="Tahoma"/>
          <w:rtl/>
        </w:rPr>
        <w:t>.</w:t>
      </w:r>
    </w:p>
    <w:p w:rsidR="00576FA6" w:rsidRPr="00576FA6" w:rsidRDefault="00576FA6" w:rsidP="00576FA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76FA6">
        <w:rPr>
          <w:rFonts w:ascii="Tahoma" w:hAnsi="Tahoma" w:cs="Tahoma" w:hint="eastAsia"/>
          <w:rtl/>
        </w:rPr>
        <w:t>در</w:t>
      </w:r>
      <w:r w:rsidRPr="00576FA6">
        <w:rPr>
          <w:rFonts w:ascii="Tahoma" w:hAnsi="Tahoma" w:cs="Tahoma"/>
          <w:rtl/>
        </w:rPr>
        <w:t xml:space="preserve"> هم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ن</w:t>
      </w:r>
      <w:r w:rsidRPr="00576FA6">
        <w:rPr>
          <w:rFonts w:ascii="Tahoma" w:hAnsi="Tahoma" w:cs="Tahoma"/>
          <w:rtl/>
        </w:rPr>
        <w:t xml:space="preserve"> هنگام، سردار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د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گر</w:t>
      </w:r>
      <w:r w:rsidRPr="00576FA6">
        <w:rPr>
          <w:rFonts w:ascii="Tahoma" w:hAnsi="Tahoma" w:cs="Tahoma"/>
          <w:rtl/>
        </w:rPr>
        <w:t xml:space="preserve"> در خراسان قدرت م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گرفت</w:t>
      </w:r>
      <w:r w:rsidRPr="00576FA6">
        <w:rPr>
          <w:rFonts w:ascii="Tahoma" w:hAnsi="Tahoma" w:cs="Tahoma"/>
          <w:rtl/>
        </w:rPr>
        <w:t>. نادرقل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از 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ل</w:t>
      </w:r>
      <w:r w:rsidRPr="00576FA6">
        <w:rPr>
          <w:rFonts w:ascii="Tahoma" w:hAnsi="Tahoma" w:cs="Tahoma"/>
          <w:rtl/>
        </w:rPr>
        <w:t xml:space="preserve"> افشار برخاسته و در مح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ط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پر از جنگ، ناامن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و رقابت قبا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ل</w:t>
      </w:r>
      <w:r w:rsidRPr="00576FA6">
        <w:rPr>
          <w:rFonts w:ascii="Tahoma" w:hAnsi="Tahoma" w:cs="Tahoma"/>
          <w:rtl/>
        </w:rPr>
        <w:t xml:space="preserve"> پرورش 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افته</w:t>
      </w:r>
      <w:r w:rsidRPr="00576FA6">
        <w:rPr>
          <w:rFonts w:ascii="Tahoma" w:hAnsi="Tahoma" w:cs="Tahoma"/>
          <w:rtl/>
        </w:rPr>
        <w:t xml:space="preserve"> بود. او نه از خاندان سلطنت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بود، نه مقامش را از دستگاه د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نکار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م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گرفت</w:t>
      </w:r>
      <w:r w:rsidRPr="00576FA6">
        <w:rPr>
          <w:rFonts w:ascii="Tahoma" w:hAnsi="Tahoma" w:cs="Tahoma"/>
          <w:rtl/>
        </w:rPr>
        <w:t xml:space="preserve"> و نه وارث 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ک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از خاندان‌ها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بزرگ د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وان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بود. سرچشم</w:t>
      </w:r>
      <w:r w:rsidRPr="00576FA6">
        <w:rPr>
          <w:rFonts w:ascii="Tahoma" w:hAnsi="Tahoma" w:cs="Tahoma" w:hint="eastAsia"/>
          <w:rtl/>
        </w:rPr>
        <w:t>هٔ</w:t>
      </w:r>
      <w:r w:rsidRPr="00576FA6">
        <w:rPr>
          <w:rFonts w:ascii="Tahoma" w:hAnsi="Tahoma" w:cs="Tahoma"/>
          <w:rtl/>
        </w:rPr>
        <w:t xml:space="preserve"> اصل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قدرتش قشون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بود که توانسته بود گرد آورد و فرمانده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کند.</w:t>
      </w:r>
    </w:p>
    <w:p w:rsidR="00576FA6" w:rsidRPr="00576FA6" w:rsidRDefault="00576FA6" w:rsidP="00576FA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76FA6">
        <w:rPr>
          <w:rFonts w:ascii="Tahoma" w:hAnsi="Tahoma" w:cs="Tahoma" w:hint="eastAsia"/>
          <w:rtl/>
        </w:rPr>
        <w:t>نادر</w:t>
      </w:r>
      <w:r w:rsidRPr="00576FA6">
        <w:rPr>
          <w:rFonts w:ascii="Tahoma" w:hAnsi="Tahoma" w:cs="Tahoma"/>
          <w:rtl/>
        </w:rPr>
        <w:t xml:space="preserve"> در آغاز 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ک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از چند 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رو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محل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خراسان بود. اما آشفتگ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کشور برا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فرمانده‌ا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توانا فرصت م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ساخت</w:t>
      </w:r>
      <w:r w:rsidRPr="00576FA6">
        <w:rPr>
          <w:rFonts w:ascii="Tahoma" w:hAnsi="Tahoma" w:cs="Tahoma"/>
          <w:rtl/>
        </w:rPr>
        <w:t>. حکومت مرکز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ضع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ف</w:t>
      </w:r>
      <w:r w:rsidRPr="00576FA6">
        <w:rPr>
          <w:rFonts w:ascii="Tahoma" w:hAnsi="Tahoma" w:cs="Tahoma"/>
          <w:rtl/>
        </w:rPr>
        <w:t xml:space="preserve"> بود، ازبکان و ابدال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ان</w:t>
      </w:r>
      <w:r w:rsidRPr="00576FA6">
        <w:rPr>
          <w:rFonts w:ascii="Tahoma" w:hAnsi="Tahoma" w:cs="Tahoma"/>
          <w:rtl/>
        </w:rPr>
        <w:t xml:space="preserve"> فشار م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آوردند،</w:t>
      </w:r>
      <w:r w:rsidRPr="00576FA6">
        <w:rPr>
          <w:rFonts w:ascii="Tahoma" w:hAnsi="Tahoma" w:cs="Tahoma"/>
          <w:rtl/>
        </w:rPr>
        <w:t xml:space="preserve"> حاکمان محل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با 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کد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گر</w:t>
      </w:r>
      <w:r w:rsidRPr="00576FA6">
        <w:rPr>
          <w:rFonts w:ascii="Tahoma" w:hAnsi="Tahoma" w:cs="Tahoma"/>
          <w:rtl/>
        </w:rPr>
        <w:t xml:space="preserve"> رقابت داشتند و هر 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رو</w:t>
      </w:r>
      <w:r w:rsidRPr="00576FA6">
        <w:rPr>
          <w:rFonts w:ascii="Tahoma" w:hAnsi="Tahoma" w:cs="Tahoma" w:hint="cs"/>
          <w:rtl/>
        </w:rPr>
        <w:t>یی</w:t>
      </w:r>
      <w:r w:rsidRPr="00576FA6">
        <w:rPr>
          <w:rFonts w:ascii="Tahoma" w:hAnsi="Tahoma" w:cs="Tahoma"/>
          <w:rtl/>
        </w:rPr>
        <w:t xml:space="preserve"> که بتواند امن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ت</w:t>
      </w:r>
      <w:r w:rsidRPr="00576FA6">
        <w:rPr>
          <w:rFonts w:ascii="Tahoma" w:hAnsi="Tahoma" w:cs="Tahoma"/>
          <w:rtl/>
        </w:rPr>
        <w:t xml:space="preserve"> و پ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روز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فراهم کند پ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روان</w:t>
      </w:r>
      <w:r w:rsidRPr="00576FA6">
        <w:rPr>
          <w:rFonts w:ascii="Tahoma" w:hAnsi="Tahoma" w:cs="Tahoma"/>
          <w:rtl/>
        </w:rPr>
        <w:t xml:space="preserve"> ب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شتر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پ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دا</w:t>
      </w:r>
      <w:r w:rsidRPr="00576FA6">
        <w:rPr>
          <w:rFonts w:ascii="Tahoma" w:hAnsi="Tahoma" w:cs="Tahoma"/>
          <w:rtl/>
        </w:rPr>
        <w:t xml:space="preserve"> </w:t>
      </w:r>
      <w:r w:rsidRPr="00576FA6">
        <w:rPr>
          <w:rFonts w:ascii="Tahoma" w:hAnsi="Tahoma" w:cs="Tahoma" w:hint="eastAsia"/>
          <w:rtl/>
        </w:rPr>
        <w:t>م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کرد</w:t>
      </w:r>
      <w:r w:rsidRPr="00576FA6">
        <w:rPr>
          <w:rFonts w:ascii="Tahoma" w:hAnsi="Tahoma" w:cs="Tahoma"/>
          <w:rtl/>
        </w:rPr>
        <w:t>.</w:t>
      </w:r>
    </w:p>
    <w:p w:rsidR="00576FA6" w:rsidRPr="00576FA6" w:rsidRDefault="00576FA6" w:rsidP="00576FA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76FA6">
        <w:rPr>
          <w:rFonts w:ascii="Tahoma" w:hAnsi="Tahoma" w:cs="Tahoma" w:hint="eastAsia"/>
          <w:rtl/>
        </w:rPr>
        <w:t>تهماسب</w:t>
      </w:r>
      <w:r w:rsidRPr="00576FA6">
        <w:rPr>
          <w:rFonts w:ascii="Tahoma" w:hAnsi="Tahoma" w:cs="Tahoma"/>
          <w:rtl/>
        </w:rPr>
        <w:t xml:space="preserve"> دوم به نادر 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از</w:t>
      </w:r>
      <w:r w:rsidRPr="00576FA6">
        <w:rPr>
          <w:rFonts w:ascii="Tahoma" w:hAnsi="Tahoma" w:cs="Tahoma"/>
          <w:rtl/>
        </w:rPr>
        <w:t xml:space="preserve"> داشت؛ ز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را</w:t>
      </w:r>
      <w:r w:rsidRPr="00576FA6">
        <w:rPr>
          <w:rFonts w:ascii="Tahoma" w:hAnsi="Tahoma" w:cs="Tahoma"/>
          <w:rtl/>
        </w:rPr>
        <w:t xml:space="preserve"> برا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بازپس‌گ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ر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خراسان و سپس مقابله با اشرف قشون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کارآمد در اخت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ار</w:t>
      </w:r>
      <w:r w:rsidRPr="00576FA6">
        <w:rPr>
          <w:rFonts w:ascii="Tahoma" w:hAnsi="Tahoma" w:cs="Tahoma"/>
          <w:rtl/>
        </w:rPr>
        <w:t xml:space="preserve"> نداشت. نادر 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ز</w:t>
      </w:r>
      <w:r w:rsidRPr="00576FA6">
        <w:rPr>
          <w:rFonts w:ascii="Tahoma" w:hAnsi="Tahoma" w:cs="Tahoma"/>
          <w:rtl/>
        </w:rPr>
        <w:t xml:space="preserve"> به نام صفو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ازمند</w:t>
      </w:r>
      <w:r w:rsidRPr="00576FA6">
        <w:rPr>
          <w:rFonts w:ascii="Tahoma" w:hAnsi="Tahoma" w:cs="Tahoma"/>
          <w:rtl/>
        </w:rPr>
        <w:t xml:space="preserve"> بود. اگر فقط به نام خود م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جنگ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د،</w:t>
      </w:r>
      <w:r w:rsidRPr="00576FA6">
        <w:rPr>
          <w:rFonts w:ascii="Tahoma" w:hAnsi="Tahoma" w:cs="Tahoma"/>
          <w:rtl/>
        </w:rPr>
        <w:t xml:space="preserve"> 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ک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د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گر</w:t>
      </w:r>
      <w:r w:rsidRPr="00576FA6">
        <w:rPr>
          <w:rFonts w:ascii="Tahoma" w:hAnsi="Tahoma" w:cs="Tahoma"/>
          <w:rtl/>
        </w:rPr>
        <w:t xml:space="preserve"> از سرداران محل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به نظر م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رس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د؛</w:t>
      </w:r>
      <w:r w:rsidRPr="00576FA6">
        <w:rPr>
          <w:rFonts w:ascii="Tahoma" w:hAnsi="Tahoma" w:cs="Tahoma"/>
          <w:rtl/>
        </w:rPr>
        <w:t xml:space="preserve"> اما خدمت به وارث صفو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به عمل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اتش</w:t>
      </w:r>
      <w:r w:rsidRPr="00576FA6">
        <w:rPr>
          <w:rFonts w:ascii="Tahoma" w:hAnsi="Tahoma" w:cs="Tahoma"/>
          <w:rtl/>
        </w:rPr>
        <w:t xml:space="preserve"> حقان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ت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سر</w:t>
      </w:r>
      <w:r w:rsidRPr="00576FA6">
        <w:rPr>
          <w:rFonts w:ascii="Tahoma" w:hAnsi="Tahoma" w:cs="Tahoma" w:hint="eastAsia"/>
          <w:rtl/>
        </w:rPr>
        <w:t>اسر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م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بخش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د</w:t>
      </w:r>
      <w:r w:rsidRPr="00576FA6">
        <w:rPr>
          <w:rFonts w:ascii="Tahoma" w:hAnsi="Tahoma" w:cs="Tahoma"/>
          <w:rtl/>
        </w:rPr>
        <w:t>.</w:t>
      </w:r>
    </w:p>
    <w:p w:rsidR="00576FA6" w:rsidRPr="00576FA6" w:rsidRDefault="00576FA6" w:rsidP="00576FA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76FA6">
        <w:rPr>
          <w:rFonts w:ascii="Tahoma" w:hAnsi="Tahoma" w:cs="Tahoma" w:hint="eastAsia"/>
          <w:rtl/>
        </w:rPr>
        <w:t>از</w:t>
      </w:r>
      <w:r w:rsidRPr="00576FA6">
        <w:rPr>
          <w:rFonts w:ascii="Tahoma" w:hAnsi="Tahoma" w:cs="Tahoma"/>
          <w:rtl/>
        </w:rPr>
        <w:t xml:space="preserve"> 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ن</w:t>
      </w:r>
      <w:r w:rsidRPr="00576FA6">
        <w:rPr>
          <w:rFonts w:ascii="Tahoma" w:hAnsi="Tahoma" w:cs="Tahoma"/>
          <w:rtl/>
        </w:rPr>
        <w:t xml:space="preserve"> پس نادرقل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خود را «تهماسب‌قل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»،</w:t>
      </w:r>
      <w:r w:rsidRPr="00576FA6">
        <w:rPr>
          <w:rFonts w:ascii="Tahoma" w:hAnsi="Tahoma" w:cs="Tahoma"/>
          <w:rtl/>
        </w:rPr>
        <w:t xml:space="preserve"> 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عن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خدمتگزار تهماسب، خواند. 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ن</w:t>
      </w:r>
      <w:r w:rsidRPr="00576FA6">
        <w:rPr>
          <w:rFonts w:ascii="Tahoma" w:hAnsi="Tahoma" w:cs="Tahoma"/>
          <w:rtl/>
        </w:rPr>
        <w:t xml:space="preserve"> عنوان رابطه‌ا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را نشان م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داد</w:t>
      </w:r>
      <w:r w:rsidRPr="00576FA6">
        <w:rPr>
          <w:rFonts w:ascii="Tahoma" w:hAnsi="Tahoma" w:cs="Tahoma"/>
          <w:rtl/>
        </w:rPr>
        <w:t xml:space="preserve"> که در ظاهر م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ان</w:t>
      </w:r>
      <w:r w:rsidRPr="00576FA6">
        <w:rPr>
          <w:rFonts w:ascii="Tahoma" w:hAnsi="Tahoma" w:cs="Tahoma"/>
          <w:rtl/>
        </w:rPr>
        <w:t xml:space="preserve"> شاه و سردار برقرار بود: تهماسب صاحب تاج و حق فرمانروا</w:t>
      </w:r>
      <w:r w:rsidRPr="00576FA6">
        <w:rPr>
          <w:rFonts w:ascii="Tahoma" w:hAnsi="Tahoma" w:cs="Tahoma" w:hint="cs"/>
          <w:rtl/>
        </w:rPr>
        <w:t>یی</w:t>
      </w:r>
      <w:r w:rsidRPr="00576FA6">
        <w:rPr>
          <w:rFonts w:ascii="Tahoma" w:hAnsi="Tahoma" w:cs="Tahoma"/>
          <w:rtl/>
        </w:rPr>
        <w:t xml:space="preserve"> بود و نادر شمش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ر</w:t>
      </w:r>
      <w:r w:rsidRPr="00576FA6">
        <w:rPr>
          <w:rFonts w:ascii="Tahoma" w:hAnsi="Tahoma" w:cs="Tahoma"/>
          <w:rtl/>
        </w:rPr>
        <w:t xml:space="preserve"> او. اما در عمل، هر پ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روز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قدرت سردار را افزا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ش</w:t>
      </w:r>
      <w:r w:rsidRPr="00576FA6">
        <w:rPr>
          <w:rFonts w:ascii="Tahoma" w:hAnsi="Tahoma" w:cs="Tahoma"/>
          <w:rtl/>
        </w:rPr>
        <w:t xml:space="preserve"> م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داد</w:t>
      </w:r>
      <w:r w:rsidRPr="00576FA6">
        <w:rPr>
          <w:rFonts w:ascii="Tahoma" w:hAnsi="Tahoma" w:cs="Tahoma"/>
          <w:rtl/>
        </w:rPr>
        <w:t xml:space="preserve"> و وابستگ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ش</w:t>
      </w:r>
      <w:r w:rsidRPr="00576FA6">
        <w:rPr>
          <w:rFonts w:ascii="Tahoma" w:hAnsi="Tahoma" w:cs="Tahoma" w:hint="eastAsia"/>
          <w:rtl/>
        </w:rPr>
        <w:t>اه</w:t>
      </w:r>
      <w:r w:rsidRPr="00576FA6">
        <w:rPr>
          <w:rFonts w:ascii="Tahoma" w:hAnsi="Tahoma" w:cs="Tahoma"/>
          <w:rtl/>
        </w:rPr>
        <w:t xml:space="preserve"> را به او ب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شتر</w:t>
      </w:r>
      <w:r w:rsidRPr="00576FA6">
        <w:rPr>
          <w:rFonts w:ascii="Tahoma" w:hAnsi="Tahoma" w:cs="Tahoma"/>
          <w:rtl/>
        </w:rPr>
        <w:t xml:space="preserve"> م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کرد</w:t>
      </w:r>
      <w:r w:rsidRPr="00576FA6">
        <w:rPr>
          <w:rFonts w:ascii="Tahoma" w:hAnsi="Tahoma" w:cs="Tahoma"/>
          <w:rtl/>
        </w:rPr>
        <w:t>.</w:t>
      </w:r>
    </w:p>
    <w:p w:rsidR="00576FA6" w:rsidRPr="00576FA6" w:rsidRDefault="00576FA6" w:rsidP="00576FA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76FA6">
        <w:rPr>
          <w:rFonts w:ascii="Tahoma" w:hAnsi="Tahoma" w:cs="Tahoma" w:hint="eastAsia"/>
          <w:rtl/>
        </w:rPr>
        <w:t>پ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ش</w:t>
      </w:r>
      <w:r w:rsidRPr="00576FA6">
        <w:rPr>
          <w:rFonts w:ascii="Tahoma" w:hAnsi="Tahoma" w:cs="Tahoma"/>
          <w:rtl/>
        </w:rPr>
        <w:t xml:space="preserve"> از تثب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ت</w:t>
      </w:r>
      <w:r w:rsidRPr="00576FA6">
        <w:rPr>
          <w:rFonts w:ascii="Tahoma" w:hAnsi="Tahoma" w:cs="Tahoma"/>
          <w:rtl/>
        </w:rPr>
        <w:t xml:space="preserve"> 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ن</w:t>
      </w:r>
      <w:r w:rsidRPr="00576FA6">
        <w:rPr>
          <w:rFonts w:ascii="Tahoma" w:hAnsi="Tahoma" w:cs="Tahoma"/>
          <w:rtl/>
        </w:rPr>
        <w:t xml:space="preserve"> همکار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،</w:t>
      </w:r>
      <w:r w:rsidRPr="00576FA6">
        <w:rPr>
          <w:rFonts w:ascii="Tahoma" w:hAnsi="Tahoma" w:cs="Tahoma"/>
          <w:rtl/>
        </w:rPr>
        <w:t xml:space="preserve"> رقابت م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ان</w:t>
      </w:r>
      <w:r w:rsidRPr="00576FA6">
        <w:rPr>
          <w:rFonts w:ascii="Tahoma" w:hAnsi="Tahoma" w:cs="Tahoma"/>
          <w:rtl/>
        </w:rPr>
        <w:t xml:space="preserve"> نادر و فتحعل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خان</w:t>
      </w:r>
      <w:r w:rsidRPr="00576FA6">
        <w:rPr>
          <w:rFonts w:ascii="Tahoma" w:hAnsi="Tahoma" w:cs="Tahoma"/>
          <w:rtl/>
        </w:rPr>
        <w:t xml:space="preserve"> قاجار با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د</w:t>
      </w:r>
      <w:r w:rsidRPr="00576FA6">
        <w:rPr>
          <w:rFonts w:ascii="Tahoma" w:hAnsi="Tahoma" w:cs="Tahoma"/>
          <w:rtl/>
        </w:rPr>
        <w:t xml:space="preserve"> حل م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شد</w:t>
      </w:r>
      <w:r w:rsidRPr="00576FA6">
        <w:rPr>
          <w:rFonts w:ascii="Tahoma" w:hAnsi="Tahoma" w:cs="Tahoma"/>
          <w:rtl/>
        </w:rPr>
        <w:t>. دو سردار 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رومند</w:t>
      </w:r>
      <w:r w:rsidRPr="00576FA6">
        <w:rPr>
          <w:rFonts w:ascii="Tahoma" w:hAnsi="Tahoma" w:cs="Tahoma"/>
          <w:rtl/>
        </w:rPr>
        <w:t xml:space="preserve"> نم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توانستند</w:t>
      </w:r>
      <w:r w:rsidRPr="00576FA6">
        <w:rPr>
          <w:rFonts w:ascii="Tahoma" w:hAnsi="Tahoma" w:cs="Tahoma"/>
          <w:rtl/>
        </w:rPr>
        <w:t xml:space="preserve"> در کنار شاه ضع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ف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به‌آسان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فرمانده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مشترک داشته باشند. هر 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ک</w:t>
      </w:r>
      <w:r w:rsidRPr="00576FA6">
        <w:rPr>
          <w:rFonts w:ascii="Tahoma" w:hAnsi="Tahoma" w:cs="Tahoma"/>
          <w:rtl/>
        </w:rPr>
        <w:t xml:space="preserve"> د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گر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را مانع خود م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د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د</w:t>
      </w:r>
      <w:r w:rsidRPr="00576FA6">
        <w:rPr>
          <w:rFonts w:ascii="Tahoma" w:hAnsi="Tahoma" w:cs="Tahoma"/>
          <w:rtl/>
        </w:rPr>
        <w:t xml:space="preserve"> و دربار تهماسب 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ز</w:t>
      </w:r>
      <w:r w:rsidRPr="00576FA6">
        <w:rPr>
          <w:rFonts w:ascii="Tahoma" w:hAnsi="Tahoma" w:cs="Tahoma"/>
          <w:rtl/>
        </w:rPr>
        <w:t xml:space="preserve"> از رقابتشان تأث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ر</w:t>
      </w:r>
      <w:r w:rsidRPr="00576FA6">
        <w:rPr>
          <w:rFonts w:ascii="Tahoma" w:hAnsi="Tahoma" w:cs="Tahoma"/>
          <w:rtl/>
        </w:rPr>
        <w:t xml:space="preserve"> م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گرفت</w:t>
      </w:r>
      <w:r w:rsidRPr="00576FA6">
        <w:rPr>
          <w:rFonts w:ascii="Tahoma" w:hAnsi="Tahoma" w:cs="Tahoma"/>
          <w:rtl/>
        </w:rPr>
        <w:t>.</w:t>
      </w:r>
    </w:p>
    <w:p w:rsidR="00576FA6" w:rsidRPr="00576FA6" w:rsidRDefault="00576FA6" w:rsidP="00576FA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76FA6">
        <w:rPr>
          <w:rFonts w:ascii="Tahoma" w:hAnsi="Tahoma" w:cs="Tahoma" w:hint="eastAsia"/>
          <w:rtl/>
        </w:rPr>
        <w:t>فتحعل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خان</w:t>
      </w:r>
      <w:r w:rsidRPr="00576FA6">
        <w:rPr>
          <w:rFonts w:ascii="Tahoma" w:hAnsi="Tahoma" w:cs="Tahoma"/>
          <w:rtl/>
        </w:rPr>
        <w:t xml:space="preserve"> قاجار سرانجام به اتهام خ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انت</w:t>
      </w:r>
      <w:r w:rsidRPr="00576FA6">
        <w:rPr>
          <w:rFonts w:ascii="Tahoma" w:hAnsi="Tahoma" w:cs="Tahoma"/>
          <w:rtl/>
        </w:rPr>
        <w:t xml:space="preserve"> 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ا</w:t>
      </w:r>
      <w:r w:rsidRPr="00576FA6">
        <w:rPr>
          <w:rFonts w:ascii="Tahoma" w:hAnsi="Tahoma" w:cs="Tahoma"/>
          <w:rtl/>
        </w:rPr>
        <w:t xml:space="preserve"> ارتباط پنهان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با رق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بان</w:t>
      </w:r>
      <w:r w:rsidRPr="00576FA6">
        <w:rPr>
          <w:rFonts w:ascii="Tahoma" w:hAnsi="Tahoma" w:cs="Tahoma"/>
          <w:rtl/>
        </w:rPr>
        <w:t xml:space="preserve"> کشته شد. درست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همهٔ اتهام‌ها روشن 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ست،</w:t>
      </w:r>
      <w:r w:rsidRPr="00576FA6">
        <w:rPr>
          <w:rFonts w:ascii="Tahoma" w:hAnsi="Tahoma" w:cs="Tahoma"/>
          <w:rtl/>
        </w:rPr>
        <w:t xml:space="preserve"> اما نت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جه</w:t>
      </w:r>
      <w:r w:rsidRPr="00576FA6">
        <w:rPr>
          <w:rFonts w:ascii="Tahoma" w:hAnsi="Tahoma" w:cs="Tahoma"/>
          <w:rtl/>
        </w:rPr>
        <w:t xml:space="preserve"> س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اس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ترد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د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ندارد: نادر مهم‌تر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ن</w:t>
      </w:r>
      <w:r w:rsidRPr="00576FA6">
        <w:rPr>
          <w:rFonts w:ascii="Tahoma" w:hAnsi="Tahoma" w:cs="Tahoma"/>
          <w:rtl/>
        </w:rPr>
        <w:t xml:space="preserve"> رق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ب</w:t>
      </w:r>
      <w:r w:rsidRPr="00576FA6">
        <w:rPr>
          <w:rFonts w:ascii="Tahoma" w:hAnsi="Tahoma" w:cs="Tahoma"/>
          <w:rtl/>
        </w:rPr>
        <w:t xml:space="preserve"> نظام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خود را کنار زد و به فرمانده اصل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روها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تهماسب تبد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ل</w:t>
      </w:r>
      <w:r w:rsidRPr="00576FA6">
        <w:rPr>
          <w:rFonts w:ascii="Tahoma" w:hAnsi="Tahoma" w:cs="Tahoma"/>
          <w:rtl/>
        </w:rPr>
        <w:t xml:space="preserve"> شد.</w:t>
      </w:r>
    </w:p>
    <w:p w:rsidR="00576FA6" w:rsidRPr="00576FA6" w:rsidRDefault="00576FA6" w:rsidP="00576FA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76FA6">
        <w:rPr>
          <w:rFonts w:ascii="Tahoma" w:hAnsi="Tahoma" w:cs="Tahoma" w:hint="eastAsia"/>
          <w:rtl/>
        </w:rPr>
        <w:t>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ن</w:t>
      </w:r>
      <w:r w:rsidRPr="00576FA6">
        <w:rPr>
          <w:rFonts w:ascii="Tahoma" w:hAnsi="Tahoma" w:cs="Tahoma"/>
          <w:rtl/>
        </w:rPr>
        <w:t xml:space="preserve"> حادثه الگو</w:t>
      </w:r>
      <w:r w:rsidRPr="00576FA6">
        <w:rPr>
          <w:rFonts w:ascii="Tahoma" w:hAnsi="Tahoma" w:cs="Tahoma" w:hint="cs"/>
          <w:rtl/>
        </w:rPr>
        <w:t>یی</w:t>
      </w:r>
      <w:r w:rsidRPr="00576FA6">
        <w:rPr>
          <w:rFonts w:ascii="Tahoma" w:hAnsi="Tahoma" w:cs="Tahoma"/>
          <w:rtl/>
        </w:rPr>
        <w:t xml:space="preserve"> را تکرار م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کرد</w:t>
      </w:r>
      <w:r w:rsidRPr="00576FA6">
        <w:rPr>
          <w:rFonts w:ascii="Tahoma" w:hAnsi="Tahoma" w:cs="Tahoma"/>
          <w:rtl/>
        </w:rPr>
        <w:t xml:space="preserve"> که بارها در تار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خ</w:t>
      </w:r>
      <w:r w:rsidRPr="00576FA6">
        <w:rPr>
          <w:rFonts w:ascii="Tahoma" w:hAnsi="Tahoma" w:cs="Tahoma"/>
          <w:rtl/>
        </w:rPr>
        <w:t xml:space="preserve"> 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ران</w:t>
      </w:r>
      <w:r w:rsidRPr="00576FA6">
        <w:rPr>
          <w:rFonts w:ascii="Tahoma" w:hAnsi="Tahoma" w:cs="Tahoma"/>
          <w:rtl/>
        </w:rPr>
        <w:t xml:space="preserve"> د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ده</w:t>
      </w:r>
      <w:r w:rsidRPr="00576FA6">
        <w:rPr>
          <w:rFonts w:ascii="Tahoma" w:hAnsi="Tahoma" w:cs="Tahoma"/>
          <w:rtl/>
        </w:rPr>
        <w:t xml:space="preserve"> شده بود. شاه برا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مهار 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ک</w:t>
      </w:r>
      <w:r w:rsidRPr="00576FA6">
        <w:rPr>
          <w:rFonts w:ascii="Tahoma" w:hAnsi="Tahoma" w:cs="Tahoma"/>
          <w:rtl/>
        </w:rPr>
        <w:t xml:space="preserve"> سردار به سردار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د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گر</w:t>
      </w:r>
      <w:r w:rsidRPr="00576FA6">
        <w:rPr>
          <w:rFonts w:ascii="Tahoma" w:hAnsi="Tahoma" w:cs="Tahoma"/>
          <w:rtl/>
        </w:rPr>
        <w:t xml:space="preserve"> تک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ه</w:t>
      </w:r>
      <w:r w:rsidRPr="00576FA6">
        <w:rPr>
          <w:rFonts w:ascii="Tahoma" w:hAnsi="Tahoma" w:cs="Tahoma"/>
          <w:rtl/>
        </w:rPr>
        <w:t xml:space="preserve"> م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کرد؛</w:t>
      </w:r>
      <w:r w:rsidRPr="00576FA6">
        <w:rPr>
          <w:rFonts w:ascii="Tahoma" w:hAnsi="Tahoma" w:cs="Tahoma"/>
          <w:rtl/>
        </w:rPr>
        <w:t xml:space="preserve"> سردار تازه رق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ب</w:t>
      </w:r>
      <w:r w:rsidRPr="00576FA6">
        <w:rPr>
          <w:rFonts w:ascii="Tahoma" w:hAnsi="Tahoma" w:cs="Tahoma"/>
          <w:rtl/>
        </w:rPr>
        <w:t xml:space="preserve"> را از م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ان</w:t>
      </w:r>
      <w:r w:rsidRPr="00576FA6">
        <w:rPr>
          <w:rFonts w:ascii="Tahoma" w:hAnsi="Tahoma" w:cs="Tahoma"/>
          <w:rtl/>
        </w:rPr>
        <w:t xml:space="preserve"> م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برد</w:t>
      </w:r>
      <w:r w:rsidRPr="00576FA6">
        <w:rPr>
          <w:rFonts w:ascii="Tahoma" w:hAnsi="Tahoma" w:cs="Tahoma"/>
          <w:rtl/>
        </w:rPr>
        <w:t xml:space="preserve"> و خود به 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رو</w:t>
      </w:r>
      <w:r w:rsidRPr="00576FA6">
        <w:rPr>
          <w:rFonts w:ascii="Tahoma" w:hAnsi="Tahoma" w:cs="Tahoma" w:hint="cs"/>
          <w:rtl/>
        </w:rPr>
        <w:t>یی</w:t>
      </w:r>
      <w:r w:rsidRPr="00576FA6">
        <w:rPr>
          <w:rFonts w:ascii="Tahoma" w:hAnsi="Tahoma" w:cs="Tahoma"/>
          <w:rtl/>
        </w:rPr>
        <w:t xml:space="preserve"> بزرگ‌تر تبد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ل</w:t>
      </w:r>
      <w:r w:rsidRPr="00576FA6">
        <w:rPr>
          <w:rFonts w:ascii="Tahoma" w:hAnsi="Tahoma" w:cs="Tahoma"/>
          <w:rtl/>
        </w:rPr>
        <w:t xml:space="preserve"> م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شد</w:t>
      </w:r>
      <w:r w:rsidRPr="00576FA6">
        <w:rPr>
          <w:rFonts w:ascii="Tahoma" w:hAnsi="Tahoma" w:cs="Tahoma"/>
          <w:rtl/>
        </w:rPr>
        <w:t>. تاج از خطر نخست رها</w:t>
      </w:r>
      <w:r w:rsidRPr="00576FA6">
        <w:rPr>
          <w:rFonts w:ascii="Tahoma" w:hAnsi="Tahoma" w:cs="Tahoma" w:hint="cs"/>
          <w:rtl/>
        </w:rPr>
        <w:t>یی</w:t>
      </w:r>
      <w:r w:rsidRPr="00576FA6">
        <w:rPr>
          <w:rFonts w:ascii="Tahoma" w:hAnsi="Tahoma" w:cs="Tahoma"/>
          <w:rtl/>
        </w:rPr>
        <w:t xml:space="preserve"> م</w:t>
      </w:r>
      <w:r w:rsidRPr="00576FA6">
        <w:rPr>
          <w:rFonts w:ascii="Tahoma" w:hAnsi="Tahoma" w:cs="Tahoma" w:hint="cs"/>
          <w:rtl/>
        </w:rPr>
        <w:t>ی‌ی</w:t>
      </w:r>
      <w:r w:rsidRPr="00576FA6">
        <w:rPr>
          <w:rFonts w:ascii="Tahoma" w:hAnsi="Tahoma" w:cs="Tahoma" w:hint="eastAsia"/>
          <w:rtl/>
        </w:rPr>
        <w:t>افت،</w:t>
      </w:r>
      <w:r w:rsidRPr="00576FA6">
        <w:rPr>
          <w:rFonts w:ascii="Tahoma" w:hAnsi="Tahoma" w:cs="Tahoma"/>
          <w:rtl/>
        </w:rPr>
        <w:t xml:space="preserve"> اما با خطر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رومندتر</w:t>
      </w:r>
      <w:r w:rsidRPr="00576FA6">
        <w:rPr>
          <w:rFonts w:ascii="Tahoma" w:hAnsi="Tahoma" w:cs="Tahoma"/>
          <w:rtl/>
        </w:rPr>
        <w:t xml:space="preserve"> روبه‌رو م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>‌گرد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د</w:t>
      </w:r>
      <w:r w:rsidRPr="00576FA6">
        <w:rPr>
          <w:rFonts w:ascii="Tahoma" w:hAnsi="Tahoma" w:cs="Tahoma"/>
          <w:rtl/>
        </w:rPr>
        <w:t>.</w:t>
      </w:r>
    </w:p>
    <w:p w:rsidR="00576FA6" w:rsidRPr="00576FA6" w:rsidRDefault="00576FA6" w:rsidP="00576FA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76FA6">
        <w:rPr>
          <w:rFonts w:ascii="Tahoma" w:hAnsi="Tahoma" w:cs="Tahoma" w:hint="eastAsia"/>
          <w:rtl/>
        </w:rPr>
        <w:t>نادر</w:t>
      </w:r>
      <w:r w:rsidRPr="00576FA6">
        <w:rPr>
          <w:rFonts w:ascii="Tahoma" w:hAnsi="Tahoma" w:cs="Tahoma"/>
          <w:rtl/>
        </w:rPr>
        <w:t xml:space="preserve"> نخست توجه خود را به خراسان و 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روها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ابدال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معطوف کرد. پ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ش</w:t>
      </w:r>
      <w:r w:rsidRPr="00576FA6">
        <w:rPr>
          <w:rFonts w:ascii="Tahoma" w:hAnsi="Tahoma" w:cs="Tahoma"/>
          <w:rtl/>
        </w:rPr>
        <w:t xml:space="preserve"> از حرکت به سو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اصفهان با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د</w:t>
      </w:r>
      <w:r w:rsidRPr="00576FA6">
        <w:rPr>
          <w:rFonts w:ascii="Tahoma" w:hAnsi="Tahoma" w:cs="Tahoma"/>
          <w:rtl/>
        </w:rPr>
        <w:t xml:space="preserve"> پشت سر خود را امن م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ساخت</w:t>
      </w:r>
      <w:r w:rsidRPr="00576FA6">
        <w:rPr>
          <w:rFonts w:ascii="Tahoma" w:hAnsi="Tahoma" w:cs="Tahoma"/>
          <w:rtl/>
        </w:rPr>
        <w:t>. قشون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که در چند جبهه بجنگد و پا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گاهش</w:t>
      </w:r>
      <w:r w:rsidRPr="00576FA6">
        <w:rPr>
          <w:rFonts w:ascii="Tahoma" w:hAnsi="Tahoma" w:cs="Tahoma"/>
          <w:rtl/>
        </w:rPr>
        <w:t xml:space="preserve"> در معرض حمله باشد نم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تواند</w:t>
      </w:r>
      <w:r w:rsidRPr="00576FA6">
        <w:rPr>
          <w:rFonts w:ascii="Tahoma" w:hAnsi="Tahoma" w:cs="Tahoma"/>
          <w:rtl/>
        </w:rPr>
        <w:t xml:space="preserve"> جنگ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پا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دار</w:t>
      </w:r>
      <w:r w:rsidRPr="00576FA6">
        <w:rPr>
          <w:rFonts w:ascii="Tahoma" w:hAnsi="Tahoma" w:cs="Tahoma"/>
          <w:rtl/>
        </w:rPr>
        <w:t xml:space="preserve"> ادامه دهد. 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ن</w:t>
      </w:r>
      <w:r w:rsidRPr="00576FA6">
        <w:rPr>
          <w:rFonts w:ascii="Tahoma" w:hAnsi="Tahoma" w:cs="Tahoma"/>
          <w:rtl/>
        </w:rPr>
        <w:t xml:space="preserve"> ترت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ب</w:t>
      </w:r>
      <w:r w:rsidRPr="00576FA6">
        <w:rPr>
          <w:rFonts w:ascii="Tahoma" w:hAnsi="Tahoma" w:cs="Tahoma"/>
          <w:rtl/>
        </w:rPr>
        <w:t xml:space="preserve"> نشان م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داد</w:t>
      </w:r>
      <w:r w:rsidRPr="00576FA6">
        <w:rPr>
          <w:rFonts w:ascii="Tahoma" w:hAnsi="Tahoma" w:cs="Tahoma"/>
          <w:rtl/>
        </w:rPr>
        <w:t xml:space="preserve"> که او برخلاف بس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ار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از فرمان</w:t>
      </w:r>
      <w:r w:rsidRPr="00576FA6">
        <w:rPr>
          <w:rFonts w:ascii="Tahoma" w:hAnsi="Tahoma" w:cs="Tahoma" w:hint="eastAsia"/>
          <w:rtl/>
        </w:rPr>
        <w:t>دهان</w:t>
      </w:r>
      <w:r w:rsidRPr="00576FA6">
        <w:rPr>
          <w:rFonts w:ascii="Tahoma" w:hAnsi="Tahoma" w:cs="Tahoma"/>
          <w:rtl/>
        </w:rPr>
        <w:t xml:space="preserve"> دربار، جنگ را فقط مجموعه‌ا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از حملات جداگانه نم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د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د؛</w:t>
      </w:r>
      <w:r w:rsidRPr="00576FA6">
        <w:rPr>
          <w:rFonts w:ascii="Tahoma" w:hAnsi="Tahoma" w:cs="Tahoma"/>
          <w:rtl/>
        </w:rPr>
        <w:t xml:space="preserve"> به امن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ت</w:t>
      </w:r>
      <w:r w:rsidRPr="00576FA6">
        <w:rPr>
          <w:rFonts w:ascii="Tahoma" w:hAnsi="Tahoma" w:cs="Tahoma"/>
          <w:rtl/>
        </w:rPr>
        <w:t xml:space="preserve"> پا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گاه،</w:t>
      </w:r>
      <w:r w:rsidRPr="00576FA6">
        <w:rPr>
          <w:rFonts w:ascii="Tahoma" w:hAnsi="Tahoma" w:cs="Tahoma"/>
          <w:rtl/>
        </w:rPr>
        <w:t xml:space="preserve"> تدارکات و تقدم جبهه‌ها توجه داشت.</w:t>
      </w:r>
    </w:p>
    <w:p w:rsidR="00576FA6" w:rsidRPr="00576FA6" w:rsidRDefault="00576FA6" w:rsidP="00576FA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76FA6">
        <w:rPr>
          <w:rFonts w:ascii="Tahoma" w:hAnsi="Tahoma" w:cs="Tahoma" w:hint="eastAsia"/>
          <w:rtl/>
        </w:rPr>
        <w:t>پس</w:t>
      </w:r>
      <w:r w:rsidRPr="00576FA6">
        <w:rPr>
          <w:rFonts w:ascii="Tahoma" w:hAnsi="Tahoma" w:cs="Tahoma"/>
          <w:rtl/>
        </w:rPr>
        <w:t xml:space="preserve"> از استوارکردن موقع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ت</w:t>
      </w:r>
      <w:r w:rsidRPr="00576FA6">
        <w:rPr>
          <w:rFonts w:ascii="Tahoma" w:hAnsi="Tahoma" w:cs="Tahoma"/>
          <w:rtl/>
        </w:rPr>
        <w:t xml:space="preserve"> خود در خراسان، نادر به سو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روها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اشرف حرکت کرد. در سال </w:t>
      </w:r>
      <w:r w:rsidRPr="00576FA6">
        <w:rPr>
          <w:rFonts w:ascii="Tahoma" w:hAnsi="Tahoma" w:cs="Tahoma"/>
          <w:rtl/>
          <w:lang w:bidi="fa-IR"/>
        </w:rPr>
        <w:t>۱۷۲۹</w:t>
      </w:r>
      <w:r w:rsidRPr="00576FA6">
        <w:rPr>
          <w:rFonts w:ascii="Tahoma" w:hAnsi="Tahoma" w:cs="Tahoma"/>
          <w:rtl/>
        </w:rPr>
        <w:t xml:space="preserve"> م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لاد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چند نبرد سرنوشت‌ساز م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ان</w:t>
      </w:r>
      <w:r w:rsidRPr="00576FA6">
        <w:rPr>
          <w:rFonts w:ascii="Tahoma" w:hAnsi="Tahoma" w:cs="Tahoma"/>
          <w:rtl/>
        </w:rPr>
        <w:t xml:space="preserve"> دو طرف رو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داد. در مهماندوست، نزد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ک</w:t>
      </w:r>
      <w:r w:rsidRPr="00576FA6">
        <w:rPr>
          <w:rFonts w:ascii="Tahoma" w:hAnsi="Tahoma" w:cs="Tahoma"/>
          <w:rtl/>
        </w:rPr>
        <w:t xml:space="preserve"> دامغان، سپاه نادر توانست افغان‌ها را شکست دهد. برتر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او فقط از شمار 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روها</w:t>
      </w:r>
      <w:r w:rsidRPr="00576FA6">
        <w:rPr>
          <w:rFonts w:ascii="Tahoma" w:hAnsi="Tahoma" w:cs="Tahoma"/>
          <w:rtl/>
        </w:rPr>
        <w:t xml:space="preserve"> 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ا</w:t>
      </w:r>
      <w:r w:rsidRPr="00576FA6">
        <w:rPr>
          <w:rFonts w:ascii="Tahoma" w:hAnsi="Tahoma" w:cs="Tahoma"/>
          <w:rtl/>
        </w:rPr>
        <w:t xml:space="preserve"> شجاعت سربازان سرچشمه نم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>‌گرفت؛ سازمان، استفاده از تفنگچ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ان</w:t>
      </w:r>
      <w:r w:rsidRPr="00576FA6">
        <w:rPr>
          <w:rFonts w:ascii="Tahoma" w:hAnsi="Tahoma" w:cs="Tahoma"/>
          <w:rtl/>
        </w:rPr>
        <w:t xml:space="preserve"> و توپخانه و فرمانده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متمرکز نقش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اساس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داشتند.</w:t>
      </w:r>
    </w:p>
    <w:p w:rsidR="00576FA6" w:rsidRPr="00576FA6" w:rsidRDefault="00576FA6" w:rsidP="00576FA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76FA6">
        <w:rPr>
          <w:rFonts w:ascii="Tahoma" w:hAnsi="Tahoma" w:cs="Tahoma" w:hint="eastAsia"/>
          <w:rtl/>
        </w:rPr>
        <w:t>اشرف</w:t>
      </w:r>
      <w:r w:rsidRPr="00576FA6">
        <w:rPr>
          <w:rFonts w:ascii="Tahoma" w:hAnsi="Tahoma" w:cs="Tahoma"/>
          <w:rtl/>
        </w:rPr>
        <w:t xml:space="preserve"> پس از شکست نخست هنوز 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رو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خود را به‌طور کامل از دست نداده بود و کوش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د</w:t>
      </w:r>
      <w:r w:rsidRPr="00576FA6">
        <w:rPr>
          <w:rFonts w:ascii="Tahoma" w:hAnsi="Tahoma" w:cs="Tahoma"/>
          <w:rtl/>
        </w:rPr>
        <w:t xml:space="preserve"> راه مرکز را حفظ کند. اما نادر در نبردها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بعد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ز</w:t>
      </w:r>
      <w:r w:rsidRPr="00576FA6">
        <w:rPr>
          <w:rFonts w:ascii="Tahoma" w:hAnsi="Tahoma" w:cs="Tahoma"/>
          <w:rtl/>
        </w:rPr>
        <w:t xml:space="preserve"> بر او غلبه کرد. شکست مورچه‌خورت راه اصفهان را گشود و حکومت افغان ناچار شد پا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تخت</w:t>
      </w:r>
      <w:r w:rsidRPr="00576FA6">
        <w:rPr>
          <w:rFonts w:ascii="Tahoma" w:hAnsi="Tahoma" w:cs="Tahoma"/>
          <w:rtl/>
        </w:rPr>
        <w:t xml:space="preserve"> را رها کند.</w:t>
      </w:r>
    </w:p>
    <w:p w:rsidR="00576FA6" w:rsidRPr="00576FA6" w:rsidRDefault="00576FA6" w:rsidP="00576FA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76FA6">
        <w:rPr>
          <w:rFonts w:ascii="Tahoma" w:hAnsi="Tahoma" w:cs="Tahoma" w:hint="eastAsia"/>
          <w:rtl/>
        </w:rPr>
        <w:t>فرار</w:t>
      </w:r>
      <w:r w:rsidRPr="00576FA6">
        <w:rPr>
          <w:rFonts w:ascii="Tahoma" w:hAnsi="Tahoma" w:cs="Tahoma"/>
          <w:rtl/>
        </w:rPr>
        <w:t xml:space="preserve"> اشرف از اصفهان پا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ان</w:t>
      </w:r>
      <w:r w:rsidRPr="00576FA6">
        <w:rPr>
          <w:rFonts w:ascii="Tahoma" w:hAnsi="Tahoma" w:cs="Tahoma"/>
          <w:rtl/>
        </w:rPr>
        <w:t xml:space="preserve"> قدرت او در مرکز بود. او کوش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د</w:t>
      </w:r>
      <w:r w:rsidRPr="00576FA6">
        <w:rPr>
          <w:rFonts w:ascii="Tahoma" w:hAnsi="Tahoma" w:cs="Tahoma"/>
          <w:rtl/>
        </w:rPr>
        <w:t xml:space="preserve"> در مس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ر</w:t>
      </w:r>
      <w:r w:rsidRPr="00576FA6">
        <w:rPr>
          <w:rFonts w:ascii="Tahoma" w:hAnsi="Tahoma" w:cs="Tahoma"/>
          <w:rtl/>
        </w:rPr>
        <w:t xml:space="preserve"> جنوب 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رو</w:t>
      </w:r>
      <w:r w:rsidRPr="00576FA6">
        <w:rPr>
          <w:rFonts w:ascii="Tahoma" w:hAnsi="Tahoma" w:cs="Tahoma"/>
          <w:rtl/>
        </w:rPr>
        <w:t xml:space="preserve"> گرد آورد 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ا</w:t>
      </w:r>
      <w:r w:rsidRPr="00576FA6">
        <w:rPr>
          <w:rFonts w:ascii="Tahoma" w:hAnsi="Tahoma" w:cs="Tahoma"/>
          <w:rtl/>
        </w:rPr>
        <w:t xml:space="preserve"> راه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برا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بازگشت پ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دا</w:t>
      </w:r>
      <w:r w:rsidRPr="00576FA6">
        <w:rPr>
          <w:rFonts w:ascii="Tahoma" w:hAnsi="Tahoma" w:cs="Tahoma"/>
          <w:rtl/>
        </w:rPr>
        <w:t xml:space="preserve"> کند، اما در نبردها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بعد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شکست خورد. سرانجام در جر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ان</w:t>
      </w:r>
      <w:r w:rsidRPr="00576FA6">
        <w:rPr>
          <w:rFonts w:ascii="Tahoma" w:hAnsi="Tahoma" w:cs="Tahoma"/>
          <w:rtl/>
        </w:rPr>
        <w:t xml:space="preserve"> عقب‌نش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و فرار کشته شد 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ا</w:t>
      </w:r>
      <w:r w:rsidRPr="00576FA6">
        <w:rPr>
          <w:rFonts w:ascii="Tahoma" w:hAnsi="Tahoma" w:cs="Tahoma"/>
          <w:rtl/>
        </w:rPr>
        <w:t xml:space="preserve"> از م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ان</w:t>
      </w:r>
      <w:r w:rsidRPr="00576FA6">
        <w:rPr>
          <w:rFonts w:ascii="Tahoma" w:hAnsi="Tahoma" w:cs="Tahoma"/>
          <w:rtl/>
        </w:rPr>
        <w:t xml:space="preserve"> رفت. در جزئ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ات</w:t>
      </w:r>
      <w:r w:rsidRPr="00576FA6">
        <w:rPr>
          <w:rFonts w:ascii="Tahoma" w:hAnsi="Tahoma" w:cs="Tahoma"/>
          <w:rtl/>
        </w:rPr>
        <w:t xml:space="preserve"> مرگ او روا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ت‌ها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متفاوت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وجود دارد، ول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حکوم</w:t>
      </w:r>
      <w:r w:rsidRPr="00576FA6">
        <w:rPr>
          <w:rFonts w:ascii="Tahoma" w:hAnsi="Tahoma" w:cs="Tahoma" w:hint="eastAsia"/>
          <w:rtl/>
        </w:rPr>
        <w:t>تش</w:t>
      </w:r>
      <w:r w:rsidRPr="00576FA6">
        <w:rPr>
          <w:rFonts w:ascii="Tahoma" w:hAnsi="Tahoma" w:cs="Tahoma"/>
          <w:rtl/>
        </w:rPr>
        <w:t xml:space="preserve"> د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گر</w:t>
      </w:r>
      <w:r w:rsidRPr="00576FA6">
        <w:rPr>
          <w:rFonts w:ascii="Tahoma" w:hAnsi="Tahoma" w:cs="Tahoma"/>
          <w:rtl/>
        </w:rPr>
        <w:t xml:space="preserve"> توان بازساز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پ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دا</w:t>
      </w:r>
      <w:r w:rsidRPr="00576FA6">
        <w:rPr>
          <w:rFonts w:ascii="Tahoma" w:hAnsi="Tahoma" w:cs="Tahoma"/>
          <w:rtl/>
        </w:rPr>
        <w:t xml:space="preserve"> نکرد.</w:t>
      </w:r>
    </w:p>
    <w:p w:rsidR="00576FA6" w:rsidRPr="00576FA6" w:rsidRDefault="00576FA6" w:rsidP="00576FA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76FA6">
        <w:rPr>
          <w:rFonts w:ascii="Tahoma" w:hAnsi="Tahoma" w:cs="Tahoma" w:hint="eastAsia"/>
          <w:rtl/>
        </w:rPr>
        <w:t>تهماسب</w:t>
      </w:r>
      <w:r w:rsidRPr="00576FA6">
        <w:rPr>
          <w:rFonts w:ascii="Tahoma" w:hAnsi="Tahoma" w:cs="Tahoma"/>
          <w:rtl/>
        </w:rPr>
        <w:t xml:space="preserve"> دوم با پشت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بان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نادر وارد اصفهان شد و تاج صفو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ظاهراً به جا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خود بازگشت. برا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مردم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که محاصره، قحط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و حکومت افغان‌ها را تجربه کرده بودند، بازگشت شاهزاده م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توانست</w:t>
      </w:r>
      <w:r w:rsidRPr="00576FA6">
        <w:rPr>
          <w:rFonts w:ascii="Tahoma" w:hAnsi="Tahoma" w:cs="Tahoma"/>
          <w:rtl/>
        </w:rPr>
        <w:t xml:space="preserve"> پا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ان</w:t>
      </w:r>
      <w:r w:rsidRPr="00576FA6">
        <w:rPr>
          <w:rFonts w:ascii="Tahoma" w:hAnsi="Tahoma" w:cs="Tahoma"/>
          <w:rtl/>
        </w:rPr>
        <w:t xml:space="preserve"> دوره‌ا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هولناک به نظر برسد.</w:t>
      </w:r>
    </w:p>
    <w:p w:rsidR="00576FA6" w:rsidRPr="00576FA6" w:rsidRDefault="00576FA6" w:rsidP="00576FA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76FA6">
        <w:rPr>
          <w:rFonts w:ascii="Tahoma" w:hAnsi="Tahoma" w:cs="Tahoma" w:hint="eastAsia"/>
          <w:rtl/>
        </w:rPr>
        <w:t>اما</w:t>
      </w:r>
      <w:r w:rsidRPr="00576FA6">
        <w:rPr>
          <w:rFonts w:ascii="Tahoma" w:hAnsi="Tahoma" w:cs="Tahoma"/>
          <w:rtl/>
        </w:rPr>
        <w:t xml:space="preserve"> آنچه بازگشته بود حکومت صفو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پ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ش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ن</w:t>
      </w:r>
      <w:r w:rsidRPr="00576FA6">
        <w:rPr>
          <w:rFonts w:ascii="Tahoma" w:hAnsi="Tahoma" w:cs="Tahoma"/>
          <w:rtl/>
        </w:rPr>
        <w:t xml:space="preserve"> نبود. شاه سلطان حس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ن</w:t>
      </w:r>
      <w:r w:rsidRPr="00576FA6">
        <w:rPr>
          <w:rFonts w:ascii="Tahoma" w:hAnsi="Tahoma" w:cs="Tahoma"/>
          <w:rtl/>
        </w:rPr>
        <w:t xml:space="preserve"> و بس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ار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از شاهزادگان کشته شده بودند، د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وان</w:t>
      </w:r>
      <w:r w:rsidRPr="00576FA6">
        <w:rPr>
          <w:rFonts w:ascii="Tahoma" w:hAnsi="Tahoma" w:cs="Tahoma"/>
          <w:rtl/>
        </w:rPr>
        <w:t xml:space="preserve"> و اقتصاد آس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ب</w:t>
      </w:r>
      <w:r w:rsidRPr="00576FA6">
        <w:rPr>
          <w:rFonts w:ascii="Tahoma" w:hAnsi="Tahoma" w:cs="Tahoma"/>
          <w:rtl/>
        </w:rPr>
        <w:t xml:space="preserve"> د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ده،</w:t>
      </w:r>
      <w:r w:rsidRPr="00576FA6">
        <w:rPr>
          <w:rFonts w:ascii="Tahoma" w:hAnsi="Tahoma" w:cs="Tahoma"/>
          <w:rtl/>
        </w:rPr>
        <w:t xml:space="preserve"> بخش‌ها</w:t>
      </w:r>
      <w:r w:rsidRPr="00576FA6">
        <w:rPr>
          <w:rFonts w:ascii="Tahoma" w:hAnsi="Tahoma" w:cs="Tahoma" w:hint="cs"/>
          <w:rtl/>
        </w:rPr>
        <w:t>یی</w:t>
      </w:r>
      <w:r w:rsidRPr="00576FA6">
        <w:rPr>
          <w:rFonts w:ascii="Tahoma" w:hAnsi="Tahoma" w:cs="Tahoma"/>
          <w:rtl/>
        </w:rPr>
        <w:t xml:space="preserve"> از کشور در اشغال روس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ه</w:t>
      </w:r>
      <w:r w:rsidRPr="00576FA6">
        <w:rPr>
          <w:rFonts w:ascii="Tahoma" w:hAnsi="Tahoma" w:cs="Tahoma"/>
          <w:rtl/>
        </w:rPr>
        <w:t xml:space="preserve"> و عثمان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قرار داشتند و قشون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که اصفهان را آزاد کرده بود به شخص نادر وفادار بود.</w:t>
      </w:r>
    </w:p>
    <w:p w:rsidR="00576FA6" w:rsidRPr="00576FA6" w:rsidRDefault="00576FA6" w:rsidP="00576FA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76FA6">
        <w:rPr>
          <w:rFonts w:ascii="Tahoma" w:hAnsi="Tahoma" w:cs="Tahoma" w:hint="eastAsia"/>
          <w:rtl/>
        </w:rPr>
        <w:t>تهماسب</w:t>
      </w:r>
      <w:r w:rsidRPr="00576FA6">
        <w:rPr>
          <w:rFonts w:ascii="Tahoma" w:hAnsi="Tahoma" w:cs="Tahoma"/>
          <w:rtl/>
        </w:rPr>
        <w:t xml:space="preserve"> نام و خون صفو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را داشت، ول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نادر پ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روز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،</w:t>
      </w:r>
      <w:r w:rsidRPr="00576FA6">
        <w:rPr>
          <w:rFonts w:ascii="Tahoma" w:hAnsi="Tahoma" w:cs="Tahoma"/>
          <w:rtl/>
        </w:rPr>
        <w:t xml:space="preserve"> قشون و توان واقع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حکومت را در اخت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ار</w:t>
      </w:r>
      <w:r w:rsidRPr="00576FA6">
        <w:rPr>
          <w:rFonts w:ascii="Tahoma" w:hAnsi="Tahoma" w:cs="Tahoma"/>
          <w:rtl/>
        </w:rPr>
        <w:t xml:space="preserve"> گرفته بود. تاج و شمش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ر</w:t>
      </w:r>
      <w:r w:rsidRPr="00576FA6">
        <w:rPr>
          <w:rFonts w:ascii="Tahoma" w:hAnsi="Tahoma" w:cs="Tahoma"/>
          <w:rtl/>
        </w:rPr>
        <w:t xml:space="preserve"> بار د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گر</w:t>
      </w:r>
      <w:r w:rsidRPr="00576FA6">
        <w:rPr>
          <w:rFonts w:ascii="Tahoma" w:hAnsi="Tahoma" w:cs="Tahoma"/>
          <w:rtl/>
        </w:rPr>
        <w:t xml:space="preserve"> از 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کد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گر</w:t>
      </w:r>
      <w:r w:rsidRPr="00576FA6">
        <w:rPr>
          <w:rFonts w:ascii="Tahoma" w:hAnsi="Tahoma" w:cs="Tahoma"/>
          <w:rtl/>
        </w:rPr>
        <w:t xml:space="preserve"> جدا شده بودند: تاج به شاه حقان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ت</w:t>
      </w:r>
      <w:r w:rsidRPr="00576FA6">
        <w:rPr>
          <w:rFonts w:ascii="Tahoma" w:hAnsi="Tahoma" w:cs="Tahoma"/>
          <w:rtl/>
        </w:rPr>
        <w:t xml:space="preserve"> م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داد</w:t>
      </w:r>
      <w:r w:rsidRPr="00576FA6">
        <w:rPr>
          <w:rFonts w:ascii="Tahoma" w:hAnsi="Tahoma" w:cs="Tahoma"/>
          <w:rtl/>
        </w:rPr>
        <w:t xml:space="preserve"> و شمش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ر</w:t>
      </w:r>
      <w:r w:rsidRPr="00576FA6">
        <w:rPr>
          <w:rFonts w:ascii="Tahoma" w:hAnsi="Tahoma" w:cs="Tahoma"/>
          <w:rtl/>
        </w:rPr>
        <w:t xml:space="preserve"> به سردار قدرت.</w:t>
      </w:r>
    </w:p>
    <w:p w:rsidR="00576FA6" w:rsidRPr="00576FA6" w:rsidRDefault="00576FA6" w:rsidP="00576FA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76FA6">
        <w:rPr>
          <w:rFonts w:ascii="Tahoma" w:hAnsi="Tahoma" w:cs="Tahoma" w:hint="eastAsia"/>
          <w:rtl/>
        </w:rPr>
        <w:t>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ن</w:t>
      </w:r>
      <w:r w:rsidRPr="00576FA6">
        <w:rPr>
          <w:rFonts w:ascii="Tahoma" w:hAnsi="Tahoma" w:cs="Tahoma"/>
          <w:rtl/>
        </w:rPr>
        <w:t xml:space="preserve"> جدا</w:t>
      </w:r>
      <w:r w:rsidRPr="00576FA6">
        <w:rPr>
          <w:rFonts w:ascii="Tahoma" w:hAnsi="Tahoma" w:cs="Tahoma" w:hint="cs"/>
          <w:rtl/>
        </w:rPr>
        <w:t>یی</w:t>
      </w:r>
      <w:r w:rsidRPr="00576FA6">
        <w:rPr>
          <w:rFonts w:ascii="Tahoma" w:hAnsi="Tahoma" w:cs="Tahoma"/>
          <w:rtl/>
        </w:rPr>
        <w:t xml:space="preserve"> نم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توانست</w:t>
      </w:r>
      <w:r w:rsidRPr="00576FA6">
        <w:rPr>
          <w:rFonts w:ascii="Tahoma" w:hAnsi="Tahoma" w:cs="Tahoma"/>
          <w:rtl/>
        </w:rPr>
        <w:t xml:space="preserve"> برا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مدت طولان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پا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دار</w:t>
      </w:r>
      <w:r w:rsidRPr="00576FA6">
        <w:rPr>
          <w:rFonts w:ascii="Tahoma" w:hAnsi="Tahoma" w:cs="Tahoma"/>
          <w:rtl/>
        </w:rPr>
        <w:t xml:space="preserve"> بماند. تا زمان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که هدف مشترک ب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رون‌راندن</w:t>
      </w:r>
      <w:r w:rsidRPr="00576FA6">
        <w:rPr>
          <w:rFonts w:ascii="Tahoma" w:hAnsi="Tahoma" w:cs="Tahoma"/>
          <w:rtl/>
        </w:rPr>
        <w:t xml:space="preserve"> افغان‌ها بود، شاه و سردار به 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کد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گر</w:t>
      </w:r>
      <w:r w:rsidRPr="00576FA6">
        <w:rPr>
          <w:rFonts w:ascii="Tahoma" w:hAnsi="Tahoma" w:cs="Tahoma"/>
          <w:rtl/>
        </w:rPr>
        <w:t xml:space="preserve"> 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از</w:t>
      </w:r>
      <w:r w:rsidRPr="00576FA6">
        <w:rPr>
          <w:rFonts w:ascii="Tahoma" w:hAnsi="Tahoma" w:cs="Tahoma"/>
          <w:rtl/>
        </w:rPr>
        <w:t xml:space="preserve"> داشتند. پس از پ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روز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،</w:t>
      </w:r>
      <w:r w:rsidRPr="00576FA6">
        <w:rPr>
          <w:rFonts w:ascii="Tahoma" w:hAnsi="Tahoma" w:cs="Tahoma"/>
          <w:rtl/>
        </w:rPr>
        <w:t xml:space="preserve"> پرسش تازه‌ا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پد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د</w:t>
      </w:r>
      <w:r w:rsidRPr="00576FA6">
        <w:rPr>
          <w:rFonts w:ascii="Tahoma" w:hAnsi="Tahoma" w:cs="Tahoma"/>
          <w:rtl/>
        </w:rPr>
        <w:t xml:space="preserve"> آمد: چه کس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با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د</w:t>
      </w:r>
      <w:r w:rsidRPr="00576FA6">
        <w:rPr>
          <w:rFonts w:ascii="Tahoma" w:hAnsi="Tahoma" w:cs="Tahoma"/>
          <w:rtl/>
        </w:rPr>
        <w:t xml:space="preserve"> کشور را اداره کند؛ وارث خاندان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که حکومت را از دست داده بود، 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ا</w:t>
      </w:r>
      <w:r w:rsidRPr="00576FA6">
        <w:rPr>
          <w:rFonts w:ascii="Tahoma" w:hAnsi="Tahoma" w:cs="Tahoma"/>
          <w:rtl/>
        </w:rPr>
        <w:t xml:space="preserve"> فرمانده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</w:t>
      </w:r>
      <w:r w:rsidRPr="00576FA6">
        <w:rPr>
          <w:rFonts w:ascii="Tahoma" w:hAnsi="Tahoma" w:cs="Tahoma" w:hint="eastAsia"/>
          <w:rtl/>
        </w:rPr>
        <w:t>که</w:t>
      </w:r>
      <w:r w:rsidRPr="00576FA6">
        <w:rPr>
          <w:rFonts w:ascii="Tahoma" w:hAnsi="Tahoma" w:cs="Tahoma"/>
          <w:rtl/>
        </w:rPr>
        <w:t xml:space="preserve"> آن را بازپس گرفته بود؟</w:t>
      </w:r>
    </w:p>
    <w:p w:rsidR="00576FA6" w:rsidRDefault="00576FA6" w:rsidP="00576FA6">
      <w:pPr>
        <w:bidi/>
        <w:spacing w:after="0" w:line="360" w:lineRule="auto"/>
        <w:ind w:firstLine="720"/>
        <w:jc w:val="both"/>
        <w:rPr>
          <w:rFonts w:ascii="Tahoma" w:hAnsi="Tahoma" w:cs="Tahoma"/>
          <w:rtl/>
        </w:rPr>
      </w:pPr>
      <w:r w:rsidRPr="00576FA6">
        <w:rPr>
          <w:rFonts w:ascii="Tahoma" w:hAnsi="Tahoma" w:cs="Tahoma" w:hint="eastAsia"/>
          <w:rtl/>
        </w:rPr>
        <w:t>پاسخ</w:t>
      </w:r>
      <w:r w:rsidRPr="00576FA6">
        <w:rPr>
          <w:rFonts w:ascii="Tahoma" w:hAnsi="Tahoma" w:cs="Tahoma"/>
          <w:rtl/>
        </w:rPr>
        <w:t xml:space="preserve"> به 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ن</w:t>
      </w:r>
      <w:r w:rsidRPr="00576FA6">
        <w:rPr>
          <w:rFonts w:ascii="Tahoma" w:hAnsi="Tahoma" w:cs="Tahoma"/>
          <w:rtl/>
        </w:rPr>
        <w:t xml:space="preserve"> پرسش، پا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ان</w:t>
      </w:r>
      <w:r w:rsidRPr="00576FA6">
        <w:rPr>
          <w:rFonts w:ascii="Tahoma" w:hAnsi="Tahoma" w:cs="Tahoma"/>
          <w:rtl/>
        </w:rPr>
        <w:t xml:space="preserve"> واقع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دورهٔ صفو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و آغاز پادشاه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نادر را رقم زد. فصل بعد، که فصل پا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ان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ن</w:t>
      </w:r>
      <w:r w:rsidRPr="00576FA6">
        <w:rPr>
          <w:rFonts w:ascii="Tahoma" w:hAnsi="Tahoma" w:cs="Tahoma"/>
          <w:rtl/>
        </w:rPr>
        <w:t xml:space="preserve"> جلد است، نشان خواهد داد چگونه نادر ابتدا به نام تهماسب دوم جنگ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د،</w:t>
      </w:r>
      <w:r w:rsidRPr="00576FA6">
        <w:rPr>
          <w:rFonts w:ascii="Tahoma" w:hAnsi="Tahoma" w:cs="Tahoma"/>
          <w:rtl/>
        </w:rPr>
        <w:t xml:space="preserve"> سپس او را از سلطنت کنار گذاشت، کودک خردسالش را شاه کرد و سرانجام در دشت مغان تاج را برا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خو</w:t>
      </w:r>
      <w:r w:rsidRPr="00576FA6">
        <w:rPr>
          <w:rFonts w:ascii="Tahoma" w:hAnsi="Tahoma" w:cs="Tahoma" w:hint="eastAsia"/>
          <w:rtl/>
        </w:rPr>
        <w:t>د</w:t>
      </w:r>
      <w:r w:rsidRPr="00576FA6">
        <w:rPr>
          <w:rFonts w:ascii="Tahoma" w:hAnsi="Tahoma" w:cs="Tahoma"/>
          <w:rtl/>
        </w:rPr>
        <w:t xml:space="preserve"> خواست؛ و چگونه با 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ن</w:t>
      </w:r>
      <w:r w:rsidRPr="00576FA6">
        <w:rPr>
          <w:rFonts w:ascii="Tahoma" w:hAnsi="Tahoma" w:cs="Tahoma"/>
          <w:rtl/>
        </w:rPr>
        <w:t xml:space="preserve"> انتقال، قشون بار د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گر</w:t>
      </w:r>
      <w:r w:rsidRPr="00576FA6">
        <w:rPr>
          <w:rFonts w:ascii="Tahoma" w:hAnsi="Tahoma" w:cs="Tahoma"/>
          <w:rtl/>
        </w:rPr>
        <w:t xml:space="preserve"> بر تاج و عمامه برتر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افت</w:t>
      </w:r>
      <w:r w:rsidRPr="00576FA6">
        <w:rPr>
          <w:rFonts w:ascii="Tahoma" w:hAnsi="Tahoma" w:cs="Tahoma"/>
          <w:rtl/>
        </w:rPr>
        <w:t>.</w:t>
      </w:r>
    </w:p>
    <w:p w:rsidR="002B4164" w:rsidRPr="00E26D4C" w:rsidRDefault="00576FA6" w:rsidP="00576FA6">
      <w:pPr>
        <w:keepNext/>
        <w:pageBreakBefore/>
        <w:bidi/>
        <w:spacing w:after="0" w:line="360" w:lineRule="auto"/>
        <w:jc w:val="center"/>
        <w:rPr>
          <w:rFonts w:asciiTheme="majorBidi" w:hAnsiTheme="majorBidi" w:cstheme="majorBidi"/>
          <w:b/>
          <w:bCs/>
          <w:sz w:val="36"/>
          <w:szCs w:val="36"/>
          <w:rtl/>
        </w:rPr>
      </w:pPr>
      <w:bookmarkStart w:id="15" w:name="Vol1Chapter13"/>
      <w:bookmarkEnd w:id="15"/>
      <w:r w:rsidRPr="00E26D4C">
        <w:rPr>
          <w:rFonts w:asciiTheme="majorBidi" w:hAnsiTheme="majorBidi" w:cstheme="majorBidi"/>
          <w:b/>
          <w:bCs/>
          <w:sz w:val="36"/>
          <w:szCs w:val="36"/>
          <w:rtl/>
        </w:rPr>
        <w:t>فصل سیزدهم</w:t>
      </w:r>
    </w:p>
    <w:p w:rsidR="00576FA6" w:rsidRPr="00E26D4C" w:rsidRDefault="00576FA6" w:rsidP="00576FA6">
      <w:pPr>
        <w:keepNext/>
        <w:bidi/>
        <w:spacing w:after="240" w:line="360" w:lineRule="auto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E26D4C">
        <w:rPr>
          <w:rFonts w:asciiTheme="majorBidi" w:hAnsiTheme="majorBidi" w:cstheme="majorBidi"/>
          <w:b/>
          <w:bCs/>
          <w:sz w:val="36"/>
          <w:szCs w:val="36"/>
          <w:rtl/>
        </w:rPr>
        <w:t>پایان تاج صفوی؛ از تهماسب دوم تا دشت مغان</w:t>
      </w:r>
    </w:p>
    <w:p w:rsidR="00576FA6" w:rsidRPr="00576FA6" w:rsidRDefault="00576FA6" w:rsidP="00576FA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76FA6">
        <w:rPr>
          <w:rFonts w:ascii="Tahoma" w:hAnsi="Tahoma" w:cs="Tahoma" w:hint="eastAsia"/>
          <w:rtl/>
        </w:rPr>
        <w:t>ورود</w:t>
      </w:r>
      <w:r w:rsidRPr="00576FA6">
        <w:rPr>
          <w:rFonts w:ascii="Tahoma" w:hAnsi="Tahoma" w:cs="Tahoma"/>
          <w:rtl/>
        </w:rPr>
        <w:t xml:space="preserve"> تهماسب دوم به اصفهان در سال </w:t>
      </w:r>
      <w:r w:rsidRPr="00576FA6">
        <w:rPr>
          <w:rFonts w:ascii="Tahoma" w:hAnsi="Tahoma" w:cs="Tahoma"/>
          <w:rtl/>
          <w:lang w:bidi="fa-IR"/>
        </w:rPr>
        <w:t>۱۷۲۹</w:t>
      </w:r>
      <w:r w:rsidRPr="00576FA6">
        <w:rPr>
          <w:rFonts w:ascii="Tahoma" w:hAnsi="Tahoma" w:cs="Tahoma"/>
          <w:rtl/>
        </w:rPr>
        <w:t xml:space="preserve"> م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لاد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در ظاهر بازگشت حکومت صفو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بود. 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رو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افغان از پا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تخت</w:t>
      </w:r>
      <w:r w:rsidRPr="00576FA6">
        <w:rPr>
          <w:rFonts w:ascii="Tahoma" w:hAnsi="Tahoma" w:cs="Tahoma"/>
          <w:rtl/>
        </w:rPr>
        <w:t xml:space="preserve"> ب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رون</w:t>
      </w:r>
      <w:r w:rsidRPr="00576FA6">
        <w:rPr>
          <w:rFonts w:ascii="Tahoma" w:hAnsi="Tahoma" w:cs="Tahoma"/>
          <w:rtl/>
        </w:rPr>
        <w:t xml:space="preserve"> رانده شده، اشرف شکست خورده و وارث شاه سلطان حس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ن</w:t>
      </w:r>
      <w:r w:rsidRPr="00576FA6">
        <w:rPr>
          <w:rFonts w:ascii="Tahoma" w:hAnsi="Tahoma" w:cs="Tahoma"/>
          <w:rtl/>
        </w:rPr>
        <w:t xml:space="preserve"> به شهر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بازگشته بود که هفت سال پ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ش</w:t>
      </w:r>
      <w:r w:rsidRPr="00576FA6">
        <w:rPr>
          <w:rFonts w:ascii="Tahoma" w:hAnsi="Tahoma" w:cs="Tahoma"/>
          <w:rtl/>
        </w:rPr>
        <w:t xml:space="preserve"> از دست خاندانش خارج شده بود. برا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مردم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که محاصره، قحط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و حکومت محمو</w:t>
      </w:r>
      <w:r w:rsidRPr="00576FA6">
        <w:rPr>
          <w:rFonts w:ascii="Tahoma" w:hAnsi="Tahoma" w:cs="Tahoma" w:hint="eastAsia"/>
          <w:rtl/>
        </w:rPr>
        <w:t>د</w:t>
      </w:r>
      <w:r w:rsidRPr="00576FA6">
        <w:rPr>
          <w:rFonts w:ascii="Tahoma" w:hAnsi="Tahoma" w:cs="Tahoma"/>
          <w:rtl/>
        </w:rPr>
        <w:t xml:space="preserve"> و اشرف را تجربه کرده بودند، بازگشت شاهزاده م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توانست</w:t>
      </w:r>
      <w:r w:rsidRPr="00576FA6">
        <w:rPr>
          <w:rFonts w:ascii="Tahoma" w:hAnsi="Tahoma" w:cs="Tahoma"/>
          <w:rtl/>
        </w:rPr>
        <w:t xml:space="preserve"> پا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ان</w:t>
      </w:r>
      <w:r w:rsidRPr="00576FA6">
        <w:rPr>
          <w:rFonts w:ascii="Tahoma" w:hAnsi="Tahoma" w:cs="Tahoma"/>
          <w:rtl/>
        </w:rPr>
        <w:t xml:space="preserve"> آشفتگ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و آغاز دوبارهٔ نظم پ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ش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ن</w:t>
      </w:r>
      <w:r w:rsidRPr="00576FA6">
        <w:rPr>
          <w:rFonts w:ascii="Tahoma" w:hAnsi="Tahoma" w:cs="Tahoma"/>
          <w:rtl/>
        </w:rPr>
        <w:t xml:space="preserve"> به نظر برسد.</w:t>
      </w:r>
    </w:p>
    <w:p w:rsidR="00576FA6" w:rsidRPr="00576FA6" w:rsidRDefault="00576FA6" w:rsidP="00576FA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76FA6">
        <w:rPr>
          <w:rFonts w:ascii="Tahoma" w:hAnsi="Tahoma" w:cs="Tahoma" w:hint="eastAsia"/>
          <w:rtl/>
        </w:rPr>
        <w:t>اما</w:t>
      </w:r>
      <w:r w:rsidRPr="00576FA6">
        <w:rPr>
          <w:rFonts w:ascii="Tahoma" w:hAnsi="Tahoma" w:cs="Tahoma"/>
          <w:rtl/>
        </w:rPr>
        <w:t xml:space="preserve"> آنچه بازگشت، نام صفو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بود، نه ساختمان حکومت دوران شاه عباس. اصفهان و بس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ار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از شهرها و روستاها آس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ب</w:t>
      </w:r>
      <w:r w:rsidRPr="00576FA6">
        <w:rPr>
          <w:rFonts w:ascii="Tahoma" w:hAnsi="Tahoma" w:cs="Tahoma"/>
          <w:rtl/>
        </w:rPr>
        <w:t xml:space="preserve"> د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ده</w:t>
      </w:r>
      <w:r w:rsidRPr="00576FA6">
        <w:rPr>
          <w:rFonts w:ascii="Tahoma" w:hAnsi="Tahoma" w:cs="Tahoma"/>
          <w:rtl/>
        </w:rPr>
        <w:t xml:space="preserve"> بودند، خزانه و تجارت از رونق پ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ش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ن</w:t>
      </w:r>
      <w:r w:rsidRPr="00576FA6">
        <w:rPr>
          <w:rFonts w:ascii="Tahoma" w:hAnsi="Tahoma" w:cs="Tahoma"/>
          <w:rtl/>
        </w:rPr>
        <w:t xml:space="preserve"> فاصله داشتند، روس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ه</w:t>
      </w:r>
      <w:r w:rsidRPr="00576FA6">
        <w:rPr>
          <w:rFonts w:ascii="Tahoma" w:hAnsi="Tahoma" w:cs="Tahoma"/>
          <w:rtl/>
        </w:rPr>
        <w:t xml:space="preserve"> و عثمان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بخش‌ها</w:t>
      </w:r>
      <w:r w:rsidRPr="00576FA6">
        <w:rPr>
          <w:rFonts w:ascii="Tahoma" w:hAnsi="Tahoma" w:cs="Tahoma" w:hint="cs"/>
          <w:rtl/>
        </w:rPr>
        <w:t>یی</w:t>
      </w:r>
      <w:r w:rsidRPr="00576FA6">
        <w:rPr>
          <w:rFonts w:ascii="Tahoma" w:hAnsi="Tahoma" w:cs="Tahoma"/>
          <w:rtl/>
        </w:rPr>
        <w:t xml:space="preserve"> از کشور را در اخت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ار</w:t>
      </w:r>
      <w:r w:rsidRPr="00576FA6">
        <w:rPr>
          <w:rFonts w:ascii="Tahoma" w:hAnsi="Tahoma" w:cs="Tahoma"/>
          <w:rtl/>
        </w:rPr>
        <w:t xml:space="preserve"> گرفته بودند و قشون تازه‌ا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که افغان‌ها را شکست داده ب</w:t>
      </w:r>
      <w:r w:rsidRPr="00576FA6">
        <w:rPr>
          <w:rFonts w:ascii="Tahoma" w:hAnsi="Tahoma" w:cs="Tahoma" w:hint="eastAsia"/>
          <w:rtl/>
        </w:rPr>
        <w:t>ود</w:t>
      </w:r>
      <w:r w:rsidRPr="00576FA6">
        <w:rPr>
          <w:rFonts w:ascii="Tahoma" w:hAnsi="Tahoma" w:cs="Tahoma"/>
          <w:rtl/>
        </w:rPr>
        <w:t xml:space="preserve"> ب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ش</w:t>
      </w:r>
      <w:r w:rsidRPr="00576FA6">
        <w:rPr>
          <w:rFonts w:ascii="Tahoma" w:hAnsi="Tahoma" w:cs="Tahoma"/>
          <w:rtl/>
        </w:rPr>
        <w:t xml:space="preserve"> از آنکه به شخص شاه وفادار باشد ز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ر</w:t>
      </w:r>
      <w:r w:rsidRPr="00576FA6">
        <w:rPr>
          <w:rFonts w:ascii="Tahoma" w:hAnsi="Tahoma" w:cs="Tahoma"/>
          <w:rtl/>
        </w:rPr>
        <w:t xml:space="preserve"> فرمان نادر قرار داشت.</w:t>
      </w:r>
    </w:p>
    <w:p w:rsidR="00576FA6" w:rsidRPr="00576FA6" w:rsidRDefault="00576FA6" w:rsidP="00576FA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76FA6">
        <w:rPr>
          <w:rFonts w:ascii="Tahoma" w:hAnsi="Tahoma" w:cs="Tahoma" w:hint="eastAsia"/>
          <w:rtl/>
        </w:rPr>
        <w:t>تهماسب</w:t>
      </w:r>
      <w:r w:rsidRPr="00576FA6">
        <w:rPr>
          <w:rFonts w:ascii="Tahoma" w:hAnsi="Tahoma" w:cs="Tahoma"/>
          <w:rtl/>
        </w:rPr>
        <w:t xml:space="preserve"> تاج و خون صفو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را داشت. نام خاندان او هنوز برا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بخش بزرگ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از مردم، د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نکاران،</w:t>
      </w:r>
      <w:r w:rsidRPr="00576FA6">
        <w:rPr>
          <w:rFonts w:ascii="Tahoma" w:hAnsi="Tahoma" w:cs="Tahoma"/>
          <w:rtl/>
        </w:rPr>
        <w:t xml:space="preserve"> د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وانسالاران</w:t>
      </w:r>
      <w:r w:rsidRPr="00576FA6">
        <w:rPr>
          <w:rFonts w:ascii="Tahoma" w:hAnsi="Tahoma" w:cs="Tahoma"/>
          <w:rtl/>
        </w:rPr>
        <w:t xml:space="preserve"> و بازماندگان قزلباشان سرچشمهٔ حقان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ت</w:t>
      </w:r>
      <w:r w:rsidRPr="00576FA6">
        <w:rPr>
          <w:rFonts w:ascii="Tahoma" w:hAnsi="Tahoma" w:cs="Tahoma"/>
          <w:rtl/>
        </w:rPr>
        <w:t xml:space="preserve"> حکمران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بود. نادر از چن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ن</w:t>
      </w:r>
      <w:r w:rsidRPr="00576FA6">
        <w:rPr>
          <w:rFonts w:ascii="Tahoma" w:hAnsi="Tahoma" w:cs="Tahoma"/>
          <w:rtl/>
        </w:rPr>
        <w:t xml:space="preserve"> نسب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برخوردار نبود. او سردار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برخاسته از خراسان بود که قدرتش را از سازمان دادن قشون و پ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روز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در </w:t>
      </w:r>
      <w:r w:rsidRPr="00576FA6">
        <w:rPr>
          <w:rFonts w:ascii="Tahoma" w:hAnsi="Tahoma" w:cs="Tahoma" w:hint="eastAsia"/>
          <w:rtl/>
        </w:rPr>
        <w:t>جنگ</w:t>
      </w:r>
      <w:r w:rsidRPr="00576FA6">
        <w:rPr>
          <w:rFonts w:ascii="Tahoma" w:hAnsi="Tahoma" w:cs="Tahoma"/>
          <w:rtl/>
        </w:rPr>
        <w:t xml:space="preserve"> به دست آورده بود.</w:t>
      </w:r>
    </w:p>
    <w:p w:rsidR="00576FA6" w:rsidRPr="00576FA6" w:rsidRDefault="00576FA6" w:rsidP="00576FA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76FA6">
        <w:rPr>
          <w:rFonts w:ascii="Tahoma" w:hAnsi="Tahoma" w:cs="Tahoma" w:hint="eastAsia"/>
          <w:rtl/>
        </w:rPr>
        <w:t>در</w:t>
      </w:r>
      <w:r w:rsidRPr="00576FA6">
        <w:rPr>
          <w:rFonts w:ascii="Tahoma" w:hAnsi="Tahoma" w:cs="Tahoma"/>
          <w:rtl/>
        </w:rPr>
        <w:t xml:space="preserve"> آغاز، 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ن</w:t>
      </w:r>
      <w:r w:rsidRPr="00576FA6">
        <w:rPr>
          <w:rFonts w:ascii="Tahoma" w:hAnsi="Tahoma" w:cs="Tahoma"/>
          <w:rtl/>
        </w:rPr>
        <w:t xml:space="preserve"> دو 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رو</w:t>
      </w:r>
      <w:r w:rsidRPr="00576FA6">
        <w:rPr>
          <w:rFonts w:ascii="Tahoma" w:hAnsi="Tahoma" w:cs="Tahoma"/>
          <w:rtl/>
        </w:rPr>
        <w:t xml:space="preserve"> به 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کد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گر</w:t>
      </w:r>
      <w:r w:rsidRPr="00576FA6">
        <w:rPr>
          <w:rFonts w:ascii="Tahoma" w:hAnsi="Tahoma" w:cs="Tahoma"/>
          <w:rtl/>
        </w:rPr>
        <w:t xml:space="preserve"> 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از</w:t>
      </w:r>
      <w:r w:rsidRPr="00576FA6">
        <w:rPr>
          <w:rFonts w:ascii="Tahoma" w:hAnsi="Tahoma" w:cs="Tahoma"/>
          <w:rtl/>
        </w:rPr>
        <w:t xml:space="preserve"> داشتند. تهماسب بدون نادر نم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توانست</w:t>
      </w:r>
      <w:r w:rsidRPr="00576FA6">
        <w:rPr>
          <w:rFonts w:ascii="Tahoma" w:hAnsi="Tahoma" w:cs="Tahoma"/>
          <w:rtl/>
        </w:rPr>
        <w:t xml:space="preserve"> افغان‌ها را شکست دهد و سرزم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ن‌ها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اشغال‌شده را بازپس گ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رد</w:t>
      </w:r>
      <w:r w:rsidRPr="00576FA6">
        <w:rPr>
          <w:rFonts w:ascii="Tahoma" w:hAnsi="Tahoma" w:cs="Tahoma"/>
          <w:rtl/>
        </w:rPr>
        <w:t>. نادر 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ز</w:t>
      </w:r>
      <w:r w:rsidRPr="00576FA6">
        <w:rPr>
          <w:rFonts w:ascii="Tahoma" w:hAnsi="Tahoma" w:cs="Tahoma"/>
          <w:rtl/>
        </w:rPr>
        <w:t xml:space="preserve"> بدون نام تهماسب فقط 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ک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از سرداران 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رومند</w:t>
      </w:r>
      <w:r w:rsidRPr="00576FA6">
        <w:rPr>
          <w:rFonts w:ascii="Tahoma" w:hAnsi="Tahoma" w:cs="Tahoma"/>
          <w:rtl/>
        </w:rPr>
        <w:t xml:space="preserve"> دورهٔ آشفتگ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بود. خدمت به وارث صفو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به جنگ‌ها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او معنا</w:t>
      </w:r>
      <w:r w:rsidRPr="00576FA6">
        <w:rPr>
          <w:rFonts w:ascii="Tahoma" w:hAnsi="Tahoma" w:cs="Tahoma" w:hint="cs"/>
          <w:rtl/>
        </w:rPr>
        <w:t>یی</w:t>
      </w:r>
      <w:r w:rsidRPr="00576FA6">
        <w:rPr>
          <w:rFonts w:ascii="Tahoma" w:hAnsi="Tahoma" w:cs="Tahoma"/>
          <w:rtl/>
        </w:rPr>
        <w:t xml:space="preserve"> فراتر از گسترش ق</w:t>
      </w:r>
      <w:r w:rsidRPr="00576FA6">
        <w:rPr>
          <w:rFonts w:ascii="Tahoma" w:hAnsi="Tahoma" w:cs="Tahoma" w:hint="eastAsia"/>
          <w:rtl/>
        </w:rPr>
        <w:t>درت</w:t>
      </w:r>
      <w:r w:rsidRPr="00576FA6">
        <w:rPr>
          <w:rFonts w:ascii="Tahoma" w:hAnsi="Tahoma" w:cs="Tahoma"/>
          <w:rtl/>
        </w:rPr>
        <w:t xml:space="preserve"> شخص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م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داد</w:t>
      </w:r>
      <w:r w:rsidRPr="00576FA6">
        <w:rPr>
          <w:rFonts w:ascii="Tahoma" w:hAnsi="Tahoma" w:cs="Tahoma"/>
          <w:rtl/>
        </w:rPr>
        <w:t>. او م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توانست</w:t>
      </w:r>
      <w:r w:rsidRPr="00576FA6">
        <w:rPr>
          <w:rFonts w:ascii="Tahoma" w:hAnsi="Tahoma" w:cs="Tahoma"/>
          <w:rtl/>
        </w:rPr>
        <w:t xml:space="preserve"> ادعا کند برا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بازگرداندن شاه قانون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و رها</w:t>
      </w:r>
      <w:r w:rsidRPr="00576FA6">
        <w:rPr>
          <w:rFonts w:ascii="Tahoma" w:hAnsi="Tahoma" w:cs="Tahoma" w:hint="cs"/>
          <w:rtl/>
        </w:rPr>
        <w:t>یی</w:t>
      </w:r>
      <w:r w:rsidRPr="00576FA6">
        <w:rPr>
          <w:rFonts w:ascii="Tahoma" w:hAnsi="Tahoma" w:cs="Tahoma"/>
          <w:rtl/>
        </w:rPr>
        <w:t xml:space="preserve"> کشور از فاتحان م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جنگد</w:t>
      </w:r>
      <w:r w:rsidRPr="00576FA6">
        <w:rPr>
          <w:rFonts w:ascii="Tahoma" w:hAnsi="Tahoma" w:cs="Tahoma"/>
          <w:rtl/>
        </w:rPr>
        <w:t>.</w:t>
      </w:r>
    </w:p>
    <w:p w:rsidR="00576FA6" w:rsidRPr="00576FA6" w:rsidRDefault="00576FA6" w:rsidP="00576FA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76FA6">
        <w:rPr>
          <w:rFonts w:ascii="Tahoma" w:hAnsi="Tahoma" w:cs="Tahoma" w:hint="eastAsia"/>
          <w:rtl/>
        </w:rPr>
        <w:t>عنوان</w:t>
      </w:r>
      <w:r w:rsidRPr="00576FA6">
        <w:rPr>
          <w:rFonts w:ascii="Tahoma" w:hAnsi="Tahoma" w:cs="Tahoma"/>
          <w:rtl/>
        </w:rPr>
        <w:t xml:space="preserve"> «تهماسب‌قل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خان»</w:t>
      </w:r>
      <w:r w:rsidRPr="00576FA6">
        <w:rPr>
          <w:rFonts w:ascii="Tahoma" w:hAnsi="Tahoma" w:cs="Tahoma"/>
          <w:rtl/>
        </w:rPr>
        <w:t xml:space="preserve"> هم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ن</w:t>
      </w:r>
      <w:r w:rsidRPr="00576FA6">
        <w:rPr>
          <w:rFonts w:ascii="Tahoma" w:hAnsi="Tahoma" w:cs="Tahoma"/>
          <w:rtl/>
        </w:rPr>
        <w:t xml:space="preserve"> رابطه را نشان م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داد</w:t>
      </w:r>
      <w:r w:rsidRPr="00576FA6">
        <w:rPr>
          <w:rFonts w:ascii="Tahoma" w:hAnsi="Tahoma" w:cs="Tahoma"/>
          <w:rtl/>
        </w:rPr>
        <w:t>: نادر خود را خدمتگزار تهماسب معرف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م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کرد</w:t>
      </w:r>
      <w:r w:rsidRPr="00576FA6">
        <w:rPr>
          <w:rFonts w:ascii="Tahoma" w:hAnsi="Tahoma" w:cs="Tahoma"/>
          <w:rtl/>
        </w:rPr>
        <w:t>. اما در عمل، هر پ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روز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او توازن رابطه را تغ</w:t>
      </w:r>
      <w:r w:rsidRPr="00576FA6">
        <w:rPr>
          <w:rFonts w:ascii="Tahoma" w:hAnsi="Tahoma" w:cs="Tahoma" w:hint="cs"/>
          <w:rtl/>
        </w:rPr>
        <w:t>یی</w:t>
      </w:r>
      <w:r w:rsidRPr="00576FA6">
        <w:rPr>
          <w:rFonts w:ascii="Tahoma" w:hAnsi="Tahoma" w:cs="Tahoma" w:hint="eastAsia"/>
          <w:rtl/>
        </w:rPr>
        <w:t>ر</w:t>
      </w:r>
      <w:r w:rsidRPr="00576FA6">
        <w:rPr>
          <w:rFonts w:ascii="Tahoma" w:hAnsi="Tahoma" w:cs="Tahoma"/>
          <w:rtl/>
        </w:rPr>
        <w:t xml:space="preserve"> م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داد</w:t>
      </w:r>
      <w:r w:rsidRPr="00576FA6">
        <w:rPr>
          <w:rFonts w:ascii="Tahoma" w:hAnsi="Tahoma" w:cs="Tahoma"/>
          <w:rtl/>
        </w:rPr>
        <w:t>. شاه با تک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ه</w:t>
      </w:r>
      <w:r w:rsidRPr="00576FA6">
        <w:rPr>
          <w:rFonts w:ascii="Tahoma" w:hAnsi="Tahoma" w:cs="Tahoma"/>
          <w:rtl/>
        </w:rPr>
        <w:t xml:space="preserve"> بر خون خود فرمان م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داد،</w:t>
      </w:r>
      <w:r w:rsidRPr="00576FA6">
        <w:rPr>
          <w:rFonts w:ascii="Tahoma" w:hAnsi="Tahoma" w:cs="Tahoma"/>
          <w:rtl/>
        </w:rPr>
        <w:t xml:space="preserve"> ول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سردار قشون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در اخت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ار</w:t>
      </w:r>
      <w:r w:rsidRPr="00576FA6">
        <w:rPr>
          <w:rFonts w:ascii="Tahoma" w:hAnsi="Tahoma" w:cs="Tahoma"/>
          <w:rtl/>
        </w:rPr>
        <w:t xml:space="preserve"> داشت که همان فرمان را اجرا م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کرد</w:t>
      </w:r>
      <w:r w:rsidRPr="00576FA6">
        <w:rPr>
          <w:rFonts w:ascii="Tahoma" w:hAnsi="Tahoma" w:cs="Tahoma"/>
          <w:rtl/>
        </w:rPr>
        <w:t xml:space="preserve">. اگر قشون از </w:t>
      </w:r>
      <w:r w:rsidRPr="00576FA6">
        <w:rPr>
          <w:rFonts w:ascii="Tahoma" w:hAnsi="Tahoma" w:cs="Tahoma" w:hint="eastAsia"/>
          <w:rtl/>
        </w:rPr>
        <w:t>اطاعت</w:t>
      </w:r>
      <w:r w:rsidRPr="00576FA6">
        <w:rPr>
          <w:rFonts w:ascii="Tahoma" w:hAnsi="Tahoma" w:cs="Tahoma"/>
          <w:rtl/>
        </w:rPr>
        <w:t xml:space="preserve"> بازم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ستاد،</w:t>
      </w:r>
      <w:r w:rsidRPr="00576FA6">
        <w:rPr>
          <w:rFonts w:ascii="Tahoma" w:hAnsi="Tahoma" w:cs="Tahoma"/>
          <w:rtl/>
        </w:rPr>
        <w:t xml:space="preserve"> تاج به‌تنها</w:t>
      </w:r>
      <w:r w:rsidRPr="00576FA6">
        <w:rPr>
          <w:rFonts w:ascii="Tahoma" w:hAnsi="Tahoma" w:cs="Tahoma" w:hint="cs"/>
          <w:rtl/>
        </w:rPr>
        <w:t>یی</w:t>
      </w:r>
      <w:r w:rsidRPr="00576FA6">
        <w:rPr>
          <w:rFonts w:ascii="Tahoma" w:hAnsi="Tahoma" w:cs="Tahoma"/>
          <w:rtl/>
        </w:rPr>
        <w:t xml:space="preserve"> قدرت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نداشت.</w:t>
      </w:r>
    </w:p>
    <w:p w:rsidR="00576FA6" w:rsidRPr="00576FA6" w:rsidRDefault="00576FA6" w:rsidP="00576FA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76FA6">
        <w:rPr>
          <w:rFonts w:ascii="Tahoma" w:hAnsi="Tahoma" w:cs="Tahoma" w:hint="eastAsia"/>
          <w:rtl/>
        </w:rPr>
        <w:t>نادر</w:t>
      </w:r>
      <w:r w:rsidRPr="00576FA6">
        <w:rPr>
          <w:rFonts w:ascii="Tahoma" w:hAnsi="Tahoma" w:cs="Tahoma"/>
          <w:rtl/>
        </w:rPr>
        <w:t xml:space="preserve"> توانسته بود 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روها</w:t>
      </w:r>
      <w:r w:rsidRPr="00576FA6">
        <w:rPr>
          <w:rFonts w:ascii="Tahoma" w:hAnsi="Tahoma" w:cs="Tahoma" w:hint="cs"/>
          <w:rtl/>
        </w:rPr>
        <w:t>یی</w:t>
      </w:r>
      <w:r w:rsidRPr="00576FA6">
        <w:rPr>
          <w:rFonts w:ascii="Tahoma" w:hAnsi="Tahoma" w:cs="Tahoma"/>
          <w:rtl/>
        </w:rPr>
        <w:t xml:space="preserve"> از قبا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ل</w:t>
      </w:r>
      <w:r w:rsidRPr="00576FA6">
        <w:rPr>
          <w:rFonts w:ascii="Tahoma" w:hAnsi="Tahoma" w:cs="Tahoma"/>
          <w:rtl/>
        </w:rPr>
        <w:t xml:space="preserve"> و گروه‌ها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مختلف گرد آورد و آنان را ز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ر</w:t>
      </w:r>
      <w:r w:rsidRPr="00576FA6">
        <w:rPr>
          <w:rFonts w:ascii="Tahoma" w:hAnsi="Tahoma" w:cs="Tahoma"/>
          <w:rtl/>
        </w:rPr>
        <w:t xml:space="preserve"> فرمانده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متمرکزتر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قرار دهد. قشون او فقط اتحاد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ه‌ا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از سران قب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له‌ا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نبود که هر 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ک</w:t>
      </w:r>
      <w:r w:rsidRPr="00576FA6">
        <w:rPr>
          <w:rFonts w:ascii="Tahoma" w:hAnsi="Tahoma" w:cs="Tahoma"/>
          <w:rtl/>
        </w:rPr>
        <w:t xml:space="preserve"> در م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دان</w:t>
      </w:r>
      <w:r w:rsidRPr="00576FA6">
        <w:rPr>
          <w:rFonts w:ascii="Tahoma" w:hAnsi="Tahoma" w:cs="Tahoma"/>
          <w:rtl/>
        </w:rPr>
        <w:t xml:space="preserve"> راه خود را برود. تفنگچ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ان،</w:t>
      </w:r>
      <w:r w:rsidRPr="00576FA6">
        <w:rPr>
          <w:rFonts w:ascii="Tahoma" w:hAnsi="Tahoma" w:cs="Tahoma"/>
          <w:rtl/>
        </w:rPr>
        <w:t xml:space="preserve"> سواره‌نظام و توپخانه با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د</w:t>
      </w:r>
      <w:r w:rsidRPr="00576FA6">
        <w:rPr>
          <w:rFonts w:ascii="Tahoma" w:hAnsi="Tahoma" w:cs="Tahoma"/>
          <w:rtl/>
        </w:rPr>
        <w:t xml:space="preserve"> بر پا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هٔ</w:t>
      </w:r>
      <w:r w:rsidRPr="00576FA6">
        <w:rPr>
          <w:rFonts w:ascii="Tahoma" w:hAnsi="Tahoma" w:cs="Tahoma"/>
          <w:rtl/>
        </w:rPr>
        <w:t xml:space="preserve"> نقشه‌ا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واحد عمل م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کردند</w:t>
      </w:r>
      <w:r w:rsidRPr="00576FA6">
        <w:rPr>
          <w:rFonts w:ascii="Tahoma" w:hAnsi="Tahoma" w:cs="Tahoma"/>
          <w:rtl/>
        </w:rPr>
        <w:t xml:space="preserve"> و فرماندهان م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دانستند</w:t>
      </w:r>
      <w:r w:rsidRPr="00576FA6">
        <w:rPr>
          <w:rFonts w:ascii="Tahoma" w:hAnsi="Tahoma" w:cs="Tahoma"/>
          <w:rtl/>
        </w:rPr>
        <w:t xml:space="preserve"> که مقامشان به رضا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ت</w:t>
      </w:r>
      <w:r w:rsidRPr="00576FA6">
        <w:rPr>
          <w:rFonts w:ascii="Tahoma" w:hAnsi="Tahoma" w:cs="Tahoma"/>
          <w:rtl/>
        </w:rPr>
        <w:t xml:space="preserve"> و پ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روز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سردار وابسته است.</w:t>
      </w:r>
    </w:p>
    <w:p w:rsidR="00576FA6" w:rsidRPr="00576FA6" w:rsidRDefault="00576FA6" w:rsidP="00576FA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76FA6">
        <w:rPr>
          <w:rFonts w:ascii="Tahoma" w:hAnsi="Tahoma" w:cs="Tahoma" w:hint="eastAsia"/>
          <w:rtl/>
        </w:rPr>
        <w:t>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ن</w:t>
      </w:r>
      <w:r w:rsidRPr="00576FA6">
        <w:rPr>
          <w:rFonts w:ascii="Tahoma" w:hAnsi="Tahoma" w:cs="Tahoma"/>
          <w:rtl/>
        </w:rPr>
        <w:t xml:space="preserve"> قشون از نظر ترک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ب</w:t>
      </w:r>
      <w:r w:rsidRPr="00576FA6">
        <w:rPr>
          <w:rFonts w:ascii="Tahoma" w:hAnsi="Tahoma" w:cs="Tahoma"/>
          <w:rtl/>
        </w:rPr>
        <w:t xml:space="preserve"> 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ز</w:t>
      </w:r>
      <w:r w:rsidRPr="00576FA6">
        <w:rPr>
          <w:rFonts w:ascii="Tahoma" w:hAnsi="Tahoma" w:cs="Tahoma"/>
          <w:rtl/>
        </w:rPr>
        <w:t xml:space="preserve"> به 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ک</w:t>
      </w:r>
      <w:r w:rsidRPr="00576FA6">
        <w:rPr>
          <w:rFonts w:ascii="Tahoma" w:hAnsi="Tahoma" w:cs="Tahoma"/>
          <w:rtl/>
        </w:rPr>
        <w:t xml:space="preserve"> قب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له</w:t>
      </w:r>
      <w:r w:rsidRPr="00576FA6">
        <w:rPr>
          <w:rFonts w:ascii="Tahoma" w:hAnsi="Tahoma" w:cs="Tahoma"/>
          <w:rtl/>
        </w:rPr>
        <w:t xml:space="preserve"> محدود نبود. افشاران در آن جا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گاه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مهم داشتند، اما کردها، ترکمانان، 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روها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خراسان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و گروه‌ها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د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گر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ز</w:t>
      </w:r>
      <w:r w:rsidRPr="00576FA6">
        <w:rPr>
          <w:rFonts w:ascii="Tahoma" w:hAnsi="Tahoma" w:cs="Tahoma"/>
          <w:rtl/>
        </w:rPr>
        <w:t xml:space="preserve"> حضور داشتند. بعدها افغان‌ها</w:t>
      </w:r>
      <w:r w:rsidRPr="00576FA6">
        <w:rPr>
          <w:rFonts w:ascii="Tahoma" w:hAnsi="Tahoma" w:cs="Tahoma" w:hint="cs"/>
          <w:rtl/>
        </w:rPr>
        <w:t>یی</w:t>
      </w:r>
      <w:r w:rsidRPr="00576FA6">
        <w:rPr>
          <w:rFonts w:ascii="Tahoma" w:hAnsi="Tahoma" w:cs="Tahoma"/>
          <w:rtl/>
        </w:rPr>
        <w:t xml:space="preserve"> که تسل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م</w:t>
      </w:r>
      <w:r w:rsidRPr="00576FA6">
        <w:rPr>
          <w:rFonts w:ascii="Tahoma" w:hAnsi="Tahoma" w:cs="Tahoma"/>
          <w:rtl/>
        </w:rPr>
        <w:t xml:space="preserve"> 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ا</w:t>
      </w:r>
      <w:r w:rsidRPr="00576FA6">
        <w:rPr>
          <w:rFonts w:ascii="Tahoma" w:hAnsi="Tahoma" w:cs="Tahoma"/>
          <w:rtl/>
        </w:rPr>
        <w:t xml:space="preserve"> به خدمت درآمدند 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ز</w:t>
      </w:r>
      <w:r w:rsidRPr="00576FA6">
        <w:rPr>
          <w:rFonts w:ascii="Tahoma" w:hAnsi="Tahoma" w:cs="Tahoma"/>
          <w:rtl/>
        </w:rPr>
        <w:t xml:space="preserve"> در جنگ‌ها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نادر شرکت کردند. او برا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افزا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ش</w:t>
      </w:r>
      <w:r w:rsidRPr="00576FA6">
        <w:rPr>
          <w:rFonts w:ascii="Tahoma" w:hAnsi="Tahoma" w:cs="Tahoma"/>
          <w:rtl/>
        </w:rPr>
        <w:t xml:space="preserve"> توان خود </w:t>
      </w:r>
      <w:r w:rsidRPr="00576FA6">
        <w:rPr>
          <w:rFonts w:ascii="Tahoma" w:hAnsi="Tahoma" w:cs="Tahoma" w:hint="eastAsia"/>
          <w:rtl/>
        </w:rPr>
        <w:t>آماده</w:t>
      </w:r>
      <w:r w:rsidRPr="00576FA6">
        <w:rPr>
          <w:rFonts w:ascii="Tahoma" w:hAnsi="Tahoma" w:cs="Tahoma"/>
          <w:rtl/>
        </w:rPr>
        <w:t xml:space="preserve"> بود از هر 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رو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جنگ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استفاده کند، ب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آنکه</w:t>
      </w:r>
      <w:r w:rsidRPr="00576FA6">
        <w:rPr>
          <w:rFonts w:ascii="Tahoma" w:hAnsi="Tahoma" w:cs="Tahoma"/>
          <w:rtl/>
        </w:rPr>
        <w:t xml:space="preserve"> مذهب 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ا</w:t>
      </w:r>
      <w:r w:rsidRPr="00576FA6">
        <w:rPr>
          <w:rFonts w:ascii="Tahoma" w:hAnsi="Tahoma" w:cs="Tahoma"/>
          <w:rtl/>
        </w:rPr>
        <w:t xml:space="preserve"> وابستگ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قب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له‌ا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را تنها مع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ار</w:t>
      </w:r>
      <w:r w:rsidRPr="00576FA6">
        <w:rPr>
          <w:rFonts w:ascii="Tahoma" w:hAnsi="Tahoma" w:cs="Tahoma"/>
          <w:rtl/>
        </w:rPr>
        <w:t xml:space="preserve"> قرار دهد.</w:t>
      </w:r>
    </w:p>
    <w:p w:rsidR="00576FA6" w:rsidRPr="00576FA6" w:rsidRDefault="00576FA6" w:rsidP="00576FA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76FA6">
        <w:rPr>
          <w:rFonts w:ascii="Tahoma" w:hAnsi="Tahoma" w:cs="Tahoma" w:hint="eastAsia"/>
          <w:rtl/>
        </w:rPr>
        <w:t>در</w:t>
      </w:r>
      <w:r w:rsidRPr="00576FA6">
        <w:rPr>
          <w:rFonts w:ascii="Tahoma" w:hAnsi="Tahoma" w:cs="Tahoma"/>
          <w:rtl/>
        </w:rPr>
        <w:t xml:space="preserve"> 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نجا</w:t>
      </w:r>
      <w:r w:rsidRPr="00576FA6">
        <w:rPr>
          <w:rFonts w:ascii="Tahoma" w:hAnsi="Tahoma" w:cs="Tahoma"/>
          <w:rtl/>
        </w:rPr>
        <w:t xml:space="preserve"> تفاوت نادر با حکومت متأخر صفو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آشکار بود. دستگاه صفو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در سال‌ها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پا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ان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ب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ش</w:t>
      </w:r>
      <w:r w:rsidRPr="00576FA6">
        <w:rPr>
          <w:rFonts w:ascii="Tahoma" w:hAnsi="Tahoma" w:cs="Tahoma"/>
          <w:rtl/>
        </w:rPr>
        <w:t xml:space="preserve"> از اندازه به مقام‌ها، دفترها و فرمان‌ها</w:t>
      </w:r>
      <w:r w:rsidRPr="00576FA6">
        <w:rPr>
          <w:rFonts w:ascii="Tahoma" w:hAnsi="Tahoma" w:cs="Tahoma" w:hint="cs"/>
          <w:rtl/>
        </w:rPr>
        <w:t>یی</w:t>
      </w:r>
      <w:r w:rsidRPr="00576FA6">
        <w:rPr>
          <w:rFonts w:ascii="Tahoma" w:hAnsi="Tahoma" w:cs="Tahoma"/>
          <w:rtl/>
        </w:rPr>
        <w:t xml:space="preserve"> تک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ه</w:t>
      </w:r>
      <w:r w:rsidRPr="00576FA6">
        <w:rPr>
          <w:rFonts w:ascii="Tahoma" w:hAnsi="Tahoma" w:cs="Tahoma"/>
          <w:rtl/>
        </w:rPr>
        <w:t xml:space="preserve"> داشت که توان واقع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پشت آنها کاهش 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افته</w:t>
      </w:r>
      <w:r w:rsidRPr="00576FA6">
        <w:rPr>
          <w:rFonts w:ascii="Tahoma" w:hAnsi="Tahoma" w:cs="Tahoma"/>
          <w:rtl/>
        </w:rPr>
        <w:t xml:space="preserve"> بود. نادر از توان واقع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آغاز م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کرد</w:t>
      </w:r>
      <w:r w:rsidRPr="00576FA6">
        <w:rPr>
          <w:rFonts w:ascii="Tahoma" w:hAnsi="Tahoma" w:cs="Tahoma"/>
          <w:rtl/>
        </w:rPr>
        <w:t>: شمار سرباز آماده، سلاح، مواجب، تدارکات و اطاعت د</w:t>
      </w:r>
      <w:r w:rsidRPr="00576FA6">
        <w:rPr>
          <w:rFonts w:ascii="Tahoma" w:hAnsi="Tahoma" w:cs="Tahoma" w:hint="eastAsia"/>
          <w:rtl/>
        </w:rPr>
        <w:t>ر</w:t>
      </w:r>
      <w:r w:rsidRPr="00576FA6">
        <w:rPr>
          <w:rFonts w:ascii="Tahoma" w:hAnsi="Tahoma" w:cs="Tahoma"/>
          <w:rtl/>
        </w:rPr>
        <w:t xml:space="preserve"> م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دان</w:t>
      </w:r>
      <w:r w:rsidRPr="00576FA6">
        <w:rPr>
          <w:rFonts w:ascii="Tahoma" w:hAnsi="Tahoma" w:cs="Tahoma"/>
          <w:rtl/>
        </w:rPr>
        <w:t>. او حقان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ت</w:t>
      </w:r>
      <w:r w:rsidRPr="00576FA6">
        <w:rPr>
          <w:rFonts w:ascii="Tahoma" w:hAnsi="Tahoma" w:cs="Tahoma"/>
          <w:rtl/>
        </w:rPr>
        <w:t xml:space="preserve"> خاندان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نداشت و ناچار بود کمبود آن را با پ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روز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جبران کند.</w:t>
      </w:r>
    </w:p>
    <w:p w:rsidR="00576FA6" w:rsidRPr="00576FA6" w:rsidRDefault="00576FA6" w:rsidP="00576FA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76FA6">
        <w:rPr>
          <w:rFonts w:ascii="Tahoma" w:hAnsi="Tahoma" w:cs="Tahoma" w:hint="eastAsia"/>
          <w:rtl/>
        </w:rPr>
        <w:t>اما</w:t>
      </w:r>
      <w:r w:rsidRPr="00576FA6">
        <w:rPr>
          <w:rFonts w:ascii="Tahoma" w:hAnsi="Tahoma" w:cs="Tahoma"/>
          <w:rtl/>
        </w:rPr>
        <w:t xml:space="preserve"> قشون منظم و پ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وسته</w:t>
      </w:r>
      <w:r w:rsidRPr="00576FA6">
        <w:rPr>
          <w:rFonts w:ascii="Tahoma" w:hAnsi="Tahoma" w:cs="Tahoma"/>
          <w:rtl/>
        </w:rPr>
        <w:t xml:space="preserve"> به پول فراوان 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از</w:t>
      </w:r>
      <w:r w:rsidRPr="00576FA6">
        <w:rPr>
          <w:rFonts w:ascii="Tahoma" w:hAnsi="Tahoma" w:cs="Tahoma"/>
          <w:rtl/>
        </w:rPr>
        <w:t xml:space="preserve"> داشت. سربازان با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د</w:t>
      </w:r>
      <w:r w:rsidRPr="00576FA6">
        <w:rPr>
          <w:rFonts w:ascii="Tahoma" w:hAnsi="Tahoma" w:cs="Tahoma"/>
          <w:rtl/>
        </w:rPr>
        <w:t xml:space="preserve"> مواجب م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گرفتند،</w:t>
      </w:r>
      <w:r w:rsidRPr="00576FA6">
        <w:rPr>
          <w:rFonts w:ascii="Tahoma" w:hAnsi="Tahoma" w:cs="Tahoma"/>
          <w:rtl/>
        </w:rPr>
        <w:t xml:space="preserve"> اسلحه و باروت فراهم م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شد،</w:t>
      </w:r>
      <w:r w:rsidRPr="00576FA6">
        <w:rPr>
          <w:rFonts w:ascii="Tahoma" w:hAnsi="Tahoma" w:cs="Tahoma"/>
          <w:rtl/>
        </w:rPr>
        <w:t xml:space="preserve"> توپخانه جابه‌جا م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گرد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د</w:t>
      </w:r>
      <w:r w:rsidRPr="00576FA6">
        <w:rPr>
          <w:rFonts w:ascii="Tahoma" w:hAnsi="Tahoma" w:cs="Tahoma"/>
          <w:rtl/>
        </w:rPr>
        <w:t xml:space="preserve"> و آذوقه در مس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ر</w:t>
      </w:r>
      <w:r w:rsidRPr="00576FA6">
        <w:rPr>
          <w:rFonts w:ascii="Tahoma" w:hAnsi="Tahoma" w:cs="Tahoma"/>
          <w:rtl/>
        </w:rPr>
        <w:t xml:space="preserve"> لشکرکش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آماده م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شد</w:t>
      </w:r>
      <w:r w:rsidRPr="00576FA6">
        <w:rPr>
          <w:rFonts w:ascii="Tahoma" w:hAnsi="Tahoma" w:cs="Tahoma"/>
          <w:rtl/>
        </w:rPr>
        <w:t>. نادر برا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ادامهٔ جنگ به د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وان</w:t>
      </w:r>
      <w:r w:rsidRPr="00576FA6">
        <w:rPr>
          <w:rFonts w:ascii="Tahoma" w:hAnsi="Tahoma" w:cs="Tahoma"/>
          <w:rtl/>
        </w:rPr>
        <w:t xml:space="preserve"> و مال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ات</w:t>
      </w:r>
      <w:r w:rsidRPr="00576FA6">
        <w:rPr>
          <w:rFonts w:ascii="Tahoma" w:hAnsi="Tahoma" w:cs="Tahoma"/>
          <w:rtl/>
        </w:rPr>
        <w:t xml:space="preserve"> 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ازمند</w:t>
      </w:r>
      <w:r w:rsidRPr="00576FA6">
        <w:rPr>
          <w:rFonts w:ascii="Tahoma" w:hAnsi="Tahoma" w:cs="Tahoma"/>
          <w:rtl/>
        </w:rPr>
        <w:t xml:space="preserve"> بود. شمش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ر</w:t>
      </w:r>
      <w:r w:rsidRPr="00576FA6">
        <w:rPr>
          <w:rFonts w:ascii="Tahoma" w:hAnsi="Tahoma" w:cs="Tahoma"/>
          <w:rtl/>
        </w:rPr>
        <w:t xml:space="preserve"> او بدون حساب و درآمد نم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توانست</w:t>
      </w:r>
      <w:r w:rsidRPr="00576FA6">
        <w:rPr>
          <w:rFonts w:ascii="Tahoma" w:hAnsi="Tahoma" w:cs="Tahoma"/>
          <w:rtl/>
        </w:rPr>
        <w:t xml:space="preserve"> برا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مدت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طولان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بجنگد.</w:t>
      </w:r>
    </w:p>
    <w:p w:rsidR="00576FA6" w:rsidRPr="00576FA6" w:rsidRDefault="00576FA6" w:rsidP="00576FA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76FA6">
        <w:rPr>
          <w:rFonts w:ascii="Tahoma" w:hAnsi="Tahoma" w:cs="Tahoma" w:hint="eastAsia"/>
          <w:rtl/>
        </w:rPr>
        <w:t>د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وانسالاران</w:t>
      </w:r>
      <w:r w:rsidRPr="00576FA6">
        <w:rPr>
          <w:rFonts w:ascii="Tahoma" w:hAnsi="Tahoma" w:cs="Tahoma"/>
          <w:rtl/>
        </w:rPr>
        <w:t xml:space="preserve"> صفو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در 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نجا</w:t>
      </w:r>
      <w:r w:rsidRPr="00576FA6">
        <w:rPr>
          <w:rFonts w:ascii="Tahoma" w:hAnsi="Tahoma" w:cs="Tahoma"/>
          <w:rtl/>
        </w:rPr>
        <w:t xml:space="preserve"> بار د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گر</w:t>
      </w:r>
      <w:r w:rsidRPr="00576FA6">
        <w:rPr>
          <w:rFonts w:ascii="Tahoma" w:hAnsi="Tahoma" w:cs="Tahoma"/>
          <w:rtl/>
        </w:rPr>
        <w:t xml:space="preserve"> اهم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ت</w:t>
      </w:r>
      <w:r w:rsidRPr="00576FA6">
        <w:rPr>
          <w:rFonts w:ascii="Tahoma" w:hAnsi="Tahoma" w:cs="Tahoma"/>
          <w:rtl/>
        </w:rPr>
        <w:t xml:space="preserve"> 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افتند</w:t>
      </w:r>
      <w:r w:rsidRPr="00576FA6">
        <w:rPr>
          <w:rFonts w:ascii="Tahoma" w:hAnsi="Tahoma" w:cs="Tahoma"/>
          <w:rtl/>
        </w:rPr>
        <w:t>. آنان م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توانستند</w:t>
      </w:r>
      <w:r w:rsidRPr="00576FA6">
        <w:rPr>
          <w:rFonts w:ascii="Tahoma" w:hAnsi="Tahoma" w:cs="Tahoma"/>
          <w:rtl/>
        </w:rPr>
        <w:t xml:space="preserve"> زم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ن‌ها</w:t>
      </w:r>
      <w:r w:rsidRPr="00576FA6">
        <w:rPr>
          <w:rFonts w:ascii="Tahoma" w:hAnsi="Tahoma" w:cs="Tahoma"/>
          <w:rtl/>
        </w:rPr>
        <w:t xml:space="preserve"> و درآمدها را بشناسند، مال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ات</w:t>
      </w:r>
      <w:r w:rsidRPr="00576FA6">
        <w:rPr>
          <w:rFonts w:ascii="Tahoma" w:hAnsi="Tahoma" w:cs="Tahoma"/>
          <w:rtl/>
        </w:rPr>
        <w:t xml:space="preserve"> را محاسبه و فرمان‌ها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مربوط به تدارکات را صادر کنند. نادر حکومت تازه‌ا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را از ه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چ</w:t>
      </w:r>
      <w:r w:rsidRPr="00576FA6">
        <w:rPr>
          <w:rFonts w:ascii="Tahoma" w:hAnsi="Tahoma" w:cs="Tahoma"/>
          <w:rtl/>
        </w:rPr>
        <w:t xml:space="preserve"> نم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ساخت؛</w:t>
      </w:r>
      <w:r w:rsidRPr="00576FA6">
        <w:rPr>
          <w:rFonts w:ascii="Tahoma" w:hAnsi="Tahoma" w:cs="Tahoma"/>
          <w:rtl/>
        </w:rPr>
        <w:t xml:space="preserve"> از حافظه و ابزارها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دستگاه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استفاده م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کرد</w:t>
      </w:r>
      <w:r w:rsidRPr="00576FA6">
        <w:rPr>
          <w:rFonts w:ascii="Tahoma" w:hAnsi="Tahoma" w:cs="Tahoma"/>
          <w:rtl/>
        </w:rPr>
        <w:t xml:space="preserve"> که صفو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ان</w:t>
      </w:r>
      <w:r w:rsidRPr="00576FA6">
        <w:rPr>
          <w:rFonts w:ascii="Tahoma" w:hAnsi="Tahoma" w:cs="Tahoma"/>
          <w:rtl/>
        </w:rPr>
        <w:t xml:space="preserve"> پد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د</w:t>
      </w:r>
      <w:r w:rsidRPr="00576FA6">
        <w:rPr>
          <w:rFonts w:ascii="Tahoma" w:hAnsi="Tahoma" w:cs="Tahoma"/>
          <w:rtl/>
        </w:rPr>
        <w:t xml:space="preserve"> آو</w:t>
      </w:r>
      <w:r w:rsidRPr="00576FA6">
        <w:rPr>
          <w:rFonts w:ascii="Tahoma" w:hAnsi="Tahoma" w:cs="Tahoma" w:hint="eastAsia"/>
          <w:rtl/>
        </w:rPr>
        <w:t>رده</w:t>
      </w:r>
      <w:r w:rsidRPr="00576FA6">
        <w:rPr>
          <w:rFonts w:ascii="Tahoma" w:hAnsi="Tahoma" w:cs="Tahoma"/>
          <w:rtl/>
        </w:rPr>
        <w:t xml:space="preserve"> بودند.</w:t>
      </w:r>
    </w:p>
    <w:p w:rsidR="00576FA6" w:rsidRPr="00576FA6" w:rsidRDefault="00576FA6" w:rsidP="00576FA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76FA6">
        <w:rPr>
          <w:rFonts w:ascii="Tahoma" w:hAnsi="Tahoma" w:cs="Tahoma" w:hint="eastAsia"/>
          <w:rtl/>
        </w:rPr>
        <w:t>اما</w:t>
      </w:r>
      <w:r w:rsidRPr="00576FA6">
        <w:rPr>
          <w:rFonts w:ascii="Tahoma" w:hAnsi="Tahoma" w:cs="Tahoma"/>
          <w:rtl/>
        </w:rPr>
        <w:t xml:space="preserve"> رابطهٔ او با د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وان</w:t>
      </w:r>
      <w:r w:rsidRPr="00576FA6">
        <w:rPr>
          <w:rFonts w:ascii="Tahoma" w:hAnsi="Tahoma" w:cs="Tahoma"/>
          <w:rtl/>
        </w:rPr>
        <w:t xml:space="preserve"> تفاوت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مهم داشت. در حکومت متأخر صفو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،</w:t>
      </w:r>
      <w:r w:rsidRPr="00576FA6">
        <w:rPr>
          <w:rFonts w:ascii="Tahoma" w:hAnsi="Tahoma" w:cs="Tahoma"/>
          <w:rtl/>
        </w:rPr>
        <w:t xml:space="preserve"> د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وان</w:t>
      </w:r>
      <w:r w:rsidRPr="00576FA6">
        <w:rPr>
          <w:rFonts w:ascii="Tahoma" w:hAnsi="Tahoma" w:cs="Tahoma"/>
          <w:rtl/>
        </w:rPr>
        <w:t xml:space="preserve"> ز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ر</w:t>
      </w:r>
      <w:r w:rsidRPr="00576FA6">
        <w:rPr>
          <w:rFonts w:ascii="Tahoma" w:hAnsi="Tahoma" w:cs="Tahoma"/>
          <w:rtl/>
        </w:rPr>
        <w:t xml:space="preserve"> تأث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ر</w:t>
      </w:r>
      <w:r w:rsidRPr="00576FA6">
        <w:rPr>
          <w:rFonts w:ascii="Tahoma" w:hAnsi="Tahoma" w:cs="Tahoma"/>
          <w:rtl/>
        </w:rPr>
        <w:t xml:space="preserve"> حرم، مقام‌ها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دربار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و رقابت گروه‌ها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مختلف قرار گرفته بود. نادر م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خواست</w:t>
      </w:r>
      <w:r w:rsidRPr="00576FA6">
        <w:rPr>
          <w:rFonts w:ascii="Tahoma" w:hAnsi="Tahoma" w:cs="Tahoma"/>
          <w:rtl/>
        </w:rPr>
        <w:t xml:space="preserve"> همهٔ منابع در خدمت قشون قرار گ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رند</w:t>
      </w:r>
      <w:r w:rsidRPr="00576FA6">
        <w:rPr>
          <w:rFonts w:ascii="Tahoma" w:hAnsi="Tahoma" w:cs="Tahoma"/>
          <w:rtl/>
        </w:rPr>
        <w:t>. از د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د</w:t>
      </w:r>
      <w:r w:rsidRPr="00576FA6">
        <w:rPr>
          <w:rFonts w:ascii="Tahoma" w:hAnsi="Tahoma" w:cs="Tahoma"/>
          <w:rtl/>
        </w:rPr>
        <w:t xml:space="preserve"> او، نخست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ن</w:t>
      </w:r>
      <w:r w:rsidRPr="00576FA6">
        <w:rPr>
          <w:rFonts w:ascii="Tahoma" w:hAnsi="Tahoma" w:cs="Tahoma"/>
          <w:rtl/>
        </w:rPr>
        <w:t xml:space="preserve"> وظ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فهٔ</w:t>
      </w:r>
      <w:r w:rsidRPr="00576FA6">
        <w:rPr>
          <w:rFonts w:ascii="Tahoma" w:hAnsi="Tahoma" w:cs="Tahoma"/>
          <w:rtl/>
        </w:rPr>
        <w:t xml:space="preserve"> حکومت بازپس‌گ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ر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کشور و حفظ 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رو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نظام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بود </w:t>
      </w:r>
      <w:r w:rsidRPr="00576FA6">
        <w:rPr>
          <w:rFonts w:ascii="Tahoma" w:hAnsi="Tahoma" w:cs="Tahoma" w:hint="eastAsia"/>
          <w:rtl/>
        </w:rPr>
        <w:t>و</w:t>
      </w:r>
      <w:r w:rsidRPr="00576FA6">
        <w:rPr>
          <w:rFonts w:ascii="Tahoma" w:hAnsi="Tahoma" w:cs="Tahoma"/>
          <w:rtl/>
        </w:rPr>
        <w:t xml:space="preserve"> هر هز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نه</w:t>
      </w:r>
      <w:r w:rsidRPr="00576FA6">
        <w:rPr>
          <w:rFonts w:ascii="Tahoma" w:hAnsi="Tahoma" w:cs="Tahoma"/>
          <w:rtl/>
        </w:rPr>
        <w:t xml:space="preserve"> 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ا</w:t>
      </w:r>
      <w:r w:rsidRPr="00576FA6">
        <w:rPr>
          <w:rFonts w:ascii="Tahoma" w:hAnsi="Tahoma" w:cs="Tahoma"/>
          <w:rtl/>
        </w:rPr>
        <w:t xml:space="preserve"> امت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از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که 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ن</w:t>
      </w:r>
      <w:r w:rsidRPr="00576FA6">
        <w:rPr>
          <w:rFonts w:ascii="Tahoma" w:hAnsi="Tahoma" w:cs="Tahoma"/>
          <w:rtl/>
        </w:rPr>
        <w:t xml:space="preserve"> هدف را محدود م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کرد</w:t>
      </w:r>
      <w:r w:rsidRPr="00576FA6">
        <w:rPr>
          <w:rFonts w:ascii="Tahoma" w:hAnsi="Tahoma" w:cs="Tahoma"/>
          <w:rtl/>
        </w:rPr>
        <w:t xml:space="preserve"> م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توانست</w:t>
      </w:r>
      <w:r w:rsidRPr="00576FA6">
        <w:rPr>
          <w:rFonts w:ascii="Tahoma" w:hAnsi="Tahoma" w:cs="Tahoma"/>
          <w:rtl/>
        </w:rPr>
        <w:t xml:space="preserve"> کنار گذاشته شود.</w:t>
      </w:r>
    </w:p>
    <w:p w:rsidR="00576FA6" w:rsidRPr="00576FA6" w:rsidRDefault="00576FA6" w:rsidP="00576FA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76FA6">
        <w:rPr>
          <w:rFonts w:ascii="Tahoma" w:hAnsi="Tahoma" w:cs="Tahoma" w:hint="eastAsia"/>
          <w:rtl/>
        </w:rPr>
        <w:t>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ن</w:t>
      </w:r>
      <w:r w:rsidRPr="00576FA6">
        <w:rPr>
          <w:rFonts w:ascii="Tahoma" w:hAnsi="Tahoma" w:cs="Tahoma"/>
          <w:rtl/>
        </w:rPr>
        <w:t xml:space="preserve"> اولو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ت</w:t>
      </w:r>
      <w:r w:rsidRPr="00576FA6">
        <w:rPr>
          <w:rFonts w:ascii="Tahoma" w:hAnsi="Tahoma" w:cs="Tahoma"/>
          <w:rtl/>
        </w:rPr>
        <w:t xml:space="preserve"> در کوتاه‌مدت کارآمد بود. کشور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که بخش‌ها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ش</w:t>
      </w:r>
      <w:r w:rsidRPr="00576FA6">
        <w:rPr>
          <w:rFonts w:ascii="Tahoma" w:hAnsi="Tahoma" w:cs="Tahoma"/>
          <w:rtl/>
        </w:rPr>
        <w:t xml:space="preserve"> در اشغال قرار داشتند به قشون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از</w:t>
      </w:r>
      <w:r w:rsidRPr="00576FA6">
        <w:rPr>
          <w:rFonts w:ascii="Tahoma" w:hAnsi="Tahoma" w:cs="Tahoma"/>
          <w:rtl/>
        </w:rPr>
        <w:t xml:space="preserve"> داشت که بتواند دشمنان را ب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رون</w:t>
      </w:r>
      <w:r w:rsidRPr="00576FA6">
        <w:rPr>
          <w:rFonts w:ascii="Tahoma" w:hAnsi="Tahoma" w:cs="Tahoma"/>
          <w:rtl/>
        </w:rPr>
        <w:t xml:space="preserve"> براند. اما تمرکز همهٔ منابع بر جنگ بها</w:t>
      </w:r>
      <w:r w:rsidRPr="00576FA6">
        <w:rPr>
          <w:rFonts w:ascii="Tahoma" w:hAnsi="Tahoma" w:cs="Tahoma" w:hint="cs"/>
          <w:rtl/>
        </w:rPr>
        <w:t>یی</w:t>
      </w:r>
      <w:r w:rsidRPr="00576FA6">
        <w:rPr>
          <w:rFonts w:ascii="Tahoma" w:hAnsi="Tahoma" w:cs="Tahoma"/>
          <w:rtl/>
        </w:rPr>
        <w:t xml:space="preserve"> 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ز</w:t>
      </w:r>
      <w:r w:rsidRPr="00576FA6">
        <w:rPr>
          <w:rFonts w:ascii="Tahoma" w:hAnsi="Tahoma" w:cs="Tahoma"/>
          <w:rtl/>
        </w:rPr>
        <w:t xml:space="preserve"> داشت. مال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ات</w:t>
      </w:r>
      <w:r w:rsidRPr="00576FA6">
        <w:rPr>
          <w:rFonts w:ascii="Tahoma" w:hAnsi="Tahoma" w:cs="Tahoma"/>
          <w:rtl/>
        </w:rPr>
        <w:t xml:space="preserve"> سنگ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ن،</w:t>
      </w:r>
      <w:r w:rsidRPr="00576FA6">
        <w:rPr>
          <w:rFonts w:ascii="Tahoma" w:hAnsi="Tahoma" w:cs="Tahoma"/>
          <w:rtl/>
        </w:rPr>
        <w:t xml:space="preserve"> </w:t>
      </w:r>
      <w:r w:rsidRPr="00576FA6">
        <w:rPr>
          <w:rFonts w:ascii="Tahoma" w:hAnsi="Tahoma" w:cs="Tahoma"/>
        </w:rPr>
        <w:t>requisition</w:t>
      </w:r>
      <w:r w:rsidRPr="00576FA6">
        <w:rPr>
          <w:rFonts w:ascii="Tahoma" w:hAnsi="Tahoma" w:cs="Tahoma"/>
          <w:rtl/>
        </w:rPr>
        <w:t xml:space="preserve"> [تدارک‌گ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ر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اجبار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>] و حرکت مداوم قشون م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توانستند</w:t>
      </w:r>
      <w:r w:rsidRPr="00576FA6">
        <w:rPr>
          <w:rFonts w:ascii="Tahoma" w:hAnsi="Tahoma" w:cs="Tahoma"/>
          <w:rtl/>
        </w:rPr>
        <w:t xml:space="preserve"> روستاها و شهرها</w:t>
      </w:r>
      <w:r w:rsidRPr="00576FA6">
        <w:rPr>
          <w:rFonts w:ascii="Tahoma" w:hAnsi="Tahoma" w:cs="Tahoma" w:hint="cs"/>
          <w:rtl/>
        </w:rPr>
        <w:t>یی</w:t>
      </w:r>
      <w:r w:rsidRPr="00576FA6">
        <w:rPr>
          <w:rFonts w:ascii="Tahoma" w:hAnsi="Tahoma" w:cs="Tahoma"/>
          <w:rtl/>
        </w:rPr>
        <w:t xml:space="preserve"> را که هنوز از و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ران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دورهٔ افغان‌ها بهبود 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افته</w:t>
      </w:r>
      <w:r w:rsidRPr="00576FA6">
        <w:rPr>
          <w:rFonts w:ascii="Tahoma" w:hAnsi="Tahoma" w:cs="Tahoma"/>
          <w:rtl/>
        </w:rPr>
        <w:t xml:space="preserve"> بودند ز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ر</w:t>
      </w:r>
      <w:r w:rsidRPr="00576FA6">
        <w:rPr>
          <w:rFonts w:ascii="Tahoma" w:hAnsi="Tahoma" w:cs="Tahoma"/>
          <w:rtl/>
        </w:rPr>
        <w:t xml:space="preserve"> فشار قرار دهند.</w:t>
      </w:r>
    </w:p>
    <w:p w:rsidR="00576FA6" w:rsidRPr="00576FA6" w:rsidRDefault="00576FA6" w:rsidP="00576FA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76FA6">
        <w:rPr>
          <w:rFonts w:ascii="Tahoma" w:hAnsi="Tahoma" w:cs="Tahoma" w:hint="eastAsia"/>
          <w:rtl/>
        </w:rPr>
        <w:t>نادر</w:t>
      </w:r>
      <w:r w:rsidRPr="00576FA6">
        <w:rPr>
          <w:rFonts w:ascii="Tahoma" w:hAnsi="Tahoma" w:cs="Tahoma"/>
          <w:rtl/>
        </w:rPr>
        <w:t xml:space="preserve"> پس از شکست اشرف هنوز با مسئلهٔ شرق روبه‌رو بود. ابدال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ان</w:t>
      </w:r>
      <w:r w:rsidRPr="00576FA6">
        <w:rPr>
          <w:rFonts w:ascii="Tahoma" w:hAnsi="Tahoma" w:cs="Tahoma"/>
          <w:rtl/>
        </w:rPr>
        <w:t xml:space="preserve"> در هرات و مناطق پ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رامون</w:t>
      </w:r>
      <w:r w:rsidRPr="00576FA6">
        <w:rPr>
          <w:rFonts w:ascii="Tahoma" w:hAnsi="Tahoma" w:cs="Tahoma"/>
          <w:rtl/>
        </w:rPr>
        <w:t xml:space="preserve"> آن قدرت داشتند و تا هنگام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که خراسان و پشت سر قشون امن نم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شد،</w:t>
      </w:r>
      <w:r w:rsidRPr="00576FA6">
        <w:rPr>
          <w:rFonts w:ascii="Tahoma" w:hAnsi="Tahoma" w:cs="Tahoma"/>
          <w:rtl/>
        </w:rPr>
        <w:t xml:space="preserve"> لشکرکش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طولان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به غرب خطرناک بود. او ناچار بود پ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ش</w:t>
      </w:r>
      <w:r w:rsidRPr="00576FA6">
        <w:rPr>
          <w:rFonts w:ascii="Tahoma" w:hAnsi="Tahoma" w:cs="Tahoma"/>
          <w:rtl/>
        </w:rPr>
        <w:t xml:space="preserve"> از رو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ارو</w:t>
      </w:r>
      <w:r w:rsidRPr="00576FA6">
        <w:rPr>
          <w:rFonts w:ascii="Tahoma" w:hAnsi="Tahoma" w:cs="Tahoma" w:hint="cs"/>
          <w:rtl/>
        </w:rPr>
        <w:t>یی</w:t>
      </w:r>
      <w:r w:rsidRPr="00576FA6">
        <w:rPr>
          <w:rFonts w:ascii="Tahoma" w:hAnsi="Tahoma" w:cs="Tahoma"/>
          <w:rtl/>
        </w:rPr>
        <w:t xml:space="preserve"> کامل با عثمان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ان،</w:t>
      </w:r>
      <w:r w:rsidRPr="00576FA6">
        <w:rPr>
          <w:rFonts w:ascii="Tahoma" w:hAnsi="Tahoma" w:cs="Tahoma"/>
          <w:rtl/>
        </w:rPr>
        <w:t xml:space="preserve"> 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ن</w:t>
      </w:r>
      <w:r w:rsidRPr="00576FA6">
        <w:rPr>
          <w:rFonts w:ascii="Tahoma" w:hAnsi="Tahoma" w:cs="Tahoma"/>
          <w:rtl/>
        </w:rPr>
        <w:t xml:space="preserve"> جبهه را سامان دهد.</w:t>
      </w:r>
    </w:p>
    <w:p w:rsidR="00576FA6" w:rsidRPr="00576FA6" w:rsidRDefault="00576FA6" w:rsidP="00576FA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76FA6">
        <w:rPr>
          <w:rFonts w:ascii="Tahoma" w:hAnsi="Tahoma" w:cs="Tahoma" w:hint="eastAsia"/>
          <w:rtl/>
        </w:rPr>
        <w:t>در</w:t>
      </w:r>
      <w:r w:rsidRPr="00576FA6">
        <w:rPr>
          <w:rFonts w:ascii="Tahoma" w:hAnsi="Tahoma" w:cs="Tahoma"/>
          <w:rtl/>
        </w:rPr>
        <w:t xml:space="preserve"> غ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اب</w:t>
      </w:r>
      <w:r w:rsidRPr="00576FA6">
        <w:rPr>
          <w:rFonts w:ascii="Tahoma" w:hAnsi="Tahoma" w:cs="Tahoma"/>
          <w:rtl/>
        </w:rPr>
        <w:t xml:space="preserve"> نادر، تهماسب دوم کوش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د</w:t>
      </w:r>
      <w:r w:rsidRPr="00576FA6">
        <w:rPr>
          <w:rFonts w:ascii="Tahoma" w:hAnsi="Tahoma" w:cs="Tahoma"/>
          <w:rtl/>
        </w:rPr>
        <w:t xml:space="preserve"> نشان دهد که فقط شاه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وابسته به سردار 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ست</w:t>
      </w:r>
      <w:r w:rsidRPr="00576FA6">
        <w:rPr>
          <w:rFonts w:ascii="Tahoma" w:hAnsi="Tahoma" w:cs="Tahoma"/>
          <w:rtl/>
        </w:rPr>
        <w:t>. او م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خواست</w:t>
      </w:r>
      <w:r w:rsidRPr="00576FA6">
        <w:rPr>
          <w:rFonts w:ascii="Tahoma" w:hAnsi="Tahoma" w:cs="Tahoma"/>
          <w:rtl/>
        </w:rPr>
        <w:t xml:space="preserve"> شخصاً قشون را رهبر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و سرزم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ن‌ها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غرب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را از عثمان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ان</w:t>
      </w:r>
      <w:r w:rsidRPr="00576FA6">
        <w:rPr>
          <w:rFonts w:ascii="Tahoma" w:hAnsi="Tahoma" w:cs="Tahoma"/>
          <w:rtl/>
        </w:rPr>
        <w:t xml:space="preserve"> بازپس گ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رد</w:t>
      </w:r>
      <w:r w:rsidRPr="00576FA6">
        <w:rPr>
          <w:rFonts w:ascii="Tahoma" w:hAnsi="Tahoma" w:cs="Tahoma"/>
          <w:rtl/>
        </w:rPr>
        <w:t>. 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ن</w:t>
      </w:r>
      <w:r w:rsidRPr="00576FA6">
        <w:rPr>
          <w:rFonts w:ascii="Tahoma" w:hAnsi="Tahoma" w:cs="Tahoma"/>
          <w:rtl/>
        </w:rPr>
        <w:t xml:space="preserve"> تصم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م</w:t>
      </w:r>
      <w:r w:rsidRPr="00576FA6">
        <w:rPr>
          <w:rFonts w:ascii="Tahoma" w:hAnsi="Tahoma" w:cs="Tahoma"/>
          <w:rtl/>
        </w:rPr>
        <w:t xml:space="preserve"> از نظر س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اس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قابل فهم بود. اگر همهٔ پ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روز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ها</w:t>
      </w:r>
      <w:r w:rsidRPr="00576FA6">
        <w:rPr>
          <w:rFonts w:ascii="Tahoma" w:hAnsi="Tahoma" w:cs="Tahoma"/>
          <w:rtl/>
        </w:rPr>
        <w:t xml:space="preserve"> به نام نادر ثبت م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شدند،</w:t>
      </w:r>
      <w:r w:rsidRPr="00576FA6">
        <w:rPr>
          <w:rFonts w:ascii="Tahoma" w:hAnsi="Tahoma" w:cs="Tahoma"/>
          <w:rtl/>
        </w:rPr>
        <w:t xml:space="preserve"> شاه به نشان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ب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قدرت</w:t>
      </w:r>
      <w:r w:rsidRPr="00576FA6">
        <w:rPr>
          <w:rFonts w:ascii="Tahoma" w:hAnsi="Tahoma" w:cs="Tahoma"/>
          <w:rtl/>
        </w:rPr>
        <w:t xml:space="preserve"> تبد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ل</w:t>
      </w:r>
      <w:r w:rsidRPr="00576FA6">
        <w:rPr>
          <w:rFonts w:ascii="Tahoma" w:hAnsi="Tahoma" w:cs="Tahoma"/>
          <w:rtl/>
        </w:rPr>
        <w:t xml:space="preserve"> م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گرد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د</w:t>
      </w:r>
      <w:r w:rsidRPr="00576FA6">
        <w:rPr>
          <w:rFonts w:ascii="Tahoma" w:hAnsi="Tahoma" w:cs="Tahoma"/>
          <w:rtl/>
        </w:rPr>
        <w:t>. تهماسب با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د</w:t>
      </w:r>
      <w:r w:rsidRPr="00576FA6">
        <w:rPr>
          <w:rFonts w:ascii="Tahoma" w:hAnsi="Tahoma" w:cs="Tahoma"/>
          <w:rtl/>
        </w:rPr>
        <w:t xml:space="preserve"> توانا</w:t>
      </w:r>
      <w:r w:rsidRPr="00576FA6">
        <w:rPr>
          <w:rFonts w:ascii="Tahoma" w:hAnsi="Tahoma" w:cs="Tahoma" w:hint="cs"/>
          <w:rtl/>
        </w:rPr>
        <w:t>یی</w:t>
      </w:r>
      <w:r w:rsidRPr="00576FA6">
        <w:rPr>
          <w:rFonts w:ascii="Tahoma" w:hAnsi="Tahoma" w:cs="Tahoma"/>
          <w:rtl/>
        </w:rPr>
        <w:t xml:space="preserve"> خود را در م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دان</w:t>
      </w:r>
      <w:r w:rsidRPr="00576FA6">
        <w:rPr>
          <w:rFonts w:ascii="Tahoma" w:hAnsi="Tahoma" w:cs="Tahoma"/>
          <w:rtl/>
        </w:rPr>
        <w:t xml:space="preserve"> ثابت م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کرد</w:t>
      </w:r>
      <w:r w:rsidRPr="00576FA6">
        <w:rPr>
          <w:rFonts w:ascii="Tahoma" w:hAnsi="Tahoma" w:cs="Tahoma"/>
          <w:rtl/>
        </w:rPr>
        <w:t>.</w:t>
      </w:r>
    </w:p>
    <w:p w:rsidR="00576FA6" w:rsidRPr="00576FA6" w:rsidRDefault="00576FA6" w:rsidP="00576FA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76FA6">
        <w:rPr>
          <w:rFonts w:ascii="Tahoma" w:hAnsi="Tahoma" w:cs="Tahoma" w:hint="eastAsia"/>
          <w:rtl/>
        </w:rPr>
        <w:t>اما</w:t>
      </w:r>
      <w:r w:rsidRPr="00576FA6">
        <w:rPr>
          <w:rFonts w:ascii="Tahoma" w:hAnsi="Tahoma" w:cs="Tahoma"/>
          <w:rtl/>
        </w:rPr>
        <w:t xml:space="preserve"> م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ل</w:t>
      </w:r>
      <w:r w:rsidRPr="00576FA6">
        <w:rPr>
          <w:rFonts w:ascii="Tahoma" w:hAnsi="Tahoma" w:cs="Tahoma"/>
          <w:rtl/>
        </w:rPr>
        <w:t xml:space="preserve"> به اثبات استقلال با توان فرمانده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کسان</w:t>
      </w:r>
      <w:r w:rsidRPr="00576FA6">
        <w:rPr>
          <w:rFonts w:ascii="Tahoma" w:hAnsi="Tahoma" w:cs="Tahoma"/>
          <w:rtl/>
        </w:rPr>
        <w:t xml:space="preserve"> نبود. تهماسب تجربه، انضباط و شناخت نظام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نادر را نداشت. قشون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که ز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ر</w:t>
      </w:r>
      <w:r w:rsidRPr="00576FA6">
        <w:rPr>
          <w:rFonts w:ascii="Tahoma" w:hAnsi="Tahoma" w:cs="Tahoma"/>
          <w:rtl/>
        </w:rPr>
        <w:t xml:space="preserve"> فرمان نادر هماهنگ عمل م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کرد،</w:t>
      </w:r>
      <w:r w:rsidRPr="00576FA6">
        <w:rPr>
          <w:rFonts w:ascii="Tahoma" w:hAnsi="Tahoma" w:cs="Tahoma"/>
          <w:rtl/>
        </w:rPr>
        <w:t xml:space="preserve"> در دست شاه الزاماً همان کارآمد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را حفظ نم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کرد</w:t>
      </w:r>
      <w:r w:rsidRPr="00576FA6">
        <w:rPr>
          <w:rFonts w:ascii="Tahoma" w:hAnsi="Tahoma" w:cs="Tahoma"/>
          <w:rtl/>
        </w:rPr>
        <w:t>. فرمانده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فقط با داشتن عنوان شاه به دست نم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آ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د</w:t>
      </w:r>
      <w:r w:rsidRPr="00576FA6">
        <w:rPr>
          <w:rFonts w:ascii="Tahoma" w:hAnsi="Tahoma" w:cs="Tahoma"/>
          <w:rtl/>
        </w:rPr>
        <w:t>.</w:t>
      </w:r>
    </w:p>
    <w:p w:rsidR="00576FA6" w:rsidRPr="00576FA6" w:rsidRDefault="00576FA6" w:rsidP="00576FA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76FA6">
        <w:rPr>
          <w:rFonts w:ascii="Tahoma" w:hAnsi="Tahoma" w:cs="Tahoma" w:hint="eastAsia"/>
          <w:rtl/>
        </w:rPr>
        <w:t>لشکرکش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تهماسب به غرب در سال‌ها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</w:t>
      </w:r>
      <w:r w:rsidRPr="00576FA6">
        <w:rPr>
          <w:rFonts w:ascii="Tahoma" w:hAnsi="Tahoma" w:cs="Tahoma"/>
          <w:rtl/>
          <w:lang w:bidi="fa-IR"/>
        </w:rPr>
        <w:t>۱۷۳۱</w:t>
      </w:r>
      <w:r w:rsidRPr="00576FA6">
        <w:rPr>
          <w:rFonts w:ascii="Tahoma" w:hAnsi="Tahoma" w:cs="Tahoma"/>
          <w:rtl/>
        </w:rPr>
        <w:t xml:space="preserve"> و </w:t>
      </w:r>
      <w:r w:rsidRPr="00576FA6">
        <w:rPr>
          <w:rFonts w:ascii="Tahoma" w:hAnsi="Tahoma" w:cs="Tahoma"/>
          <w:rtl/>
          <w:lang w:bidi="fa-IR"/>
        </w:rPr>
        <w:t>۱۷۳۲</w:t>
      </w:r>
      <w:r w:rsidRPr="00576FA6">
        <w:rPr>
          <w:rFonts w:ascii="Tahoma" w:hAnsi="Tahoma" w:cs="Tahoma"/>
          <w:rtl/>
        </w:rPr>
        <w:t xml:space="preserve"> به شکست انجام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د</w:t>
      </w:r>
      <w:r w:rsidRPr="00576FA6">
        <w:rPr>
          <w:rFonts w:ascii="Tahoma" w:hAnsi="Tahoma" w:cs="Tahoma"/>
          <w:rtl/>
        </w:rPr>
        <w:t>. عثمان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ان</w:t>
      </w:r>
      <w:r w:rsidRPr="00576FA6">
        <w:rPr>
          <w:rFonts w:ascii="Tahoma" w:hAnsi="Tahoma" w:cs="Tahoma"/>
          <w:rtl/>
        </w:rPr>
        <w:t xml:space="preserve"> توانستند 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روها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او را عقب برانند و شاه ناچار شد پ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مان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بپذ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رد</w:t>
      </w:r>
      <w:r w:rsidRPr="00576FA6">
        <w:rPr>
          <w:rFonts w:ascii="Tahoma" w:hAnsi="Tahoma" w:cs="Tahoma"/>
          <w:rtl/>
        </w:rPr>
        <w:t xml:space="preserve"> که بر پا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هٔ</w:t>
      </w:r>
      <w:r w:rsidRPr="00576FA6">
        <w:rPr>
          <w:rFonts w:ascii="Tahoma" w:hAnsi="Tahoma" w:cs="Tahoma"/>
          <w:rtl/>
        </w:rPr>
        <w:t xml:space="preserve"> آن بخش‌ها</w:t>
      </w:r>
      <w:r w:rsidRPr="00576FA6">
        <w:rPr>
          <w:rFonts w:ascii="Tahoma" w:hAnsi="Tahoma" w:cs="Tahoma" w:hint="cs"/>
          <w:rtl/>
        </w:rPr>
        <w:t>یی</w:t>
      </w:r>
      <w:r w:rsidRPr="00576FA6">
        <w:rPr>
          <w:rFonts w:ascii="Tahoma" w:hAnsi="Tahoma" w:cs="Tahoma"/>
          <w:rtl/>
        </w:rPr>
        <w:t xml:space="preserve"> از سرزم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ن‌ها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مورد اختلاف در اخت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ار</w:t>
      </w:r>
      <w:r w:rsidRPr="00576FA6">
        <w:rPr>
          <w:rFonts w:ascii="Tahoma" w:hAnsi="Tahoma" w:cs="Tahoma"/>
          <w:rtl/>
        </w:rPr>
        <w:t xml:space="preserve"> آنان باق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م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ماند</w:t>
      </w:r>
      <w:r w:rsidRPr="00576FA6">
        <w:rPr>
          <w:rFonts w:ascii="Tahoma" w:hAnsi="Tahoma" w:cs="Tahoma"/>
          <w:rtl/>
        </w:rPr>
        <w:t>. 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ن</w:t>
      </w:r>
      <w:r w:rsidRPr="00576FA6">
        <w:rPr>
          <w:rFonts w:ascii="Tahoma" w:hAnsi="Tahoma" w:cs="Tahoma"/>
          <w:rtl/>
        </w:rPr>
        <w:t xml:space="preserve"> نت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جه</w:t>
      </w:r>
      <w:r w:rsidRPr="00576FA6">
        <w:rPr>
          <w:rFonts w:ascii="Tahoma" w:hAnsi="Tahoma" w:cs="Tahoma"/>
          <w:rtl/>
        </w:rPr>
        <w:t xml:space="preserve"> برا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مردم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که انتظار داشتند بازگش</w:t>
      </w:r>
      <w:r w:rsidRPr="00576FA6">
        <w:rPr>
          <w:rFonts w:ascii="Tahoma" w:hAnsi="Tahoma" w:cs="Tahoma" w:hint="eastAsia"/>
          <w:rtl/>
        </w:rPr>
        <w:t>ت</w:t>
      </w:r>
      <w:r w:rsidRPr="00576FA6">
        <w:rPr>
          <w:rFonts w:ascii="Tahoma" w:hAnsi="Tahoma" w:cs="Tahoma"/>
          <w:rtl/>
        </w:rPr>
        <w:t xml:space="preserve"> صفو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ان</w:t>
      </w:r>
      <w:r w:rsidRPr="00576FA6">
        <w:rPr>
          <w:rFonts w:ascii="Tahoma" w:hAnsi="Tahoma" w:cs="Tahoma"/>
          <w:rtl/>
        </w:rPr>
        <w:t xml:space="preserve"> به بازپس‌گ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ر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کشور ب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نجامد</w:t>
      </w:r>
      <w:r w:rsidRPr="00576FA6">
        <w:rPr>
          <w:rFonts w:ascii="Tahoma" w:hAnsi="Tahoma" w:cs="Tahoma"/>
          <w:rtl/>
        </w:rPr>
        <w:t xml:space="preserve"> سنگ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ن</w:t>
      </w:r>
      <w:r w:rsidRPr="00576FA6">
        <w:rPr>
          <w:rFonts w:ascii="Tahoma" w:hAnsi="Tahoma" w:cs="Tahoma"/>
          <w:rtl/>
        </w:rPr>
        <w:t xml:space="preserve"> بود.</w:t>
      </w:r>
    </w:p>
    <w:p w:rsidR="00576FA6" w:rsidRPr="00576FA6" w:rsidRDefault="00576FA6" w:rsidP="00576FA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76FA6">
        <w:rPr>
          <w:rFonts w:ascii="Tahoma" w:hAnsi="Tahoma" w:cs="Tahoma" w:hint="eastAsia"/>
          <w:rtl/>
        </w:rPr>
        <w:t>شکست</w:t>
      </w:r>
      <w:r w:rsidRPr="00576FA6">
        <w:rPr>
          <w:rFonts w:ascii="Tahoma" w:hAnsi="Tahoma" w:cs="Tahoma"/>
          <w:rtl/>
        </w:rPr>
        <w:t xml:space="preserve"> تهماسب هد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ه‌ا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س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اس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برا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نادر بود. او م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توانست</w:t>
      </w:r>
      <w:r w:rsidRPr="00576FA6">
        <w:rPr>
          <w:rFonts w:ascii="Tahoma" w:hAnsi="Tahoma" w:cs="Tahoma"/>
          <w:rtl/>
        </w:rPr>
        <w:t xml:space="preserve"> خود را فرمانده‌ا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نشان دهد که افغان‌ها را شکست داده و کشور را نجات داده است، درحال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که</w:t>
      </w:r>
      <w:r w:rsidRPr="00576FA6">
        <w:rPr>
          <w:rFonts w:ascii="Tahoma" w:hAnsi="Tahoma" w:cs="Tahoma"/>
          <w:rtl/>
        </w:rPr>
        <w:t xml:space="preserve"> شاه با لشکرکش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نادرست دستاوردها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نظام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را به خطر انداخته است. تفاوت م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ان</w:t>
      </w:r>
      <w:r w:rsidRPr="00576FA6">
        <w:rPr>
          <w:rFonts w:ascii="Tahoma" w:hAnsi="Tahoma" w:cs="Tahoma"/>
          <w:rtl/>
        </w:rPr>
        <w:t xml:space="preserve"> حقان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ت</w:t>
      </w:r>
      <w:r w:rsidRPr="00576FA6">
        <w:rPr>
          <w:rFonts w:ascii="Tahoma" w:hAnsi="Tahoma" w:cs="Tahoma"/>
          <w:rtl/>
        </w:rPr>
        <w:t xml:space="preserve"> تاج و توان شمش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ر</w:t>
      </w:r>
      <w:r w:rsidRPr="00576FA6">
        <w:rPr>
          <w:rFonts w:ascii="Tahoma" w:hAnsi="Tahoma" w:cs="Tahoma"/>
          <w:rtl/>
        </w:rPr>
        <w:t xml:space="preserve"> آشکارتر شد.</w:t>
      </w:r>
    </w:p>
    <w:p w:rsidR="00576FA6" w:rsidRPr="00576FA6" w:rsidRDefault="00576FA6" w:rsidP="00576FA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76FA6">
        <w:rPr>
          <w:rFonts w:ascii="Tahoma" w:hAnsi="Tahoma" w:cs="Tahoma" w:hint="eastAsia"/>
          <w:rtl/>
        </w:rPr>
        <w:t>نادر</w:t>
      </w:r>
      <w:r w:rsidRPr="00576FA6">
        <w:rPr>
          <w:rFonts w:ascii="Tahoma" w:hAnsi="Tahoma" w:cs="Tahoma"/>
          <w:rtl/>
        </w:rPr>
        <w:t xml:space="preserve"> پ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مان</w:t>
      </w:r>
      <w:r w:rsidRPr="00576FA6">
        <w:rPr>
          <w:rFonts w:ascii="Tahoma" w:hAnsi="Tahoma" w:cs="Tahoma"/>
          <w:rtl/>
        </w:rPr>
        <w:t xml:space="preserve"> و عملکرد تهماسب را محکوم کرد و اعلام نمود سرزم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ن‌ها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ازدست‌رفته با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د</w:t>
      </w:r>
      <w:r w:rsidRPr="00576FA6">
        <w:rPr>
          <w:rFonts w:ascii="Tahoma" w:hAnsi="Tahoma" w:cs="Tahoma"/>
          <w:rtl/>
        </w:rPr>
        <w:t xml:space="preserve"> بازگردانده شوند. 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ن</w:t>
      </w:r>
      <w:r w:rsidRPr="00576FA6">
        <w:rPr>
          <w:rFonts w:ascii="Tahoma" w:hAnsi="Tahoma" w:cs="Tahoma"/>
          <w:rtl/>
        </w:rPr>
        <w:t xml:space="preserve"> موضع او را در چشم قشون، صاحب‌منصبان و گروه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از مردم به مدافع کشور تبد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ل</w:t>
      </w:r>
      <w:r w:rsidRPr="00576FA6">
        <w:rPr>
          <w:rFonts w:ascii="Tahoma" w:hAnsi="Tahoma" w:cs="Tahoma"/>
          <w:rtl/>
        </w:rPr>
        <w:t xml:space="preserve"> م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کرد</w:t>
      </w:r>
      <w:r w:rsidRPr="00576FA6">
        <w:rPr>
          <w:rFonts w:ascii="Tahoma" w:hAnsi="Tahoma" w:cs="Tahoma"/>
          <w:rtl/>
        </w:rPr>
        <w:t>. شاه از نظر خون صاحب تاج بود، اما سردار از نظر عمل حافظ سرزم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ن</w:t>
      </w:r>
      <w:r w:rsidRPr="00576FA6">
        <w:rPr>
          <w:rFonts w:ascii="Tahoma" w:hAnsi="Tahoma" w:cs="Tahoma"/>
          <w:rtl/>
        </w:rPr>
        <w:t xml:space="preserve"> به نظر م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رس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د</w:t>
      </w:r>
      <w:r w:rsidRPr="00576FA6">
        <w:rPr>
          <w:rFonts w:ascii="Tahoma" w:hAnsi="Tahoma" w:cs="Tahoma"/>
          <w:rtl/>
        </w:rPr>
        <w:t>.</w:t>
      </w:r>
    </w:p>
    <w:p w:rsidR="00576FA6" w:rsidRPr="00576FA6" w:rsidRDefault="00576FA6" w:rsidP="00576FA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76FA6">
        <w:rPr>
          <w:rFonts w:ascii="Tahoma" w:hAnsi="Tahoma" w:cs="Tahoma" w:hint="eastAsia"/>
          <w:rtl/>
        </w:rPr>
        <w:t>در</w:t>
      </w:r>
      <w:r w:rsidRPr="00576FA6">
        <w:rPr>
          <w:rFonts w:ascii="Tahoma" w:hAnsi="Tahoma" w:cs="Tahoma"/>
          <w:rtl/>
        </w:rPr>
        <w:t xml:space="preserve"> 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نجا</w:t>
      </w:r>
      <w:r w:rsidRPr="00576FA6">
        <w:rPr>
          <w:rFonts w:ascii="Tahoma" w:hAnsi="Tahoma" w:cs="Tahoma"/>
          <w:rtl/>
        </w:rPr>
        <w:t xml:space="preserve"> مفهوم حقان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ت</w:t>
      </w:r>
      <w:r w:rsidRPr="00576FA6">
        <w:rPr>
          <w:rFonts w:ascii="Tahoma" w:hAnsi="Tahoma" w:cs="Tahoma"/>
          <w:rtl/>
        </w:rPr>
        <w:t xml:space="preserve"> حکمران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تغ</w:t>
      </w:r>
      <w:r w:rsidRPr="00576FA6">
        <w:rPr>
          <w:rFonts w:ascii="Tahoma" w:hAnsi="Tahoma" w:cs="Tahoma" w:hint="cs"/>
          <w:rtl/>
        </w:rPr>
        <w:t>یی</w:t>
      </w:r>
      <w:r w:rsidRPr="00576FA6">
        <w:rPr>
          <w:rFonts w:ascii="Tahoma" w:hAnsi="Tahoma" w:cs="Tahoma" w:hint="eastAsia"/>
          <w:rtl/>
        </w:rPr>
        <w:t>ر</w:t>
      </w:r>
      <w:r w:rsidRPr="00576FA6">
        <w:rPr>
          <w:rFonts w:ascii="Tahoma" w:hAnsi="Tahoma" w:cs="Tahoma"/>
          <w:rtl/>
        </w:rPr>
        <w:t xml:space="preserve"> م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کرد</w:t>
      </w:r>
      <w:r w:rsidRPr="00576FA6">
        <w:rPr>
          <w:rFonts w:ascii="Tahoma" w:hAnsi="Tahoma" w:cs="Tahoma"/>
          <w:rtl/>
        </w:rPr>
        <w:t>. صفو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ان</w:t>
      </w:r>
      <w:r w:rsidRPr="00576FA6">
        <w:rPr>
          <w:rFonts w:ascii="Tahoma" w:hAnsi="Tahoma" w:cs="Tahoma"/>
          <w:rtl/>
        </w:rPr>
        <w:t xml:space="preserve"> آن را از خون خاندان، پ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وند</w:t>
      </w:r>
      <w:r w:rsidRPr="00576FA6">
        <w:rPr>
          <w:rFonts w:ascii="Tahoma" w:hAnsi="Tahoma" w:cs="Tahoma"/>
          <w:rtl/>
        </w:rPr>
        <w:t xml:space="preserve"> با مذهب رسم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و حما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ت</w:t>
      </w:r>
      <w:r w:rsidRPr="00576FA6">
        <w:rPr>
          <w:rFonts w:ascii="Tahoma" w:hAnsi="Tahoma" w:cs="Tahoma"/>
          <w:rtl/>
        </w:rPr>
        <w:t xml:space="preserve"> د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نکاران</w:t>
      </w:r>
      <w:r w:rsidRPr="00576FA6">
        <w:rPr>
          <w:rFonts w:ascii="Tahoma" w:hAnsi="Tahoma" w:cs="Tahoma"/>
          <w:rtl/>
        </w:rPr>
        <w:t xml:space="preserve"> م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گرفتند</w:t>
      </w:r>
      <w:r w:rsidRPr="00576FA6">
        <w:rPr>
          <w:rFonts w:ascii="Tahoma" w:hAnsi="Tahoma" w:cs="Tahoma"/>
          <w:rtl/>
        </w:rPr>
        <w:t>. نادر منبع د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گر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در برابر آن قرار م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داد</w:t>
      </w:r>
      <w:r w:rsidRPr="00576FA6">
        <w:rPr>
          <w:rFonts w:ascii="Tahoma" w:hAnsi="Tahoma" w:cs="Tahoma"/>
          <w:rtl/>
        </w:rPr>
        <w:t>: توان نجات کشور. او هنوز ادعا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پادشاه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نم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کرد،</w:t>
      </w:r>
      <w:r w:rsidRPr="00576FA6">
        <w:rPr>
          <w:rFonts w:ascii="Tahoma" w:hAnsi="Tahoma" w:cs="Tahoma"/>
          <w:rtl/>
        </w:rPr>
        <w:t xml:space="preserve"> اما زم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نهٔ</w:t>
      </w:r>
      <w:r w:rsidRPr="00576FA6">
        <w:rPr>
          <w:rFonts w:ascii="Tahoma" w:hAnsi="Tahoma" w:cs="Tahoma"/>
          <w:rtl/>
        </w:rPr>
        <w:t xml:space="preserve"> 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ن</w:t>
      </w:r>
      <w:r w:rsidRPr="00576FA6">
        <w:rPr>
          <w:rFonts w:ascii="Tahoma" w:hAnsi="Tahoma" w:cs="Tahoma"/>
          <w:rtl/>
        </w:rPr>
        <w:t xml:space="preserve"> پرسش را م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ساخت</w:t>
      </w:r>
      <w:r w:rsidRPr="00576FA6">
        <w:rPr>
          <w:rFonts w:ascii="Tahoma" w:hAnsi="Tahoma" w:cs="Tahoma"/>
          <w:rtl/>
        </w:rPr>
        <w:t xml:space="preserve"> که اگر شاه نم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تواند</w:t>
      </w:r>
      <w:r w:rsidRPr="00576FA6">
        <w:rPr>
          <w:rFonts w:ascii="Tahoma" w:hAnsi="Tahoma" w:cs="Tahoma"/>
          <w:rtl/>
        </w:rPr>
        <w:t xml:space="preserve"> کشور را حفظ کند و سردار م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تواند،</w:t>
      </w:r>
      <w:r w:rsidRPr="00576FA6">
        <w:rPr>
          <w:rFonts w:ascii="Tahoma" w:hAnsi="Tahoma" w:cs="Tahoma"/>
          <w:rtl/>
        </w:rPr>
        <w:t xml:space="preserve"> کدام‌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ک</w:t>
      </w:r>
      <w:r w:rsidRPr="00576FA6">
        <w:rPr>
          <w:rFonts w:ascii="Tahoma" w:hAnsi="Tahoma" w:cs="Tahoma"/>
          <w:rtl/>
        </w:rPr>
        <w:t xml:space="preserve"> شا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ستهٔ</w:t>
      </w:r>
      <w:r w:rsidRPr="00576FA6">
        <w:rPr>
          <w:rFonts w:ascii="Tahoma" w:hAnsi="Tahoma" w:cs="Tahoma"/>
          <w:rtl/>
        </w:rPr>
        <w:t xml:space="preserve"> فرمان‌روا</w:t>
      </w:r>
      <w:r w:rsidRPr="00576FA6">
        <w:rPr>
          <w:rFonts w:ascii="Tahoma" w:hAnsi="Tahoma" w:cs="Tahoma" w:hint="cs"/>
          <w:rtl/>
        </w:rPr>
        <w:t>یی</w:t>
      </w:r>
      <w:r w:rsidRPr="00576FA6">
        <w:rPr>
          <w:rFonts w:ascii="Tahoma" w:hAnsi="Tahoma" w:cs="Tahoma"/>
          <w:rtl/>
        </w:rPr>
        <w:t xml:space="preserve"> است؟</w:t>
      </w:r>
    </w:p>
    <w:p w:rsidR="00576FA6" w:rsidRPr="00576FA6" w:rsidRDefault="00576FA6" w:rsidP="00576FA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76FA6">
        <w:rPr>
          <w:rFonts w:ascii="Tahoma" w:hAnsi="Tahoma" w:cs="Tahoma" w:hint="eastAsia"/>
          <w:rtl/>
        </w:rPr>
        <w:t>تهماسب</w:t>
      </w:r>
      <w:r w:rsidRPr="00576FA6">
        <w:rPr>
          <w:rFonts w:ascii="Tahoma" w:hAnsi="Tahoma" w:cs="Tahoma"/>
          <w:rtl/>
        </w:rPr>
        <w:t xml:space="preserve"> 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ز</w:t>
      </w:r>
      <w:r w:rsidRPr="00576FA6">
        <w:rPr>
          <w:rFonts w:ascii="Tahoma" w:hAnsi="Tahoma" w:cs="Tahoma"/>
          <w:rtl/>
        </w:rPr>
        <w:t xml:space="preserve"> م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توانست</w:t>
      </w:r>
      <w:r w:rsidRPr="00576FA6">
        <w:rPr>
          <w:rFonts w:ascii="Tahoma" w:hAnsi="Tahoma" w:cs="Tahoma"/>
          <w:rtl/>
        </w:rPr>
        <w:t xml:space="preserve"> بگو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د</w:t>
      </w:r>
      <w:r w:rsidRPr="00576FA6">
        <w:rPr>
          <w:rFonts w:ascii="Tahoma" w:hAnsi="Tahoma" w:cs="Tahoma"/>
          <w:rtl/>
        </w:rPr>
        <w:t xml:space="preserve"> نادر خدمتگزار تاج و همهٔ پ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روز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ها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ش</w:t>
      </w:r>
      <w:r w:rsidRPr="00576FA6">
        <w:rPr>
          <w:rFonts w:ascii="Tahoma" w:hAnsi="Tahoma" w:cs="Tahoma"/>
          <w:rtl/>
        </w:rPr>
        <w:t xml:space="preserve"> به نام شاه صفو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انجام شده است. فرمانده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نادر بدون فرمان سلطنت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در آغاز فقط قدرت شخص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بود. اما هنگام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که قشون و صاحب‌منصبان نت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جهٔ</w:t>
      </w:r>
      <w:r w:rsidRPr="00576FA6">
        <w:rPr>
          <w:rFonts w:ascii="Tahoma" w:hAnsi="Tahoma" w:cs="Tahoma"/>
          <w:rtl/>
        </w:rPr>
        <w:t xml:space="preserve"> واقع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کار را م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د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دند،</w:t>
      </w:r>
      <w:r w:rsidRPr="00576FA6">
        <w:rPr>
          <w:rFonts w:ascii="Tahoma" w:hAnsi="Tahoma" w:cs="Tahoma"/>
          <w:rtl/>
        </w:rPr>
        <w:t xml:space="preserve"> رابطهٔ رسم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شاه و خدمتگزار با رابطهٔ عم</w:t>
      </w:r>
      <w:r w:rsidRPr="00576FA6">
        <w:rPr>
          <w:rFonts w:ascii="Tahoma" w:hAnsi="Tahoma" w:cs="Tahoma" w:hint="eastAsia"/>
          <w:rtl/>
        </w:rPr>
        <w:t>ل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قدرت سازگار نم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ماند</w:t>
      </w:r>
      <w:r w:rsidRPr="00576FA6">
        <w:rPr>
          <w:rFonts w:ascii="Tahoma" w:hAnsi="Tahoma" w:cs="Tahoma"/>
          <w:rtl/>
        </w:rPr>
        <w:t>.</w:t>
      </w:r>
    </w:p>
    <w:p w:rsidR="00576FA6" w:rsidRPr="00576FA6" w:rsidRDefault="00576FA6" w:rsidP="00576FA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76FA6">
        <w:rPr>
          <w:rFonts w:ascii="Tahoma" w:hAnsi="Tahoma" w:cs="Tahoma" w:hint="eastAsia"/>
          <w:rtl/>
        </w:rPr>
        <w:t>نادر</w:t>
      </w:r>
      <w:r w:rsidRPr="00576FA6">
        <w:rPr>
          <w:rFonts w:ascii="Tahoma" w:hAnsi="Tahoma" w:cs="Tahoma"/>
          <w:rtl/>
        </w:rPr>
        <w:t xml:space="preserve"> پس از بازگشت به مرکز برا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کنارزدن تهماسب اقدام کرد. در روا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ت‌ها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ن</w:t>
      </w:r>
      <w:r w:rsidRPr="00576FA6">
        <w:rPr>
          <w:rFonts w:ascii="Tahoma" w:hAnsi="Tahoma" w:cs="Tahoma"/>
          <w:rtl/>
        </w:rPr>
        <w:t xml:space="preserve"> دوره از نما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ش</w:t>
      </w:r>
      <w:r w:rsidRPr="00576FA6">
        <w:rPr>
          <w:rFonts w:ascii="Tahoma" w:hAnsi="Tahoma" w:cs="Tahoma"/>
          <w:rtl/>
        </w:rPr>
        <w:t xml:space="preserve"> ناتوان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و باده‌نوش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شاه در برابر بزرگان و صاحب‌منصبان سخن گفته شده است. ممکن است جزئ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ات</w:t>
      </w:r>
      <w:r w:rsidRPr="00576FA6">
        <w:rPr>
          <w:rFonts w:ascii="Tahoma" w:hAnsi="Tahoma" w:cs="Tahoma"/>
          <w:rtl/>
        </w:rPr>
        <w:t xml:space="preserve"> 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ن</w:t>
      </w:r>
      <w:r w:rsidRPr="00576FA6">
        <w:rPr>
          <w:rFonts w:ascii="Tahoma" w:hAnsi="Tahoma" w:cs="Tahoma"/>
          <w:rtl/>
        </w:rPr>
        <w:t xml:space="preserve"> صحنه‌ها با هدف توج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ه</w:t>
      </w:r>
      <w:r w:rsidRPr="00576FA6">
        <w:rPr>
          <w:rFonts w:ascii="Tahoma" w:hAnsi="Tahoma" w:cs="Tahoma"/>
          <w:rtl/>
        </w:rPr>
        <w:t xml:space="preserve"> برکنار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آراسته شده باشند، اما نادر به هر حال م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کوش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د</w:t>
      </w:r>
      <w:r w:rsidRPr="00576FA6">
        <w:rPr>
          <w:rFonts w:ascii="Tahoma" w:hAnsi="Tahoma" w:cs="Tahoma"/>
          <w:rtl/>
        </w:rPr>
        <w:t xml:space="preserve"> ن</w:t>
      </w:r>
      <w:r w:rsidRPr="00576FA6">
        <w:rPr>
          <w:rFonts w:ascii="Tahoma" w:hAnsi="Tahoma" w:cs="Tahoma" w:hint="eastAsia"/>
          <w:rtl/>
        </w:rPr>
        <w:t>شان</w:t>
      </w:r>
      <w:r w:rsidRPr="00576FA6">
        <w:rPr>
          <w:rFonts w:ascii="Tahoma" w:hAnsi="Tahoma" w:cs="Tahoma"/>
          <w:rtl/>
        </w:rPr>
        <w:t xml:space="preserve"> دهد تهماسب از شا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ستگ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لازم برا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ادامهٔ سلطنت برخوردار 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ست</w:t>
      </w:r>
      <w:r w:rsidRPr="00576FA6">
        <w:rPr>
          <w:rFonts w:ascii="Tahoma" w:hAnsi="Tahoma" w:cs="Tahoma"/>
          <w:rtl/>
        </w:rPr>
        <w:t>.</w:t>
      </w:r>
    </w:p>
    <w:p w:rsidR="00576FA6" w:rsidRPr="00576FA6" w:rsidRDefault="00576FA6" w:rsidP="00576FA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76FA6">
        <w:rPr>
          <w:rFonts w:ascii="Tahoma" w:hAnsi="Tahoma" w:cs="Tahoma" w:hint="eastAsia"/>
          <w:rtl/>
        </w:rPr>
        <w:t>او</w:t>
      </w:r>
      <w:r w:rsidRPr="00576FA6">
        <w:rPr>
          <w:rFonts w:ascii="Tahoma" w:hAnsi="Tahoma" w:cs="Tahoma"/>
          <w:rtl/>
        </w:rPr>
        <w:t xml:space="preserve"> نم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توانست</w:t>
      </w:r>
      <w:r w:rsidRPr="00576FA6">
        <w:rPr>
          <w:rFonts w:ascii="Tahoma" w:hAnsi="Tahoma" w:cs="Tahoma"/>
          <w:rtl/>
        </w:rPr>
        <w:t xml:space="preserve"> فقط با زور شاه را کنار بزند و انتظار داشته باشد همهٔ 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روها</w:t>
      </w:r>
      <w:r w:rsidRPr="00576FA6">
        <w:rPr>
          <w:rFonts w:ascii="Tahoma" w:hAnsi="Tahoma" w:cs="Tahoma"/>
          <w:rtl/>
        </w:rPr>
        <w:t xml:space="preserve"> ب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درنگ</w:t>
      </w:r>
      <w:r w:rsidRPr="00576FA6">
        <w:rPr>
          <w:rFonts w:ascii="Tahoma" w:hAnsi="Tahoma" w:cs="Tahoma"/>
          <w:rtl/>
        </w:rPr>
        <w:t xml:space="preserve"> اطاعت کنند. نام صفو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هنوز حقان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ت</w:t>
      </w:r>
      <w:r w:rsidRPr="00576FA6">
        <w:rPr>
          <w:rFonts w:ascii="Tahoma" w:hAnsi="Tahoma" w:cs="Tahoma"/>
          <w:rtl/>
        </w:rPr>
        <w:t xml:space="preserve"> داشت و د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نکاران</w:t>
      </w:r>
      <w:r w:rsidRPr="00576FA6">
        <w:rPr>
          <w:rFonts w:ascii="Tahoma" w:hAnsi="Tahoma" w:cs="Tahoma"/>
          <w:rtl/>
        </w:rPr>
        <w:t xml:space="preserve"> و د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وانسالاران</w:t>
      </w:r>
      <w:r w:rsidRPr="00576FA6">
        <w:rPr>
          <w:rFonts w:ascii="Tahoma" w:hAnsi="Tahoma" w:cs="Tahoma"/>
          <w:rtl/>
        </w:rPr>
        <w:t xml:space="preserve"> نم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توانستند</w:t>
      </w:r>
      <w:r w:rsidRPr="00576FA6">
        <w:rPr>
          <w:rFonts w:ascii="Tahoma" w:hAnsi="Tahoma" w:cs="Tahoma"/>
          <w:rtl/>
        </w:rPr>
        <w:t xml:space="preserve"> به آسان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از آن چشم بپوشند. نادر به صورت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از تأ</w:t>
      </w:r>
      <w:r w:rsidRPr="00576FA6">
        <w:rPr>
          <w:rFonts w:ascii="Tahoma" w:hAnsi="Tahoma" w:cs="Tahoma" w:hint="cs"/>
          <w:rtl/>
        </w:rPr>
        <w:t>یی</w:t>
      </w:r>
      <w:r w:rsidRPr="00576FA6">
        <w:rPr>
          <w:rFonts w:ascii="Tahoma" w:hAnsi="Tahoma" w:cs="Tahoma" w:hint="eastAsia"/>
          <w:rtl/>
        </w:rPr>
        <w:t>د</w:t>
      </w:r>
      <w:r w:rsidRPr="00576FA6">
        <w:rPr>
          <w:rFonts w:ascii="Tahoma" w:hAnsi="Tahoma" w:cs="Tahoma"/>
          <w:rtl/>
        </w:rPr>
        <w:t xml:space="preserve"> بزرگان، ام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ران</w:t>
      </w:r>
      <w:r w:rsidRPr="00576FA6">
        <w:rPr>
          <w:rFonts w:ascii="Tahoma" w:hAnsi="Tahoma" w:cs="Tahoma"/>
          <w:rtl/>
        </w:rPr>
        <w:t xml:space="preserve"> و صاحبان مقام 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از</w:t>
      </w:r>
      <w:r w:rsidRPr="00576FA6">
        <w:rPr>
          <w:rFonts w:ascii="Tahoma" w:hAnsi="Tahoma" w:cs="Tahoma"/>
          <w:rtl/>
        </w:rPr>
        <w:t xml:space="preserve"> داشت تا برکنا</w:t>
      </w:r>
      <w:r w:rsidRPr="00576FA6">
        <w:rPr>
          <w:rFonts w:ascii="Tahoma" w:hAnsi="Tahoma" w:cs="Tahoma" w:hint="eastAsia"/>
          <w:rtl/>
        </w:rPr>
        <w:t>ر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شاه را نه شورش سردار، بلکه اقدام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برا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نجات کشور نشان دهد.</w:t>
      </w:r>
    </w:p>
    <w:p w:rsidR="00576FA6" w:rsidRPr="00576FA6" w:rsidRDefault="00576FA6" w:rsidP="00576FA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76FA6">
        <w:rPr>
          <w:rFonts w:ascii="Tahoma" w:hAnsi="Tahoma" w:cs="Tahoma" w:hint="eastAsia"/>
          <w:rtl/>
        </w:rPr>
        <w:t>تهماسب</w:t>
      </w:r>
      <w:r w:rsidRPr="00576FA6">
        <w:rPr>
          <w:rFonts w:ascii="Tahoma" w:hAnsi="Tahoma" w:cs="Tahoma"/>
          <w:rtl/>
        </w:rPr>
        <w:t xml:space="preserve"> دوم در سال </w:t>
      </w:r>
      <w:r w:rsidRPr="00576FA6">
        <w:rPr>
          <w:rFonts w:ascii="Tahoma" w:hAnsi="Tahoma" w:cs="Tahoma"/>
          <w:rtl/>
          <w:lang w:bidi="fa-IR"/>
        </w:rPr>
        <w:t>۱۷۳۲</w:t>
      </w:r>
      <w:r w:rsidRPr="00576FA6">
        <w:rPr>
          <w:rFonts w:ascii="Tahoma" w:hAnsi="Tahoma" w:cs="Tahoma"/>
          <w:rtl/>
        </w:rPr>
        <w:t xml:space="preserve"> م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لاد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از سلطنت کنار گذاشته شد. نادر به جا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آنکه بلافاصله خود تاج بگذارد، عباس م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رزا،</w:t>
      </w:r>
      <w:r w:rsidRPr="00576FA6">
        <w:rPr>
          <w:rFonts w:ascii="Tahoma" w:hAnsi="Tahoma" w:cs="Tahoma"/>
          <w:rtl/>
        </w:rPr>
        <w:t xml:space="preserve"> فرزند خردسال تهماسب، را با نام شاه عباس سوم بر تخت نشاند. کودک نم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توانست</w:t>
      </w:r>
      <w:r w:rsidRPr="00576FA6">
        <w:rPr>
          <w:rFonts w:ascii="Tahoma" w:hAnsi="Tahoma" w:cs="Tahoma"/>
          <w:rtl/>
        </w:rPr>
        <w:t xml:space="preserve"> حکومت کند و نادر در مقام نا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ب‌السلطنه</w:t>
      </w:r>
      <w:r w:rsidRPr="00576FA6">
        <w:rPr>
          <w:rFonts w:ascii="Tahoma" w:hAnsi="Tahoma" w:cs="Tahoma"/>
          <w:rtl/>
        </w:rPr>
        <w:t xml:space="preserve"> اخت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ار</w:t>
      </w:r>
      <w:r w:rsidRPr="00576FA6">
        <w:rPr>
          <w:rFonts w:ascii="Tahoma" w:hAnsi="Tahoma" w:cs="Tahoma"/>
          <w:rtl/>
        </w:rPr>
        <w:t xml:space="preserve"> واقع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را در دست گرفت.</w:t>
      </w:r>
    </w:p>
    <w:p w:rsidR="00576FA6" w:rsidRPr="00576FA6" w:rsidRDefault="00576FA6" w:rsidP="00576FA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76FA6">
        <w:rPr>
          <w:rFonts w:ascii="Tahoma" w:hAnsi="Tahoma" w:cs="Tahoma" w:hint="eastAsia"/>
          <w:rtl/>
        </w:rPr>
        <w:t>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ن</w:t>
      </w:r>
      <w:r w:rsidRPr="00576FA6">
        <w:rPr>
          <w:rFonts w:ascii="Tahoma" w:hAnsi="Tahoma" w:cs="Tahoma"/>
          <w:rtl/>
        </w:rPr>
        <w:t xml:space="preserve"> انتخاب مرحله‌ا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حساب‌شده بود. با نگاه‌داشتن تاج بر سر کودک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صفو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،</w:t>
      </w:r>
      <w:r w:rsidRPr="00576FA6">
        <w:rPr>
          <w:rFonts w:ascii="Tahoma" w:hAnsi="Tahoma" w:cs="Tahoma"/>
          <w:rtl/>
        </w:rPr>
        <w:t xml:space="preserve"> نادر از حقان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ت</w:t>
      </w:r>
      <w:r w:rsidRPr="00576FA6">
        <w:rPr>
          <w:rFonts w:ascii="Tahoma" w:hAnsi="Tahoma" w:cs="Tahoma"/>
          <w:rtl/>
        </w:rPr>
        <w:t xml:space="preserve"> خاندان استفاده م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کرد</w:t>
      </w:r>
      <w:r w:rsidRPr="00576FA6">
        <w:rPr>
          <w:rFonts w:ascii="Tahoma" w:hAnsi="Tahoma" w:cs="Tahoma"/>
          <w:rtl/>
        </w:rPr>
        <w:t xml:space="preserve"> و در همان حال شاه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در برابر خود نداشت که بتواند مستقلاً فرمان دهد. تاج باق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بود، اما قدرت از آن جدا شده و به نا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ب‌السلطنه</w:t>
      </w:r>
      <w:r w:rsidRPr="00576FA6">
        <w:rPr>
          <w:rFonts w:ascii="Tahoma" w:hAnsi="Tahoma" w:cs="Tahoma"/>
          <w:rtl/>
        </w:rPr>
        <w:t xml:space="preserve"> منتقل شده بود.</w:t>
      </w:r>
    </w:p>
    <w:p w:rsidR="00576FA6" w:rsidRPr="00576FA6" w:rsidRDefault="00576FA6" w:rsidP="00576FA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76FA6">
        <w:rPr>
          <w:rFonts w:ascii="Tahoma" w:hAnsi="Tahoma" w:cs="Tahoma" w:hint="eastAsia"/>
          <w:rtl/>
        </w:rPr>
        <w:t>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ن</w:t>
      </w:r>
      <w:r w:rsidRPr="00576FA6">
        <w:rPr>
          <w:rFonts w:ascii="Tahoma" w:hAnsi="Tahoma" w:cs="Tahoma"/>
          <w:rtl/>
        </w:rPr>
        <w:t xml:space="preserve"> وضع شباهت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با دوران کودک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شاه تهماسب اول داشت، اما توازن 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روها</w:t>
      </w:r>
      <w:r w:rsidRPr="00576FA6">
        <w:rPr>
          <w:rFonts w:ascii="Tahoma" w:hAnsi="Tahoma" w:cs="Tahoma"/>
          <w:rtl/>
        </w:rPr>
        <w:t xml:space="preserve"> متفاوت بود. در آن زمان چند ام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ر</w:t>
      </w:r>
      <w:r w:rsidRPr="00576FA6">
        <w:rPr>
          <w:rFonts w:ascii="Tahoma" w:hAnsi="Tahoma" w:cs="Tahoma"/>
          <w:rtl/>
        </w:rPr>
        <w:t xml:space="preserve"> قزلباش برا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تصاحب شاه کودک با 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کد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گر</w:t>
      </w:r>
      <w:r w:rsidRPr="00576FA6">
        <w:rPr>
          <w:rFonts w:ascii="Tahoma" w:hAnsi="Tahoma" w:cs="Tahoma"/>
          <w:rtl/>
        </w:rPr>
        <w:t xml:space="preserve"> رقابت م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کردند</w:t>
      </w:r>
      <w:r w:rsidRPr="00576FA6">
        <w:rPr>
          <w:rFonts w:ascii="Tahoma" w:hAnsi="Tahoma" w:cs="Tahoma"/>
          <w:rtl/>
        </w:rPr>
        <w:t xml:space="preserve">. اکنون 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ک</w:t>
      </w:r>
      <w:r w:rsidRPr="00576FA6">
        <w:rPr>
          <w:rFonts w:ascii="Tahoma" w:hAnsi="Tahoma" w:cs="Tahoma"/>
          <w:rtl/>
        </w:rPr>
        <w:t xml:space="preserve"> سردار توانسته بود رق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بان</w:t>
      </w:r>
      <w:r w:rsidRPr="00576FA6">
        <w:rPr>
          <w:rFonts w:ascii="Tahoma" w:hAnsi="Tahoma" w:cs="Tahoma"/>
          <w:rtl/>
        </w:rPr>
        <w:t xml:space="preserve"> اصل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را کنار بزند و قشون را در اخت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ار</w:t>
      </w:r>
      <w:r w:rsidRPr="00576FA6">
        <w:rPr>
          <w:rFonts w:ascii="Tahoma" w:hAnsi="Tahoma" w:cs="Tahoma"/>
          <w:rtl/>
        </w:rPr>
        <w:t xml:space="preserve"> خود بگ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رد</w:t>
      </w:r>
      <w:r w:rsidRPr="00576FA6">
        <w:rPr>
          <w:rFonts w:ascii="Tahoma" w:hAnsi="Tahoma" w:cs="Tahoma"/>
          <w:rtl/>
        </w:rPr>
        <w:t>. عباس سوم نه نقطهٔ تع</w:t>
      </w:r>
      <w:r w:rsidRPr="00576FA6">
        <w:rPr>
          <w:rFonts w:ascii="Tahoma" w:hAnsi="Tahoma" w:cs="Tahoma" w:hint="eastAsia"/>
          <w:rtl/>
        </w:rPr>
        <w:t>ادل</w:t>
      </w:r>
      <w:r w:rsidRPr="00576FA6">
        <w:rPr>
          <w:rFonts w:ascii="Tahoma" w:hAnsi="Tahoma" w:cs="Tahoma"/>
          <w:rtl/>
        </w:rPr>
        <w:t xml:space="preserve"> قبا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ل،</w:t>
      </w:r>
      <w:r w:rsidRPr="00576FA6">
        <w:rPr>
          <w:rFonts w:ascii="Tahoma" w:hAnsi="Tahoma" w:cs="Tahoma"/>
          <w:rtl/>
        </w:rPr>
        <w:t xml:space="preserve"> بلکه پوشش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برا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فرمانروا</w:t>
      </w:r>
      <w:r w:rsidRPr="00576FA6">
        <w:rPr>
          <w:rFonts w:ascii="Tahoma" w:hAnsi="Tahoma" w:cs="Tahoma" w:hint="cs"/>
          <w:rtl/>
        </w:rPr>
        <w:t>یی</w:t>
      </w:r>
      <w:r w:rsidRPr="00576FA6">
        <w:rPr>
          <w:rFonts w:ascii="Tahoma" w:hAnsi="Tahoma" w:cs="Tahoma"/>
          <w:rtl/>
        </w:rPr>
        <w:t xml:space="preserve"> نادر بود.</w:t>
      </w:r>
    </w:p>
    <w:p w:rsidR="00576FA6" w:rsidRPr="00576FA6" w:rsidRDefault="00576FA6" w:rsidP="00576FA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76FA6">
        <w:rPr>
          <w:rFonts w:ascii="Tahoma" w:hAnsi="Tahoma" w:cs="Tahoma" w:hint="eastAsia"/>
          <w:rtl/>
        </w:rPr>
        <w:t>د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نکاران</w:t>
      </w:r>
      <w:r w:rsidRPr="00576FA6">
        <w:rPr>
          <w:rFonts w:ascii="Tahoma" w:hAnsi="Tahoma" w:cs="Tahoma"/>
          <w:rtl/>
        </w:rPr>
        <w:t xml:space="preserve"> با وضع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پ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ده</w:t>
      </w:r>
      <w:r w:rsidRPr="00576FA6">
        <w:rPr>
          <w:rFonts w:ascii="Tahoma" w:hAnsi="Tahoma" w:cs="Tahoma"/>
          <w:rtl/>
        </w:rPr>
        <w:t xml:space="preserve"> روبه‌رو شدند. از 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ک</w:t>
      </w:r>
      <w:r w:rsidRPr="00576FA6">
        <w:rPr>
          <w:rFonts w:ascii="Tahoma" w:hAnsi="Tahoma" w:cs="Tahoma"/>
          <w:rtl/>
        </w:rPr>
        <w:t xml:space="preserve"> سو، خاندان صفو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سازنده و پشت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بان</w:t>
      </w:r>
      <w:r w:rsidRPr="00576FA6">
        <w:rPr>
          <w:rFonts w:ascii="Tahoma" w:hAnsi="Tahoma" w:cs="Tahoma"/>
          <w:rtl/>
        </w:rPr>
        <w:t xml:space="preserve"> دستگاه تش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ع</w:t>
      </w:r>
      <w:r w:rsidRPr="00576FA6">
        <w:rPr>
          <w:rFonts w:ascii="Tahoma" w:hAnsi="Tahoma" w:cs="Tahoma"/>
          <w:rtl/>
        </w:rPr>
        <w:t xml:space="preserve"> رسم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بود و برکنار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آن م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توانست</w:t>
      </w:r>
      <w:r w:rsidRPr="00576FA6">
        <w:rPr>
          <w:rFonts w:ascii="Tahoma" w:hAnsi="Tahoma" w:cs="Tahoma"/>
          <w:rtl/>
        </w:rPr>
        <w:t xml:space="preserve"> جا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گاه</w:t>
      </w:r>
      <w:r w:rsidRPr="00576FA6">
        <w:rPr>
          <w:rFonts w:ascii="Tahoma" w:hAnsi="Tahoma" w:cs="Tahoma"/>
          <w:rtl/>
        </w:rPr>
        <w:t xml:space="preserve"> آنان را به خطر اندازد. از سو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د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گر،</w:t>
      </w:r>
      <w:r w:rsidRPr="00576FA6">
        <w:rPr>
          <w:rFonts w:ascii="Tahoma" w:hAnsi="Tahoma" w:cs="Tahoma"/>
          <w:rtl/>
        </w:rPr>
        <w:t xml:space="preserve"> کشور ز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ر</w:t>
      </w:r>
      <w:r w:rsidRPr="00576FA6">
        <w:rPr>
          <w:rFonts w:ascii="Tahoma" w:hAnsi="Tahoma" w:cs="Tahoma"/>
          <w:rtl/>
        </w:rPr>
        <w:t xml:space="preserve"> اشغال و تهد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د</w:t>
      </w:r>
      <w:r w:rsidRPr="00576FA6">
        <w:rPr>
          <w:rFonts w:ascii="Tahoma" w:hAnsi="Tahoma" w:cs="Tahoma"/>
          <w:rtl/>
        </w:rPr>
        <w:t xml:space="preserve"> قرار داشت و نادر تنها 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رو</w:t>
      </w:r>
      <w:r w:rsidRPr="00576FA6">
        <w:rPr>
          <w:rFonts w:ascii="Tahoma" w:hAnsi="Tahoma" w:cs="Tahoma" w:hint="cs"/>
          <w:rtl/>
        </w:rPr>
        <w:t>یی</w:t>
      </w:r>
      <w:r w:rsidRPr="00576FA6">
        <w:rPr>
          <w:rFonts w:ascii="Tahoma" w:hAnsi="Tahoma" w:cs="Tahoma"/>
          <w:rtl/>
        </w:rPr>
        <w:t xml:space="preserve"> بود که م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توانست</w:t>
      </w:r>
      <w:r w:rsidRPr="00576FA6">
        <w:rPr>
          <w:rFonts w:ascii="Tahoma" w:hAnsi="Tahoma" w:cs="Tahoma"/>
          <w:rtl/>
        </w:rPr>
        <w:t xml:space="preserve"> امن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ت</w:t>
      </w:r>
      <w:r w:rsidRPr="00576FA6">
        <w:rPr>
          <w:rFonts w:ascii="Tahoma" w:hAnsi="Tahoma" w:cs="Tahoma"/>
          <w:rtl/>
        </w:rPr>
        <w:t xml:space="preserve"> و 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کپارچگ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را باز</w:t>
      </w:r>
      <w:r w:rsidRPr="00576FA6">
        <w:rPr>
          <w:rFonts w:ascii="Tahoma" w:hAnsi="Tahoma" w:cs="Tahoma" w:hint="eastAsia"/>
          <w:rtl/>
        </w:rPr>
        <w:t>گرداند</w:t>
      </w:r>
      <w:r w:rsidRPr="00576FA6">
        <w:rPr>
          <w:rFonts w:ascii="Tahoma" w:hAnsi="Tahoma" w:cs="Tahoma"/>
          <w:rtl/>
        </w:rPr>
        <w:t>. مخالفت با او ممکن بود به نابود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ب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شتر</w:t>
      </w:r>
      <w:r w:rsidRPr="00576FA6">
        <w:rPr>
          <w:rFonts w:ascii="Tahoma" w:hAnsi="Tahoma" w:cs="Tahoma"/>
          <w:rtl/>
        </w:rPr>
        <w:t xml:space="preserve"> ب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نجامد</w:t>
      </w:r>
      <w:r w:rsidRPr="00576FA6">
        <w:rPr>
          <w:rFonts w:ascii="Tahoma" w:hAnsi="Tahoma" w:cs="Tahoma"/>
          <w:rtl/>
        </w:rPr>
        <w:t>.</w:t>
      </w:r>
    </w:p>
    <w:p w:rsidR="00576FA6" w:rsidRPr="00576FA6" w:rsidRDefault="00576FA6" w:rsidP="00576FA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76FA6">
        <w:rPr>
          <w:rFonts w:ascii="Tahoma" w:hAnsi="Tahoma" w:cs="Tahoma" w:hint="eastAsia"/>
          <w:rtl/>
        </w:rPr>
        <w:t>گروه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از د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نکاران</w:t>
      </w:r>
      <w:r w:rsidRPr="00576FA6">
        <w:rPr>
          <w:rFonts w:ascii="Tahoma" w:hAnsi="Tahoma" w:cs="Tahoma"/>
          <w:rtl/>
        </w:rPr>
        <w:t xml:space="preserve"> و صاحب‌منصبان ناچار شدند حکومت عمل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نادر را بپذ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رند،</w:t>
      </w:r>
      <w:r w:rsidRPr="00576FA6">
        <w:rPr>
          <w:rFonts w:ascii="Tahoma" w:hAnsi="Tahoma" w:cs="Tahoma"/>
          <w:rtl/>
        </w:rPr>
        <w:t xml:space="preserve"> حت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اگر هنوز تاج را از آنِ کودک صفو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بدانند. 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ن</w:t>
      </w:r>
      <w:r w:rsidRPr="00576FA6">
        <w:rPr>
          <w:rFonts w:ascii="Tahoma" w:hAnsi="Tahoma" w:cs="Tahoma"/>
          <w:rtl/>
        </w:rPr>
        <w:t xml:space="preserve"> پذ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رش</w:t>
      </w:r>
      <w:r w:rsidRPr="00576FA6">
        <w:rPr>
          <w:rFonts w:ascii="Tahoma" w:hAnsi="Tahoma" w:cs="Tahoma"/>
          <w:rtl/>
        </w:rPr>
        <w:t xml:space="preserve"> نشان م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داد</w:t>
      </w:r>
      <w:r w:rsidRPr="00576FA6">
        <w:rPr>
          <w:rFonts w:ascii="Tahoma" w:hAnsi="Tahoma" w:cs="Tahoma"/>
          <w:rtl/>
        </w:rPr>
        <w:t xml:space="preserve"> که حقان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ت</w:t>
      </w:r>
      <w:r w:rsidRPr="00576FA6">
        <w:rPr>
          <w:rFonts w:ascii="Tahoma" w:hAnsi="Tahoma" w:cs="Tahoma"/>
          <w:rtl/>
        </w:rPr>
        <w:t xml:space="preserve"> مذهب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و خاندان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بدون قدرت اجرا</w:t>
      </w:r>
      <w:r w:rsidRPr="00576FA6">
        <w:rPr>
          <w:rFonts w:ascii="Tahoma" w:hAnsi="Tahoma" w:cs="Tahoma" w:hint="cs"/>
          <w:rtl/>
        </w:rPr>
        <w:t>یی</w:t>
      </w:r>
      <w:r w:rsidRPr="00576FA6">
        <w:rPr>
          <w:rFonts w:ascii="Tahoma" w:hAnsi="Tahoma" w:cs="Tahoma"/>
          <w:rtl/>
        </w:rPr>
        <w:t xml:space="preserve"> نم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تواند</w:t>
      </w:r>
      <w:r w:rsidRPr="00576FA6">
        <w:rPr>
          <w:rFonts w:ascii="Tahoma" w:hAnsi="Tahoma" w:cs="Tahoma"/>
          <w:rtl/>
        </w:rPr>
        <w:t xml:space="preserve"> به تنها</w:t>
      </w:r>
      <w:r w:rsidRPr="00576FA6">
        <w:rPr>
          <w:rFonts w:ascii="Tahoma" w:hAnsi="Tahoma" w:cs="Tahoma" w:hint="cs"/>
          <w:rtl/>
        </w:rPr>
        <w:t>یی</w:t>
      </w:r>
      <w:r w:rsidRPr="00576FA6">
        <w:rPr>
          <w:rFonts w:ascii="Tahoma" w:hAnsi="Tahoma" w:cs="Tahoma"/>
          <w:rtl/>
        </w:rPr>
        <w:t xml:space="preserve"> حکومت کند. عمامه 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ز</w:t>
      </w:r>
      <w:r w:rsidRPr="00576FA6">
        <w:rPr>
          <w:rFonts w:ascii="Tahoma" w:hAnsi="Tahoma" w:cs="Tahoma"/>
          <w:rtl/>
        </w:rPr>
        <w:t xml:space="preserve"> برا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حفاظت از خود به شمش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ر</w:t>
      </w:r>
      <w:r w:rsidRPr="00576FA6">
        <w:rPr>
          <w:rFonts w:ascii="Tahoma" w:hAnsi="Tahoma" w:cs="Tahoma"/>
          <w:rtl/>
        </w:rPr>
        <w:t xml:space="preserve"> 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از</w:t>
      </w:r>
      <w:r w:rsidRPr="00576FA6">
        <w:rPr>
          <w:rFonts w:ascii="Tahoma" w:hAnsi="Tahoma" w:cs="Tahoma"/>
          <w:rtl/>
        </w:rPr>
        <w:t xml:space="preserve"> دا</w:t>
      </w:r>
      <w:r w:rsidRPr="00576FA6">
        <w:rPr>
          <w:rFonts w:ascii="Tahoma" w:hAnsi="Tahoma" w:cs="Tahoma" w:hint="eastAsia"/>
          <w:rtl/>
        </w:rPr>
        <w:t>شت</w:t>
      </w:r>
      <w:r w:rsidRPr="00576FA6">
        <w:rPr>
          <w:rFonts w:ascii="Tahoma" w:hAnsi="Tahoma" w:cs="Tahoma"/>
          <w:rtl/>
        </w:rPr>
        <w:t>.</w:t>
      </w:r>
    </w:p>
    <w:p w:rsidR="00576FA6" w:rsidRPr="00576FA6" w:rsidRDefault="00576FA6" w:rsidP="00576FA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76FA6">
        <w:rPr>
          <w:rFonts w:ascii="Tahoma" w:hAnsi="Tahoma" w:cs="Tahoma" w:hint="eastAsia"/>
          <w:rtl/>
        </w:rPr>
        <w:t>نادر</w:t>
      </w:r>
      <w:r w:rsidRPr="00576FA6">
        <w:rPr>
          <w:rFonts w:ascii="Tahoma" w:hAnsi="Tahoma" w:cs="Tahoma"/>
          <w:rtl/>
        </w:rPr>
        <w:t xml:space="preserve"> پس از به دست گرفتن 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ابت</w:t>
      </w:r>
      <w:r w:rsidRPr="00576FA6">
        <w:rPr>
          <w:rFonts w:ascii="Tahoma" w:hAnsi="Tahoma" w:cs="Tahoma"/>
          <w:rtl/>
        </w:rPr>
        <w:t xml:space="preserve"> سلطنت، جنگ برا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بازپس‌گ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ر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سرزم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ن‌ها</w:t>
      </w:r>
      <w:r w:rsidRPr="00576FA6">
        <w:rPr>
          <w:rFonts w:ascii="Tahoma" w:hAnsi="Tahoma" w:cs="Tahoma"/>
          <w:rtl/>
        </w:rPr>
        <w:t xml:space="preserve"> را ادامه داد. در غرب با عثمان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ان</w:t>
      </w:r>
      <w:r w:rsidRPr="00576FA6">
        <w:rPr>
          <w:rFonts w:ascii="Tahoma" w:hAnsi="Tahoma" w:cs="Tahoma"/>
          <w:rtl/>
        </w:rPr>
        <w:t xml:space="preserve"> روبه‌رو شد و در شمال تلاش کرد روس‌ها را به عقب‌نش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وادارد. او گاه با جنگ و گاه با پ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مان</w:t>
      </w:r>
      <w:r w:rsidRPr="00576FA6">
        <w:rPr>
          <w:rFonts w:ascii="Tahoma" w:hAnsi="Tahoma" w:cs="Tahoma"/>
          <w:rtl/>
        </w:rPr>
        <w:t xml:space="preserve"> عمل م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کرد؛</w:t>
      </w:r>
      <w:r w:rsidRPr="00576FA6">
        <w:rPr>
          <w:rFonts w:ascii="Tahoma" w:hAnsi="Tahoma" w:cs="Tahoma"/>
          <w:rtl/>
        </w:rPr>
        <w:t xml:space="preserve"> هدف اصل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اش</w:t>
      </w:r>
      <w:r w:rsidRPr="00576FA6">
        <w:rPr>
          <w:rFonts w:ascii="Tahoma" w:hAnsi="Tahoma" w:cs="Tahoma"/>
          <w:rtl/>
        </w:rPr>
        <w:t xml:space="preserve"> آن بود که پ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ش</w:t>
      </w:r>
      <w:r w:rsidRPr="00576FA6">
        <w:rPr>
          <w:rFonts w:ascii="Tahoma" w:hAnsi="Tahoma" w:cs="Tahoma"/>
          <w:rtl/>
        </w:rPr>
        <w:t xml:space="preserve"> از برداشتن گام نها</w:t>
      </w:r>
      <w:r w:rsidRPr="00576FA6">
        <w:rPr>
          <w:rFonts w:ascii="Tahoma" w:hAnsi="Tahoma" w:cs="Tahoma" w:hint="cs"/>
          <w:rtl/>
        </w:rPr>
        <w:t>یی</w:t>
      </w:r>
      <w:r w:rsidRPr="00576FA6">
        <w:rPr>
          <w:rFonts w:ascii="Tahoma" w:hAnsi="Tahoma" w:cs="Tahoma"/>
          <w:rtl/>
        </w:rPr>
        <w:t xml:space="preserve"> به سو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</w:t>
      </w:r>
      <w:r w:rsidRPr="00576FA6">
        <w:rPr>
          <w:rFonts w:ascii="Tahoma" w:hAnsi="Tahoma" w:cs="Tahoma" w:hint="eastAsia"/>
          <w:rtl/>
        </w:rPr>
        <w:t>تاج،</w:t>
      </w:r>
      <w:r w:rsidRPr="00576FA6">
        <w:rPr>
          <w:rFonts w:ascii="Tahoma" w:hAnsi="Tahoma" w:cs="Tahoma"/>
          <w:rtl/>
        </w:rPr>
        <w:t xml:space="preserve"> خود را بازگردانندهٔ تمام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ت</w:t>
      </w:r>
      <w:r w:rsidRPr="00576FA6">
        <w:rPr>
          <w:rFonts w:ascii="Tahoma" w:hAnsi="Tahoma" w:cs="Tahoma"/>
          <w:rtl/>
        </w:rPr>
        <w:t xml:space="preserve"> کشور نشان دهد.</w:t>
      </w:r>
    </w:p>
    <w:p w:rsidR="00576FA6" w:rsidRPr="00576FA6" w:rsidRDefault="00576FA6" w:rsidP="00576FA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76FA6">
        <w:rPr>
          <w:rFonts w:ascii="Tahoma" w:hAnsi="Tahoma" w:cs="Tahoma" w:hint="eastAsia"/>
          <w:rtl/>
        </w:rPr>
        <w:t>روس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ه</w:t>
      </w:r>
      <w:r w:rsidRPr="00576FA6">
        <w:rPr>
          <w:rFonts w:ascii="Tahoma" w:hAnsi="Tahoma" w:cs="Tahoma"/>
          <w:rtl/>
        </w:rPr>
        <w:t xml:space="preserve"> 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ز</w:t>
      </w:r>
      <w:r w:rsidRPr="00576FA6">
        <w:rPr>
          <w:rFonts w:ascii="Tahoma" w:hAnsi="Tahoma" w:cs="Tahoma"/>
          <w:rtl/>
        </w:rPr>
        <w:t xml:space="preserve"> در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افته</w:t>
      </w:r>
      <w:r w:rsidRPr="00576FA6">
        <w:rPr>
          <w:rFonts w:ascii="Tahoma" w:hAnsi="Tahoma" w:cs="Tahoma"/>
          <w:rtl/>
        </w:rPr>
        <w:t xml:space="preserve"> بود نگاه‌داشتن مناطق اشغال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در برابر حکومت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که 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رو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نظام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خود را بازساز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کرده پرهز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نه</w:t>
      </w:r>
      <w:r w:rsidRPr="00576FA6">
        <w:rPr>
          <w:rFonts w:ascii="Tahoma" w:hAnsi="Tahoma" w:cs="Tahoma"/>
          <w:rtl/>
        </w:rPr>
        <w:t xml:space="preserve"> است. توافق‌ها</w:t>
      </w:r>
      <w:r w:rsidRPr="00576FA6">
        <w:rPr>
          <w:rFonts w:ascii="Tahoma" w:hAnsi="Tahoma" w:cs="Tahoma" w:hint="cs"/>
          <w:rtl/>
        </w:rPr>
        <w:t>یی</w:t>
      </w:r>
      <w:r w:rsidRPr="00576FA6">
        <w:rPr>
          <w:rFonts w:ascii="Tahoma" w:hAnsi="Tahoma" w:cs="Tahoma"/>
          <w:rtl/>
        </w:rPr>
        <w:t xml:space="preserve"> در رشت و سپس گنجه زم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نهٔ</w:t>
      </w:r>
      <w:r w:rsidRPr="00576FA6">
        <w:rPr>
          <w:rFonts w:ascii="Tahoma" w:hAnsi="Tahoma" w:cs="Tahoma"/>
          <w:rtl/>
        </w:rPr>
        <w:t xml:space="preserve"> عقب‌نش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روس‌ها از بخش بزرگ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از سرزم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ن‌ها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اشغال‌شده را فراهم کردند. نادر بدون جنگ مستق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م</w:t>
      </w:r>
      <w:r w:rsidRPr="00576FA6">
        <w:rPr>
          <w:rFonts w:ascii="Tahoma" w:hAnsi="Tahoma" w:cs="Tahoma"/>
          <w:rtl/>
        </w:rPr>
        <w:t xml:space="preserve"> گسترده با روس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ه</w:t>
      </w:r>
      <w:r w:rsidRPr="00576FA6">
        <w:rPr>
          <w:rFonts w:ascii="Tahoma" w:hAnsi="Tahoma" w:cs="Tahoma"/>
          <w:rtl/>
        </w:rPr>
        <w:t xml:space="preserve"> توا</w:t>
      </w:r>
      <w:r w:rsidRPr="00576FA6">
        <w:rPr>
          <w:rFonts w:ascii="Tahoma" w:hAnsi="Tahoma" w:cs="Tahoma" w:hint="eastAsia"/>
          <w:rtl/>
        </w:rPr>
        <w:t>نست</w:t>
      </w:r>
      <w:r w:rsidRPr="00576FA6">
        <w:rPr>
          <w:rFonts w:ascii="Tahoma" w:hAnsi="Tahoma" w:cs="Tahoma"/>
          <w:rtl/>
        </w:rPr>
        <w:t xml:space="preserve"> از تغ</w:t>
      </w:r>
      <w:r w:rsidRPr="00576FA6">
        <w:rPr>
          <w:rFonts w:ascii="Tahoma" w:hAnsi="Tahoma" w:cs="Tahoma" w:hint="cs"/>
          <w:rtl/>
        </w:rPr>
        <w:t>یی</w:t>
      </w:r>
      <w:r w:rsidRPr="00576FA6">
        <w:rPr>
          <w:rFonts w:ascii="Tahoma" w:hAnsi="Tahoma" w:cs="Tahoma" w:hint="eastAsia"/>
          <w:rtl/>
        </w:rPr>
        <w:t>ر</w:t>
      </w:r>
      <w:r w:rsidRPr="00576FA6">
        <w:rPr>
          <w:rFonts w:ascii="Tahoma" w:hAnsi="Tahoma" w:cs="Tahoma"/>
          <w:rtl/>
        </w:rPr>
        <w:t xml:space="preserve"> توازن منطقه بهره گ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رد</w:t>
      </w:r>
      <w:r w:rsidRPr="00576FA6">
        <w:rPr>
          <w:rFonts w:ascii="Tahoma" w:hAnsi="Tahoma" w:cs="Tahoma"/>
          <w:rtl/>
        </w:rPr>
        <w:t>.</w:t>
      </w:r>
    </w:p>
    <w:p w:rsidR="00576FA6" w:rsidRPr="00576FA6" w:rsidRDefault="00576FA6" w:rsidP="00576FA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76FA6">
        <w:rPr>
          <w:rFonts w:ascii="Tahoma" w:hAnsi="Tahoma" w:cs="Tahoma" w:hint="eastAsia"/>
          <w:rtl/>
        </w:rPr>
        <w:t>در</w:t>
      </w:r>
      <w:r w:rsidRPr="00576FA6">
        <w:rPr>
          <w:rFonts w:ascii="Tahoma" w:hAnsi="Tahoma" w:cs="Tahoma"/>
          <w:rtl/>
        </w:rPr>
        <w:t xml:space="preserve"> برابر عثمان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ان</w:t>
      </w:r>
      <w:r w:rsidRPr="00576FA6">
        <w:rPr>
          <w:rFonts w:ascii="Tahoma" w:hAnsi="Tahoma" w:cs="Tahoma"/>
          <w:rtl/>
        </w:rPr>
        <w:t xml:space="preserve"> جنگ دشوارتر بود. نادر در 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ک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از لشکرکش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ها</w:t>
      </w:r>
      <w:r w:rsidRPr="00576FA6">
        <w:rPr>
          <w:rFonts w:ascii="Tahoma" w:hAnsi="Tahoma" w:cs="Tahoma"/>
          <w:rtl/>
        </w:rPr>
        <w:t xml:space="preserve"> نزد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ک</w:t>
      </w:r>
      <w:r w:rsidRPr="00576FA6">
        <w:rPr>
          <w:rFonts w:ascii="Tahoma" w:hAnsi="Tahoma" w:cs="Tahoma"/>
          <w:rtl/>
        </w:rPr>
        <w:t xml:space="preserve"> بغداد از توپال عثمان‌پاشا شکست خورد. 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ن</w:t>
      </w:r>
      <w:r w:rsidRPr="00576FA6">
        <w:rPr>
          <w:rFonts w:ascii="Tahoma" w:hAnsi="Tahoma" w:cs="Tahoma"/>
          <w:rtl/>
        </w:rPr>
        <w:t xml:space="preserve"> شکست نشان داد که حت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فرمانده‌ا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چون او 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ز</w:t>
      </w:r>
      <w:r w:rsidRPr="00576FA6">
        <w:rPr>
          <w:rFonts w:ascii="Tahoma" w:hAnsi="Tahoma" w:cs="Tahoma"/>
          <w:rtl/>
        </w:rPr>
        <w:t xml:space="preserve"> هم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شه</w:t>
      </w:r>
      <w:r w:rsidRPr="00576FA6">
        <w:rPr>
          <w:rFonts w:ascii="Tahoma" w:hAnsi="Tahoma" w:cs="Tahoma"/>
          <w:rtl/>
        </w:rPr>
        <w:t xml:space="preserve"> پ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روز</w:t>
      </w:r>
      <w:r w:rsidRPr="00576FA6">
        <w:rPr>
          <w:rFonts w:ascii="Tahoma" w:hAnsi="Tahoma" w:cs="Tahoma"/>
          <w:rtl/>
        </w:rPr>
        <w:t xml:space="preserve"> 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ست</w:t>
      </w:r>
      <w:r w:rsidRPr="00576FA6">
        <w:rPr>
          <w:rFonts w:ascii="Tahoma" w:hAnsi="Tahoma" w:cs="Tahoma"/>
          <w:rtl/>
        </w:rPr>
        <w:t>. اما تفاوتش با دستگاه متأخر صفو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در واکنش به شکست بود. او قشون را دوباره سازمان داد، 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رو</w:t>
      </w:r>
      <w:r w:rsidRPr="00576FA6">
        <w:rPr>
          <w:rFonts w:ascii="Tahoma" w:hAnsi="Tahoma" w:cs="Tahoma"/>
          <w:rtl/>
        </w:rPr>
        <w:t xml:space="preserve"> گرد آورد و به م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دان</w:t>
      </w:r>
      <w:r w:rsidRPr="00576FA6">
        <w:rPr>
          <w:rFonts w:ascii="Tahoma" w:hAnsi="Tahoma" w:cs="Tahoma"/>
          <w:rtl/>
        </w:rPr>
        <w:t xml:space="preserve"> بازگشت.</w:t>
      </w:r>
    </w:p>
    <w:p w:rsidR="00576FA6" w:rsidRPr="00576FA6" w:rsidRDefault="00576FA6" w:rsidP="00576FA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76FA6">
        <w:rPr>
          <w:rFonts w:ascii="Tahoma" w:hAnsi="Tahoma" w:cs="Tahoma" w:hint="eastAsia"/>
          <w:rtl/>
        </w:rPr>
        <w:t>در</w:t>
      </w:r>
      <w:r w:rsidRPr="00576FA6">
        <w:rPr>
          <w:rFonts w:ascii="Tahoma" w:hAnsi="Tahoma" w:cs="Tahoma"/>
          <w:rtl/>
        </w:rPr>
        <w:t xml:space="preserve"> نبرد بعد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توانست توپال عثمان‌پاشا را شکست دهد و از م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ان</w:t>
      </w:r>
      <w:r w:rsidRPr="00576FA6">
        <w:rPr>
          <w:rFonts w:ascii="Tahoma" w:hAnsi="Tahoma" w:cs="Tahoma"/>
          <w:rtl/>
        </w:rPr>
        <w:t xml:space="preserve"> بردارد. فرمانده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که از شکست درس م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گرفت</w:t>
      </w:r>
      <w:r w:rsidRPr="00576FA6">
        <w:rPr>
          <w:rFonts w:ascii="Tahoma" w:hAnsi="Tahoma" w:cs="Tahoma"/>
          <w:rtl/>
        </w:rPr>
        <w:t xml:space="preserve"> و دوباره عمل م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کرد،</w:t>
      </w:r>
      <w:r w:rsidRPr="00576FA6">
        <w:rPr>
          <w:rFonts w:ascii="Tahoma" w:hAnsi="Tahoma" w:cs="Tahoma"/>
          <w:rtl/>
        </w:rPr>
        <w:t xml:space="preserve"> در چشم قشون و مردم اعتبار ب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شتر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پ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دا</w:t>
      </w:r>
      <w:r w:rsidRPr="00576FA6">
        <w:rPr>
          <w:rFonts w:ascii="Tahoma" w:hAnsi="Tahoma" w:cs="Tahoma"/>
          <w:rtl/>
        </w:rPr>
        <w:t xml:space="preserve"> م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کرد</w:t>
      </w:r>
      <w:r w:rsidRPr="00576FA6">
        <w:rPr>
          <w:rFonts w:ascii="Tahoma" w:hAnsi="Tahoma" w:cs="Tahoma"/>
          <w:rtl/>
        </w:rPr>
        <w:t>. پ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روز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برا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نادر فقط نت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جهٔ</w:t>
      </w:r>
      <w:r w:rsidRPr="00576FA6">
        <w:rPr>
          <w:rFonts w:ascii="Tahoma" w:hAnsi="Tahoma" w:cs="Tahoma"/>
          <w:rtl/>
        </w:rPr>
        <w:t xml:space="preserve"> جنگ نبود؛ سرچشمهٔ اصل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حقان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ت</w:t>
      </w:r>
      <w:r w:rsidRPr="00576FA6">
        <w:rPr>
          <w:rFonts w:ascii="Tahoma" w:hAnsi="Tahoma" w:cs="Tahoma"/>
          <w:rtl/>
        </w:rPr>
        <w:t xml:space="preserve"> او به شمار م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رفت</w:t>
      </w:r>
      <w:r w:rsidRPr="00576FA6">
        <w:rPr>
          <w:rFonts w:ascii="Tahoma" w:hAnsi="Tahoma" w:cs="Tahoma"/>
          <w:rtl/>
        </w:rPr>
        <w:t>.</w:t>
      </w:r>
    </w:p>
    <w:p w:rsidR="00576FA6" w:rsidRPr="00576FA6" w:rsidRDefault="00576FA6" w:rsidP="00576FA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76FA6">
        <w:rPr>
          <w:rFonts w:ascii="Tahoma" w:hAnsi="Tahoma" w:cs="Tahoma" w:hint="eastAsia"/>
          <w:rtl/>
        </w:rPr>
        <w:t>سرانجام</w:t>
      </w:r>
      <w:r w:rsidRPr="00576FA6">
        <w:rPr>
          <w:rFonts w:ascii="Tahoma" w:hAnsi="Tahoma" w:cs="Tahoma"/>
          <w:rtl/>
        </w:rPr>
        <w:t xml:space="preserve"> پ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روز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ها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سال </w:t>
      </w:r>
      <w:r w:rsidRPr="00576FA6">
        <w:rPr>
          <w:rFonts w:ascii="Tahoma" w:hAnsi="Tahoma" w:cs="Tahoma"/>
          <w:rtl/>
          <w:lang w:bidi="fa-IR"/>
        </w:rPr>
        <w:t>۱۷۳۵</w:t>
      </w:r>
      <w:r w:rsidRPr="00576FA6">
        <w:rPr>
          <w:rFonts w:ascii="Tahoma" w:hAnsi="Tahoma" w:cs="Tahoma"/>
          <w:rtl/>
        </w:rPr>
        <w:t xml:space="preserve"> م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لاد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بر عثمان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ان</w:t>
      </w:r>
      <w:r w:rsidRPr="00576FA6">
        <w:rPr>
          <w:rFonts w:ascii="Tahoma" w:hAnsi="Tahoma" w:cs="Tahoma"/>
          <w:rtl/>
        </w:rPr>
        <w:t xml:space="preserve"> بخش مهم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از سرزم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ن‌ها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ازدست‌رفته را به 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ران</w:t>
      </w:r>
      <w:r w:rsidRPr="00576FA6">
        <w:rPr>
          <w:rFonts w:ascii="Tahoma" w:hAnsi="Tahoma" w:cs="Tahoma"/>
          <w:rtl/>
        </w:rPr>
        <w:t xml:space="preserve"> بازگرداند. اکنون نادر م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توانست</w:t>
      </w:r>
      <w:r w:rsidRPr="00576FA6">
        <w:rPr>
          <w:rFonts w:ascii="Tahoma" w:hAnsi="Tahoma" w:cs="Tahoma"/>
          <w:rtl/>
        </w:rPr>
        <w:t xml:space="preserve"> ادعا کند کار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را انجام داده که شاه سلطان حس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ن</w:t>
      </w:r>
      <w:r w:rsidRPr="00576FA6">
        <w:rPr>
          <w:rFonts w:ascii="Tahoma" w:hAnsi="Tahoma" w:cs="Tahoma"/>
          <w:rtl/>
        </w:rPr>
        <w:t xml:space="preserve"> و تهماسب دوم از انجامش ناتوان بودند: افغان‌ها را ب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رون</w:t>
      </w:r>
      <w:r w:rsidRPr="00576FA6">
        <w:rPr>
          <w:rFonts w:ascii="Tahoma" w:hAnsi="Tahoma" w:cs="Tahoma"/>
          <w:rtl/>
        </w:rPr>
        <w:t xml:space="preserve"> رانده، روس‌ها را عقب نشانده و </w:t>
      </w:r>
      <w:r w:rsidRPr="00576FA6">
        <w:rPr>
          <w:rFonts w:ascii="Tahoma" w:hAnsi="Tahoma" w:cs="Tahoma" w:hint="eastAsia"/>
          <w:rtl/>
        </w:rPr>
        <w:t>عثمان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ان</w:t>
      </w:r>
      <w:r w:rsidRPr="00576FA6">
        <w:rPr>
          <w:rFonts w:ascii="Tahoma" w:hAnsi="Tahoma" w:cs="Tahoma"/>
          <w:rtl/>
        </w:rPr>
        <w:t xml:space="preserve"> را وادار به بازگرداندن مناطق اشغال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کرده است.</w:t>
      </w:r>
    </w:p>
    <w:p w:rsidR="00576FA6" w:rsidRPr="00576FA6" w:rsidRDefault="00576FA6" w:rsidP="00576FA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76FA6">
        <w:rPr>
          <w:rFonts w:ascii="Tahoma" w:hAnsi="Tahoma" w:cs="Tahoma" w:hint="eastAsia"/>
          <w:rtl/>
        </w:rPr>
        <w:t>عباس</w:t>
      </w:r>
      <w:r w:rsidRPr="00576FA6">
        <w:rPr>
          <w:rFonts w:ascii="Tahoma" w:hAnsi="Tahoma" w:cs="Tahoma"/>
          <w:rtl/>
        </w:rPr>
        <w:t xml:space="preserve"> سوم همچنان به نام شاه بود، اما ه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چ‌کس</w:t>
      </w:r>
      <w:r w:rsidRPr="00576FA6">
        <w:rPr>
          <w:rFonts w:ascii="Tahoma" w:hAnsi="Tahoma" w:cs="Tahoma"/>
          <w:rtl/>
        </w:rPr>
        <w:t xml:space="preserve"> نم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توانست</w:t>
      </w:r>
      <w:r w:rsidRPr="00576FA6">
        <w:rPr>
          <w:rFonts w:ascii="Tahoma" w:hAnsi="Tahoma" w:cs="Tahoma"/>
          <w:rtl/>
        </w:rPr>
        <w:t xml:space="preserve"> قدرت واقع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او را با نادر مقا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سه</w:t>
      </w:r>
      <w:r w:rsidRPr="00576FA6">
        <w:rPr>
          <w:rFonts w:ascii="Tahoma" w:hAnsi="Tahoma" w:cs="Tahoma"/>
          <w:rtl/>
        </w:rPr>
        <w:t xml:space="preserve"> کند. فرمان‌ها، قشون و تصم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م‌ها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اصل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از نا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ب‌السلطنه</w:t>
      </w:r>
      <w:r w:rsidRPr="00576FA6">
        <w:rPr>
          <w:rFonts w:ascii="Tahoma" w:hAnsi="Tahoma" w:cs="Tahoma"/>
          <w:rtl/>
        </w:rPr>
        <w:t xml:space="preserve"> م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آمدند</w:t>
      </w:r>
      <w:r w:rsidRPr="00576FA6">
        <w:rPr>
          <w:rFonts w:ascii="Tahoma" w:hAnsi="Tahoma" w:cs="Tahoma"/>
          <w:rtl/>
        </w:rPr>
        <w:t>. تاج صفو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فقط آخر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ن</w:t>
      </w:r>
      <w:r w:rsidRPr="00576FA6">
        <w:rPr>
          <w:rFonts w:ascii="Tahoma" w:hAnsi="Tahoma" w:cs="Tahoma"/>
          <w:rtl/>
        </w:rPr>
        <w:t xml:space="preserve"> پوشش قانون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حکومت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بود که 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رو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واقع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اش</w:t>
      </w:r>
      <w:r w:rsidRPr="00576FA6">
        <w:rPr>
          <w:rFonts w:ascii="Tahoma" w:hAnsi="Tahoma" w:cs="Tahoma"/>
          <w:rtl/>
        </w:rPr>
        <w:t xml:space="preserve"> در جا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د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گر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قرار داشت.</w:t>
      </w:r>
    </w:p>
    <w:p w:rsidR="00576FA6" w:rsidRPr="00576FA6" w:rsidRDefault="00576FA6" w:rsidP="00576FA6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76FA6">
        <w:rPr>
          <w:rFonts w:ascii="Tahoma" w:hAnsi="Tahoma" w:cs="Tahoma" w:hint="eastAsia"/>
          <w:rtl/>
        </w:rPr>
        <w:t>نادر</w:t>
      </w:r>
      <w:r w:rsidRPr="00576FA6">
        <w:rPr>
          <w:rFonts w:ascii="Tahoma" w:hAnsi="Tahoma" w:cs="Tahoma"/>
          <w:rtl/>
        </w:rPr>
        <w:t xml:space="preserve"> اکنون با آخر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ن</w:t>
      </w:r>
      <w:r w:rsidRPr="00576FA6">
        <w:rPr>
          <w:rFonts w:ascii="Tahoma" w:hAnsi="Tahoma" w:cs="Tahoma"/>
          <w:rtl/>
        </w:rPr>
        <w:t xml:space="preserve"> پرسش روبه‌رو بود: آ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ا</w:t>
      </w:r>
      <w:r w:rsidRPr="00576FA6">
        <w:rPr>
          <w:rFonts w:ascii="Tahoma" w:hAnsi="Tahoma" w:cs="Tahoma"/>
          <w:rtl/>
        </w:rPr>
        <w:t xml:space="preserve"> همچنان با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د</w:t>
      </w:r>
      <w:r w:rsidRPr="00576FA6">
        <w:rPr>
          <w:rFonts w:ascii="Tahoma" w:hAnsi="Tahoma" w:cs="Tahoma"/>
          <w:rtl/>
        </w:rPr>
        <w:t xml:space="preserve"> به نام کودک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از خاندان شکست‌خورده فرمان براند، 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ا</w:t>
      </w:r>
      <w:r w:rsidRPr="00576FA6">
        <w:rPr>
          <w:rFonts w:ascii="Tahoma" w:hAnsi="Tahoma" w:cs="Tahoma"/>
          <w:rtl/>
        </w:rPr>
        <w:t xml:space="preserve"> م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تواند</w:t>
      </w:r>
      <w:r w:rsidRPr="00576FA6">
        <w:rPr>
          <w:rFonts w:ascii="Tahoma" w:hAnsi="Tahoma" w:cs="Tahoma"/>
          <w:rtl/>
        </w:rPr>
        <w:t xml:space="preserve"> تاج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را که عملاً در اخت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ار</w:t>
      </w:r>
      <w:r w:rsidRPr="00576FA6">
        <w:rPr>
          <w:rFonts w:ascii="Tahoma" w:hAnsi="Tahoma" w:cs="Tahoma"/>
          <w:rtl/>
        </w:rPr>
        <w:t xml:space="preserve"> دارد رسماً بر سر بگذارد؟ پاسخ او گردآوردن بزرگان، ام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ران،</w:t>
      </w:r>
      <w:r w:rsidRPr="00576FA6">
        <w:rPr>
          <w:rFonts w:ascii="Tahoma" w:hAnsi="Tahoma" w:cs="Tahoma"/>
          <w:rtl/>
        </w:rPr>
        <w:t xml:space="preserve"> د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وانسالاران</w:t>
      </w:r>
      <w:r w:rsidRPr="00576FA6">
        <w:rPr>
          <w:rFonts w:ascii="Tahoma" w:hAnsi="Tahoma" w:cs="Tahoma"/>
          <w:rtl/>
        </w:rPr>
        <w:t xml:space="preserve"> و د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نکاران</w:t>
      </w:r>
      <w:r w:rsidRPr="00576FA6">
        <w:rPr>
          <w:rFonts w:ascii="Tahoma" w:hAnsi="Tahoma" w:cs="Tahoma"/>
          <w:rtl/>
        </w:rPr>
        <w:t xml:space="preserve"> در دشت مغان بود.</w:t>
      </w:r>
    </w:p>
    <w:p w:rsidR="00576FA6" w:rsidRDefault="00576FA6" w:rsidP="00576FA6">
      <w:pPr>
        <w:bidi/>
        <w:spacing w:after="0" w:line="360" w:lineRule="auto"/>
        <w:ind w:firstLine="720"/>
        <w:jc w:val="both"/>
        <w:rPr>
          <w:rFonts w:ascii="Tahoma" w:hAnsi="Tahoma" w:cs="Tahoma"/>
          <w:rtl/>
        </w:rPr>
      </w:pPr>
      <w:r w:rsidRPr="00576FA6">
        <w:rPr>
          <w:rFonts w:ascii="Tahoma" w:hAnsi="Tahoma" w:cs="Tahoma" w:hint="eastAsia"/>
          <w:rtl/>
        </w:rPr>
        <w:t>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ن</w:t>
      </w:r>
      <w:r w:rsidRPr="00576FA6">
        <w:rPr>
          <w:rFonts w:ascii="Tahoma" w:hAnsi="Tahoma" w:cs="Tahoma"/>
          <w:rtl/>
        </w:rPr>
        <w:t xml:space="preserve"> گردهما</w:t>
      </w:r>
      <w:r w:rsidRPr="00576FA6">
        <w:rPr>
          <w:rFonts w:ascii="Tahoma" w:hAnsi="Tahoma" w:cs="Tahoma" w:hint="cs"/>
          <w:rtl/>
        </w:rPr>
        <w:t>یی</w:t>
      </w:r>
      <w:r w:rsidRPr="00576FA6">
        <w:rPr>
          <w:rFonts w:ascii="Tahoma" w:hAnsi="Tahoma" w:cs="Tahoma"/>
          <w:rtl/>
        </w:rPr>
        <w:t xml:space="preserve"> قرار بود در ظاهر خواست کشور را ب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ان</w:t>
      </w:r>
      <w:r w:rsidRPr="00576FA6">
        <w:rPr>
          <w:rFonts w:ascii="Tahoma" w:hAnsi="Tahoma" w:cs="Tahoma"/>
          <w:rtl/>
        </w:rPr>
        <w:t xml:space="preserve"> کند، اما ز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ر</w:t>
      </w:r>
      <w:r w:rsidRPr="00576FA6">
        <w:rPr>
          <w:rFonts w:ascii="Tahoma" w:hAnsi="Tahoma" w:cs="Tahoma"/>
          <w:rtl/>
        </w:rPr>
        <w:t xml:space="preserve"> سا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هٔ</w:t>
      </w:r>
      <w:r w:rsidRPr="00576FA6">
        <w:rPr>
          <w:rFonts w:ascii="Tahoma" w:hAnsi="Tahoma" w:cs="Tahoma"/>
          <w:rtl/>
        </w:rPr>
        <w:t xml:space="preserve"> قشون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برگزار م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شد</w:t>
      </w:r>
      <w:r w:rsidRPr="00576FA6">
        <w:rPr>
          <w:rFonts w:ascii="Tahoma" w:hAnsi="Tahoma" w:cs="Tahoma"/>
          <w:rtl/>
        </w:rPr>
        <w:t xml:space="preserve"> که فرمانده‌اش نادر بود. در قسمت دوم خواه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م</w:t>
      </w:r>
      <w:r w:rsidRPr="00576FA6">
        <w:rPr>
          <w:rFonts w:ascii="Tahoma" w:hAnsi="Tahoma" w:cs="Tahoma"/>
          <w:rtl/>
        </w:rPr>
        <w:t xml:space="preserve"> د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د</w:t>
      </w:r>
      <w:r w:rsidRPr="00576FA6">
        <w:rPr>
          <w:rFonts w:ascii="Tahoma" w:hAnsi="Tahoma" w:cs="Tahoma"/>
          <w:rtl/>
        </w:rPr>
        <w:t xml:space="preserve"> چگونه او کناره‌گ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ر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ظاهر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از قدرت را به وس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له‌ا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برا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درخواست تاج تبد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ل</w:t>
      </w:r>
      <w:r w:rsidRPr="00576FA6">
        <w:rPr>
          <w:rFonts w:ascii="Tahoma" w:hAnsi="Tahoma" w:cs="Tahoma"/>
          <w:rtl/>
        </w:rPr>
        <w:t xml:space="preserve"> کرد، چه شروط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دربارهٔ مذهب و جا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گاه</w:t>
      </w:r>
      <w:r w:rsidRPr="00576FA6">
        <w:rPr>
          <w:rFonts w:ascii="Tahoma" w:hAnsi="Tahoma" w:cs="Tahoma"/>
          <w:rtl/>
        </w:rPr>
        <w:t xml:space="preserve"> د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نکاران</w:t>
      </w:r>
      <w:r w:rsidRPr="00576FA6">
        <w:rPr>
          <w:rFonts w:ascii="Tahoma" w:hAnsi="Tahoma" w:cs="Tahoma"/>
          <w:rtl/>
        </w:rPr>
        <w:t xml:space="preserve"> پ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ش</w:t>
      </w:r>
      <w:r w:rsidRPr="00576FA6">
        <w:rPr>
          <w:rFonts w:ascii="Tahoma" w:hAnsi="Tahoma" w:cs="Tahoma"/>
          <w:rtl/>
        </w:rPr>
        <w:t xml:space="preserve"> گ</w:t>
      </w:r>
      <w:r w:rsidRPr="00576FA6">
        <w:rPr>
          <w:rFonts w:ascii="Tahoma" w:hAnsi="Tahoma" w:cs="Tahoma" w:hint="eastAsia"/>
          <w:rtl/>
        </w:rPr>
        <w:t>ذاشت</w:t>
      </w:r>
      <w:r w:rsidRPr="00576FA6">
        <w:rPr>
          <w:rFonts w:ascii="Tahoma" w:hAnsi="Tahoma" w:cs="Tahoma"/>
          <w:rtl/>
        </w:rPr>
        <w:t xml:space="preserve"> و چرا تاج‌گذار</w:t>
      </w:r>
      <w:r w:rsidRPr="00576FA6">
        <w:rPr>
          <w:rFonts w:ascii="Tahoma" w:hAnsi="Tahoma" w:cs="Tahoma" w:hint="cs"/>
          <w:rtl/>
        </w:rPr>
        <w:t>ی‌</w:t>
      </w:r>
      <w:r w:rsidRPr="00576FA6">
        <w:rPr>
          <w:rFonts w:ascii="Tahoma" w:hAnsi="Tahoma" w:cs="Tahoma" w:hint="eastAsia"/>
          <w:rtl/>
        </w:rPr>
        <w:t>اش</w:t>
      </w:r>
      <w:r w:rsidRPr="00576FA6">
        <w:rPr>
          <w:rFonts w:ascii="Tahoma" w:hAnsi="Tahoma" w:cs="Tahoma"/>
          <w:rtl/>
        </w:rPr>
        <w:t xml:space="preserve"> پا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ان</w:t>
      </w:r>
      <w:r w:rsidRPr="00576FA6">
        <w:rPr>
          <w:rFonts w:ascii="Tahoma" w:hAnsi="Tahoma" w:cs="Tahoma"/>
          <w:rtl/>
        </w:rPr>
        <w:t xml:space="preserve"> رسم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حکومت صفو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بود، اما نتوانست تش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ع</w:t>
      </w:r>
      <w:r w:rsidRPr="00576FA6">
        <w:rPr>
          <w:rFonts w:ascii="Tahoma" w:hAnsi="Tahoma" w:cs="Tahoma"/>
          <w:rtl/>
        </w:rPr>
        <w:t xml:space="preserve"> و دستگاه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/>
          <w:rtl/>
        </w:rPr>
        <w:t xml:space="preserve"> را که صفو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ان</w:t>
      </w:r>
      <w:r w:rsidRPr="00576FA6">
        <w:rPr>
          <w:rFonts w:ascii="Tahoma" w:hAnsi="Tahoma" w:cs="Tahoma"/>
          <w:rtl/>
        </w:rPr>
        <w:t xml:space="preserve"> در ا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ران</w:t>
      </w:r>
      <w:r w:rsidRPr="00576FA6">
        <w:rPr>
          <w:rFonts w:ascii="Tahoma" w:hAnsi="Tahoma" w:cs="Tahoma"/>
          <w:rtl/>
        </w:rPr>
        <w:t xml:space="preserve"> ساخته بودند از م</w:t>
      </w:r>
      <w:r w:rsidRPr="00576FA6">
        <w:rPr>
          <w:rFonts w:ascii="Tahoma" w:hAnsi="Tahoma" w:cs="Tahoma" w:hint="cs"/>
          <w:rtl/>
        </w:rPr>
        <w:t>ی</w:t>
      </w:r>
      <w:r w:rsidRPr="00576FA6">
        <w:rPr>
          <w:rFonts w:ascii="Tahoma" w:hAnsi="Tahoma" w:cs="Tahoma" w:hint="eastAsia"/>
          <w:rtl/>
        </w:rPr>
        <w:t>ان</w:t>
      </w:r>
      <w:r w:rsidRPr="00576FA6">
        <w:rPr>
          <w:rFonts w:ascii="Tahoma" w:hAnsi="Tahoma" w:cs="Tahoma"/>
          <w:rtl/>
        </w:rPr>
        <w:t xml:space="preserve"> ببرد.</w:t>
      </w:r>
    </w:p>
    <w:p w:rsidR="00E26D4C" w:rsidRPr="00E26D4C" w:rsidRDefault="00E26D4C" w:rsidP="00E26D4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26D4C">
        <w:rPr>
          <w:rFonts w:ascii="Tahoma" w:hAnsi="Tahoma" w:cs="Tahoma"/>
          <w:rtl/>
        </w:rPr>
        <w:t>نادر پس از ب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رون‌راندن</w:t>
      </w:r>
      <w:r w:rsidRPr="00E26D4C">
        <w:rPr>
          <w:rFonts w:ascii="Tahoma" w:hAnsi="Tahoma" w:cs="Tahoma"/>
          <w:rtl/>
        </w:rPr>
        <w:t xml:space="preserve"> افغان‌ها و بازپس‌گ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ر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بخش بزرگ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از سرزم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ن‌ها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اشغال‌شده، د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گر</w:t>
      </w:r>
      <w:r w:rsidRPr="00E26D4C">
        <w:rPr>
          <w:rFonts w:ascii="Tahoma" w:hAnsi="Tahoma" w:cs="Tahoma"/>
          <w:rtl/>
        </w:rPr>
        <w:t xml:space="preserve"> فقط سردار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در خدمت شاه صفو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نبود. قشون از او فرمان م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برد،</w:t>
      </w:r>
      <w:r w:rsidRPr="00E26D4C">
        <w:rPr>
          <w:rFonts w:ascii="Tahoma" w:hAnsi="Tahoma" w:cs="Tahoma"/>
          <w:rtl/>
        </w:rPr>
        <w:t xml:space="preserve"> پ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روز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ها</w:t>
      </w:r>
      <w:r w:rsidRPr="00E26D4C">
        <w:rPr>
          <w:rFonts w:ascii="Tahoma" w:hAnsi="Tahoma" w:cs="Tahoma"/>
          <w:rtl/>
        </w:rPr>
        <w:t xml:space="preserve"> به نام او شناخته م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شدند،</w:t>
      </w:r>
      <w:r w:rsidRPr="00E26D4C">
        <w:rPr>
          <w:rFonts w:ascii="Tahoma" w:hAnsi="Tahoma" w:cs="Tahoma"/>
          <w:rtl/>
        </w:rPr>
        <w:t xml:space="preserve"> قراردادها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خارج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با تصم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م</w:t>
      </w:r>
      <w:r w:rsidRPr="00E26D4C">
        <w:rPr>
          <w:rFonts w:ascii="Tahoma" w:hAnsi="Tahoma" w:cs="Tahoma"/>
          <w:rtl/>
        </w:rPr>
        <w:t xml:space="preserve"> او بسته م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شدند</w:t>
      </w:r>
      <w:r w:rsidRPr="00E26D4C">
        <w:rPr>
          <w:rFonts w:ascii="Tahoma" w:hAnsi="Tahoma" w:cs="Tahoma"/>
          <w:rtl/>
        </w:rPr>
        <w:t xml:space="preserve"> و د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وان</w:t>
      </w:r>
      <w:r w:rsidRPr="00E26D4C">
        <w:rPr>
          <w:rFonts w:ascii="Tahoma" w:hAnsi="Tahoma" w:cs="Tahoma"/>
          <w:rtl/>
        </w:rPr>
        <w:t xml:space="preserve"> منابع کشور را برا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جنگ‌ها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او فراهم م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کرد</w:t>
      </w:r>
      <w:r w:rsidRPr="00E26D4C">
        <w:rPr>
          <w:rFonts w:ascii="Tahoma" w:hAnsi="Tahoma" w:cs="Tahoma"/>
          <w:rtl/>
        </w:rPr>
        <w:t>. عباس سوم هنوز عنوان شاه داشت، اما در ادارهٔ کشور نقش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نداشت.</w:t>
      </w:r>
    </w:p>
    <w:p w:rsidR="00E26D4C" w:rsidRPr="00E26D4C" w:rsidRDefault="00E26D4C" w:rsidP="00E26D4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26D4C">
        <w:rPr>
          <w:rFonts w:ascii="Tahoma" w:hAnsi="Tahoma" w:cs="Tahoma" w:hint="eastAsia"/>
          <w:rtl/>
        </w:rPr>
        <w:t>ادامهٔ</w:t>
      </w:r>
      <w:r w:rsidRPr="00E26D4C">
        <w:rPr>
          <w:rFonts w:ascii="Tahoma" w:hAnsi="Tahoma" w:cs="Tahoma"/>
          <w:rtl/>
        </w:rPr>
        <w:t xml:space="preserve"> 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ن</w:t>
      </w:r>
      <w:r w:rsidRPr="00E26D4C">
        <w:rPr>
          <w:rFonts w:ascii="Tahoma" w:hAnsi="Tahoma" w:cs="Tahoma"/>
          <w:rtl/>
        </w:rPr>
        <w:t xml:space="preserve"> وضع برا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نادر سودمند بود، ز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را</w:t>
      </w:r>
      <w:r w:rsidRPr="00E26D4C">
        <w:rPr>
          <w:rFonts w:ascii="Tahoma" w:hAnsi="Tahoma" w:cs="Tahoma"/>
          <w:rtl/>
        </w:rPr>
        <w:t xml:space="preserve"> نام صفو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بخش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از مخالفت‌ها را آرام م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کرد</w:t>
      </w:r>
      <w:r w:rsidRPr="00E26D4C">
        <w:rPr>
          <w:rFonts w:ascii="Tahoma" w:hAnsi="Tahoma" w:cs="Tahoma"/>
          <w:rtl/>
        </w:rPr>
        <w:t>. او م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توانست</w:t>
      </w:r>
      <w:r w:rsidRPr="00E26D4C">
        <w:rPr>
          <w:rFonts w:ascii="Tahoma" w:hAnsi="Tahoma" w:cs="Tahoma"/>
          <w:rtl/>
        </w:rPr>
        <w:t xml:space="preserve"> همهٔ اقدامات خود را به نام شاه کودک انجام دهد و هر مقاومت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را مخالفت با حکومت قانون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نشان دهد. اما هم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ن</w:t>
      </w:r>
      <w:r w:rsidRPr="00E26D4C">
        <w:rPr>
          <w:rFonts w:ascii="Tahoma" w:hAnsi="Tahoma" w:cs="Tahoma"/>
          <w:rtl/>
        </w:rPr>
        <w:t xml:space="preserve"> نام محدود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ت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ن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ز</w:t>
      </w:r>
      <w:r w:rsidRPr="00E26D4C">
        <w:rPr>
          <w:rFonts w:ascii="Tahoma" w:hAnsi="Tahoma" w:cs="Tahoma"/>
          <w:rtl/>
        </w:rPr>
        <w:t xml:space="preserve"> پد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د</w:t>
      </w:r>
      <w:r w:rsidRPr="00E26D4C">
        <w:rPr>
          <w:rFonts w:ascii="Tahoma" w:hAnsi="Tahoma" w:cs="Tahoma"/>
          <w:rtl/>
        </w:rPr>
        <w:t xml:space="preserve"> م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آورد</w:t>
      </w:r>
      <w:r w:rsidRPr="00E26D4C">
        <w:rPr>
          <w:rFonts w:ascii="Tahoma" w:hAnsi="Tahoma" w:cs="Tahoma"/>
          <w:rtl/>
        </w:rPr>
        <w:t>. تا هنگام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که تاج از آنِ عباس سوم بود، نادر در ظاهر نا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ب</w:t>
      </w:r>
      <w:r w:rsidRPr="00E26D4C">
        <w:rPr>
          <w:rFonts w:ascii="Tahoma" w:hAnsi="Tahoma" w:cs="Tahoma"/>
          <w:rtl/>
        </w:rPr>
        <w:t xml:space="preserve"> و خدمتگزار باق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م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ماند</w:t>
      </w:r>
      <w:r w:rsidRPr="00E26D4C">
        <w:rPr>
          <w:rFonts w:ascii="Tahoma" w:hAnsi="Tahoma" w:cs="Tahoma"/>
          <w:rtl/>
        </w:rPr>
        <w:t xml:space="preserve"> و هر ن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رو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ناراض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م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توانست</w:t>
      </w:r>
      <w:r w:rsidRPr="00E26D4C">
        <w:rPr>
          <w:rFonts w:ascii="Tahoma" w:hAnsi="Tahoma" w:cs="Tahoma"/>
          <w:rtl/>
        </w:rPr>
        <w:t xml:space="preserve"> روز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شاه صفو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را در برابر او قرار دهد.</w:t>
      </w:r>
    </w:p>
    <w:p w:rsidR="00E26D4C" w:rsidRPr="00E26D4C" w:rsidRDefault="00E26D4C" w:rsidP="00E26D4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26D4C">
        <w:rPr>
          <w:rFonts w:ascii="Tahoma" w:hAnsi="Tahoma" w:cs="Tahoma" w:hint="eastAsia"/>
          <w:rtl/>
        </w:rPr>
        <w:t>تهماسب</w:t>
      </w:r>
      <w:r w:rsidRPr="00E26D4C">
        <w:rPr>
          <w:rFonts w:ascii="Tahoma" w:hAnsi="Tahoma" w:cs="Tahoma"/>
          <w:rtl/>
        </w:rPr>
        <w:t xml:space="preserve"> دوم ن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ز،</w:t>
      </w:r>
      <w:r w:rsidRPr="00E26D4C">
        <w:rPr>
          <w:rFonts w:ascii="Tahoma" w:hAnsi="Tahoma" w:cs="Tahoma"/>
          <w:rtl/>
        </w:rPr>
        <w:t xml:space="preserve"> با وجود برکنار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،</w:t>
      </w:r>
      <w:r w:rsidRPr="00E26D4C">
        <w:rPr>
          <w:rFonts w:ascii="Tahoma" w:hAnsi="Tahoma" w:cs="Tahoma"/>
          <w:rtl/>
        </w:rPr>
        <w:t xml:space="preserve"> زنده بود و در م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ان</w:t>
      </w:r>
      <w:r w:rsidRPr="00E26D4C">
        <w:rPr>
          <w:rFonts w:ascii="Tahoma" w:hAnsi="Tahoma" w:cs="Tahoma"/>
          <w:rtl/>
        </w:rPr>
        <w:t xml:space="preserve"> مردم و برخ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صاحب‌منصبان هواداران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داشت. عباس سوم به سبب کودک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نم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توانست</w:t>
      </w:r>
      <w:r w:rsidRPr="00E26D4C">
        <w:rPr>
          <w:rFonts w:ascii="Tahoma" w:hAnsi="Tahoma" w:cs="Tahoma"/>
          <w:rtl/>
        </w:rPr>
        <w:t xml:space="preserve"> مستقلاً عمل کند، اما با بزرگ‌شدن ممکن بود دربارهٔ اخت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ار</w:t>
      </w:r>
      <w:r w:rsidRPr="00E26D4C">
        <w:rPr>
          <w:rFonts w:ascii="Tahoma" w:hAnsi="Tahoma" w:cs="Tahoma"/>
          <w:rtl/>
        </w:rPr>
        <w:t xml:space="preserve"> نادر پرسش کند 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ا</w:t>
      </w:r>
      <w:r w:rsidRPr="00E26D4C">
        <w:rPr>
          <w:rFonts w:ascii="Tahoma" w:hAnsi="Tahoma" w:cs="Tahoma"/>
          <w:rtl/>
        </w:rPr>
        <w:t xml:space="preserve"> به وس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لهٔ</w:t>
      </w:r>
      <w:r w:rsidRPr="00E26D4C">
        <w:rPr>
          <w:rFonts w:ascii="Tahoma" w:hAnsi="Tahoma" w:cs="Tahoma"/>
          <w:rtl/>
        </w:rPr>
        <w:t xml:space="preserve"> مخالفان او به مرکز توطئه تبد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ل</w:t>
      </w:r>
      <w:r w:rsidRPr="00E26D4C">
        <w:rPr>
          <w:rFonts w:ascii="Tahoma" w:hAnsi="Tahoma" w:cs="Tahoma"/>
          <w:rtl/>
        </w:rPr>
        <w:t xml:space="preserve"> شود. همان مسئله‌</w:t>
      </w:r>
      <w:r w:rsidRPr="00E26D4C">
        <w:rPr>
          <w:rFonts w:ascii="Tahoma" w:hAnsi="Tahoma" w:cs="Tahoma" w:hint="eastAsia"/>
          <w:rtl/>
        </w:rPr>
        <w:t>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که شاهان صفو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را از شاهزادگان م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ترساند</w:t>
      </w:r>
      <w:r w:rsidRPr="00E26D4C">
        <w:rPr>
          <w:rFonts w:ascii="Tahoma" w:hAnsi="Tahoma" w:cs="Tahoma"/>
          <w:rtl/>
        </w:rPr>
        <w:t xml:space="preserve"> اکنون نادر را در برابر خود خاندان صفو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قرار م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داد</w:t>
      </w:r>
      <w:r w:rsidRPr="00E26D4C">
        <w:rPr>
          <w:rFonts w:ascii="Tahoma" w:hAnsi="Tahoma" w:cs="Tahoma"/>
          <w:rtl/>
        </w:rPr>
        <w:t>.</w:t>
      </w:r>
    </w:p>
    <w:p w:rsidR="00E26D4C" w:rsidRPr="00E26D4C" w:rsidRDefault="00E26D4C" w:rsidP="00E26D4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26D4C">
        <w:rPr>
          <w:rFonts w:ascii="Tahoma" w:hAnsi="Tahoma" w:cs="Tahoma" w:hint="eastAsia"/>
          <w:rtl/>
        </w:rPr>
        <w:t>نادر</w:t>
      </w:r>
      <w:r w:rsidRPr="00E26D4C">
        <w:rPr>
          <w:rFonts w:ascii="Tahoma" w:hAnsi="Tahoma" w:cs="Tahoma"/>
          <w:rtl/>
        </w:rPr>
        <w:t xml:space="preserve"> برا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پا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ان‌دادن</w:t>
      </w:r>
      <w:r w:rsidRPr="00E26D4C">
        <w:rPr>
          <w:rFonts w:ascii="Tahoma" w:hAnsi="Tahoma" w:cs="Tahoma"/>
          <w:rtl/>
        </w:rPr>
        <w:t xml:space="preserve"> به 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ن</w:t>
      </w:r>
      <w:r w:rsidRPr="00E26D4C">
        <w:rPr>
          <w:rFonts w:ascii="Tahoma" w:hAnsi="Tahoma" w:cs="Tahoma"/>
          <w:rtl/>
        </w:rPr>
        <w:t xml:space="preserve"> دوگانگ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به پ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روز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نظام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تنها بسنده نکرد. او م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دانست</w:t>
      </w:r>
      <w:r w:rsidRPr="00E26D4C">
        <w:rPr>
          <w:rFonts w:ascii="Tahoma" w:hAnsi="Tahoma" w:cs="Tahoma"/>
          <w:rtl/>
        </w:rPr>
        <w:t xml:space="preserve"> تصرف تاج بدون صورت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از پذ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رش</w:t>
      </w:r>
      <w:r w:rsidRPr="00E26D4C">
        <w:rPr>
          <w:rFonts w:ascii="Tahoma" w:hAnsi="Tahoma" w:cs="Tahoma"/>
          <w:rtl/>
        </w:rPr>
        <w:t xml:space="preserve"> بزرگان، حاکمان، د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وانسالاران</w:t>
      </w:r>
      <w:r w:rsidRPr="00E26D4C">
        <w:rPr>
          <w:rFonts w:ascii="Tahoma" w:hAnsi="Tahoma" w:cs="Tahoma"/>
          <w:rtl/>
        </w:rPr>
        <w:t xml:space="preserve"> و د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نکاران</w:t>
      </w:r>
      <w:r w:rsidRPr="00E26D4C">
        <w:rPr>
          <w:rFonts w:ascii="Tahoma" w:hAnsi="Tahoma" w:cs="Tahoma"/>
          <w:rtl/>
        </w:rPr>
        <w:t xml:space="preserve"> م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تواند</w:t>
      </w:r>
      <w:r w:rsidRPr="00E26D4C">
        <w:rPr>
          <w:rFonts w:ascii="Tahoma" w:hAnsi="Tahoma" w:cs="Tahoma"/>
          <w:rtl/>
        </w:rPr>
        <w:t xml:space="preserve"> حکومتش را به شورش سردار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عل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ه</w:t>
      </w:r>
      <w:r w:rsidRPr="00E26D4C">
        <w:rPr>
          <w:rFonts w:ascii="Tahoma" w:hAnsi="Tahoma" w:cs="Tahoma"/>
          <w:rtl/>
        </w:rPr>
        <w:t xml:space="preserve"> شاه قانون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فرو بکاهد. قشون م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توانست</w:t>
      </w:r>
      <w:r w:rsidRPr="00E26D4C">
        <w:rPr>
          <w:rFonts w:ascii="Tahoma" w:hAnsi="Tahoma" w:cs="Tahoma"/>
          <w:rtl/>
        </w:rPr>
        <w:t xml:space="preserve"> مخالفان را سرکوب کند، اما برا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ادارهٔ کشور همکار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صاحبان منصب و اندازه‌ا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از حقان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ت</w:t>
      </w:r>
      <w:r w:rsidRPr="00E26D4C">
        <w:rPr>
          <w:rFonts w:ascii="Tahoma" w:hAnsi="Tahoma" w:cs="Tahoma"/>
          <w:rtl/>
        </w:rPr>
        <w:t xml:space="preserve"> ن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ز</w:t>
      </w:r>
      <w:r w:rsidRPr="00E26D4C">
        <w:rPr>
          <w:rFonts w:ascii="Tahoma" w:hAnsi="Tahoma" w:cs="Tahoma"/>
          <w:rtl/>
        </w:rPr>
        <w:t xml:space="preserve"> لازم بود.</w:t>
      </w:r>
    </w:p>
    <w:p w:rsidR="00E26D4C" w:rsidRPr="00E26D4C" w:rsidRDefault="00E26D4C" w:rsidP="00E26D4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26D4C">
        <w:rPr>
          <w:rFonts w:ascii="Tahoma" w:hAnsi="Tahoma" w:cs="Tahoma" w:hint="eastAsia"/>
          <w:rtl/>
        </w:rPr>
        <w:t>ازا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ن‌رو،</w:t>
      </w:r>
      <w:r w:rsidRPr="00E26D4C">
        <w:rPr>
          <w:rFonts w:ascii="Tahoma" w:hAnsi="Tahoma" w:cs="Tahoma"/>
          <w:rtl/>
        </w:rPr>
        <w:t xml:space="preserve"> در زمستان سال </w:t>
      </w:r>
      <w:r w:rsidRPr="00E26D4C">
        <w:rPr>
          <w:rFonts w:ascii="Tahoma" w:hAnsi="Tahoma" w:cs="Tahoma"/>
          <w:rtl/>
          <w:lang w:bidi="fa-IR"/>
        </w:rPr>
        <w:t>۱۷۳۶</w:t>
      </w:r>
      <w:r w:rsidRPr="00E26D4C">
        <w:rPr>
          <w:rFonts w:ascii="Tahoma" w:hAnsi="Tahoma" w:cs="Tahoma"/>
          <w:rtl/>
        </w:rPr>
        <w:t xml:space="preserve"> م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لاد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گروه بزرگ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از ام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ران،</w:t>
      </w:r>
      <w:r w:rsidRPr="00E26D4C">
        <w:rPr>
          <w:rFonts w:ascii="Tahoma" w:hAnsi="Tahoma" w:cs="Tahoma"/>
          <w:rtl/>
        </w:rPr>
        <w:t xml:space="preserve"> حاکمان، سران قبا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ل،</w:t>
      </w:r>
      <w:r w:rsidRPr="00E26D4C">
        <w:rPr>
          <w:rFonts w:ascii="Tahoma" w:hAnsi="Tahoma" w:cs="Tahoma"/>
          <w:rtl/>
        </w:rPr>
        <w:t xml:space="preserve"> د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وانسالاران،</w:t>
      </w:r>
      <w:r w:rsidRPr="00E26D4C">
        <w:rPr>
          <w:rFonts w:ascii="Tahoma" w:hAnsi="Tahoma" w:cs="Tahoma"/>
          <w:rtl/>
        </w:rPr>
        <w:t xml:space="preserve"> د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نکاران</w:t>
      </w:r>
      <w:r w:rsidRPr="00E26D4C">
        <w:rPr>
          <w:rFonts w:ascii="Tahoma" w:hAnsi="Tahoma" w:cs="Tahoma"/>
          <w:rtl/>
        </w:rPr>
        <w:t xml:space="preserve"> و نما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ندگان</w:t>
      </w:r>
      <w:r w:rsidRPr="00E26D4C">
        <w:rPr>
          <w:rFonts w:ascii="Tahoma" w:hAnsi="Tahoma" w:cs="Tahoma"/>
          <w:rtl/>
        </w:rPr>
        <w:t xml:space="preserve"> مناطق مختلف به دشت مغان فراخوانده شدند. در گزارش‌ها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تار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خ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از شمار بس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ار</w:t>
      </w:r>
      <w:r w:rsidRPr="00E26D4C">
        <w:rPr>
          <w:rFonts w:ascii="Tahoma" w:hAnsi="Tahoma" w:cs="Tahoma"/>
          <w:rtl/>
        </w:rPr>
        <w:t xml:space="preserve"> ز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اد</w:t>
      </w:r>
      <w:r w:rsidRPr="00E26D4C">
        <w:rPr>
          <w:rFonts w:ascii="Tahoma" w:hAnsi="Tahoma" w:cs="Tahoma"/>
          <w:rtl/>
        </w:rPr>
        <w:t xml:space="preserve"> شرکت‌کنندگان سخن گفته شده است. در رقم‌ها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دق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ق</w:t>
      </w:r>
      <w:r w:rsidRPr="00E26D4C">
        <w:rPr>
          <w:rFonts w:ascii="Tahoma" w:hAnsi="Tahoma" w:cs="Tahoma"/>
          <w:rtl/>
        </w:rPr>
        <w:t xml:space="preserve"> م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توان</w:t>
      </w:r>
      <w:r w:rsidRPr="00E26D4C">
        <w:rPr>
          <w:rFonts w:ascii="Tahoma" w:hAnsi="Tahoma" w:cs="Tahoma"/>
          <w:rtl/>
        </w:rPr>
        <w:t xml:space="preserve"> ترد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د</w:t>
      </w:r>
      <w:r w:rsidRPr="00E26D4C">
        <w:rPr>
          <w:rFonts w:ascii="Tahoma" w:hAnsi="Tahoma" w:cs="Tahoma"/>
          <w:rtl/>
        </w:rPr>
        <w:t xml:space="preserve"> کرد</w:t>
      </w:r>
      <w:r w:rsidRPr="00E26D4C">
        <w:rPr>
          <w:rFonts w:ascii="Tahoma" w:hAnsi="Tahoma" w:cs="Tahoma" w:hint="eastAsia"/>
          <w:rtl/>
        </w:rPr>
        <w:t>،</w:t>
      </w:r>
      <w:r w:rsidRPr="00E26D4C">
        <w:rPr>
          <w:rFonts w:ascii="Tahoma" w:hAnsi="Tahoma" w:cs="Tahoma"/>
          <w:rtl/>
        </w:rPr>
        <w:t xml:space="preserve"> اما وسعت گردهما</w:t>
      </w:r>
      <w:r w:rsidRPr="00E26D4C">
        <w:rPr>
          <w:rFonts w:ascii="Tahoma" w:hAnsi="Tahoma" w:cs="Tahoma" w:hint="cs"/>
          <w:rtl/>
        </w:rPr>
        <w:t>یی</w:t>
      </w:r>
      <w:r w:rsidRPr="00E26D4C">
        <w:rPr>
          <w:rFonts w:ascii="Tahoma" w:hAnsi="Tahoma" w:cs="Tahoma"/>
          <w:rtl/>
        </w:rPr>
        <w:t xml:space="preserve"> و کوشش نادر برا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نما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ش</w:t>
      </w:r>
      <w:r w:rsidRPr="00E26D4C">
        <w:rPr>
          <w:rFonts w:ascii="Tahoma" w:hAnsi="Tahoma" w:cs="Tahoma"/>
          <w:rtl/>
        </w:rPr>
        <w:t xml:space="preserve"> حضور سراسر کشور روشن است.</w:t>
      </w:r>
    </w:p>
    <w:p w:rsidR="00E26D4C" w:rsidRPr="00E26D4C" w:rsidRDefault="00E26D4C" w:rsidP="00E26D4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26D4C">
        <w:rPr>
          <w:rFonts w:ascii="Tahoma" w:hAnsi="Tahoma" w:cs="Tahoma" w:hint="eastAsia"/>
          <w:rtl/>
        </w:rPr>
        <w:t>برپا</w:t>
      </w:r>
      <w:r w:rsidRPr="00E26D4C">
        <w:rPr>
          <w:rFonts w:ascii="Tahoma" w:hAnsi="Tahoma" w:cs="Tahoma" w:hint="cs"/>
          <w:rtl/>
        </w:rPr>
        <w:t>یی</w:t>
      </w:r>
      <w:r w:rsidRPr="00E26D4C">
        <w:rPr>
          <w:rFonts w:ascii="Tahoma" w:hAnsi="Tahoma" w:cs="Tahoma"/>
          <w:rtl/>
        </w:rPr>
        <w:t xml:space="preserve"> چن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ن</w:t>
      </w:r>
      <w:r w:rsidRPr="00E26D4C">
        <w:rPr>
          <w:rFonts w:ascii="Tahoma" w:hAnsi="Tahoma" w:cs="Tahoma"/>
          <w:rtl/>
        </w:rPr>
        <w:t xml:space="preserve"> مجلس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در دشت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گسترده خود نما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ش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از قدرت بود. هزاران تن با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د</w:t>
      </w:r>
      <w:r w:rsidRPr="00E26D4C">
        <w:rPr>
          <w:rFonts w:ascii="Tahoma" w:hAnsi="Tahoma" w:cs="Tahoma"/>
          <w:rtl/>
        </w:rPr>
        <w:t xml:space="preserve"> جابه‌جا، اسکان و تغذ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ه</w:t>
      </w:r>
      <w:r w:rsidRPr="00E26D4C">
        <w:rPr>
          <w:rFonts w:ascii="Tahoma" w:hAnsi="Tahoma" w:cs="Tahoma"/>
          <w:rtl/>
        </w:rPr>
        <w:t xml:space="preserve"> م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شدند</w:t>
      </w:r>
      <w:r w:rsidRPr="00E26D4C">
        <w:rPr>
          <w:rFonts w:ascii="Tahoma" w:hAnsi="Tahoma" w:cs="Tahoma"/>
          <w:rtl/>
        </w:rPr>
        <w:t>. چادرها، انبارها، نگهبانان، راه‌ها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ورود و تشر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فات</w:t>
      </w:r>
      <w:r w:rsidRPr="00E26D4C">
        <w:rPr>
          <w:rFonts w:ascii="Tahoma" w:hAnsi="Tahoma" w:cs="Tahoma"/>
          <w:rtl/>
        </w:rPr>
        <w:t xml:space="preserve"> گردهما</w:t>
      </w:r>
      <w:r w:rsidRPr="00E26D4C">
        <w:rPr>
          <w:rFonts w:ascii="Tahoma" w:hAnsi="Tahoma" w:cs="Tahoma" w:hint="cs"/>
          <w:rtl/>
        </w:rPr>
        <w:t>یی</w:t>
      </w:r>
      <w:r w:rsidRPr="00E26D4C">
        <w:rPr>
          <w:rFonts w:ascii="Tahoma" w:hAnsi="Tahoma" w:cs="Tahoma"/>
          <w:rtl/>
        </w:rPr>
        <w:t xml:space="preserve"> به سازمان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بزرگ ن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از</w:t>
      </w:r>
      <w:r w:rsidRPr="00E26D4C">
        <w:rPr>
          <w:rFonts w:ascii="Tahoma" w:hAnsi="Tahoma" w:cs="Tahoma"/>
          <w:rtl/>
        </w:rPr>
        <w:t xml:space="preserve"> داشتند. نادر با هم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ن</w:t>
      </w:r>
      <w:r w:rsidRPr="00E26D4C">
        <w:rPr>
          <w:rFonts w:ascii="Tahoma" w:hAnsi="Tahoma" w:cs="Tahoma"/>
          <w:rtl/>
        </w:rPr>
        <w:t xml:space="preserve"> نما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ش</w:t>
      </w:r>
      <w:r w:rsidRPr="00E26D4C">
        <w:rPr>
          <w:rFonts w:ascii="Tahoma" w:hAnsi="Tahoma" w:cs="Tahoma"/>
          <w:rtl/>
        </w:rPr>
        <w:t xml:space="preserve"> نشان م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داد</w:t>
      </w:r>
      <w:r w:rsidRPr="00E26D4C">
        <w:rPr>
          <w:rFonts w:ascii="Tahoma" w:hAnsi="Tahoma" w:cs="Tahoma"/>
          <w:rtl/>
        </w:rPr>
        <w:t xml:space="preserve"> که قشون و دستگاه ز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ر</w:t>
      </w:r>
      <w:r w:rsidRPr="00E26D4C">
        <w:rPr>
          <w:rFonts w:ascii="Tahoma" w:hAnsi="Tahoma" w:cs="Tahoma"/>
          <w:rtl/>
        </w:rPr>
        <w:t xml:space="preserve"> فرمانش قادرن</w:t>
      </w:r>
      <w:r w:rsidRPr="00E26D4C">
        <w:rPr>
          <w:rFonts w:ascii="Tahoma" w:hAnsi="Tahoma" w:cs="Tahoma" w:hint="eastAsia"/>
          <w:rtl/>
        </w:rPr>
        <w:t>د</w:t>
      </w:r>
      <w:r w:rsidRPr="00E26D4C">
        <w:rPr>
          <w:rFonts w:ascii="Tahoma" w:hAnsi="Tahoma" w:cs="Tahoma"/>
          <w:rtl/>
        </w:rPr>
        <w:t xml:space="preserve"> کار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را انجام دهند که حکومت متأخر صفو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از آن ناتوان شده بود: گردآوردن ن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روها</w:t>
      </w:r>
      <w:r w:rsidRPr="00E26D4C">
        <w:rPr>
          <w:rFonts w:ascii="Tahoma" w:hAnsi="Tahoma" w:cs="Tahoma"/>
          <w:rtl/>
        </w:rPr>
        <w:t xml:space="preserve"> و صاحب‌منصبان از مناطق مختلف در زمان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مع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ن</w:t>
      </w:r>
      <w:r w:rsidRPr="00E26D4C">
        <w:rPr>
          <w:rFonts w:ascii="Tahoma" w:hAnsi="Tahoma" w:cs="Tahoma"/>
          <w:rtl/>
        </w:rPr>
        <w:t>.</w:t>
      </w:r>
    </w:p>
    <w:p w:rsidR="00E26D4C" w:rsidRPr="00E26D4C" w:rsidRDefault="00E26D4C" w:rsidP="00E26D4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26D4C">
        <w:rPr>
          <w:rFonts w:ascii="Tahoma" w:hAnsi="Tahoma" w:cs="Tahoma" w:hint="eastAsia"/>
          <w:rtl/>
        </w:rPr>
        <w:t>دشت</w:t>
      </w:r>
      <w:r w:rsidRPr="00E26D4C">
        <w:rPr>
          <w:rFonts w:ascii="Tahoma" w:hAnsi="Tahoma" w:cs="Tahoma"/>
          <w:rtl/>
        </w:rPr>
        <w:t xml:space="preserve"> مغان فقط محل گفت‌وگو نبود؛ اردوگاه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ز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ر</w:t>
      </w:r>
      <w:r w:rsidRPr="00E26D4C">
        <w:rPr>
          <w:rFonts w:ascii="Tahoma" w:hAnsi="Tahoma" w:cs="Tahoma"/>
          <w:rtl/>
        </w:rPr>
        <w:t xml:space="preserve"> سلطهٔ قشون نادر ن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ز</w:t>
      </w:r>
      <w:r w:rsidRPr="00E26D4C">
        <w:rPr>
          <w:rFonts w:ascii="Tahoma" w:hAnsi="Tahoma" w:cs="Tahoma"/>
          <w:rtl/>
        </w:rPr>
        <w:t xml:space="preserve"> بود. شرکت‌کنندگان آزاد نبودند بدون توجه به خواست فرمانده‌ا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که کشور را بازپس گرفته و همهٔ ن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رو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مسلح را در اخت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ار</w:t>
      </w:r>
      <w:r w:rsidRPr="00E26D4C">
        <w:rPr>
          <w:rFonts w:ascii="Tahoma" w:hAnsi="Tahoma" w:cs="Tahoma"/>
          <w:rtl/>
        </w:rPr>
        <w:t xml:space="preserve"> داشت تصم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م</w:t>
      </w:r>
      <w:r w:rsidRPr="00E26D4C">
        <w:rPr>
          <w:rFonts w:ascii="Tahoma" w:hAnsi="Tahoma" w:cs="Tahoma"/>
          <w:rtl/>
        </w:rPr>
        <w:t xml:space="preserve"> بگ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رند</w:t>
      </w:r>
      <w:r w:rsidRPr="00E26D4C">
        <w:rPr>
          <w:rFonts w:ascii="Tahoma" w:hAnsi="Tahoma" w:cs="Tahoma"/>
          <w:rtl/>
        </w:rPr>
        <w:t>. حضور آنان به گردهما</w:t>
      </w:r>
      <w:r w:rsidRPr="00E26D4C">
        <w:rPr>
          <w:rFonts w:ascii="Tahoma" w:hAnsi="Tahoma" w:cs="Tahoma" w:hint="cs"/>
          <w:rtl/>
        </w:rPr>
        <w:t>یی</w:t>
      </w:r>
      <w:r w:rsidRPr="00E26D4C">
        <w:rPr>
          <w:rFonts w:ascii="Tahoma" w:hAnsi="Tahoma" w:cs="Tahoma"/>
          <w:rtl/>
        </w:rPr>
        <w:t xml:space="preserve"> صورت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عموم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م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داد،</w:t>
      </w:r>
      <w:r w:rsidRPr="00E26D4C">
        <w:rPr>
          <w:rFonts w:ascii="Tahoma" w:hAnsi="Tahoma" w:cs="Tahoma"/>
          <w:rtl/>
        </w:rPr>
        <w:t xml:space="preserve"> اما توازن قدرت از پ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ش</w:t>
      </w:r>
      <w:r w:rsidRPr="00E26D4C">
        <w:rPr>
          <w:rFonts w:ascii="Tahoma" w:hAnsi="Tahoma" w:cs="Tahoma"/>
          <w:rtl/>
        </w:rPr>
        <w:t xml:space="preserve"> روشن بود.</w:t>
      </w:r>
    </w:p>
    <w:p w:rsidR="00E26D4C" w:rsidRPr="00E26D4C" w:rsidRDefault="00E26D4C" w:rsidP="00E26D4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26D4C">
        <w:rPr>
          <w:rFonts w:ascii="Tahoma" w:hAnsi="Tahoma" w:cs="Tahoma" w:hint="eastAsia"/>
          <w:rtl/>
        </w:rPr>
        <w:t>نادر</w:t>
      </w:r>
      <w:r w:rsidRPr="00E26D4C">
        <w:rPr>
          <w:rFonts w:ascii="Tahoma" w:hAnsi="Tahoma" w:cs="Tahoma"/>
          <w:rtl/>
        </w:rPr>
        <w:t xml:space="preserve"> در آغاز وانمود کرد که از قدرت کناره م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گ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رد</w:t>
      </w:r>
      <w:r w:rsidRPr="00E26D4C">
        <w:rPr>
          <w:rFonts w:ascii="Tahoma" w:hAnsi="Tahoma" w:cs="Tahoma"/>
          <w:rtl/>
        </w:rPr>
        <w:t xml:space="preserve"> و م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خواهد</w:t>
      </w:r>
      <w:r w:rsidRPr="00E26D4C">
        <w:rPr>
          <w:rFonts w:ascii="Tahoma" w:hAnsi="Tahoma" w:cs="Tahoma"/>
          <w:rtl/>
        </w:rPr>
        <w:t xml:space="preserve"> باق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عمر را در آرامش بگذراند. او از حاضران خواست برا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حکومت کشور تصم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م</w:t>
      </w:r>
      <w:r w:rsidRPr="00E26D4C">
        <w:rPr>
          <w:rFonts w:ascii="Tahoma" w:hAnsi="Tahoma" w:cs="Tahoma"/>
          <w:rtl/>
        </w:rPr>
        <w:t xml:space="preserve"> بگ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رند</w:t>
      </w:r>
      <w:r w:rsidRPr="00E26D4C">
        <w:rPr>
          <w:rFonts w:ascii="Tahoma" w:hAnsi="Tahoma" w:cs="Tahoma"/>
          <w:rtl/>
        </w:rPr>
        <w:t>. 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ن</w:t>
      </w:r>
      <w:r w:rsidRPr="00E26D4C">
        <w:rPr>
          <w:rFonts w:ascii="Tahoma" w:hAnsi="Tahoma" w:cs="Tahoma"/>
          <w:rtl/>
        </w:rPr>
        <w:t xml:space="preserve"> کناره‌گ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ر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ظاهر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آنان را در برابر انتخاب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هدا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ت‌شده</w:t>
      </w:r>
      <w:r w:rsidRPr="00E26D4C">
        <w:rPr>
          <w:rFonts w:ascii="Tahoma" w:hAnsi="Tahoma" w:cs="Tahoma"/>
          <w:rtl/>
        </w:rPr>
        <w:t xml:space="preserve"> قرار م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داد</w:t>
      </w:r>
      <w:r w:rsidRPr="00E26D4C">
        <w:rPr>
          <w:rFonts w:ascii="Tahoma" w:hAnsi="Tahoma" w:cs="Tahoma"/>
          <w:rtl/>
        </w:rPr>
        <w:t xml:space="preserve">: 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ا</w:t>
      </w:r>
      <w:r w:rsidRPr="00E26D4C">
        <w:rPr>
          <w:rFonts w:ascii="Tahoma" w:hAnsi="Tahoma" w:cs="Tahoma"/>
          <w:rtl/>
        </w:rPr>
        <w:t xml:space="preserve"> بازگشت به خاندان صفو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و احتمال تکرار ضعف پ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ش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ن،</w:t>
      </w:r>
      <w:r w:rsidRPr="00E26D4C">
        <w:rPr>
          <w:rFonts w:ascii="Tahoma" w:hAnsi="Tahoma" w:cs="Tahoma"/>
          <w:rtl/>
        </w:rPr>
        <w:t xml:space="preserve"> 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ا</w:t>
      </w:r>
      <w:r w:rsidRPr="00E26D4C">
        <w:rPr>
          <w:rFonts w:ascii="Tahoma" w:hAnsi="Tahoma" w:cs="Tahoma"/>
          <w:rtl/>
        </w:rPr>
        <w:t xml:space="preserve"> درخواست از نادر برا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پذ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رفتن</w:t>
      </w:r>
      <w:r w:rsidRPr="00E26D4C">
        <w:rPr>
          <w:rFonts w:ascii="Tahoma" w:hAnsi="Tahoma" w:cs="Tahoma"/>
          <w:rtl/>
        </w:rPr>
        <w:t xml:space="preserve"> تاج.</w:t>
      </w:r>
    </w:p>
    <w:p w:rsidR="00E26D4C" w:rsidRPr="00E26D4C" w:rsidRDefault="00E26D4C" w:rsidP="00E26D4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26D4C">
        <w:rPr>
          <w:rFonts w:ascii="Tahoma" w:hAnsi="Tahoma" w:cs="Tahoma" w:hint="eastAsia"/>
          <w:rtl/>
        </w:rPr>
        <w:t>صاحب‌منصبان</w:t>
      </w:r>
      <w:r w:rsidRPr="00E26D4C">
        <w:rPr>
          <w:rFonts w:ascii="Tahoma" w:hAnsi="Tahoma" w:cs="Tahoma"/>
          <w:rtl/>
        </w:rPr>
        <w:t xml:space="preserve"> م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دانستند</w:t>
      </w:r>
      <w:r w:rsidRPr="00E26D4C">
        <w:rPr>
          <w:rFonts w:ascii="Tahoma" w:hAnsi="Tahoma" w:cs="Tahoma"/>
          <w:rtl/>
        </w:rPr>
        <w:t xml:space="preserve"> قشون در اخت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ار</w:t>
      </w:r>
      <w:r w:rsidRPr="00E26D4C">
        <w:rPr>
          <w:rFonts w:ascii="Tahoma" w:hAnsi="Tahoma" w:cs="Tahoma"/>
          <w:rtl/>
        </w:rPr>
        <w:t xml:space="preserve"> چه کس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است. بس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ار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مقام و امن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ت</w:t>
      </w:r>
      <w:r w:rsidRPr="00E26D4C">
        <w:rPr>
          <w:rFonts w:ascii="Tahoma" w:hAnsi="Tahoma" w:cs="Tahoma"/>
          <w:rtl/>
        </w:rPr>
        <w:t xml:space="preserve"> خود را مد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ون</w:t>
      </w:r>
      <w:r w:rsidRPr="00E26D4C">
        <w:rPr>
          <w:rFonts w:ascii="Tahoma" w:hAnsi="Tahoma" w:cs="Tahoma"/>
          <w:rtl/>
        </w:rPr>
        <w:t xml:space="preserve"> او بودند و از بازگشت به دورهٔ آشفتگ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ب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م</w:t>
      </w:r>
      <w:r w:rsidRPr="00E26D4C">
        <w:rPr>
          <w:rFonts w:ascii="Tahoma" w:hAnsi="Tahoma" w:cs="Tahoma"/>
          <w:rtl/>
        </w:rPr>
        <w:t xml:space="preserve"> داشتند. گروه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ن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ز</w:t>
      </w:r>
      <w:r w:rsidRPr="00E26D4C">
        <w:rPr>
          <w:rFonts w:ascii="Tahoma" w:hAnsi="Tahoma" w:cs="Tahoma"/>
          <w:rtl/>
        </w:rPr>
        <w:t xml:space="preserve"> ممکن بود واقعاً باور داشته باشند کس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که کشور را نجات داده شا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سته‌تر</w:t>
      </w:r>
      <w:r w:rsidRPr="00E26D4C">
        <w:rPr>
          <w:rFonts w:ascii="Tahoma" w:hAnsi="Tahoma" w:cs="Tahoma"/>
          <w:rtl/>
        </w:rPr>
        <w:t xml:space="preserve"> از کودک صفو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است. ترس، مصلحت و اعتقاد م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توانستند</w:t>
      </w:r>
      <w:r w:rsidRPr="00E26D4C">
        <w:rPr>
          <w:rFonts w:ascii="Tahoma" w:hAnsi="Tahoma" w:cs="Tahoma"/>
          <w:rtl/>
        </w:rPr>
        <w:t xml:space="preserve"> در پذ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رش</w:t>
      </w:r>
      <w:r w:rsidRPr="00E26D4C">
        <w:rPr>
          <w:rFonts w:ascii="Tahoma" w:hAnsi="Tahoma" w:cs="Tahoma"/>
          <w:rtl/>
        </w:rPr>
        <w:t xml:space="preserve"> نادر به هم ب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ام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زند</w:t>
      </w:r>
      <w:r w:rsidRPr="00E26D4C">
        <w:rPr>
          <w:rFonts w:ascii="Tahoma" w:hAnsi="Tahoma" w:cs="Tahoma"/>
          <w:rtl/>
        </w:rPr>
        <w:t>.</w:t>
      </w:r>
    </w:p>
    <w:p w:rsidR="00E26D4C" w:rsidRPr="00E26D4C" w:rsidRDefault="00E26D4C" w:rsidP="00E26D4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26D4C">
        <w:rPr>
          <w:rFonts w:ascii="Tahoma" w:hAnsi="Tahoma" w:cs="Tahoma" w:hint="eastAsia"/>
          <w:rtl/>
        </w:rPr>
        <w:t>پس</w:t>
      </w:r>
      <w:r w:rsidRPr="00E26D4C">
        <w:rPr>
          <w:rFonts w:ascii="Tahoma" w:hAnsi="Tahoma" w:cs="Tahoma"/>
          <w:rtl/>
        </w:rPr>
        <w:t xml:space="preserve"> گردهما</w:t>
      </w:r>
      <w:r w:rsidRPr="00E26D4C">
        <w:rPr>
          <w:rFonts w:ascii="Tahoma" w:hAnsi="Tahoma" w:cs="Tahoma" w:hint="cs"/>
          <w:rtl/>
        </w:rPr>
        <w:t>یی</w:t>
      </w:r>
      <w:r w:rsidRPr="00E26D4C">
        <w:rPr>
          <w:rFonts w:ascii="Tahoma" w:hAnsi="Tahoma" w:cs="Tahoma"/>
          <w:rtl/>
        </w:rPr>
        <w:t xml:space="preserve"> مغان را نم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توان</w:t>
      </w:r>
      <w:r w:rsidRPr="00E26D4C">
        <w:rPr>
          <w:rFonts w:ascii="Tahoma" w:hAnsi="Tahoma" w:cs="Tahoma"/>
          <w:rtl/>
        </w:rPr>
        <w:t xml:space="preserve"> انتخابات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آزاد 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ا</w:t>
      </w:r>
      <w:r w:rsidRPr="00E26D4C">
        <w:rPr>
          <w:rFonts w:ascii="Tahoma" w:hAnsi="Tahoma" w:cs="Tahoma"/>
          <w:rtl/>
        </w:rPr>
        <w:t xml:space="preserve"> ب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ان</w:t>
      </w:r>
      <w:r w:rsidRPr="00E26D4C">
        <w:rPr>
          <w:rFonts w:ascii="Tahoma" w:hAnsi="Tahoma" w:cs="Tahoma"/>
          <w:rtl/>
        </w:rPr>
        <w:t xml:space="preserve"> ارادهٔ مردم به معنا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امروز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دانست. ب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شتر</w:t>
      </w:r>
      <w:r w:rsidRPr="00E26D4C">
        <w:rPr>
          <w:rFonts w:ascii="Tahoma" w:hAnsi="Tahoma" w:cs="Tahoma"/>
          <w:rtl/>
        </w:rPr>
        <w:t xml:space="preserve"> مردم 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ران</w:t>
      </w:r>
      <w:r w:rsidRPr="00E26D4C">
        <w:rPr>
          <w:rFonts w:ascii="Tahoma" w:hAnsi="Tahoma" w:cs="Tahoma"/>
          <w:rtl/>
        </w:rPr>
        <w:t xml:space="preserve"> در آن حضور و نما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ندگ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شناخته‌شده‌ا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نداشتند و امکان سازمان‌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افته‌ا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برا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مخالفت وجود نداشت. اما نم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توان</w:t>
      </w:r>
      <w:r w:rsidRPr="00E26D4C">
        <w:rPr>
          <w:rFonts w:ascii="Tahoma" w:hAnsi="Tahoma" w:cs="Tahoma"/>
          <w:rtl/>
        </w:rPr>
        <w:t xml:space="preserve"> آن را ن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ز</w:t>
      </w:r>
      <w:r w:rsidRPr="00E26D4C">
        <w:rPr>
          <w:rFonts w:ascii="Tahoma" w:hAnsi="Tahoma" w:cs="Tahoma"/>
          <w:rtl/>
        </w:rPr>
        <w:t xml:space="preserve"> مراسم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کاملاً ب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معنا</w:t>
      </w:r>
      <w:r w:rsidRPr="00E26D4C">
        <w:rPr>
          <w:rFonts w:ascii="Tahoma" w:hAnsi="Tahoma" w:cs="Tahoma"/>
          <w:rtl/>
        </w:rPr>
        <w:t xml:space="preserve"> شمرد. نادر به ه</w:t>
      </w:r>
      <w:r w:rsidRPr="00E26D4C">
        <w:rPr>
          <w:rFonts w:ascii="Tahoma" w:hAnsi="Tahoma" w:cs="Tahoma" w:hint="eastAsia"/>
          <w:rtl/>
        </w:rPr>
        <w:t>مکار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ن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روها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اصل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کشوردار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ن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از</w:t>
      </w:r>
      <w:r w:rsidRPr="00E26D4C">
        <w:rPr>
          <w:rFonts w:ascii="Tahoma" w:hAnsi="Tahoma" w:cs="Tahoma"/>
          <w:rtl/>
        </w:rPr>
        <w:t xml:space="preserve"> داشت و هم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ن</w:t>
      </w:r>
      <w:r w:rsidRPr="00E26D4C">
        <w:rPr>
          <w:rFonts w:ascii="Tahoma" w:hAnsi="Tahoma" w:cs="Tahoma"/>
          <w:rtl/>
        </w:rPr>
        <w:t xml:space="preserve"> ن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از</w:t>
      </w:r>
      <w:r w:rsidRPr="00E26D4C">
        <w:rPr>
          <w:rFonts w:ascii="Tahoma" w:hAnsi="Tahoma" w:cs="Tahoma"/>
          <w:rtl/>
        </w:rPr>
        <w:t xml:space="preserve"> او را واداشت برا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انتقال تاج صورت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از رضا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ت</w:t>
      </w:r>
      <w:r w:rsidRPr="00E26D4C">
        <w:rPr>
          <w:rFonts w:ascii="Tahoma" w:hAnsi="Tahoma" w:cs="Tahoma"/>
          <w:rtl/>
        </w:rPr>
        <w:t xml:space="preserve"> و تأ</w:t>
      </w:r>
      <w:r w:rsidRPr="00E26D4C">
        <w:rPr>
          <w:rFonts w:ascii="Tahoma" w:hAnsi="Tahoma" w:cs="Tahoma" w:hint="cs"/>
          <w:rtl/>
        </w:rPr>
        <w:t>یی</w:t>
      </w:r>
      <w:r w:rsidRPr="00E26D4C">
        <w:rPr>
          <w:rFonts w:ascii="Tahoma" w:hAnsi="Tahoma" w:cs="Tahoma" w:hint="eastAsia"/>
          <w:rtl/>
        </w:rPr>
        <w:t>د</w:t>
      </w:r>
      <w:r w:rsidRPr="00E26D4C">
        <w:rPr>
          <w:rFonts w:ascii="Tahoma" w:hAnsi="Tahoma" w:cs="Tahoma"/>
          <w:rtl/>
        </w:rPr>
        <w:t xml:space="preserve"> عموم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صاحبان قدرت فراهم آورد.</w:t>
      </w:r>
    </w:p>
    <w:p w:rsidR="00E26D4C" w:rsidRPr="00E26D4C" w:rsidRDefault="00E26D4C" w:rsidP="00E26D4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26D4C">
        <w:rPr>
          <w:rFonts w:ascii="Tahoma" w:hAnsi="Tahoma" w:cs="Tahoma" w:hint="eastAsia"/>
          <w:rtl/>
        </w:rPr>
        <w:t>در</w:t>
      </w:r>
      <w:r w:rsidRPr="00E26D4C">
        <w:rPr>
          <w:rFonts w:ascii="Tahoma" w:hAnsi="Tahoma" w:cs="Tahoma"/>
          <w:rtl/>
        </w:rPr>
        <w:t xml:space="preserve"> حکومت شخص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ن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ز</w:t>
      </w:r>
      <w:r w:rsidRPr="00E26D4C">
        <w:rPr>
          <w:rFonts w:ascii="Tahoma" w:hAnsi="Tahoma" w:cs="Tahoma"/>
          <w:rtl/>
        </w:rPr>
        <w:t xml:space="preserve"> فرمانروا فقط با شمش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ر</w:t>
      </w:r>
      <w:r w:rsidRPr="00E26D4C">
        <w:rPr>
          <w:rFonts w:ascii="Tahoma" w:hAnsi="Tahoma" w:cs="Tahoma"/>
          <w:rtl/>
        </w:rPr>
        <w:t xml:space="preserve"> حکومت نم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کند</w:t>
      </w:r>
      <w:r w:rsidRPr="00E26D4C">
        <w:rPr>
          <w:rFonts w:ascii="Tahoma" w:hAnsi="Tahoma" w:cs="Tahoma"/>
          <w:rtl/>
        </w:rPr>
        <w:t>. قشون با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د</w:t>
      </w:r>
      <w:r w:rsidRPr="00E26D4C">
        <w:rPr>
          <w:rFonts w:ascii="Tahoma" w:hAnsi="Tahoma" w:cs="Tahoma"/>
          <w:rtl/>
        </w:rPr>
        <w:t xml:space="preserve"> بجنگد، د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وان</w:t>
      </w:r>
      <w:r w:rsidRPr="00E26D4C">
        <w:rPr>
          <w:rFonts w:ascii="Tahoma" w:hAnsi="Tahoma" w:cs="Tahoma"/>
          <w:rtl/>
        </w:rPr>
        <w:t xml:space="preserve"> مال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ات</w:t>
      </w:r>
      <w:r w:rsidRPr="00E26D4C">
        <w:rPr>
          <w:rFonts w:ascii="Tahoma" w:hAnsi="Tahoma" w:cs="Tahoma"/>
          <w:rtl/>
        </w:rPr>
        <w:t xml:space="preserve"> بگ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رد،</w:t>
      </w:r>
      <w:r w:rsidRPr="00E26D4C">
        <w:rPr>
          <w:rFonts w:ascii="Tahoma" w:hAnsi="Tahoma" w:cs="Tahoma"/>
          <w:rtl/>
        </w:rPr>
        <w:t xml:space="preserve"> حاکمان فرمان را اجرا کنند و د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نکاران</w:t>
      </w:r>
      <w:r w:rsidRPr="00E26D4C">
        <w:rPr>
          <w:rFonts w:ascii="Tahoma" w:hAnsi="Tahoma" w:cs="Tahoma"/>
          <w:rtl/>
        </w:rPr>
        <w:t xml:space="preserve"> دست‌کم مخالفت سراسر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ن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افر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نند</w:t>
      </w:r>
      <w:r w:rsidRPr="00E26D4C">
        <w:rPr>
          <w:rFonts w:ascii="Tahoma" w:hAnsi="Tahoma" w:cs="Tahoma"/>
          <w:rtl/>
        </w:rPr>
        <w:t>. دشت مغان مکان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بود که نادر م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خواست</w:t>
      </w:r>
      <w:r w:rsidRPr="00E26D4C">
        <w:rPr>
          <w:rFonts w:ascii="Tahoma" w:hAnsi="Tahoma" w:cs="Tahoma"/>
          <w:rtl/>
        </w:rPr>
        <w:t xml:space="preserve"> 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ن</w:t>
      </w:r>
      <w:r w:rsidRPr="00E26D4C">
        <w:rPr>
          <w:rFonts w:ascii="Tahoma" w:hAnsi="Tahoma" w:cs="Tahoma"/>
          <w:rtl/>
        </w:rPr>
        <w:t xml:space="preserve"> همکار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را پ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ش</w:t>
      </w:r>
      <w:r w:rsidRPr="00E26D4C">
        <w:rPr>
          <w:rFonts w:ascii="Tahoma" w:hAnsi="Tahoma" w:cs="Tahoma"/>
          <w:rtl/>
        </w:rPr>
        <w:t xml:space="preserve"> از تاج‌گذار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آشکار سازد.</w:t>
      </w:r>
    </w:p>
    <w:p w:rsidR="00E26D4C" w:rsidRPr="00E26D4C" w:rsidRDefault="00E26D4C" w:rsidP="00E26D4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26D4C">
        <w:rPr>
          <w:rFonts w:ascii="Tahoma" w:hAnsi="Tahoma" w:cs="Tahoma" w:hint="eastAsia"/>
          <w:rtl/>
        </w:rPr>
        <w:t>پذ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رش</w:t>
      </w:r>
      <w:r w:rsidRPr="00E26D4C">
        <w:rPr>
          <w:rFonts w:ascii="Tahoma" w:hAnsi="Tahoma" w:cs="Tahoma"/>
          <w:rtl/>
        </w:rPr>
        <w:t xml:space="preserve"> تاج از سو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نادر بدون شرط نبود. او خواهان آن بود که وابستگ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س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اس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به خاندان صفو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پا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ان</w:t>
      </w:r>
      <w:r w:rsidRPr="00E26D4C">
        <w:rPr>
          <w:rFonts w:ascii="Tahoma" w:hAnsi="Tahoma" w:cs="Tahoma"/>
          <w:rtl/>
        </w:rPr>
        <w:t xml:space="preserve"> 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ابد</w:t>
      </w:r>
      <w:r w:rsidRPr="00E26D4C">
        <w:rPr>
          <w:rFonts w:ascii="Tahoma" w:hAnsi="Tahoma" w:cs="Tahoma"/>
          <w:rtl/>
        </w:rPr>
        <w:t xml:space="preserve"> و حاضران تعهد کنند از بازگرداندن آنان پشت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بان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نکنند. 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ن</w:t>
      </w:r>
      <w:r w:rsidRPr="00E26D4C">
        <w:rPr>
          <w:rFonts w:ascii="Tahoma" w:hAnsi="Tahoma" w:cs="Tahoma"/>
          <w:rtl/>
        </w:rPr>
        <w:t xml:space="preserve"> شرط نشان م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داد</w:t>
      </w:r>
      <w:r w:rsidRPr="00E26D4C">
        <w:rPr>
          <w:rFonts w:ascii="Tahoma" w:hAnsi="Tahoma" w:cs="Tahoma"/>
          <w:rtl/>
        </w:rPr>
        <w:t xml:space="preserve"> نادر هنوز از ن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رو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نام صفو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ب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م</w:t>
      </w:r>
      <w:r w:rsidRPr="00E26D4C">
        <w:rPr>
          <w:rFonts w:ascii="Tahoma" w:hAnsi="Tahoma" w:cs="Tahoma"/>
          <w:rtl/>
        </w:rPr>
        <w:t xml:space="preserve"> دارد. اگر آن نام ب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اثر</w:t>
      </w:r>
      <w:r w:rsidRPr="00E26D4C">
        <w:rPr>
          <w:rFonts w:ascii="Tahoma" w:hAnsi="Tahoma" w:cs="Tahoma"/>
          <w:rtl/>
        </w:rPr>
        <w:t xml:space="preserve"> شده بود، ن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از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نبود مردم و بز</w:t>
      </w:r>
      <w:r w:rsidRPr="00E26D4C">
        <w:rPr>
          <w:rFonts w:ascii="Tahoma" w:hAnsi="Tahoma" w:cs="Tahoma" w:hint="eastAsia"/>
          <w:rtl/>
        </w:rPr>
        <w:t>رگان</w:t>
      </w:r>
      <w:r w:rsidRPr="00E26D4C">
        <w:rPr>
          <w:rFonts w:ascii="Tahoma" w:hAnsi="Tahoma" w:cs="Tahoma"/>
          <w:rtl/>
        </w:rPr>
        <w:t xml:space="preserve"> از حما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ت</w:t>
      </w:r>
      <w:r w:rsidRPr="00E26D4C">
        <w:rPr>
          <w:rFonts w:ascii="Tahoma" w:hAnsi="Tahoma" w:cs="Tahoma"/>
          <w:rtl/>
        </w:rPr>
        <w:t xml:space="preserve"> آن منع شوند.</w:t>
      </w:r>
    </w:p>
    <w:p w:rsidR="00E26D4C" w:rsidRPr="00E26D4C" w:rsidRDefault="00E26D4C" w:rsidP="00E26D4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26D4C">
        <w:rPr>
          <w:rFonts w:ascii="Tahoma" w:hAnsi="Tahoma" w:cs="Tahoma" w:hint="eastAsia"/>
          <w:rtl/>
        </w:rPr>
        <w:t>شرط‌ها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د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گر</w:t>
      </w:r>
      <w:r w:rsidRPr="00E26D4C">
        <w:rPr>
          <w:rFonts w:ascii="Tahoma" w:hAnsi="Tahoma" w:cs="Tahoma"/>
          <w:rtl/>
        </w:rPr>
        <w:t xml:space="preserve"> به مذهب مربوط بودند. نادر م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خواست</w:t>
      </w:r>
      <w:r w:rsidRPr="00E26D4C">
        <w:rPr>
          <w:rFonts w:ascii="Tahoma" w:hAnsi="Tahoma" w:cs="Tahoma"/>
          <w:rtl/>
        </w:rPr>
        <w:t xml:space="preserve"> تش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ع</w:t>
      </w:r>
      <w:r w:rsidRPr="00E26D4C">
        <w:rPr>
          <w:rFonts w:ascii="Tahoma" w:hAnsi="Tahoma" w:cs="Tahoma"/>
          <w:rtl/>
        </w:rPr>
        <w:t xml:space="preserve"> 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ران</w:t>
      </w:r>
      <w:r w:rsidRPr="00E26D4C">
        <w:rPr>
          <w:rFonts w:ascii="Tahoma" w:hAnsi="Tahoma" w:cs="Tahoma"/>
          <w:rtl/>
        </w:rPr>
        <w:t xml:space="preserve"> با عنوان «مذهب جعفر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»</w:t>
      </w:r>
      <w:r w:rsidRPr="00E26D4C">
        <w:rPr>
          <w:rFonts w:ascii="Tahoma" w:hAnsi="Tahoma" w:cs="Tahoma"/>
          <w:rtl/>
        </w:rPr>
        <w:t xml:space="preserve"> شناخته شود و در کنار مذاهب چهارگانهٔ اهل سنت جا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گاه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پذ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رفته</w:t>
      </w:r>
      <w:r w:rsidRPr="00E26D4C">
        <w:rPr>
          <w:rFonts w:ascii="Tahoma" w:hAnsi="Tahoma" w:cs="Tahoma"/>
          <w:rtl/>
        </w:rPr>
        <w:t xml:space="preserve"> پ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دا</w:t>
      </w:r>
      <w:r w:rsidRPr="00E26D4C">
        <w:rPr>
          <w:rFonts w:ascii="Tahoma" w:hAnsi="Tahoma" w:cs="Tahoma"/>
          <w:rtl/>
        </w:rPr>
        <w:t xml:space="preserve"> کند. او خواهان کنارگذاشتن لعن خلفا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نخست و کاهش رفتارها</w:t>
      </w:r>
      <w:r w:rsidRPr="00E26D4C">
        <w:rPr>
          <w:rFonts w:ascii="Tahoma" w:hAnsi="Tahoma" w:cs="Tahoma" w:hint="cs"/>
          <w:rtl/>
        </w:rPr>
        <w:t>یی</w:t>
      </w:r>
      <w:r w:rsidRPr="00E26D4C">
        <w:rPr>
          <w:rFonts w:ascii="Tahoma" w:hAnsi="Tahoma" w:cs="Tahoma"/>
          <w:rtl/>
        </w:rPr>
        <w:t xml:space="preserve"> بود که دشمن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مذهب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ران</w:t>
      </w:r>
      <w:r w:rsidRPr="00E26D4C">
        <w:rPr>
          <w:rFonts w:ascii="Tahoma" w:hAnsi="Tahoma" w:cs="Tahoma"/>
          <w:rtl/>
        </w:rPr>
        <w:t xml:space="preserve"> و عثمان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را تشد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د</w:t>
      </w:r>
      <w:r w:rsidRPr="00E26D4C">
        <w:rPr>
          <w:rFonts w:ascii="Tahoma" w:hAnsi="Tahoma" w:cs="Tahoma"/>
          <w:rtl/>
        </w:rPr>
        <w:t xml:space="preserve"> م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کردند</w:t>
      </w:r>
      <w:r w:rsidRPr="00E26D4C">
        <w:rPr>
          <w:rFonts w:ascii="Tahoma" w:hAnsi="Tahoma" w:cs="Tahoma"/>
          <w:rtl/>
        </w:rPr>
        <w:t>.</w:t>
      </w:r>
    </w:p>
    <w:p w:rsidR="00E26D4C" w:rsidRPr="00E26D4C" w:rsidRDefault="00E26D4C" w:rsidP="00E26D4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26D4C">
        <w:rPr>
          <w:rFonts w:ascii="Tahoma" w:hAnsi="Tahoma" w:cs="Tahoma" w:hint="eastAsia"/>
          <w:rtl/>
        </w:rPr>
        <w:t>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ن</w:t>
      </w:r>
      <w:r w:rsidRPr="00E26D4C">
        <w:rPr>
          <w:rFonts w:ascii="Tahoma" w:hAnsi="Tahoma" w:cs="Tahoma"/>
          <w:rtl/>
        </w:rPr>
        <w:t xml:space="preserve"> س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است</w:t>
      </w:r>
      <w:r w:rsidRPr="00E26D4C">
        <w:rPr>
          <w:rFonts w:ascii="Tahoma" w:hAnsi="Tahoma" w:cs="Tahoma"/>
          <w:rtl/>
        </w:rPr>
        <w:t xml:space="preserve"> را نبا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د</w:t>
      </w:r>
      <w:r w:rsidRPr="00E26D4C">
        <w:rPr>
          <w:rFonts w:ascii="Tahoma" w:hAnsi="Tahoma" w:cs="Tahoma"/>
          <w:rtl/>
        </w:rPr>
        <w:t xml:space="preserve"> تغ</w:t>
      </w:r>
      <w:r w:rsidRPr="00E26D4C">
        <w:rPr>
          <w:rFonts w:ascii="Tahoma" w:hAnsi="Tahoma" w:cs="Tahoma" w:hint="cs"/>
          <w:rtl/>
        </w:rPr>
        <w:t>یی</w:t>
      </w:r>
      <w:r w:rsidRPr="00E26D4C">
        <w:rPr>
          <w:rFonts w:ascii="Tahoma" w:hAnsi="Tahoma" w:cs="Tahoma" w:hint="eastAsia"/>
          <w:rtl/>
        </w:rPr>
        <w:t>ر</w:t>
      </w:r>
      <w:r w:rsidRPr="00E26D4C">
        <w:rPr>
          <w:rFonts w:ascii="Tahoma" w:hAnsi="Tahoma" w:cs="Tahoma"/>
          <w:rtl/>
        </w:rPr>
        <w:t xml:space="preserve"> شخص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و ناگهان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عق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دهٔ</w:t>
      </w:r>
      <w:r w:rsidRPr="00E26D4C">
        <w:rPr>
          <w:rFonts w:ascii="Tahoma" w:hAnsi="Tahoma" w:cs="Tahoma"/>
          <w:rtl/>
        </w:rPr>
        <w:t xml:space="preserve"> همهٔ مردم دانست. نادر نم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توانست</w:t>
      </w:r>
      <w:r w:rsidRPr="00E26D4C">
        <w:rPr>
          <w:rFonts w:ascii="Tahoma" w:hAnsi="Tahoma" w:cs="Tahoma"/>
          <w:rtl/>
        </w:rPr>
        <w:t xml:space="preserve"> با فرمان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تش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ع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را که در طول دو سده در خانواده، آ</w:t>
      </w:r>
      <w:r w:rsidRPr="00E26D4C">
        <w:rPr>
          <w:rFonts w:ascii="Tahoma" w:hAnsi="Tahoma" w:cs="Tahoma" w:hint="cs"/>
          <w:rtl/>
        </w:rPr>
        <w:t>یی</w:t>
      </w:r>
      <w:r w:rsidRPr="00E26D4C">
        <w:rPr>
          <w:rFonts w:ascii="Tahoma" w:hAnsi="Tahoma" w:cs="Tahoma" w:hint="eastAsia"/>
          <w:rtl/>
        </w:rPr>
        <w:t>ن،</w:t>
      </w:r>
      <w:r w:rsidRPr="00E26D4C">
        <w:rPr>
          <w:rFonts w:ascii="Tahoma" w:hAnsi="Tahoma" w:cs="Tahoma"/>
          <w:rtl/>
        </w:rPr>
        <w:t xml:space="preserve"> مدرسه و زندگ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مردم ر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شه</w:t>
      </w:r>
      <w:r w:rsidRPr="00E26D4C">
        <w:rPr>
          <w:rFonts w:ascii="Tahoma" w:hAnsi="Tahoma" w:cs="Tahoma"/>
          <w:rtl/>
        </w:rPr>
        <w:t xml:space="preserve"> گرفته بود از م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ان</w:t>
      </w:r>
      <w:r w:rsidRPr="00E26D4C">
        <w:rPr>
          <w:rFonts w:ascii="Tahoma" w:hAnsi="Tahoma" w:cs="Tahoma"/>
          <w:rtl/>
        </w:rPr>
        <w:t xml:space="preserve"> ببرد. هدف او ب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ش</w:t>
      </w:r>
      <w:r w:rsidRPr="00E26D4C">
        <w:rPr>
          <w:rFonts w:ascii="Tahoma" w:hAnsi="Tahoma" w:cs="Tahoma"/>
          <w:rtl/>
        </w:rPr>
        <w:t xml:space="preserve"> از آنکه ساختن مذهب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کاملاً تازه باشد، تغ</w:t>
      </w:r>
      <w:r w:rsidRPr="00E26D4C">
        <w:rPr>
          <w:rFonts w:ascii="Tahoma" w:hAnsi="Tahoma" w:cs="Tahoma" w:hint="cs"/>
          <w:rtl/>
        </w:rPr>
        <w:t>یی</w:t>
      </w:r>
      <w:r w:rsidRPr="00E26D4C">
        <w:rPr>
          <w:rFonts w:ascii="Tahoma" w:hAnsi="Tahoma" w:cs="Tahoma" w:hint="eastAsia"/>
          <w:rtl/>
        </w:rPr>
        <w:t>ر</w:t>
      </w:r>
      <w:r w:rsidRPr="00E26D4C">
        <w:rPr>
          <w:rFonts w:ascii="Tahoma" w:hAnsi="Tahoma" w:cs="Tahoma"/>
          <w:rtl/>
        </w:rPr>
        <w:t xml:space="preserve"> جا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گاه</w:t>
      </w:r>
      <w:r w:rsidRPr="00E26D4C">
        <w:rPr>
          <w:rFonts w:ascii="Tahoma" w:hAnsi="Tahoma" w:cs="Tahoma"/>
          <w:rtl/>
        </w:rPr>
        <w:t xml:space="preserve"> س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اس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تش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ع</w:t>
      </w:r>
      <w:r w:rsidRPr="00E26D4C">
        <w:rPr>
          <w:rFonts w:ascii="Tahoma" w:hAnsi="Tahoma" w:cs="Tahoma"/>
          <w:rtl/>
        </w:rPr>
        <w:t xml:space="preserve"> و رابطهٔ آن با حکومت بود.</w:t>
      </w:r>
    </w:p>
    <w:p w:rsidR="00E26D4C" w:rsidRPr="00E26D4C" w:rsidRDefault="00E26D4C" w:rsidP="00E26D4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26D4C">
        <w:rPr>
          <w:rFonts w:ascii="Tahoma" w:hAnsi="Tahoma" w:cs="Tahoma" w:hint="eastAsia"/>
          <w:rtl/>
        </w:rPr>
        <w:t>عنوان</w:t>
      </w:r>
      <w:r w:rsidRPr="00E26D4C">
        <w:rPr>
          <w:rFonts w:ascii="Tahoma" w:hAnsi="Tahoma" w:cs="Tahoma"/>
          <w:rtl/>
        </w:rPr>
        <w:t xml:space="preserve"> جعفر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به امام جعفر صادق و سنت فقه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منسوب به او اشاره داشت. نادر م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کوش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د</w:t>
      </w:r>
      <w:r w:rsidRPr="00E26D4C">
        <w:rPr>
          <w:rFonts w:ascii="Tahoma" w:hAnsi="Tahoma" w:cs="Tahoma"/>
          <w:rtl/>
        </w:rPr>
        <w:t xml:space="preserve"> 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ن</w:t>
      </w:r>
      <w:r w:rsidRPr="00E26D4C">
        <w:rPr>
          <w:rFonts w:ascii="Tahoma" w:hAnsi="Tahoma" w:cs="Tahoma"/>
          <w:rtl/>
        </w:rPr>
        <w:t xml:space="preserve"> مذهب را نه دشمن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ب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رون</w:t>
      </w:r>
      <w:r w:rsidRPr="00E26D4C">
        <w:rPr>
          <w:rFonts w:ascii="Tahoma" w:hAnsi="Tahoma" w:cs="Tahoma"/>
          <w:rtl/>
        </w:rPr>
        <w:t xml:space="preserve"> از اسلام سن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،</w:t>
      </w:r>
      <w:r w:rsidRPr="00E26D4C">
        <w:rPr>
          <w:rFonts w:ascii="Tahoma" w:hAnsi="Tahoma" w:cs="Tahoma"/>
          <w:rtl/>
        </w:rPr>
        <w:t xml:space="preserve"> بلکه مذهب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قابل شناسا</w:t>
      </w:r>
      <w:r w:rsidRPr="00E26D4C">
        <w:rPr>
          <w:rFonts w:ascii="Tahoma" w:hAnsi="Tahoma" w:cs="Tahoma" w:hint="cs"/>
          <w:rtl/>
        </w:rPr>
        <w:t>یی</w:t>
      </w:r>
      <w:r w:rsidRPr="00E26D4C">
        <w:rPr>
          <w:rFonts w:ascii="Tahoma" w:hAnsi="Tahoma" w:cs="Tahoma"/>
          <w:rtl/>
        </w:rPr>
        <w:t xml:space="preserve"> در کنار مذاهب د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گر</w:t>
      </w:r>
      <w:r w:rsidRPr="00E26D4C">
        <w:rPr>
          <w:rFonts w:ascii="Tahoma" w:hAnsi="Tahoma" w:cs="Tahoma"/>
          <w:rtl/>
        </w:rPr>
        <w:t xml:space="preserve"> معرف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کند. اگر عثمان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ان</w:t>
      </w:r>
      <w:r w:rsidRPr="00E26D4C">
        <w:rPr>
          <w:rFonts w:ascii="Tahoma" w:hAnsi="Tahoma" w:cs="Tahoma"/>
          <w:rtl/>
        </w:rPr>
        <w:t xml:space="preserve"> آن را به عنوان مذهب پنجم م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پذ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رفتند،</w:t>
      </w:r>
      <w:r w:rsidRPr="00E26D4C">
        <w:rPr>
          <w:rFonts w:ascii="Tahoma" w:hAnsi="Tahoma" w:cs="Tahoma"/>
          <w:rtl/>
        </w:rPr>
        <w:t xml:space="preserve"> اختلاف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که از زمان شاه اسماع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ل</w:t>
      </w:r>
      <w:r w:rsidRPr="00E26D4C">
        <w:rPr>
          <w:rFonts w:ascii="Tahoma" w:hAnsi="Tahoma" w:cs="Tahoma"/>
          <w:rtl/>
        </w:rPr>
        <w:t xml:space="preserve"> </w:t>
      </w:r>
      <w:r w:rsidRPr="00E26D4C">
        <w:rPr>
          <w:rFonts w:ascii="Tahoma" w:hAnsi="Tahoma" w:cs="Tahoma" w:hint="eastAsia"/>
          <w:rtl/>
        </w:rPr>
        <w:t>به</w:t>
      </w:r>
      <w:r w:rsidRPr="00E26D4C">
        <w:rPr>
          <w:rFonts w:ascii="Tahoma" w:hAnsi="Tahoma" w:cs="Tahoma"/>
          <w:rtl/>
        </w:rPr>
        <w:t xml:space="preserve"> جنگ‌ها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طولان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دامن زده بود م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توانست</w:t>
      </w:r>
      <w:r w:rsidRPr="00E26D4C">
        <w:rPr>
          <w:rFonts w:ascii="Tahoma" w:hAnsi="Tahoma" w:cs="Tahoma"/>
          <w:rtl/>
        </w:rPr>
        <w:t xml:space="preserve"> محدودتر شود.</w:t>
      </w:r>
    </w:p>
    <w:p w:rsidR="00E26D4C" w:rsidRPr="00E26D4C" w:rsidRDefault="00E26D4C" w:rsidP="00E26D4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26D4C">
        <w:rPr>
          <w:rFonts w:ascii="Tahoma" w:hAnsi="Tahoma" w:cs="Tahoma" w:hint="eastAsia"/>
          <w:rtl/>
        </w:rPr>
        <w:t>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ن</w:t>
      </w:r>
      <w:r w:rsidRPr="00E26D4C">
        <w:rPr>
          <w:rFonts w:ascii="Tahoma" w:hAnsi="Tahoma" w:cs="Tahoma"/>
          <w:rtl/>
        </w:rPr>
        <w:t xml:space="preserve"> هدف با س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است</w:t>
      </w:r>
      <w:r w:rsidRPr="00E26D4C">
        <w:rPr>
          <w:rFonts w:ascii="Tahoma" w:hAnsi="Tahoma" w:cs="Tahoma"/>
          <w:rtl/>
        </w:rPr>
        <w:t xml:space="preserve"> خارج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نادر پ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وند</w:t>
      </w:r>
      <w:r w:rsidRPr="00E26D4C">
        <w:rPr>
          <w:rFonts w:ascii="Tahoma" w:hAnsi="Tahoma" w:cs="Tahoma"/>
          <w:rtl/>
        </w:rPr>
        <w:t xml:space="preserve"> داشت. او پس از سال‌ها جنگ م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دانست</w:t>
      </w:r>
      <w:r w:rsidRPr="00E26D4C">
        <w:rPr>
          <w:rFonts w:ascii="Tahoma" w:hAnsi="Tahoma" w:cs="Tahoma"/>
          <w:rtl/>
        </w:rPr>
        <w:t xml:space="preserve"> دشمن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مذهب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با عثمان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ان</w:t>
      </w:r>
      <w:r w:rsidRPr="00E26D4C">
        <w:rPr>
          <w:rFonts w:ascii="Tahoma" w:hAnsi="Tahoma" w:cs="Tahoma"/>
          <w:rtl/>
        </w:rPr>
        <w:t xml:space="preserve"> چه اندازه منابع 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ران</w:t>
      </w:r>
      <w:r w:rsidRPr="00E26D4C">
        <w:rPr>
          <w:rFonts w:ascii="Tahoma" w:hAnsi="Tahoma" w:cs="Tahoma"/>
          <w:rtl/>
        </w:rPr>
        <w:t xml:space="preserve"> را مصرف کرده است. پذ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رش</w:t>
      </w:r>
      <w:r w:rsidRPr="00E26D4C">
        <w:rPr>
          <w:rFonts w:ascii="Tahoma" w:hAnsi="Tahoma" w:cs="Tahoma"/>
          <w:rtl/>
        </w:rPr>
        <w:t xml:space="preserve"> متقابل مذهب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م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توانست</w:t>
      </w:r>
      <w:r w:rsidRPr="00E26D4C">
        <w:rPr>
          <w:rFonts w:ascii="Tahoma" w:hAnsi="Tahoma" w:cs="Tahoma"/>
          <w:rtl/>
        </w:rPr>
        <w:t xml:space="preserve"> راه پ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مان</w:t>
      </w:r>
      <w:r w:rsidRPr="00E26D4C">
        <w:rPr>
          <w:rFonts w:ascii="Tahoma" w:hAnsi="Tahoma" w:cs="Tahoma"/>
          <w:rtl/>
        </w:rPr>
        <w:t xml:space="preserve"> پا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دارتر،</w:t>
      </w:r>
      <w:r w:rsidRPr="00E26D4C">
        <w:rPr>
          <w:rFonts w:ascii="Tahoma" w:hAnsi="Tahoma" w:cs="Tahoma"/>
          <w:rtl/>
        </w:rPr>
        <w:t xml:space="preserve"> امن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ت</w:t>
      </w:r>
      <w:r w:rsidRPr="00E26D4C">
        <w:rPr>
          <w:rFonts w:ascii="Tahoma" w:hAnsi="Tahoma" w:cs="Tahoma"/>
          <w:rtl/>
        </w:rPr>
        <w:t xml:space="preserve"> زائران 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ران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و کاهش بهانه‌ها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جنگ را باز کند.</w:t>
      </w:r>
    </w:p>
    <w:p w:rsidR="00E26D4C" w:rsidRPr="00E26D4C" w:rsidRDefault="00E26D4C" w:rsidP="00E26D4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26D4C">
        <w:rPr>
          <w:rFonts w:ascii="Tahoma" w:hAnsi="Tahoma" w:cs="Tahoma" w:hint="eastAsia"/>
          <w:rtl/>
        </w:rPr>
        <w:t>نادر</w:t>
      </w:r>
      <w:r w:rsidRPr="00E26D4C">
        <w:rPr>
          <w:rFonts w:ascii="Tahoma" w:hAnsi="Tahoma" w:cs="Tahoma"/>
          <w:rtl/>
        </w:rPr>
        <w:t xml:space="preserve"> همچن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ن</w:t>
      </w:r>
      <w:r w:rsidRPr="00E26D4C">
        <w:rPr>
          <w:rFonts w:ascii="Tahoma" w:hAnsi="Tahoma" w:cs="Tahoma"/>
          <w:rtl/>
        </w:rPr>
        <w:t xml:space="preserve"> بر قشون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فرمان م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راند</w:t>
      </w:r>
      <w:r w:rsidRPr="00E26D4C">
        <w:rPr>
          <w:rFonts w:ascii="Tahoma" w:hAnsi="Tahoma" w:cs="Tahoma"/>
          <w:rtl/>
        </w:rPr>
        <w:t xml:space="preserve"> که فقط از ش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ع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ان</w:t>
      </w:r>
      <w:r w:rsidRPr="00E26D4C">
        <w:rPr>
          <w:rFonts w:ascii="Tahoma" w:hAnsi="Tahoma" w:cs="Tahoma"/>
          <w:rtl/>
        </w:rPr>
        <w:t xml:space="preserve"> تشک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ل</w:t>
      </w:r>
      <w:r w:rsidRPr="00E26D4C">
        <w:rPr>
          <w:rFonts w:ascii="Tahoma" w:hAnsi="Tahoma" w:cs="Tahoma"/>
          <w:rtl/>
        </w:rPr>
        <w:t xml:space="preserve"> نشده بود. افغان‌ها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سن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،</w:t>
      </w:r>
      <w:r w:rsidRPr="00E26D4C">
        <w:rPr>
          <w:rFonts w:ascii="Tahoma" w:hAnsi="Tahoma" w:cs="Tahoma"/>
          <w:rtl/>
        </w:rPr>
        <w:t xml:space="preserve"> ترکمانان، کردها و گروه‌ها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مختلف در آن حضور داشتند. مذهب رسم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سخت‌گ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رانه‌ا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که سربازان سن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را دشمن 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ا</w:t>
      </w:r>
      <w:r w:rsidRPr="00E26D4C">
        <w:rPr>
          <w:rFonts w:ascii="Tahoma" w:hAnsi="Tahoma" w:cs="Tahoma"/>
          <w:rtl/>
        </w:rPr>
        <w:t xml:space="preserve"> نامطمئن بداند با ن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ازها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چن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ن</w:t>
      </w:r>
      <w:r w:rsidRPr="00E26D4C">
        <w:rPr>
          <w:rFonts w:ascii="Tahoma" w:hAnsi="Tahoma" w:cs="Tahoma"/>
          <w:rtl/>
        </w:rPr>
        <w:t xml:space="preserve"> قشون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سازگار نبود. فرمانده برا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حفظ وحدت </w:t>
      </w:r>
      <w:r w:rsidRPr="00E26D4C">
        <w:rPr>
          <w:rFonts w:ascii="Tahoma" w:hAnsi="Tahoma" w:cs="Tahoma" w:hint="eastAsia"/>
          <w:rtl/>
        </w:rPr>
        <w:t>ن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روها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ش</w:t>
      </w:r>
      <w:r w:rsidRPr="00E26D4C">
        <w:rPr>
          <w:rFonts w:ascii="Tahoma" w:hAnsi="Tahoma" w:cs="Tahoma"/>
          <w:rtl/>
        </w:rPr>
        <w:t xml:space="preserve"> به زبان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مذهب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ن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از</w:t>
      </w:r>
      <w:r w:rsidRPr="00E26D4C">
        <w:rPr>
          <w:rFonts w:ascii="Tahoma" w:hAnsi="Tahoma" w:cs="Tahoma"/>
          <w:rtl/>
        </w:rPr>
        <w:t xml:space="preserve"> داشت که اختلاف را کاهش دهد.</w:t>
      </w:r>
    </w:p>
    <w:p w:rsidR="00E26D4C" w:rsidRPr="00E26D4C" w:rsidRDefault="00E26D4C" w:rsidP="00E26D4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26D4C">
        <w:rPr>
          <w:rFonts w:ascii="Tahoma" w:hAnsi="Tahoma" w:cs="Tahoma" w:hint="eastAsia"/>
          <w:rtl/>
        </w:rPr>
        <w:t>اما</w:t>
      </w:r>
      <w:r w:rsidRPr="00E26D4C">
        <w:rPr>
          <w:rFonts w:ascii="Tahoma" w:hAnsi="Tahoma" w:cs="Tahoma"/>
          <w:rtl/>
        </w:rPr>
        <w:t xml:space="preserve"> 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ن</w:t>
      </w:r>
      <w:r w:rsidRPr="00E26D4C">
        <w:rPr>
          <w:rFonts w:ascii="Tahoma" w:hAnsi="Tahoma" w:cs="Tahoma"/>
          <w:rtl/>
        </w:rPr>
        <w:t xml:space="preserve"> س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است</w:t>
      </w:r>
      <w:r w:rsidRPr="00E26D4C">
        <w:rPr>
          <w:rFonts w:ascii="Tahoma" w:hAnsi="Tahoma" w:cs="Tahoma"/>
          <w:rtl/>
        </w:rPr>
        <w:t xml:space="preserve"> بُعد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داخل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ن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ز</w:t>
      </w:r>
      <w:r w:rsidRPr="00E26D4C">
        <w:rPr>
          <w:rFonts w:ascii="Tahoma" w:hAnsi="Tahoma" w:cs="Tahoma"/>
          <w:rtl/>
        </w:rPr>
        <w:t xml:space="preserve"> داشت. دستگاه د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نکار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صفو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قدرت، موقوفات و جا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گاه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گسترده به دست آورده بود. د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نکاران</w:t>
      </w:r>
      <w:r w:rsidRPr="00E26D4C">
        <w:rPr>
          <w:rFonts w:ascii="Tahoma" w:hAnsi="Tahoma" w:cs="Tahoma"/>
          <w:rtl/>
        </w:rPr>
        <w:t xml:space="preserve"> حقان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ت</w:t>
      </w:r>
      <w:r w:rsidRPr="00E26D4C">
        <w:rPr>
          <w:rFonts w:ascii="Tahoma" w:hAnsi="Tahoma" w:cs="Tahoma"/>
          <w:rtl/>
        </w:rPr>
        <w:t xml:space="preserve"> تاج صفو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را با تش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ع</w:t>
      </w:r>
      <w:r w:rsidRPr="00E26D4C">
        <w:rPr>
          <w:rFonts w:ascii="Tahoma" w:hAnsi="Tahoma" w:cs="Tahoma"/>
          <w:rtl/>
        </w:rPr>
        <w:t xml:space="preserve"> دوازده‌امام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پ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وند</w:t>
      </w:r>
      <w:r w:rsidRPr="00E26D4C">
        <w:rPr>
          <w:rFonts w:ascii="Tahoma" w:hAnsi="Tahoma" w:cs="Tahoma"/>
          <w:rtl/>
        </w:rPr>
        <w:t xml:space="preserve"> داده بودند و م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توانستند</w:t>
      </w:r>
      <w:r w:rsidRPr="00E26D4C">
        <w:rPr>
          <w:rFonts w:ascii="Tahoma" w:hAnsi="Tahoma" w:cs="Tahoma"/>
          <w:rtl/>
        </w:rPr>
        <w:t xml:space="preserve"> تغ</w:t>
      </w:r>
      <w:r w:rsidRPr="00E26D4C">
        <w:rPr>
          <w:rFonts w:ascii="Tahoma" w:hAnsi="Tahoma" w:cs="Tahoma" w:hint="cs"/>
          <w:rtl/>
        </w:rPr>
        <w:t>یی</w:t>
      </w:r>
      <w:r w:rsidRPr="00E26D4C">
        <w:rPr>
          <w:rFonts w:ascii="Tahoma" w:hAnsi="Tahoma" w:cs="Tahoma" w:hint="eastAsia"/>
          <w:rtl/>
        </w:rPr>
        <w:t>ر</w:t>
      </w:r>
      <w:r w:rsidRPr="00E26D4C">
        <w:rPr>
          <w:rFonts w:ascii="Tahoma" w:hAnsi="Tahoma" w:cs="Tahoma"/>
          <w:rtl/>
        </w:rPr>
        <w:t xml:space="preserve"> خاندان را تهد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د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برا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مذهب معرف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کنند. نادر با بازتعر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ف</w:t>
      </w:r>
      <w:r w:rsidRPr="00E26D4C">
        <w:rPr>
          <w:rFonts w:ascii="Tahoma" w:hAnsi="Tahoma" w:cs="Tahoma"/>
          <w:rtl/>
        </w:rPr>
        <w:t xml:space="preserve"> مذهب رسم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م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کوش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د</w:t>
      </w:r>
      <w:r w:rsidRPr="00E26D4C">
        <w:rPr>
          <w:rFonts w:ascii="Tahoma" w:hAnsi="Tahoma" w:cs="Tahoma"/>
          <w:rtl/>
        </w:rPr>
        <w:t xml:space="preserve"> هم حق انحصار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صفو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ان</w:t>
      </w:r>
      <w:r w:rsidRPr="00E26D4C">
        <w:rPr>
          <w:rFonts w:ascii="Tahoma" w:hAnsi="Tahoma" w:cs="Tahoma"/>
          <w:rtl/>
        </w:rPr>
        <w:t xml:space="preserve"> بر دفاع از تش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ع</w:t>
      </w:r>
      <w:r w:rsidRPr="00E26D4C">
        <w:rPr>
          <w:rFonts w:ascii="Tahoma" w:hAnsi="Tahoma" w:cs="Tahoma"/>
          <w:rtl/>
        </w:rPr>
        <w:t xml:space="preserve"> را از م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ان</w:t>
      </w:r>
      <w:r w:rsidRPr="00E26D4C">
        <w:rPr>
          <w:rFonts w:ascii="Tahoma" w:hAnsi="Tahoma" w:cs="Tahoma"/>
          <w:rtl/>
        </w:rPr>
        <w:t xml:space="preserve"> ببرد و هم قدرت س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اس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عمامه را محدود کند.</w:t>
      </w:r>
    </w:p>
    <w:p w:rsidR="00E26D4C" w:rsidRPr="00E26D4C" w:rsidRDefault="00E26D4C" w:rsidP="00E26D4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26D4C">
        <w:rPr>
          <w:rFonts w:ascii="Tahoma" w:hAnsi="Tahoma" w:cs="Tahoma" w:hint="eastAsia"/>
          <w:rtl/>
        </w:rPr>
        <w:t>او</w:t>
      </w:r>
      <w:r w:rsidRPr="00E26D4C">
        <w:rPr>
          <w:rFonts w:ascii="Tahoma" w:hAnsi="Tahoma" w:cs="Tahoma"/>
          <w:rtl/>
        </w:rPr>
        <w:t xml:space="preserve"> نم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خواست</w:t>
      </w:r>
      <w:r w:rsidRPr="00E26D4C">
        <w:rPr>
          <w:rFonts w:ascii="Tahoma" w:hAnsi="Tahoma" w:cs="Tahoma"/>
          <w:rtl/>
        </w:rPr>
        <w:t xml:space="preserve"> تاج خود را از د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نکاران</w:t>
      </w:r>
      <w:r w:rsidRPr="00E26D4C">
        <w:rPr>
          <w:rFonts w:ascii="Tahoma" w:hAnsi="Tahoma" w:cs="Tahoma"/>
          <w:rtl/>
        </w:rPr>
        <w:t xml:space="preserve"> بگ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رد</w:t>
      </w:r>
      <w:r w:rsidRPr="00E26D4C">
        <w:rPr>
          <w:rFonts w:ascii="Tahoma" w:hAnsi="Tahoma" w:cs="Tahoma"/>
          <w:rtl/>
        </w:rPr>
        <w:t>. سرچشمهٔ اصل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ادعا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ش</w:t>
      </w:r>
      <w:r w:rsidRPr="00E26D4C">
        <w:rPr>
          <w:rFonts w:ascii="Tahoma" w:hAnsi="Tahoma" w:cs="Tahoma"/>
          <w:rtl/>
        </w:rPr>
        <w:t xml:space="preserve"> نجات کشور و پ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روز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قشون بود. د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نکاران</w:t>
      </w:r>
      <w:r w:rsidRPr="00E26D4C">
        <w:rPr>
          <w:rFonts w:ascii="Tahoma" w:hAnsi="Tahoma" w:cs="Tahoma"/>
          <w:rtl/>
        </w:rPr>
        <w:t xml:space="preserve"> با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د</w:t>
      </w:r>
      <w:r w:rsidRPr="00E26D4C">
        <w:rPr>
          <w:rFonts w:ascii="Tahoma" w:hAnsi="Tahoma" w:cs="Tahoma"/>
          <w:rtl/>
        </w:rPr>
        <w:t xml:space="preserve"> سلطنت او را م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پذ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رفتند،</w:t>
      </w:r>
      <w:r w:rsidRPr="00E26D4C">
        <w:rPr>
          <w:rFonts w:ascii="Tahoma" w:hAnsi="Tahoma" w:cs="Tahoma"/>
          <w:rtl/>
        </w:rPr>
        <w:t xml:space="preserve"> نه آنکه خود را بخشندهٔ حق پادشاه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بدانند. 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ن</w:t>
      </w:r>
      <w:r w:rsidRPr="00E26D4C">
        <w:rPr>
          <w:rFonts w:ascii="Tahoma" w:hAnsi="Tahoma" w:cs="Tahoma"/>
          <w:rtl/>
        </w:rPr>
        <w:t xml:space="preserve"> تفاوت، رابطهٔ تاج و عمامه را که در دورهٔ سلطان حس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ن</w:t>
      </w:r>
      <w:r w:rsidRPr="00E26D4C">
        <w:rPr>
          <w:rFonts w:ascii="Tahoma" w:hAnsi="Tahoma" w:cs="Tahoma"/>
          <w:rtl/>
        </w:rPr>
        <w:t xml:space="preserve"> به نزد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ک‌تر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ن</w:t>
      </w:r>
      <w:r w:rsidRPr="00E26D4C">
        <w:rPr>
          <w:rFonts w:ascii="Tahoma" w:hAnsi="Tahoma" w:cs="Tahoma"/>
          <w:rtl/>
        </w:rPr>
        <w:t xml:space="preserve"> صورت خود رس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ده</w:t>
      </w:r>
      <w:r w:rsidRPr="00E26D4C">
        <w:rPr>
          <w:rFonts w:ascii="Tahoma" w:hAnsi="Tahoma" w:cs="Tahoma"/>
          <w:rtl/>
        </w:rPr>
        <w:t xml:space="preserve"> بود وارونه م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کرد</w:t>
      </w:r>
      <w:r w:rsidRPr="00E26D4C">
        <w:rPr>
          <w:rFonts w:ascii="Tahoma" w:hAnsi="Tahoma" w:cs="Tahoma"/>
          <w:rtl/>
        </w:rPr>
        <w:t>.</w:t>
      </w:r>
    </w:p>
    <w:p w:rsidR="00E26D4C" w:rsidRPr="00E26D4C" w:rsidRDefault="00E26D4C" w:rsidP="00E26D4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26D4C">
        <w:rPr>
          <w:rFonts w:ascii="Tahoma" w:hAnsi="Tahoma" w:cs="Tahoma" w:hint="eastAsia"/>
          <w:rtl/>
        </w:rPr>
        <w:t>مخالفت</w:t>
      </w:r>
      <w:r w:rsidRPr="00E26D4C">
        <w:rPr>
          <w:rFonts w:ascii="Tahoma" w:hAnsi="Tahoma" w:cs="Tahoma"/>
          <w:rtl/>
        </w:rPr>
        <w:t xml:space="preserve"> با خواست نادر آسان نبود. گزارش‌ها</w:t>
      </w:r>
      <w:r w:rsidRPr="00E26D4C">
        <w:rPr>
          <w:rFonts w:ascii="Tahoma" w:hAnsi="Tahoma" w:cs="Tahoma" w:hint="cs"/>
          <w:rtl/>
        </w:rPr>
        <w:t>یی</w:t>
      </w:r>
      <w:r w:rsidRPr="00E26D4C">
        <w:rPr>
          <w:rFonts w:ascii="Tahoma" w:hAnsi="Tahoma" w:cs="Tahoma"/>
          <w:rtl/>
        </w:rPr>
        <w:t xml:space="preserve"> از اعتراض 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ا</w:t>
      </w:r>
      <w:r w:rsidRPr="00E26D4C">
        <w:rPr>
          <w:rFonts w:ascii="Tahoma" w:hAnsi="Tahoma" w:cs="Tahoma"/>
          <w:rtl/>
        </w:rPr>
        <w:t xml:space="preserve"> احت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اط</w:t>
      </w:r>
      <w:r w:rsidRPr="00E26D4C">
        <w:rPr>
          <w:rFonts w:ascii="Tahoma" w:hAnsi="Tahoma" w:cs="Tahoma"/>
          <w:rtl/>
        </w:rPr>
        <w:t xml:space="preserve"> برخ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د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نکاران</w:t>
      </w:r>
      <w:r w:rsidRPr="00E26D4C">
        <w:rPr>
          <w:rFonts w:ascii="Tahoma" w:hAnsi="Tahoma" w:cs="Tahoma"/>
          <w:rtl/>
        </w:rPr>
        <w:t xml:space="preserve"> و مجازات مخالفان وجود دارد. حت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اگر دربارهٔ جزئ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ات</w:t>
      </w:r>
      <w:r w:rsidRPr="00E26D4C">
        <w:rPr>
          <w:rFonts w:ascii="Tahoma" w:hAnsi="Tahoma" w:cs="Tahoma"/>
          <w:rtl/>
        </w:rPr>
        <w:t xml:space="preserve"> هر روا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ت</w:t>
      </w:r>
      <w:r w:rsidRPr="00E26D4C">
        <w:rPr>
          <w:rFonts w:ascii="Tahoma" w:hAnsi="Tahoma" w:cs="Tahoma"/>
          <w:rtl/>
        </w:rPr>
        <w:t xml:space="preserve"> ترد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د</w:t>
      </w:r>
      <w:r w:rsidRPr="00E26D4C">
        <w:rPr>
          <w:rFonts w:ascii="Tahoma" w:hAnsi="Tahoma" w:cs="Tahoma"/>
          <w:rtl/>
        </w:rPr>
        <w:t xml:space="preserve"> کن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م،</w:t>
      </w:r>
      <w:r w:rsidRPr="00E26D4C">
        <w:rPr>
          <w:rFonts w:ascii="Tahoma" w:hAnsi="Tahoma" w:cs="Tahoma"/>
          <w:rtl/>
        </w:rPr>
        <w:t xml:space="preserve"> فضا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گردهما</w:t>
      </w:r>
      <w:r w:rsidRPr="00E26D4C">
        <w:rPr>
          <w:rFonts w:ascii="Tahoma" w:hAnsi="Tahoma" w:cs="Tahoma" w:hint="cs"/>
          <w:rtl/>
        </w:rPr>
        <w:t>یی</w:t>
      </w:r>
      <w:r w:rsidRPr="00E26D4C">
        <w:rPr>
          <w:rFonts w:ascii="Tahoma" w:hAnsi="Tahoma" w:cs="Tahoma"/>
          <w:rtl/>
        </w:rPr>
        <w:t xml:space="preserve"> روشن بود: کس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که با تاج‌گذار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ا</w:t>
      </w:r>
      <w:r w:rsidRPr="00E26D4C">
        <w:rPr>
          <w:rFonts w:ascii="Tahoma" w:hAnsi="Tahoma" w:cs="Tahoma"/>
          <w:rtl/>
        </w:rPr>
        <w:t xml:space="preserve"> س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است</w:t>
      </w:r>
      <w:r w:rsidRPr="00E26D4C">
        <w:rPr>
          <w:rFonts w:ascii="Tahoma" w:hAnsi="Tahoma" w:cs="Tahoma"/>
          <w:rtl/>
        </w:rPr>
        <w:t xml:space="preserve"> مذهب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نادر مخالفت م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کرد</w:t>
      </w:r>
      <w:r w:rsidRPr="00E26D4C">
        <w:rPr>
          <w:rFonts w:ascii="Tahoma" w:hAnsi="Tahoma" w:cs="Tahoma"/>
          <w:rtl/>
        </w:rPr>
        <w:t xml:space="preserve"> در برابر فرماندهٔ پ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روز</w:t>
      </w:r>
      <w:r w:rsidRPr="00E26D4C">
        <w:rPr>
          <w:rFonts w:ascii="Tahoma" w:hAnsi="Tahoma" w:cs="Tahoma"/>
          <w:rtl/>
        </w:rPr>
        <w:t xml:space="preserve"> و قشو</w:t>
      </w:r>
      <w:r w:rsidRPr="00E26D4C">
        <w:rPr>
          <w:rFonts w:ascii="Tahoma" w:hAnsi="Tahoma" w:cs="Tahoma" w:hint="eastAsia"/>
          <w:rtl/>
        </w:rPr>
        <w:t>نش</w:t>
      </w:r>
      <w:r w:rsidRPr="00E26D4C">
        <w:rPr>
          <w:rFonts w:ascii="Tahoma" w:hAnsi="Tahoma" w:cs="Tahoma"/>
          <w:rtl/>
        </w:rPr>
        <w:t xml:space="preserve"> قرار م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گرفت</w:t>
      </w:r>
      <w:r w:rsidRPr="00E26D4C">
        <w:rPr>
          <w:rFonts w:ascii="Tahoma" w:hAnsi="Tahoma" w:cs="Tahoma"/>
          <w:rtl/>
        </w:rPr>
        <w:t>.</w:t>
      </w:r>
    </w:p>
    <w:p w:rsidR="00E26D4C" w:rsidRPr="00E26D4C" w:rsidRDefault="00E26D4C" w:rsidP="00E26D4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26D4C">
        <w:rPr>
          <w:rFonts w:ascii="Tahoma" w:hAnsi="Tahoma" w:cs="Tahoma" w:hint="eastAsia"/>
          <w:rtl/>
        </w:rPr>
        <w:t>پذ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رش</w:t>
      </w:r>
      <w:r w:rsidRPr="00E26D4C">
        <w:rPr>
          <w:rFonts w:ascii="Tahoma" w:hAnsi="Tahoma" w:cs="Tahoma"/>
          <w:rtl/>
        </w:rPr>
        <w:t xml:space="preserve"> حاضران بنابرا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ن</w:t>
      </w:r>
      <w:r w:rsidRPr="00E26D4C">
        <w:rPr>
          <w:rFonts w:ascii="Tahoma" w:hAnsi="Tahoma" w:cs="Tahoma"/>
          <w:rtl/>
        </w:rPr>
        <w:t xml:space="preserve"> آم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زه‌ا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از رضا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ت</w:t>
      </w:r>
      <w:r w:rsidRPr="00E26D4C">
        <w:rPr>
          <w:rFonts w:ascii="Tahoma" w:hAnsi="Tahoma" w:cs="Tahoma"/>
          <w:rtl/>
        </w:rPr>
        <w:t xml:space="preserve"> و اجبار بود. گروه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نادر را واقعاً نجات‌دهندهٔ کشور م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دانستند،</w:t>
      </w:r>
      <w:r w:rsidRPr="00E26D4C">
        <w:rPr>
          <w:rFonts w:ascii="Tahoma" w:hAnsi="Tahoma" w:cs="Tahoma"/>
          <w:rtl/>
        </w:rPr>
        <w:t xml:space="preserve"> گروه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از قدرتش م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ترس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دند</w:t>
      </w:r>
      <w:r w:rsidRPr="00E26D4C">
        <w:rPr>
          <w:rFonts w:ascii="Tahoma" w:hAnsi="Tahoma" w:cs="Tahoma"/>
          <w:rtl/>
        </w:rPr>
        <w:t xml:space="preserve"> و گروه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برا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حفظ مقام خود همراه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م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کردند</w:t>
      </w:r>
      <w:r w:rsidRPr="00E26D4C">
        <w:rPr>
          <w:rFonts w:ascii="Tahoma" w:hAnsi="Tahoma" w:cs="Tahoma"/>
          <w:rtl/>
        </w:rPr>
        <w:t>. در نظام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که امکان مخالفت سازمان‌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افته</w:t>
      </w:r>
      <w:r w:rsidRPr="00E26D4C">
        <w:rPr>
          <w:rFonts w:ascii="Tahoma" w:hAnsi="Tahoma" w:cs="Tahoma"/>
          <w:rtl/>
        </w:rPr>
        <w:t xml:space="preserve"> وجود نداشت، نم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توان</w:t>
      </w:r>
      <w:r w:rsidRPr="00E26D4C">
        <w:rPr>
          <w:rFonts w:ascii="Tahoma" w:hAnsi="Tahoma" w:cs="Tahoma"/>
          <w:rtl/>
        </w:rPr>
        <w:t xml:space="preserve"> 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ن</w:t>
      </w:r>
      <w:r w:rsidRPr="00E26D4C">
        <w:rPr>
          <w:rFonts w:ascii="Tahoma" w:hAnsi="Tahoma" w:cs="Tahoma"/>
          <w:rtl/>
        </w:rPr>
        <w:t xml:space="preserve"> انگ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زه‌ها</w:t>
      </w:r>
      <w:r w:rsidRPr="00E26D4C">
        <w:rPr>
          <w:rFonts w:ascii="Tahoma" w:hAnsi="Tahoma" w:cs="Tahoma"/>
          <w:rtl/>
        </w:rPr>
        <w:t xml:space="preserve"> را از 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کد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گر</w:t>
      </w:r>
      <w:r w:rsidRPr="00E26D4C">
        <w:rPr>
          <w:rFonts w:ascii="Tahoma" w:hAnsi="Tahoma" w:cs="Tahoma"/>
          <w:rtl/>
        </w:rPr>
        <w:t xml:space="preserve"> جدا کرد.</w:t>
      </w:r>
    </w:p>
    <w:p w:rsidR="00E26D4C" w:rsidRPr="00E26D4C" w:rsidRDefault="00E26D4C" w:rsidP="00E26D4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26D4C">
        <w:rPr>
          <w:rFonts w:ascii="Tahoma" w:hAnsi="Tahoma" w:cs="Tahoma" w:hint="eastAsia"/>
          <w:rtl/>
        </w:rPr>
        <w:t>نادر</w:t>
      </w:r>
      <w:r w:rsidRPr="00E26D4C">
        <w:rPr>
          <w:rFonts w:ascii="Tahoma" w:hAnsi="Tahoma" w:cs="Tahoma"/>
          <w:rtl/>
        </w:rPr>
        <w:t xml:space="preserve"> سرانجام در ماه مارس </w:t>
      </w:r>
      <w:r w:rsidRPr="00E26D4C">
        <w:rPr>
          <w:rFonts w:ascii="Tahoma" w:hAnsi="Tahoma" w:cs="Tahoma"/>
          <w:rtl/>
          <w:lang w:bidi="fa-IR"/>
        </w:rPr>
        <w:t>۱۷۳۶</w:t>
      </w:r>
      <w:r w:rsidRPr="00E26D4C">
        <w:rPr>
          <w:rFonts w:ascii="Tahoma" w:hAnsi="Tahoma" w:cs="Tahoma"/>
          <w:rtl/>
        </w:rPr>
        <w:t xml:space="preserve"> م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لاد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تاج‌گذار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کرد. عباس سوم از سلطنت کنار گذاشته شد و حکومت صفو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پس از ب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ش</w:t>
      </w:r>
      <w:r w:rsidRPr="00E26D4C">
        <w:rPr>
          <w:rFonts w:ascii="Tahoma" w:hAnsi="Tahoma" w:cs="Tahoma"/>
          <w:rtl/>
        </w:rPr>
        <w:t xml:space="preserve"> از دو سده رسماً پا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ان</w:t>
      </w:r>
      <w:r w:rsidRPr="00E26D4C">
        <w:rPr>
          <w:rFonts w:ascii="Tahoma" w:hAnsi="Tahoma" w:cs="Tahoma"/>
          <w:rtl/>
        </w:rPr>
        <w:t xml:space="preserve"> 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افت</w:t>
      </w:r>
      <w:r w:rsidRPr="00E26D4C">
        <w:rPr>
          <w:rFonts w:ascii="Tahoma" w:hAnsi="Tahoma" w:cs="Tahoma"/>
          <w:rtl/>
        </w:rPr>
        <w:t>. نادر د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گر</w:t>
      </w:r>
      <w:r w:rsidRPr="00E26D4C">
        <w:rPr>
          <w:rFonts w:ascii="Tahoma" w:hAnsi="Tahoma" w:cs="Tahoma"/>
          <w:rtl/>
        </w:rPr>
        <w:t xml:space="preserve"> تهماسب‌قل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ا</w:t>
      </w:r>
      <w:r w:rsidRPr="00E26D4C">
        <w:rPr>
          <w:rFonts w:ascii="Tahoma" w:hAnsi="Tahoma" w:cs="Tahoma"/>
          <w:rtl/>
        </w:rPr>
        <w:t xml:space="preserve"> نا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ب‌السلطنه</w:t>
      </w:r>
      <w:r w:rsidRPr="00E26D4C">
        <w:rPr>
          <w:rFonts w:ascii="Tahoma" w:hAnsi="Tahoma" w:cs="Tahoma"/>
          <w:rtl/>
        </w:rPr>
        <w:t xml:space="preserve"> نبود؛ خود را شاه 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ران</w:t>
      </w:r>
      <w:r w:rsidRPr="00E26D4C">
        <w:rPr>
          <w:rFonts w:ascii="Tahoma" w:hAnsi="Tahoma" w:cs="Tahoma"/>
          <w:rtl/>
        </w:rPr>
        <w:t xml:space="preserve"> م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دانست</w:t>
      </w:r>
      <w:r w:rsidRPr="00E26D4C">
        <w:rPr>
          <w:rFonts w:ascii="Tahoma" w:hAnsi="Tahoma" w:cs="Tahoma"/>
          <w:rtl/>
        </w:rPr>
        <w:t xml:space="preserve"> و م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خواست</w:t>
      </w:r>
      <w:r w:rsidRPr="00E26D4C">
        <w:rPr>
          <w:rFonts w:ascii="Tahoma" w:hAnsi="Tahoma" w:cs="Tahoma"/>
          <w:rtl/>
        </w:rPr>
        <w:t xml:space="preserve"> تاج در خاندان او باق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بماند.</w:t>
      </w:r>
    </w:p>
    <w:p w:rsidR="00E26D4C" w:rsidRPr="00E26D4C" w:rsidRDefault="00E26D4C" w:rsidP="00E26D4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26D4C">
        <w:rPr>
          <w:rFonts w:ascii="Tahoma" w:hAnsi="Tahoma" w:cs="Tahoma" w:hint="eastAsia"/>
          <w:rtl/>
        </w:rPr>
        <w:t>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ن</w:t>
      </w:r>
      <w:r w:rsidRPr="00E26D4C">
        <w:rPr>
          <w:rFonts w:ascii="Tahoma" w:hAnsi="Tahoma" w:cs="Tahoma"/>
          <w:rtl/>
        </w:rPr>
        <w:t xml:space="preserve"> انتقال در ظاهر پ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روز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قشون بر تاج و عمامه بود. سردار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بدون خون صفو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،</w:t>
      </w:r>
      <w:r w:rsidRPr="00E26D4C">
        <w:rPr>
          <w:rFonts w:ascii="Tahoma" w:hAnsi="Tahoma" w:cs="Tahoma"/>
          <w:rtl/>
        </w:rPr>
        <w:t xml:space="preserve"> پس از شکست‌دادن دشمنان، وارث خاندان را کنار زد و بزرگان را واداشت سلطنتش را بپذ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رند</w:t>
      </w:r>
      <w:r w:rsidRPr="00E26D4C">
        <w:rPr>
          <w:rFonts w:ascii="Tahoma" w:hAnsi="Tahoma" w:cs="Tahoma"/>
          <w:rtl/>
        </w:rPr>
        <w:t>. منبع اصل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حقان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ت</w:t>
      </w:r>
      <w:r w:rsidRPr="00E26D4C">
        <w:rPr>
          <w:rFonts w:ascii="Tahoma" w:hAnsi="Tahoma" w:cs="Tahoma"/>
          <w:rtl/>
        </w:rPr>
        <w:t xml:space="preserve"> او نه نسب مقدس 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ا</w:t>
      </w:r>
      <w:r w:rsidRPr="00E26D4C">
        <w:rPr>
          <w:rFonts w:ascii="Tahoma" w:hAnsi="Tahoma" w:cs="Tahoma"/>
          <w:rtl/>
        </w:rPr>
        <w:t xml:space="preserve"> تأ</w:t>
      </w:r>
      <w:r w:rsidRPr="00E26D4C">
        <w:rPr>
          <w:rFonts w:ascii="Tahoma" w:hAnsi="Tahoma" w:cs="Tahoma" w:hint="cs"/>
          <w:rtl/>
        </w:rPr>
        <w:t>یی</w:t>
      </w:r>
      <w:r w:rsidRPr="00E26D4C">
        <w:rPr>
          <w:rFonts w:ascii="Tahoma" w:hAnsi="Tahoma" w:cs="Tahoma" w:hint="eastAsia"/>
          <w:rtl/>
        </w:rPr>
        <w:t>د</w:t>
      </w:r>
      <w:r w:rsidRPr="00E26D4C">
        <w:rPr>
          <w:rFonts w:ascii="Tahoma" w:hAnsi="Tahoma" w:cs="Tahoma"/>
          <w:rtl/>
        </w:rPr>
        <w:t xml:space="preserve"> د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نکاران،</w:t>
      </w:r>
      <w:r w:rsidRPr="00E26D4C">
        <w:rPr>
          <w:rFonts w:ascii="Tahoma" w:hAnsi="Tahoma" w:cs="Tahoma"/>
          <w:rtl/>
        </w:rPr>
        <w:t xml:space="preserve"> بلکه توان بازگرداندن امن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ت</w:t>
      </w:r>
      <w:r w:rsidRPr="00E26D4C">
        <w:rPr>
          <w:rFonts w:ascii="Tahoma" w:hAnsi="Tahoma" w:cs="Tahoma"/>
          <w:rtl/>
        </w:rPr>
        <w:t xml:space="preserve"> و سرزم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ن</w:t>
      </w:r>
      <w:r w:rsidRPr="00E26D4C">
        <w:rPr>
          <w:rFonts w:ascii="Tahoma" w:hAnsi="Tahoma" w:cs="Tahoma"/>
          <w:rtl/>
        </w:rPr>
        <w:t xml:space="preserve"> بود.</w:t>
      </w:r>
    </w:p>
    <w:p w:rsidR="00E26D4C" w:rsidRPr="00E26D4C" w:rsidRDefault="00E26D4C" w:rsidP="00E26D4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26D4C">
        <w:rPr>
          <w:rFonts w:ascii="Tahoma" w:hAnsi="Tahoma" w:cs="Tahoma" w:hint="eastAsia"/>
          <w:rtl/>
        </w:rPr>
        <w:t>اما</w:t>
      </w:r>
      <w:r w:rsidRPr="00E26D4C">
        <w:rPr>
          <w:rFonts w:ascii="Tahoma" w:hAnsi="Tahoma" w:cs="Tahoma"/>
          <w:rtl/>
        </w:rPr>
        <w:t xml:space="preserve"> نادر ن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ز</w:t>
      </w:r>
      <w:r w:rsidRPr="00E26D4C">
        <w:rPr>
          <w:rFonts w:ascii="Tahoma" w:hAnsi="Tahoma" w:cs="Tahoma"/>
          <w:rtl/>
        </w:rPr>
        <w:t xml:space="preserve"> نم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توانست</w:t>
      </w:r>
      <w:r w:rsidRPr="00E26D4C">
        <w:rPr>
          <w:rFonts w:ascii="Tahoma" w:hAnsi="Tahoma" w:cs="Tahoma"/>
          <w:rtl/>
        </w:rPr>
        <w:t xml:space="preserve"> بدون د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وان</w:t>
      </w:r>
      <w:r w:rsidRPr="00E26D4C">
        <w:rPr>
          <w:rFonts w:ascii="Tahoma" w:hAnsi="Tahoma" w:cs="Tahoma"/>
          <w:rtl/>
        </w:rPr>
        <w:t xml:space="preserve"> حکومت کند. قشونش برا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ادامهٔ زندگ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به مال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ات،</w:t>
      </w:r>
      <w:r w:rsidRPr="00E26D4C">
        <w:rPr>
          <w:rFonts w:ascii="Tahoma" w:hAnsi="Tahoma" w:cs="Tahoma"/>
          <w:rtl/>
        </w:rPr>
        <w:t xml:space="preserve"> حساب، انبار و راه ن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از</w:t>
      </w:r>
      <w:r w:rsidRPr="00E26D4C">
        <w:rPr>
          <w:rFonts w:ascii="Tahoma" w:hAnsi="Tahoma" w:cs="Tahoma"/>
          <w:rtl/>
        </w:rPr>
        <w:t xml:space="preserve"> داشت. او ناچار بود از همان دستگاه ادار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استفاده کند که صفو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ان</w:t>
      </w:r>
      <w:r w:rsidRPr="00E26D4C">
        <w:rPr>
          <w:rFonts w:ascii="Tahoma" w:hAnsi="Tahoma" w:cs="Tahoma"/>
          <w:rtl/>
        </w:rPr>
        <w:t xml:space="preserve"> ساخته بودند. نام شاه تغ</w:t>
      </w:r>
      <w:r w:rsidRPr="00E26D4C">
        <w:rPr>
          <w:rFonts w:ascii="Tahoma" w:hAnsi="Tahoma" w:cs="Tahoma" w:hint="cs"/>
          <w:rtl/>
        </w:rPr>
        <w:t>یی</w:t>
      </w:r>
      <w:r w:rsidRPr="00E26D4C">
        <w:rPr>
          <w:rFonts w:ascii="Tahoma" w:hAnsi="Tahoma" w:cs="Tahoma" w:hint="eastAsia"/>
          <w:rtl/>
        </w:rPr>
        <w:t>ر</w:t>
      </w:r>
      <w:r w:rsidRPr="00E26D4C">
        <w:rPr>
          <w:rFonts w:ascii="Tahoma" w:hAnsi="Tahoma" w:cs="Tahoma"/>
          <w:rtl/>
        </w:rPr>
        <w:t xml:space="preserve"> کرد، اما بس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ار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از دب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ران،</w:t>
      </w:r>
      <w:r w:rsidRPr="00E26D4C">
        <w:rPr>
          <w:rFonts w:ascii="Tahoma" w:hAnsi="Tahoma" w:cs="Tahoma"/>
          <w:rtl/>
        </w:rPr>
        <w:t xml:space="preserve"> مستوف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ان</w:t>
      </w:r>
      <w:r w:rsidRPr="00E26D4C">
        <w:rPr>
          <w:rFonts w:ascii="Tahoma" w:hAnsi="Tahoma" w:cs="Tahoma"/>
          <w:rtl/>
        </w:rPr>
        <w:t xml:space="preserve"> و ش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وه‌ها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اداره باق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ماندن</w:t>
      </w:r>
      <w:r w:rsidRPr="00E26D4C">
        <w:rPr>
          <w:rFonts w:ascii="Tahoma" w:hAnsi="Tahoma" w:cs="Tahoma" w:hint="eastAsia"/>
          <w:rtl/>
        </w:rPr>
        <w:t>د</w:t>
      </w:r>
      <w:r w:rsidRPr="00E26D4C">
        <w:rPr>
          <w:rFonts w:ascii="Tahoma" w:hAnsi="Tahoma" w:cs="Tahoma"/>
          <w:rtl/>
        </w:rPr>
        <w:t>.</w:t>
      </w:r>
    </w:p>
    <w:p w:rsidR="00E26D4C" w:rsidRPr="00E26D4C" w:rsidRDefault="00E26D4C" w:rsidP="00E26D4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26D4C">
        <w:rPr>
          <w:rFonts w:ascii="Tahoma" w:hAnsi="Tahoma" w:cs="Tahoma" w:hint="eastAsia"/>
          <w:rtl/>
        </w:rPr>
        <w:t>او</w:t>
      </w:r>
      <w:r w:rsidRPr="00E26D4C">
        <w:rPr>
          <w:rFonts w:ascii="Tahoma" w:hAnsi="Tahoma" w:cs="Tahoma"/>
          <w:rtl/>
        </w:rPr>
        <w:t xml:space="preserve"> همچن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ن</w:t>
      </w:r>
      <w:r w:rsidRPr="00E26D4C">
        <w:rPr>
          <w:rFonts w:ascii="Tahoma" w:hAnsi="Tahoma" w:cs="Tahoma"/>
          <w:rtl/>
        </w:rPr>
        <w:t xml:space="preserve"> نم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توانست</w:t>
      </w:r>
      <w:r w:rsidRPr="00E26D4C">
        <w:rPr>
          <w:rFonts w:ascii="Tahoma" w:hAnsi="Tahoma" w:cs="Tahoma"/>
          <w:rtl/>
        </w:rPr>
        <w:t xml:space="preserve"> تش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ع</w:t>
      </w:r>
      <w:r w:rsidRPr="00E26D4C">
        <w:rPr>
          <w:rFonts w:ascii="Tahoma" w:hAnsi="Tahoma" w:cs="Tahoma"/>
          <w:rtl/>
        </w:rPr>
        <w:t xml:space="preserve"> را از جامعه پاک کند. دو سده رسم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بودن</w:t>
      </w:r>
      <w:r w:rsidRPr="00E26D4C">
        <w:rPr>
          <w:rFonts w:ascii="Tahoma" w:hAnsi="Tahoma" w:cs="Tahoma"/>
          <w:rtl/>
        </w:rPr>
        <w:t xml:space="preserve"> مذهب، 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ران</w:t>
      </w:r>
      <w:r w:rsidRPr="00E26D4C">
        <w:rPr>
          <w:rFonts w:ascii="Tahoma" w:hAnsi="Tahoma" w:cs="Tahoma"/>
          <w:rtl/>
        </w:rPr>
        <w:t xml:space="preserve"> را دگرگون کرده بود. آ</w:t>
      </w:r>
      <w:r w:rsidRPr="00E26D4C">
        <w:rPr>
          <w:rFonts w:ascii="Tahoma" w:hAnsi="Tahoma" w:cs="Tahoma" w:hint="cs"/>
          <w:rtl/>
        </w:rPr>
        <w:t>یی</w:t>
      </w:r>
      <w:r w:rsidRPr="00E26D4C">
        <w:rPr>
          <w:rFonts w:ascii="Tahoma" w:hAnsi="Tahoma" w:cs="Tahoma" w:hint="eastAsia"/>
          <w:rtl/>
        </w:rPr>
        <w:t>ن‌ها،</w:t>
      </w:r>
      <w:r w:rsidRPr="00E26D4C">
        <w:rPr>
          <w:rFonts w:ascii="Tahoma" w:hAnsi="Tahoma" w:cs="Tahoma"/>
          <w:rtl/>
        </w:rPr>
        <w:t xml:space="preserve"> ز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ارتگاه‌ها،</w:t>
      </w:r>
      <w:r w:rsidRPr="00E26D4C">
        <w:rPr>
          <w:rFonts w:ascii="Tahoma" w:hAnsi="Tahoma" w:cs="Tahoma"/>
          <w:rtl/>
        </w:rPr>
        <w:t xml:space="preserve"> کتاب‌ها، مدارس، موقوفات و خاندان‌ها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د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نکار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بخش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از زندگ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کشور شده بودند. شاه م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توانست</w:t>
      </w:r>
      <w:r w:rsidRPr="00E26D4C">
        <w:rPr>
          <w:rFonts w:ascii="Tahoma" w:hAnsi="Tahoma" w:cs="Tahoma"/>
          <w:rtl/>
        </w:rPr>
        <w:t xml:space="preserve"> مقام‌ها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رسم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را محدود و درآمدها را کاهش دهد، اما نم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توانست</w:t>
      </w:r>
      <w:r w:rsidRPr="00E26D4C">
        <w:rPr>
          <w:rFonts w:ascii="Tahoma" w:hAnsi="Tahoma" w:cs="Tahoma"/>
          <w:rtl/>
        </w:rPr>
        <w:t xml:space="preserve"> حافظه و اعتقاد مردم را با فرمان از م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ان</w:t>
      </w:r>
      <w:r w:rsidRPr="00E26D4C">
        <w:rPr>
          <w:rFonts w:ascii="Tahoma" w:hAnsi="Tahoma" w:cs="Tahoma"/>
          <w:rtl/>
        </w:rPr>
        <w:t xml:space="preserve"> ببرد.</w:t>
      </w:r>
    </w:p>
    <w:p w:rsidR="00E26D4C" w:rsidRPr="00E26D4C" w:rsidRDefault="00E26D4C" w:rsidP="00E26D4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26D4C">
        <w:rPr>
          <w:rFonts w:ascii="Tahoma" w:hAnsi="Tahoma" w:cs="Tahoma" w:hint="eastAsia"/>
          <w:rtl/>
        </w:rPr>
        <w:t>هم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ن</w:t>
      </w:r>
      <w:r w:rsidRPr="00E26D4C">
        <w:rPr>
          <w:rFonts w:ascii="Tahoma" w:hAnsi="Tahoma" w:cs="Tahoma"/>
          <w:rtl/>
        </w:rPr>
        <w:t xml:space="preserve"> ناتوان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مهم‌تر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ن</w:t>
      </w:r>
      <w:r w:rsidRPr="00E26D4C">
        <w:rPr>
          <w:rFonts w:ascii="Tahoma" w:hAnsi="Tahoma" w:cs="Tahoma"/>
          <w:rtl/>
        </w:rPr>
        <w:t xml:space="preserve"> م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راث</w:t>
      </w:r>
      <w:r w:rsidRPr="00E26D4C">
        <w:rPr>
          <w:rFonts w:ascii="Tahoma" w:hAnsi="Tahoma" w:cs="Tahoma"/>
          <w:rtl/>
        </w:rPr>
        <w:t xml:space="preserve"> صفو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ان</w:t>
      </w:r>
      <w:r w:rsidRPr="00E26D4C">
        <w:rPr>
          <w:rFonts w:ascii="Tahoma" w:hAnsi="Tahoma" w:cs="Tahoma"/>
          <w:rtl/>
        </w:rPr>
        <w:t xml:space="preserve"> را نشان م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دهد</w:t>
      </w:r>
      <w:r w:rsidRPr="00E26D4C">
        <w:rPr>
          <w:rFonts w:ascii="Tahoma" w:hAnsi="Tahoma" w:cs="Tahoma"/>
          <w:rtl/>
        </w:rPr>
        <w:t>. حکومت آنان سقوط کرد، ول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مذهب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که رسم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کرده بودند باق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ماند. حت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نادر، که م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خواست</w:t>
      </w:r>
      <w:r w:rsidRPr="00E26D4C">
        <w:rPr>
          <w:rFonts w:ascii="Tahoma" w:hAnsi="Tahoma" w:cs="Tahoma"/>
          <w:rtl/>
        </w:rPr>
        <w:t xml:space="preserve"> تش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ع</w:t>
      </w:r>
      <w:r w:rsidRPr="00E26D4C">
        <w:rPr>
          <w:rFonts w:ascii="Tahoma" w:hAnsi="Tahoma" w:cs="Tahoma"/>
          <w:rtl/>
        </w:rPr>
        <w:t xml:space="preserve"> را به صورت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کم‌تنش‌تر و ز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ر</w:t>
      </w:r>
      <w:r w:rsidRPr="00E26D4C">
        <w:rPr>
          <w:rFonts w:ascii="Tahoma" w:hAnsi="Tahoma" w:cs="Tahoma"/>
          <w:rtl/>
        </w:rPr>
        <w:t xml:space="preserve"> عنوان جعفر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بازتعر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ف</w:t>
      </w:r>
      <w:r w:rsidRPr="00E26D4C">
        <w:rPr>
          <w:rFonts w:ascii="Tahoma" w:hAnsi="Tahoma" w:cs="Tahoma"/>
          <w:rtl/>
        </w:rPr>
        <w:t xml:space="preserve"> کند، ناچار بود آن را به رسم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ت</w:t>
      </w:r>
      <w:r w:rsidRPr="00E26D4C">
        <w:rPr>
          <w:rFonts w:ascii="Tahoma" w:hAnsi="Tahoma" w:cs="Tahoma"/>
          <w:rtl/>
        </w:rPr>
        <w:t xml:space="preserve"> بشناسد و نم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توانست</w:t>
      </w:r>
      <w:r w:rsidRPr="00E26D4C">
        <w:rPr>
          <w:rFonts w:ascii="Tahoma" w:hAnsi="Tahoma" w:cs="Tahoma"/>
          <w:rtl/>
        </w:rPr>
        <w:t xml:space="preserve"> 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ران</w:t>
      </w:r>
      <w:r w:rsidRPr="00E26D4C">
        <w:rPr>
          <w:rFonts w:ascii="Tahoma" w:hAnsi="Tahoma" w:cs="Tahoma"/>
          <w:rtl/>
        </w:rPr>
        <w:t xml:space="preserve"> را دوباره به وضع مذهب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پ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ش</w:t>
      </w:r>
      <w:r w:rsidRPr="00E26D4C">
        <w:rPr>
          <w:rFonts w:ascii="Tahoma" w:hAnsi="Tahoma" w:cs="Tahoma"/>
          <w:rtl/>
        </w:rPr>
        <w:t xml:space="preserve"> از شاه اسماع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ل</w:t>
      </w:r>
      <w:r w:rsidRPr="00E26D4C">
        <w:rPr>
          <w:rFonts w:ascii="Tahoma" w:hAnsi="Tahoma" w:cs="Tahoma"/>
          <w:rtl/>
        </w:rPr>
        <w:t xml:space="preserve"> بازگرداند.</w:t>
      </w:r>
    </w:p>
    <w:p w:rsidR="00E26D4C" w:rsidRPr="00E26D4C" w:rsidRDefault="00E26D4C" w:rsidP="00E26D4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26D4C">
        <w:rPr>
          <w:rFonts w:ascii="Tahoma" w:hAnsi="Tahoma" w:cs="Tahoma" w:hint="eastAsia"/>
          <w:rtl/>
        </w:rPr>
        <w:t>دستگاه</w:t>
      </w:r>
      <w:r w:rsidRPr="00E26D4C">
        <w:rPr>
          <w:rFonts w:ascii="Tahoma" w:hAnsi="Tahoma" w:cs="Tahoma"/>
          <w:rtl/>
        </w:rPr>
        <w:t xml:space="preserve"> د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نکار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ن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ز</w:t>
      </w:r>
      <w:r w:rsidRPr="00E26D4C">
        <w:rPr>
          <w:rFonts w:ascii="Tahoma" w:hAnsi="Tahoma" w:cs="Tahoma"/>
          <w:rtl/>
        </w:rPr>
        <w:t xml:space="preserve"> با پا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ان</w:t>
      </w:r>
      <w:r w:rsidRPr="00E26D4C">
        <w:rPr>
          <w:rFonts w:ascii="Tahoma" w:hAnsi="Tahoma" w:cs="Tahoma"/>
          <w:rtl/>
        </w:rPr>
        <w:t xml:space="preserve"> صفو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ان</w:t>
      </w:r>
      <w:r w:rsidRPr="00E26D4C">
        <w:rPr>
          <w:rFonts w:ascii="Tahoma" w:hAnsi="Tahoma" w:cs="Tahoma"/>
          <w:rtl/>
        </w:rPr>
        <w:t xml:space="preserve"> نابود نشد. صاحب‌منصبان رسم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ممکن بود مقام 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ا</w:t>
      </w:r>
      <w:r w:rsidRPr="00E26D4C">
        <w:rPr>
          <w:rFonts w:ascii="Tahoma" w:hAnsi="Tahoma" w:cs="Tahoma"/>
          <w:rtl/>
        </w:rPr>
        <w:t xml:space="preserve"> مستمر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خود را از دست بدهند، اما مدارس، شاگردان، خاندان‌ها و پ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وندها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شان</w:t>
      </w:r>
      <w:r w:rsidRPr="00E26D4C">
        <w:rPr>
          <w:rFonts w:ascii="Tahoma" w:hAnsi="Tahoma" w:cs="Tahoma"/>
          <w:rtl/>
        </w:rPr>
        <w:t xml:space="preserve"> با بازار و مردم ادامه 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افتند</w:t>
      </w:r>
      <w:r w:rsidRPr="00E26D4C">
        <w:rPr>
          <w:rFonts w:ascii="Tahoma" w:hAnsi="Tahoma" w:cs="Tahoma"/>
          <w:rtl/>
        </w:rPr>
        <w:t>. عمامه که در آغاز با حما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ت</w:t>
      </w:r>
      <w:r w:rsidRPr="00E26D4C">
        <w:rPr>
          <w:rFonts w:ascii="Tahoma" w:hAnsi="Tahoma" w:cs="Tahoma"/>
          <w:rtl/>
        </w:rPr>
        <w:t xml:space="preserve"> تاج ساخته شده بود اکنون از پا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ه‌ها</w:t>
      </w:r>
      <w:r w:rsidRPr="00E26D4C">
        <w:rPr>
          <w:rFonts w:ascii="Tahoma" w:hAnsi="Tahoma" w:cs="Tahoma" w:hint="cs"/>
          <w:rtl/>
        </w:rPr>
        <w:t>یی</w:t>
      </w:r>
      <w:r w:rsidRPr="00E26D4C">
        <w:rPr>
          <w:rFonts w:ascii="Tahoma" w:hAnsi="Tahoma" w:cs="Tahoma"/>
          <w:rtl/>
        </w:rPr>
        <w:t xml:space="preserve"> برخوردار بو</w:t>
      </w:r>
      <w:r w:rsidRPr="00E26D4C">
        <w:rPr>
          <w:rFonts w:ascii="Tahoma" w:hAnsi="Tahoma" w:cs="Tahoma" w:hint="eastAsia"/>
          <w:rtl/>
        </w:rPr>
        <w:t>د</w:t>
      </w:r>
      <w:r w:rsidRPr="00E26D4C">
        <w:rPr>
          <w:rFonts w:ascii="Tahoma" w:hAnsi="Tahoma" w:cs="Tahoma"/>
          <w:rtl/>
        </w:rPr>
        <w:t xml:space="preserve"> که م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توانست</w:t>
      </w:r>
      <w:r w:rsidRPr="00E26D4C">
        <w:rPr>
          <w:rFonts w:ascii="Tahoma" w:hAnsi="Tahoma" w:cs="Tahoma"/>
          <w:rtl/>
        </w:rPr>
        <w:t xml:space="preserve"> بدون همان تاج ن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ز</w:t>
      </w:r>
      <w:r w:rsidRPr="00E26D4C">
        <w:rPr>
          <w:rFonts w:ascii="Tahoma" w:hAnsi="Tahoma" w:cs="Tahoma"/>
          <w:rtl/>
        </w:rPr>
        <w:t xml:space="preserve"> زنده بماند.</w:t>
      </w:r>
    </w:p>
    <w:p w:rsidR="00E26D4C" w:rsidRPr="00E26D4C" w:rsidRDefault="00E26D4C" w:rsidP="00E26D4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26D4C">
        <w:rPr>
          <w:rFonts w:ascii="Tahoma" w:hAnsi="Tahoma" w:cs="Tahoma" w:hint="eastAsia"/>
          <w:rtl/>
        </w:rPr>
        <w:t>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ن</w:t>
      </w:r>
      <w:r w:rsidRPr="00E26D4C">
        <w:rPr>
          <w:rFonts w:ascii="Tahoma" w:hAnsi="Tahoma" w:cs="Tahoma"/>
          <w:rtl/>
        </w:rPr>
        <w:t xml:space="preserve"> نت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جه</w:t>
      </w:r>
      <w:r w:rsidRPr="00E26D4C">
        <w:rPr>
          <w:rFonts w:ascii="Tahoma" w:hAnsi="Tahoma" w:cs="Tahoma"/>
          <w:rtl/>
        </w:rPr>
        <w:t xml:space="preserve"> شا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د</w:t>
      </w:r>
      <w:r w:rsidRPr="00E26D4C">
        <w:rPr>
          <w:rFonts w:ascii="Tahoma" w:hAnsi="Tahoma" w:cs="Tahoma"/>
          <w:rtl/>
        </w:rPr>
        <w:t xml:space="preserve"> برخلاف هدف نادر بود. او م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خواست</w:t>
      </w:r>
      <w:r w:rsidRPr="00E26D4C">
        <w:rPr>
          <w:rFonts w:ascii="Tahoma" w:hAnsi="Tahoma" w:cs="Tahoma"/>
          <w:rtl/>
        </w:rPr>
        <w:t xml:space="preserve"> د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نکاران</w:t>
      </w:r>
      <w:r w:rsidRPr="00E26D4C">
        <w:rPr>
          <w:rFonts w:ascii="Tahoma" w:hAnsi="Tahoma" w:cs="Tahoma"/>
          <w:rtl/>
        </w:rPr>
        <w:t xml:space="preserve"> را از جا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گاه</w:t>
      </w:r>
      <w:r w:rsidRPr="00E26D4C">
        <w:rPr>
          <w:rFonts w:ascii="Tahoma" w:hAnsi="Tahoma" w:cs="Tahoma"/>
          <w:rtl/>
        </w:rPr>
        <w:t xml:space="preserve"> س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اس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دورهٔ صفو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پا</w:t>
      </w:r>
      <w:r w:rsidRPr="00E26D4C">
        <w:rPr>
          <w:rFonts w:ascii="Tahoma" w:hAnsi="Tahoma" w:cs="Tahoma" w:hint="cs"/>
          <w:rtl/>
        </w:rPr>
        <w:t>یی</w:t>
      </w:r>
      <w:r w:rsidRPr="00E26D4C">
        <w:rPr>
          <w:rFonts w:ascii="Tahoma" w:hAnsi="Tahoma" w:cs="Tahoma" w:hint="eastAsia"/>
          <w:rtl/>
        </w:rPr>
        <w:t>ن</w:t>
      </w:r>
      <w:r w:rsidRPr="00E26D4C">
        <w:rPr>
          <w:rFonts w:ascii="Tahoma" w:hAnsi="Tahoma" w:cs="Tahoma"/>
          <w:rtl/>
        </w:rPr>
        <w:t xml:space="preserve"> آورد و مذهب را تابع ن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ازها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حکومت کند. اما کاهش حما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ت</w:t>
      </w:r>
      <w:r w:rsidRPr="00E26D4C">
        <w:rPr>
          <w:rFonts w:ascii="Tahoma" w:hAnsi="Tahoma" w:cs="Tahoma"/>
          <w:rtl/>
        </w:rPr>
        <w:t xml:space="preserve"> و مستمر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حکومت م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توانست</w:t>
      </w:r>
      <w:r w:rsidRPr="00E26D4C">
        <w:rPr>
          <w:rFonts w:ascii="Tahoma" w:hAnsi="Tahoma" w:cs="Tahoma"/>
          <w:rtl/>
        </w:rPr>
        <w:t xml:space="preserve"> آنان را وادارد ب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ش</w:t>
      </w:r>
      <w:r w:rsidRPr="00E26D4C">
        <w:rPr>
          <w:rFonts w:ascii="Tahoma" w:hAnsi="Tahoma" w:cs="Tahoma"/>
          <w:rtl/>
        </w:rPr>
        <w:t xml:space="preserve"> از گذشته به موقوفات، وجوه شرع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،</w:t>
      </w:r>
      <w:r w:rsidRPr="00E26D4C">
        <w:rPr>
          <w:rFonts w:ascii="Tahoma" w:hAnsi="Tahoma" w:cs="Tahoma"/>
          <w:rtl/>
        </w:rPr>
        <w:t xml:space="preserve"> بازرگانان و مردم تک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ه</w:t>
      </w:r>
      <w:r w:rsidRPr="00E26D4C">
        <w:rPr>
          <w:rFonts w:ascii="Tahoma" w:hAnsi="Tahoma" w:cs="Tahoma"/>
          <w:rtl/>
        </w:rPr>
        <w:t xml:space="preserve"> کنند. ن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رو</w:t>
      </w:r>
      <w:r w:rsidRPr="00E26D4C">
        <w:rPr>
          <w:rFonts w:ascii="Tahoma" w:hAnsi="Tahoma" w:cs="Tahoma" w:hint="cs"/>
          <w:rtl/>
        </w:rPr>
        <w:t>یی</w:t>
      </w:r>
      <w:r w:rsidRPr="00E26D4C">
        <w:rPr>
          <w:rFonts w:ascii="Tahoma" w:hAnsi="Tahoma" w:cs="Tahoma"/>
          <w:rtl/>
        </w:rPr>
        <w:t xml:space="preserve"> که از حکومت دور م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شد</w:t>
      </w:r>
      <w:r w:rsidRPr="00E26D4C">
        <w:rPr>
          <w:rFonts w:ascii="Tahoma" w:hAnsi="Tahoma" w:cs="Tahoma"/>
          <w:rtl/>
        </w:rPr>
        <w:t xml:space="preserve"> ممکن بود در جامعه استقلال ب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شتر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پ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دا</w:t>
      </w:r>
      <w:r w:rsidRPr="00E26D4C">
        <w:rPr>
          <w:rFonts w:ascii="Tahoma" w:hAnsi="Tahoma" w:cs="Tahoma"/>
          <w:rtl/>
        </w:rPr>
        <w:t xml:space="preserve"> کند.</w:t>
      </w:r>
    </w:p>
    <w:p w:rsidR="00E26D4C" w:rsidRPr="00E26D4C" w:rsidRDefault="00E26D4C" w:rsidP="00E26D4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26D4C">
        <w:rPr>
          <w:rFonts w:ascii="Tahoma" w:hAnsi="Tahoma" w:cs="Tahoma" w:hint="eastAsia"/>
          <w:rtl/>
        </w:rPr>
        <w:t>صفو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ان</w:t>
      </w:r>
      <w:r w:rsidRPr="00E26D4C">
        <w:rPr>
          <w:rFonts w:ascii="Tahoma" w:hAnsi="Tahoma" w:cs="Tahoma"/>
          <w:rtl/>
        </w:rPr>
        <w:t xml:space="preserve"> در آغاز د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نکاران</w:t>
      </w:r>
      <w:r w:rsidRPr="00E26D4C">
        <w:rPr>
          <w:rFonts w:ascii="Tahoma" w:hAnsi="Tahoma" w:cs="Tahoma"/>
          <w:rtl/>
        </w:rPr>
        <w:t xml:space="preserve"> را به حکومت آوردند تا مذهب رسم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را بسازند. نادر م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کوش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د</w:t>
      </w:r>
      <w:r w:rsidRPr="00E26D4C">
        <w:rPr>
          <w:rFonts w:ascii="Tahoma" w:hAnsi="Tahoma" w:cs="Tahoma"/>
          <w:rtl/>
        </w:rPr>
        <w:t xml:space="preserve"> آنان را از مرکز حکومت دور کند تا تاج و قشون محدود نشوند. اما هم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ن</w:t>
      </w:r>
      <w:r w:rsidRPr="00E26D4C">
        <w:rPr>
          <w:rFonts w:ascii="Tahoma" w:hAnsi="Tahoma" w:cs="Tahoma"/>
          <w:rtl/>
        </w:rPr>
        <w:t xml:space="preserve"> دورشدن در آ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نده</w:t>
      </w:r>
      <w:r w:rsidRPr="00E26D4C">
        <w:rPr>
          <w:rFonts w:ascii="Tahoma" w:hAnsi="Tahoma" w:cs="Tahoma"/>
          <w:rtl/>
        </w:rPr>
        <w:t xml:space="preserve"> به عمامه امکان داد قدرت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ب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رون</w:t>
      </w:r>
      <w:r w:rsidRPr="00E26D4C">
        <w:rPr>
          <w:rFonts w:ascii="Tahoma" w:hAnsi="Tahoma" w:cs="Tahoma"/>
          <w:rtl/>
        </w:rPr>
        <w:t xml:space="preserve"> از د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وان</w:t>
      </w:r>
      <w:r w:rsidRPr="00E26D4C">
        <w:rPr>
          <w:rFonts w:ascii="Tahoma" w:hAnsi="Tahoma" w:cs="Tahoma"/>
          <w:rtl/>
        </w:rPr>
        <w:t xml:space="preserve"> و خزانهٔ شاه پد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د</w:t>
      </w:r>
      <w:r w:rsidRPr="00E26D4C">
        <w:rPr>
          <w:rFonts w:ascii="Tahoma" w:hAnsi="Tahoma" w:cs="Tahoma"/>
          <w:rtl/>
        </w:rPr>
        <w:t xml:space="preserve"> آورد؛ قدرت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که در دورهٔ قاجار دوبار</w:t>
      </w:r>
      <w:r w:rsidRPr="00E26D4C">
        <w:rPr>
          <w:rFonts w:ascii="Tahoma" w:hAnsi="Tahoma" w:cs="Tahoma" w:hint="eastAsia"/>
          <w:rtl/>
        </w:rPr>
        <w:t>ه</w:t>
      </w:r>
      <w:r w:rsidRPr="00E26D4C">
        <w:rPr>
          <w:rFonts w:ascii="Tahoma" w:hAnsi="Tahoma" w:cs="Tahoma"/>
          <w:rtl/>
        </w:rPr>
        <w:t xml:space="preserve"> در برابر تاج قرار گرفت.</w:t>
      </w:r>
    </w:p>
    <w:p w:rsidR="00E26D4C" w:rsidRPr="00E26D4C" w:rsidRDefault="00E26D4C" w:rsidP="00E26D4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26D4C">
        <w:rPr>
          <w:rFonts w:ascii="Tahoma" w:hAnsi="Tahoma" w:cs="Tahoma" w:hint="eastAsia"/>
          <w:rtl/>
        </w:rPr>
        <w:t>م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راث</w:t>
      </w:r>
      <w:r w:rsidRPr="00E26D4C">
        <w:rPr>
          <w:rFonts w:ascii="Tahoma" w:hAnsi="Tahoma" w:cs="Tahoma"/>
          <w:rtl/>
        </w:rPr>
        <w:t xml:space="preserve"> د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گر</w:t>
      </w:r>
      <w:r w:rsidRPr="00E26D4C">
        <w:rPr>
          <w:rFonts w:ascii="Tahoma" w:hAnsi="Tahoma" w:cs="Tahoma"/>
          <w:rtl/>
        </w:rPr>
        <w:t xml:space="preserve"> صفو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ان</w:t>
      </w:r>
      <w:r w:rsidRPr="00E26D4C">
        <w:rPr>
          <w:rFonts w:ascii="Tahoma" w:hAnsi="Tahoma" w:cs="Tahoma"/>
          <w:rtl/>
        </w:rPr>
        <w:t xml:space="preserve"> ساختن صورت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پا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دارتر</w:t>
      </w:r>
      <w:r w:rsidRPr="00E26D4C">
        <w:rPr>
          <w:rFonts w:ascii="Tahoma" w:hAnsi="Tahoma" w:cs="Tahoma"/>
          <w:rtl/>
        </w:rPr>
        <w:t xml:space="preserve"> از 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ران</w:t>
      </w:r>
      <w:r w:rsidRPr="00E26D4C">
        <w:rPr>
          <w:rFonts w:ascii="Tahoma" w:hAnsi="Tahoma" w:cs="Tahoma"/>
          <w:rtl/>
        </w:rPr>
        <w:t xml:space="preserve"> س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اس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بود. پ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ش</w:t>
      </w:r>
      <w:r w:rsidRPr="00E26D4C">
        <w:rPr>
          <w:rFonts w:ascii="Tahoma" w:hAnsi="Tahoma" w:cs="Tahoma"/>
          <w:rtl/>
        </w:rPr>
        <w:t xml:space="preserve"> از آنان، حکومت‌ها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ل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و محل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بارها بر بخش‌ها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مختلف سرزم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ن</w:t>
      </w:r>
      <w:r w:rsidRPr="00E26D4C">
        <w:rPr>
          <w:rFonts w:ascii="Tahoma" w:hAnsi="Tahoma" w:cs="Tahoma"/>
          <w:rtl/>
        </w:rPr>
        <w:t xml:space="preserve"> فرمان رانده بودند. صفو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ان</w:t>
      </w:r>
      <w:r w:rsidRPr="00E26D4C">
        <w:rPr>
          <w:rFonts w:ascii="Tahoma" w:hAnsi="Tahoma" w:cs="Tahoma"/>
          <w:rtl/>
        </w:rPr>
        <w:t xml:space="preserve"> توانستند برا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زمان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طولان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بخش بزرگ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از 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ران</w:t>
      </w:r>
      <w:r w:rsidRPr="00E26D4C">
        <w:rPr>
          <w:rFonts w:ascii="Tahoma" w:hAnsi="Tahoma" w:cs="Tahoma"/>
          <w:rtl/>
        </w:rPr>
        <w:t xml:space="preserve"> را ز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ر</w:t>
      </w:r>
      <w:r w:rsidRPr="00E26D4C">
        <w:rPr>
          <w:rFonts w:ascii="Tahoma" w:hAnsi="Tahoma" w:cs="Tahoma"/>
          <w:rtl/>
        </w:rPr>
        <w:t xml:space="preserve"> فرمان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واحد نگاه دارند و مرز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س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اس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و مذهب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در برابر </w:t>
      </w:r>
      <w:r w:rsidRPr="00E26D4C">
        <w:rPr>
          <w:rFonts w:ascii="Tahoma" w:hAnsi="Tahoma" w:cs="Tahoma" w:hint="eastAsia"/>
          <w:rtl/>
        </w:rPr>
        <w:t>عثمان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ان</w:t>
      </w:r>
      <w:r w:rsidRPr="00E26D4C">
        <w:rPr>
          <w:rFonts w:ascii="Tahoma" w:hAnsi="Tahoma" w:cs="Tahoma"/>
          <w:rtl/>
        </w:rPr>
        <w:t xml:space="preserve"> و ازبکان 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جاد</w:t>
      </w:r>
      <w:r w:rsidRPr="00E26D4C">
        <w:rPr>
          <w:rFonts w:ascii="Tahoma" w:hAnsi="Tahoma" w:cs="Tahoma"/>
          <w:rtl/>
        </w:rPr>
        <w:t xml:space="preserve"> کنند.</w:t>
      </w:r>
    </w:p>
    <w:p w:rsidR="00E26D4C" w:rsidRPr="00E26D4C" w:rsidRDefault="00E26D4C" w:rsidP="00E26D4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26D4C">
        <w:rPr>
          <w:rFonts w:ascii="Tahoma" w:hAnsi="Tahoma" w:cs="Tahoma" w:hint="eastAsia"/>
          <w:rtl/>
        </w:rPr>
        <w:t>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ن</w:t>
      </w:r>
      <w:r w:rsidRPr="00E26D4C">
        <w:rPr>
          <w:rFonts w:ascii="Tahoma" w:hAnsi="Tahoma" w:cs="Tahoma"/>
          <w:rtl/>
        </w:rPr>
        <w:t xml:space="preserve"> 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کپارچگ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فقط با قشون ساخته نشد. د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وان،</w:t>
      </w:r>
      <w:r w:rsidRPr="00E26D4C">
        <w:rPr>
          <w:rFonts w:ascii="Tahoma" w:hAnsi="Tahoma" w:cs="Tahoma"/>
          <w:rtl/>
        </w:rPr>
        <w:t xml:space="preserve"> راه‌ها، پا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تخت،</w:t>
      </w:r>
      <w:r w:rsidRPr="00E26D4C">
        <w:rPr>
          <w:rFonts w:ascii="Tahoma" w:hAnsi="Tahoma" w:cs="Tahoma"/>
          <w:rtl/>
        </w:rPr>
        <w:t xml:space="preserve"> تجارت، مذهب رسم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و آ</w:t>
      </w:r>
      <w:r w:rsidRPr="00E26D4C">
        <w:rPr>
          <w:rFonts w:ascii="Tahoma" w:hAnsi="Tahoma" w:cs="Tahoma" w:hint="cs"/>
          <w:rtl/>
        </w:rPr>
        <w:t>یی</w:t>
      </w:r>
      <w:r w:rsidRPr="00E26D4C">
        <w:rPr>
          <w:rFonts w:ascii="Tahoma" w:hAnsi="Tahoma" w:cs="Tahoma" w:hint="eastAsia"/>
          <w:rtl/>
        </w:rPr>
        <w:t>ن‌ها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مشترک در آن نقش داشتند. حت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پس از سقوط اصفهان، افغان‌ها، روس‌ها و عثمان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ان</w:t>
      </w:r>
      <w:r w:rsidRPr="00E26D4C">
        <w:rPr>
          <w:rFonts w:ascii="Tahoma" w:hAnsi="Tahoma" w:cs="Tahoma"/>
          <w:rtl/>
        </w:rPr>
        <w:t xml:space="preserve"> نتوانستند به‌آسان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کشور را م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ان</w:t>
      </w:r>
      <w:r w:rsidRPr="00E26D4C">
        <w:rPr>
          <w:rFonts w:ascii="Tahoma" w:hAnsi="Tahoma" w:cs="Tahoma"/>
          <w:rtl/>
        </w:rPr>
        <w:t xml:space="preserve"> خود تقس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م</w:t>
      </w:r>
      <w:r w:rsidRPr="00E26D4C">
        <w:rPr>
          <w:rFonts w:ascii="Tahoma" w:hAnsi="Tahoma" w:cs="Tahoma"/>
          <w:rtl/>
        </w:rPr>
        <w:t xml:space="preserve"> و حافظهٔ وحدت آن را نابود کنند. ن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روها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مختلف برا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ب</w:t>
      </w:r>
      <w:r w:rsidRPr="00E26D4C">
        <w:rPr>
          <w:rFonts w:ascii="Tahoma" w:hAnsi="Tahoma" w:cs="Tahoma" w:hint="eastAsia"/>
          <w:rtl/>
        </w:rPr>
        <w:t>ازپس‌گ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ر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«ا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ران»</w:t>
      </w:r>
      <w:r w:rsidRPr="00E26D4C">
        <w:rPr>
          <w:rFonts w:ascii="Tahoma" w:hAnsi="Tahoma" w:cs="Tahoma"/>
          <w:rtl/>
        </w:rPr>
        <w:t xml:space="preserve"> م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جنگ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دند،</w:t>
      </w:r>
      <w:r w:rsidRPr="00E26D4C">
        <w:rPr>
          <w:rFonts w:ascii="Tahoma" w:hAnsi="Tahoma" w:cs="Tahoma"/>
          <w:rtl/>
        </w:rPr>
        <w:t xml:space="preserve"> نه فقط برا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بازگرداندن 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ک</w:t>
      </w:r>
      <w:r w:rsidRPr="00E26D4C">
        <w:rPr>
          <w:rFonts w:ascii="Tahoma" w:hAnsi="Tahoma" w:cs="Tahoma"/>
          <w:rtl/>
        </w:rPr>
        <w:t xml:space="preserve"> شهر 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ا</w:t>
      </w:r>
      <w:r w:rsidRPr="00E26D4C">
        <w:rPr>
          <w:rFonts w:ascii="Tahoma" w:hAnsi="Tahoma" w:cs="Tahoma"/>
          <w:rtl/>
        </w:rPr>
        <w:t xml:space="preserve"> خاندان.</w:t>
      </w:r>
    </w:p>
    <w:p w:rsidR="00E26D4C" w:rsidRPr="00E26D4C" w:rsidRDefault="00E26D4C" w:rsidP="00E26D4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26D4C">
        <w:rPr>
          <w:rFonts w:ascii="Tahoma" w:hAnsi="Tahoma" w:cs="Tahoma" w:hint="eastAsia"/>
          <w:rtl/>
        </w:rPr>
        <w:t>اما</w:t>
      </w:r>
      <w:r w:rsidRPr="00E26D4C">
        <w:rPr>
          <w:rFonts w:ascii="Tahoma" w:hAnsi="Tahoma" w:cs="Tahoma"/>
          <w:rtl/>
        </w:rPr>
        <w:t xml:space="preserve"> صفو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ان</w:t>
      </w:r>
      <w:r w:rsidRPr="00E26D4C">
        <w:rPr>
          <w:rFonts w:ascii="Tahoma" w:hAnsi="Tahoma" w:cs="Tahoma"/>
          <w:rtl/>
        </w:rPr>
        <w:t xml:space="preserve"> مشکل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را ن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ز</w:t>
      </w:r>
      <w:r w:rsidRPr="00E26D4C">
        <w:rPr>
          <w:rFonts w:ascii="Tahoma" w:hAnsi="Tahoma" w:cs="Tahoma"/>
          <w:rtl/>
        </w:rPr>
        <w:t xml:space="preserve"> به م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راث</w:t>
      </w:r>
      <w:r w:rsidRPr="00E26D4C">
        <w:rPr>
          <w:rFonts w:ascii="Tahoma" w:hAnsi="Tahoma" w:cs="Tahoma"/>
          <w:rtl/>
        </w:rPr>
        <w:t xml:space="preserve"> گذاشتند که در دوره‌ها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بعد ادامه 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افت</w:t>
      </w:r>
      <w:r w:rsidRPr="00E26D4C">
        <w:rPr>
          <w:rFonts w:ascii="Tahoma" w:hAnsi="Tahoma" w:cs="Tahoma"/>
          <w:rtl/>
        </w:rPr>
        <w:t>: رابطهٔ ناپا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دار</w:t>
      </w:r>
      <w:r w:rsidRPr="00E26D4C">
        <w:rPr>
          <w:rFonts w:ascii="Tahoma" w:hAnsi="Tahoma" w:cs="Tahoma"/>
          <w:rtl/>
        </w:rPr>
        <w:t xml:space="preserve"> تاج، قشون، د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وان</w:t>
      </w:r>
      <w:r w:rsidRPr="00E26D4C">
        <w:rPr>
          <w:rFonts w:ascii="Tahoma" w:hAnsi="Tahoma" w:cs="Tahoma"/>
          <w:rtl/>
        </w:rPr>
        <w:t xml:space="preserve"> و عمامه. شاه برا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به قدرت رس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دن</w:t>
      </w:r>
      <w:r w:rsidRPr="00E26D4C">
        <w:rPr>
          <w:rFonts w:ascii="Tahoma" w:hAnsi="Tahoma" w:cs="Tahoma"/>
          <w:rtl/>
        </w:rPr>
        <w:t xml:space="preserve"> به قشون ن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از</w:t>
      </w:r>
      <w:r w:rsidRPr="00E26D4C">
        <w:rPr>
          <w:rFonts w:ascii="Tahoma" w:hAnsi="Tahoma" w:cs="Tahoma"/>
          <w:rtl/>
        </w:rPr>
        <w:t xml:space="preserve"> داشت؛ برا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ادارهٔ کشور به د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وان؛</w:t>
      </w:r>
      <w:r w:rsidRPr="00E26D4C">
        <w:rPr>
          <w:rFonts w:ascii="Tahoma" w:hAnsi="Tahoma" w:cs="Tahoma"/>
          <w:rtl/>
        </w:rPr>
        <w:t xml:space="preserve"> و برا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حقان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ت</w:t>
      </w:r>
      <w:r w:rsidRPr="00E26D4C">
        <w:rPr>
          <w:rFonts w:ascii="Tahoma" w:hAnsi="Tahoma" w:cs="Tahoma"/>
          <w:rtl/>
        </w:rPr>
        <w:t xml:space="preserve"> مذهب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به عمامه. هرگاه 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ک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از 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ن</w:t>
      </w:r>
      <w:r w:rsidRPr="00E26D4C">
        <w:rPr>
          <w:rFonts w:ascii="Tahoma" w:hAnsi="Tahoma" w:cs="Tahoma"/>
          <w:rtl/>
        </w:rPr>
        <w:t xml:space="preserve"> ن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روها</w:t>
      </w:r>
      <w:r w:rsidRPr="00E26D4C">
        <w:rPr>
          <w:rFonts w:ascii="Tahoma" w:hAnsi="Tahoma" w:cs="Tahoma"/>
          <w:rtl/>
        </w:rPr>
        <w:t xml:space="preserve"> ب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ش</w:t>
      </w:r>
      <w:r w:rsidRPr="00E26D4C">
        <w:rPr>
          <w:rFonts w:ascii="Tahoma" w:hAnsi="Tahoma" w:cs="Tahoma"/>
          <w:rtl/>
        </w:rPr>
        <w:t xml:space="preserve"> از اندازه ن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رومند</w:t>
      </w:r>
      <w:r w:rsidRPr="00E26D4C">
        <w:rPr>
          <w:rFonts w:ascii="Tahoma" w:hAnsi="Tahoma" w:cs="Tahoma"/>
          <w:rtl/>
        </w:rPr>
        <w:t xml:space="preserve"> م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شد،</w:t>
      </w:r>
      <w:r w:rsidRPr="00E26D4C">
        <w:rPr>
          <w:rFonts w:ascii="Tahoma" w:hAnsi="Tahoma" w:cs="Tahoma"/>
          <w:rtl/>
        </w:rPr>
        <w:t xml:space="preserve"> تاج م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کوش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د</w:t>
      </w:r>
      <w:r w:rsidRPr="00E26D4C">
        <w:rPr>
          <w:rFonts w:ascii="Tahoma" w:hAnsi="Tahoma" w:cs="Tahoma"/>
          <w:rtl/>
        </w:rPr>
        <w:t xml:space="preserve"> با تقو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ت</w:t>
      </w:r>
      <w:r w:rsidRPr="00E26D4C">
        <w:rPr>
          <w:rFonts w:ascii="Tahoma" w:hAnsi="Tahoma" w:cs="Tahoma"/>
          <w:rtl/>
        </w:rPr>
        <w:t xml:space="preserve"> د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گر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آن را مهار کند.</w:t>
      </w:r>
    </w:p>
    <w:p w:rsidR="00E26D4C" w:rsidRPr="00E26D4C" w:rsidRDefault="00E26D4C" w:rsidP="00E26D4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26D4C">
        <w:rPr>
          <w:rFonts w:ascii="Tahoma" w:hAnsi="Tahoma" w:cs="Tahoma" w:hint="eastAsia"/>
          <w:rtl/>
        </w:rPr>
        <w:t>شاه</w:t>
      </w:r>
      <w:r w:rsidRPr="00E26D4C">
        <w:rPr>
          <w:rFonts w:ascii="Tahoma" w:hAnsi="Tahoma" w:cs="Tahoma"/>
          <w:rtl/>
        </w:rPr>
        <w:t xml:space="preserve"> عباس قزلباشان را با غلامان و د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وان</w:t>
      </w:r>
      <w:r w:rsidRPr="00E26D4C">
        <w:rPr>
          <w:rFonts w:ascii="Tahoma" w:hAnsi="Tahoma" w:cs="Tahoma"/>
          <w:rtl/>
        </w:rPr>
        <w:t xml:space="preserve"> محدود کرد. جانش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نانش</w:t>
      </w:r>
      <w:r w:rsidRPr="00E26D4C">
        <w:rPr>
          <w:rFonts w:ascii="Tahoma" w:hAnsi="Tahoma" w:cs="Tahoma"/>
          <w:rtl/>
        </w:rPr>
        <w:t xml:space="preserve"> فرماندهان مستقل را از م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ان</w:t>
      </w:r>
      <w:r w:rsidRPr="00E26D4C">
        <w:rPr>
          <w:rFonts w:ascii="Tahoma" w:hAnsi="Tahoma" w:cs="Tahoma"/>
          <w:rtl/>
        </w:rPr>
        <w:t xml:space="preserve"> بردند و همهٔ دستگاه را به تاج وابسته ساختند. شاه سل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مان</w:t>
      </w:r>
      <w:r w:rsidRPr="00E26D4C">
        <w:rPr>
          <w:rFonts w:ascii="Tahoma" w:hAnsi="Tahoma" w:cs="Tahoma"/>
          <w:rtl/>
        </w:rPr>
        <w:t xml:space="preserve"> و سلطان حس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ن</w:t>
      </w:r>
      <w:r w:rsidRPr="00E26D4C">
        <w:rPr>
          <w:rFonts w:ascii="Tahoma" w:hAnsi="Tahoma" w:cs="Tahoma"/>
          <w:rtl/>
        </w:rPr>
        <w:t xml:space="preserve"> برا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جبران ضعف خود به حرم و عمامه نزد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ک</w:t>
      </w:r>
      <w:r w:rsidRPr="00E26D4C">
        <w:rPr>
          <w:rFonts w:ascii="Tahoma" w:hAnsi="Tahoma" w:cs="Tahoma"/>
          <w:rtl/>
        </w:rPr>
        <w:t xml:space="preserve"> شدند. نت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جه</w:t>
      </w:r>
      <w:r w:rsidRPr="00E26D4C">
        <w:rPr>
          <w:rFonts w:ascii="Tahoma" w:hAnsi="Tahoma" w:cs="Tahoma"/>
          <w:rtl/>
        </w:rPr>
        <w:t xml:space="preserve"> حکومت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بود که ه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چ</w:t>
      </w:r>
      <w:r w:rsidRPr="00E26D4C">
        <w:rPr>
          <w:rFonts w:ascii="Tahoma" w:hAnsi="Tahoma" w:cs="Tahoma"/>
          <w:rtl/>
        </w:rPr>
        <w:t xml:space="preserve"> ن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رو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مستقل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نم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توانست</w:t>
      </w:r>
      <w:r w:rsidRPr="00E26D4C">
        <w:rPr>
          <w:rFonts w:ascii="Tahoma" w:hAnsi="Tahoma" w:cs="Tahoma"/>
          <w:rtl/>
        </w:rPr>
        <w:t xml:space="preserve"> آن را </w:t>
      </w:r>
      <w:r w:rsidRPr="00E26D4C">
        <w:rPr>
          <w:rFonts w:ascii="Tahoma" w:hAnsi="Tahoma" w:cs="Tahoma" w:hint="eastAsia"/>
          <w:rtl/>
        </w:rPr>
        <w:t>اصلاح</w:t>
      </w:r>
      <w:r w:rsidRPr="00E26D4C">
        <w:rPr>
          <w:rFonts w:ascii="Tahoma" w:hAnsi="Tahoma" w:cs="Tahoma"/>
          <w:rtl/>
        </w:rPr>
        <w:t xml:space="preserve"> کند و همه در انتظار فرمان شاه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بودند که توان فرمان‌دادن نداشت.</w:t>
      </w:r>
    </w:p>
    <w:p w:rsidR="00E26D4C" w:rsidRPr="00E26D4C" w:rsidRDefault="00E26D4C" w:rsidP="00E26D4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26D4C">
        <w:rPr>
          <w:rFonts w:ascii="Tahoma" w:hAnsi="Tahoma" w:cs="Tahoma" w:hint="eastAsia"/>
          <w:rtl/>
        </w:rPr>
        <w:t>نادر</w:t>
      </w:r>
      <w:r w:rsidRPr="00E26D4C">
        <w:rPr>
          <w:rFonts w:ascii="Tahoma" w:hAnsi="Tahoma" w:cs="Tahoma"/>
          <w:rtl/>
        </w:rPr>
        <w:t xml:space="preserve"> پاسخ د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گر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عرضه کرد: برتر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قشون بر همهٔ ن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روها</w:t>
      </w:r>
      <w:r w:rsidRPr="00E26D4C">
        <w:rPr>
          <w:rFonts w:ascii="Tahoma" w:hAnsi="Tahoma" w:cs="Tahoma"/>
          <w:rtl/>
        </w:rPr>
        <w:t>. او تاج را از توان نظام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خود گرفت و م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خواست</w:t>
      </w:r>
      <w:r w:rsidRPr="00E26D4C">
        <w:rPr>
          <w:rFonts w:ascii="Tahoma" w:hAnsi="Tahoma" w:cs="Tahoma"/>
          <w:rtl/>
        </w:rPr>
        <w:t xml:space="preserve"> د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وان</w:t>
      </w:r>
      <w:r w:rsidRPr="00E26D4C">
        <w:rPr>
          <w:rFonts w:ascii="Tahoma" w:hAnsi="Tahoma" w:cs="Tahoma"/>
          <w:rtl/>
        </w:rPr>
        <w:t xml:space="preserve"> و مذهب را در خدمت سپاه قرار دهد. 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ن</w:t>
      </w:r>
      <w:r w:rsidRPr="00E26D4C">
        <w:rPr>
          <w:rFonts w:ascii="Tahoma" w:hAnsi="Tahoma" w:cs="Tahoma"/>
          <w:rtl/>
        </w:rPr>
        <w:t xml:space="preserve"> پاسخ توانست کشور را از اشغال ب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رون</w:t>
      </w:r>
      <w:r w:rsidRPr="00E26D4C">
        <w:rPr>
          <w:rFonts w:ascii="Tahoma" w:hAnsi="Tahoma" w:cs="Tahoma"/>
          <w:rtl/>
        </w:rPr>
        <w:t xml:space="preserve"> آورد، اما هنوز معلوم نبود آ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ا</w:t>
      </w:r>
      <w:r w:rsidRPr="00E26D4C">
        <w:rPr>
          <w:rFonts w:ascii="Tahoma" w:hAnsi="Tahoma" w:cs="Tahoma"/>
          <w:rtl/>
        </w:rPr>
        <w:t xml:space="preserve"> م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تواند</w:t>
      </w:r>
      <w:r w:rsidRPr="00E26D4C">
        <w:rPr>
          <w:rFonts w:ascii="Tahoma" w:hAnsi="Tahoma" w:cs="Tahoma"/>
          <w:rtl/>
        </w:rPr>
        <w:t xml:space="preserve"> حکومت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بسازد که پس از مرگ فرمانده ن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ز</w:t>
      </w:r>
      <w:r w:rsidRPr="00E26D4C">
        <w:rPr>
          <w:rFonts w:ascii="Tahoma" w:hAnsi="Tahoma" w:cs="Tahoma"/>
          <w:rtl/>
        </w:rPr>
        <w:t xml:space="preserve"> باق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بماند.</w:t>
      </w:r>
    </w:p>
    <w:p w:rsidR="00E26D4C" w:rsidRPr="00E26D4C" w:rsidRDefault="00E26D4C" w:rsidP="00E26D4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26D4C">
        <w:rPr>
          <w:rFonts w:ascii="Tahoma" w:hAnsi="Tahoma" w:cs="Tahoma"/>
          <w:rtl/>
        </w:rPr>
        <w:t>تاج‌گذار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در دشت مغان پا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ان</w:t>
      </w:r>
      <w:r w:rsidRPr="00E26D4C">
        <w:rPr>
          <w:rFonts w:ascii="Tahoma" w:hAnsi="Tahoma" w:cs="Tahoma"/>
          <w:rtl/>
        </w:rPr>
        <w:t xml:space="preserve"> داستان صفو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ان</w:t>
      </w:r>
      <w:r w:rsidRPr="00E26D4C">
        <w:rPr>
          <w:rFonts w:ascii="Tahoma" w:hAnsi="Tahoma" w:cs="Tahoma"/>
          <w:rtl/>
        </w:rPr>
        <w:t xml:space="preserve"> بود، اما پا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ان</w:t>
      </w:r>
      <w:r w:rsidRPr="00E26D4C">
        <w:rPr>
          <w:rFonts w:ascii="Tahoma" w:hAnsi="Tahoma" w:cs="Tahoma"/>
          <w:rtl/>
        </w:rPr>
        <w:t xml:space="preserve"> مسئلهٔ آنان نبود. تش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ع</w:t>
      </w:r>
      <w:r w:rsidRPr="00E26D4C">
        <w:rPr>
          <w:rFonts w:ascii="Tahoma" w:hAnsi="Tahoma" w:cs="Tahoma"/>
          <w:rtl/>
        </w:rPr>
        <w:t xml:space="preserve"> رسم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،</w:t>
      </w:r>
      <w:r w:rsidRPr="00E26D4C">
        <w:rPr>
          <w:rFonts w:ascii="Tahoma" w:hAnsi="Tahoma" w:cs="Tahoma"/>
          <w:rtl/>
        </w:rPr>
        <w:t xml:space="preserve"> دستگاه د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نکار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،</w:t>
      </w:r>
      <w:r w:rsidRPr="00E26D4C">
        <w:rPr>
          <w:rFonts w:ascii="Tahoma" w:hAnsi="Tahoma" w:cs="Tahoma"/>
          <w:rtl/>
        </w:rPr>
        <w:t xml:space="preserve"> د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وان</w:t>
      </w:r>
      <w:r w:rsidRPr="00E26D4C">
        <w:rPr>
          <w:rFonts w:ascii="Tahoma" w:hAnsi="Tahoma" w:cs="Tahoma"/>
          <w:rtl/>
        </w:rPr>
        <w:t xml:space="preserve"> متمرکز و تصور 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ران</w:t>
      </w:r>
      <w:r w:rsidRPr="00E26D4C">
        <w:rPr>
          <w:rFonts w:ascii="Tahoma" w:hAnsi="Tahoma" w:cs="Tahoma"/>
          <w:rtl/>
        </w:rPr>
        <w:t xml:space="preserve"> 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کپارچه</w:t>
      </w:r>
      <w:r w:rsidRPr="00E26D4C">
        <w:rPr>
          <w:rFonts w:ascii="Tahoma" w:hAnsi="Tahoma" w:cs="Tahoma"/>
          <w:rtl/>
        </w:rPr>
        <w:t xml:space="preserve"> باق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ماندند. نادر تاج صفو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را برداشت، ول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ناچار شد بر کشور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حکومت کند که صفو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ان</w:t>
      </w:r>
      <w:r w:rsidRPr="00E26D4C">
        <w:rPr>
          <w:rFonts w:ascii="Tahoma" w:hAnsi="Tahoma" w:cs="Tahoma"/>
          <w:rtl/>
        </w:rPr>
        <w:t xml:space="preserve"> ساختمان س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اس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و مذهب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آن را دگرگون کرده </w:t>
      </w:r>
      <w:r w:rsidRPr="00E26D4C">
        <w:rPr>
          <w:rFonts w:ascii="Tahoma" w:hAnsi="Tahoma" w:cs="Tahoma" w:hint="eastAsia"/>
          <w:rtl/>
        </w:rPr>
        <w:t>بودند</w:t>
      </w:r>
      <w:r w:rsidRPr="00E26D4C">
        <w:rPr>
          <w:rFonts w:ascii="Tahoma" w:hAnsi="Tahoma" w:cs="Tahoma"/>
          <w:rtl/>
        </w:rPr>
        <w:t>.</w:t>
      </w:r>
    </w:p>
    <w:p w:rsidR="00576FA6" w:rsidRDefault="00E26D4C" w:rsidP="00E26D4C">
      <w:pPr>
        <w:bidi/>
        <w:spacing w:after="0" w:line="360" w:lineRule="auto"/>
        <w:ind w:firstLine="720"/>
        <w:jc w:val="both"/>
        <w:rPr>
          <w:rFonts w:ascii="Tahoma" w:hAnsi="Tahoma" w:cs="Tahoma"/>
          <w:rtl/>
        </w:rPr>
      </w:pPr>
      <w:r w:rsidRPr="00E26D4C">
        <w:rPr>
          <w:rFonts w:ascii="Tahoma" w:hAnsi="Tahoma" w:cs="Tahoma" w:hint="eastAsia"/>
          <w:rtl/>
        </w:rPr>
        <w:t>از</w:t>
      </w:r>
      <w:r w:rsidRPr="00E26D4C">
        <w:rPr>
          <w:rFonts w:ascii="Tahoma" w:hAnsi="Tahoma" w:cs="Tahoma"/>
          <w:rtl/>
        </w:rPr>
        <w:t xml:space="preserve"> 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ن</w:t>
      </w:r>
      <w:r w:rsidRPr="00E26D4C">
        <w:rPr>
          <w:rFonts w:ascii="Tahoma" w:hAnsi="Tahoma" w:cs="Tahoma"/>
          <w:rtl/>
        </w:rPr>
        <w:t xml:space="preserve"> پس پرسش د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گر</w:t>
      </w:r>
      <w:r w:rsidRPr="00E26D4C">
        <w:rPr>
          <w:rFonts w:ascii="Tahoma" w:hAnsi="Tahoma" w:cs="Tahoma"/>
          <w:rtl/>
        </w:rPr>
        <w:t xml:space="preserve"> آن نبود که چگونه طر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قت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مذهب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به حکومت تبد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ل</w:t>
      </w:r>
      <w:r w:rsidRPr="00E26D4C">
        <w:rPr>
          <w:rFonts w:ascii="Tahoma" w:hAnsi="Tahoma" w:cs="Tahoma"/>
          <w:rtl/>
        </w:rPr>
        <w:t xml:space="preserve"> شد. پرسش 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ن</w:t>
      </w:r>
      <w:r w:rsidRPr="00E26D4C">
        <w:rPr>
          <w:rFonts w:ascii="Tahoma" w:hAnsi="Tahoma" w:cs="Tahoma"/>
          <w:rtl/>
        </w:rPr>
        <w:t xml:space="preserve"> بود که آ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ا</w:t>
      </w:r>
      <w:r w:rsidRPr="00E26D4C">
        <w:rPr>
          <w:rFonts w:ascii="Tahoma" w:hAnsi="Tahoma" w:cs="Tahoma"/>
          <w:rtl/>
        </w:rPr>
        <w:t xml:space="preserve"> فرمانده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که کشور را با قشون نجات داده است م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تواند</w:t>
      </w:r>
      <w:r w:rsidRPr="00E26D4C">
        <w:rPr>
          <w:rFonts w:ascii="Tahoma" w:hAnsi="Tahoma" w:cs="Tahoma"/>
          <w:rtl/>
        </w:rPr>
        <w:t xml:space="preserve"> قدرت نظام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را به نهادها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پا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دار</w:t>
      </w:r>
      <w:r w:rsidRPr="00E26D4C">
        <w:rPr>
          <w:rFonts w:ascii="Tahoma" w:hAnsi="Tahoma" w:cs="Tahoma"/>
          <w:rtl/>
        </w:rPr>
        <w:t xml:space="preserve"> کشوردار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تبد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ل</w:t>
      </w:r>
      <w:r w:rsidRPr="00E26D4C">
        <w:rPr>
          <w:rFonts w:ascii="Tahoma" w:hAnsi="Tahoma" w:cs="Tahoma"/>
          <w:rtl/>
        </w:rPr>
        <w:t xml:space="preserve"> کند؛ و اگر برا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محدودکردن عمامه و تاج همه‌چ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ز</w:t>
      </w:r>
      <w:r w:rsidRPr="00E26D4C">
        <w:rPr>
          <w:rFonts w:ascii="Tahoma" w:hAnsi="Tahoma" w:cs="Tahoma"/>
          <w:rtl/>
        </w:rPr>
        <w:t xml:space="preserve"> را به شمش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ر</w:t>
      </w:r>
      <w:r w:rsidRPr="00E26D4C">
        <w:rPr>
          <w:rFonts w:ascii="Tahoma" w:hAnsi="Tahoma" w:cs="Tahoma"/>
          <w:rtl/>
        </w:rPr>
        <w:t xml:space="preserve"> وابسته سازد</w:t>
      </w:r>
      <w:r w:rsidRPr="00E26D4C">
        <w:rPr>
          <w:rFonts w:ascii="Tahoma" w:hAnsi="Tahoma" w:cs="Tahoma" w:hint="eastAsia"/>
          <w:rtl/>
        </w:rPr>
        <w:t>،</w:t>
      </w:r>
      <w:r w:rsidRPr="00E26D4C">
        <w:rPr>
          <w:rFonts w:ascii="Tahoma" w:hAnsi="Tahoma" w:cs="Tahoma"/>
          <w:rtl/>
        </w:rPr>
        <w:t xml:space="preserve"> پس از شکستن همان شمش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ر</w:t>
      </w:r>
      <w:r w:rsidRPr="00E26D4C">
        <w:rPr>
          <w:rFonts w:ascii="Tahoma" w:hAnsi="Tahoma" w:cs="Tahoma"/>
          <w:rtl/>
        </w:rPr>
        <w:t xml:space="preserve"> چه چ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ز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از حکومت باق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خواهد ماند؟</w:t>
      </w:r>
    </w:p>
    <w:p w:rsidR="00E26D4C" w:rsidRPr="00E26D4C" w:rsidRDefault="00E26D4C" w:rsidP="00E26D4C">
      <w:pPr>
        <w:keepNext/>
        <w:pageBreakBefore/>
        <w:bidi/>
        <w:spacing w:after="0" w:line="360" w:lineRule="auto"/>
        <w:jc w:val="center"/>
        <w:rPr>
          <w:rFonts w:asciiTheme="majorBidi" w:hAnsiTheme="majorBidi" w:cstheme="majorBidi"/>
          <w:b/>
          <w:bCs/>
          <w:sz w:val="36"/>
          <w:szCs w:val="36"/>
          <w:rtl/>
        </w:rPr>
      </w:pPr>
      <w:bookmarkStart w:id="16" w:name="Vol1Chapter14"/>
      <w:bookmarkEnd w:id="16"/>
      <w:r w:rsidRPr="00E26D4C">
        <w:rPr>
          <w:rFonts w:asciiTheme="majorBidi" w:hAnsiTheme="majorBidi" w:cstheme="majorBidi"/>
          <w:b/>
          <w:bCs/>
          <w:sz w:val="36"/>
          <w:szCs w:val="36"/>
          <w:rtl/>
        </w:rPr>
        <w:t>فصل چهاردهم</w:t>
      </w:r>
    </w:p>
    <w:p w:rsidR="00E26D4C" w:rsidRPr="00E26D4C" w:rsidRDefault="00E26D4C" w:rsidP="00E26D4C">
      <w:pPr>
        <w:keepNext/>
        <w:bidi/>
        <w:spacing w:after="240" w:line="360" w:lineRule="auto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E26D4C">
        <w:rPr>
          <w:rFonts w:asciiTheme="majorBidi" w:hAnsiTheme="majorBidi" w:cstheme="majorBidi"/>
          <w:b/>
          <w:bCs/>
          <w:sz w:val="36"/>
          <w:szCs w:val="36"/>
          <w:rtl/>
        </w:rPr>
        <w:t>عمامه پس از تاج؛ میراث ماندگار صفویان</w:t>
      </w:r>
    </w:p>
    <w:p w:rsidR="00E26D4C" w:rsidRPr="00E26D4C" w:rsidRDefault="00E26D4C" w:rsidP="00E26D4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26D4C">
        <w:rPr>
          <w:rFonts w:ascii="Tahoma" w:hAnsi="Tahoma" w:cs="Tahoma" w:hint="eastAsia"/>
          <w:rtl/>
        </w:rPr>
        <w:t>صفو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ان</w:t>
      </w:r>
      <w:r w:rsidRPr="00E26D4C">
        <w:rPr>
          <w:rFonts w:ascii="Tahoma" w:hAnsi="Tahoma" w:cs="Tahoma"/>
          <w:rtl/>
        </w:rPr>
        <w:t xml:space="preserve"> با رسم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کردن</w:t>
      </w:r>
      <w:r w:rsidRPr="00E26D4C">
        <w:rPr>
          <w:rFonts w:ascii="Tahoma" w:hAnsi="Tahoma" w:cs="Tahoma"/>
          <w:rtl/>
        </w:rPr>
        <w:t xml:space="preserve"> تش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ع</w:t>
      </w:r>
      <w:r w:rsidRPr="00E26D4C">
        <w:rPr>
          <w:rFonts w:ascii="Tahoma" w:hAnsi="Tahoma" w:cs="Tahoma"/>
          <w:rtl/>
        </w:rPr>
        <w:t xml:space="preserve"> دوازده‌امام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فقط مذهب پادشاه را تغ</w:t>
      </w:r>
      <w:r w:rsidRPr="00E26D4C">
        <w:rPr>
          <w:rFonts w:ascii="Tahoma" w:hAnsi="Tahoma" w:cs="Tahoma" w:hint="cs"/>
          <w:rtl/>
        </w:rPr>
        <w:t>یی</w:t>
      </w:r>
      <w:r w:rsidRPr="00E26D4C">
        <w:rPr>
          <w:rFonts w:ascii="Tahoma" w:hAnsi="Tahoma" w:cs="Tahoma" w:hint="eastAsia"/>
          <w:rtl/>
        </w:rPr>
        <w:t>ر</w:t>
      </w:r>
      <w:r w:rsidRPr="00E26D4C">
        <w:rPr>
          <w:rFonts w:ascii="Tahoma" w:hAnsi="Tahoma" w:cs="Tahoma"/>
          <w:rtl/>
        </w:rPr>
        <w:t xml:space="preserve"> ندادند. آنان ن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رو</w:t>
      </w:r>
      <w:r w:rsidRPr="00E26D4C">
        <w:rPr>
          <w:rFonts w:ascii="Tahoma" w:hAnsi="Tahoma" w:cs="Tahoma" w:hint="cs"/>
          <w:rtl/>
        </w:rPr>
        <w:t>یی</w:t>
      </w:r>
      <w:r w:rsidRPr="00E26D4C">
        <w:rPr>
          <w:rFonts w:ascii="Tahoma" w:hAnsi="Tahoma" w:cs="Tahoma"/>
          <w:rtl/>
        </w:rPr>
        <w:t xml:space="preserve"> را وارد ساختمان کشوردار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کردند که پ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ش</w:t>
      </w:r>
      <w:r w:rsidRPr="00E26D4C">
        <w:rPr>
          <w:rFonts w:ascii="Tahoma" w:hAnsi="Tahoma" w:cs="Tahoma"/>
          <w:rtl/>
        </w:rPr>
        <w:t xml:space="preserve"> از آن به 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ن</w:t>
      </w:r>
      <w:r w:rsidRPr="00E26D4C">
        <w:rPr>
          <w:rFonts w:ascii="Tahoma" w:hAnsi="Tahoma" w:cs="Tahoma"/>
          <w:rtl/>
        </w:rPr>
        <w:t xml:space="preserve"> صورت وجود نداشت: دستگاه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از د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نکاران</w:t>
      </w:r>
      <w:r w:rsidRPr="00E26D4C">
        <w:rPr>
          <w:rFonts w:ascii="Tahoma" w:hAnsi="Tahoma" w:cs="Tahoma"/>
          <w:rtl/>
        </w:rPr>
        <w:t xml:space="preserve"> ش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عه</w:t>
      </w:r>
      <w:r w:rsidRPr="00E26D4C">
        <w:rPr>
          <w:rFonts w:ascii="Tahoma" w:hAnsi="Tahoma" w:cs="Tahoma"/>
          <w:rtl/>
        </w:rPr>
        <w:t xml:space="preserve"> که مقام، مدرسه، محکمه، موقوفه، کتاب، شاگرد و حوزه‌ا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شناخته‌شده برا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دخالت در زن</w:t>
      </w:r>
      <w:r w:rsidRPr="00E26D4C">
        <w:rPr>
          <w:rFonts w:ascii="Tahoma" w:hAnsi="Tahoma" w:cs="Tahoma" w:hint="eastAsia"/>
          <w:rtl/>
        </w:rPr>
        <w:t>دگ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جامعه داشت.</w:t>
      </w:r>
    </w:p>
    <w:p w:rsidR="00E26D4C" w:rsidRPr="00E26D4C" w:rsidRDefault="00E26D4C" w:rsidP="00E26D4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26D4C">
        <w:rPr>
          <w:rFonts w:ascii="Tahoma" w:hAnsi="Tahoma" w:cs="Tahoma" w:hint="eastAsia"/>
          <w:rtl/>
        </w:rPr>
        <w:t>پ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ش</w:t>
      </w:r>
      <w:r w:rsidRPr="00E26D4C">
        <w:rPr>
          <w:rFonts w:ascii="Tahoma" w:hAnsi="Tahoma" w:cs="Tahoma"/>
          <w:rtl/>
        </w:rPr>
        <w:t xml:space="preserve"> از صفو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ان</w:t>
      </w:r>
      <w:r w:rsidRPr="00E26D4C">
        <w:rPr>
          <w:rFonts w:ascii="Tahoma" w:hAnsi="Tahoma" w:cs="Tahoma"/>
          <w:rtl/>
        </w:rPr>
        <w:t xml:space="preserve"> ن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ز</w:t>
      </w:r>
      <w:r w:rsidRPr="00E26D4C">
        <w:rPr>
          <w:rFonts w:ascii="Tahoma" w:hAnsi="Tahoma" w:cs="Tahoma"/>
          <w:rtl/>
        </w:rPr>
        <w:t xml:space="preserve"> د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نکاران،</w:t>
      </w:r>
      <w:r w:rsidRPr="00E26D4C">
        <w:rPr>
          <w:rFonts w:ascii="Tahoma" w:hAnsi="Tahoma" w:cs="Tahoma"/>
          <w:rtl/>
        </w:rPr>
        <w:t xml:space="preserve"> قاض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ان،</w:t>
      </w:r>
      <w:r w:rsidRPr="00E26D4C">
        <w:rPr>
          <w:rFonts w:ascii="Tahoma" w:hAnsi="Tahoma" w:cs="Tahoma"/>
          <w:rtl/>
        </w:rPr>
        <w:t xml:space="preserve"> مدرسان، صوف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ان،</w:t>
      </w:r>
      <w:r w:rsidRPr="00E26D4C">
        <w:rPr>
          <w:rFonts w:ascii="Tahoma" w:hAnsi="Tahoma" w:cs="Tahoma"/>
          <w:rtl/>
        </w:rPr>
        <w:t xml:space="preserve"> سادات و خاندان‌ها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ش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ع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در 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ران</w:t>
      </w:r>
      <w:r w:rsidRPr="00E26D4C">
        <w:rPr>
          <w:rFonts w:ascii="Tahoma" w:hAnsi="Tahoma" w:cs="Tahoma"/>
          <w:rtl/>
        </w:rPr>
        <w:t xml:space="preserve"> حضور داشتند. حکومت‌ها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مختلف از تأ</w:t>
      </w:r>
      <w:r w:rsidRPr="00E26D4C">
        <w:rPr>
          <w:rFonts w:ascii="Tahoma" w:hAnsi="Tahoma" w:cs="Tahoma" w:hint="cs"/>
          <w:rtl/>
        </w:rPr>
        <w:t>یی</w:t>
      </w:r>
      <w:r w:rsidRPr="00E26D4C">
        <w:rPr>
          <w:rFonts w:ascii="Tahoma" w:hAnsi="Tahoma" w:cs="Tahoma" w:hint="eastAsia"/>
          <w:rtl/>
        </w:rPr>
        <w:t>د</w:t>
      </w:r>
      <w:r w:rsidRPr="00E26D4C">
        <w:rPr>
          <w:rFonts w:ascii="Tahoma" w:hAnsi="Tahoma" w:cs="Tahoma"/>
          <w:rtl/>
        </w:rPr>
        <w:t xml:space="preserve"> مذهب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استفاده م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کردند</w:t>
      </w:r>
      <w:r w:rsidRPr="00E26D4C">
        <w:rPr>
          <w:rFonts w:ascii="Tahoma" w:hAnsi="Tahoma" w:cs="Tahoma"/>
          <w:rtl/>
        </w:rPr>
        <w:t xml:space="preserve"> و مقام‌ها</w:t>
      </w:r>
      <w:r w:rsidRPr="00E26D4C">
        <w:rPr>
          <w:rFonts w:ascii="Tahoma" w:hAnsi="Tahoma" w:cs="Tahoma" w:hint="cs"/>
          <w:rtl/>
        </w:rPr>
        <w:t>یی</w:t>
      </w:r>
      <w:r w:rsidRPr="00E26D4C">
        <w:rPr>
          <w:rFonts w:ascii="Tahoma" w:hAnsi="Tahoma" w:cs="Tahoma"/>
          <w:rtl/>
        </w:rPr>
        <w:t xml:space="preserve"> برا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ادارهٔ موقوفات و امور د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ن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وجود داشت. آنچه صفو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ان</w:t>
      </w:r>
      <w:r w:rsidRPr="00E26D4C">
        <w:rPr>
          <w:rFonts w:ascii="Tahoma" w:hAnsi="Tahoma" w:cs="Tahoma"/>
          <w:rtl/>
        </w:rPr>
        <w:t xml:space="preserve"> پد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د</w:t>
      </w:r>
      <w:r w:rsidRPr="00E26D4C">
        <w:rPr>
          <w:rFonts w:ascii="Tahoma" w:hAnsi="Tahoma" w:cs="Tahoma"/>
          <w:rtl/>
        </w:rPr>
        <w:t xml:space="preserve"> آوردند خود د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ن</w:t>
      </w:r>
      <w:r w:rsidRPr="00E26D4C">
        <w:rPr>
          <w:rFonts w:ascii="Tahoma" w:hAnsi="Tahoma" w:cs="Tahoma"/>
          <w:rtl/>
        </w:rPr>
        <w:t xml:space="preserve"> 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ا</w:t>
      </w:r>
      <w:r w:rsidRPr="00E26D4C">
        <w:rPr>
          <w:rFonts w:ascii="Tahoma" w:hAnsi="Tahoma" w:cs="Tahoma"/>
          <w:rtl/>
        </w:rPr>
        <w:t xml:space="preserve"> د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نکار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نبود؛ پ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وند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تازه و سراسر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م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ان</w:t>
      </w:r>
      <w:r w:rsidRPr="00E26D4C">
        <w:rPr>
          <w:rFonts w:ascii="Tahoma" w:hAnsi="Tahoma" w:cs="Tahoma"/>
          <w:rtl/>
        </w:rPr>
        <w:t xml:space="preserve"> مذهب رسم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،</w:t>
      </w:r>
      <w:r w:rsidRPr="00E26D4C">
        <w:rPr>
          <w:rFonts w:ascii="Tahoma" w:hAnsi="Tahoma" w:cs="Tahoma"/>
          <w:rtl/>
        </w:rPr>
        <w:t xml:space="preserve"> تاج و دستگاه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سازمان‌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افته</w:t>
      </w:r>
      <w:r w:rsidRPr="00E26D4C">
        <w:rPr>
          <w:rFonts w:ascii="Tahoma" w:hAnsi="Tahoma" w:cs="Tahoma"/>
          <w:rtl/>
        </w:rPr>
        <w:t xml:space="preserve"> از د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نکاران</w:t>
      </w:r>
      <w:r w:rsidRPr="00E26D4C">
        <w:rPr>
          <w:rFonts w:ascii="Tahoma" w:hAnsi="Tahoma" w:cs="Tahoma"/>
          <w:rtl/>
        </w:rPr>
        <w:t xml:space="preserve"> دوازده‌امام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بود.</w:t>
      </w:r>
    </w:p>
    <w:p w:rsidR="00E26D4C" w:rsidRPr="00E26D4C" w:rsidRDefault="00E26D4C" w:rsidP="00E26D4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26D4C">
        <w:rPr>
          <w:rFonts w:ascii="Tahoma" w:hAnsi="Tahoma" w:cs="Tahoma" w:hint="eastAsia"/>
          <w:rtl/>
        </w:rPr>
        <w:t>شاه</w:t>
      </w:r>
      <w:r w:rsidRPr="00E26D4C">
        <w:rPr>
          <w:rFonts w:ascii="Tahoma" w:hAnsi="Tahoma" w:cs="Tahoma"/>
          <w:rtl/>
        </w:rPr>
        <w:t xml:space="preserve"> اسماع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ل</w:t>
      </w:r>
      <w:r w:rsidRPr="00E26D4C">
        <w:rPr>
          <w:rFonts w:ascii="Tahoma" w:hAnsi="Tahoma" w:cs="Tahoma"/>
          <w:rtl/>
        </w:rPr>
        <w:t xml:space="preserve"> برا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رس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دن</w:t>
      </w:r>
      <w:r w:rsidRPr="00E26D4C">
        <w:rPr>
          <w:rFonts w:ascii="Tahoma" w:hAnsi="Tahoma" w:cs="Tahoma"/>
          <w:rtl/>
        </w:rPr>
        <w:t xml:space="preserve"> به قدرت به فق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هان</w:t>
      </w:r>
      <w:r w:rsidRPr="00E26D4C">
        <w:rPr>
          <w:rFonts w:ascii="Tahoma" w:hAnsi="Tahoma" w:cs="Tahoma"/>
          <w:rtl/>
        </w:rPr>
        <w:t xml:space="preserve"> دوازده‌امام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تک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ه</w:t>
      </w:r>
      <w:r w:rsidRPr="00E26D4C">
        <w:rPr>
          <w:rFonts w:ascii="Tahoma" w:hAnsi="Tahoma" w:cs="Tahoma"/>
          <w:rtl/>
        </w:rPr>
        <w:t xml:space="preserve"> نکرد. قزلباشان او را به تبر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ز</w:t>
      </w:r>
      <w:r w:rsidRPr="00E26D4C">
        <w:rPr>
          <w:rFonts w:ascii="Tahoma" w:hAnsi="Tahoma" w:cs="Tahoma"/>
          <w:rtl/>
        </w:rPr>
        <w:t xml:space="preserve"> رساندند و قشون طر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قت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صفو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تاج را برا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مرشد خود به دست آورد. فرمان رسم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شدن</w:t>
      </w:r>
      <w:r w:rsidRPr="00E26D4C">
        <w:rPr>
          <w:rFonts w:ascii="Tahoma" w:hAnsi="Tahoma" w:cs="Tahoma"/>
          <w:rtl/>
        </w:rPr>
        <w:t xml:space="preserve"> تش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ع</w:t>
      </w:r>
      <w:r w:rsidRPr="00E26D4C">
        <w:rPr>
          <w:rFonts w:ascii="Tahoma" w:hAnsi="Tahoma" w:cs="Tahoma"/>
          <w:rtl/>
        </w:rPr>
        <w:t xml:space="preserve"> ن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ز</w:t>
      </w:r>
      <w:r w:rsidRPr="00E26D4C">
        <w:rPr>
          <w:rFonts w:ascii="Tahoma" w:hAnsi="Tahoma" w:cs="Tahoma"/>
          <w:rtl/>
        </w:rPr>
        <w:t xml:space="preserve"> از شاه صادر شد، نه از مجلس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از د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نکاران</w:t>
      </w:r>
      <w:r w:rsidRPr="00E26D4C">
        <w:rPr>
          <w:rFonts w:ascii="Tahoma" w:hAnsi="Tahoma" w:cs="Tahoma"/>
          <w:rtl/>
        </w:rPr>
        <w:t xml:space="preserve"> که او را به سلطنت برگز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ده</w:t>
      </w:r>
      <w:r w:rsidRPr="00E26D4C">
        <w:rPr>
          <w:rFonts w:ascii="Tahoma" w:hAnsi="Tahoma" w:cs="Tahoma"/>
          <w:rtl/>
        </w:rPr>
        <w:t xml:space="preserve"> باشند.</w:t>
      </w:r>
    </w:p>
    <w:p w:rsidR="00E26D4C" w:rsidRPr="00E26D4C" w:rsidRDefault="00E26D4C" w:rsidP="00E26D4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26D4C">
        <w:rPr>
          <w:rFonts w:ascii="Tahoma" w:hAnsi="Tahoma" w:cs="Tahoma" w:hint="eastAsia"/>
          <w:rtl/>
        </w:rPr>
        <w:t>در</w:t>
      </w:r>
      <w:r w:rsidRPr="00E26D4C">
        <w:rPr>
          <w:rFonts w:ascii="Tahoma" w:hAnsi="Tahoma" w:cs="Tahoma"/>
          <w:rtl/>
        </w:rPr>
        <w:t xml:space="preserve"> آغاز، پس تاج سازندهٔ جا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گاه</w:t>
      </w:r>
      <w:r w:rsidRPr="00E26D4C">
        <w:rPr>
          <w:rFonts w:ascii="Tahoma" w:hAnsi="Tahoma" w:cs="Tahoma"/>
          <w:rtl/>
        </w:rPr>
        <w:t xml:space="preserve"> س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اس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عمامه بود. شاه مذهب را رسم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کرد، د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نکاران</w:t>
      </w:r>
      <w:r w:rsidRPr="00E26D4C">
        <w:rPr>
          <w:rFonts w:ascii="Tahoma" w:hAnsi="Tahoma" w:cs="Tahoma"/>
          <w:rtl/>
        </w:rPr>
        <w:t xml:space="preserve"> را فراخواند، مقام‌ها را به آنان سپرد و ن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رو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قشون و د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وان</w:t>
      </w:r>
      <w:r w:rsidRPr="00E26D4C">
        <w:rPr>
          <w:rFonts w:ascii="Tahoma" w:hAnsi="Tahoma" w:cs="Tahoma"/>
          <w:rtl/>
        </w:rPr>
        <w:t xml:space="preserve"> را برا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اجرا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احکامشان در اخت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ارشان</w:t>
      </w:r>
      <w:r w:rsidRPr="00E26D4C">
        <w:rPr>
          <w:rFonts w:ascii="Tahoma" w:hAnsi="Tahoma" w:cs="Tahoma"/>
          <w:rtl/>
        </w:rPr>
        <w:t xml:space="preserve"> گذاشت. بدون حکومت صفو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،</w:t>
      </w:r>
      <w:r w:rsidRPr="00E26D4C">
        <w:rPr>
          <w:rFonts w:ascii="Tahoma" w:hAnsi="Tahoma" w:cs="Tahoma"/>
          <w:rtl/>
        </w:rPr>
        <w:t xml:space="preserve"> فق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هان</w:t>
      </w:r>
      <w:r w:rsidRPr="00E26D4C">
        <w:rPr>
          <w:rFonts w:ascii="Tahoma" w:hAnsi="Tahoma" w:cs="Tahoma"/>
          <w:rtl/>
        </w:rPr>
        <w:t xml:space="preserve"> مهاجر نم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توانستند</w:t>
      </w:r>
      <w:r w:rsidRPr="00E26D4C">
        <w:rPr>
          <w:rFonts w:ascii="Tahoma" w:hAnsi="Tahoma" w:cs="Tahoma"/>
          <w:rtl/>
        </w:rPr>
        <w:t xml:space="preserve"> قاض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ان</w:t>
      </w:r>
      <w:r w:rsidRPr="00E26D4C">
        <w:rPr>
          <w:rFonts w:ascii="Tahoma" w:hAnsi="Tahoma" w:cs="Tahoma"/>
          <w:rtl/>
        </w:rPr>
        <w:t xml:space="preserve"> سن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را کنار بزنند، مدارس ر</w:t>
      </w:r>
      <w:r w:rsidRPr="00E26D4C">
        <w:rPr>
          <w:rFonts w:ascii="Tahoma" w:hAnsi="Tahoma" w:cs="Tahoma" w:hint="eastAsia"/>
          <w:rtl/>
        </w:rPr>
        <w:t>ا</w:t>
      </w:r>
      <w:r w:rsidRPr="00E26D4C">
        <w:rPr>
          <w:rFonts w:ascii="Tahoma" w:hAnsi="Tahoma" w:cs="Tahoma"/>
          <w:rtl/>
        </w:rPr>
        <w:t xml:space="preserve"> در سراسر کشور گسترش دهند 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ا</w:t>
      </w:r>
      <w:r w:rsidRPr="00E26D4C">
        <w:rPr>
          <w:rFonts w:ascii="Tahoma" w:hAnsi="Tahoma" w:cs="Tahoma"/>
          <w:rtl/>
        </w:rPr>
        <w:t xml:space="preserve"> رفتار عموم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مردم را ز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ر</w:t>
      </w:r>
      <w:r w:rsidRPr="00E26D4C">
        <w:rPr>
          <w:rFonts w:ascii="Tahoma" w:hAnsi="Tahoma" w:cs="Tahoma"/>
          <w:rtl/>
        </w:rPr>
        <w:t xml:space="preserve"> قواعد دوازده‌امام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قرار دهند.</w:t>
      </w:r>
    </w:p>
    <w:p w:rsidR="00E26D4C" w:rsidRPr="00E26D4C" w:rsidRDefault="00E26D4C" w:rsidP="00E26D4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26D4C">
        <w:rPr>
          <w:rFonts w:ascii="Tahoma" w:hAnsi="Tahoma" w:cs="Tahoma" w:hint="eastAsia"/>
          <w:rtl/>
        </w:rPr>
        <w:t>اما</w:t>
      </w:r>
      <w:r w:rsidRPr="00E26D4C">
        <w:rPr>
          <w:rFonts w:ascii="Tahoma" w:hAnsi="Tahoma" w:cs="Tahoma"/>
          <w:rtl/>
        </w:rPr>
        <w:t xml:space="preserve"> هم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ن</w:t>
      </w:r>
      <w:r w:rsidRPr="00E26D4C">
        <w:rPr>
          <w:rFonts w:ascii="Tahoma" w:hAnsi="Tahoma" w:cs="Tahoma"/>
          <w:rtl/>
        </w:rPr>
        <w:t xml:space="preserve"> ن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از</w:t>
      </w:r>
      <w:r w:rsidRPr="00E26D4C">
        <w:rPr>
          <w:rFonts w:ascii="Tahoma" w:hAnsi="Tahoma" w:cs="Tahoma"/>
          <w:rtl/>
        </w:rPr>
        <w:t xml:space="preserve"> تاج به د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نکاران</w:t>
      </w:r>
      <w:r w:rsidRPr="00E26D4C">
        <w:rPr>
          <w:rFonts w:ascii="Tahoma" w:hAnsi="Tahoma" w:cs="Tahoma"/>
          <w:rtl/>
        </w:rPr>
        <w:t xml:space="preserve"> از محدود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ت</w:t>
      </w:r>
      <w:r w:rsidRPr="00E26D4C">
        <w:rPr>
          <w:rFonts w:ascii="Tahoma" w:hAnsi="Tahoma" w:cs="Tahoma"/>
          <w:rtl/>
        </w:rPr>
        <w:t xml:space="preserve"> قدرت شاه خبر م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داد</w:t>
      </w:r>
      <w:r w:rsidRPr="00E26D4C">
        <w:rPr>
          <w:rFonts w:ascii="Tahoma" w:hAnsi="Tahoma" w:cs="Tahoma"/>
          <w:rtl/>
        </w:rPr>
        <w:t>. فرمانروا م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توانست</w:t>
      </w:r>
      <w:r w:rsidRPr="00E26D4C">
        <w:rPr>
          <w:rFonts w:ascii="Tahoma" w:hAnsi="Tahoma" w:cs="Tahoma"/>
          <w:rtl/>
        </w:rPr>
        <w:t xml:space="preserve"> بگو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د</w:t>
      </w:r>
      <w:r w:rsidRPr="00E26D4C">
        <w:rPr>
          <w:rFonts w:ascii="Tahoma" w:hAnsi="Tahoma" w:cs="Tahoma"/>
          <w:rtl/>
        </w:rPr>
        <w:t xml:space="preserve"> مذهب کشور چ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ست،</w:t>
      </w:r>
      <w:r w:rsidRPr="00E26D4C">
        <w:rPr>
          <w:rFonts w:ascii="Tahoma" w:hAnsi="Tahoma" w:cs="Tahoma"/>
          <w:rtl/>
        </w:rPr>
        <w:t xml:space="preserve"> ول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نم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توانست</w:t>
      </w:r>
      <w:r w:rsidRPr="00E26D4C">
        <w:rPr>
          <w:rFonts w:ascii="Tahoma" w:hAnsi="Tahoma" w:cs="Tahoma"/>
          <w:rtl/>
        </w:rPr>
        <w:t xml:space="preserve"> به تنها</w:t>
      </w:r>
      <w:r w:rsidRPr="00E26D4C">
        <w:rPr>
          <w:rFonts w:ascii="Tahoma" w:hAnsi="Tahoma" w:cs="Tahoma" w:hint="cs"/>
          <w:rtl/>
        </w:rPr>
        <w:t>یی</w:t>
      </w:r>
      <w:r w:rsidRPr="00E26D4C">
        <w:rPr>
          <w:rFonts w:ascii="Tahoma" w:hAnsi="Tahoma" w:cs="Tahoma"/>
          <w:rtl/>
        </w:rPr>
        <w:t xml:space="preserve"> محتوا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فقه، حد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ث</w:t>
      </w:r>
      <w:r w:rsidRPr="00E26D4C">
        <w:rPr>
          <w:rFonts w:ascii="Tahoma" w:hAnsi="Tahoma" w:cs="Tahoma"/>
          <w:rtl/>
        </w:rPr>
        <w:t xml:space="preserve"> و شر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عت</w:t>
      </w:r>
      <w:r w:rsidRPr="00E26D4C">
        <w:rPr>
          <w:rFonts w:ascii="Tahoma" w:hAnsi="Tahoma" w:cs="Tahoma"/>
          <w:rtl/>
        </w:rPr>
        <w:t xml:space="preserve"> آن مذهب را بسازد. او برا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ن</w:t>
      </w:r>
      <w:r w:rsidRPr="00E26D4C">
        <w:rPr>
          <w:rFonts w:ascii="Tahoma" w:hAnsi="Tahoma" w:cs="Tahoma"/>
          <w:rtl/>
        </w:rPr>
        <w:t xml:space="preserve"> کار به کسان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ن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از</w:t>
      </w:r>
      <w:r w:rsidRPr="00E26D4C">
        <w:rPr>
          <w:rFonts w:ascii="Tahoma" w:hAnsi="Tahoma" w:cs="Tahoma"/>
          <w:rtl/>
        </w:rPr>
        <w:t xml:space="preserve"> داشت که مدع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شناخت منابع و توان استنباط حکم بودند.</w:t>
      </w:r>
    </w:p>
    <w:p w:rsidR="00E26D4C" w:rsidRPr="00E26D4C" w:rsidRDefault="00E26D4C" w:rsidP="00E26D4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26D4C">
        <w:rPr>
          <w:rFonts w:ascii="Tahoma" w:hAnsi="Tahoma" w:cs="Tahoma" w:hint="eastAsia"/>
          <w:rtl/>
        </w:rPr>
        <w:t>قزلباش</w:t>
      </w:r>
      <w:r w:rsidRPr="00E26D4C">
        <w:rPr>
          <w:rFonts w:ascii="Tahoma" w:hAnsi="Tahoma" w:cs="Tahoma"/>
          <w:rtl/>
        </w:rPr>
        <w:t xml:space="preserve"> م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توانست</w:t>
      </w:r>
      <w:r w:rsidRPr="00E26D4C">
        <w:rPr>
          <w:rFonts w:ascii="Tahoma" w:hAnsi="Tahoma" w:cs="Tahoma"/>
          <w:rtl/>
        </w:rPr>
        <w:t xml:space="preserve"> مخالف را با شمش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ر</w:t>
      </w:r>
      <w:r w:rsidRPr="00E26D4C">
        <w:rPr>
          <w:rFonts w:ascii="Tahoma" w:hAnsi="Tahoma" w:cs="Tahoma"/>
          <w:rtl/>
        </w:rPr>
        <w:t xml:space="preserve"> کنار بزند، اما نم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توانست</w:t>
      </w:r>
      <w:r w:rsidRPr="00E26D4C">
        <w:rPr>
          <w:rFonts w:ascii="Tahoma" w:hAnsi="Tahoma" w:cs="Tahoma"/>
          <w:rtl/>
        </w:rPr>
        <w:t xml:space="preserve"> دربارهٔ ارث، وقف، ازدواج، طلاق و مالک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ت</w:t>
      </w:r>
      <w:r w:rsidRPr="00E26D4C">
        <w:rPr>
          <w:rFonts w:ascii="Tahoma" w:hAnsi="Tahoma" w:cs="Tahoma"/>
          <w:rtl/>
        </w:rPr>
        <w:t xml:space="preserve"> حکم فقه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بنو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سد</w:t>
      </w:r>
      <w:r w:rsidRPr="00E26D4C">
        <w:rPr>
          <w:rFonts w:ascii="Tahoma" w:hAnsi="Tahoma" w:cs="Tahoma"/>
          <w:rtl/>
        </w:rPr>
        <w:t>. د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وانسالار</w:t>
      </w:r>
      <w:r w:rsidRPr="00E26D4C">
        <w:rPr>
          <w:rFonts w:ascii="Tahoma" w:hAnsi="Tahoma" w:cs="Tahoma"/>
          <w:rtl/>
        </w:rPr>
        <w:t xml:space="preserve"> م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توانست</w:t>
      </w:r>
      <w:r w:rsidRPr="00E26D4C">
        <w:rPr>
          <w:rFonts w:ascii="Tahoma" w:hAnsi="Tahoma" w:cs="Tahoma"/>
          <w:rtl/>
        </w:rPr>
        <w:t xml:space="preserve"> مال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ات</w:t>
      </w:r>
      <w:r w:rsidRPr="00E26D4C">
        <w:rPr>
          <w:rFonts w:ascii="Tahoma" w:hAnsi="Tahoma" w:cs="Tahoma"/>
          <w:rtl/>
        </w:rPr>
        <w:t xml:space="preserve"> را ثبت کند، ول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صلاح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ت</w:t>
      </w:r>
      <w:r w:rsidRPr="00E26D4C">
        <w:rPr>
          <w:rFonts w:ascii="Tahoma" w:hAnsi="Tahoma" w:cs="Tahoma"/>
          <w:rtl/>
        </w:rPr>
        <w:t xml:space="preserve"> نداشت دربارهٔ حلال و حرام داور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نما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د</w:t>
      </w:r>
      <w:r w:rsidRPr="00E26D4C">
        <w:rPr>
          <w:rFonts w:ascii="Tahoma" w:hAnsi="Tahoma" w:cs="Tahoma"/>
          <w:rtl/>
        </w:rPr>
        <w:t>. شاه م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توانست</w:t>
      </w:r>
      <w:r w:rsidRPr="00E26D4C">
        <w:rPr>
          <w:rFonts w:ascii="Tahoma" w:hAnsi="Tahoma" w:cs="Tahoma"/>
          <w:rtl/>
        </w:rPr>
        <w:t xml:space="preserve"> فرمان انتصاب صادر کند، اما دانش لا</w:t>
      </w:r>
      <w:r w:rsidRPr="00E26D4C">
        <w:rPr>
          <w:rFonts w:ascii="Tahoma" w:hAnsi="Tahoma" w:cs="Tahoma" w:hint="eastAsia"/>
          <w:rtl/>
        </w:rPr>
        <w:t>زم</w:t>
      </w:r>
      <w:r w:rsidRPr="00E26D4C">
        <w:rPr>
          <w:rFonts w:ascii="Tahoma" w:hAnsi="Tahoma" w:cs="Tahoma"/>
          <w:rtl/>
        </w:rPr>
        <w:t xml:space="preserve"> برا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اعتباربخش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دن</w:t>
      </w:r>
      <w:r w:rsidRPr="00E26D4C">
        <w:rPr>
          <w:rFonts w:ascii="Tahoma" w:hAnsi="Tahoma" w:cs="Tahoma"/>
          <w:rtl/>
        </w:rPr>
        <w:t xml:space="preserve"> به قاض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را با فرمان 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جاد</w:t>
      </w:r>
      <w:r w:rsidRPr="00E26D4C">
        <w:rPr>
          <w:rFonts w:ascii="Tahoma" w:hAnsi="Tahoma" w:cs="Tahoma"/>
          <w:rtl/>
        </w:rPr>
        <w:t xml:space="preserve"> نم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کرد</w:t>
      </w:r>
      <w:r w:rsidRPr="00E26D4C">
        <w:rPr>
          <w:rFonts w:ascii="Tahoma" w:hAnsi="Tahoma" w:cs="Tahoma"/>
          <w:rtl/>
        </w:rPr>
        <w:t>.</w:t>
      </w:r>
    </w:p>
    <w:p w:rsidR="00E26D4C" w:rsidRPr="00E26D4C" w:rsidRDefault="00E26D4C" w:rsidP="00E26D4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26D4C">
        <w:rPr>
          <w:rFonts w:ascii="Tahoma" w:hAnsi="Tahoma" w:cs="Tahoma" w:hint="eastAsia"/>
          <w:rtl/>
        </w:rPr>
        <w:t>در</w:t>
      </w:r>
      <w:r w:rsidRPr="00E26D4C">
        <w:rPr>
          <w:rFonts w:ascii="Tahoma" w:hAnsi="Tahoma" w:cs="Tahoma"/>
          <w:rtl/>
        </w:rPr>
        <w:t xml:space="preserve"> نت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جه،</w:t>
      </w:r>
      <w:r w:rsidRPr="00E26D4C">
        <w:rPr>
          <w:rFonts w:ascii="Tahoma" w:hAnsi="Tahoma" w:cs="Tahoma"/>
          <w:rtl/>
        </w:rPr>
        <w:t xml:space="preserve"> تاج از همان آغاز ناچار شد برا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عمامه حوزه‌ا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از اخت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ار</w:t>
      </w:r>
      <w:r w:rsidRPr="00E26D4C">
        <w:rPr>
          <w:rFonts w:ascii="Tahoma" w:hAnsi="Tahoma" w:cs="Tahoma"/>
          <w:rtl/>
        </w:rPr>
        <w:t xml:space="preserve"> بشناسد که همهٔ آن از ارادهٔ روزانهٔ شاه سرچشمه نم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گرفت</w:t>
      </w:r>
      <w:r w:rsidRPr="00E26D4C">
        <w:rPr>
          <w:rFonts w:ascii="Tahoma" w:hAnsi="Tahoma" w:cs="Tahoma"/>
          <w:rtl/>
        </w:rPr>
        <w:t>. فق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ه</w:t>
      </w:r>
      <w:r w:rsidRPr="00E26D4C">
        <w:rPr>
          <w:rFonts w:ascii="Tahoma" w:hAnsi="Tahoma" w:cs="Tahoma"/>
          <w:rtl/>
        </w:rPr>
        <w:t xml:space="preserve"> مقام حکومت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خود را از شاه م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گرفت،</w:t>
      </w:r>
      <w:r w:rsidRPr="00E26D4C">
        <w:rPr>
          <w:rFonts w:ascii="Tahoma" w:hAnsi="Tahoma" w:cs="Tahoma"/>
          <w:rtl/>
        </w:rPr>
        <w:t xml:space="preserve"> اما ادعا م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کرد</w:t>
      </w:r>
      <w:r w:rsidRPr="00E26D4C">
        <w:rPr>
          <w:rFonts w:ascii="Tahoma" w:hAnsi="Tahoma" w:cs="Tahoma"/>
          <w:rtl/>
        </w:rPr>
        <w:t xml:space="preserve"> دانش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که به سبب آن شا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ستهٔ</w:t>
      </w:r>
      <w:r w:rsidRPr="00E26D4C">
        <w:rPr>
          <w:rFonts w:ascii="Tahoma" w:hAnsi="Tahoma" w:cs="Tahoma"/>
          <w:rtl/>
        </w:rPr>
        <w:t xml:space="preserve"> مقام شده از قرآن، پ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امبر،</w:t>
      </w:r>
      <w:r w:rsidRPr="00E26D4C">
        <w:rPr>
          <w:rFonts w:ascii="Tahoma" w:hAnsi="Tahoma" w:cs="Tahoma"/>
          <w:rtl/>
        </w:rPr>
        <w:t xml:space="preserve"> امامان و استادانش م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آ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د</w:t>
      </w:r>
      <w:r w:rsidRPr="00E26D4C">
        <w:rPr>
          <w:rFonts w:ascii="Tahoma" w:hAnsi="Tahoma" w:cs="Tahoma"/>
          <w:rtl/>
        </w:rPr>
        <w:t>.</w:t>
      </w:r>
    </w:p>
    <w:p w:rsidR="00E26D4C" w:rsidRPr="00E26D4C" w:rsidRDefault="00E26D4C" w:rsidP="00E26D4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26D4C">
        <w:rPr>
          <w:rFonts w:ascii="Tahoma" w:hAnsi="Tahoma" w:cs="Tahoma" w:hint="eastAsia"/>
          <w:rtl/>
        </w:rPr>
        <w:t>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ن</w:t>
      </w:r>
      <w:r w:rsidRPr="00E26D4C">
        <w:rPr>
          <w:rFonts w:ascii="Tahoma" w:hAnsi="Tahoma" w:cs="Tahoma"/>
          <w:rtl/>
        </w:rPr>
        <w:t xml:space="preserve"> دو سرچشمهٔ اقتدار در آغاز به‌سادگ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در کنار 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کد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گر</w:t>
      </w:r>
      <w:r w:rsidRPr="00E26D4C">
        <w:rPr>
          <w:rFonts w:ascii="Tahoma" w:hAnsi="Tahoma" w:cs="Tahoma"/>
          <w:rtl/>
        </w:rPr>
        <w:t xml:space="preserve"> قرار گرفتند. شاه به فق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ه</w:t>
      </w:r>
      <w:r w:rsidRPr="00E26D4C">
        <w:rPr>
          <w:rFonts w:ascii="Tahoma" w:hAnsi="Tahoma" w:cs="Tahoma"/>
          <w:rtl/>
        </w:rPr>
        <w:t xml:space="preserve"> امکان اجرا م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داد</w:t>
      </w:r>
      <w:r w:rsidRPr="00E26D4C">
        <w:rPr>
          <w:rFonts w:ascii="Tahoma" w:hAnsi="Tahoma" w:cs="Tahoma"/>
          <w:rtl/>
        </w:rPr>
        <w:t xml:space="preserve"> و فق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ه</w:t>
      </w:r>
      <w:r w:rsidRPr="00E26D4C">
        <w:rPr>
          <w:rFonts w:ascii="Tahoma" w:hAnsi="Tahoma" w:cs="Tahoma"/>
          <w:rtl/>
        </w:rPr>
        <w:t xml:space="preserve"> به شاه زبان مذهب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و حقان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ت</w:t>
      </w:r>
      <w:r w:rsidRPr="00E26D4C">
        <w:rPr>
          <w:rFonts w:ascii="Tahoma" w:hAnsi="Tahoma" w:cs="Tahoma"/>
          <w:rtl/>
        </w:rPr>
        <w:t xml:space="preserve"> م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بخش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د</w:t>
      </w:r>
      <w:r w:rsidRPr="00E26D4C">
        <w:rPr>
          <w:rFonts w:ascii="Tahoma" w:hAnsi="Tahoma" w:cs="Tahoma"/>
          <w:rtl/>
        </w:rPr>
        <w:t xml:space="preserve">. هر 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ک</w:t>
      </w:r>
      <w:r w:rsidRPr="00E26D4C">
        <w:rPr>
          <w:rFonts w:ascii="Tahoma" w:hAnsi="Tahoma" w:cs="Tahoma"/>
          <w:rtl/>
        </w:rPr>
        <w:t xml:space="preserve"> کار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را انجام م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داد</w:t>
      </w:r>
      <w:r w:rsidRPr="00E26D4C">
        <w:rPr>
          <w:rFonts w:ascii="Tahoma" w:hAnsi="Tahoma" w:cs="Tahoma"/>
          <w:rtl/>
        </w:rPr>
        <w:t xml:space="preserve"> که د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گر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از آن ناتوان بود. تاج قدرت داشت و عمامه حکم را تعر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ف</w:t>
      </w:r>
      <w:r w:rsidRPr="00E26D4C">
        <w:rPr>
          <w:rFonts w:ascii="Tahoma" w:hAnsi="Tahoma" w:cs="Tahoma"/>
          <w:rtl/>
        </w:rPr>
        <w:t xml:space="preserve"> م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کرد</w:t>
      </w:r>
      <w:r w:rsidRPr="00E26D4C">
        <w:rPr>
          <w:rFonts w:ascii="Tahoma" w:hAnsi="Tahoma" w:cs="Tahoma"/>
          <w:rtl/>
        </w:rPr>
        <w:t>.</w:t>
      </w:r>
    </w:p>
    <w:p w:rsidR="00E26D4C" w:rsidRPr="00E26D4C" w:rsidRDefault="00E26D4C" w:rsidP="00E26D4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26D4C">
        <w:rPr>
          <w:rFonts w:ascii="Tahoma" w:hAnsi="Tahoma" w:cs="Tahoma" w:hint="eastAsia"/>
          <w:rtl/>
        </w:rPr>
        <w:t>اما</w:t>
      </w:r>
      <w:r w:rsidRPr="00E26D4C">
        <w:rPr>
          <w:rFonts w:ascii="Tahoma" w:hAnsi="Tahoma" w:cs="Tahoma"/>
          <w:rtl/>
        </w:rPr>
        <w:t xml:space="preserve"> هم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ن</w:t>
      </w:r>
      <w:r w:rsidRPr="00E26D4C">
        <w:rPr>
          <w:rFonts w:ascii="Tahoma" w:hAnsi="Tahoma" w:cs="Tahoma"/>
          <w:rtl/>
        </w:rPr>
        <w:t xml:space="preserve"> تقس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م،</w:t>
      </w:r>
      <w:r w:rsidRPr="00E26D4C">
        <w:rPr>
          <w:rFonts w:ascii="Tahoma" w:hAnsi="Tahoma" w:cs="Tahoma"/>
          <w:rtl/>
        </w:rPr>
        <w:t xml:space="preserve"> پرسش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پنهان در خود داشت: اگر حکم شرع از شاه سرچشمه نم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گ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رد،</w:t>
      </w:r>
      <w:r w:rsidRPr="00E26D4C">
        <w:rPr>
          <w:rFonts w:ascii="Tahoma" w:hAnsi="Tahoma" w:cs="Tahoma"/>
          <w:rtl/>
        </w:rPr>
        <w:t xml:space="preserve"> آ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ا</w:t>
      </w:r>
      <w:r w:rsidRPr="00E26D4C">
        <w:rPr>
          <w:rFonts w:ascii="Tahoma" w:hAnsi="Tahoma" w:cs="Tahoma"/>
          <w:rtl/>
        </w:rPr>
        <w:t xml:space="preserve"> شاه ن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ز</w:t>
      </w:r>
      <w:r w:rsidRPr="00E26D4C">
        <w:rPr>
          <w:rFonts w:ascii="Tahoma" w:hAnsi="Tahoma" w:cs="Tahoma"/>
          <w:rtl/>
        </w:rPr>
        <w:t xml:space="preserve"> با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د</w:t>
      </w:r>
      <w:r w:rsidRPr="00E26D4C">
        <w:rPr>
          <w:rFonts w:ascii="Tahoma" w:hAnsi="Tahoma" w:cs="Tahoma"/>
          <w:rtl/>
        </w:rPr>
        <w:t xml:space="preserve"> از آن اطاعت کند؟ و اگر فق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ه</w:t>
      </w:r>
      <w:r w:rsidRPr="00E26D4C">
        <w:rPr>
          <w:rFonts w:ascii="Tahoma" w:hAnsi="Tahoma" w:cs="Tahoma"/>
          <w:rtl/>
        </w:rPr>
        <w:t xml:space="preserve"> مدع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ن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ابت</w:t>
      </w:r>
      <w:r w:rsidRPr="00E26D4C">
        <w:rPr>
          <w:rFonts w:ascii="Tahoma" w:hAnsi="Tahoma" w:cs="Tahoma"/>
          <w:rtl/>
        </w:rPr>
        <w:t xml:space="preserve"> از امام غا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ب</w:t>
      </w:r>
      <w:r w:rsidRPr="00E26D4C">
        <w:rPr>
          <w:rFonts w:ascii="Tahoma" w:hAnsi="Tahoma" w:cs="Tahoma"/>
          <w:rtl/>
        </w:rPr>
        <w:t xml:space="preserve"> است، جا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گاه</w:t>
      </w:r>
      <w:r w:rsidRPr="00E26D4C">
        <w:rPr>
          <w:rFonts w:ascii="Tahoma" w:hAnsi="Tahoma" w:cs="Tahoma"/>
          <w:rtl/>
        </w:rPr>
        <w:t xml:space="preserve"> فرمانروا</w:t>
      </w:r>
      <w:r w:rsidRPr="00E26D4C">
        <w:rPr>
          <w:rFonts w:ascii="Tahoma" w:hAnsi="Tahoma" w:cs="Tahoma" w:hint="cs"/>
          <w:rtl/>
        </w:rPr>
        <w:t>یی</w:t>
      </w:r>
      <w:r w:rsidRPr="00E26D4C">
        <w:rPr>
          <w:rFonts w:ascii="Tahoma" w:hAnsi="Tahoma" w:cs="Tahoma"/>
          <w:rtl/>
        </w:rPr>
        <w:t xml:space="preserve"> که نه معصوم است و نه از سو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امام به صورت مستق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م</w:t>
      </w:r>
      <w:r w:rsidRPr="00E26D4C">
        <w:rPr>
          <w:rFonts w:ascii="Tahoma" w:hAnsi="Tahoma" w:cs="Tahoma"/>
          <w:rtl/>
        </w:rPr>
        <w:t xml:space="preserve"> منصوب شده چگونه توج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ه</w:t>
      </w:r>
      <w:r w:rsidRPr="00E26D4C">
        <w:rPr>
          <w:rFonts w:ascii="Tahoma" w:hAnsi="Tahoma" w:cs="Tahoma"/>
          <w:rtl/>
        </w:rPr>
        <w:t xml:space="preserve"> م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شود؟</w:t>
      </w:r>
    </w:p>
    <w:p w:rsidR="00E26D4C" w:rsidRPr="00E26D4C" w:rsidRDefault="00E26D4C" w:rsidP="00E26D4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26D4C">
        <w:rPr>
          <w:rFonts w:ascii="Tahoma" w:hAnsi="Tahoma" w:cs="Tahoma" w:hint="eastAsia"/>
          <w:rtl/>
        </w:rPr>
        <w:t>حکومت</w:t>
      </w:r>
      <w:r w:rsidRPr="00E26D4C">
        <w:rPr>
          <w:rFonts w:ascii="Tahoma" w:hAnsi="Tahoma" w:cs="Tahoma"/>
          <w:rtl/>
        </w:rPr>
        <w:t xml:space="preserve"> صفو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ه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چ</w:t>
      </w:r>
      <w:r w:rsidRPr="00E26D4C">
        <w:rPr>
          <w:rFonts w:ascii="Tahoma" w:hAnsi="Tahoma" w:cs="Tahoma"/>
          <w:rtl/>
        </w:rPr>
        <w:t xml:space="preserve"> پاسخ واحد و نها</w:t>
      </w:r>
      <w:r w:rsidRPr="00E26D4C">
        <w:rPr>
          <w:rFonts w:ascii="Tahoma" w:hAnsi="Tahoma" w:cs="Tahoma" w:hint="cs"/>
          <w:rtl/>
        </w:rPr>
        <w:t>یی</w:t>
      </w:r>
      <w:r w:rsidRPr="00E26D4C">
        <w:rPr>
          <w:rFonts w:ascii="Tahoma" w:hAnsi="Tahoma" w:cs="Tahoma"/>
          <w:rtl/>
        </w:rPr>
        <w:t xml:space="preserve"> به 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ن</w:t>
      </w:r>
      <w:r w:rsidRPr="00E26D4C">
        <w:rPr>
          <w:rFonts w:ascii="Tahoma" w:hAnsi="Tahoma" w:cs="Tahoma"/>
          <w:rtl/>
        </w:rPr>
        <w:t xml:space="preserve"> پرسش نداد. در عمل، پاسخ با توان شاه و نفوذ فق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ه</w:t>
      </w:r>
      <w:r w:rsidRPr="00E26D4C">
        <w:rPr>
          <w:rFonts w:ascii="Tahoma" w:hAnsi="Tahoma" w:cs="Tahoma"/>
          <w:rtl/>
        </w:rPr>
        <w:t xml:space="preserve"> تغ</w:t>
      </w:r>
      <w:r w:rsidRPr="00E26D4C">
        <w:rPr>
          <w:rFonts w:ascii="Tahoma" w:hAnsi="Tahoma" w:cs="Tahoma" w:hint="cs"/>
          <w:rtl/>
        </w:rPr>
        <w:t>یی</w:t>
      </w:r>
      <w:r w:rsidRPr="00E26D4C">
        <w:rPr>
          <w:rFonts w:ascii="Tahoma" w:hAnsi="Tahoma" w:cs="Tahoma" w:hint="eastAsia"/>
          <w:rtl/>
        </w:rPr>
        <w:t>ر</w:t>
      </w:r>
      <w:r w:rsidRPr="00E26D4C">
        <w:rPr>
          <w:rFonts w:ascii="Tahoma" w:hAnsi="Tahoma" w:cs="Tahoma"/>
          <w:rtl/>
        </w:rPr>
        <w:t xml:space="preserve"> م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کرد</w:t>
      </w:r>
      <w:r w:rsidRPr="00E26D4C">
        <w:rPr>
          <w:rFonts w:ascii="Tahoma" w:hAnsi="Tahoma" w:cs="Tahoma"/>
          <w:rtl/>
        </w:rPr>
        <w:t>. شاه اسماع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ل</w:t>
      </w:r>
      <w:r w:rsidRPr="00E26D4C">
        <w:rPr>
          <w:rFonts w:ascii="Tahoma" w:hAnsi="Tahoma" w:cs="Tahoma"/>
          <w:rtl/>
        </w:rPr>
        <w:t xml:space="preserve"> به سبب مقام مرشدانه و قدرت قزلباشان خود را ن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ازمند</w:t>
      </w:r>
      <w:r w:rsidRPr="00E26D4C">
        <w:rPr>
          <w:rFonts w:ascii="Tahoma" w:hAnsi="Tahoma" w:cs="Tahoma"/>
          <w:rtl/>
        </w:rPr>
        <w:t xml:space="preserve"> اطاعت آشکار از فق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هان</w:t>
      </w:r>
      <w:r w:rsidRPr="00E26D4C">
        <w:rPr>
          <w:rFonts w:ascii="Tahoma" w:hAnsi="Tahoma" w:cs="Tahoma"/>
          <w:rtl/>
        </w:rPr>
        <w:t xml:space="preserve"> نم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د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د</w:t>
      </w:r>
      <w:r w:rsidRPr="00E26D4C">
        <w:rPr>
          <w:rFonts w:ascii="Tahoma" w:hAnsi="Tahoma" w:cs="Tahoma"/>
          <w:rtl/>
        </w:rPr>
        <w:t>. شاه تهماسب برا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مهار قزلباشان و استوارکردن مذهب به محقق کرک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م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دان</w:t>
      </w:r>
      <w:r w:rsidRPr="00E26D4C">
        <w:rPr>
          <w:rFonts w:ascii="Tahoma" w:hAnsi="Tahoma" w:cs="Tahoma"/>
          <w:rtl/>
        </w:rPr>
        <w:t xml:space="preserve"> ب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شتر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داد. شاه عباس د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نکاران</w:t>
      </w:r>
      <w:r w:rsidRPr="00E26D4C">
        <w:rPr>
          <w:rFonts w:ascii="Tahoma" w:hAnsi="Tahoma" w:cs="Tahoma"/>
          <w:rtl/>
        </w:rPr>
        <w:t xml:space="preserve"> را حما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ت</w:t>
      </w:r>
      <w:r w:rsidRPr="00E26D4C">
        <w:rPr>
          <w:rFonts w:ascii="Tahoma" w:hAnsi="Tahoma" w:cs="Tahoma"/>
          <w:rtl/>
        </w:rPr>
        <w:t xml:space="preserve"> کرد، ول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اجازه نداد بر تاج مسلط شوند. شاه سلطان حس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ن</w:t>
      </w:r>
      <w:r w:rsidRPr="00E26D4C">
        <w:rPr>
          <w:rFonts w:ascii="Tahoma" w:hAnsi="Tahoma" w:cs="Tahoma"/>
          <w:rtl/>
        </w:rPr>
        <w:t xml:space="preserve"> برا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جبران ضعف خود ب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ش</w:t>
      </w:r>
      <w:r w:rsidRPr="00E26D4C">
        <w:rPr>
          <w:rFonts w:ascii="Tahoma" w:hAnsi="Tahoma" w:cs="Tahoma"/>
          <w:rtl/>
        </w:rPr>
        <w:t xml:space="preserve"> از پ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ش</w:t>
      </w:r>
      <w:r w:rsidRPr="00E26D4C">
        <w:rPr>
          <w:rFonts w:ascii="Tahoma" w:hAnsi="Tahoma" w:cs="Tahoma"/>
          <w:rtl/>
        </w:rPr>
        <w:t xml:space="preserve"> به راهنما</w:t>
      </w:r>
      <w:r w:rsidRPr="00E26D4C">
        <w:rPr>
          <w:rFonts w:ascii="Tahoma" w:hAnsi="Tahoma" w:cs="Tahoma" w:hint="cs"/>
          <w:rtl/>
        </w:rPr>
        <w:t>یی</w:t>
      </w:r>
      <w:r w:rsidRPr="00E26D4C">
        <w:rPr>
          <w:rFonts w:ascii="Tahoma" w:hAnsi="Tahoma" w:cs="Tahoma"/>
          <w:rtl/>
        </w:rPr>
        <w:t xml:space="preserve"> آنان تک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ه</w:t>
      </w:r>
      <w:r w:rsidRPr="00E26D4C">
        <w:rPr>
          <w:rFonts w:ascii="Tahoma" w:hAnsi="Tahoma" w:cs="Tahoma"/>
          <w:rtl/>
        </w:rPr>
        <w:t xml:space="preserve"> کرد.</w:t>
      </w:r>
    </w:p>
    <w:p w:rsidR="00E26D4C" w:rsidRPr="00E26D4C" w:rsidRDefault="00E26D4C" w:rsidP="00E26D4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26D4C">
        <w:rPr>
          <w:rFonts w:ascii="Tahoma" w:hAnsi="Tahoma" w:cs="Tahoma" w:hint="eastAsia"/>
          <w:rtl/>
        </w:rPr>
        <w:t>پس</w:t>
      </w:r>
      <w:r w:rsidRPr="00E26D4C">
        <w:rPr>
          <w:rFonts w:ascii="Tahoma" w:hAnsi="Tahoma" w:cs="Tahoma"/>
          <w:rtl/>
        </w:rPr>
        <w:t xml:space="preserve"> رابطهٔ تاج و عمامه قاعده‌ا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ثابت نداشت. شاه ن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رومند</w:t>
      </w:r>
      <w:r w:rsidRPr="00E26D4C">
        <w:rPr>
          <w:rFonts w:ascii="Tahoma" w:hAnsi="Tahoma" w:cs="Tahoma"/>
          <w:rtl/>
        </w:rPr>
        <w:t xml:space="preserve"> م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توانست</w:t>
      </w:r>
      <w:r w:rsidRPr="00E26D4C">
        <w:rPr>
          <w:rFonts w:ascii="Tahoma" w:hAnsi="Tahoma" w:cs="Tahoma"/>
          <w:rtl/>
        </w:rPr>
        <w:t xml:space="preserve"> د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نکار</w:t>
      </w:r>
      <w:r w:rsidRPr="00E26D4C">
        <w:rPr>
          <w:rFonts w:ascii="Tahoma" w:hAnsi="Tahoma" w:cs="Tahoma"/>
          <w:rtl/>
        </w:rPr>
        <w:t xml:space="preserve"> را صاحب‌منصب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ز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ر</w:t>
      </w:r>
      <w:r w:rsidRPr="00E26D4C">
        <w:rPr>
          <w:rFonts w:ascii="Tahoma" w:hAnsi="Tahoma" w:cs="Tahoma"/>
          <w:rtl/>
        </w:rPr>
        <w:t xml:space="preserve"> فرمان خود نگاه دارد؛ شاه ضع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ف</w:t>
      </w:r>
      <w:r w:rsidRPr="00E26D4C">
        <w:rPr>
          <w:rFonts w:ascii="Tahoma" w:hAnsi="Tahoma" w:cs="Tahoma"/>
          <w:rtl/>
        </w:rPr>
        <w:t xml:space="preserve"> ممکن بود برا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تصم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م</w:t>
      </w:r>
      <w:r w:rsidRPr="00E26D4C">
        <w:rPr>
          <w:rFonts w:ascii="Tahoma" w:hAnsi="Tahoma" w:cs="Tahoma"/>
          <w:rtl/>
        </w:rPr>
        <w:t xml:space="preserve"> و حقان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ت</w:t>
      </w:r>
      <w:r w:rsidRPr="00E26D4C">
        <w:rPr>
          <w:rFonts w:ascii="Tahoma" w:hAnsi="Tahoma" w:cs="Tahoma"/>
          <w:rtl/>
        </w:rPr>
        <w:t xml:space="preserve"> به او وابسته شود. فق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ه</w:t>
      </w:r>
      <w:r w:rsidRPr="00E26D4C">
        <w:rPr>
          <w:rFonts w:ascii="Tahoma" w:hAnsi="Tahoma" w:cs="Tahoma"/>
          <w:rtl/>
        </w:rPr>
        <w:t xml:space="preserve"> ن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ز</w:t>
      </w:r>
      <w:r w:rsidRPr="00E26D4C">
        <w:rPr>
          <w:rFonts w:ascii="Tahoma" w:hAnsi="Tahoma" w:cs="Tahoma"/>
          <w:rtl/>
        </w:rPr>
        <w:t xml:space="preserve"> م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توانست</w:t>
      </w:r>
      <w:r w:rsidRPr="00E26D4C">
        <w:rPr>
          <w:rFonts w:ascii="Tahoma" w:hAnsi="Tahoma" w:cs="Tahoma"/>
          <w:rtl/>
        </w:rPr>
        <w:t xml:space="preserve"> در 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ک</w:t>
      </w:r>
      <w:r w:rsidRPr="00E26D4C">
        <w:rPr>
          <w:rFonts w:ascii="Tahoma" w:hAnsi="Tahoma" w:cs="Tahoma"/>
          <w:rtl/>
        </w:rPr>
        <w:t xml:space="preserve"> دوره خدمتگزار دربار و در دوره‌ا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د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گر</w:t>
      </w:r>
      <w:r w:rsidRPr="00E26D4C">
        <w:rPr>
          <w:rFonts w:ascii="Tahoma" w:hAnsi="Tahoma" w:cs="Tahoma"/>
          <w:rtl/>
        </w:rPr>
        <w:t xml:space="preserve"> داور رفتار همان دربار باشد.</w:t>
      </w:r>
    </w:p>
    <w:p w:rsidR="00E26D4C" w:rsidRPr="00E26D4C" w:rsidRDefault="00E26D4C" w:rsidP="00E26D4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26D4C">
        <w:rPr>
          <w:rFonts w:ascii="Tahoma" w:hAnsi="Tahoma" w:cs="Tahoma" w:hint="eastAsia"/>
          <w:rtl/>
        </w:rPr>
        <w:t>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ن</w:t>
      </w:r>
      <w:r w:rsidRPr="00E26D4C">
        <w:rPr>
          <w:rFonts w:ascii="Tahoma" w:hAnsi="Tahoma" w:cs="Tahoma"/>
          <w:rtl/>
        </w:rPr>
        <w:t xml:space="preserve"> ناپا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دار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فقط از جاه‌طلب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اشخاص سرچشمه نم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گرفت</w:t>
      </w:r>
      <w:r w:rsidRPr="00E26D4C">
        <w:rPr>
          <w:rFonts w:ascii="Tahoma" w:hAnsi="Tahoma" w:cs="Tahoma"/>
          <w:rtl/>
        </w:rPr>
        <w:t>. در بن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اد</w:t>
      </w:r>
      <w:r w:rsidRPr="00E26D4C">
        <w:rPr>
          <w:rFonts w:ascii="Tahoma" w:hAnsi="Tahoma" w:cs="Tahoma"/>
          <w:rtl/>
        </w:rPr>
        <w:t xml:space="preserve"> ساختمان دو ادعا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متفاوت وجود داشت. تاج م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گفت</w:t>
      </w:r>
      <w:r w:rsidRPr="00E26D4C">
        <w:rPr>
          <w:rFonts w:ascii="Tahoma" w:hAnsi="Tahoma" w:cs="Tahoma"/>
          <w:rtl/>
        </w:rPr>
        <w:t xml:space="preserve"> حکومت و اجرا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فرمان در اخت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ار</w:t>
      </w:r>
      <w:r w:rsidRPr="00E26D4C">
        <w:rPr>
          <w:rFonts w:ascii="Tahoma" w:hAnsi="Tahoma" w:cs="Tahoma"/>
          <w:rtl/>
        </w:rPr>
        <w:t xml:space="preserve"> پادشاه است. عمامه م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گفت</w:t>
      </w:r>
      <w:r w:rsidRPr="00E26D4C">
        <w:rPr>
          <w:rFonts w:ascii="Tahoma" w:hAnsi="Tahoma" w:cs="Tahoma"/>
          <w:rtl/>
        </w:rPr>
        <w:t xml:space="preserve"> شناخت شر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عت</w:t>
      </w:r>
      <w:r w:rsidRPr="00E26D4C">
        <w:rPr>
          <w:rFonts w:ascii="Tahoma" w:hAnsi="Tahoma" w:cs="Tahoma"/>
          <w:rtl/>
        </w:rPr>
        <w:t xml:space="preserve"> و تع</w:t>
      </w:r>
      <w:r w:rsidRPr="00E26D4C">
        <w:rPr>
          <w:rFonts w:ascii="Tahoma" w:hAnsi="Tahoma" w:cs="Tahoma" w:hint="cs"/>
          <w:rtl/>
        </w:rPr>
        <w:t>یی</w:t>
      </w:r>
      <w:r w:rsidRPr="00E26D4C">
        <w:rPr>
          <w:rFonts w:ascii="Tahoma" w:hAnsi="Tahoma" w:cs="Tahoma" w:hint="eastAsia"/>
          <w:rtl/>
        </w:rPr>
        <w:t>ن</w:t>
      </w:r>
      <w:r w:rsidRPr="00E26D4C">
        <w:rPr>
          <w:rFonts w:ascii="Tahoma" w:hAnsi="Tahoma" w:cs="Tahoma"/>
          <w:rtl/>
        </w:rPr>
        <w:t xml:space="preserve"> رفتار درست به فق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ه</w:t>
      </w:r>
      <w:r w:rsidRPr="00E26D4C">
        <w:rPr>
          <w:rFonts w:ascii="Tahoma" w:hAnsi="Tahoma" w:cs="Tahoma"/>
          <w:rtl/>
        </w:rPr>
        <w:t xml:space="preserve"> تعلق دارد. تا هنگام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که فرمان شاه و حکم فق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ه</w:t>
      </w:r>
      <w:r w:rsidRPr="00E26D4C">
        <w:rPr>
          <w:rFonts w:ascii="Tahoma" w:hAnsi="Tahoma" w:cs="Tahoma"/>
          <w:rtl/>
        </w:rPr>
        <w:t xml:space="preserve"> با 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کد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گر</w:t>
      </w:r>
      <w:r w:rsidRPr="00E26D4C">
        <w:rPr>
          <w:rFonts w:ascii="Tahoma" w:hAnsi="Tahoma" w:cs="Tahoma"/>
          <w:rtl/>
        </w:rPr>
        <w:t xml:space="preserve"> سازگار بودند، اختلاف پنهان م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ماند</w:t>
      </w:r>
      <w:r w:rsidRPr="00E26D4C">
        <w:rPr>
          <w:rFonts w:ascii="Tahoma" w:hAnsi="Tahoma" w:cs="Tahoma"/>
          <w:rtl/>
        </w:rPr>
        <w:t>. هرگاه تعارض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پد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د</w:t>
      </w:r>
      <w:r w:rsidRPr="00E26D4C">
        <w:rPr>
          <w:rFonts w:ascii="Tahoma" w:hAnsi="Tahoma" w:cs="Tahoma"/>
          <w:rtl/>
        </w:rPr>
        <w:t xml:space="preserve"> م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آمد،</w:t>
      </w:r>
      <w:r w:rsidRPr="00E26D4C">
        <w:rPr>
          <w:rFonts w:ascii="Tahoma" w:hAnsi="Tahoma" w:cs="Tahoma"/>
          <w:rtl/>
        </w:rPr>
        <w:t xml:space="preserve"> معلوم نبود کدام‌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ک</w:t>
      </w:r>
      <w:r w:rsidRPr="00E26D4C">
        <w:rPr>
          <w:rFonts w:ascii="Tahoma" w:hAnsi="Tahoma" w:cs="Tahoma"/>
          <w:rtl/>
        </w:rPr>
        <w:t xml:space="preserve"> با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د</w:t>
      </w:r>
      <w:r w:rsidRPr="00E26D4C">
        <w:rPr>
          <w:rFonts w:ascii="Tahoma" w:hAnsi="Tahoma" w:cs="Tahoma"/>
          <w:rtl/>
        </w:rPr>
        <w:t xml:space="preserve"> عقب بنش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ند</w:t>
      </w:r>
      <w:r w:rsidRPr="00E26D4C">
        <w:rPr>
          <w:rFonts w:ascii="Tahoma" w:hAnsi="Tahoma" w:cs="Tahoma"/>
          <w:rtl/>
        </w:rPr>
        <w:t>.</w:t>
      </w:r>
    </w:p>
    <w:p w:rsidR="00E26D4C" w:rsidRPr="00E26D4C" w:rsidRDefault="00E26D4C" w:rsidP="00E26D4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26D4C">
        <w:rPr>
          <w:rFonts w:ascii="Tahoma" w:hAnsi="Tahoma" w:cs="Tahoma" w:hint="eastAsia"/>
          <w:rtl/>
        </w:rPr>
        <w:t>صفو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ان</w:t>
      </w:r>
      <w:r w:rsidRPr="00E26D4C">
        <w:rPr>
          <w:rFonts w:ascii="Tahoma" w:hAnsi="Tahoma" w:cs="Tahoma"/>
          <w:rtl/>
        </w:rPr>
        <w:t xml:space="preserve"> برا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تنظ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م</w:t>
      </w:r>
      <w:r w:rsidRPr="00E26D4C">
        <w:rPr>
          <w:rFonts w:ascii="Tahoma" w:hAnsi="Tahoma" w:cs="Tahoma"/>
          <w:rtl/>
        </w:rPr>
        <w:t xml:space="preserve"> 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ن</w:t>
      </w:r>
      <w:r w:rsidRPr="00E26D4C">
        <w:rPr>
          <w:rFonts w:ascii="Tahoma" w:hAnsi="Tahoma" w:cs="Tahoma"/>
          <w:rtl/>
        </w:rPr>
        <w:t xml:space="preserve"> رابطه مقام‌ها</w:t>
      </w:r>
      <w:r w:rsidRPr="00E26D4C">
        <w:rPr>
          <w:rFonts w:ascii="Tahoma" w:hAnsi="Tahoma" w:cs="Tahoma" w:hint="cs"/>
          <w:rtl/>
        </w:rPr>
        <w:t>یی</w:t>
      </w:r>
      <w:r w:rsidRPr="00E26D4C">
        <w:rPr>
          <w:rFonts w:ascii="Tahoma" w:hAnsi="Tahoma" w:cs="Tahoma"/>
          <w:rtl/>
        </w:rPr>
        <w:t xml:space="preserve"> چون صدر، ش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خ‌الاسلام،</w:t>
      </w:r>
      <w:r w:rsidRPr="00E26D4C">
        <w:rPr>
          <w:rFonts w:ascii="Tahoma" w:hAnsi="Tahoma" w:cs="Tahoma"/>
          <w:rtl/>
        </w:rPr>
        <w:t xml:space="preserve"> قاض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و ملاباش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را به کار گرفتند 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ا</w:t>
      </w:r>
      <w:r w:rsidRPr="00E26D4C">
        <w:rPr>
          <w:rFonts w:ascii="Tahoma" w:hAnsi="Tahoma" w:cs="Tahoma"/>
          <w:rtl/>
        </w:rPr>
        <w:t xml:space="preserve"> گسترش دادند. 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ن</w:t>
      </w:r>
      <w:r w:rsidRPr="00E26D4C">
        <w:rPr>
          <w:rFonts w:ascii="Tahoma" w:hAnsi="Tahoma" w:cs="Tahoma"/>
          <w:rtl/>
        </w:rPr>
        <w:t xml:space="preserve"> مقام‌ها د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نکاران</w:t>
      </w:r>
      <w:r w:rsidRPr="00E26D4C">
        <w:rPr>
          <w:rFonts w:ascii="Tahoma" w:hAnsi="Tahoma" w:cs="Tahoma"/>
          <w:rtl/>
        </w:rPr>
        <w:t xml:space="preserve"> را به درون حکومت م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آوردند</w:t>
      </w:r>
      <w:r w:rsidRPr="00E26D4C">
        <w:rPr>
          <w:rFonts w:ascii="Tahoma" w:hAnsi="Tahoma" w:cs="Tahoma"/>
          <w:rtl/>
        </w:rPr>
        <w:t xml:space="preserve"> و حدود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ادار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برا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کار آنان 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جاد</w:t>
      </w:r>
      <w:r w:rsidRPr="00E26D4C">
        <w:rPr>
          <w:rFonts w:ascii="Tahoma" w:hAnsi="Tahoma" w:cs="Tahoma"/>
          <w:rtl/>
        </w:rPr>
        <w:t xml:space="preserve"> م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کردند</w:t>
      </w:r>
      <w:r w:rsidRPr="00E26D4C">
        <w:rPr>
          <w:rFonts w:ascii="Tahoma" w:hAnsi="Tahoma" w:cs="Tahoma"/>
          <w:rtl/>
        </w:rPr>
        <w:t>. صاحب‌منصب مذهب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فرمان انتصاب م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گرفت،</w:t>
      </w:r>
      <w:r w:rsidRPr="00E26D4C">
        <w:rPr>
          <w:rFonts w:ascii="Tahoma" w:hAnsi="Tahoma" w:cs="Tahoma"/>
          <w:rtl/>
        </w:rPr>
        <w:t xml:space="preserve"> درآمد در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افت</w:t>
      </w:r>
      <w:r w:rsidRPr="00E26D4C">
        <w:rPr>
          <w:rFonts w:ascii="Tahoma" w:hAnsi="Tahoma" w:cs="Tahoma"/>
          <w:rtl/>
        </w:rPr>
        <w:t xml:space="preserve"> م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کرد</w:t>
      </w:r>
      <w:r w:rsidRPr="00E26D4C">
        <w:rPr>
          <w:rFonts w:ascii="Tahoma" w:hAnsi="Tahoma" w:cs="Tahoma"/>
          <w:rtl/>
        </w:rPr>
        <w:t xml:space="preserve"> و وظ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فه‌ا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شناخته‌شده داشت.</w:t>
      </w:r>
    </w:p>
    <w:p w:rsidR="00E26D4C" w:rsidRPr="00E26D4C" w:rsidRDefault="00E26D4C" w:rsidP="00E26D4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26D4C">
        <w:rPr>
          <w:rFonts w:ascii="Tahoma" w:hAnsi="Tahoma" w:cs="Tahoma" w:hint="eastAsia"/>
          <w:rtl/>
        </w:rPr>
        <w:t>اما</w:t>
      </w:r>
      <w:r w:rsidRPr="00E26D4C">
        <w:rPr>
          <w:rFonts w:ascii="Tahoma" w:hAnsi="Tahoma" w:cs="Tahoma"/>
          <w:rtl/>
        </w:rPr>
        <w:t xml:space="preserve"> د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نکار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را نم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توانستند</w:t>
      </w:r>
      <w:r w:rsidRPr="00E26D4C">
        <w:rPr>
          <w:rFonts w:ascii="Tahoma" w:hAnsi="Tahoma" w:cs="Tahoma"/>
          <w:rtl/>
        </w:rPr>
        <w:t xml:space="preserve"> درست مانند مستوف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ا</w:t>
      </w:r>
      <w:r w:rsidRPr="00E26D4C">
        <w:rPr>
          <w:rFonts w:ascii="Tahoma" w:hAnsi="Tahoma" w:cs="Tahoma"/>
          <w:rtl/>
        </w:rPr>
        <w:t xml:space="preserve"> فرمانده قشون اداره کنند. مستوف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اگر از مقام برکنار م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شد</w:t>
      </w:r>
      <w:r w:rsidRPr="00E26D4C">
        <w:rPr>
          <w:rFonts w:ascii="Tahoma" w:hAnsi="Tahoma" w:cs="Tahoma"/>
          <w:rtl/>
        </w:rPr>
        <w:t xml:space="preserve"> بخش عمدهٔ اخت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ار</w:t>
      </w:r>
      <w:r w:rsidRPr="00E26D4C">
        <w:rPr>
          <w:rFonts w:ascii="Tahoma" w:hAnsi="Tahoma" w:cs="Tahoma"/>
          <w:rtl/>
        </w:rPr>
        <w:t xml:space="preserve"> ادار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خود را از دست م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داد</w:t>
      </w:r>
      <w:r w:rsidRPr="00E26D4C">
        <w:rPr>
          <w:rFonts w:ascii="Tahoma" w:hAnsi="Tahoma" w:cs="Tahoma"/>
          <w:rtl/>
        </w:rPr>
        <w:t>. فرمانده ن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ز</w:t>
      </w:r>
      <w:r w:rsidRPr="00E26D4C">
        <w:rPr>
          <w:rFonts w:ascii="Tahoma" w:hAnsi="Tahoma" w:cs="Tahoma"/>
          <w:rtl/>
        </w:rPr>
        <w:t xml:space="preserve"> اگر قشون و ولا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تش</w:t>
      </w:r>
      <w:r w:rsidRPr="00E26D4C">
        <w:rPr>
          <w:rFonts w:ascii="Tahoma" w:hAnsi="Tahoma" w:cs="Tahoma"/>
          <w:rtl/>
        </w:rPr>
        <w:t xml:space="preserve"> گرفته م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شد</w:t>
      </w:r>
      <w:r w:rsidRPr="00E26D4C">
        <w:rPr>
          <w:rFonts w:ascii="Tahoma" w:hAnsi="Tahoma" w:cs="Tahoma"/>
          <w:rtl/>
        </w:rPr>
        <w:t xml:space="preserve"> قدرتش کاهش م</w:t>
      </w:r>
      <w:r w:rsidRPr="00E26D4C">
        <w:rPr>
          <w:rFonts w:ascii="Tahoma" w:hAnsi="Tahoma" w:cs="Tahoma" w:hint="cs"/>
          <w:rtl/>
        </w:rPr>
        <w:t>ی‌ی</w:t>
      </w:r>
      <w:r w:rsidRPr="00E26D4C">
        <w:rPr>
          <w:rFonts w:ascii="Tahoma" w:hAnsi="Tahoma" w:cs="Tahoma" w:hint="eastAsia"/>
          <w:rtl/>
        </w:rPr>
        <w:t>افت</w:t>
      </w:r>
      <w:r w:rsidRPr="00E26D4C">
        <w:rPr>
          <w:rFonts w:ascii="Tahoma" w:hAnsi="Tahoma" w:cs="Tahoma"/>
          <w:rtl/>
        </w:rPr>
        <w:t>. فق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ه</w:t>
      </w:r>
      <w:r w:rsidRPr="00E26D4C">
        <w:rPr>
          <w:rFonts w:ascii="Tahoma" w:hAnsi="Tahoma" w:cs="Tahoma"/>
          <w:rtl/>
        </w:rPr>
        <w:t xml:space="preserve"> برکنارشده ممکن بود همچنان شاگرد، مدرسه</w:t>
      </w:r>
      <w:r w:rsidRPr="00E26D4C">
        <w:rPr>
          <w:rFonts w:ascii="Tahoma" w:hAnsi="Tahoma" w:cs="Tahoma" w:hint="eastAsia"/>
          <w:rtl/>
        </w:rPr>
        <w:t>،</w:t>
      </w:r>
      <w:r w:rsidRPr="00E26D4C">
        <w:rPr>
          <w:rFonts w:ascii="Tahoma" w:hAnsi="Tahoma" w:cs="Tahoma"/>
          <w:rtl/>
        </w:rPr>
        <w:t xml:space="preserve"> کتاب، خانواده و اعتماد مردم را حفظ کند.</w:t>
      </w:r>
    </w:p>
    <w:p w:rsidR="00E26D4C" w:rsidRPr="00E26D4C" w:rsidRDefault="00E26D4C" w:rsidP="00E26D4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26D4C">
        <w:rPr>
          <w:rFonts w:ascii="Tahoma" w:hAnsi="Tahoma" w:cs="Tahoma" w:hint="eastAsia"/>
          <w:rtl/>
        </w:rPr>
        <w:t>هم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ن</w:t>
      </w:r>
      <w:r w:rsidRPr="00E26D4C">
        <w:rPr>
          <w:rFonts w:ascii="Tahoma" w:hAnsi="Tahoma" w:cs="Tahoma"/>
          <w:rtl/>
        </w:rPr>
        <w:t xml:space="preserve"> تفاوت سبب شد دستگاه د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نکار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به‌تدر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ج</w:t>
      </w:r>
      <w:r w:rsidRPr="00E26D4C">
        <w:rPr>
          <w:rFonts w:ascii="Tahoma" w:hAnsi="Tahoma" w:cs="Tahoma"/>
          <w:rtl/>
        </w:rPr>
        <w:t xml:space="preserve"> دو بخش پ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دا</w:t>
      </w:r>
      <w:r w:rsidRPr="00E26D4C">
        <w:rPr>
          <w:rFonts w:ascii="Tahoma" w:hAnsi="Tahoma" w:cs="Tahoma"/>
          <w:rtl/>
        </w:rPr>
        <w:t xml:space="preserve"> کند، ب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آنکه</w:t>
      </w:r>
      <w:r w:rsidRPr="00E26D4C">
        <w:rPr>
          <w:rFonts w:ascii="Tahoma" w:hAnsi="Tahoma" w:cs="Tahoma"/>
          <w:rtl/>
        </w:rPr>
        <w:t xml:space="preserve"> م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ان</w:t>
      </w:r>
      <w:r w:rsidRPr="00E26D4C">
        <w:rPr>
          <w:rFonts w:ascii="Tahoma" w:hAnsi="Tahoma" w:cs="Tahoma"/>
          <w:rtl/>
        </w:rPr>
        <w:t xml:space="preserve"> آنها مرز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روشن وجود داشته باشد. بخش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از قدرتش رسم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و حکومت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بود؛ از مقام، مستمر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و فرمان شاه م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آمد</w:t>
      </w:r>
      <w:r w:rsidRPr="00E26D4C">
        <w:rPr>
          <w:rFonts w:ascii="Tahoma" w:hAnsi="Tahoma" w:cs="Tahoma"/>
          <w:rtl/>
        </w:rPr>
        <w:t>. بخش د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گر</w:t>
      </w:r>
      <w:r w:rsidRPr="00E26D4C">
        <w:rPr>
          <w:rFonts w:ascii="Tahoma" w:hAnsi="Tahoma" w:cs="Tahoma"/>
          <w:rtl/>
        </w:rPr>
        <w:t xml:space="preserve"> در جامعه ساخته م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شد؛</w:t>
      </w:r>
      <w:r w:rsidRPr="00E26D4C">
        <w:rPr>
          <w:rFonts w:ascii="Tahoma" w:hAnsi="Tahoma" w:cs="Tahoma"/>
          <w:rtl/>
        </w:rPr>
        <w:t xml:space="preserve"> از دانش، خاندان، شاگردان، موقوفات و مراجعهٔ مردم سرچ</w:t>
      </w:r>
      <w:r w:rsidRPr="00E26D4C">
        <w:rPr>
          <w:rFonts w:ascii="Tahoma" w:hAnsi="Tahoma" w:cs="Tahoma" w:hint="eastAsia"/>
          <w:rtl/>
        </w:rPr>
        <w:t>شمه</w:t>
      </w:r>
      <w:r w:rsidRPr="00E26D4C">
        <w:rPr>
          <w:rFonts w:ascii="Tahoma" w:hAnsi="Tahoma" w:cs="Tahoma"/>
          <w:rtl/>
        </w:rPr>
        <w:t xml:space="preserve"> م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گرفت</w:t>
      </w:r>
      <w:r w:rsidRPr="00E26D4C">
        <w:rPr>
          <w:rFonts w:ascii="Tahoma" w:hAnsi="Tahoma" w:cs="Tahoma"/>
          <w:rtl/>
        </w:rPr>
        <w:t>.</w:t>
      </w:r>
    </w:p>
    <w:p w:rsidR="00E26D4C" w:rsidRPr="00E26D4C" w:rsidRDefault="00E26D4C" w:rsidP="00E26D4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26D4C">
        <w:rPr>
          <w:rFonts w:ascii="Tahoma" w:hAnsi="Tahoma" w:cs="Tahoma" w:hint="eastAsia"/>
          <w:rtl/>
        </w:rPr>
        <w:t>مدرسه</w:t>
      </w:r>
      <w:r w:rsidRPr="00E26D4C">
        <w:rPr>
          <w:rFonts w:ascii="Tahoma" w:hAnsi="Tahoma" w:cs="Tahoma"/>
          <w:rtl/>
        </w:rPr>
        <w:t xml:space="preserve"> مهم‌تر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ن</w:t>
      </w:r>
      <w:r w:rsidRPr="00E26D4C">
        <w:rPr>
          <w:rFonts w:ascii="Tahoma" w:hAnsi="Tahoma" w:cs="Tahoma"/>
          <w:rtl/>
        </w:rPr>
        <w:t xml:space="preserve"> وس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لهٔ</w:t>
      </w:r>
      <w:r w:rsidRPr="00E26D4C">
        <w:rPr>
          <w:rFonts w:ascii="Tahoma" w:hAnsi="Tahoma" w:cs="Tahoma"/>
          <w:rtl/>
        </w:rPr>
        <w:t xml:space="preserve"> انتقال 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ن</w:t>
      </w:r>
      <w:r w:rsidRPr="00E26D4C">
        <w:rPr>
          <w:rFonts w:ascii="Tahoma" w:hAnsi="Tahoma" w:cs="Tahoma"/>
          <w:rtl/>
        </w:rPr>
        <w:t xml:space="preserve"> قدرت بود. صاحب‌منصب پس از مرگ از م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ان</w:t>
      </w:r>
      <w:r w:rsidRPr="00E26D4C">
        <w:rPr>
          <w:rFonts w:ascii="Tahoma" w:hAnsi="Tahoma" w:cs="Tahoma"/>
          <w:rtl/>
        </w:rPr>
        <w:t xml:space="preserve"> م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رفت،</w:t>
      </w:r>
      <w:r w:rsidRPr="00E26D4C">
        <w:rPr>
          <w:rFonts w:ascii="Tahoma" w:hAnsi="Tahoma" w:cs="Tahoma"/>
          <w:rtl/>
        </w:rPr>
        <w:t xml:space="preserve"> اما شاگردانش باق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م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ماندند</w:t>
      </w:r>
      <w:r w:rsidRPr="00E26D4C">
        <w:rPr>
          <w:rFonts w:ascii="Tahoma" w:hAnsi="Tahoma" w:cs="Tahoma"/>
          <w:rtl/>
        </w:rPr>
        <w:t xml:space="preserve"> و دانش او را به شهرها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د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گر</w:t>
      </w:r>
      <w:r w:rsidRPr="00E26D4C">
        <w:rPr>
          <w:rFonts w:ascii="Tahoma" w:hAnsi="Tahoma" w:cs="Tahoma"/>
          <w:rtl/>
        </w:rPr>
        <w:t xml:space="preserve"> م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بردند</w:t>
      </w:r>
      <w:r w:rsidRPr="00E26D4C">
        <w:rPr>
          <w:rFonts w:ascii="Tahoma" w:hAnsi="Tahoma" w:cs="Tahoma"/>
          <w:rtl/>
        </w:rPr>
        <w:t>. کتاب ن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ز</w:t>
      </w:r>
      <w:r w:rsidRPr="00E26D4C">
        <w:rPr>
          <w:rFonts w:ascii="Tahoma" w:hAnsi="Tahoma" w:cs="Tahoma"/>
          <w:rtl/>
        </w:rPr>
        <w:t xml:space="preserve"> م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توانست</w:t>
      </w:r>
      <w:r w:rsidRPr="00E26D4C">
        <w:rPr>
          <w:rFonts w:ascii="Tahoma" w:hAnsi="Tahoma" w:cs="Tahoma"/>
          <w:rtl/>
        </w:rPr>
        <w:t xml:space="preserve"> بدون حضور نو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سنده</w:t>
      </w:r>
      <w:r w:rsidRPr="00E26D4C">
        <w:rPr>
          <w:rFonts w:ascii="Tahoma" w:hAnsi="Tahoma" w:cs="Tahoma"/>
          <w:rtl/>
        </w:rPr>
        <w:t xml:space="preserve"> در نسل‌ها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بعد اثر بگذارد. بد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ن‌سان،</w:t>
      </w:r>
      <w:r w:rsidRPr="00E26D4C">
        <w:rPr>
          <w:rFonts w:ascii="Tahoma" w:hAnsi="Tahoma" w:cs="Tahoma"/>
          <w:rtl/>
        </w:rPr>
        <w:t xml:space="preserve"> دستگاه د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نکار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حافظه‌ا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پ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دا</w:t>
      </w:r>
      <w:r w:rsidRPr="00E26D4C">
        <w:rPr>
          <w:rFonts w:ascii="Tahoma" w:hAnsi="Tahoma" w:cs="Tahoma"/>
          <w:rtl/>
        </w:rPr>
        <w:t xml:space="preserve"> کرد که ا</w:t>
      </w:r>
      <w:r w:rsidRPr="00E26D4C">
        <w:rPr>
          <w:rFonts w:ascii="Tahoma" w:hAnsi="Tahoma" w:cs="Tahoma" w:hint="eastAsia"/>
          <w:rtl/>
        </w:rPr>
        <w:t>ز</w:t>
      </w:r>
      <w:r w:rsidRPr="00E26D4C">
        <w:rPr>
          <w:rFonts w:ascii="Tahoma" w:hAnsi="Tahoma" w:cs="Tahoma"/>
          <w:rtl/>
        </w:rPr>
        <w:t xml:space="preserve"> عمر شاهان و وز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ران</w:t>
      </w:r>
      <w:r w:rsidRPr="00E26D4C">
        <w:rPr>
          <w:rFonts w:ascii="Tahoma" w:hAnsi="Tahoma" w:cs="Tahoma"/>
          <w:rtl/>
        </w:rPr>
        <w:t xml:space="preserve"> طولان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تر</w:t>
      </w:r>
      <w:r w:rsidRPr="00E26D4C">
        <w:rPr>
          <w:rFonts w:ascii="Tahoma" w:hAnsi="Tahoma" w:cs="Tahoma"/>
          <w:rtl/>
        </w:rPr>
        <w:t xml:space="preserve"> بود.</w:t>
      </w:r>
    </w:p>
    <w:p w:rsidR="00E26D4C" w:rsidRPr="00E26D4C" w:rsidRDefault="00E26D4C" w:rsidP="00E26D4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26D4C">
        <w:rPr>
          <w:rFonts w:ascii="Tahoma" w:hAnsi="Tahoma" w:cs="Tahoma" w:hint="eastAsia"/>
          <w:rtl/>
        </w:rPr>
        <w:t>خاندان‌ها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د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نکار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ن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ز</w:t>
      </w:r>
      <w:r w:rsidRPr="00E26D4C">
        <w:rPr>
          <w:rFonts w:ascii="Tahoma" w:hAnsi="Tahoma" w:cs="Tahoma"/>
          <w:rtl/>
        </w:rPr>
        <w:t xml:space="preserve"> در ماندگار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آن نقش داشتند. فرزند 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ک</w:t>
      </w:r>
      <w:r w:rsidRPr="00E26D4C">
        <w:rPr>
          <w:rFonts w:ascii="Tahoma" w:hAnsi="Tahoma" w:cs="Tahoma"/>
          <w:rtl/>
        </w:rPr>
        <w:t xml:space="preserve"> فق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ه</w:t>
      </w:r>
      <w:r w:rsidRPr="00E26D4C">
        <w:rPr>
          <w:rFonts w:ascii="Tahoma" w:hAnsi="Tahoma" w:cs="Tahoma"/>
          <w:rtl/>
        </w:rPr>
        <w:t xml:space="preserve"> به کتابخانه، استادان، شاگردان و ارتباطات پدر دسترس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داشت. ازدواج م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ان</w:t>
      </w:r>
      <w:r w:rsidRPr="00E26D4C">
        <w:rPr>
          <w:rFonts w:ascii="Tahoma" w:hAnsi="Tahoma" w:cs="Tahoma"/>
          <w:rtl/>
        </w:rPr>
        <w:t xml:space="preserve"> خاندان‌ها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د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نکار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،</w:t>
      </w:r>
      <w:r w:rsidRPr="00E26D4C">
        <w:rPr>
          <w:rFonts w:ascii="Tahoma" w:hAnsi="Tahoma" w:cs="Tahoma"/>
          <w:rtl/>
        </w:rPr>
        <w:t xml:space="preserve"> د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وان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،</w:t>
      </w:r>
      <w:r w:rsidRPr="00E26D4C">
        <w:rPr>
          <w:rFonts w:ascii="Tahoma" w:hAnsi="Tahoma" w:cs="Tahoma"/>
          <w:rtl/>
        </w:rPr>
        <w:t xml:space="preserve"> بازار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و گاه سلطنت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،</w:t>
      </w:r>
      <w:r w:rsidRPr="00E26D4C">
        <w:rPr>
          <w:rFonts w:ascii="Tahoma" w:hAnsi="Tahoma" w:cs="Tahoma"/>
          <w:rtl/>
        </w:rPr>
        <w:t xml:space="preserve"> شبکه‌ها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نفوذ را گسترش م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داد</w:t>
      </w:r>
      <w:r w:rsidRPr="00E26D4C">
        <w:rPr>
          <w:rFonts w:ascii="Tahoma" w:hAnsi="Tahoma" w:cs="Tahoma"/>
          <w:rtl/>
        </w:rPr>
        <w:t>. مقام علم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در اصل با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د</w:t>
      </w:r>
      <w:r w:rsidRPr="00E26D4C">
        <w:rPr>
          <w:rFonts w:ascii="Tahoma" w:hAnsi="Tahoma" w:cs="Tahoma"/>
          <w:rtl/>
        </w:rPr>
        <w:t xml:space="preserve"> بر دانش استوار م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بود،</w:t>
      </w:r>
      <w:r w:rsidRPr="00E26D4C">
        <w:rPr>
          <w:rFonts w:ascii="Tahoma" w:hAnsi="Tahoma" w:cs="Tahoma"/>
          <w:rtl/>
        </w:rPr>
        <w:t xml:space="preserve"> اما خانواده راه دست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اب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به آن دانش و مقام را آسان‌تر م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کرد</w:t>
      </w:r>
      <w:r w:rsidRPr="00E26D4C">
        <w:rPr>
          <w:rFonts w:ascii="Tahoma" w:hAnsi="Tahoma" w:cs="Tahoma"/>
          <w:rtl/>
        </w:rPr>
        <w:t>.</w:t>
      </w:r>
    </w:p>
    <w:p w:rsidR="00E26D4C" w:rsidRPr="00E26D4C" w:rsidRDefault="00E26D4C" w:rsidP="00E26D4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26D4C">
        <w:rPr>
          <w:rFonts w:ascii="Tahoma" w:hAnsi="Tahoma" w:cs="Tahoma" w:hint="eastAsia"/>
          <w:rtl/>
        </w:rPr>
        <w:t>وقف</w:t>
      </w:r>
      <w:r w:rsidRPr="00E26D4C">
        <w:rPr>
          <w:rFonts w:ascii="Tahoma" w:hAnsi="Tahoma" w:cs="Tahoma"/>
          <w:rtl/>
        </w:rPr>
        <w:t xml:space="preserve"> پا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هٔ</w:t>
      </w:r>
      <w:r w:rsidRPr="00E26D4C">
        <w:rPr>
          <w:rFonts w:ascii="Tahoma" w:hAnsi="Tahoma" w:cs="Tahoma"/>
          <w:rtl/>
        </w:rPr>
        <w:t xml:space="preserve"> مال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ن</w:t>
      </w:r>
      <w:r w:rsidRPr="00E26D4C">
        <w:rPr>
          <w:rFonts w:ascii="Tahoma" w:hAnsi="Tahoma" w:cs="Tahoma"/>
          <w:rtl/>
        </w:rPr>
        <w:t xml:space="preserve"> ماندگار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را فراهم کرد. زم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ن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که برا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مدرسه، مسجد، ز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ارتگاه</w:t>
      </w:r>
      <w:r w:rsidRPr="00E26D4C">
        <w:rPr>
          <w:rFonts w:ascii="Tahoma" w:hAnsi="Tahoma" w:cs="Tahoma"/>
          <w:rtl/>
        </w:rPr>
        <w:t xml:space="preserve"> 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ا</w:t>
      </w:r>
      <w:r w:rsidRPr="00E26D4C">
        <w:rPr>
          <w:rFonts w:ascii="Tahoma" w:hAnsi="Tahoma" w:cs="Tahoma"/>
          <w:rtl/>
        </w:rPr>
        <w:t xml:space="preserve"> طلاب وقف م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شد</w:t>
      </w:r>
      <w:r w:rsidRPr="00E26D4C">
        <w:rPr>
          <w:rFonts w:ascii="Tahoma" w:hAnsi="Tahoma" w:cs="Tahoma"/>
          <w:rtl/>
        </w:rPr>
        <w:t xml:space="preserve"> قرار بود درآمدش به مصرف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مع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ن</w:t>
      </w:r>
      <w:r w:rsidRPr="00E26D4C">
        <w:rPr>
          <w:rFonts w:ascii="Tahoma" w:hAnsi="Tahoma" w:cs="Tahoma"/>
          <w:rtl/>
        </w:rPr>
        <w:t xml:space="preserve"> برسد و اصل آن باق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بماند. شاه م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توانست</w:t>
      </w:r>
      <w:r w:rsidRPr="00E26D4C">
        <w:rPr>
          <w:rFonts w:ascii="Tahoma" w:hAnsi="Tahoma" w:cs="Tahoma"/>
          <w:rtl/>
        </w:rPr>
        <w:t xml:space="preserve"> متول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را تغ</w:t>
      </w:r>
      <w:r w:rsidRPr="00E26D4C">
        <w:rPr>
          <w:rFonts w:ascii="Tahoma" w:hAnsi="Tahoma" w:cs="Tahoma" w:hint="cs"/>
          <w:rtl/>
        </w:rPr>
        <w:t>یی</w:t>
      </w:r>
      <w:r w:rsidRPr="00E26D4C">
        <w:rPr>
          <w:rFonts w:ascii="Tahoma" w:hAnsi="Tahoma" w:cs="Tahoma" w:hint="eastAsia"/>
          <w:rtl/>
        </w:rPr>
        <w:t>ر</w:t>
      </w:r>
      <w:r w:rsidRPr="00E26D4C">
        <w:rPr>
          <w:rFonts w:ascii="Tahoma" w:hAnsi="Tahoma" w:cs="Tahoma"/>
          <w:rtl/>
        </w:rPr>
        <w:t xml:space="preserve"> دهد 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ا</w:t>
      </w:r>
      <w:r w:rsidRPr="00E26D4C">
        <w:rPr>
          <w:rFonts w:ascii="Tahoma" w:hAnsi="Tahoma" w:cs="Tahoma"/>
          <w:rtl/>
        </w:rPr>
        <w:t xml:space="preserve"> در ادارهٔ موقوفه دخالت کند، اما بازگرداندن همهٔ اموال وقف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به خزانه </w:t>
      </w:r>
      <w:r w:rsidRPr="00E26D4C">
        <w:rPr>
          <w:rFonts w:ascii="Tahoma" w:hAnsi="Tahoma" w:cs="Tahoma" w:hint="eastAsia"/>
          <w:rtl/>
        </w:rPr>
        <w:t>با</w:t>
      </w:r>
      <w:r w:rsidRPr="00E26D4C">
        <w:rPr>
          <w:rFonts w:ascii="Tahoma" w:hAnsi="Tahoma" w:cs="Tahoma"/>
          <w:rtl/>
        </w:rPr>
        <w:t xml:space="preserve"> مانع مذهب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و اجتماع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روبه‌رو بود.</w:t>
      </w:r>
    </w:p>
    <w:p w:rsidR="00E26D4C" w:rsidRPr="00E26D4C" w:rsidRDefault="00E26D4C" w:rsidP="00E26D4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26D4C">
        <w:rPr>
          <w:rFonts w:ascii="Tahoma" w:hAnsi="Tahoma" w:cs="Tahoma" w:hint="eastAsia"/>
          <w:rtl/>
        </w:rPr>
        <w:t>هر</w:t>
      </w:r>
      <w:r w:rsidRPr="00E26D4C">
        <w:rPr>
          <w:rFonts w:ascii="Tahoma" w:hAnsi="Tahoma" w:cs="Tahoma"/>
          <w:rtl/>
        </w:rPr>
        <w:t xml:space="preserve"> موقوفه بخش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از دستگاه د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ن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را از پرداخت روزانهٔ شاه ب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ن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ازتر</w:t>
      </w:r>
      <w:r w:rsidRPr="00E26D4C">
        <w:rPr>
          <w:rFonts w:ascii="Tahoma" w:hAnsi="Tahoma" w:cs="Tahoma"/>
          <w:rtl/>
        </w:rPr>
        <w:t xml:space="preserve"> م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کرد</w:t>
      </w:r>
      <w:r w:rsidRPr="00E26D4C">
        <w:rPr>
          <w:rFonts w:ascii="Tahoma" w:hAnsi="Tahoma" w:cs="Tahoma"/>
          <w:rtl/>
        </w:rPr>
        <w:t>. مدرسه‌ا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که از درآمد روستا 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ا</w:t>
      </w:r>
      <w:r w:rsidRPr="00E26D4C">
        <w:rPr>
          <w:rFonts w:ascii="Tahoma" w:hAnsi="Tahoma" w:cs="Tahoma"/>
          <w:rtl/>
        </w:rPr>
        <w:t xml:space="preserve"> بازار بهره م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گرفت</w:t>
      </w:r>
      <w:r w:rsidRPr="00E26D4C">
        <w:rPr>
          <w:rFonts w:ascii="Tahoma" w:hAnsi="Tahoma" w:cs="Tahoma"/>
          <w:rtl/>
        </w:rPr>
        <w:t xml:space="preserve"> م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توانست</w:t>
      </w:r>
      <w:r w:rsidRPr="00E26D4C">
        <w:rPr>
          <w:rFonts w:ascii="Tahoma" w:hAnsi="Tahoma" w:cs="Tahoma"/>
          <w:rtl/>
        </w:rPr>
        <w:t xml:space="preserve"> حت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پس از مرگ بان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ا</w:t>
      </w:r>
      <w:r w:rsidRPr="00E26D4C">
        <w:rPr>
          <w:rFonts w:ascii="Tahoma" w:hAnsi="Tahoma" w:cs="Tahoma"/>
          <w:rtl/>
        </w:rPr>
        <w:t xml:space="preserve"> تغ</w:t>
      </w:r>
      <w:r w:rsidRPr="00E26D4C">
        <w:rPr>
          <w:rFonts w:ascii="Tahoma" w:hAnsi="Tahoma" w:cs="Tahoma" w:hint="cs"/>
          <w:rtl/>
        </w:rPr>
        <w:t>یی</w:t>
      </w:r>
      <w:r w:rsidRPr="00E26D4C">
        <w:rPr>
          <w:rFonts w:ascii="Tahoma" w:hAnsi="Tahoma" w:cs="Tahoma" w:hint="eastAsia"/>
          <w:rtl/>
        </w:rPr>
        <w:t>ر</w:t>
      </w:r>
      <w:r w:rsidRPr="00E26D4C">
        <w:rPr>
          <w:rFonts w:ascii="Tahoma" w:hAnsi="Tahoma" w:cs="Tahoma"/>
          <w:rtl/>
        </w:rPr>
        <w:t xml:space="preserve"> فرمانروا ادامه دهد. تاج امکان 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جاد</w:t>
      </w:r>
      <w:r w:rsidRPr="00E26D4C">
        <w:rPr>
          <w:rFonts w:ascii="Tahoma" w:hAnsi="Tahoma" w:cs="Tahoma"/>
          <w:rtl/>
        </w:rPr>
        <w:t xml:space="preserve"> 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ن</w:t>
      </w:r>
      <w:r w:rsidRPr="00E26D4C">
        <w:rPr>
          <w:rFonts w:ascii="Tahoma" w:hAnsi="Tahoma" w:cs="Tahoma"/>
          <w:rtl/>
        </w:rPr>
        <w:t xml:space="preserve"> منابع را فراهم کرده بود، اما پس از وقف نم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توانست</w:t>
      </w:r>
      <w:r w:rsidRPr="00E26D4C">
        <w:rPr>
          <w:rFonts w:ascii="Tahoma" w:hAnsi="Tahoma" w:cs="Tahoma"/>
          <w:rtl/>
        </w:rPr>
        <w:t xml:space="preserve"> هم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شه</w:t>
      </w:r>
      <w:r w:rsidRPr="00E26D4C">
        <w:rPr>
          <w:rFonts w:ascii="Tahoma" w:hAnsi="Tahoma" w:cs="Tahoma"/>
          <w:rtl/>
        </w:rPr>
        <w:t xml:space="preserve"> </w:t>
      </w:r>
      <w:r w:rsidRPr="00E26D4C">
        <w:rPr>
          <w:rFonts w:ascii="Tahoma" w:hAnsi="Tahoma" w:cs="Tahoma" w:hint="eastAsia"/>
          <w:rtl/>
        </w:rPr>
        <w:t>آنها</w:t>
      </w:r>
      <w:r w:rsidRPr="00E26D4C">
        <w:rPr>
          <w:rFonts w:ascii="Tahoma" w:hAnsi="Tahoma" w:cs="Tahoma"/>
          <w:rtl/>
        </w:rPr>
        <w:t xml:space="preserve"> را مانند دارا</w:t>
      </w:r>
      <w:r w:rsidRPr="00E26D4C">
        <w:rPr>
          <w:rFonts w:ascii="Tahoma" w:hAnsi="Tahoma" w:cs="Tahoma" w:hint="cs"/>
          <w:rtl/>
        </w:rPr>
        <w:t>یی</w:t>
      </w:r>
      <w:r w:rsidRPr="00E26D4C">
        <w:rPr>
          <w:rFonts w:ascii="Tahoma" w:hAnsi="Tahoma" w:cs="Tahoma"/>
          <w:rtl/>
        </w:rPr>
        <w:t xml:space="preserve"> شخص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خود مصرف کند.</w:t>
      </w:r>
    </w:p>
    <w:p w:rsidR="00E26D4C" w:rsidRPr="00E26D4C" w:rsidRDefault="00E26D4C" w:rsidP="00E26D4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26D4C">
        <w:rPr>
          <w:rFonts w:ascii="Tahoma" w:hAnsi="Tahoma" w:cs="Tahoma" w:hint="eastAsia"/>
          <w:rtl/>
        </w:rPr>
        <w:t>ارتباط</w:t>
      </w:r>
      <w:r w:rsidRPr="00E26D4C">
        <w:rPr>
          <w:rFonts w:ascii="Tahoma" w:hAnsi="Tahoma" w:cs="Tahoma"/>
          <w:rtl/>
        </w:rPr>
        <w:t xml:space="preserve"> با بازار ن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ز</w:t>
      </w:r>
      <w:r w:rsidRPr="00E26D4C">
        <w:rPr>
          <w:rFonts w:ascii="Tahoma" w:hAnsi="Tahoma" w:cs="Tahoma"/>
          <w:rtl/>
        </w:rPr>
        <w:t xml:space="preserve"> اهم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ت</w:t>
      </w:r>
      <w:r w:rsidRPr="00E26D4C">
        <w:rPr>
          <w:rFonts w:ascii="Tahoma" w:hAnsi="Tahoma" w:cs="Tahoma"/>
          <w:rtl/>
        </w:rPr>
        <w:t xml:space="preserve"> داشت. بازرگانان برا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تنظ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م</w:t>
      </w:r>
      <w:r w:rsidRPr="00E26D4C">
        <w:rPr>
          <w:rFonts w:ascii="Tahoma" w:hAnsi="Tahoma" w:cs="Tahoma"/>
          <w:rtl/>
        </w:rPr>
        <w:t xml:space="preserve"> قرارداد، وقف، ارث، اعتماد و حل اختلاف به د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نکاران</w:t>
      </w:r>
      <w:r w:rsidRPr="00E26D4C">
        <w:rPr>
          <w:rFonts w:ascii="Tahoma" w:hAnsi="Tahoma" w:cs="Tahoma"/>
          <w:rtl/>
        </w:rPr>
        <w:t xml:space="preserve"> ن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از</w:t>
      </w:r>
      <w:r w:rsidRPr="00E26D4C">
        <w:rPr>
          <w:rFonts w:ascii="Tahoma" w:hAnsi="Tahoma" w:cs="Tahoma"/>
          <w:rtl/>
        </w:rPr>
        <w:t xml:space="preserve"> پ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دا</w:t>
      </w:r>
      <w:r w:rsidRPr="00E26D4C">
        <w:rPr>
          <w:rFonts w:ascii="Tahoma" w:hAnsi="Tahoma" w:cs="Tahoma"/>
          <w:rtl/>
        </w:rPr>
        <w:t xml:space="preserve"> م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کردند</w:t>
      </w:r>
      <w:r w:rsidRPr="00E26D4C">
        <w:rPr>
          <w:rFonts w:ascii="Tahoma" w:hAnsi="Tahoma" w:cs="Tahoma"/>
          <w:rtl/>
        </w:rPr>
        <w:t>. د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نکار</w:t>
      </w:r>
      <w:r w:rsidRPr="00E26D4C">
        <w:rPr>
          <w:rFonts w:ascii="Tahoma" w:hAnsi="Tahoma" w:cs="Tahoma"/>
          <w:rtl/>
        </w:rPr>
        <w:t xml:space="preserve"> ن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ز</w:t>
      </w:r>
      <w:r w:rsidRPr="00E26D4C">
        <w:rPr>
          <w:rFonts w:ascii="Tahoma" w:hAnsi="Tahoma" w:cs="Tahoma"/>
          <w:rtl/>
        </w:rPr>
        <w:t xml:space="preserve"> از نذر، وقف، هد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ه</w:t>
      </w:r>
      <w:r w:rsidRPr="00E26D4C">
        <w:rPr>
          <w:rFonts w:ascii="Tahoma" w:hAnsi="Tahoma" w:cs="Tahoma"/>
          <w:rtl/>
        </w:rPr>
        <w:t xml:space="preserve"> و رابطه با صاحبان ثروت بهره م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گرفت</w:t>
      </w:r>
      <w:r w:rsidRPr="00E26D4C">
        <w:rPr>
          <w:rFonts w:ascii="Tahoma" w:hAnsi="Tahoma" w:cs="Tahoma"/>
          <w:rtl/>
        </w:rPr>
        <w:t>. 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ن</w:t>
      </w:r>
      <w:r w:rsidRPr="00E26D4C">
        <w:rPr>
          <w:rFonts w:ascii="Tahoma" w:hAnsi="Tahoma" w:cs="Tahoma"/>
          <w:rtl/>
        </w:rPr>
        <w:t xml:space="preserve"> پ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وند</w:t>
      </w:r>
      <w:r w:rsidRPr="00E26D4C">
        <w:rPr>
          <w:rFonts w:ascii="Tahoma" w:hAnsi="Tahoma" w:cs="Tahoma"/>
          <w:rtl/>
        </w:rPr>
        <w:t xml:space="preserve"> در دورهٔ صفو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هنوز به صورت استقلال کامل مال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د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نکاران</w:t>
      </w:r>
      <w:r w:rsidRPr="00E26D4C">
        <w:rPr>
          <w:rFonts w:ascii="Tahoma" w:hAnsi="Tahoma" w:cs="Tahoma"/>
          <w:rtl/>
        </w:rPr>
        <w:t xml:space="preserve"> از </w:t>
      </w:r>
      <w:r w:rsidRPr="00E26D4C">
        <w:rPr>
          <w:rFonts w:ascii="Tahoma" w:hAnsi="Tahoma" w:cs="Tahoma" w:hint="eastAsia"/>
          <w:rtl/>
        </w:rPr>
        <w:t>حکومت</w:t>
      </w:r>
      <w:r w:rsidRPr="00E26D4C">
        <w:rPr>
          <w:rFonts w:ascii="Tahoma" w:hAnsi="Tahoma" w:cs="Tahoma"/>
          <w:rtl/>
        </w:rPr>
        <w:t xml:space="preserve"> درن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امده</w:t>
      </w:r>
      <w:r w:rsidRPr="00E26D4C">
        <w:rPr>
          <w:rFonts w:ascii="Tahoma" w:hAnsi="Tahoma" w:cs="Tahoma"/>
          <w:rtl/>
        </w:rPr>
        <w:t xml:space="preserve"> بود، اما پا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ه‌ها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آن را پد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د</w:t>
      </w:r>
      <w:r w:rsidRPr="00E26D4C">
        <w:rPr>
          <w:rFonts w:ascii="Tahoma" w:hAnsi="Tahoma" w:cs="Tahoma"/>
          <w:rtl/>
        </w:rPr>
        <w:t xml:space="preserve"> آورد.</w:t>
      </w:r>
    </w:p>
    <w:p w:rsidR="00E26D4C" w:rsidRPr="00E26D4C" w:rsidRDefault="00E26D4C" w:rsidP="00E26D4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26D4C">
        <w:rPr>
          <w:rFonts w:ascii="Tahoma" w:hAnsi="Tahoma" w:cs="Tahoma" w:hint="eastAsia"/>
          <w:rtl/>
        </w:rPr>
        <w:t>ز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ارتگاه‌ها</w:t>
      </w:r>
      <w:r w:rsidRPr="00E26D4C">
        <w:rPr>
          <w:rFonts w:ascii="Tahoma" w:hAnsi="Tahoma" w:cs="Tahoma"/>
          <w:rtl/>
        </w:rPr>
        <w:t xml:space="preserve"> حلقهٔ د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گر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از 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ن</w:t>
      </w:r>
      <w:r w:rsidRPr="00E26D4C">
        <w:rPr>
          <w:rFonts w:ascii="Tahoma" w:hAnsi="Tahoma" w:cs="Tahoma"/>
          <w:rtl/>
        </w:rPr>
        <w:t xml:space="preserve"> شبکه بودند. مرقد امام رضا، امامزاده‌ها و مکان‌ها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مذهب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دارا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خادم، موقوفه، زائر، بازار و درآمد شدند. حما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ت</w:t>
      </w:r>
      <w:r w:rsidRPr="00E26D4C">
        <w:rPr>
          <w:rFonts w:ascii="Tahoma" w:hAnsi="Tahoma" w:cs="Tahoma"/>
          <w:rtl/>
        </w:rPr>
        <w:t xml:space="preserve"> شاهان از 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ن</w:t>
      </w:r>
      <w:r w:rsidRPr="00E26D4C">
        <w:rPr>
          <w:rFonts w:ascii="Tahoma" w:hAnsi="Tahoma" w:cs="Tahoma"/>
          <w:rtl/>
        </w:rPr>
        <w:t xml:space="preserve"> مراکز به حقان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ت</w:t>
      </w:r>
      <w:r w:rsidRPr="00E26D4C">
        <w:rPr>
          <w:rFonts w:ascii="Tahoma" w:hAnsi="Tahoma" w:cs="Tahoma"/>
          <w:rtl/>
        </w:rPr>
        <w:t xml:space="preserve"> تاج کمک م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کرد،</w:t>
      </w:r>
      <w:r w:rsidRPr="00E26D4C">
        <w:rPr>
          <w:rFonts w:ascii="Tahoma" w:hAnsi="Tahoma" w:cs="Tahoma"/>
          <w:rtl/>
        </w:rPr>
        <w:t xml:space="preserve"> اما در همان حال دستگاه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اقتصاد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و اجتماع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پ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رامون</w:t>
      </w:r>
      <w:r w:rsidRPr="00E26D4C">
        <w:rPr>
          <w:rFonts w:ascii="Tahoma" w:hAnsi="Tahoma" w:cs="Tahoma"/>
          <w:rtl/>
        </w:rPr>
        <w:t xml:space="preserve"> آنها به وجود م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آورد</w:t>
      </w:r>
      <w:r w:rsidRPr="00E26D4C">
        <w:rPr>
          <w:rFonts w:ascii="Tahoma" w:hAnsi="Tahoma" w:cs="Tahoma"/>
          <w:rtl/>
        </w:rPr>
        <w:t xml:space="preserve"> ک</w:t>
      </w:r>
      <w:r w:rsidRPr="00E26D4C">
        <w:rPr>
          <w:rFonts w:ascii="Tahoma" w:hAnsi="Tahoma" w:cs="Tahoma" w:hint="eastAsia"/>
          <w:rtl/>
        </w:rPr>
        <w:t>ه</w:t>
      </w:r>
      <w:r w:rsidRPr="00E26D4C">
        <w:rPr>
          <w:rFonts w:ascii="Tahoma" w:hAnsi="Tahoma" w:cs="Tahoma"/>
          <w:rtl/>
        </w:rPr>
        <w:t xml:space="preserve"> با تغ</w:t>
      </w:r>
      <w:r w:rsidRPr="00E26D4C">
        <w:rPr>
          <w:rFonts w:ascii="Tahoma" w:hAnsi="Tahoma" w:cs="Tahoma" w:hint="cs"/>
          <w:rtl/>
        </w:rPr>
        <w:t>یی</w:t>
      </w:r>
      <w:r w:rsidRPr="00E26D4C">
        <w:rPr>
          <w:rFonts w:ascii="Tahoma" w:hAnsi="Tahoma" w:cs="Tahoma" w:hint="eastAsia"/>
          <w:rtl/>
        </w:rPr>
        <w:t>ر</w:t>
      </w:r>
      <w:r w:rsidRPr="00E26D4C">
        <w:rPr>
          <w:rFonts w:ascii="Tahoma" w:hAnsi="Tahoma" w:cs="Tahoma"/>
          <w:rtl/>
        </w:rPr>
        <w:t xml:space="preserve"> شاه از م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ان</w:t>
      </w:r>
      <w:r w:rsidRPr="00E26D4C">
        <w:rPr>
          <w:rFonts w:ascii="Tahoma" w:hAnsi="Tahoma" w:cs="Tahoma"/>
          <w:rtl/>
        </w:rPr>
        <w:t xml:space="preserve"> نم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رفت</w:t>
      </w:r>
      <w:r w:rsidRPr="00E26D4C">
        <w:rPr>
          <w:rFonts w:ascii="Tahoma" w:hAnsi="Tahoma" w:cs="Tahoma"/>
          <w:rtl/>
        </w:rPr>
        <w:t>.</w:t>
      </w:r>
    </w:p>
    <w:p w:rsidR="00E26D4C" w:rsidRPr="00E26D4C" w:rsidRDefault="00E26D4C" w:rsidP="00E26D4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26D4C">
        <w:rPr>
          <w:rFonts w:ascii="Tahoma" w:hAnsi="Tahoma" w:cs="Tahoma" w:hint="eastAsia"/>
          <w:rtl/>
        </w:rPr>
        <w:t>آ</w:t>
      </w:r>
      <w:r w:rsidRPr="00E26D4C">
        <w:rPr>
          <w:rFonts w:ascii="Tahoma" w:hAnsi="Tahoma" w:cs="Tahoma" w:hint="cs"/>
          <w:rtl/>
        </w:rPr>
        <w:t>یی</w:t>
      </w:r>
      <w:r w:rsidRPr="00E26D4C">
        <w:rPr>
          <w:rFonts w:ascii="Tahoma" w:hAnsi="Tahoma" w:cs="Tahoma" w:hint="eastAsia"/>
          <w:rtl/>
        </w:rPr>
        <w:t>ن‌ها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مذهب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ن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ز</w:t>
      </w:r>
      <w:r w:rsidRPr="00E26D4C">
        <w:rPr>
          <w:rFonts w:ascii="Tahoma" w:hAnsi="Tahoma" w:cs="Tahoma"/>
          <w:rtl/>
        </w:rPr>
        <w:t xml:space="preserve"> قدرت عمامه را در حافظهٔ مردم جا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دادند. سوگوار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محرم، ز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ارت،</w:t>
      </w:r>
      <w:r w:rsidRPr="00E26D4C">
        <w:rPr>
          <w:rFonts w:ascii="Tahoma" w:hAnsi="Tahoma" w:cs="Tahoma"/>
          <w:rtl/>
        </w:rPr>
        <w:t xml:space="preserve"> دعا، منبر و روا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ت</w:t>
      </w:r>
      <w:r w:rsidRPr="00E26D4C">
        <w:rPr>
          <w:rFonts w:ascii="Tahoma" w:hAnsi="Tahoma" w:cs="Tahoma"/>
          <w:rtl/>
        </w:rPr>
        <w:t xml:space="preserve"> زندگ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امامان، تش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ع</w:t>
      </w:r>
      <w:r w:rsidRPr="00E26D4C">
        <w:rPr>
          <w:rFonts w:ascii="Tahoma" w:hAnsi="Tahoma" w:cs="Tahoma"/>
          <w:rtl/>
        </w:rPr>
        <w:t xml:space="preserve"> را از فرمان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حکومت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به تجربه‌ا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اجتماع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تبد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ل</w:t>
      </w:r>
      <w:r w:rsidRPr="00E26D4C">
        <w:rPr>
          <w:rFonts w:ascii="Tahoma" w:hAnsi="Tahoma" w:cs="Tahoma"/>
          <w:rtl/>
        </w:rPr>
        <w:t xml:space="preserve"> کردند. کودک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که در چن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ن</w:t>
      </w:r>
      <w:r w:rsidRPr="00E26D4C">
        <w:rPr>
          <w:rFonts w:ascii="Tahoma" w:hAnsi="Tahoma" w:cs="Tahoma"/>
          <w:rtl/>
        </w:rPr>
        <w:t xml:space="preserve"> خانواده و شهر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پرورش م</w:t>
      </w:r>
      <w:r w:rsidRPr="00E26D4C">
        <w:rPr>
          <w:rFonts w:ascii="Tahoma" w:hAnsi="Tahoma" w:cs="Tahoma" w:hint="cs"/>
          <w:rtl/>
        </w:rPr>
        <w:t>ی‌ی</w:t>
      </w:r>
      <w:r w:rsidRPr="00E26D4C">
        <w:rPr>
          <w:rFonts w:ascii="Tahoma" w:hAnsi="Tahoma" w:cs="Tahoma" w:hint="eastAsia"/>
          <w:rtl/>
        </w:rPr>
        <w:t>افت،</w:t>
      </w:r>
      <w:r w:rsidRPr="00E26D4C">
        <w:rPr>
          <w:rFonts w:ascii="Tahoma" w:hAnsi="Tahoma" w:cs="Tahoma"/>
          <w:rtl/>
        </w:rPr>
        <w:t xml:space="preserve"> مذهب رسم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را فقط در سکه و خطبه نم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د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د؛</w:t>
      </w:r>
      <w:r w:rsidRPr="00E26D4C">
        <w:rPr>
          <w:rFonts w:ascii="Tahoma" w:hAnsi="Tahoma" w:cs="Tahoma"/>
          <w:rtl/>
        </w:rPr>
        <w:t xml:space="preserve"> آن را در تقو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م،</w:t>
      </w:r>
      <w:r w:rsidRPr="00E26D4C">
        <w:rPr>
          <w:rFonts w:ascii="Tahoma" w:hAnsi="Tahoma" w:cs="Tahoma"/>
          <w:rtl/>
        </w:rPr>
        <w:t xml:space="preserve"> زبان، سوگوار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و روابط روزانه تجربه م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کرد</w:t>
      </w:r>
      <w:r w:rsidRPr="00E26D4C">
        <w:rPr>
          <w:rFonts w:ascii="Tahoma" w:hAnsi="Tahoma" w:cs="Tahoma"/>
          <w:rtl/>
        </w:rPr>
        <w:t>.</w:t>
      </w:r>
    </w:p>
    <w:p w:rsidR="00E26D4C" w:rsidRPr="00E26D4C" w:rsidRDefault="00E26D4C" w:rsidP="00E26D4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26D4C">
        <w:rPr>
          <w:rFonts w:ascii="Tahoma" w:hAnsi="Tahoma" w:cs="Tahoma" w:hint="eastAsia"/>
          <w:rtl/>
        </w:rPr>
        <w:t>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نجا</w:t>
      </w:r>
      <w:r w:rsidRPr="00E26D4C">
        <w:rPr>
          <w:rFonts w:ascii="Tahoma" w:hAnsi="Tahoma" w:cs="Tahoma"/>
          <w:rtl/>
        </w:rPr>
        <w:t xml:space="preserve"> بزرگ‌تر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ن</w:t>
      </w:r>
      <w:r w:rsidRPr="00E26D4C">
        <w:rPr>
          <w:rFonts w:ascii="Tahoma" w:hAnsi="Tahoma" w:cs="Tahoma"/>
          <w:rtl/>
        </w:rPr>
        <w:t xml:space="preserve"> موفق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ت</w:t>
      </w:r>
      <w:r w:rsidRPr="00E26D4C">
        <w:rPr>
          <w:rFonts w:ascii="Tahoma" w:hAnsi="Tahoma" w:cs="Tahoma"/>
          <w:rtl/>
        </w:rPr>
        <w:t xml:space="preserve"> صفو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ان</w:t>
      </w:r>
      <w:r w:rsidRPr="00E26D4C">
        <w:rPr>
          <w:rFonts w:ascii="Tahoma" w:hAnsi="Tahoma" w:cs="Tahoma"/>
          <w:rtl/>
        </w:rPr>
        <w:t xml:space="preserve"> و در همان حال مهم‌تر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ن</w:t>
      </w:r>
      <w:r w:rsidRPr="00E26D4C">
        <w:rPr>
          <w:rFonts w:ascii="Tahoma" w:hAnsi="Tahoma" w:cs="Tahoma"/>
          <w:rtl/>
        </w:rPr>
        <w:t xml:space="preserve"> محدود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ت</w:t>
      </w:r>
      <w:r w:rsidRPr="00E26D4C">
        <w:rPr>
          <w:rFonts w:ascii="Tahoma" w:hAnsi="Tahoma" w:cs="Tahoma"/>
          <w:rtl/>
        </w:rPr>
        <w:t xml:space="preserve"> قدرتشان شکل گرفت. آنان توانستند مذهب رسم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را در جامعه ر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شه‌دار</w:t>
      </w:r>
      <w:r w:rsidRPr="00E26D4C">
        <w:rPr>
          <w:rFonts w:ascii="Tahoma" w:hAnsi="Tahoma" w:cs="Tahoma"/>
          <w:rtl/>
        </w:rPr>
        <w:t xml:space="preserve"> کنند، اما وقت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ن</w:t>
      </w:r>
      <w:r w:rsidRPr="00E26D4C">
        <w:rPr>
          <w:rFonts w:ascii="Tahoma" w:hAnsi="Tahoma" w:cs="Tahoma"/>
          <w:rtl/>
        </w:rPr>
        <w:t xml:space="preserve"> ر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شه‌ها</w:t>
      </w:r>
      <w:r w:rsidRPr="00E26D4C">
        <w:rPr>
          <w:rFonts w:ascii="Tahoma" w:hAnsi="Tahoma" w:cs="Tahoma"/>
          <w:rtl/>
        </w:rPr>
        <w:t xml:space="preserve"> پد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د</w:t>
      </w:r>
      <w:r w:rsidRPr="00E26D4C">
        <w:rPr>
          <w:rFonts w:ascii="Tahoma" w:hAnsi="Tahoma" w:cs="Tahoma"/>
          <w:rtl/>
        </w:rPr>
        <w:t xml:space="preserve"> آمدند د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گر</w:t>
      </w:r>
      <w:r w:rsidRPr="00E26D4C">
        <w:rPr>
          <w:rFonts w:ascii="Tahoma" w:hAnsi="Tahoma" w:cs="Tahoma"/>
          <w:rtl/>
        </w:rPr>
        <w:t xml:space="preserve"> همهٔ آنها در اخت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ار</w:t>
      </w:r>
      <w:r w:rsidRPr="00E26D4C">
        <w:rPr>
          <w:rFonts w:ascii="Tahoma" w:hAnsi="Tahoma" w:cs="Tahoma"/>
          <w:rtl/>
        </w:rPr>
        <w:t xml:space="preserve"> تاج نبودند. شاه م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توانست</w:t>
      </w:r>
      <w:r w:rsidRPr="00E26D4C">
        <w:rPr>
          <w:rFonts w:ascii="Tahoma" w:hAnsi="Tahoma" w:cs="Tahoma"/>
          <w:rtl/>
        </w:rPr>
        <w:t xml:space="preserve"> صاحب‌منصب را عوض کند، ول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نم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توانست</w:t>
      </w:r>
      <w:r w:rsidRPr="00E26D4C">
        <w:rPr>
          <w:rFonts w:ascii="Tahoma" w:hAnsi="Tahoma" w:cs="Tahoma"/>
          <w:rtl/>
        </w:rPr>
        <w:t xml:space="preserve"> حافظهٔ مذهب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مردم را با فرمان تغ</w:t>
      </w:r>
      <w:r w:rsidRPr="00E26D4C">
        <w:rPr>
          <w:rFonts w:ascii="Tahoma" w:hAnsi="Tahoma" w:cs="Tahoma" w:hint="cs"/>
          <w:rtl/>
        </w:rPr>
        <w:t>یی</w:t>
      </w:r>
      <w:r w:rsidRPr="00E26D4C">
        <w:rPr>
          <w:rFonts w:ascii="Tahoma" w:hAnsi="Tahoma" w:cs="Tahoma" w:hint="eastAsia"/>
          <w:rtl/>
        </w:rPr>
        <w:t>ر</w:t>
      </w:r>
      <w:r w:rsidRPr="00E26D4C">
        <w:rPr>
          <w:rFonts w:ascii="Tahoma" w:hAnsi="Tahoma" w:cs="Tahoma"/>
          <w:rtl/>
        </w:rPr>
        <w:t xml:space="preserve"> دهد.</w:t>
      </w:r>
    </w:p>
    <w:p w:rsidR="00E26D4C" w:rsidRPr="00E26D4C" w:rsidRDefault="00E26D4C" w:rsidP="00E26D4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26D4C">
        <w:rPr>
          <w:rFonts w:ascii="Tahoma" w:hAnsi="Tahoma" w:cs="Tahoma" w:hint="eastAsia"/>
          <w:rtl/>
        </w:rPr>
        <w:t>نادر</w:t>
      </w:r>
      <w:r w:rsidRPr="00E26D4C">
        <w:rPr>
          <w:rFonts w:ascii="Tahoma" w:hAnsi="Tahoma" w:cs="Tahoma"/>
          <w:rtl/>
        </w:rPr>
        <w:t xml:space="preserve"> در دشت مغان با هم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ن</w:t>
      </w:r>
      <w:r w:rsidRPr="00E26D4C">
        <w:rPr>
          <w:rFonts w:ascii="Tahoma" w:hAnsi="Tahoma" w:cs="Tahoma"/>
          <w:rtl/>
        </w:rPr>
        <w:t xml:space="preserve"> واقع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ت</w:t>
      </w:r>
      <w:r w:rsidRPr="00E26D4C">
        <w:rPr>
          <w:rFonts w:ascii="Tahoma" w:hAnsi="Tahoma" w:cs="Tahoma"/>
          <w:rtl/>
        </w:rPr>
        <w:t xml:space="preserve"> روبه‌رو شد. او قشون، د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وان</w:t>
      </w:r>
      <w:r w:rsidRPr="00E26D4C">
        <w:rPr>
          <w:rFonts w:ascii="Tahoma" w:hAnsi="Tahoma" w:cs="Tahoma"/>
          <w:rtl/>
        </w:rPr>
        <w:t xml:space="preserve"> و تاج را در اخت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ار</w:t>
      </w:r>
      <w:r w:rsidRPr="00E26D4C">
        <w:rPr>
          <w:rFonts w:ascii="Tahoma" w:hAnsi="Tahoma" w:cs="Tahoma"/>
          <w:rtl/>
        </w:rPr>
        <w:t xml:space="preserve"> داشت و م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توانست</w:t>
      </w:r>
      <w:r w:rsidRPr="00E26D4C">
        <w:rPr>
          <w:rFonts w:ascii="Tahoma" w:hAnsi="Tahoma" w:cs="Tahoma"/>
          <w:rtl/>
        </w:rPr>
        <w:t xml:space="preserve"> مقام‌ها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رسم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د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نکاران</w:t>
      </w:r>
      <w:r w:rsidRPr="00E26D4C">
        <w:rPr>
          <w:rFonts w:ascii="Tahoma" w:hAnsi="Tahoma" w:cs="Tahoma"/>
          <w:rtl/>
        </w:rPr>
        <w:t xml:space="preserve"> را محدود کند. م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توانست</w:t>
      </w:r>
      <w:r w:rsidRPr="00E26D4C">
        <w:rPr>
          <w:rFonts w:ascii="Tahoma" w:hAnsi="Tahoma" w:cs="Tahoma"/>
          <w:rtl/>
        </w:rPr>
        <w:t xml:space="preserve"> لعن را ممنوع سازد، عنوان جعفر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را جا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گز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ن</w:t>
      </w:r>
      <w:r w:rsidRPr="00E26D4C">
        <w:rPr>
          <w:rFonts w:ascii="Tahoma" w:hAnsi="Tahoma" w:cs="Tahoma"/>
          <w:rtl/>
        </w:rPr>
        <w:t xml:space="preserve"> زبان تند دورهٔ صفو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کند و از عثمان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ان</w:t>
      </w:r>
      <w:r w:rsidRPr="00E26D4C">
        <w:rPr>
          <w:rFonts w:ascii="Tahoma" w:hAnsi="Tahoma" w:cs="Tahoma"/>
          <w:rtl/>
        </w:rPr>
        <w:t xml:space="preserve"> بخواهد آن را به رسم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ت</w:t>
      </w:r>
      <w:r w:rsidRPr="00E26D4C">
        <w:rPr>
          <w:rFonts w:ascii="Tahoma" w:hAnsi="Tahoma" w:cs="Tahoma"/>
          <w:rtl/>
        </w:rPr>
        <w:t xml:space="preserve"> بشناسند. اما نم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توانست</w:t>
      </w:r>
      <w:r w:rsidRPr="00E26D4C">
        <w:rPr>
          <w:rFonts w:ascii="Tahoma" w:hAnsi="Tahoma" w:cs="Tahoma"/>
          <w:rtl/>
        </w:rPr>
        <w:t xml:space="preserve"> دو سده تش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ع</w:t>
      </w:r>
      <w:r w:rsidRPr="00E26D4C">
        <w:rPr>
          <w:rFonts w:ascii="Tahoma" w:hAnsi="Tahoma" w:cs="Tahoma"/>
          <w:rtl/>
        </w:rPr>
        <w:t xml:space="preserve"> اجتماع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را از م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ان</w:t>
      </w:r>
      <w:r w:rsidRPr="00E26D4C">
        <w:rPr>
          <w:rFonts w:ascii="Tahoma" w:hAnsi="Tahoma" w:cs="Tahoma"/>
          <w:rtl/>
        </w:rPr>
        <w:t xml:space="preserve"> ببرد.</w:t>
      </w:r>
    </w:p>
    <w:p w:rsidR="00E26D4C" w:rsidRPr="00E26D4C" w:rsidRDefault="00E26D4C" w:rsidP="00E26D4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26D4C">
        <w:rPr>
          <w:rFonts w:ascii="Tahoma" w:hAnsi="Tahoma" w:cs="Tahoma" w:hint="eastAsia"/>
          <w:rtl/>
        </w:rPr>
        <w:t>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ن</w:t>
      </w:r>
      <w:r w:rsidRPr="00E26D4C">
        <w:rPr>
          <w:rFonts w:ascii="Tahoma" w:hAnsi="Tahoma" w:cs="Tahoma"/>
          <w:rtl/>
        </w:rPr>
        <w:t xml:space="preserve"> ناتوان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فقط نت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جهٔ</w:t>
      </w:r>
      <w:r w:rsidRPr="00E26D4C">
        <w:rPr>
          <w:rFonts w:ascii="Tahoma" w:hAnsi="Tahoma" w:cs="Tahoma"/>
          <w:rtl/>
        </w:rPr>
        <w:t xml:space="preserve"> مقاومت د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نکاران</w:t>
      </w:r>
      <w:r w:rsidRPr="00E26D4C">
        <w:rPr>
          <w:rFonts w:ascii="Tahoma" w:hAnsi="Tahoma" w:cs="Tahoma"/>
          <w:rtl/>
        </w:rPr>
        <w:t xml:space="preserve"> نبود. مردم ن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ز</w:t>
      </w:r>
      <w:r w:rsidRPr="00E26D4C">
        <w:rPr>
          <w:rFonts w:ascii="Tahoma" w:hAnsi="Tahoma" w:cs="Tahoma"/>
          <w:rtl/>
        </w:rPr>
        <w:t xml:space="preserve"> آ</w:t>
      </w:r>
      <w:r w:rsidRPr="00E26D4C">
        <w:rPr>
          <w:rFonts w:ascii="Tahoma" w:hAnsi="Tahoma" w:cs="Tahoma" w:hint="cs"/>
          <w:rtl/>
        </w:rPr>
        <w:t>یی</w:t>
      </w:r>
      <w:r w:rsidRPr="00E26D4C">
        <w:rPr>
          <w:rFonts w:ascii="Tahoma" w:hAnsi="Tahoma" w:cs="Tahoma" w:hint="eastAsia"/>
          <w:rtl/>
        </w:rPr>
        <w:t>ن‌ها</w:t>
      </w:r>
      <w:r w:rsidRPr="00E26D4C">
        <w:rPr>
          <w:rFonts w:ascii="Tahoma" w:hAnsi="Tahoma" w:cs="Tahoma"/>
          <w:rtl/>
        </w:rPr>
        <w:t xml:space="preserve"> و باورها</w:t>
      </w:r>
      <w:r w:rsidRPr="00E26D4C">
        <w:rPr>
          <w:rFonts w:ascii="Tahoma" w:hAnsi="Tahoma" w:cs="Tahoma" w:hint="cs"/>
          <w:rtl/>
        </w:rPr>
        <w:t>یی</w:t>
      </w:r>
      <w:r w:rsidRPr="00E26D4C">
        <w:rPr>
          <w:rFonts w:ascii="Tahoma" w:hAnsi="Tahoma" w:cs="Tahoma"/>
          <w:rtl/>
        </w:rPr>
        <w:t xml:space="preserve"> را پذ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رفته</w:t>
      </w:r>
      <w:r w:rsidRPr="00E26D4C">
        <w:rPr>
          <w:rFonts w:ascii="Tahoma" w:hAnsi="Tahoma" w:cs="Tahoma"/>
          <w:rtl/>
        </w:rPr>
        <w:t xml:space="preserve"> بودند که بخش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از هو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تشان</w:t>
      </w:r>
      <w:r w:rsidRPr="00E26D4C">
        <w:rPr>
          <w:rFonts w:ascii="Tahoma" w:hAnsi="Tahoma" w:cs="Tahoma"/>
          <w:rtl/>
        </w:rPr>
        <w:t xml:space="preserve"> شده بود. حت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اگر همهٔ د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نکاران</w:t>
      </w:r>
      <w:r w:rsidRPr="00E26D4C">
        <w:rPr>
          <w:rFonts w:ascii="Tahoma" w:hAnsi="Tahoma" w:cs="Tahoma"/>
          <w:rtl/>
        </w:rPr>
        <w:t xml:space="preserve"> از حکومت اطاعت م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کردند،</w:t>
      </w:r>
      <w:r w:rsidRPr="00E26D4C">
        <w:rPr>
          <w:rFonts w:ascii="Tahoma" w:hAnsi="Tahoma" w:cs="Tahoma"/>
          <w:rtl/>
        </w:rPr>
        <w:t xml:space="preserve"> تغ</w:t>
      </w:r>
      <w:r w:rsidRPr="00E26D4C">
        <w:rPr>
          <w:rFonts w:ascii="Tahoma" w:hAnsi="Tahoma" w:cs="Tahoma" w:hint="cs"/>
          <w:rtl/>
        </w:rPr>
        <w:t>یی</w:t>
      </w:r>
      <w:r w:rsidRPr="00E26D4C">
        <w:rPr>
          <w:rFonts w:ascii="Tahoma" w:hAnsi="Tahoma" w:cs="Tahoma" w:hint="eastAsia"/>
          <w:rtl/>
        </w:rPr>
        <w:t>ر</w:t>
      </w:r>
      <w:r w:rsidRPr="00E26D4C">
        <w:rPr>
          <w:rFonts w:ascii="Tahoma" w:hAnsi="Tahoma" w:cs="Tahoma"/>
          <w:rtl/>
        </w:rPr>
        <w:t xml:space="preserve"> فور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رفتار و حافظهٔ جامعه ممکن نبود. صفو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ان</w:t>
      </w:r>
      <w:r w:rsidRPr="00E26D4C">
        <w:rPr>
          <w:rFonts w:ascii="Tahoma" w:hAnsi="Tahoma" w:cs="Tahoma"/>
          <w:rtl/>
        </w:rPr>
        <w:t xml:space="preserve"> چ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ز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ساخته بودند که از خودشان ماندگارتر ش</w:t>
      </w:r>
      <w:r w:rsidRPr="00E26D4C">
        <w:rPr>
          <w:rFonts w:ascii="Tahoma" w:hAnsi="Tahoma" w:cs="Tahoma" w:hint="eastAsia"/>
          <w:rtl/>
        </w:rPr>
        <w:t>د</w:t>
      </w:r>
      <w:r w:rsidRPr="00E26D4C">
        <w:rPr>
          <w:rFonts w:ascii="Tahoma" w:hAnsi="Tahoma" w:cs="Tahoma"/>
          <w:rtl/>
        </w:rPr>
        <w:t>.</w:t>
      </w:r>
    </w:p>
    <w:p w:rsidR="00E26D4C" w:rsidRPr="00E26D4C" w:rsidRDefault="00E26D4C" w:rsidP="00E26D4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26D4C">
        <w:rPr>
          <w:rFonts w:ascii="Tahoma" w:hAnsi="Tahoma" w:cs="Tahoma" w:hint="eastAsia"/>
          <w:rtl/>
        </w:rPr>
        <w:t>دستگاه</w:t>
      </w:r>
      <w:r w:rsidRPr="00E26D4C">
        <w:rPr>
          <w:rFonts w:ascii="Tahoma" w:hAnsi="Tahoma" w:cs="Tahoma"/>
          <w:rtl/>
        </w:rPr>
        <w:t xml:space="preserve"> د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نکار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ن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ز</w:t>
      </w:r>
      <w:r w:rsidRPr="00E26D4C">
        <w:rPr>
          <w:rFonts w:ascii="Tahoma" w:hAnsi="Tahoma" w:cs="Tahoma"/>
          <w:rtl/>
        </w:rPr>
        <w:t xml:space="preserve"> از سقوط تاج جان سالم به در برد، ز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را</w:t>
      </w:r>
      <w:r w:rsidRPr="00E26D4C">
        <w:rPr>
          <w:rFonts w:ascii="Tahoma" w:hAnsi="Tahoma" w:cs="Tahoma"/>
          <w:rtl/>
        </w:rPr>
        <w:t xml:space="preserve"> همهٔ اجزا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آن در دربار متمرکز نبودند. اگر قدرت عمامه فقط از مقام ملاباش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و صدر سرچشمه م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گرفت،</w:t>
      </w:r>
      <w:r w:rsidRPr="00E26D4C">
        <w:rPr>
          <w:rFonts w:ascii="Tahoma" w:hAnsi="Tahoma" w:cs="Tahoma"/>
          <w:rtl/>
        </w:rPr>
        <w:t xml:space="preserve"> با برکنار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آنان م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توانست</w:t>
      </w:r>
      <w:r w:rsidRPr="00E26D4C">
        <w:rPr>
          <w:rFonts w:ascii="Tahoma" w:hAnsi="Tahoma" w:cs="Tahoma"/>
          <w:rtl/>
        </w:rPr>
        <w:t xml:space="preserve"> نابود شود. اما مدرسه، موقوفه، خانواده، شاگرد و ارتباط با مردم در شهرها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گوناگون پراکنده بودند.</w:t>
      </w:r>
    </w:p>
    <w:p w:rsidR="00E26D4C" w:rsidRPr="00E26D4C" w:rsidRDefault="00E26D4C" w:rsidP="00E26D4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26D4C">
        <w:rPr>
          <w:rFonts w:ascii="Tahoma" w:hAnsi="Tahoma" w:cs="Tahoma" w:hint="eastAsia"/>
          <w:rtl/>
        </w:rPr>
        <w:t>پراکندگ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در 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نجا</w:t>
      </w:r>
      <w:r w:rsidRPr="00E26D4C">
        <w:rPr>
          <w:rFonts w:ascii="Tahoma" w:hAnsi="Tahoma" w:cs="Tahoma"/>
          <w:rtl/>
        </w:rPr>
        <w:t xml:space="preserve"> به سرچشمهٔ بقا تبد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ل</w:t>
      </w:r>
      <w:r w:rsidRPr="00E26D4C">
        <w:rPr>
          <w:rFonts w:ascii="Tahoma" w:hAnsi="Tahoma" w:cs="Tahoma"/>
          <w:rtl/>
        </w:rPr>
        <w:t xml:space="preserve"> شد. قشون صفو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با سقوط مرکز از هم پاش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د،</w:t>
      </w:r>
      <w:r w:rsidRPr="00E26D4C">
        <w:rPr>
          <w:rFonts w:ascii="Tahoma" w:hAnsi="Tahoma" w:cs="Tahoma"/>
          <w:rtl/>
        </w:rPr>
        <w:t xml:space="preserve"> ز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را</w:t>
      </w:r>
      <w:r w:rsidRPr="00E26D4C">
        <w:rPr>
          <w:rFonts w:ascii="Tahoma" w:hAnsi="Tahoma" w:cs="Tahoma"/>
          <w:rtl/>
        </w:rPr>
        <w:t xml:space="preserve"> فرمانده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و مواجبش به تاج وابسته بود. د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وان</w:t>
      </w:r>
      <w:r w:rsidRPr="00E26D4C">
        <w:rPr>
          <w:rFonts w:ascii="Tahoma" w:hAnsi="Tahoma" w:cs="Tahoma"/>
          <w:rtl/>
        </w:rPr>
        <w:t xml:space="preserve"> آس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ب</w:t>
      </w:r>
      <w:r w:rsidRPr="00E26D4C">
        <w:rPr>
          <w:rFonts w:ascii="Tahoma" w:hAnsi="Tahoma" w:cs="Tahoma"/>
          <w:rtl/>
        </w:rPr>
        <w:t xml:space="preserve"> د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د،</w:t>
      </w:r>
      <w:r w:rsidRPr="00E26D4C">
        <w:rPr>
          <w:rFonts w:ascii="Tahoma" w:hAnsi="Tahoma" w:cs="Tahoma"/>
          <w:rtl/>
        </w:rPr>
        <w:t xml:space="preserve"> اما به سبب ضرورت ادارهٔ کشور بخش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از آن ز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ر</w:t>
      </w:r>
      <w:r w:rsidRPr="00E26D4C">
        <w:rPr>
          <w:rFonts w:ascii="Tahoma" w:hAnsi="Tahoma" w:cs="Tahoma"/>
          <w:rtl/>
        </w:rPr>
        <w:t xml:space="preserve"> فرمان فاتحان ادامه 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افت</w:t>
      </w:r>
      <w:r w:rsidRPr="00E26D4C">
        <w:rPr>
          <w:rFonts w:ascii="Tahoma" w:hAnsi="Tahoma" w:cs="Tahoma"/>
          <w:rtl/>
        </w:rPr>
        <w:t>. دستگاه د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نکار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ن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ز</w:t>
      </w:r>
      <w:r w:rsidRPr="00E26D4C">
        <w:rPr>
          <w:rFonts w:ascii="Tahoma" w:hAnsi="Tahoma" w:cs="Tahoma"/>
          <w:rtl/>
        </w:rPr>
        <w:t xml:space="preserve"> بدون مرکز واحد توانست در نقاط م</w:t>
      </w:r>
      <w:r w:rsidRPr="00E26D4C">
        <w:rPr>
          <w:rFonts w:ascii="Tahoma" w:hAnsi="Tahoma" w:cs="Tahoma" w:hint="eastAsia"/>
          <w:rtl/>
        </w:rPr>
        <w:t>ختلف</w:t>
      </w:r>
      <w:r w:rsidRPr="00E26D4C">
        <w:rPr>
          <w:rFonts w:ascii="Tahoma" w:hAnsi="Tahoma" w:cs="Tahoma"/>
          <w:rtl/>
        </w:rPr>
        <w:t xml:space="preserve"> باق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بماند.</w:t>
      </w:r>
    </w:p>
    <w:p w:rsidR="00E26D4C" w:rsidRPr="00E26D4C" w:rsidRDefault="00E26D4C" w:rsidP="00E26D4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26D4C">
        <w:rPr>
          <w:rFonts w:ascii="Tahoma" w:hAnsi="Tahoma" w:cs="Tahoma" w:hint="eastAsia"/>
          <w:rtl/>
        </w:rPr>
        <w:t>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ن</w:t>
      </w:r>
      <w:r w:rsidRPr="00E26D4C">
        <w:rPr>
          <w:rFonts w:ascii="Tahoma" w:hAnsi="Tahoma" w:cs="Tahoma"/>
          <w:rtl/>
        </w:rPr>
        <w:t xml:space="preserve"> دستگاه را نبا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د</w:t>
      </w:r>
      <w:r w:rsidRPr="00E26D4C">
        <w:rPr>
          <w:rFonts w:ascii="Tahoma" w:hAnsi="Tahoma" w:cs="Tahoma"/>
          <w:rtl/>
        </w:rPr>
        <w:t xml:space="preserve"> با کل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سا</w:t>
      </w:r>
      <w:r w:rsidRPr="00E26D4C">
        <w:rPr>
          <w:rFonts w:ascii="Tahoma" w:hAnsi="Tahoma" w:cs="Tahoma" w:hint="cs"/>
          <w:rtl/>
        </w:rPr>
        <w:t>یی</w:t>
      </w:r>
      <w:r w:rsidRPr="00E26D4C">
        <w:rPr>
          <w:rFonts w:ascii="Tahoma" w:hAnsi="Tahoma" w:cs="Tahoma"/>
          <w:rtl/>
        </w:rPr>
        <w:t xml:space="preserve"> دارا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فرمانده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واحد مقا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سه</w:t>
      </w:r>
      <w:r w:rsidRPr="00E26D4C">
        <w:rPr>
          <w:rFonts w:ascii="Tahoma" w:hAnsi="Tahoma" w:cs="Tahoma"/>
          <w:rtl/>
        </w:rPr>
        <w:t xml:space="preserve"> کرد. همهٔ د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نکاران</w:t>
      </w:r>
      <w:r w:rsidRPr="00E26D4C">
        <w:rPr>
          <w:rFonts w:ascii="Tahoma" w:hAnsi="Tahoma" w:cs="Tahoma"/>
          <w:rtl/>
        </w:rPr>
        <w:t xml:space="preserve"> از 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ک</w:t>
      </w:r>
      <w:r w:rsidRPr="00E26D4C">
        <w:rPr>
          <w:rFonts w:ascii="Tahoma" w:hAnsi="Tahoma" w:cs="Tahoma"/>
          <w:rtl/>
        </w:rPr>
        <w:t xml:space="preserve"> رأس اطاعت نم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کردند،</w:t>
      </w:r>
      <w:r w:rsidRPr="00E26D4C">
        <w:rPr>
          <w:rFonts w:ascii="Tahoma" w:hAnsi="Tahoma" w:cs="Tahoma"/>
          <w:rtl/>
        </w:rPr>
        <w:t xml:space="preserve"> ش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وهٔ</w:t>
      </w:r>
      <w:r w:rsidRPr="00E26D4C">
        <w:rPr>
          <w:rFonts w:ascii="Tahoma" w:hAnsi="Tahoma" w:cs="Tahoma"/>
          <w:rtl/>
        </w:rPr>
        <w:t xml:space="preserve"> انتصاب و سلسله‌مراتب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کسان</w:t>
      </w:r>
      <w:r w:rsidRPr="00E26D4C">
        <w:rPr>
          <w:rFonts w:ascii="Tahoma" w:hAnsi="Tahoma" w:cs="Tahoma"/>
          <w:rtl/>
        </w:rPr>
        <w:t xml:space="preserve"> نداشتند و اختلاف‌ها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فقه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و شخص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م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ان</w:t>
      </w:r>
      <w:r w:rsidRPr="00E26D4C">
        <w:rPr>
          <w:rFonts w:ascii="Tahoma" w:hAnsi="Tahoma" w:cs="Tahoma"/>
          <w:rtl/>
        </w:rPr>
        <w:t xml:space="preserve"> آنان وجود داشت. هم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ن</w:t>
      </w:r>
      <w:r w:rsidRPr="00E26D4C">
        <w:rPr>
          <w:rFonts w:ascii="Tahoma" w:hAnsi="Tahoma" w:cs="Tahoma"/>
          <w:rtl/>
        </w:rPr>
        <w:t xml:space="preserve"> نبود تمرکز، گاه مانع اقدام مشترک م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شد،</w:t>
      </w:r>
      <w:r w:rsidRPr="00E26D4C">
        <w:rPr>
          <w:rFonts w:ascii="Tahoma" w:hAnsi="Tahoma" w:cs="Tahoma"/>
          <w:rtl/>
        </w:rPr>
        <w:t xml:space="preserve"> اما نابودکردن همهٔ </w:t>
      </w:r>
      <w:r w:rsidRPr="00E26D4C">
        <w:rPr>
          <w:rFonts w:ascii="Tahoma" w:hAnsi="Tahoma" w:cs="Tahoma" w:hint="eastAsia"/>
          <w:rtl/>
        </w:rPr>
        <w:t>آنان</w:t>
      </w:r>
      <w:r w:rsidRPr="00E26D4C">
        <w:rPr>
          <w:rFonts w:ascii="Tahoma" w:hAnsi="Tahoma" w:cs="Tahoma"/>
          <w:rtl/>
        </w:rPr>
        <w:t xml:space="preserve"> را ن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ز</w:t>
      </w:r>
      <w:r w:rsidRPr="00E26D4C">
        <w:rPr>
          <w:rFonts w:ascii="Tahoma" w:hAnsi="Tahoma" w:cs="Tahoma"/>
          <w:rtl/>
        </w:rPr>
        <w:t xml:space="preserve"> دشوار م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ساخت</w:t>
      </w:r>
      <w:r w:rsidRPr="00E26D4C">
        <w:rPr>
          <w:rFonts w:ascii="Tahoma" w:hAnsi="Tahoma" w:cs="Tahoma"/>
          <w:rtl/>
        </w:rPr>
        <w:t>.</w:t>
      </w:r>
    </w:p>
    <w:p w:rsidR="00E26D4C" w:rsidRPr="00E26D4C" w:rsidRDefault="00E26D4C" w:rsidP="00E26D4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26D4C">
        <w:rPr>
          <w:rFonts w:ascii="Tahoma" w:hAnsi="Tahoma" w:cs="Tahoma" w:hint="eastAsia"/>
          <w:rtl/>
        </w:rPr>
        <w:t>شاه</w:t>
      </w:r>
      <w:r w:rsidRPr="00E26D4C">
        <w:rPr>
          <w:rFonts w:ascii="Tahoma" w:hAnsi="Tahoma" w:cs="Tahoma"/>
          <w:rtl/>
        </w:rPr>
        <w:t xml:space="preserve"> م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توانست</w:t>
      </w:r>
      <w:r w:rsidRPr="00E26D4C">
        <w:rPr>
          <w:rFonts w:ascii="Tahoma" w:hAnsi="Tahoma" w:cs="Tahoma"/>
          <w:rtl/>
        </w:rPr>
        <w:t xml:space="preserve"> 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ک</w:t>
      </w:r>
      <w:r w:rsidRPr="00E26D4C">
        <w:rPr>
          <w:rFonts w:ascii="Tahoma" w:hAnsi="Tahoma" w:cs="Tahoma"/>
          <w:rtl/>
        </w:rPr>
        <w:t xml:space="preserve"> فق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ه</w:t>
      </w:r>
      <w:r w:rsidRPr="00E26D4C">
        <w:rPr>
          <w:rFonts w:ascii="Tahoma" w:hAnsi="Tahoma" w:cs="Tahoma"/>
          <w:rtl/>
        </w:rPr>
        <w:t xml:space="preserve"> را برکنار 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ا</w:t>
      </w:r>
      <w:r w:rsidRPr="00E26D4C">
        <w:rPr>
          <w:rFonts w:ascii="Tahoma" w:hAnsi="Tahoma" w:cs="Tahoma"/>
          <w:rtl/>
        </w:rPr>
        <w:t xml:space="preserve"> تبع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د</w:t>
      </w:r>
      <w:r w:rsidRPr="00E26D4C">
        <w:rPr>
          <w:rFonts w:ascii="Tahoma" w:hAnsi="Tahoma" w:cs="Tahoma"/>
          <w:rtl/>
        </w:rPr>
        <w:t xml:space="preserve"> کند، اما د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گر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در شهر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د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گر</w:t>
      </w:r>
      <w:r w:rsidRPr="00E26D4C">
        <w:rPr>
          <w:rFonts w:ascii="Tahoma" w:hAnsi="Tahoma" w:cs="Tahoma"/>
          <w:rtl/>
        </w:rPr>
        <w:t xml:space="preserve"> باق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م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ماند</w:t>
      </w:r>
      <w:r w:rsidRPr="00E26D4C">
        <w:rPr>
          <w:rFonts w:ascii="Tahoma" w:hAnsi="Tahoma" w:cs="Tahoma"/>
          <w:rtl/>
        </w:rPr>
        <w:t>. م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توانست</w:t>
      </w:r>
      <w:r w:rsidRPr="00E26D4C">
        <w:rPr>
          <w:rFonts w:ascii="Tahoma" w:hAnsi="Tahoma" w:cs="Tahoma"/>
          <w:rtl/>
        </w:rPr>
        <w:t xml:space="preserve"> موقوفه‌ا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را مصادره کند، اما همهٔ وقف‌ها و منابع پراکنده را به‌آسان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در اخت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ار</w:t>
      </w:r>
      <w:r w:rsidRPr="00E26D4C">
        <w:rPr>
          <w:rFonts w:ascii="Tahoma" w:hAnsi="Tahoma" w:cs="Tahoma"/>
          <w:rtl/>
        </w:rPr>
        <w:t xml:space="preserve"> نم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گرفت</w:t>
      </w:r>
      <w:r w:rsidRPr="00E26D4C">
        <w:rPr>
          <w:rFonts w:ascii="Tahoma" w:hAnsi="Tahoma" w:cs="Tahoma"/>
          <w:rtl/>
        </w:rPr>
        <w:t>. م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توانست</w:t>
      </w:r>
      <w:r w:rsidRPr="00E26D4C">
        <w:rPr>
          <w:rFonts w:ascii="Tahoma" w:hAnsi="Tahoma" w:cs="Tahoma"/>
          <w:rtl/>
        </w:rPr>
        <w:t xml:space="preserve"> مقام رسم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را حذف کند، اما عنوان علم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و اعتماد پ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روان</w:t>
      </w:r>
      <w:r w:rsidRPr="00E26D4C">
        <w:rPr>
          <w:rFonts w:ascii="Tahoma" w:hAnsi="Tahoma" w:cs="Tahoma"/>
          <w:rtl/>
        </w:rPr>
        <w:t xml:space="preserve"> را با همان </w:t>
      </w:r>
      <w:r w:rsidRPr="00E26D4C">
        <w:rPr>
          <w:rFonts w:ascii="Tahoma" w:hAnsi="Tahoma" w:cs="Tahoma" w:hint="eastAsia"/>
          <w:rtl/>
        </w:rPr>
        <w:t>فرمان</w:t>
      </w:r>
      <w:r w:rsidRPr="00E26D4C">
        <w:rPr>
          <w:rFonts w:ascii="Tahoma" w:hAnsi="Tahoma" w:cs="Tahoma"/>
          <w:rtl/>
        </w:rPr>
        <w:t xml:space="preserve"> از م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ان</w:t>
      </w:r>
      <w:r w:rsidRPr="00E26D4C">
        <w:rPr>
          <w:rFonts w:ascii="Tahoma" w:hAnsi="Tahoma" w:cs="Tahoma"/>
          <w:rtl/>
        </w:rPr>
        <w:t xml:space="preserve"> نم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برد</w:t>
      </w:r>
      <w:r w:rsidRPr="00E26D4C">
        <w:rPr>
          <w:rFonts w:ascii="Tahoma" w:hAnsi="Tahoma" w:cs="Tahoma"/>
          <w:rtl/>
        </w:rPr>
        <w:t>.</w:t>
      </w:r>
    </w:p>
    <w:p w:rsidR="00E26D4C" w:rsidRPr="00E26D4C" w:rsidRDefault="00E26D4C" w:rsidP="00E26D4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26D4C">
        <w:rPr>
          <w:rFonts w:ascii="Tahoma" w:hAnsi="Tahoma" w:cs="Tahoma" w:hint="eastAsia"/>
          <w:rtl/>
        </w:rPr>
        <w:t>بد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ن‌سان،</w:t>
      </w:r>
      <w:r w:rsidRPr="00E26D4C">
        <w:rPr>
          <w:rFonts w:ascii="Tahoma" w:hAnsi="Tahoma" w:cs="Tahoma"/>
          <w:rtl/>
        </w:rPr>
        <w:t xml:space="preserve"> صفو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ان</w:t>
      </w:r>
      <w:r w:rsidRPr="00E26D4C">
        <w:rPr>
          <w:rFonts w:ascii="Tahoma" w:hAnsi="Tahoma" w:cs="Tahoma"/>
          <w:rtl/>
        </w:rPr>
        <w:t xml:space="preserve"> عمامه را به حکومت آوردند، اما در پا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ان</w:t>
      </w:r>
      <w:r w:rsidRPr="00E26D4C">
        <w:rPr>
          <w:rFonts w:ascii="Tahoma" w:hAnsi="Tahoma" w:cs="Tahoma"/>
          <w:rtl/>
        </w:rPr>
        <w:t xml:space="preserve"> دورهٔ خود ن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رو</w:t>
      </w:r>
      <w:r w:rsidRPr="00E26D4C">
        <w:rPr>
          <w:rFonts w:ascii="Tahoma" w:hAnsi="Tahoma" w:cs="Tahoma" w:hint="cs"/>
          <w:rtl/>
        </w:rPr>
        <w:t>یی</w:t>
      </w:r>
      <w:r w:rsidRPr="00E26D4C">
        <w:rPr>
          <w:rFonts w:ascii="Tahoma" w:hAnsi="Tahoma" w:cs="Tahoma"/>
          <w:rtl/>
        </w:rPr>
        <w:t xml:space="preserve"> بر جا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گذاشتند که امکان زندگ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ب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رون</w:t>
      </w:r>
      <w:r w:rsidRPr="00E26D4C">
        <w:rPr>
          <w:rFonts w:ascii="Tahoma" w:hAnsi="Tahoma" w:cs="Tahoma"/>
          <w:rtl/>
        </w:rPr>
        <w:t xml:space="preserve"> از حکومت را ن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ز</w:t>
      </w:r>
      <w:r w:rsidRPr="00E26D4C">
        <w:rPr>
          <w:rFonts w:ascii="Tahoma" w:hAnsi="Tahoma" w:cs="Tahoma"/>
          <w:rtl/>
        </w:rPr>
        <w:t xml:space="preserve"> پ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دا</w:t>
      </w:r>
      <w:r w:rsidRPr="00E26D4C">
        <w:rPr>
          <w:rFonts w:ascii="Tahoma" w:hAnsi="Tahoma" w:cs="Tahoma"/>
          <w:rtl/>
        </w:rPr>
        <w:t xml:space="preserve"> کرده بود. 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ن</w:t>
      </w:r>
      <w:r w:rsidRPr="00E26D4C">
        <w:rPr>
          <w:rFonts w:ascii="Tahoma" w:hAnsi="Tahoma" w:cs="Tahoma"/>
          <w:rtl/>
        </w:rPr>
        <w:t xml:space="preserve"> نت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جه</w:t>
      </w:r>
      <w:r w:rsidRPr="00E26D4C">
        <w:rPr>
          <w:rFonts w:ascii="Tahoma" w:hAnsi="Tahoma" w:cs="Tahoma"/>
          <w:rtl/>
        </w:rPr>
        <w:t xml:space="preserve"> از آغاز برنامه‌ر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ز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نشده بود. شاه اسماع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ل</w:t>
      </w:r>
      <w:r w:rsidRPr="00E26D4C">
        <w:rPr>
          <w:rFonts w:ascii="Tahoma" w:hAnsi="Tahoma" w:cs="Tahoma"/>
          <w:rtl/>
        </w:rPr>
        <w:t xml:space="preserve"> فق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هان</w:t>
      </w:r>
      <w:r w:rsidRPr="00E26D4C">
        <w:rPr>
          <w:rFonts w:ascii="Tahoma" w:hAnsi="Tahoma" w:cs="Tahoma"/>
          <w:rtl/>
        </w:rPr>
        <w:t xml:space="preserve"> را برا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ساختن مذهب تاج فراخوانده بود، نه برا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جاد</w:t>
      </w:r>
      <w:r w:rsidRPr="00E26D4C">
        <w:rPr>
          <w:rFonts w:ascii="Tahoma" w:hAnsi="Tahoma" w:cs="Tahoma"/>
          <w:rtl/>
        </w:rPr>
        <w:t xml:space="preserve"> ن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رو</w:t>
      </w:r>
      <w:r w:rsidRPr="00E26D4C">
        <w:rPr>
          <w:rFonts w:ascii="Tahoma" w:hAnsi="Tahoma" w:cs="Tahoma" w:hint="cs"/>
          <w:rtl/>
        </w:rPr>
        <w:t>یی</w:t>
      </w:r>
      <w:r w:rsidRPr="00E26D4C">
        <w:rPr>
          <w:rFonts w:ascii="Tahoma" w:hAnsi="Tahoma" w:cs="Tahoma"/>
          <w:rtl/>
        </w:rPr>
        <w:t xml:space="preserve"> که روز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بتواند در برابر تاج قرار گ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رد</w:t>
      </w:r>
      <w:r w:rsidRPr="00E26D4C">
        <w:rPr>
          <w:rFonts w:ascii="Tahoma" w:hAnsi="Tahoma" w:cs="Tahoma"/>
          <w:rtl/>
        </w:rPr>
        <w:t>.</w:t>
      </w:r>
    </w:p>
    <w:p w:rsidR="00E26D4C" w:rsidRPr="00E26D4C" w:rsidRDefault="00E26D4C" w:rsidP="00E26D4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26D4C">
        <w:rPr>
          <w:rFonts w:ascii="Tahoma" w:hAnsi="Tahoma" w:cs="Tahoma" w:hint="eastAsia"/>
          <w:rtl/>
        </w:rPr>
        <w:t>اما</w:t>
      </w:r>
      <w:r w:rsidRPr="00E26D4C">
        <w:rPr>
          <w:rFonts w:ascii="Tahoma" w:hAnsi="Tahoma" w:cs="Tahoma"/>
          <w:rtl/>
        </w:rPr>
        <w:t xml:space="preserve"> کشوردار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هم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شه</w:t>
      </w:r>
      <w:r w:rsidRPr="00E26D4C">
        <w:rPr>
          <w:rFonts w:ascii="Tahoma" w:hAnsi="Tahoma" w:cs="Tahoma"/>
          <w:rtl/>
        </w:rPr>
        <w:t xml:space="preserve"> فقط نتا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ج</w:t>
      </w:r>
      <w:r w:rsidRPr="00E26D4C">
        <w:rPr>
          <w:rFonts w:ascii="Tahoma" w:hAnsi="Tahoma" w:cs="Tahoma"/>
          <w:rtl/>
        </w:rPr>
        <w:t xml:space="preserve"> مورد نظر سازندگان را به وجود نم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آورد</w:t>
      </w:r>
      <w:r w:rsidRPr="00E26D4C">
        <w:rPr>
          <w:rFonts w:ascii="Tahoma" w:hAnsi="Tahoma" w:cs="Tahoma"/>
          <w:rtl/>
        </w:rPr>
        <w:t>. نهاد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که برا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حل ن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از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ساخته م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شود،</w:t>
      </w:r>
      <w:r w:rsidRPr="00E26D4C">
        <w:rPr>
          <w:rFonts w:ascii="Tahoma" w:hAnsi="Tahoma" w:cs="Tahoma"/>
          <w:rtl/>
        </w:rPr>
        <w:t xml:space="preserve"> پس از گسترش ن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ازها</w:t>
      </w:r>
      <w:r w:rsidRPr="00E26D4C">
        <w:rPr>
          <w:rFonts w:ascii="Tahoma" w:hAnsi="Tahoma" w:cs="Tahoma"/>
          <w:rtl/>
        </w:rPr>
        <w:t xml:space="preserve"> و منافع خود را پ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دا</w:t>
      </w:r>
      <w:r w:rsidRPr="00E26D4C">
        <w:rPr>
          <w:rFonts w:ascii="Tahoma" w:hAnsi="Tahoma" w:cs="Tahoma"/>
          <w:rtl/>
        </w:rPr>
        <w:t xml:space="preserve"> م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کند</w:t>
      </w:r>
      <w:r w:rsidRPr="00E26D4C">
        <w:rPr>
          <w:rFonts w:ascii="Tahoma" w:hAnsi="Tahoma" w:cs="Tahoma"/>
          <w:rtl/>
        </w:rPr>
        <w:t>. دستگاه د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نکار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برا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رسم</w:t>
      </w:r>
      <w:r w:rsidRPr="00E26D4C">
        <w:rPr>
          <w:rFonts w:ascii="Tahoma" w:hAnsi="Tahoma" w:cs="Tahoma" w:hint="cs"/>
          <w:rtl/>
        </w:rPr>
        <w:t>ی‌</w:t>
      </w:r>
      <w:r w:rsidRPr="00E26D4C">
        <w:rPr>
          <w:rFonts w:ascii="Tahoma" w:hAnsi="Tahoma" w:cs="Tahoma" w:hint="eastAsia"/>
          <w:rtl/>
        </w:rPr>
        <w:t>کردن</w:t>
      </w:r>
      <w:r w:rsidRPr="00E26D4C">
        <w:rPr>
          <w:rFonts w:ascii="Tahoma" w:hAnsi="Tahoma" w:cs="Tahoma"/>
          <w:rtl/>
        </w:rPr>
        <w:t xml:space="preserve"> تش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ع</w:t>
      </w:r>
      <w:r w:rsidRPr="00E26D4C">
        <w:rPr>
          <w:rFonts w:ascii="Tahoma" w:hAnsi="Tahoma" w:cs="Tahoma"/>
          <w:rtl/>
        </w:rPr>
        <w:t xml:space="preserve"> لازم بود؛ سپس برا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حفظ مدارس، موقوفات، مقام‌ها و نفوذ خود به ن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رو</w:t>
      </w:r>
      <w:r w:rsidRPr="00E26D4C">
        <w:rPr>
          <w:rFonts w:ascii="Tahoma" w:hAnsi="Tahoma" w:cs="Tahoma" w:hint="cs"/>
          <w:rtl/>
        </w:rPr>
        <w:t>یی</w:t>
      </w:r>
      <w:r w:rsidRPr="00E26D4C">
        <w:rPr>
          <w:rFonts w:ascii="Tahoma" w:hAnsi="Tahoma" w:cs="Tahoma"/>
          <w:rtl/>
        </w:rPr>
        <w:t xml:space="preserve"> د</w:t>
      </w:r>
      <w:r w:rsidRPr="00E26D4C">
        <w:rPr>
          <w:rFonts w:ascii="Tahoma" w:hAnsi="Tahoma" w:cs="Tahoma" w:hint="eastAsia"/>
          <w:rtl/>
        </w:rPr>
        <w:t>ارا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منافع مستقل تبد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ل</w:t>
      </w:r>
      <w:r w:rsidRPr="00E26D4C">
        <w:rPr>
          <w:rFonts w:ascii="Tahoma" w:hAnsi="Tahoma" w:cs="Tahoma"/>
          <w:rtl/>
        </w:rPr>
        <w:t xml:space="preserve"> شد.</w:t>
      </w:r>
    </w:p>
    <w:p w:rsidR="00E26D4C" w:rsidRDefault="00E26D4C" w:rsidP="00E26D4C">
      <w:pPr>
        <w:bidi/>
        <w:spacing w:after="0" w:line="360" w:lineRule="auto"/>
        <w:ind w:firstLine="720"/>
        <w:jc w:val="both"/>
        <w:rPr>
          <w:rFonts w:ascii="Tahoma" w:hAnsi="Tahoma" w:cs="Tahoma"/>
          <w:rtl/>
        </w:rPr>
      </w:pPr>
      <w:r w:rsidRPr="00E26D4C">
        <w:rPr>
          <w:rFonts w:ascii="Tahoma" w:hAnsi="Tahoma" w:cs="Tahoma" w:hint="eastAsia"/>
          <w:rtl/>
        </w:rPr>
        <w:t>قسمت</w:t>
      </w:r>
      <w:r w:rsidRPr="00E26D4C">
        <w:rPr>
          <w:rFonts w:ascii="Tahoma" w:hAnsi="Tahoma" w:cs="Tahoma"/>
          <w:rtl/>
        </w:rPr>
        <w:t xml:space="preserve"> دوم 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ن</w:t>
      </w:r>
      <w:r w:rsidRPr="00E26D4C">
        <w:rPr>
          <w:rFonts w:ascii="Tahoma" w:hAnsi="Tahoma" w:cs="Tahoma"/>
          <w:rtl/>
        </w:rPr>
        <w:t xml:space="preserve"> فصل نشان خواهد داد که پا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ان</w:t>
      </w:r>
      <w:r w:rsidRPr="00E26D4C">
        <w:rPr>
          <w:rFonts w:ascii="Tahoma" w:hAnsi="Tahoma" w:cs="Tahoma"/>
          <w:rtl/>
        </w:rPr>
        <w:t xml:space="preserve"> حما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ت</w:t>
      </w:r>
      <w:r w:rsidRPr="00E26D4C">
        <w:rPr>
          <w:rFonts w:ascii="Tahoma" w:hAnsi="Tahoma" w:cs="Tahoma"/>
          <w:rtl/>
        </w:rPr>
        <w:t xml:space="preserve"> صفو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چگونه عمامه را واداشت ب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ش</w:t>
      </w:r>
      <w:r w:rsidRPr="00E26D4C">
        <w:rPr>
          <w:rFonts w:ascii="Tahoma" w:hAnsi="Tahoma" w:cs="Tahoma"/>
          <w:rtl/>
        </w:rPr>
        <w:t xml:space="preserve"> از گذشته به جامعه تک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ه</w:t>
      </w:r>
      <w:r w:rsidRPr="00E26D4C">
        <w:rPr>
          <w:rFonts w:ascii="Tahoma" w:hAnsi="Tahoma" w:cs="Tahoma"/>
          <w:rtl/>
        </w:rPr>
        <w:t xml:space="preserve"> کند؛ چرا س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است</w:t>
      </w:r>
      <w:r w:rsidRPr="00E26D4C">
        <w:rPr>
          <w:rFonts w:ascii="Tahoma" w:hAnsi="Tahoma" w:cs="Tahoma"/>
          <w:rtl/>
        </w:rPr>
        <w:t xml:space="preserve"> نادر نتوانست آن را به کارگزار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مط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ع</w:t>
      </w:r>
      <w:r w:rsidRPr="00E26D4C">
        <w:rPr>
          <w:rFonts w:ascii="Tahoma" w:hAnsi="Tahoma" w:cs="Tahoma"/>
          <w:rtl/>
        </w:rPr>
        <w:t xml:space="preserve"> قشون تبد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ل</w:t>
      </w:r>
      <w:r w:rsidRPr="00E26D4C">
        <w:rPr>
          <w:rFonts w:ascii="Tahoma" w:hAnsi="Tahoma" w:cs="Tahoma"/>
          <w:rtl/>
        </w:rPr>
        <w:t xml:space="preserve"> کند؛ و م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راث</w:t>
      </w:r>
      <w:r w:rsidRPr="00E26D4C">
        <w:rPr>
          <w:rFonts w:ascii="Tahoma" w:hAnsi="Tahoma" w:cs="Tahoma"/>
          <w:rtl/>
        </w:rPr>
        <w:t xml:space="preserve"> صفو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چگونه رابطهٔ تاج، عمامه، د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 w:hint="eastAsia"/>
          <w:rtl/>
        </w:rPr>
        <w:t>وان</w:t>
      </w:r>
      <w:r w:rsidRPr="00E26D4C">
        <w:rPr>
          <w:rFonts w:ascii="Tahoma" w:hAnsi="Tahoma" w:cs="Tahoma"/>
          <w:rtl/>
        </w:rPr>
        <w:t xml:space="preserve"> و قشون را در دوره‌ها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بعد از نو صورت‌بند</w:t>
      </w:r>
      <w:r w:rsidRPr="00E26D4C">
        <w:rPr>
          <w:rFonts w:ascii="Tahoma" w:hAnsi="Tahoma" w:cs="Tahoma" w:hint="cs"/>
          <w:rtl/>
        </w:rPr>
        <w:t>ی</w:t>
      </w:r>
      <w:r w:rsidRPr="00E26D4C">
        <w:rPr>
          <w:rFonts w:ascii="Tahoma" w:hAnsi="Tahoma" w:cs="Tahoma"/>
          <w:rtl/>
        </w:rPr>
        <w:t xml:space="preserve"> کر</w:t>
      </w:r>
      <w:r w:rsidRPr="00E26D4C">
        <w:rPr>
          <w:rFonts w:ascii="Tahoma" w:hAnsi="Tahoma" w:cs="Tahoma" w:hint="eastAsia"/>
          <w:rtl/>
        </w:rPr>
        <w:t>د</w:t>
      </w:r>
      <w:r w:rsidRPr="00E26D4C">
        <w:rPr>
          <w:rFonts w:ascii="Tahoma" w:hAnsi="Tahoma" w:cs="Tahoma"/>
          <w:rtl/>
        </w:rPr>
        <w:t>.</w:t>
      </w:r>
    </w:p>
    <w:p w:rsidR="00F25193" w:rsidRPr="00F25193" w:rsidRDefault="00F25193" w:rsidP="00F2519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F25193">
        <w:rPr>
          <w:rFonts w:ascii="Tahoma" w:hAnsi="Tahoma" w:cs="Tahoma" w:hint="eastAsia"/>
          <w:rtl/>
        </w:rPr>
        <w:t>پا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ان</w:t>
      </w:r>
      <w:r w:rsidRPr="00F25193">
        <w:rPr>
          <w:rFonts w:ascii="Tahoma" w:hAnsi="Tahoma" w:cs="Tahoma"/>
          <w:rtl/>
        </w:rPr>
        <w:t xml:space="preserve"> پادشاه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صفو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ان،</w:t>
      </w:r>
      <w:r w:rsidRPr="00F25193">
        <w:rPr>
          <w:rFonts w:ascii="Tahoma" w:hAnsi="Tahoma" w:cs="Tahoma"/>
          <w:rtl/>
        </w:rPr>
        <w:t xml:space="preserve">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نکاران</w:t>
      </w:r>
      <w:r w:rsidRPr="00F25193">
        <w:rPr>
          <w:rFonts w:ascii="Tahoma" w:hAnsi="Tahoma" w:cs="Tahoma"/>
          <w:rtl/>
        </w:rPr>
        <w:t xml:space="preserve"> ش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عه</w:t>
      </w:r>
      <w:r w:rsidRPr="00F25193">
        <w:rPr>
          <w:rFonts w:ascii="Tahoma" w:hAnsi="Tahoma" w:cs="Tahoma"/>
          <w:rtl/>
        </w:rPr>
        <w:t xml:space="preserve"> را با وضع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ت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تازه روبه‌رو کرد. دستگاه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که در طول ب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ش</w:t>
      </w:r>
      <w:r w:rsidRPr="00F25193">
        <w:rPr>
          <w:rFonts w:ascii="Tahoma" w:hAnsi="Tahoma" w:cs="Tahoma"/>
          <w:rtl/>
        </w:rPr>
        <w:t xml:space="preserve"> از دو سده با حما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ت</w:t>
      </w:r>
      <w:r w:rsidRPr="00F25193">
        <w:rPr>
          <w:rFonts w:ascii="Tahoma" w:hAnsi="Tahoma" w:cs="Tahoma"/>
          <w:rtl/>
        </w:rPr>
        <w:t xml:space="preserve"> تاج ساخته شده بود، اکنون تاج پشت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بان</w:t>
      </w:r>
      <w:r w:rsidRPr="00F25193">
        <w:rPr>
          <w:rFonts w:ascii="Tahoma" w:hAnsi="Tahoma" w:cs="Tahoma"/>
          <w:rtl/>
        </w:rPr>
        <w:t xml:space="preserve"> خود را از دست داده بود. منصب‌ها، مدرسه‌ها، موقوفه‌ها و شبکه‌ها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خانوادگ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نکاران</w:t>
      </w:r>
      <w:r w:rsidRPr="00F25193">
        <w:rPr>
          <w:rFonts w:ascii="Tahoma" w:hAnsi="Tahoma" w:cs="Tahoma"/>
          <w:rtl/>
        </w:rPr>
        <w:t xml:space="preserve"> همچنان وجود داشتند، اما حکومت مرکز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گر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در کار نبود که رابطهٔ 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ان</w:t>
      </w:r>
      <w:r w:rsidRPr="00F25193">
        <w:rPr>
          <w:rFonts w:ascii="Tahoma" w:hAnsi="Tahoma" w:cs="Tahoma"/>
          <w:rtl/>
        </w:rPr>
        <w:t xml:space="preserve"> 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/>
          <w:rtl/>
        </w:rPr>
        <w:t xml:space="preserve"> اجزا را تنظ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م</w:t>
      </w:r>
      <w:r w:rsidRPr="00F25193">
        <w:rPr>
          <w:rFonts w:ascii="Tahoma" w:hAnsi="Tahoma" w:cs="Tahoma"/>
          <w:rtl/>
        </w:rPr>
        <w:t xml:space="preserve"> کند، هز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نهٔ</w:t>
      </w:r>
      <w:r w:rsidRPr="00F25193">
        <w:rPr>
          <w:rFonts w:ascii="Tahoma" w:hAnsi="Tahoma" w:cs="Tahoma"/>
          <w:rtl/>
        </w:rPr>
        <w:t xml:space="preserve"> آنها را بپردازد و از برتر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تش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ع</w:t>
      </w:r>
      <w:r w:rsidRPr="00F25193">
        <w:rPr>
          <w:rFonts w:ascii="Tahoma" w:hAnsi="Tahoma" w:cs="Tahoma"/>
          <w:rtl/>
        </w:rPr>
        <w:t xml:space="preserve"> دوازده‌امام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در برابر مذاهب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گر</w:t>
      </w:r>
      <w:r w:rsidRPr="00F25193">
        <w:rPr>
          <w:rFonts w:ascii="Tahoma" w:hAnsi="Tahoma" w:cs="Tahoma"/>
          <w:rtl/>
        </w:rPr>
        <w:t xml:space="preserve"> پاسدار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کند. سقوط اصفهان فقط 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ک</w:t>
      </w:r>
      <w:r w:rsidRPr="00F25193">
        <w:rPr>
          <w:rFonts w:ascii="Tahoma" w:hAnsi="Tahoma" w:cs="Tahoma"/>
          <w:rtl/>
        </w:rPr>
        <w:t xml:space="preserve"> سلسله را از 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ان</w:t>
      </w:r>
      <w:r w:rsidRPr="00F25193">
        <w:rPr>
          <w:rFonts w:ascii="Tahoma" w:hAnsi="Tahoma" w:cs="Tahoma"/>
          <w:rtl/>
        </w:rPr>
        <w:t xml:space="preserve"> نبرده بود؛ پ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وند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را 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ز</w:t>
      </w:r>
      <w:r w:rsidRPr="00F25193">
        <w:rPr>
          <w:rFonts w:ascii="Tahoma" w:hAnsi="Tahoma" w:cs="Tahoma"/>
          <w:rtl/>
        </w:rPr>
        <w:t xml:space="preserve"> گسسته بود که صفو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ان</w:t>
      </w:r>
      <w:r w:rsidRPr="00F25193">
        <w:rPr>
          <w:rFonts w:ascii="Tahoma" w:hAnsi="Tahoma" w:cs="Tahoma"/>
          <w:rtl/>
        </w:rPr>
        <w:t xml:space="preserve"> 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ان</w:t>
      </w:r>
      <w:r w:rsidRPr="00F25193">
        <w:rPr>
          <w:rFonts w:ascii="Tahoma" w:hAnsi="Tahoma" w:cs="Tahoma"/>
          <w:rtl/>
        </w:rPr>
        <w:t xml:space="preserve"> حکومت و دستگاه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بر</w:t>
      </w:r>
      <w:r w:rsidRPr="00F25193">
        <w:rPr>
          <w:rFonts w:ascii="Tahoma" w:hAnsi="Tahoma" w:cs="Tahoma" w:hint="eastAsia"/>
          <w:rtl/>
        </w:rPr>
        <w:t>قرار</w:t>
      </w:r>
      <w:r w:rsidRPr="00F25193">
        <w:rPr>
          <w:rFonts w:ascii="Tahoma" w:hAnsi="Tahoma" w:cs="Tahoma"/>
          <w:rtl/>
        </w:rPr>
        <w:t xml:space="preserve"> کرده بودند.</w:t>
      </w:r>
    </w:p>
    <w:p w:rsidR="00F25193" w:rsidRPr="00F25193" w:rsidRDefault="00F25193" w:rsidP="00F2519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F25193">
        <w:rPr>
          <w:rFonts w:ascii="Tahoma" w:hAnsi="Tahoma" w:cs="Tahoma" w:hint="eastAsia"/>
          <w:rtl/>
        </w:rPr>
        <w:t>باا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ن‌همه،</w:t>
      </w:r>
      <w:r w:rsidRPr="00F25193">
        <w:rPr>
          <w:rFonts w:ascii="Tahoma" w:hAnsi="Tahoma" w:cs="Tahoma"/>
          <w:rtl/>
        </w:rPr>
        <w:t xml:space="preserve"> دستگاه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نکار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ک‌باره</w:t>
      </w:r>
      <w:r w:rsidRPr="00F25193">
        <w:rPr>
          <w:rFonts w:ascii="Tahoma" w:hAnsi="Tahoma" w:cs="Tahoma"/>
          <w:rtl/>
        </w:rPr>
        <w:t xml:space="preserve"> فرو نر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خت</w:t>
      </w:r>
      <w:r w:rsidRPr="00F25193">
        <w:rPr>
          <w:rFonts w:ascii="Tahoma" w:hAnsi="Tahoma" w:cs="Tahoma"/>
          <w:rtl/>
        </w:rPr>
        <w:t>. علت آن بود که در پا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ان</w:t>
      </w:r>
      <w:r w:rsidRPr="00F25193">
        <w:rPr>
          <w:rFonts w:ascii="Tahoma" w:hAnsi="Tahoma" w:cs="Tahoma"/>
          <w:rtl/>
        </w:rPr>
        <w:t xml:space="preserve"> دورهٔ صفو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،</w:t>
      </w:r>
      <w:r w:rsidRPr="00F25193">
        <w:rPr>
          <w:rFonts w:ascii="Tahoma" w:hAnsi="Tahoma" w:cs="Tahoma"/>
          <w:rtl/>
        </w:rPr>
        <w:t xml:space="preserve"> عمامه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گر</w:t>
      </w:r>
      <w:r w:rsidRPr="00F25193">
        <w:rPr>
          <w:rFonts w:ascii="Tahoma" w:hAnsi="Tahoma" w:cs="Tahoma"/>
          <w:rtl/>
        </w:rPr>
        <w:t xml:space="preserve"> فقط به تاج وابسته نبود.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نکاران</w:t>
      </w:r>
      <w:r w:rsidRPr="00F25193">
        <w:rPr>
          <w:rFonts w:ascii="Tahoma" w:hAnsi="Tahoma" w:cs="Tahoma"/>
          <w:rtl/>
        </w:rPr>
        <w:t xml:space="preserve"> در شهرها، بازارها، مدرسه‌ها، ز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ارتگاه‌ها</w:t>
      </w:r>
      <w:r w:rsidRPr="00F25193">
        <w:rPr>
          <w:rFonts w:ascii="Tahoma" w:hAnsi="Tahoma" w:cs="Tahoma"/>
          <w:rtl/>
        </w:rPr>
        <w:t xml:space="preserve"> و 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ان</w:t>
      </w:r>
      <w:r w:rsidRPr="00F25193">
        <w:rPr>
          <w:rFonts w:ascii="Tahoma" w:hAnsi="Tahoma" w:cs="Tahoma"/>
          <w:rtl/>
        </w:rPr>
        <w:t xml:space="preserve"> خانواده‌ها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صاحب‌نفوذ جا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گرفته بودند. درآمد آنان تنها از خزانهٔ شاه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تأم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/>
          <w:rtl/>
        </w:rPr>
        <w:t xml:space="preserve"> نم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شد؛</w:t>
      </w:r>
      <w:r w:rsidRPr="00F25193">
        <w:rPr>
          <w:rFonts w:ascii="Tahoma" w:hAnsi="Tahoma" w:cs="Tahoma"/>
          <w:rtl/>
        </w:rPr>
        <w:t xml:space="preserve"> </w:t>
      </w:r>
      <w:r w:rsidRPr="00F25193">
        <w:rPr>
          <w:rFonts w:ascii="Tahoma" w:hAnsi="Tahoma" w:cs="Tahoma" w:hint="eastAsia"/>
          <w:rtl/>
        </w:rPr>
        <w:t>موقوفه‌ها،</w:t>
      </w:r>
      <w:r w:rsidRPr="00F25193">
        <w:rPr>
          <w:rFonts w:ascii="Tahoma" w:hAnsi="Tahoma" w:cs="Tahoma"/>
          <w:rtl/>
        </w:rPr>
        <w:t xml:space="preserve"> وجوه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،</w:t>
      </w:r>
      <w:r w:rsidRPr="00F25193">
        <w:rPr>
          <w:rFonts w:ascii="Tahoma" w:hAnsi="Tahoma" w:cs="Tahoma"/>
          <w:rtl/>
        </w:rPr>
        <w:t xml:space="preserve"> هدا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</w:t>
      </w:r>
      <w:r w:rsidRPr="00F25193">
        <w:rPr>
          <w:rFonts w:ascii="Tahoma" w:hAnsi="Tahoma" w:cs="Tahoma"/>
          <w:rtl/>
        </w:rPr>
        <w:t xml:space="preserve"> و ارتباط با بازرگانان و مالکان 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ز</w:t>
      </w:r>
      <w:r w:rsidRPr="00F25193">
        <w:rPr>
          <w:rFonts w:ascii="Tahoma" w:hAnsi="Tahoma" w:cs="Tahoma"/>
          <w:rtl/>
        </w:rPr>
        <w:t xml:space="preserve"> بخش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از پا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ه‌ها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اقتصاد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آنان را تشک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ل</w:t>
      </w:r>
      <w:r w:rsidRPr="00F25193">
        <w:rPr>
          <w:rFonts w:ascii="Tahoma" w:hAnsi="Tahoma" w:cs="Tahoma"/>
          <w:rtl/>
        </w:rPr>
        <w:t xml:space="preserve">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داد</w:t>
      </w:r>
      <w:r w:rsidRPr="00F25193">
        <w:rPr>
          <w:rFonts w:ascii="Tahoma" w:hAnsi="Tahoma" w:cs="Tahoma"/>
          <w:rtl/>
        </w:rPr>
        <w:t>. مردم برا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ازدواج، طلاق، ارث، وقف، دادوستد، حل اختلاف و اجرا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آ</w:t>
      </w:r>
      <w:r w:rsidRPr="00F25193">
        <w:rPr>
          <w:rFonts w:ascii="Tahoma" w:hAnsi="Tahoma" w:cs="Tahoma" w:hint="cs"/>
          <w:rtl/>
        </w:rPr>
        <w:t>یی</w:t>
      </w:r>
      <w:r w:rsidRPr="00F25193">
        <w:rPr>
          <w:rFonts w:ascii="Tahoma" w:hAnsi="Tahoma" w:cs="Tahoma" w:hint="eastAsia"/>
          <w:rtl/>
        </w:rPr>
        <w:t>ن‌ها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مذهب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به آنان مراجعه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کردند</w:t>
      </w:r>
      <w:r w:rsidRPr="00F25193">
        <w:rPr>
          <w:rFonts w:ascii="Tahoma" w:hAnsi="Tahoma" w:cs="Tahoma"/>
          <w:rtl/>
        </w:rPr>
        <w:t>. ازا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ن‌رو،</w:t>
      </w:r>
      <w:r w:rsidRPr="00F25193">
        <w:rPr>
          <w:rFonts w:ascii="Tahoma" w:hAnsi="Tahoma" w:cs="Tahoma"/>
          <w:rtl/>
        </w:rPr>
        <w:t xml:space="preserve"> با از 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ان</w:t>
      </w:r>
      <w:r w:rsidRPr="00F25193">
        <w:rPr>
          <w:rFonts w:ascii="Tahoma" w:hAnsi="Tahoma" w:cs="Tahoma"/>
          <w:rtl/>
        </w:rPr>
        <w:t xml:space="preserve"> رفتن حکومت صفو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،</w:t>
      </w:r>
      <w:r w:rsidRPr="00F25193">
        <w:rPr>
          <w:rFonts w:ascii="Tahoma" w:hAnsi="Tahoma" w:cs="Tahoma"/>
          <w:rtl/>
        </w:rPr>
        <w:t xml:space="preserve"> 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ازها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اجتماع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که جا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گاه</w:t>
      </w:r>
      <w:r w:rsidRPr="00F25193">
        <w:rPr>
          <w:rFonts w:ascii="Tahoma" w:hAnsi="Tahoma" w:cs="Tahoma"/>
          <w:rtl/>
        </w:rPr>
        <w:t xml:space="preserve">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نکاران</w:t>
      </w:r>
      <w:r w:rsidRPr="00F25193">
        <w:rPr>
          <w:rFonts w:ascii="Tahoma" w:hAnsi="Tahoma" w:cs="Tahoma"/>
          <w:rtl/>
        </w:rPr>
        <w:t xml:space="preserve"> را پد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د</w:t>
      </w:r>
      <w:r w:rsidRPr="00F25193">
        <w:rPr>
          <w:rFonts w:ascii="Tahoma" w:hAnsi="Tahoma" w:cs="Tahoma"/>
          <w:rtl/>
        </w:rPr>
        <w:t xml:space="preserve"> آورده بود از 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ان</w:t>
      </w:r>
      <w:r w:rsidRPr="00F25193">
        <w:rPr>
          <w:rFonts w:ascii="Tahoma" w:hAnsi="Tahoma" w:cs="Tahoma"/>
          <w:rtl/>
        </w:rPr>
        <w:t xml:space="preserve"> نرفت.</w:t>
      </w:r>
    </w:p>
    <w:p w:rsidR="00F25193" w:rsidRPr="00F25193" w:rsidRDefault="00F25193" w:rsidP="00F2519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F25193">
        <w:rPr>
          <w:rFonts w:ascii="Tahoma" w:hAnsi="Tahoma" w:cs="Tahoma" w:hint="eastAsia"/>
          <w:rtl/>
        </w:rPr>
        <w:t>در</w:t>
      </w:r>
      <w:r w:rsidRPr="00F25193">
        <w:rPr>
          <w:rFonts w:ascii="Tahoma" w:hAnsi="Tahoma" w:cs="Tahoma"/>
          <w:rtl/>
        </w:rPr>
        <w:t xml:space="preserve"> حق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قت،</w:t>
      </w:r>
      <w:r w:rsidRPr="00F25193">
        <w:rPr>
          <w:rFonts w:ascii="Tahoma" w:hAnsi="Tahoma" w:cs="Tahoma"/>
          <w:rtl/>
        </w:rPr>
        <w:t xml:space="preserve"> تناقض اصل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ساختهٔ صفو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ان</w:t>
      </w:r>
      <w:r w:rsidRPr="00F25193">
        <w:rPr>
          <w:rFonts w:ascii="Tahoma" w:hAnsi="Tahoma" w:cs="Tahoma"/>
          <w:rtl/>
        </w:rPr>
        <w:t xml:space="preserve"> در هم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ن‌جا</w:t>
      </w:r>
      <w:r w:rsidRPr="00F25193">
        <w:rPr>
          <w:rFonts w:ascii="Tahoma" w:hAnsi="Tahoma" w:cs="Tahoma"/>
          <w:rtl/>
        </w:rPr>
        <w:t xml:space="preserve"> آشکار شد. شاهان صفو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نکاران</w:t>
      </w:r>
      <w:r w:rsidRPr="00F25193">
        <w:rPr>
          <w:rFonts w:ascii="Tahoma" w:hAnsi="Tahoma" w:cs="Tahoma"/>
          <w:rtl/>
        </w:rPr>
        <w:t xml:space="preserve"> را برا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استوار کردن حکومت خود به 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ران</w:t>
      </w:r>
      <w:r w:rsidRPr="00F25193">
        <w:rPr>
          <w:rFonts w:ascii="Tahoma" w:hAnsi="Tahoma" w:cs="Tahoma"/>
          <w:rtl/>
        </w:rPr>
        <w:t xml:space="preserve"> آورده 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</w:t>
      </w:r>
      <w:r w:rsidRPr="00F25193">
        <w:rPr>
          <w:rFonts w:ascii="Tahoma" w:hAnsi="Tahoma" w:cs="Tahoma"/>
          <w:rtl/>
        </w:rPr>
        <w:t xml:space="preserve"> پرورش داده بودند، اما همان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نکاران،</w:t>
      </w:r>
      <w:r w:rsidRPr="00F25193">
        <w:rPr>
          <w:rFonts w:ascii="Tahoma" w:hAnsi="Tahoma" w:cs="Tahoma"/>
          <w:rtl/>
        </w:rPr>
        <w:t xml:space="preserve"> در جر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ان</w:t>
      </w:r>
      <w:r w:rsidRPr="00F25193">
        <w:rPr>
          <w:rFonts w:ascii="Tahoma" w:hAnsi="Tahoma" w:cs="Tahoma"/>
          <w:rtl/>
        </w:rPr>
        <w:t xml:space="preserve"> گسترش کار خود، پا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ه‌ها</w:t>
      </w:r>
      <w:r w:rsidRPr="00F25193">
        <w:rPr>
          <w:rFonts w:ascii="Tahoma" w:hAnsi="Tahoma" w:cs="Tahoma" w:hint="cs"/>
          <w:rtl/>
        </w:rPr>
        <w:t>یی</w:t>
      </w:r>
      <w:r w:rsidRPr="00F25193">
        <w:rPr>
          <w:rFonts w:ascii="Tahoma" w:hAnsi="Tahoma" w:cs="Tahoma"/>
          <w:rtl/>
        </w:rPr>
        <w:t xml:space="preserve"> در جامعه پ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دا</w:t>
      </w:r>
      <w:r w:rsidRPr="00F25193">
        <w:rPr>
          <w:rFonts w:ascii="Tahoma" w:hAnsi="Tahoma" w:cs="Tahoma"/>
          <w:rtl/>
        </w:rPr>
        <w:t xml:space="preserve"> کرده بودند که ادامهٔ زندگ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آنان را بدون حما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ت</w:t>
      </w:r>
      <w:r w:rsidRPr="00F25193">
        <w:rPr>
          <w:rFonts w:ascii="Tahoma" w:hAnsi="Tahoma" w:cs="Tahoma"/>
          <w:rtl/>
        </w:rPr>
        <w:t xml:space="preserve"> م</w:t>
      </w:r>
      <w:r w:rsidRPr="00F25193">
        <w:rPr>
          <w:rFonts w:ascii="Tahoma" w:hAnsi="Tahoma" w:cs="Tahoma" w:hint="eastAsia"/>
          <w:rtl/>
        </w:rPr>
        <w:t>ستق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م</w:t>
      </w:r>
      <w:r w:rsidRPr="00F25193">
        <w:rPr>
          <w:rFonts w:ascii="Tahoma" w:hAnsi="Tahoma" w:cs="Tahoma"/>
          <w:rtl/>
        </w:rPr>
        <w:t xml:space="preserve"> تاج ممکن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ساخت</w:t>
      </w:r>
      <w:r w:rsidRPr="00F25193">
        <w:rPr>
          <w:rFonts w:ascii="Tahoma" w:hAnsi="Tahoma" w:cs="Tahoma"/>
          <w:rtl/>
        </w:rPr>
        <w:t>. هرچه دستگاه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گسترده‌تر شده بود، وابستگ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آن به 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ک</w:t>
      </w:r>
      <w:r w:rsidRPr="00F25193">
        <w:rPr>
          <w:rFonts w:ascii="Tahoma" w:hAnsi="Tahoma" w:cs="Tahoma"/>
          <w:rtl/>
        </w:rPr>
        <w:t xml:space="preserve"> شاه 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</w:t>
      </w:r>
      <w:r w:rsidRPr="00F25193">
        <w:rPr>
          <w:rFonts w:ascii="Tahoma" w:hAnsi="Tahoma" w:cs="Tahoma"/>
          <w:rtl/>
        </w:rPr>
        <w:t xml:space="preserve"> حت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ک</w:t>
      </w:r>
      <w:r w:rsidRPr="00F25193">
        <w:rPr>
          <w:rFonts w:ascii="Tahoma" w:hAnsi="Tahoma" w:cs="Tahoma"/>
          <w:rtl/>
        </w:rPr>
        <w:t xml:space="preserve"> سلسله کاهش 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افته</w:t>
      </w:r>
      <w:r w:rsidRPr="00F25193">
        <w:rPr>
          <w:rFonts w:ascii="Tahoma" w:hAnsi="Tahoma" w:cs="Tahoma"/>
          <w:rtl/>
        </w:rPr>
        <w:t xml:space="preserve"> بود. شاه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توانست</w:t>
      </w:r>
      <w:r w:rsidRPr="00F25193">
        <w:rPr>
          <w:rFonts w:ascii="Tahoma" w:hAnsi="Tahoma" w:cs="Tahoma"/>
          <w:rtl/>
        </w:rPr>
        <w:t xml:space="preserve"> 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ک</w:t>
      </w:r>
      <w:r w:rsidRPr="00F25193">
        <w:rPr>
          <w:rFonts w:ascii="Tahoma" w:hAnsi="Tahoma" w:cs="Tahoma"/>
          <w:rtl/>
        </w:rPr>
        <w:t xml:space="preserve"> صدر، ش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خ‌الاسلام</w:t>
      </w:r>
      <w:r w:rsidRPr="00F25193">
        <w:rPr>
          <w:rFonts w:ascii="Tahoma" w:hAnsi="Tahoma" w:cs="Tahoma"/>
          <w:rtl/>
        </w:rPr>
        <w:t xml:space="preserve"> 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</w:t>
      </w:r>
      <w:r w:rsidRPr="00F25193">
        <w:rPr>
          <w:rFonts w:ascii="Tahoma" w:hAnsi="Tahoma" w:cs="Tahoma"/>
          <w:rtl/>
        </w:rPr>
        <w:t xml:space="preserve"> ملاباش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را برکنار کند، اما نم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توانست</w:t>
      </w:r>
      <w:r w:rsidRPr="00F25193">
        <w:rPr>
          <w:rFonts w:ascii="Tahoma" w:hAnsi="Tahoma" w:cs="Tahoma"/>
          <w:rtl/>
        </w:rPr>
        <w:t xml:space="preserve"> همهٔ مجتهدان، مدرسان، پ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شنمازان،</w:t>
      </w:r>
      <w:r w:rsidRPr="00F25193">
        <w:rPr>
          <w:rFonts w:ascii="Tahoma" w:hAnsi="Tahoma" w:cs="Tahoma"/>
          <w:rtl/>
        </w:rPr>
        <w:t xml:space="preserve"> متول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ان</w:t>
      </w:r>
      <w:r w:rsidRPr="00F25193">
        <w:rPr>
          <w:rFonts w:ascii="Tahoma" w:hAnsi="Tahoma" w:cs="Tahoma"/>
          <w:rtl/>
        </w:rPr>
        <w:t xml:space="preserve"> موقوفه‌ها و خانواده‌ها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نکار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را که در سراسر کشور پراکنده بودند از 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ان</w:t>
      </w:r>
      <w:r w:rsidRPr="00F25193">
        <w:rPr>
          <w:rFonts w:ascii="Tahoma" w:hAnsi="Tahoma" w:cs="Tahoma"/>
          <w:rtl/>
        </w:rPr>
        <w:t xml:space="preserve"> بردارد.</w:t>
      </w:r>
    </w:p>
    <w:p w:rsidR="00F25193" w:rsidRPr="00F25193" w:rsidRDefault="00F25193" w:rsidP="00F2519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F25193">
        <w:rPr>
          <w:rFonts w:ascii="Tahoma" w:hAnsi="Tahoma" w:cs="Tahoma" w:hint="eastAsia"/>
          <w:rtl/>
        </w:rPr>
        <w:t>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/>
          <w:rtl/>
        </w:rPr>
        <w:t xml:space="preserve"> و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ژگ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در برخورد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نکاران</w:t>
      </w:r>
      <w:r w:rsidRPr="00F25193">
        <w:rPr>
          <w:rFonts w:ascii="Tahoma" w:hAnsi="Tahoma" w:cs="Tahoma"/>
          <w:rtl/>
        </w:rPr>
        <w:t xml:space="preserve"> با نادر آشکارتر شد. نادر قدرت خود را از قشون به دست آورده بود و برا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ادارهٔ کشور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که سال‌ها درگ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ر</w:t>
      </w:r>
      <w:r w:rsidRPr="00F25193">
        <w:rPr>
          <w:rFonts w:ascii="Tahoma" w:hAnsi="Tahoma" w:cs="Tahoma"/>
          <w:rtl/>
        </w:rPr>
        <w:t xml:space="preserve"> جنگ داخل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و اشغال خارج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بود، ب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ش</w:t>
      </w:r>
      <w:r w:rsidRPr="00F25193">
        <w:rPr>
          <w:rFonts w:ascii="Tahoma" w:hAnsi="Tahoma" w:cs="Tahoma"/>
          <w:rtl/>
        </w:rPr>
        <w:t xml:space="preserve"> از هر 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ز</w:t>
      </w:r>
      <w:r w:rsidRPr="00F25193">
        <w:rPr>
          <w:rFonts w:ascii="Tahoma" w:hAnsi="Tahoma" w:cs="Tahoma"/>
          <w:rtl/>
        </w:rPr>
        <w:t xml:space="preserve"> به سپاه، مال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ات</w:t>
      </w:r>
      <w:r w:rsidRPr="00F25193">
        <w:rPr>
          <w:rFonts w:ascii="Tahoma" w:hAnsi="Tahoma" w:cs="Tahoma"/>
          <w:rtl/>
        </w:rPr>
        <w:t xml:space="preserve"> و فرمان‌بردار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از</w:t>
      </w:r>
      <w:r w:rsidRPr="00F25193">
        <w:rPr>
          <w:rFonts w:ascii="Tahoma" w:hAnsi="Tahoma" w:cs="Tahoma"/>
          <w:rtl/>
        </w:rPr>
        <w:t xml:space="preserve"> داشت. او وارث دستگاه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صفو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بود، اما علاقه‌ا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ن</w:t>
      </w:r>
      <w:r w:rsidRPr="00F25193">
        <w:rPr>
          <w:rFonts w:ascii="Tahoma" w:hAnsi="Tahoma" w:cs="Tahoma" w:hint="eastAsia"/>
          <w:rtl/>
        </w:rPr>
        <w:t>داشت</w:t>
      </w:r>
      <w:r w:rsidRPr="00F25193">
        <w:rPr>
          <w:rFonts w:ascii="Tahoma" w:hAnsi="Tahoma" w:cs="Tahoma"/>
          <w:rtl/>
        </w:rPr>
        <w:t xml:space="preserve"> همان رابطه‌ا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را که 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ان</w:t>
      </w:r>
      <w:r w:rsidRPr="00F25193">
        <w:rPr>
          <w:rFonts w:ascii="Tahoma" w:hAnsi="Tahoma" w:cs="Tahoma"/>
          <w:rtl/>
        </w:rPr>
        <w:t xml:space="preserve"> شاهان صفو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و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نکاران</w:t>
      </w:r>
      <w:r w:rsidRPr="00F25193">
        <w:rPr>
          <w:rFonts w:ascii="Tahoma" w:hAnsi="Tahoma" w:cs="Tahoma"/>
          <w:rtl/>
        </w:rPr>
        <w:t xml:space="preserve"> برقرار شده بود ادامه دهد. آن رابطه، افزون بر هز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نه‌ها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مال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،</w:t>
      </w:r>
      <w:r w:rsidRPr="00F25193">
        <w:rPr>
          <w:rFonts w:ascii="Tahoma" w:hAnsi="Tahoma" w:cs="Tahoma"/>
          <w:rtl/>
        </w:rPr>
        <w:t xml:space="preserve"> قدرت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را در کنار تاج قرار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داد</w:t>
      </w:r>
      <w:r w:rsidRPr="00F25193">
        <w:rPr>
          <w:rFonts w:ascii="Tahoma" w:hAnsi="Tahoma" w:cs="Tahoma"/>
          <w:rtl/>
        </w:rPr>
        <w:t xml:space="preserve"> که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توانست</w:t>
      </w:r>
      <w:r w:rsidRPr="00F25193">
        <w:rPr>
          <w:rFonts w:ascii="Tahoma" w:hAnsi="Tahoma" w:cs="Tahoma"/>
          <w:rtl/>
        </w:rPr>
        <w:t xml:space="preserve"> دربارهٔ درست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</w:t>
      </w:r>
      <w:r w:rsidRPr="00F25193">
        <w:rPr>
          <w:rFonts w:ascii="Tahoma" w:hAnsi="Tahoma" w:cs="Tahoma"/>
          <w:rtl/>
        </w:rPr>
        <w:t xml:space="preserve"> نادرست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کردار حکومت داور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کند و از زبان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/>
          <w:rtl/>
        </w:rPr>
        <w:t xml:space="preserve"> با مردم سخن بگو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د</w:t>
      </w:r>
      <w:r w:rsidRPr="00F25193">
        <w:rPr>
          <w:rFonts w:ascii="Tahoma" w:hAnsi="Tahoma" w:cs="Tahoma"/>
          <w:rtl/>
        </w:rPr>
        <w:t>.</w:t>
      </w:r>
    </w:p>
    <w:p w:rsidR="00F25193" w:rsidRPr="00F25193" w:rsidRDefault="00F25193" w:rsidP="00F2519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F25193">
        <w:rPr>
          <w:rFonts w:ascii="Tahoma" w:hAnsi="Tahoma" w:cs="Tahoma" w:hint="eastAsia"/>
          <w:rtl/>
        </w:rPr>
        <w:t>نادر،</w:t>
      </w:r>
      <w:r w:rsidRPr="00F25193">
        <w:rPr>
          <w:rFonts w:ascii="Tahoma" w:hAnsi="Tahoma" w:cs="Tahoma"/>
          <w:rtl/>
        </w:rPr>
        <w:t xml:space="preserve"> برخلاف شاه سلطان حس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ن،</w:t>
      </w:r>
      <w:r w:rsidRPr="00F25193">
        <w:rPr>
          <w:rFonts w:ascii="Tahoma" w:hAnsi="Tahoma" w:cs="Tahoma"/>
          <w:rtl/>
        </w:rPr>
        <w:t xml:space="preserve"> آماده نبود فرمانروا</w:t>
      </w:r>
      <w:r w:rsidRPr="00F25193">
        <w:rPr>
          <w:rFonts w:ascii="Tahoma" w:hAnsi="Tahoma" w:cs="Tahoma" w:hint="cs"/>
          <w:rtl/>
        </w:rPr>
        <w:t>یی</w:t>
      </w:r>
      <w:r w:rsidRPr="00F25193">
        <w:rPr>
          <w:rFonts w:ascii="Tahoma" w:hAnsi="Tahoma" w:cs="Tahoma"/>
          <w:rtl/>
        </w:rPr>
        <w:t xml:space="preserve"> خود را در اخت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ار</w:t>
      </w:r>
      <w:r w:rsidRPr="00F25193">
        <w:rPr>
          <w:rFonts w:ascii="Tahoma" w:hAnsi="Tahoma" w:cs="Tahoma"/>
          <w:rtl/>
        </w:rPr>
        <w:t xml:space="preserve">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نکاران</w:t>
      </w:r>
      <w:r w:rsidRPr="00F25193">
        <w:rPr>
          <w:rFonts w:ascii="Tahoma" w:hAnsi="Tahoma" w:cs="Tahoma"/>
          <w:rtl/>
        </w:rPr>
        <w:t xml:space="preserve"> بگذارد 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</w:t>
      </w:r>
      <w:r w:rsidRPr="00F25193">
        <w:rPr>
          <w:rFonts w:ascii="Tahoma" w:hAnsi="Tahoma" w:cs="Tahoma"/>
          <w:rtl/>
        </w:rPr>
        <w:t xml:space="preserve"> آنان را در تصم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م‌گ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ر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ها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حکومت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شر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ک</w:t>
      </w:r>
      <w:r w:rsidRPr="00F25193">
        <w:rPr>
          <w:rFonts w:ascii="Tahoma" w:hAnsi="Tahoma" w:cs="Tahoma"/>
          <w:rtl/>
        </w:rPr>
        <w:t xml:space="preserve"> کند. او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خواست</w:t>
      </w:r>
      <w:r w:rsidRPr="00F25193">
        <w:rPr>
          <w:rFonts w:ascii="Tahoma" w:hAnsi="Tahoma" w:cs="Tahoma"/>
          <w:rtl/>
        </w:rPr>
        <w:t xml:space="preserve">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/>
          <w:rtl/>
        </w:rPr>
        <w:t xml:space="preserve"> در خدمت وحدت سپاه و ثبات کشور باشد، نه سرچشمهٔ اختلاف در درون 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ران</w:t>
      </w:r>
      <w:r w:rsidRPr="00F25193">
        <w:rPr>
          <w:rFonts w:ascii="Tahoma" w:hAnsi="Tahoma" w:cs="Tahoma"/>
          <w:rtl/>
        </w:rPr>
        <w:t xml:space="preserve"> 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</w:t>
      </w:r>
      <w:r w:rsidRPr="00F25193">
        <w:rPr>
          <w:rFonts w:ascii="Tahoma" w:hAnsi="Tahoma" w:cs="Tahoma"/>
          <w:rtl/>
        </w:rPr>
        <w:t xml:space="preserve"> مانع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در برابر س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است</w:t>
      </w:r>
      <w:r w:rsidRPr="00F25193">
        <w:rPr>
          <w:rFonts w:ascii="Tahoma" w:hAnsi="Tahoma" w:cs="Tahoma"/>
          <w:rtl/>
        </w:rPr>
        <w:t xml:space="preserve"> خارج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او. بخش بزرگ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از 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رو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نظام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نادر از مردمان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تشک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ل</w:t>
      </w:r>
      <w:r w:rsidRPr="00F25193">
        <w:rPr>
          <w:rFonts w:ascii="Tahoma" w:hAnsi="Tahoma" w:cs="Tahoma"/>
          <w:rtl/>
        </w:rPr>
        <w:t xml:space="preserve">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شد</w:t>
      </w:r>
      <w:r w:rsidRPr="00F25193">
        <w:rPr>
          <w:rFonts w:ascii="Tahoma" w:hAnsi="Tahoma" w:cs="Tahoma"/>
          <w:rtl/>
        </w:rPr>
        <w:t xml:space="preserve"> که همگ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ش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عهٔ</w:t>
      </w:r>
      <w:r w:rsidRPr="00F25193">
        <w:rPr>
          <w:rFonts w:ascii="Tahoma" w:hAnsi="Tahoma" w:cs="Tahoma"/>
          <w:rtl/>
        </w:rPr>
        <w:t xml:space="preserve"> دوازده‌امام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نبودند. قلمرو او 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ز</w:t>
      </w:r>
      <w:r w:rsidRPr="00F25193">
        <w:rPr>
          <w:rFonts w:ascii="Tahoma" w:hAnsi="Tahoma" w:cs="Tahoma"/>
          <w:rtl/>
        </w:rPr>
        <w:t xml:space="preserve"> به 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ران</w:t>
      </w:r>
      <w:r w:rsidRPr="00F25193">
        <w:rPr>
          <w:rFonts w:ascii="Tahoma" w:hAnsi="Tahoma" w:cs="Tahoma"/>
          <w:rtl/>
        </w:rPr>
        <w:t xml:space="preserve"> محدود نم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شد</w:t>
      </w:r>
      <w:r w:rsidRPr="00F25193">
        <w:rPr>
          <w:rFonts w:ascii="Tahoma" w:hAnsi="Tahoma" w:cs="Tahoma"/>
          <w:rtl/>
        </w:rPr>
        <w:t xml:space="preserve"> و جنگ‌ها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ش</w:t>
      </w:r>
      <w:r w:rsidRPr="00F25193">
        <w:rPr>
          <w:rFonts w:ascii="Tahoma" w:hAnsi="Tahoma" w:cs="Tahoma"/>
          <w:rtl/>
        </w:rPr>
        <w:t xml:space="preserve"> او را پ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وسته</w:t>
      </w:r>
      <w:r w:rsidRPr="00F25193">
        <w:rPr>
          <w:rFonts w:ascii="Tahoma" w:hAnsi="Tahoma" w:cs="Tahoma"/>
          <w:rtl/>
        </w:rPr>
        <w:t xml:space="preserve"> با سرزم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ن‌ها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سن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مذهب</w:t>
      </w:r>
      <w:r w:rsidRPr="00F25193">
        <w:rPr>
          <w:rFonts w:ascii="Tahoma" w:hAnsi="Tahoma" w:cs="Tahoma"/>
          <w:rtl/>
        </w:rPr>
        <w:t xml:space="preserve"> و حکومت عثمان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روبه‌رو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کرد</w:t>
      </w:r>
      <w:r w:rsidRPr="00F25193">
        <w:rPr>
          <w:rFonts w:ascii="Tahoma" w:hAnsi="Tahoma" w:cs="Tahoma"/>
          <w:rtl/>
        </w:rPr>
        <w:t>. ادامهٔ س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است</w:t>
      </w:r>
      <w:r w:rsidRPr="00F25193">
        <w:rPr>
          <w:rFonts w:ascii="Tahoma" w:hAnsi="Tahoma" w:cs="Tahoma"/>
          <w:rtl/>
        </w:rPr>
        <w:t xml:space="preserve"> مذهب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صفو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ان،</w:t>
      </w:r>
      <w:r w:rsidRPr="00F25193">
        <w:rPr>
          <w:rFonts w:ascii="Tahoma" w:hAnsi="Tahoma" w:cs="Tahoma"/>
          <w:rtl/>
        </w:rPr>
        <w:t xml:space="preserve"> به‌و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ژه</w:t>
      </w:r>
      <w:r w:rsidRPr="00F25193">
        <w:rPr>
          <w:rFonts w:ascii="Tahoma" w:hAnsi="Tahoma" w:cs="Tahoma"/>
          <w:rtl/>
        </w:rPr>
        <w:t xml:space="preserve"> تأک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د</w:t>
      </w:r>
      <w:r w:rsidRPr="00F25193">
        <w:rPr>
          <w:rFonts w:ascii="Tahoma" w:hAnsi="Tahoma" w:cs="Tahoma"/>
          <w:rtl/>
        </w:rPr>
        <w:t xml:space="preserve"> بر دشمن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آ</w:t>
      </w:r>
      <w:r w:rsidRPr="00F25193">
        <w:rPr>
          <w:rFonts w:ascii="Tahoma" w:hAnsi="Tahoma" w:cs="Tahoma" w:hint="cs"/>
          <w:rtl/>
        </w:rPr>
        <w:t>یی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با اهل </w:t>
      </w:r>
      <w:r w:rsidRPr="00F25193">
        <w:rPr>
          <w:rFonts w:ascii="Tahoma" w:hAnsi="Tahoma" w:cs="Tahoma" w:hint="eastAsia"/>
          <w:rtl/>
        </w:rPr>
        <w:t>سنت،</w:t>
      </w:r>
      <w:r w:rsidRPr="00F25193">
        <w:rPr>
          <w:rFonts w:ascii="Tahoma" w:hAnsi="Tahoma" w:cs="Tahoma"/>
          <w:rtl/>
        </w:rPr>
        <w:t xml:space="preserve">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توانست</w:t>
      </w:r>
      <w:r w:rsidRPr="00F25193">
        <w:rPr>
          <w:rFonts w:ascii="Tahoma" w:hAnsi="Tahoma" w:cs="Tahoma"/>
          <w:rtl/>
        </w:rPr>
        <w:t xml:space="preserve"> هم وحدت سپاه او را برهم زند و هم دست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اب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به توافق با عثمان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ان</w:t>
      </w:r>
      <w:r w:rsidRPr="00F25193">
        <w:rPr>
          <w:rFonts w:ascii="Tahoma" w:hAnsi="Tahoma" w:cs="Tahoma"/>
          <w:rtl/>
        </w:rPr>
        <w:t xml:space="preserve"> را دشوارتر کند.</w:t>
      </w:r>
    </w:p>
    <w:p w:rsidR="00F25193" w:rsidRPr="00F25193" w:rsidRDefault="00F25193" w:rsidP="00F2519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F25193">
        <w:rPr>
          <w:rFonts w:ascii="Tahoma" w:hAnsi="Tahoma" w:cs="Tahoma" w:hint="eastAsia"/>
          <w:rtl/>
        </w:rPr>
        <w:t>از</w:t>
      </w:r>
      <w:r w:rsidRPr="00F25193">
        <w:rPr>
          <w:rFonts w:ascii="Tahoma" w:hAnsi="Tahoma" w:cs="Tahoma"/>
          <w:rtl/>
        </w:rPr>
        <w:t xml:space="preserve"> هم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/>
          <w:rtl/>
        </w:rPr>
        <w:t xml:space="preserve"> رو نادر کوش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د</w:t>
      </w:r>
      <w:r w:rsidRPr="00F25193">
        <w:rPr>
          <w:rFonts w:ascii="Tahoma" w:hAnsi="Tahoma" w:cs="Tahoma"/>
          <w:rtl/>
        </w:rPr>
        <w:t xml:space="preserve"> تش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ع</w:t>
      </w:r>
      <w:r w:rsidRPr="00F25193">
        <w:rPr>
          <w:rFonts w:ascii="Tahoma" w:hAnsi="Tahoma" w:cs="Tahoma"/>
          <w:rtl/>
        </w:rPr>
        <w:t xml:space="preserve"> 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ران</w:t>
      </w:r>
      <w:r w:rsidRPr="00F25193">
        <w:rPr>
          <w:rFonts w:ascii="Tahoma" w:hAnsi="Tahoma" w:cs="Tahoma"/>
          <w:rtl/>
        </w:rPr>
        <w:t xml:space="preserve"> را، به جا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مذهب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که بر دشمن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با اهل سنت بنا شده باشد، در قالب «مذهب جعفر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»</w:t>
      </w:r>
      <w:r w:rsidRPr="00F25193">
        <w:rPr>
          <w:rFonts w:ascii="Tahoma" w:hAnsi="Tahoma" w:cs="Tahoma"/>
          <w:rtl/>
        </w:rPr>
        <w:t xml:space="preserve"> عرضه کند و از عثمان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ان</w:t>
      </w:r>
      <w:r w:rsidRPr="00F25193">
        <w:rPr>
          <w:rFonts w:ascii="Tahoma" w:hAnsi="Tahoma" w:cs="Tahoma"/>
          <w:rtl/>
        </w:rPr>
        <w:t xml:space="preserve"> بخواهد آن را در کنار مذاهب چهارگانهٔ اهل سنت به رسم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ت</w:t>
      </w:r>
      <w:r w:rsidRPr="00F25193">
        <w:rPr>
          <w:rFonts w:ascii="Tahoma" w:hAnsi="Tahoma" w:cs="Tahoma"/>
          <w:rtl/>
        </w:rPr>
        <w:t xml:space="preserve"> بشناسند. 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/>
          <w:rtl/>
        </w:rPr>
        <w:t xml:space="preserve"> س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است</w:t>
      </w:r>
      <w:r w:rsidRPr="00F25193">
        <w:rPr>
          <w:rFonts w:ascii="Tahoma" w:hAnsi="Tahoma" w:cs="Tahoma"/>
          <w:rtl/>
        </w:rPr>
        <w:t xml:space="preserve"> را نبا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د</w:t>
      </w:r>
      <w:r w:rsidRPr="00F25193">
        <w:rPr>
          <w:rFonts w:ascii="Tahoma" w:hAnsi="Tahoma" w:cs="Tahoma"/>
          <w:rtl/>
        </w:rPr>
        <w:t xml:space="preserve"> با سکولار کردن حکومت 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</w:t>
      </w:r>
      <w:r w:rsidRPr="00F25193">
        <w:rPr>
          <w:rFonts w:ascii="Tahoma" w:hAnsi="Tahoma" w:cs="Tahoma"/>
          <w:rtl/>
        </w:rPr>
        <w:t xml:space="preserve"> جدا کردن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/>
          <w:rtl/>
        </w:rPr>
        <w:t xml:space="preserve"> از کشو</w:t>
      </w:r>
      <w:r w:rsidRPr="00F25193">
        <w:rPr>
          <w:rFonts w:ascii="Tahoma" w:hAnsi="Tahoma" w:cs="Tahoma" w:hint="eastAsia"/>
          <w:rtl/>
        </w:rPr>
        <w:t>ردار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ک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دانست. نادر نه در پ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جاد</w:t>
      </w:r>
      <w:r w:rsidRPr="00F25193">
        <w:rPr>
          <w:rFonts w:ascii="Tahoma" w:hAnsi="Tahoma" w:cs="Tahoma"/>
          <w:rtl/>
        </w:rPr>
        <w:t xml:space="preserve"> حکومت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سکولار بود و نه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خواست</w:t>
      </w:r>
      <w:r w:rsidRPr="00F25193">
        <w:rPr>
          <w:rFonts w:ascii="Tahoma" w:hAnsi="Tahoma" w:cs="Tahoma"/>
          <w:rtl/>
        </w:rPr>
        <w:t xml:space="preserve">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/>
          <w:rtl/>
        </w:rPr>
        <w:t xml:space="preserve"> را از زندگ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عموم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کنار بگذارد. او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خواست</w:t>
      </w:r>
      <w:r w:rsidRPr="00F25193">
        <w:rPr>
          <w:rFonts w:ascii="Tahoma" w:hAnsi="Tahoma" w:cs="Tahoma"/>
          <w:rtl/>
        </w:rPr>
        <w:t xml:space="preserve"> صورت‌بند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مذهب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به‌جامانده از صفو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ان</w:t>
      </w:r>
      <w:r w:rsidRPr="00F25193">
        <w:rPr>
          <w:rFonts w:ascii="Tahoma" w:hAnsi="Tahoma" w:cs="Tahoma"/>
          <w:rtl/>
        </w:rPr>
        <w:t xml:space="preserve"> را چنان تغ</w:t>
      </w:r>
      <w:r w:rsidRPr="00F25193">
        <w:rPr>
          <w:rFonts w:ascii="Tahoma" w:hAnsi="Tahoma" w:cs="Tahoma" w:hint="cs"/>
          <w:rtl/>
        </w:rPr>
        <w:t>یی</w:t>
      </w:r>
      <w:r w:rsidRPr="00F25193">
        <w:rPr>
          <w:rFonts w:ascii="Tahoma" w:hAnsi="Tahoma" w:cs="Tahoma" w:hint="eastAsia"/>
          <w:rtl/>
        </w:rPr>
        <w:t>ر</w:t>
      </w:r>
      <w:r w:rsidRPr="00F25193">
        <w:rPr>
          <w:rFonts w:ascii="Tahoma" w:hAnsi="Tahoma" w:cs="Tahoma"/>
          <w:rtl/>
        </w:rPr>
        <w:t xml:space="preserve"> دهد که با 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ازها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قشون، س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است</w:t>
      </w:r>
      <w:r w:rsidRPr="00F25193">
        <w:rPr>
          <w:rFonts w:ascii="Tahoma" w:hAnsi="Tahoma" w:cs="Tahoma"/>
          <w:rtl/>
        </w:rPr>
        <w:t xml:space="preserve"> خارج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و فرمانروا</w:t>
      </w:r>
      <w:r w:rsidRPr="00F25193">
        <w:rPr>
          <w:rFonts w:ascii="Tahoma" w:hAnsi="Tahoma" w:cs="Tahoma" w:hint="cs"/>
          <w:rtl/>
        </w:rPr>
        <w:t>یی</w:t>
      </w:r>
      <w:r w:rsidRPr="00F25193">
        <w:rPr>
          <w:rFonts w:ascii="Tahoma" w:hAnsi="Tahoma" w:cs="Tahoma"/>
          <w:rtl/>
        </w:rPr>
        <w:t xml:space="preserve"> شخص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او سازگار شود.</w:t>
      </w:r>
    </w:p>
    <w:p w:rsidR="00F25193" w:rsidRPr="00F25193" w:rsidRDefault="00F25193" w:rsidP="00F2519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F25193">
        <w:rPr>
          <w:rFonts w:ascii="Tahoma" w:hAnsi="Tahoma" w:cs="Tahoma" w:hint="eastAsia"/>
          <w:rtl/>
        </w:rPr>
        <w:t>تفاوت</w:t>
      </w:r>
      <w:r w:rsidRPr="00F25193">
        <w:rPr>
          <w:rFonts w:ascii="Tahoma" w:hAnsi="Tahoma" w:cs="Tahoma"/>
          <w:rtl/>
        </w:rPr>
        <w:t xml:space="preserve"> س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است</w:t>
      </w:r>
      <w:r w:rsidRPr="00F25193">
        <w:rPr>
          <w:rFonts w:ascii="Tahoma" w:hAnsi="Tahoma" w:cs="Tahoma"/>
          <w:rtl/>
        </w:rPr>
        <w:t xml:space="preserve"> نادر با س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است</w:t>
      </w:r>
      <w:r w:rsidRPr="00F25193">
        <w:rPr>
          <w:rFonts w:ascii="Tahoma" w:hAnsi="Tahoma" w:cs="Tahoma"/>
          <w:rtl/>
        </w:rPr>
        <w:t xml:space="preserve"> شاهان صفو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در آن بود که صفو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ان</w:t>
      </w:r>
      <w:r w:rsidRPr="00F25193">
        <w:rPr>
          <w:rFonts w:ascii="Tahoma" w:hAnsi="Tahoma" w:cs="Tahoma"/>
          <w:rtl/>
        </w:rPr>
        <w:t xml:space="preserve"> برا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ساختن وحدت کشور، تما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ز</w:t>
      </w:r>
      <w:r w:rsidRPr="00F25193">
        <w:rPr>
          <w:rFonts w:ascii="Tahoma" w:hAnsi="Tahoma" w:cs="Tahoma"/>
          <w:rtl/>
        </w:rPr>
        <w:t xml:space="preserve"> مذهب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را تشد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د</w:t>
      </w:r>
      <w:r w:rsidRPr="00F25193">
        <w:rPr>
          <w:rFonts w:ascii="Tahoma" w:hAnsi="Tahoma" w:cs="Tahoma"/>
          <w:rtl/>
        </w:rPr>
        <w:t xml:space="preserve"> کرده بودند، درحال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که</w:t>
      </w:r>
      <w:r w:rsidRPr="00F25193">
        <w:rPr>
          <w:rFonts w:ascii="Tahoma" w:hAnsi="Tahoma" w:cs="Tahoma"/>
          <w:rtl/>
        </w:rPr>
        <w:t xml:space="preserve"> نادر برا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نگهدار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سپاه و گسترش فرمانروا</w:t>
      </w:r>
      <w:r w:rsidRPr="00F25193">
        <w:rPr>
          <w:rFonts w:ascii="Tahoma" w:hAnsi="Tahoma" w:cs="Tahoma" w:hint="cs"/>
          <w:rtl/>
        </w:rPr>
        <w:t>یی</w:t>
      </w:r>
      <w:r w:rsidRPr="00F25193">
        <w:rPr>
          <w:rFonts w:ascii="Tahoma" w:hAnsi="Tahoma" w:cs="Tahoma"/>
          <w:rtl/>
        </w:rPr>
        <w:t xml:space="preserve"> خود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کوش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د</w:t>
      </w:r>
      <w:r w:rsidRPr="00F25193">
        <w:rPr>
          <w:rFonts w:ascii="Tahoma" w:hAnsi="Tahoma" w:cs="Tahoma"/>
          <w:rtl/>
        </w:rPr>
        <w:t xml:space="preserve"> همان تما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ز</w:t>
      </w:r>
      <w:r w:rsidRPr="00F25193">
        <w:rPr>
          <w:rFonts w:ascii="Tahoma" w:hAnsi="Tahoma" w:cs="Tahoma"/>
          <w:rtl/>
        </w:rPr>
        <w:t xml:space="preserve"> را محدود کند. صفو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ان</w:t>
      </w:r>
      <w:r w:rsidRPr="00F25193">
        <w:rPr>
          <w:rFonts w:ascii="Tahoma" w:hAnsi="Tahoma" w:cs="Tahoma"/>
          <w:rtl/>
        </w:rPr>
        <w:t xml:space="preserve"> از تش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ع</w:t>
      </w:r>
      <w:r w:rsidRPr="00F25193">
        <w:rPr>
          <w:rFonts w:ascii="Tahoma" w:hAnsi="Tahoma" w:cs="Tahoma"/>
          <w:rtl/>
        </w:rPr>
        <w:t xml:space="preserve"> دوازده‌امام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برا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جدا کردن 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ران</w:t>
      </w:r>
      <w:r w:rsidRPr="00F25193">
        <w:rPr>
          <w:rFonts w:ascii="Tahoma" w:hAnsi="Tahoma" w:cs="Tahoma"/>
          <w:rtl/>
        </w:rPr>
        <w:t xml:space="preserve"> از همس</w:t>
      </w:r>
      <w:r w:rsidRPr="00F25193">
        <w:rPr>
          <w:rFonts w:ascii="Tahoma" w:hAnsi="Tahoma" w:cs="Tahoma" w:hint="eastAsia"/>
          <w:rtl/>
        </w:rPr>
        <w:t>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گان</w:t>
      </w:r>
      <w:r w:rsidRPr="00F25193">
        <w:rPr>
          <w:rFonts w:ascii="Tahoma" w:hAnsi="Tahoma" w:cs="Tahoma"/>
          <w:rtl/>
        </w:rPr>
        <w:t xml:space="preserve"> سن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مذهب</w:t>
      </w:r>
      <w:r w:rsidRPr="00F25193">
        <w:rPr>
          <w:rFonts w:ascii="Tahoma" w:hAnsi="Tahoma" w:cs="Tahoma"/>
          <w:rtl/>
        </w:rPr>
        <w:t xml:space="preserve"> و ساختن حقان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ت</w:t>
      </w:r>
      <w:r w:rsidRPr="00F25193">
        <w:rPr>
          <w:rFonts w:ascii="Tahoma" w:hAnsi="Tahoma" w:cs="Tahoma"/>
          <w:rtl/>
        </w:rPr>
        <w:t xml:space="preserve"> حکمران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خود استفاده کرده بودند؛ نادر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خواست</w:t>
      </w:r>
      <w:r w:rsidRPr="00F25193">
        <w:rPr>
          <w:rFonts w:ascii="Tahoma" w:hAnsi="Tahoma" w:cs="Tahoma"/>
          <w:rtl/>
        </w:rPr>
        <w:t xml:space="preserve"> از عنوان جعفر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برا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کاهش 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/>
          <w:rtl/>
        </w:rPr>
        <w:t xml:space="preserve"> جدا</w:t>
      </w:r>
      <w:r w:rsidRPr="00F25193">
        <w:rPr>
          <w:rFonts w:ascii="Tahoma" w:hAnsi="Tahoma" w:cs="Tahoma" w:hint="cs"/>
          <w:rtl/>
        </w:rPr>
        <w:t>یی</w:t>
      </w:r>
      <w:r w:rsidRPr="00F25193">
        <w:rPr>
          <w:rFonts w:ascii="Tahoma" w:hAnsi="Tahoma" w:cs="Tahoma"/>
          <w:rtl/>
        </w:rPr>
        <w:t xml:space="preserve"> و فراهم آوردن امکان شناسا</w:t>
      </w:r>
      <w:r w:rsidRPr="00F25193">
        <w:rPr>
          <w:rFonts w:ascii="Tahoma" w:hAnsi="Tahoma" w:cs="Tahoma" w:hint="cs"/>
          <w:rtl/>
        </w:rPr>
        <w:t>یی</w:t>
      </w:r>
      <w:r w:rsidRPr="00F25193">
        <w:rPr>
          <w:rFonts w:ascii="Tahoma" w:hAnsi="Tahoma" w:cs="Tahoma"/>
          <w:rtl/>
        </w:rPr>
        <w:t xml:space="preserve"> مذهب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ران</w:t>
      </w:r>
      <w:r w:rsidRPr="00F25193">
        <w:rPr>
          <w:rFonts w:ascii="Tahoma" w:hAnsi="Tahoma" w:cs="Tahoma"/>
          <w:rtl/>
        </w:rPr>
        <w:t xml:space="preserve"> در جهان اسلام بهره 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رد</w:t>
      </w:r>
      <w:r w:rsidRPr="00F25193">
        <w:rPr>
          <w:rFonts w:ascii="Tahoma" w:hAnsi="Tahoma" w:cs="Tahoma"/>
          <w:rtl/>
        </w:rPr>
        <w:t>. در هر دو حالت، حکومت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کوش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د</w:t>
      </w:r>
      <w:r w:rsidRPr="00F25193">
        <w:rPr>
          <w:rFonts w:ascii="Tahoma" w:hAnsi="Tahoma" w:cs="Tahoma"/>
          <w:rtl/>
        </w:rPr>
        <w:t xml:space="preserve"> صورت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/>
          <w:rtl/>
        </w:rPr>
        <w:t xml:space="preserve"> را بر پا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هٔ</w:t>
      </w:r>
      <w:r w:rsidRPr="00F25193">
        <w:rPr>
          <w:rFonts w:ascii="Tahoma" w:hAnsi="Tahoma" w:cs="Tahoma"/>
          <w:rtl/>
        </w:rPr>
        <w:t xml:space="preserve"> 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ازها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کشوردار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خود تنظ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م</w:t>
      </w:r>
      <w:r w:rsidRPr="00F25193">
        <w:rPr>
          <w:rFonts w:ascii="Tahoma" w:hAnsi="Tahoma" w:cs="Tahoma"/>
          <w:rtl/>
        </w:rPr>
        <w:t xml:space="preserve"> کن</w:t>
      </w:r>
      <w:r w:rsidRPr="00F25193">
        <w:rPr>
          <w:rFonts w:ascii="Tahoma" w:hAnsi="Tahoma" w:cs="Tahoma" w:hint="eastAsia"/>
          <w:rtl/>
        </w:rPr>
        <w:t>د،</w:t>
      </w:r>
      <w:r w:rsidRPr="00F25193">
        <w:rPr>
          <w:rFonts w:ascii="Tahoma" w:hAnsi="Tahoma" w:cs="Tahoma"/>
          <w:rtl/>
        </w:rPr>
        <w:t xml:space="preserve"> اما 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ازها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دو حکومت 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کسان</w:t>
      </w:r>
      <w:r w:rsidRPr="00F25193">
        <w:rPr>
          <w:rFonts w:ascii="Tahoma" w:hAnsi="Tahoma" w:cs="Tahoma"/>
          <w:rtl/>
        </w:rPr>
        <w:t xml:space="preserve"> نبود.</w:t>
      </w:r>
    </w:p>
    <w:p w:rsidR="00F25193" w:rsidRPr="00F25193" w:rsidRDefault="00F25193" w:rsidP="00F2519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F25193">
        <w:rPr>
          <w:rFonts w:ascii="Tahoma" w:hAnsi="Tahoma" w:cs="Tahoma" w:hint="eastAsia"/>
          <w:rtl/>
        </w:rPr>
        <w:t>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/>
          <w:rtl/>
        </w:rPr>
        <w:t xml:space="preserve"> س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است</w:t>
      </w:r>
      <w:r w:rsidRPr="00F25193">
        <w:rPr>
          <w:rFonts w:ascii="Tahoma" w:hAnsi="Tahoma" w:cs="Tahoma"/>
          <w:rtl/>
        </w:rPr>
        <w:t xml:space="preserve"> طب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عتاً</w:t>
      </w:r>
      <w:r w:rsidRPr="00F25193">
        <w:rPr>
          <w:rFonts w:ascii="Tahoma" w:hAnsi="Tahoma" w:cs="Tahoma"/>
          <w:rtl/>
        </w:rPr>
        <w:t xml:space="preserve"> موقع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ت</w:t>
      </w:r>
      <w:r w:rsidRPr="00F25193">
        <w:rPr>
          <w:rFonts w:ascii="Tahoma" w:hAnsi="Tahoma" w:cs="Tahoma"/>
          <w:rtl/>
        </w:rPr>
        <w:t xml:space="preserve">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نکاران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را که قدرت و درآمدشان از دستگاه صفو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سرچشمه گرفته بود تهد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د</w:t>
      </w:r>
      <w:r w:rsidRPr="00F25193">
        <w:rPr>
          <w:rFonts w:ascii="Tahoma" w:hAnsi="Tahoma" w:cs="Tahoma"/>
          <w:rtl/>
        </w:rPr>
        <w:t xml:space="preserve">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کرد</w:t>
      </w:r>
      <w:r w:rsidRPr="00F25193">
        <w:rPr>
          <w:rFonts w:ascii="Tahoma" w:hAnsi="Tahoma" w:cs="Tahoma"/>
          <w:rtl/>
        </w:rPr>
        <w:t>. نادر در پ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محدود کردن نفوذ آنان، کاستن از هز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نه‌ها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دستگاه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و در اخت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ار</w:t>
      </w:r>
      <w:r w:rsidRPr="00F25193">
        <w:rPr>
          <w:rFonts w:ascii="Tahoma" w:hAnsi="Tahoma" w:cs="Tahoma"/>
          <w:rtl/>
        </w:rPr>
        <w:t xml:space="preserve"> گرفتن منابع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بود که به نظر او با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د</w:t>
      </w:r>
      <w:r w:rsidRPr="00F25193">
        <w:rPr>
          <w:rFonts w:ascii="Tahoma" w:hAnsi="Tahoma" w:cs="Tahoma"/>
          <w:rtl/>
        </w:rPr>
        <w:t xml:space="preserve"> صرف قشون و حکومت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شد</w:t>
      </w:r>
      <w:r w:rsidRPr="00F25193">
        <w:rPr>
          <w:rFonts w:ascii="Tahoma" w:hAnsi="Tahoma" w:cs="Tahoma"/>
          <w:rtl/>
        </w:rPr>
        <w:t>. موقوفه‌ها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گسترده، مستمر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ها</w:t>
      </w:r>
      <w:r w:rsidRPr="00F25193">
        <w:rPr>
          <w:rFonts w:ascii="Tahoma" w:hAnsi="Tahoma" w:cs="Tahoma"/>
          <w:rtl/>
        </w:rPr>
        <w:t xml:space="preserve"> و امت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ازها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وابسته به منصب‌ها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مذهب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در کشور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که برا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جنگ به پول 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از</w:t>
      </w:r>
      <w:r w:rsidRPr="00F25193">
        <w:rPr>
          <w:rFonts w:ascii="Tahoma" w:hAnsi="Tahoma" w:cs="Tahoma"/>
          <w:rtl/>
        </w:rPr>
        <w:t xml:space="preserve"> داشت، از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د</w:t>
      </w:r>
      <w:r w:rsidRPr="00F25193">
        <w:rPr>
          <w:rFonts w:ascii="Tahoma" w:hAnsi="Tahoma" w:cs="Tahoma"/>
          <w:rtl/>
        </w:rPr>
        <w:t xml:space="preserve"> او منابع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نبودند که بتوان دست‌نخورده باق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گذاشت. او همچن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/>
          <w:rtl/>
        </w:rPr>
        <w:t xml:space="preserve"> با برخ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آ</w:t>
      </w:r>
      <w:r w:rsidRPr="00F25193">
        <w:rPr>
          <w:rFonts w:ascii="Tahoma" w:hAnsi="Tahoma" w:cs="Tahoma" w:hint="cs"/>
          <w:rtl/>
        </w:rPr>
        <w:t>یی</w:t>
      </w:r>
      <w:r w:rsidRPr="00F25193">
        <w:rPr>
          <w:rFonts w:ascii="Tahoma" w:hAnsi="Tahoma" w:cs="Tahoma" w:hint="eastAsia"/>
          <w:rtl/>
        </w:rPr>
        <w:t>ن‌ها</w:t>
      </w:r>
      <w:r w:rsidRPr="00F25193">
        <w:rPr>
          <w:rFonts w:ascii="Tahoma" w:hAnsi="Tahoma" w:cs="Tahoma"/>
          <w:rtl/>
        </w:rPr>
        <w:t xml:space="preserve"> و گفتارها</w:t>
      </w:r>
      <w:r w:rsidRPr="00F25193">
        <w:rPr>
          <w:rFonts w:ascii="Tahoma" w:hAnsi="Tahoma" w:cs="Tahoma" w:hint="cs"/>
          <w:rtl/>
        </w:rPr>
        <w:t>یی</w:t>
      </w:r>
      <w:r w:rsidRPr="00F25193">
        <w:rPr>
          <w:rFonts w:ascii="Tahoma" w:hAnsi="Tahoma" w:cs="Tahoma"/>
          <w:rtl/>
        </w:rPr>
        <w:t xml:space="preserve"> که دشمن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ش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عه</w:t>
      </w:r>
      <w:r w:rsidRPr="00F25193">
        <w:rPr>
          <w:rFonts w:ascii="Tahoma" w:hAnsi="Tahoma" w:cs="Tahoma"/>
          <w:rtl/>
        </w:rPr>
        <w:t xml:space="preserve"> و سن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را تشد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د</w:t>
      </w:r>
      <w:r w:rsidRPr="00F25193">
        <w:rPr>
          <w:rFonts w:ascii="Tahoma" w:hAnsi="Tahoma" w:cs="Tahoma"/>
          <w:rtl/>
        </w:rPr>
        <w:t xml:space="preserve">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کرد</w:t>
      </w:r>
      <w:r w:rsidRPr="00F25193">
        <w:rPr>
          <w:rFonts w:ascii="Tahoma" w:hAnsi="Tahoma" w:cs="Tahoma"/>
          <w:rtl/>
        </w:rPr>
        <w:t xml:space="preserve"> مقابله کرد.</w:t>
      </w:r>
    </w:p>
    <w:p w:rsidR="00F25193" w:rsidRPr="00F25193" w:rsidRDefault="00F25193" w:rsidP="00F2519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F25193">
        <w:rPr>
          <w:rFonts w:ascii="Tahoma" w:hAnsi="Tahoma" w:cs="Tahoma" w:hint="eastAsia"/>
          <w:rtl/>
        </w:rPr>
        <w:t>اما</w:t>
      </w:r>
      <w:r w:rsidRPr="00F25193">
        <w:rPr>
          <w:rFonts w:ascii="Tahoma" w:hAnsi="Tahoma" w:cs="Tahoma"/>
          <w:rtl/>
        </w:rPr>
        <w:t xml:space="preserve"> نادر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توانست</w:t>
      </w:r>
      <w:r w:rsidRPr="00F25193">
        <w:rPr>
          <w:rFonts w:ascii="Tahoma" w:hAnsi="Tahoma" w:cs="Tahoma"/>
          <w:rtl/>
        </w:rPr>
        <w:t xml:space="preserve"> منصب‌ها را محدود کند و درآمدها را کاهش دهد؛ نم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توانست</w:t>
      </w:r>
      <w:r w:rsidRPr="00F25193">
        <w:rPr>
          <w:rFonts w:ascii="Tahoma" w:hAnsi="Tahoma" w:cs="Tahoma"/>
          <w:rtl/>
        </w:rPr>
        <w:t xml:space="preserve"> حافظهٔ مذهب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مردم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را که دو سده با تش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ع</w:t>
      </w:r>
      <w:r w:rsidRPr="00F25193">
        <w:rPr>
          <w:rFonts w:ascii="Tahoma" w:hAnsi="Tahoma" w:cs="Tahoma"/>
          <w:rtl/>
        </w:rPr>
        <w:t xml:space="preserve"> دوازده‌امام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ز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سته</w:t>
      </w:r>
      <w:r w:rsidRPr="00F25193">
        <w:rPr>
          <w:rFonts w:ascii="Tahoma" w:hAnsi="Tahoma" w:cs="Tahoma"/>
          <w:rtl/>
        </w:rPr>
        <w:t xml:space="preserve"> بودند پاک کند. تش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ع</w:t>
      </w:r>
      <w:r w:rsidRPr="00F25193">
        <w:rPr>
          <w:rFonts w:ascii="Tahoma" w:hAnsi="Tahoma" w:cs="Tahoma"/>
          <w:rtl/>
        </w:rPr>
        <w:t xml:space="preserve">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گر</w:t>
      </w:r>
      <w:r w:rsidRPr="00F25193">
        <w:rPr>
          <w:rFonts w:ascii="Tahoma" w:hAnsi="Tahoma" w:cs="Tahoma"/>
          <w:rtl/>
        </w:rPr>
        <w:t xml:space="preserve"> فرمان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نبود که با فرمان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گر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لغو شود. آ</w:t>
      </w:r>
      <w:r w:rsidRPr="00F25193">
        <w:rPr>
          <w:rFonts w:ascii="Tahoma" w:hAnsi="Tahoma" w:cs="Tahoma" w:hint="cs"/>
          <w:rtl/>
        </w:rPr>
        <w:t>یی</w:t>
      </w:r>
      <w:r w:rsidRPr="00F25193">
        <w:rPr>
          <w:rFonts w:ascii="Tahoma" w:hAnsi="Tahoma" w:cs="Tahoma" w:hint="eastAsia"/>
          <w:rtl/>
        </w:rPr>
        <w:t>ن‌ها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سوگوار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،</w:t>
      </w:r>
      <w:r w:rsidRPr="00F25193">
        <w:rPr>
          <w:rFonts w:ascii="Tahoma" w:hAnsi="Tahoma" w:cs="Tahoma"/>
          <w:rtl/>
        </w:rPr>
        <w:t xml:space="preserve"> ز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ارتگاه‌ها،</w:t>
      </w:r>
      <w:r w:rsidRPr="00F25193">
        <w:rPr>
          <w:rFonts w:ascii="Tahoma" w:hAnsi="Tahoma" w:cs="Tahoma"/>
          <w:rtl/>
        </w:rPr>
        <w:t xml:space="preserve"> روا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ت‌ها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خانوادگ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،</w:t>
      </w:r>
      <w:r w:rsidRPr="00F25193">
        <w:rPr>
          <w:rFonts w:ascii="Tahoma" w:hAnsi="Tahoma" w:cs="Tahoma"/>
          <w:rtl/>
        </w:rPr>
        <w:t xml:space="preserve"> آموزش‌ها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،</w:t>
      </w:r>
      <w:r w:rsidRPr="00F25193">
        <w:rPr>
          <w:rFonts w:ascii="Tahoma" w:hAnsi="Tahoma" w:cs="Tahoma"/>
          <w:rtl/>
        </w:rPr>
        <w:t xml:space="preserve"> موقوفه‌ها و عادت‌ها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حقوق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،</w:t>
      </w:r>
      <w:r w:rsidRPr="00F25193">
        <w:rPr>
          <w:rFonts w:ascii="Tahoma" w:hAnsi="Tahoma" w:cs="Tahoma"/>
          <w:rtl/>
        </w:rPr>
        <w:t xml:space="preserve"> آن را وارد زندگ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روزمرهٔ مردم کرده بودند. حت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اگر حکومت عنوان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گر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بر آن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گذاشت،</w:t>
      </w:r>
      <w:r w:rsidRPr="00F25193">
        <w:rPr>
          <w:rFonts w:ascii="Tahoma" w:hAnsi="Tahoma" w:cs="Tahoma"/>
          <w:rtl/>
        </w:rPr>
        <w:t xml:space="preserve"> شبکه‌ها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اجتماع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و فرهنگ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ساخته‌شده در دورهٔ صفو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همچنان به کار خود ادامه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دادند</w:t>
      </w:r>
      <w:r w:rsidRPr="00F25193">
        <w:rPr>
          <w:rFonts w:ascii="Tahoma" w:hAnsi="Tahoma" w:cs="Tahoma"/>
          <w:rtl/>
        </w:rPr>
        <w:t>.</w:t>
      </w:r>
    </w:p>
    <w:p w:rsidR="00F25193" w:rsidRPr="00F25193" w:rsidRDefault="00F25193" w:rsidP="00F2519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F25193">
        <w:rPr>
          <w:rFonts w:ascii="Tahoma" w:hAnsi="Tahoma" w:cs="Tahoma" w:hint="eastAsia"/>
          <w:rtl/>
        </w:rPr>
        <w:t>در</w:t>
      </w:r>
      <w:r w:rsidRPr="00F25193">
        <w:rPr>
          <w:rFonts w:ascii="Tahoma" w:hAnsi="Tahoma" w:cs="Tahoma"/>
          <w:rtl/>
        </w:rPr>
        <w:t xml:space="preserve"> نت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جه،</w:t>
      </w:r>
      <w:r w:rsidRPr="00F25193">
        <w:rPr>
          <w:rFonts w:ascii="Tahoma" w:hAnsi="Tahoma" w:cs="Tahoma"/>
          <w:rtl/>
        </w:rPr>
        <w:t xml:space="preserve"> س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است</w:t>
      </w:r>
      <w:r w:rsidRPr="00F25193">
        <w:rPr>
          <w:rFonts w:ascii="Tahoma" w:hAnsi="Tahoma" w:cs="Tahoma"/>
          <w:rtl/>
        </w:rPr>
        <w:t xml:space="preserve"> نادر به جا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از 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ان</w:t>
      </w:r>
      <w:r w:rsidRPr="00F25193">
        <w:rPr>
          <w:rFonts w:ascii="Tahoma" w:hAnsi="Tahoma" w:cs="Tahoma"/>
          <w:rtl/>
        </w:rPr>
        <w:t xml:space="preserve"> بردن دستگاه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نکار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،</w:t>
      </w:r>
      <w:r w:rsidRPr="00F25193">
        <w:rPr>
          <w:rFonts w:ascii="Tahoma" w:hAnsi="Tahoma" w:cs="Tahoma"/>
          <w:rtl/>
        </w:rPr>
        <w:t xml:space="preserve"> صورت رابطهٔ آن را با حکومت تغ</w:t>
      </w:r>
      <w:r w:rsidRPr="00F25193">
        <w:rPr>
          <w:rFonts w:ascii="Tahoma" w:hAnsi="Tahoma" w:cs="Tahoma" w:hint="cs"/>
          <w:rtl/>
        </w:rPr>
        <w:t>یی</w:t>
      </w:r>
      <w:r w:rsidRPr="00F25193">
        <w:rPr>
          <w:rFonts w:ascii="Tahoma" w:hAnsi="Tahoma" w:cs="Tahoma" w:hint="eastAsia"/>
          <w:rtl/>
        </w:rPr>
        <w:t>ر</w:t>
      </w:r>
      <w:r w:rsidRPr="00F25193">
        <w:rPr>
          <w:rFonts w:ascii="Tahoma" w:hAnsi="Tahoma" w:cs="Tahoma"/>
          <w:rtl/>
        </w:rPr>
        <w:t xml:space="preserve"> داد.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نکاران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که پ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ش‌تر</w:t>
      </w:r>
      <w:r w:rsidRPr="00F25193">
        <w:rPr>
          <w:rFonts w:ascii="Tahoma" w:hAnsi="Tahoma" w:cs="Tahoma"/>
          <w:rtl/>
        </w:rPr>
        <w:t xml:space="preserve"> بخش بزرگ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از جا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گاه</w:t>
      </w:r>
      <w:r w:rsidRPr="00F25193">
        <w:rPr>
          <w:rFonts w:ascii="Tahoma" w:hAnsi="Tahoma" w:cs="Tahoma"/>
          <w:rtl/>
        </w:rPr>
        <w:t xml:space="preserve"> خود را از منصب‌ها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شاه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گرفتند،</w:t>
      </w:r>
      <w:r w:rsidRPr="00F25193">
        <w:rPr>
          <w:rFonts w:ascii="Tahoma" w:hAnsi="Tahoma" w:cs="Tahoma"/>
          <w:rtl/>
        </w:rPr>
        <w:t xml:space="preserve"> ناچار شدند ب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ش</w:t>
      </w:r>
      <w:r w:rsidRPr="00F25193">
        <w:rPr>
          <w:rFonts w:ascii="Tahoma" w:hAnsi="Tahoma" w:cs="Tahoma"/>
          <w:rtl/>
        </w:rPr>
        <w:t xml:space="preserve"> از گذشته به مردم، بازار، موقوفه‌ها، وجوه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و اعتبار علم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خود تک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ه</w:t>
      </w:r>
      <w:r w:rsidRPr="00F25193">
        <w:rPr>
          <w:rFonts w:ascii="Tahoma" w:hAnsi="Tahoma" w:cs="Tahoma"/>
          <w:rtl/>
        </w:rPr>
        <w:t xml:space="preserve"> کن</w:t>
      </w:r>
      <w:r w:rsidRPr="00F25193">
        <w:rPr>
          <w:rFonts w:ascii="Tahoma" w:hAnsi="Tahoma" w:cs="Tahoma" w:hint="eastAsia"/>
          <w:rtl/>
        </w:rPr>
        <w:t>ند</w:t>
      </w:r>
      <w:r w:rsidRPr="00F25193">
        <w:rPr>
          <w:rFonts w:ascii="Tahoma" w:hAnsi="Tahoma" w:cs="Tahoma"/>
          <w:rtl/>
        </w:rPr>
        <w:t>. 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/>
          <w:rtl/>
        </w:rPr>
        <w:t xml:space="preserve"> دگرگون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همه‌جا 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کسان</w:t>
      </w:r>
      <w:r w:rsidRPr="00F25193">
        <w:rPr>
          <w:rFonts w:ascii="Tahoma" w:hAnsi="Tahoma" w:cs="Tahoma"/>
          <w:rtl/>
        </w:rPr>
        <w:t xml:space="preserve"> و ناگهان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نبود. برخ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نکاران</w:t>
      </w:r>
      <w:r w:rsidRPr="00F25193">
        <w:rPr>
          <w:rFonts w:ascii="Tahoma" w:hAnsi="Tahoma" w:cs="Tahoma"/>
          <w:rtl/>
        </w:rPr>
        <w:t xml:space="preserve"> همچنان در دستگاه حکومت جا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داشتند و برخ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گر</w:t>
      </w:r>
      <w:r w:rsidRPr="00F25193">
        <w:rPr>
          <w:rFonts w:ascii="Tahoma" w:hAnsi="Tahoma" w:cs="Tahoma"/>
          <w:rtl/>
        </w:rPr>
        <w:t xml:space="preserve"> از دربار فاصله گرفتند؛ اما جهت کل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تحول روشن بود: عمامه‌ا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که در عصر صفو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برا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خدمت به تاج وارد ساختار حکومت شده بود، اکنون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آموخت</w:t>
      </w:r>
      <w:r w:rsidRPr="00F25193">
        <w:rPr>
          <w:rFonts w:ascii="Tahoma" w:hAnsi="Tahoma" w:cs="Tahoma"/>
          <w:rtl/>
        </w:rPr>
        <w:t xml:space="preserve"> چگونه در ب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رون</w:t>
      </w:r>
      <w:r w:rsidRPr="00F25193">
        <w:rPr>
          <w:rFonts w:ascii="Tahoma" w:hAnsi="Tahoma" w:cs="Tahoma"/>
          <w:rtl/>
        </w:rPr>
        <w:t xml:space="preserve"> از </w:t>
      </w:r>
      <w:r w:rsidRPr="00F25193">
        <w:rPr>
          <w:rFonts w:ascii="Tahoma" w:hAnsi="Tahoma" w:cs="Tahoma" w:hint="eastAsia"/>
          <w:rtl/>
        </w:rPr>
        <w:t>دربار</w:t>
      </w:r>
      <w:r w:rsidRPr="00F25193">
        <w:rPr>
          <w:rFonts w:ascii="Tahoma" w:hAnsi="Tahoma" w:cs="Tahoma"/>
          <w:rtl/>
        </w:rPr>
        <w:t xml:space="preserve"> 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ز</w:t>
      </w:r>
      <w:r w:rsidRPr="00F25193">
        <w:rPr>
          <w:rFonts w:ascii="Tahoma" w:hAnsi="Tahoma" w:cs="Tahoma"/>
          <w:rtl/>
        </w:rPr>
        <w:t xml:space="preserve"> زندگ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کند.</w:t>
      </w:r>
    </w:p>
    <w:p w:rsidR="00F25193" w:rsidRPr="00F25193" w:rsidRDefault="00F25193" w:rsidP="00F2519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F25193">
        <w:rPr>
          <w:rFonts w:ascii="Tahoma" w:hAnsi="Tahoma" w:cs="Tahoma" w:hint="eastAsia"/>
          <w:rtl/>
        </w:rPr>
        <w:t>پراکندگ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دستگاه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نکار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/>
          <w:rtl/>
        </w:rPr>
        <w:t xml:space="preserve"> امکان را افزا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ش</w:t>
      </w:r>
      <w:r w:rsidRPr="00F25193">
        <w:rPr>
          <w:rFonts w:ascii="Tahoma" w:hAnsi="Tahoma" w:cs="Tahoma"/>
          <w:rtl/>
        </w:rPr>
        <w:t xml:space="preserve">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داد</w:t>
      </w:r>
      <w:r w:rsidRPr="00F25193">
        <w:rPr>
          <w:rFonts w:ascii="Tahoma" w:hAnsi="Tahoma" w:cs="Tahoma"/>
          <w:rtl/>
        </w:rPr>
        <w:t>. تش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ع</w:t>
      </w:r>
      <w:r w:rsidRPr="00F25193">
        <w:rPr>
          <w:rFonts w:ascii="Tahoma" w:hAnsi="Tahoma" w:cs="Tahoma"/>
          <w:rtl/>
        </w:rPr>
        <w:t xml:space="preserve"> دوازده‌امام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نهاد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واحد و متمرکز، همانند کل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سا</w:t>
      </w:r>
      <w:r w:rsidRPr="00F25193">
        <w:rPr>
          <w:rFonts w:ascii="Tahoma" w:hAnsi="Tahoma" w:cs="Tahoma" w:hint="cs"/>
          <w:rtl/>
        </w:rPr>
        <w:t>یی</w:t>
      </w:r>
      <w:r w:rsidRPr="00F25193">
        <w:rPr>
          <w:rFonts w:ascii="Tahoma" w:hAnsi="Tahoma" w:cs="Tahoma"/>
          <w:rtl/>
        </w:rPr>
        <w:t xml:space="preserve"> با فرمانده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کپارچه،</w:t>
      </w:r>
      <w:r w:rsidRPr="00F25193">
        <w:rPr>
          <w:rFonts w:ascii="Tahoma" w:hAnsi="Tahoma" w:cs="Tahoma"/>
          <w:rtl/>
        </w:rPr>
        <w:t xml:space="preserve"> نداشت. هر شهر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توانست</w:t>
      </w:r>
      <w:r w:rsidRPr="00F25193">
        <w:rPr>
          <w:rFonts w:ascii="Tahoma" w:hAnsi="Tahoma" w:cs="Tahoma"/>
          <w:rtl/>
        </w:rPr>
        <w:t xml:space="preserve"> مجتهدان، مدرسان، موقوفه‌ها و خانواده‌ها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نکار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خود را داشته باشد. 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/>
          <w:rtl/>
        </w:rPr>
        <w:t xml:space="preserve"> پراکندگ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در دورهٔ قدرت شاهان صفو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مانع از آن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شد</w:t>
      </w:r>
      <w:r w:rsidRPr="00F25193">
        <w:rPr>
          <w:rFonts w:ascii="Tahoma" w:hAnsi="Tahoma" w:cs="Tahoma"/>
          <w:rtl/>
        </w:rPr>
        <w:t xml:space="preserve"> که عمامه همچون 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رو</w:t>
      </w:r>
      <w:r w:rsidRPr="00F25193">
        <w:rPr>
          <w:rFonts w:ascii="Tahoma" w:hAnsi="Tahoma" w:cs="Tahoma" w:hint="cs"/>
          <w:rtl/>
        </w:rPr>
        <w:t>یی</w:t>
      </w:r>
      <w:r w:rsidRPr="00F25193">
        <w:rPr>
          <w:rFonts w:ascii="Tahoma" w:hAnsi="Tahoma" w:cs="Tahoma"/>
          <w:rtl/>
        </w:rPr>
        <w:t xml:space="preserve"> 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گانه</w:t>
      </w:r>
      <w:r w:rsidRPr="00F25193">
        <w:rPr>
          <w:rFonts w:ascii="Tahoma" w:hAnsi="Tahoma" w:cs="Tahoma"/>
          <w:rtl/>
        </w:rPr>
        <w:t xml:space="preserve"> در برابر تاج با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ستد؛</w:t>
      </w:r>
      <w:r w:rsidRPr="00F25193">
        <w:rPr>
          <w:rFonts w:ascii="Tahoma" w:hAnsi="Tahoma" w:cs="Tahoma"/>
          <w:rtl/>
        </w:rPr>
        <w:t xml:space="preserve"> اما پس از سقوط صفو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ان،</w:t>
      </w:r>
      <w:r w:rsidRPr="00F25193">
        <w:rPr>
          <w:rFonts w:ascii="Tahoma" w:hAnsi="Tahoma" w:cs="Tahoma"/>
          <w:rtl/>
        </w:rPr>
        <w:t xml:space="preserve"> هم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/>
          <w:rtl/>
        </w:rPr>
        <w:t xml:space="preserve"> و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ژگ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سبب بقا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آن شد. حکومت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توانست</w:t>
      </w:r>
      <w:r w:rsidRPr="00F25193">
        <w:rPr>
          <w:rFonts w:ascii="Tahoma" w:hAnsi="Tahoma" w:cs="Tahoma"/>
          <w:rtl/>
        </w:rPr>
        <w:t xml:space="preserve"> 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ک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از مراکز را تضع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ف</w:t>
      </w:r>
      <w:r w:rsidRPr="00F25193">
        <w:rPr>
          <w:rFonts w:ascii="Tahoma" w:hAnsi="Tahoma" w:cs="Tahoma"/>
          <w:rtl/>
        </w:rPr>
        <w:t xml:space="preserve"> کند، ول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شبکه‌ها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گر</w:t>
      </w:r>
      <w:r w:rsidRPr="00F25193">
        <w:rPr>
          <w:rFonts w:ascii="Tahoma" w:hAnsi="Tahoma" w:cs="Tahoma"/>
          <w:rtl/>
        </w:rPr>
        <w:t xml:space="preserve"> باق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ماندند</w:t>
      </w:r>
      <w:r w:rsidRPr="00F25193">
        <w:rPr>
          <w:rFonts w:ascii="Tahoma" w:hAnsi="Tahoma" w:cs="Tahoma"/>
          <w:rtl/>
        </w:rPr>
        <w:t xml:space="preserve">. سرکوب 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ک</w:t>
      </w:r>
      <w:r w:rsidRPr="00F25193">
        <w:rPr>
          <w:rFonts w:ascii="Tahoma" w:hAnsi="Tahoma" w:cs="Tahoma"/>
          <w:rtl/>
        </w:rPr>
        <w:t xml:space="preserve">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نکار</w:t>
      </w:r>
      <w:r w:rsidRPr="00F25193">
        <w:rPr>
          <w:rFonts w:ascii="Tahoma" w:hAnsi="Tahoma" w:cs="Tahoma"/>
          <w:rtl/>
        </w:rPr>
        <w:t xml:space="preserve"> 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</w:t>
      </w:r>
      <w:r w:rsidRPr="00F25193">
        <w:rPr>
          <w:rFonts w:ascii="Tahoma" w:hAnsi="Tahoma" w:cs="Tahoma"/>
          <w:rtl/>
        </w:rPr>
        <w:t xml:space="preserve"> مصادرهٔ 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ک</w:t>
      </w:r>
      <w:r w:rsidRPr="00F25193">
        <w:rPr>
          <w:rFonts w:ascii="Tahoma" w:hAnsi="Tahoma" w:cs="Tahoma"/>
          <w:rtl/>
        </w:rPr>
        <w:t xml:space="preserve"> موقوفه به معنا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از 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ان</w:t>
      </w:r>
      <w:r w:rsidRPr="00F25193">
        <w:rPr>
          <w:rFonts w:ascii="Tahoma" w:hAnsi="Tahoma" w:cs="Tahoma"/>
          <w:rtl/>
        </w:rPr>
        <w:t xml:space="preserve"> رفتن همهٔ دستگاه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نبود.</w:t>
      </w:r>
    </w:p>
    <w:p w:rsidR="00F25193" w:rsidRPr="00F25193" w:rsidRDefault="00F25193" w:rsidP="00F2519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F25193">
        <w:rPr>
          <w:rFonts w:ascii="Tahoma" w:hAnsi="Tahoma" w:cs="Tahoma" w:hint="eastAsia"/>
          <w:rtl/>
        </w:rPr>
        <w:t>از</w:t>
      </w:r>
      <w:r w:rsidRPr="00F25193">
        <w:rPr>
          <w:rFonts w:ascii="Tahoma" w:hAnsi="Tahoma" w:cs="Tahoma"/>
          <w:rtl/>
        </w:rPr>
        <w:t xml:space="preserve"> سو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گر،</w:t>
      </w:r>
      <w:r w:rsidRPr="00F25193">
        <w:rPr>
          <w:rFonts w:ascii="Tahoma" w:hAnsi="Tahoma" w:cs="Tahoma"/>
          <w:rtl/>
        </w:rPr>
        <w:t xml:space="preserve"> دانش فقه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به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نکاران</w:t>
      </w:r>
      <w:r w:rsidRPr="00F25193">
        <w:rPr>
          <w:rFonts w:ascii="Tahoma" w:hAnsi="Tahoma" w:cs="Tahoma"/>
          <w:rtl/>
        </w:rPr>
        <w:t xml:space="preserve"> سرچشمه‌ا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از اعتبار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بخش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د</w:t>
      </w:r>
      <w:r w:rsidRPr="00F25193">
        <w:rPr>
          <w:rFonts w:ascii="Tahoma" w:hAnsi="Tahoma" w:cs="Tahoma"/>
          <w:rtl/>
        </w:rPr>
        <w:t xml:space="preserve"> که تاج نم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توانست</w:t>
      </w:r>
      <w:r w:rsidRPr="00F25193">
        <w:rPr>
          <w:rFonts w:ascii="Tahoma" w:hAnsi="Tahoma" w:cs="Tahoma"/>
          <w:rtl/>
        </w:rPr>
        <w:t xml:space="preserve"> مستق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ماً</w:t>
      </w:r>
      <w:r w:rsidRPr="00F25193">
        <w:rPr>
          <w:rFonts w:ascii="Tahoma" w:hAnsi="Tahoma" w:cs="Tahoma"/>
          <w:rtl/>
        </w:rPr>
        <w:t xml:space="preserve"> آن را 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جاد</w:t>
      </w:r>
      <w:r w:rsidRPr="00F25193">
        <w:rPr>
          <w:rFonts w:ascii="Tahoma" w:hAnsi="Tahoma" w:cs="Tahoma"/>
          <w:rtl/>
        </w:rPr>
        <w:t xml:space="preserve"> 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</w:t>
      </w:r>
      <w:r w:rsidRPr="00F25193">
        <w:rPr>
          <w:rFonts w:ascii="Tahoma" w:hAnsi="Tahoma" w:cs="Tahoma"/>
          <w:rtl/>
        </w:rPr>
        <w:t xml:space="preserve"> لغو کند. شاه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توانست</w:t>
      </w:r>
      <w:r w:rsidRPr="00F25193">
        <w:rPr>
          <w:rFonts w:ascii="Tahoma" w:hAnsi="Tahoma" w:cs="Tahoma"/>
          <w:rtl/>
        </w:rPr>
        <w:t xml:space="preserve"> کس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را ش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خ‌الاسلام</w:t>
      </w:r>
      <w:r w:rsidRPr="00F25193">
        <w:rPr>
          <w:rFonts w:ascii="Tahoma" w:hAnsi="Tahoma" w:cs="Tahoma"/>
          <w:rtl/>
        </w:rPr>
        <w:t xml:space="preserve"> 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</w:t>
      </w:r>
      <w:r w:rsidRPr="00F25193">
        <w:rPr>
          <w:rFonts w:ascii="Tahoma" w:hAnsi="Tahoma" w:cs="Tahoma"/>
          <w:rtl/>
        </w:rPr>
        <w:t xml:space="preserve"> صدر بنامد، اما نم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توانست</w:t>
      </w:r>
      <w:r w:rsidRPr="00F25193">
        <w:rPr>
          <w:rFonts w:ascii="Tahoma" w:hAnsi="Tahoma" w:cs="Tahoma"/>
          <w:rtl/>
        </w:rPr>
        <w:t xml:space="preserve"> صرفاً با صدور فرمان، او را در نظر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گر</w:t>
      </w:r>
      <w:r w:rsidRPr="00F25193">
        <w:rPr>
          <w:rFonts w:ascii="Tahoma" w:hAnsi="Tahoma" w:cs="Tahoma"/>
          <w:rtl/>
        </w:rPr>
        <w:t xml:space="preserve">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نکاران</w:t>
      </w:r>
      <w:r w:rsidRPr="00F25193">
        <w:rPr>
          <w:rFonts w:ascii="Tahoma" w:hAnsi="Tahoma" w:cs="Tahoma"/>
          <w:rtl/>
        </w:rPr>
        <w:t xml:space="preserve"> و مردم به مجتهد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صاحب‌نظر تبد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ل</w:t>
      </w:r>
      <w:r w:rsidRPr="00F25193">
        <w:rPr>
          <w:rFonts w:ascii="Tahoma" w:hAnsi="Tahoma" w:cs="Tahoma"/>
          <w:rtl/>
        </w:rPr>
        <w:t xml:space="preserve"> کند. هرچه اعتبار علم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و اجتماع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جا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انتصاب حکومت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را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گرفت،</w:t>
      </w:r>
      <w:r w:rsidRPr="00F25193">
        <w:rPr>
          <w:rFonts w:ascii="Tahoma" w:hAnsi="Tahoma" w:cs="Tahoma"/>
          <w:rtl/>
        </w:rPr>
        <w:t xml:space="preserve">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نکاران</w:t>
      </w:r>
      <w:r w:rsidRPr="00F25193">
        <w:rPr>
          <w:rFonts w:ascii="Tahoma" w:hAnsi="Tahoma" w:cs="Tahoma"/>
          <w:rtl/>
        </w:rPr>
        <w:t xml:space="preserve"> امکان ب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شتر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پ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دا</w:t>
      </w:r>
      <w:r w:rsidRPr="00F25193">
        <w:rPr>
          <w:rFonts w:ascii="Tahoma" w:hAnsi="Tahoma" w:cs="Tahoma"/>
          <w:rtl/>
        </w:rPr>
        <w:t xml:space="preserve">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کردند</w:t>
      </w:r>
      <w:r w:rsidRPr="00F25193">
        <w:rPr>
          <w:rFonts w:ascii="Tahoma" w:hAnsi="Tahoma" w:cs="Tahoma"/>
          <w:rtl/>
        </w:rPr>
        <w:t xml:space="preserve"> که خود را نه کارگزار شاه، بلکه صاحب صلاح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ت</w:t>
      </w:r>
      <w:r w:rsidRPr="00F25193">
        <w:rPr>
          <w:rFonts w:ascii="Tahoma" w:hAnsi="Tahoma" w:cs="Tahoma"/>
          <w:rtl/>
        </w:rPr>
        <w:t xml:space="preserve"> برا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ب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ان</w:t>
      </w:r>
      <w:r w:rsidRPr="00F25193">
        <w:rPr>
          <w:rFonts w:ascii="Tahoma" w:hAnsi="Tahoma" w:cs="Tahoma"/>
          <w:rtl/>
        </w:rPr>
        <w:t xml:space="preserve"> حکم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/>
          <w:rtl/>
        </w:rPr>
        <w:t xml:space="preserve"> و، در موارد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،</w:t>
      </w:r>
      <w:r w:rsidRPr="00F25193">
        <w:rPr>
          <w:rFonts w:ascii="Tahoma" w:hAnsi="Tahoma" w:cs="Tahoma"/>
          <w:rtl/>
        </w:rPr>
        <w:t xml:space="preserve"> نا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ب</w:t>
      </w:r>
      <w:r w:rsidRPr="00F25193">
        <w:rPr>
          <w:rFonts w:ascii="Tahoma" w:hAnsi="Tahoma" w:cs="Tahoma"/>
          <w:rtl/>
        </w:rPr>
        <w:t xml:space="preserve"> امام غا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ب</w:t>
      </w:r>
      <w:r w:rsidRPr="00F25193">
        <w:rPr>
          <w:rFonts w:ascii="Tahoma" w:hAnsi="Tahoma" w:cs="Tahoma"/>
          <w:rtl/>
        </w:rPr>
        <w:t xml:space="preserve"> بدانند. به 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/>
          <w:rtl/>
        </w:rPr>
        <w:t xml:space="preserve"> ترت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ب،</w:t>
      </w:r>
      <w:r w:rsidRPr="00F25193">
        <w:rPr>
          <w:rFonts w:ascii="Tahoma" w:hAnsi="Tahoma" w:cs="Tahoma"/>
          <w:rtl/>
        </w:rPr>
        <w:t xml:space="preserve"> سرچشمهٔ حقان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ت</w:t>
      </w:r>
      <w:r w:rsidRPr="00F25193">
        <w:rPr>
          <w:rFonts w:ascii="Tahoma" w:hAnsi="Tahoma" w:cs="Tahoma"/>
          <w:rtl/>
        </w:rPr>
        <w:t xml:space="preserve"> آنان به‌تدر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ج</w:t>
      </w:r>
      <w:r w:rsidRPr="00F25193">
        <w:rPr>
          <w:rFonts w:ascii="Tahoma" w:hAnsi="Tahoma" w:cs="Tahoma"/>
          <w:rtl/>
        </w:rPr>
        <w:t xml:space="preserve"> از فرمان تاج فاص</w:t>
      </w:r>
      <w:r w:rsidRPr="00F25193">
        <w:rPr>
          <w:rFonts w:ascii="Tahoma" w:hAnsi="Tahoma" w:cs="Tahoma" w:hint="eastAsia"/>
          <w:rtl/>
        </w:rPr>
        <w:t>له</w:t>
      </w:r>
      <w:r w:rsidRPr="00F25193">
        <w:rPr>
          <w:rFonts w:ascii="Tahoma" w:hAnsi="Tahoma" w:cs="Tahoma"/>
          <w:rtl/>
        </w:rPr>
        <w:t xml:space="preserve">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گرفت</w:t>
      </w:r>
      <w:r w:rsidRPr="00F25193">
        <w:rPr>
          <w:rFonts w:ascii="Tahoma" w:hAnsi="Tahoma" w:cs="Tahoma"/>
          <w:rtl/>
        </w:rPr>
        <w:t>.</w:t>
      </w:r>
    </w:p>
    <w:p w:rsidR="00F25193" w:rsidRPr="00F25193" w:rsidRDefault="00F25193" w:rsidP="00F2519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F25193">
        <w:rPr>
          <w:rFonts w:ascii="Tahoma" w:hAnsi="Tahoma" w:cs="Tahoma" w:hint="eastAsia"/>
          <w:rtl/>
        </w:rPr>
        <w:t>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/>
          <w:rtl/>
        </w:rPr>
        <w:t xml:space="preserve"> جدا</w:t>
      </w:r>
      <w:r w:rsidRPr="00F25193">
        <w:rPr>
          <w:rFonts w:ascii="Tahoma" w:hAnsi="Tahoma" w:cs="Tahoma" w:hint="cs"/>
          <w:rtl/>
        </w:rPr>
        <w:t>یی</w:t>
      </w:r>
      <w:r w:rsidRPr="00F25193">
        <w:rPr>
          <w:rFonts w:ascii="Tahoma" w:hAnsi="Tahoma" w:cs="Tahoma" w:hint="eastAsia"/>
          <w:rtl/>
        </w:rPr>
        <w:t>،</w:t>
      </w:r>
      <w:r w:rsidRPr="00F25193">
        <w:rPr>
          <w:rFonts w:ascii="Tahoma" w:hAnsi="Tahoma" w:cs="Tahoma"/>
          <w:rtl/>
        </w:rPr>
        <w:t xml:space="preserve"> تاج و عمامه را از 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کد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گر</w:t>
      </w:r>
      <w:r w:rsidRPr="00F25193">
        <w:rPr>
          <w:rFonts w:ascii="Tahoma" w:hAnsi="Tahoma" w:cs="Tahoma"/>
          <w:rtl/>
        </w:rPr>
        <w:t xml:space="preserve"> ب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از</w:t>
      </w:r>
      <w:r w:rsidRPr="00F25193">
        <w:rPr>
          <w:rFonts w:ascii="Tahoma" w:hAnsi="Tahoma" w:cs="Tahoma"/>
          <w:rtl/>
        </w:rPr>
        <w:t xml:space="preserve"> نکرد. فرمانروا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ان</w:t>
      </w:r>
      <w:r w:rsidRPr="00F25193">
        <w:rPr>
          <w:rFonts w:ascii="Tahoma" w:hAnsi="Tahoma" w:cs="Tahoma"/>
          <w:rtl/>
        </w:rPr>
        <w:t xml:space="preserve"> بعد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همچنان برا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ادارهٔ جامعه‌ا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ش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عه‌مذهب</w:t>
      </w:r>
      <w:r w:rsidRPr="00F25193">
        <w:rPr>
          <w:rFonts w:ascii="Tahoma" w:hAnsi="Tahoma" w:cs="Tahoma"/>
          <w:rtl/>
        </w:rPr>
        <w:t xml:space="preserve"> به همکار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نکاران</w:t>
      </w:r>
      <w:r w:rsidRPr="00F25193">
        <w:rPr>
          <w:rFonts w:ascii="Tahoma" w:hAnsi="Tahoma" w:cs="Tahoma"/>
          <w:rtl/>
        </w:rPr>
        <w:t xml:space="preserve"> 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از</w:t>
      </w:r>
      <w:r w:rsidRPr="00F25193">
        <w:rPr>
          <w:rFonts w:ascii="Tahoma" w:hAnsi="Tahoma" w:cs="Tahoma"/>
          <w:rtl/>
        </w:rPr>
        <w:t xml:space="preserve"> داشتند. حکومت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توانست</w:t>
      </w:r>
      <w:r w:rsidRPr="00F25193">
        <w:rPr>
          <w:rFonts w:ascii="Tahoma" w:hAnsi="Tahoma" w:cs="Tahoma"/>
          <w:rtl/>
        </w:rPr>
        <w:t xml:space="preserve"> مال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ات</w:t>
      </w:r>
      <w:r w:rsidRPr="00F25193">
        <w:rPr>
          <w:rFonts w:ascii="Tahoma" w:hAnsi="Tahoma" w:cs="Tahoma"/>
          <w:rtl/>
        </w:rPr>
        <w:t xml:space="preserve"> بگ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رد،</w:t>
      </w:r>
      <w:r w:rsidRPr="00F25193">
        <w:rPr>
          <w:rFonts w:ascii="Tahoma" w:hAnsi="Tahoma" w:cs="Tahoma"/>
          <w:rtl/>
        </w:rPr>
        <w:t xml:space="preserve"> سپاه فراهم آورد و مخالفان را سرکوب کند، اما برا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داور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در بس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ار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از امور خانوادگ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،</w:t>
      </w:r>
      <w:r w:rsidRPr="00F25193">
        <w:rPr>
          <w:rFonts w:ascii="Tahoma" w:hAnsi="Tahoma" w:cs="Tahoma"/>
          <w:rtl/>
        </w:rPr>
        <w:t xml:space="preserve"> مال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،</w:t>
      </w:r>
      <w:r w:rsidRPr="00F25193">
        <w:rPr>
          <w:rFonts w:ascii="Tahoma" w:hAnsi="Tahoma" w:cs="Tahoma"/>
          <w:rtl/>
        </w:rPr>
        <w:t xml:space="preserve"> </w:t>
      </w:r>
      <w:r w:rsidRPr="00F25193">
        <w:rPr>
          <w:rFonts w:ascii="Tahoma" w:hAnsi="Tahoma" w:cs="Tahoma" w:hint="eastAsia"/>
          <w:rtl/>
        </w:rPr>
        <w:t>عباد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و اجتماع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به دستگاه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از</w:t>
      </w:r>
      <w:r w:rsidRPr="00F25193">
        <w:rPr>
          <w:rFonts w:ascii="Tahoma" w:hAnsi="Tahoma" w:cs="Tahoma"/>
          <w:rtl/>
        </w:rPr>
        <w:t xml:space="preserve"> داشت که مردم حکم آن را از نظر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معتبر بدانند. در مقابل،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نکاران</w:t>
      </w:r>
      <w:r w:rsidRPr="00F25193">
        <w:rPr>
          <w:rFonts w:ascii="Tahoma" w:hAnsi="Tahoma" w:cs="Tahoma"/>
          <w:rtl/>
        </w:rPr>
        <w:t xml:space="preserve"> 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ز</w:t>
      </w:r>
      <w:r w:rsidRPr="00F25193">
        <w:rPr>
          <w:rFonts w:ascii="Tahoma" w:hAnsi="Tahoma" w:cs="Tahoma"/>
          <w:rtl/>
        </w:rPr>
        <w:t xml:space="preserve"> برا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حفظ امن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ت</w:t>
      </w:r>
      <w:r w:rsidRPr="00F25193">
        <w:rPr>
          <w:rFonts w:ascii="Tahoma" w:hAnsi="Tahoma" w:cs="Tahoma"/>
          <w:rtl/>
        </w:rPr>
        <w:t xml:space="preserve"> شهرها، اجرا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برخ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احکام، نگهدار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موقوفه‌ها و جلوگ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ر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از آشوب به حکومت 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ازمند</w:t>
      </w:r>
      <w:r w:rsidRPr="00F25193">
        <w:rPr>
          <w:rFonts w:ascii="Tahoma" w:hAnsi="Tahoma" w:cs="Tahoma"/>
          <w:rtl/>
        </w:rPr>
        <w:t xml:space="preserve"> بودند. بنابرا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ن،</w:t>
      </w:r>
      <w:r w:rsidRPr="00F25193">
        <w:rPr>
          <w:rFonts w:ascii="Tahoma" w:hAnsi="Tahoma" w:cs="Tahoma"/>
          <w:rtl/>
        </w:rPr>
        <w:t xml:space="preserve"> رابطه‌ا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پد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د</w:t>
      </w:r>
      <w:r w:rsidRPr="00F25193">
        <w:rPr>
          <w:rFonts w:ascii="Tahoma" w:hAnsi="Tahoma" w:cs="Tahoma"/>
          <w:rtl/>
        </w:rPr>
        <w:t xml:space="preserve"> آمد که در آن تاج و عمامه هم </w:t>
      </w:r>
      <w:r w:rsidRPr="00F25193">
        <w:rPr>
          <w:rFonts w:ascii="Tahoma" w:hAnsi="Tahoma" w:cs="Tahoma" w:hint="eastAsia"/>
          <w:rtl/>
        </w:rPr>
        <w:t>به</w:t>
      </w:r>
      <w:r w:rsidRPr="00F25193">
        <w:rPr>
          <w:rFonts w:ascii="Tahoma" w:hAnsi="Tahoma" w:cs="Tahoma"/>
          <w:rtl/>
        </w:rPr>
        <w:t xml:space="preserve"> 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کد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گر</w:t>
      </w:r>
      <w:r w:rsidRPr="00F25193">
        <w:rPr>
          <w:rFonts w:ascii="Tahoma" w:hAnsi="Tahoma" w:cs="Tahoma"/>
          <w:rtl/>
        </w:rPr>
        <w:t xml:space="preserve"> احت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اج</w:t>
      </w:r>
      <w:r w:rsidRPr="00F25193">
        <w:rPr>
          <w:rFonts w:ascii="Tahoma" w:hAnsi="Tahoma" w:cs="Tahoma"/>
          <w:rtl/>
        </w:rPr>
        <w:t xml:space="preserve"> داشتند و هم از قدرت گرفتن 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کد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گر</w:t>
      </w:r>
      <w:r w:rsidRPr="00F25193">
        <w:rPr>
          <w:rFonts w:ascii="Tahoma" w:hAnsi="Tahoma" w:cs="Tahoma"/>
          <w:rtl/>
        </w:rPr>
        <w:t xml:space="preserve"> ب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مناک</w:t>
      </w:r>
      <w:r w:rsidRPr="00F25193">
        <w:rPr>
          <w:rFonts w:ascii="Tahoma" w:hAnsi="Tahoma" w:cs="Tahoma"/>
          <w:rtl/>
        </w:rPr>
        <w:t xml:space="preserve"> بودند.</w:t>
      </w:r>
    </w:p>
    <w:p w:rsidR="00F25193" w:rsidRPr="00F25193" w:rsidRDefault="00F25193" w:rsidP="00F2519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F25193">
        <w:rPr>
          <w:rFonts w:ascii="Tahoma" w:hAnsi="Tahoma" w:cs="Tahoma" w:hint="eastAsia"/>
          <w:rtl/>
        </w:rPr>
        <w:t>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/>
          <w:rtl/>
        </w:rPr>
        <w:t xml:space="preserve"> رابطه را نم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توان</w:t>
      </w:r>
      <w:r w:rsidRPr="00F25193">
        <w:rPr>
          <w:rFonts w:ascii="Tahoma" w:hAnsi="Tahoma" w:cs="Tahoma"/>
          <w:rtl/>
        </w:rPr>
        <w:t xml:space="preserve"> تنها با مفهوم همکار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توض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ح</w:t>
      </w:r>
      <w:r w:rsidRPr="00F25193">
        <w:rPr>
          <w:rFonts w:ascii="Tahoma" w:hAnsi="Tahoma" w:cs="Tahoma"/>
          <w:rtl/>
        </w:rPr>
        <w:t xml:space="preserve"> داد. در آن رقابت 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ز</w:t>
      </w:r>
      <w:r w:rsidRPr="00F25193">
        <w:rPr>
          <w:rFonts w:ascii="Tahoma" w:hAnsi="Tahoma" w:cs="Tahoma"/>
          <w:rtl/>
        </w:rPr>
        <w:t xml:space="preserve"> وجود داشت. تاج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خواست</w:t>
      </w:r>
      <w:r w:rsidRPr="00F25193">
        <w:rPr>
          <w:rFonts w:ascii="Tahoma" w:hAnsi="Tahoma" w:cs="Tahoma"/>
          <w:rtl/>
        </w:rPr>
        <w:t xml:space="preserve"> خود سرچشمهٔ نها</w:t>
      </w:r>
      <w:r w:rsidRPr="00F25193">
        <w:rPr>
          <w:rFonts w:ascii="Tahoma" w:hAnsi="Tahoma" w:cs="Tahoma" w:hint="cs"/>
          <w:rtl/>
        </w:rPr>
        <w:t>یی</w:t>
      </w:r>
      <w:r w:rsidRPr="00F25193">
        <w:rPr>
          <w:rFonts w:ascii="Tahoma" w:hAnsi="Tahoma" w:cs="Tahoma"/>
          <w:rtl/>
        </w:rPr>
        <w:t xml:space="preserve"> فرمان باشد؛ عمامه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توانست</w:t>
      </w:r>
      <w:r w:rsidRPr="00F25193">
        <w:rPr>
          <w:rFonts w:ascii="Tahoma" w:hAnsi="Tahoma" w:cs="Tahoma"/>
          <w:rtl/>
        </w:rPr>
        <w:t xml:space="preserve"> ادعا کند که ه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چ</w:t>
      </w:r>
      <w:r w:rsidRPr="00F25193">
        <w:rPr>
          <w:rFonts w:ascii="Tahoma" w:hAnsi="Tahoma" w:cs="Tahoma"/>
          <w:rtl/>
        </w:rPr>
        <w:t xml:space="preserve"> فرمان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نبا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د</w:t>
      </w:r>
      <w:r w:rsidRPr="00F25193">
        <w:rPr>
          <w:rFonts w:ascii="Tahoma" w:hAnsi="Tahoma" w:cs="Tahoma"/>
          <w:rtl/>
        </w:rPr>
        <w:t xml:space="preserve"> از حکم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/>
          <w:rtl/>
        </w:rPr>
        <w:t xml:space="preserve"> فراتر رود. حکومت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خواست</w:t>
      </w:r>
      <w:r w:rsidRPr="00F25193">
        <w:rPr>
          <w:rFonts w:ascii="Tahoma" w:hAnsi="Tahoma" w:cs="Tahoma"/>
          <w:rtl/>
        </w:rPr>
        <w:t xml:space="preserve"> بر زم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ن،</w:t>
      </w:r>
      <w:r w:rsidRPr="00F25193">
        <w:rPr>
          <w:rFonts w:ascii="Tahoma" w:hAnsi="Tahoma" w:cs="Tahoma"/>
          <w:rtl/>
        </w:rPr>
        <w:t xml:space="preserve"> مال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ات</w:t>
      </w:r>
      <w:r w:rsidRPr="00F25193">
        <w:rPr>
          <w:rFonts w:ascii="Tahoma" w:hAnsi="Tahoma" w:cs="Tahoma"/>
          <w:rtl/>
        </w:rPr>
        <w:t xml:space="preserve"> و موقوفه‌ها نظارت کند؛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نکاران</w:t>
      </w:r>
      <w:r w:rsidRPr="00F25193">
        <w:rPr>
          <w:rFonts w:ascii="Tahoma" w:hAnsi="Tahoma" w:cs="Tahoma"/>
          <w:rtl/>
        </w:rPr>
        <w:t xml:space="preserve"> 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>‌کوش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دند</w:t>
      </w:r>
      <w:r w:rsidRPr="00F25193">
        <w:rPr>
          <w:rFonts w:ascii="Tahoma" w:hAnsi="Tahoma" w:cs="Tahoma"/>
          <w:rtl/>
        </w:rPr>
        <w:t xml:space="preserve"> بخش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از منابع جامعه را از دسترس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وان</w:t>
      </w:r>
      <w:r w:rsidRPr="00F25193">
        <w:rPr>
          <w:rFonts w:ascii="Tahoma" w:hAnsi="Tahoma" w:cs="Tahoma"/>
          <w:rtl/>
        </w:rPr>
        <w:t xml:space="preserve"> دور نگه دارند. شاه انتظار داشت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نکاران</w:t>
      </w:r>
      <w:r w:rsidRPr="00F25193">
        <w:rPr>
          <w:rFonts w:ascii="Tahoma" w:hAnsi="Tahoma" w:cs="Tahoma"/>
          <w:rtl/>
        </w:rPr>
        <w:t xml:space="preserve"> فرمان‌بردار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از حکومت را وظ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فه‌ا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معرف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کنند؛ اما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نکاران</w:t>
      </w:r>
      <w:r w:rsidRPr="00F25193">
        <w:rPr>
          <w:rFonts w:ascii="Tahoma" w:hAnsi="Tahoma" w:cs="Tahoma"/>
          <w:rtl/>
        </w:rPr>
        <w:t xml:space="preserve">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توانستند</w:t>
      </w:r>
      <w:r w:rsidRPr="00F25193">
        <w:rPr>
          <w:rFonts w:ascii="Tahoma" w:hAnsi="Tahoma" w:cs="Tahoma"/>
          <w:rtl/>
        </w:rPr>
        <w:t xml:space="preserve"> در هنگام ضعف 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</w:t>
      </w:r>
      <w:r w:rsidRPr="00F25193">
        <w:rPr>
          <w:rFonts w:ascii="Tahoma" w:hAnsi="Tahoma" w:cs="Tahoma"/>
          <w:rtl/>
        </w:rPr>
        <w:t xml:space="preserve"> ستمگر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حکومت، از تأ</w:t>
      </w:r>
      <w:r w:rsidRPr="00F25193">
        <w:rPr>
          <w:rFonts w:ascii="Tahoma" w:hAnsi="Tahoma" w:cs="Tahoma" w:hint="cs"/>
          <w:rtl/>
        </w:rPr>
        <w:t>یی</w:t>
      </w:r>
      <w:r w:rsidRPr="00F25193">
        <w:rPr>
          <w:rFonts w:ascii="Tahoma" w:hAnsi="Tahoma" w:cs="Tahoma" w:hint="eastAsia"/>
          <w:rtl/>
        </w:rPr>
        <w:t>د</w:t>
      </w:r>
      <w:r w:rsidRPr="00F25193">
        <w:rPr>
          <w:rFonts w:ascii="Tahoma" w:hAnsi="Tahoma" w:cs="Tahoma"/>
          <w:rtl/>
        </w:rPr>
        <w:t xml:space="preserve"> آن خوددار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کنند و حت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مخالفت با آن را وظ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فه‌ا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مذهب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ب</w:t>
      </w:r>
      <w:r w:rsidRPr="00F25193">
        <w:rPr>
          <w:rFonts w:ascii="Tahoma" w:hAnsi="Tahoma" w:cs="Tahoma" w:hint="eastAsia"/>
          <w:rtl/>
        </w:rPr>
        <w:t>شمارند</w:t>
      </w:r>
      <w:r w:rsidRPr="00F25193">
        <w:rPr>
          <w:rFonts w:ascii="Tahoma" w:hAnsi="Tahoma" w:cs="Tahoma"/>
          <w:rtl/>
        </w:rPr>
        <w:t>.</w:t>
      </w:r>
    </w:p>
    <w:p w:rsidR="00F25193" w:rsidRPr="00F25193" w:rsidRDefault="00F25193" w:rsidP="00F2519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F25193">
        <w:rPr>
          <w:rFonts w:ascii="Tahoma" w:hAnsi="Tahoma" w:cs="Tahoma" w:hint="eastAsia"/>
          <w:rtl/>
        </w:rPr>
        <w:t>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وان</w:t>
      </w:r>
      <w:r w:rsidRPr="00F25193">
        <w:rPr>
          <w:rFonts w:ascii="Tahoma" w:hAnsi="Tahoma" w:cs="Tahoma"/>
          <w:rtl/>
        </w:rPr>
        <w:t xml:space="preserve"> 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ز</w:t>
      </w:r>
      <w:r w:rsidRPr="00F25193">
        <w:rPr>
          <w:rFonts w:ascii="Tahoma" w:hAnsi="Tahoma" w:cs="Tahoma"/>
          <w:rtl/>
        </w:rPr>
        <w:t xml:space="preserve"> در 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/>
          <w:rtl/>
        </w:rPr>
        <w:t xml:space="preserve"> 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ان</w:t>
      </w:r>
      <w:r w:rsidRPr="00F25193">
        <w:rPr>
          <w:rFonts w:ascii="Tahoma" w:hAnsi="Tahoma" w:cs="Tahoma"/>
          <w:rtl/>
        </w:rPr>
        <w:t xml:space="preserve"> جا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گاه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دوگانه داشت. از 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ک</w:t>
      </w:r>
      <w:r w:rsidRPr="00F25193">
        <w:rPr>
          <w:rFonts w:ascii="Tahoma" w:hAnsi="Tahoma" w:cs="Tahoma"/>
          <w:rtl/>
        </w:rPr>
        <w:t xml:space="preserve"> سو، ادارهٔ موقوفه‌ها، ثبت دارا</w:t>
      </w:r>
      <w:r w:rsidRPr="00F25193">
        <w:rPr>
          <w:rFonts w:ascii="Tahoma" w:hAnsi="Tahoma" w:cs="Tahoma" w:hint="cs"/>
          <w:rtl/>
        </w:rPr>
        <w:t>یی‌</w:t>
      </w:r>
      <w:r w:rsidRPr="00F25193">
        <w:rPr>
          <w:rFonts w:ascii="Tahoma" w:hAnsi="Tahoma" w:cs="Tahoma" w:hint="eastAsia"/>
          <w:rtl/>
        </w:rPr>
        <w:t>ها،</w:t>
      </w:r>
      <w:r w:rsidRPr="00F25193">
        <w:rPr>
          <w:rFonts w:ascii="Tahoma" w:hAnsi="Tahoma" w:cs="Tahoma"/>
          <w:rtl/>
        </w:rPr>
        <w:t xml:space="preserve"> گردآور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مال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ات</w:t>
      </w:r>
      <w:r w:rsidRPr="00F25193">
        <w:rPr>
          <w:rFonts w:ascii="Tahoma" w:hAnsi="Tahoma" w:cs="Tahoma"/>
          <w:rtl/>
        </w:rPr>
        <w:t xml:space="preserve"> و اجرا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فرمان‌ها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حکومت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بدون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وان</w:t>
      </w:r>
      <w:r w:rsidRPr="00F25193">
        <w:rPr>
          <w:rFonts w:ascii="Tahoma" w:hAnsi="Tahoma" w:cs="Tahoma"/>
          <w:rtl/>
        </w:rPr>
        <w:t xml:space="preserve"> ممکن نبود. از سو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گر،</w:t>
      </w:r>
      <w:r w:rsidRPr="00F25193">
        <w:rPr>
          <w:rFonts w:ascii="Tahoma" w:hAnsi="Tahoma" w:cs="Tahoma"/>
          <w:rtl/>
        </w:rPr>
        <w:t xml:space="preserve"> هر مقدار زم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/>
          <w:rtl/>
        </w:rPr>
        <w:t xml:space="preserve"> و درآمد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که در اخت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ار</w:t>
      </w:r>
      <w:r w:rsidRPr="00F25193">
        <w:rPr>
          <w:rFonts w:ascii="Tahoma" w:hAnsi="Tahoma" w:cs="Tahoma"/>
          <w:rtl/>
        </w:rPr>
        <w:t xml:space="preserve"> موقوفه‌ها قرار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گرفت،</w:t>
      </w:r>
      <w:r w:rsidRPr="00F25193">
        <w:rPr>
          <w:rFonts w:ascii="Tahoma" w:hAnsi="Tahoma" w:cs="Tahoma"/>
          <w:rtl/>
        </w:rPr>
        <w:t xml:space="preserve">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توانست</w:t>
      </w:r>
      <w:r w:rsidRPr="00F25193">
        <w:rPr>
          <w:rFonts w:ascii="Tahoma" w:hAnsi="Tahoma" w:cs="Tahoma"/>
          <w:rtl/>
        </w:rPr>
        <w:t xml:space="preserve"> از منابع مستق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م</w:t>
      </w:r>
      <w:r w:rsidRPr="00F25193">
        <w:rPr>
          <w:rFonts w:ascii="Tahoma" w:hAnsi="Tahoma" w:cs="Tahoma"/>
          <w:rtl/>
        </w:rPr>
        <w:t xml:space="preserve"> حکومت بکا</w:t>
      </w:r>
      <w:r w:rsidRPr="00F25193">
        <w:rPr>
          <w:rFonts w:ascii="Tahoma" w:hAnsi="Tahoma" w:cs="Tahoma" w:hint="eastAsia"/>
          <w:rtl/>
        </w:rPr>
        <w:t>هد</w:t>
      </w:r>
      <w:r w:rsidRPr="00F25193">
        <w:rPr>
          <w:rFonts w:ascii="Tahoma" w:hAnsi="Tahoma" w:cs="Tahoma"/>
          <w:rtl/>
        </w:rPr>
        <w:t>.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وان</w:t>
      </w:r>
      <w:r w:rsidRPr="00F25193">
        <w:rPr>
          <w:rFonts w:ascii="Tahoma" w:hAnsi="Tahoma" w:cs="Tahoma"/>
          <w:rtl/>
        </w:rPr>
        <w:t xml:space="preserve"> ناچار بود نهادها</w:t>
      </w:r>
      <w:r w:rsidRPr="00F25193">
        <w:rPr>
          <w:rFonts w:ascii="Tahoma" w:hAnsi="Tahoma" w:cs="Tahoma" w:hint="cs"/>
          <w:rtl/>
        </w:rPr>
        <w:t>یی</w:t>
      </w:r>
      <w:r w:rsidRPr="00F25193">
        <w:rPr>
          <w:rFonts w:ascii="Tahoma" w:hAnsi="Tahoma" w:cs="Tahoma"/>
          <w:rtl/>
        </w:rPr>
        <w:t xml:space="preserve"> را اداره 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</w:t>
      </w:r>
      <w:r w:rsidRPr="00F25193">
        <w:rPr>
          <w:rFonts w:ascii="Tahoma" w:hAnsi="Tahoma" w:cs="Tahoma"/>
          <w:rtl/>
        </w:rPr>
        <w:t xml:space="preserve"> ثبت کند که گسترش آنها گاه توان مال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خود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وان</w:t>
      </w:r>
      <w:r w:rsidRPr="00F25193">
        <w:rPr>
          <w:rFonts w:ascii="Tahoma" w:hAnsi="Tahoma" w:cs="Tahoma"/>
          <w:rtl/>
        </w:rPr>
        <w:t xml:space="preserve"> را محدود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کرد</w:t>
      </w:r>
      <w:r w:rsidRPr="00F25193">
        <w:rPr>
          <w:rFonts w:ascii="Tahoma" w:hAnsi="Tahoma" w:cs="Tahoma"/>
          <w:rtl/>
        </w:rPr>
        <w:t>. به هم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/>
          <w:rtl/>
        </w:rPr>
        <w:t xml:space="preserve"> دل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ل،</w:t>
      </w:r>
      <w:r w:rsidRPr="00F25193">
        <w:rPr>
          <w:rFonts w:ascii="Tahoma" w:hAnsi="Tahoma" w:cs="Tahoma"/>
          <w:rtl/>
        </w:rPr>
        <w:t xml:space="preserve"> کشمکش بر سر موقوفه‌ها فقط اختلاف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مذهب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نبود؛ بخش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از رقابت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ر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نه</w:t>
      </w:r>
      <w:r w:rsidRPr="00F25193">
        <w:rPr>
          <w:rFonts w:ascii="Tahoma" w:hAnsi="Tahoma" w:cs="Tahoma"/>
          <w:rtl/>
        </w:rPr>
        <w:t xml:space="preserve"> بر سر منابع کشور به شمار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رفت</w:t>
      </w:r>
      <w:r w:rsidRPr="00F25193">
        <w:rPr>
          <w:rFonts w:ascii="Tahoma" w:hAnsi="Tahoma" w:cs="Tahoma"/>
          <w:rtl/>
        </w:rPr>
        <w:t>.</w:t>
      </w:r>
    </w:p>
    <w:p w:rsidR="00F25193" w:rsidRPr="00F25193" w:rsidRDefault="00F25193" w:rsidP="00F2519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F25193">
        <w:rPr>
          <w:rFonts w:ascii="Tahoma" w:hAnsi="Tahoma" w:cs="Tahoma" w:hint="eastAsia"/>
          <w:rtl/>
        </w:rPr>
        <w:t>قشون</w:t>
      </w:r>
      <w:r w:rsidRPr="00F25193">
        <w:rPr>
          <w:rFonts w:ascii="Tahoma" w:hAnsi="Tahoma" w:cs="Tahoma"/>
          <w:rtl/>
        </w:rPr>
        <w:t xml:space="preserve"> 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ز</w:t>
      </w:r>
      <w:r w:rsidRPr="00F25193">
        <w:rPr>
          <w:rFonts w:ascii="Tahoma" w:hAnsi="Tahoma" w:cs="Tahoma"/>
          <w:rtl/>
        </w:rPr>
        <w:t xml:space="preserve"> ضلع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گر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از 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/>
          <w:rtl/>
        </w:rPr>
        <w:t xml:space="preserve"> ساختمان بود. قشون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توانست</w:t>
      </w:r>
      <w:r w:rsidRPr="00F25193">
        <w:rPr>
          <w:rFonts w:ascii="Tahoma" w:hAnsi="Tahoma" w:cs="Tahoma"/>
          <w:rtl/>
        </w:rPr>
        <w:t xml:space="preserve"> پا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تخت</w:t>
      </w:r>
      <w:r w:rsidRPr="00F25193">
        <w:rPr>
          <w:rFonts w:ascii="Tahoma" w:hAnsi="Tahoma" w:cs="Tahoma"/>
          <w:rtl/>
        </w:rPr>
        <w:t xml:space="preserve"> را تصرف کند، شاه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را برکنار سازد و فرمانروا</w:t>
      </w:r>
      <w:r w:rsidRPr="00F25193">
        <w:rPr>
          <w:rFonts w:ascii="Tahoma" w:hAnsi="Tahoma" w:cs="Tahoma" w:hint="cs"/>
          <w:rtl/>
        </w:rPr>
        <w:t>یی</w:t>
      </w:r>
      <w:r w:rsidRPr="00F25193">
        <w:rPr>
          <w:rFonts w:ascii="Tahoma" w:hAnsi="Tahoma" w:cs="Tahoma"/>
          <w:rtl/>
        </w:rPr>
        <w:t xml:space="preserve"> تازه را بر تخت بنشاند، اما نم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توانست</w:t>
      </w:r>
      <w:r w:rsidRPr="00F25193">
        <w:rPr>
          <w:rFonts w:ascii="Tahoma" w:hAnsi="Tahoma" w:cs="Tahoma"/>
          <w:rtl/>
        </w:rPr>
        <w:t xml:space="preserve"> به‌تنها</w:t>
      </w:r>
      <w:r w:rsidRPr="00F25193">
        <w:rPr>
          <w:rFonts w:ascii="Tahoma" w:hAnsi="Tahoma" w:cs="Tahoma" w:hint="cs"/>
          <w:rtl/>
        </w:rPr>
        <w:t>یی</w:t>
      </w:r>
      <w:r w:rsidRPr="00F25193">
        <w:rPr>
          <w:rFonts w:ascii="Tahoma" w:hAnsi="Tahoma" w:cs="Tahoma"/>
          <w:rtl/>
        </w:rPr>
        <w:t xml:space="preserve"> کشور را اداره کند. سپاه برا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پرداخت مواجب به مال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ات</w:t>
      </w:r>
      <w:r w:rsidRPr="00F25193">
        <w:rPr>
          <w:rFonts w:ascii="Tahoma" w:hAnsi="Tahoma" w:cs="Tahoma"/>
          <w:rtl/>
        </w:rPr>
        <w:t xml:space="preserve"> و در نت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جه</w:t>
      </w:r>
      <w:r w:rsidRPr="00F25193">
        <w:rPr>
          <w:rFonts w:ascii="Tahoma" w:hAnsi="Tahoma" w:cs="Tahoma"/>
          <w:rtl/>
        </w:rPr>
        <w:t xml:space="preserve"> به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وان</w:t>
      </w:r>
      <w:r w:rsidRPr="00F25193">
        <w:rPr>
          <w:rFonts w:ascii="Tahoma" w:hAnsi="Tahoma" w:cs="Tahoma"/>
          <w:rtl/>
        </w:rPr>
        <w:t xml:space="preserve"> 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از</w:t>
      </w:r>
      <w:r w:rsidRPr="00F25193">
        <w:rPr>
          <w:rFonts w:ascii="Tahoma" w:hAnsi="Tahoma" w:cs="Tahoma"/>
          <w:rtl/>
        </w:rPr>
        <w:t xml:space="preserve"> داشت؛ برا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پذ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رفته</w:t>
      </w:r>
      <w:r w:rsidRPr="00F25193">
        <w:rPr>
          <w:rFonts w:ascii="Tahoma" w:hAnsi="Tahoma" w:cs="Tahoma"/>
          <w:rtl/>
        </w:rPr>
        <w:t xml:space="preserve"> شدن ف</w:t>
      </w:r>
      <w:r w:rsidRPr="00F25193">
        <w:rPr>
          <w:rFonts w:ascii="Tahoma" w:hAnsi="Tahoma" w:cs="Tahoma" w:hint="eastAsia"/>
          <w:rtl/>
        </w:rPr>
        <w:t>رمانروا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خود در جامعه، به صورت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از حقان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ت</w:t>
      </w:r>
      <w:r w:rsidRPr="00F25193">
        <w:rPr>
          <w:rFonts w:ascii="Tahoma" w:hAnsi="Tahoma" w:cs="Tahoma"/>
          <w:rtl/>
        </w:rPr>
        <w:t xml:space="preserve"> حکمران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محتاج بود؛ و برا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کنترل زندگ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روزمرهٔ مردم، نم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توانست</w:t>
      </w:r>
      <w:r w:rsidRPr="00F25193">
        <w:rPr>
          <w:rFonts w:ascii="Tahoma" w:hAnsi="Tahoma" w:cs="Tahoma"/>
          <w:rtl/>
        </w:rPr>
        <w:t xml:space="preserve"> جا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شبکه‌ها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اجتماع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و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را بگ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رد</w:t>
      </w:r>
      <w:r w:rsidRPr="00F25193">
        <w:rPr>
          <w:rFonts w:ascii="Tahoma" w:hAnsi="Tahoma" w:cs="Tahoma"/>
          <w:rtl/>
        </w:rPr>
        <w:t>. تجربهٔ نادر نشان داد که پ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روز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نظام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تواند</w:t>
      </w:r>
      <w:r w:rsidRPr="00F25193">
        <w:rPr>
          <w:rFonts w:ascii="Tahoma" w:hAnsi="Tahoma" w:cs="Tahoma"/>
          <w:rtl/>
        </w:rPr>
        <w:t xml:space="preserve"> کشور را از تجز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ه</w:t>
      </w:r>
      <w:r w:rsidRPr="00F25193">
        <w:rPr>
          <w:rFonts w:ascii="Tahoma" w:hAnsi="Tahoma" w:cs="Tahoma"/>
          <w:rtl/>
        </w:rPr>
        <w:t xml:space="preserve"> نجات دهد، اما اگر همهٔ منابع در خدمت جنگ قرار 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رد،</w:t>
      </w:r>
      <w:r w:rsidRPr="00F25193">
        <w:rPr>
          <w:rFonts w:ascii="Tahoma" w:hAnsi="Tahoma" w:cs="Tahoma"/>
          <w:rtl/>
        </w:rPr>
        <w:t xml:space="preserve"> قشون ممکن است همان جامعه‌ا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را فرسوده کند که با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د</w:t>
      </w:r>
      <w:r w:rsidRPr="00F25193">
        <w:rPr>
          <w:rFonts w:ascii="Tahoma" w:hAnsi="Tahoma" w:cs="Tahoma"/>
          <w:rtl/>
        </w:rPr>
        <w:t xml:space="preserve"> هز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نهٔ</w:t>
      </w:r>
      <w:r w:rsidRPr="00F25193">
        <w:rPr>
          <w:rFonts w:ascii="Tahoma" w:hAnsi="Tahoma" w:cs="Tahoma"/>
          <w:rtl/>
        </w:rPr>
        <w:t xml:space="preserve"> بقا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آن را بپردازد.</w:t>
      </w:r>
    </w:p>
    <w:p w:rsidR="00F25193" w:rsidRPr="00F25193" w:rsidRDefault="00F25193" w:rsidP="00F2519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F25193">
        <w:rPr>
          <w:rFonts w:ascii="Tahoma" w:hAnsi="Tahoma" w:cs="Tahoma" w:hint="eastAsia"/>
          <w:rtl/>
        </w:rPr>
        <w:t>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راث</w:t>
      </w:r>
      <w:r w:rsidRPr="00F25193">
        <w:rPr>
          <w:rFonts w:ascii="Tahoma" w:hAnsi="Tahoma" w:cs="Tahoma"/>
          <w:rtl/>
        </w:rPr>
        <w:t xml:space="preserve"> صفو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ان</w:t>
      </w:r>
      <w:r w:rsidRPr="00F25193">
        <w:rPr>
          <w:rFonts w:ascii="Tahoma" w:hAnsi="Tahoma" w:cs="Tahoma"/>
          <w:rtl/>
        </w:rPr>
        <w:t xml:space="preserve"> را با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د</w:t>
      </w:r>
      <w:r w:rsidRPr="00F25193">
        <w:rPr>
          <w:rFonts w:ascii="Tahoma" w:hAnsi="Tahoma" w:cs="Tahoma"/>
          <w:rtl/>
        </w:rPr>
        <w:t xml:space="preserve"> در پ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دا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ش</w:t>
      </w:r>
      <w:r w:rsidRPr="00F25193">
        <w:rPr>
          <w:rFonts w:ascii="Tahoma" w:hAnsi="Tahoma" w:cs="Tahoma"/>
          <w:rtl/>
        </w:rPr>
        <w:t xml:space="preserve"> هم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/>
          <w:rtl/>
        </w:rPr>
        <w:t xml:space="preserve"> رابطهٔ چهارسو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ه</w:t>
      </w:r>
      <w:r w:rsidRPr="00F25193">
        <w:rPr>
          <w:rFonts w:ascii="Tahoma" w:hAnsi="Tahoma" w:cs="Tahoma"/>
          <w:rtl/>
        </w:rPr>
        <w:t xml:space="preserve"> 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ان</w:t>
      </w:r>
      <w:r w:rsidRPr="00F25193">
        <w:rPr>
          <w:rFonts w:ascii="Tahoma" w:hAnsi="Tahoma" w:cs="Tahoma"/>
          <w:rtl/>
        </w:rPr>
        <w:t xml:space="preserve"> تاج، عمامه،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وان</w:t>
      </w:r>
      <w:r w:rsidRPr="00F25193">
        <w:rPr>
          <w:rFonts w:ascii="Tahoma" w:hAnsi="Tahoma" w:cs="Tahoma"/>
          <w:rtl/>
        </w:rPr>
        <w:t xml:space="preserve"> و قشون جست‌وجو کرد. ه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چ‌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ک</w:t>
      </w:r>
      <w:r w:rsidRPr="00F25193">
        <w:rPr>
          <w:rFonts w:ascii="Tahoma" w:hAnsi="Tahoma" w:cs="Tahoma"/>
          <w:rtl/>
        </w:rPr>
        <w:t xml:space="preserve"> از 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/>
          <w:rtl/>
        </w:rPr>
        <w:t xml:space="preserve"> 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روها</w:t>
      </w:r>
      <w:r w:rsidRPr="00F25193">
        <w:rPr>
          <w:rFonts w:ascii="Tahoma" w:hAnsi="Tahoma" w:cs="Tahoma"/>
          <w:rtl/>
        </w:rPr>
        <w:t xml:space="preserve"> به‌تنها</w:t>
      </w:r>
      <w:r w:rsidRPr="00F25193">
        <w:rPr>
          <w:rFonts w:ascii="Tahoma" w:hAnsi="Tahoma" w:cs="Tahoma" w:hint="cs"/>
          <w:rtl/>
        </w:rPr>
        <w:t>یی</w:t>
      </w:r>
      <w:r w:rsidRPr="00F25193">
        <w:rPr>
          <w:rFonts w:ascii="Tahoma" w:hAnsi="Tahoma" w:cs="Tahoma"/>
          <w:rtl/>
        </w:rPr>
        <w:t xml:space="preserve"> برا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کشوردار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کاف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نبودند و ه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چ‌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ک</w:t>
      </w:r>
      <w:r w:rsidRPr="00F25193">
        <w:rPr>
          <w:rFonts w:ascii="Tahoma" w:hAnsi="Tahoma" w:cs="Tahoma"/>
          <w:rtl/>
        </w:rPr>
        <w:t xml:space="preserve"> 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ز</w:t>
      </w:r>
      <w:r w:rsidRPr="00F25193">
        <w:rPr>
          <w:rFonts w:ascii="Tahoma" w:hAnsi="Tahoma" w:cs="Tahoma"/>
          <w:rtl/>
        </w:rPr>
        <w:t xml:space="preserve"> حاضر نبودند کاملاً ز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ر</w:t>
      </w:r>
      <w:r w:rsidRPr="00F25193">
        <w:rPr>
          <w:rFonts w:ascii="Tahoma" w:hAnsi="Tahoma" w:cs="Tahoma"/>
          <w:rtl/>
        </w:rPr>
        <w:t xml:space="preserve"> فرمان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گر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قرار 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رند</w:t>
      </w:r>
      <w:r w:rsidRPr="00F25193">
        <w:rPr>
          <w:rFonts w:ascii="Tahoma" w:hAnsi="Tahoma" w:cs="Tahoma"/>
          <w:rtl/>
        </w:rPr>
        <w:t>. تاج بدون قشون از زور اجرا</w:t>
      </w:r>
      <w:r w:rsidRPr="00F25193">
        <w:rPr>
          <w:rFonts w:ascii="Tahoma" w:hAnsi="Tahoma" w:cs="Tahoma" w:hint="cs"/>
          <w:rtl/>
        </w:rPr>
        <w:t>یی</w:t>
      </w:r>
      <w:r w:rsidRPr="00F25193">
        <w:rPr>
          <w:rFonts w:ascii="Tahoma" w:hAnsi="Tahoma" w:cs="Tahoma" w:hint="eastAsia"/>
          <w:rtl/>
        </w:rPr>
        <w:t>،</w:t>
      </w:r>
      <w:r w:rsidRPr="00F25193">
        <w:rPr>
          <w:rFonts w:ascii="Tahoma" w:hAnsi="Tahoma" w:cs="Tahoma"/>
          <w:rtl/>
        </w:rPr>
        <w:t xml:space="preserve"> بدون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وان</w:t>
      </w:r>
      <w:r w:rsidRPr="00F25193">
        <w:rPr>
          <w:rFonts w:ascii="Tahoma" w:hAnsi="Tahoma" w:cs="Tahoma"/>
          <w:rtl/>
        </w:rPr>
        <w:t xml:space="preserve"> از د</w:t>
      </w:r>
      <w:r w:rsidRPr="00F25193">
        <w:rPr>
          <w:rFonts w:ascii="Tahoma" w:hAnsi="Tahoma" w:cs="Tahoma" w:hint="eastAsia"/>
          <w:rtl/>
        </w:rPr>
        <w:t>رآمد</w:t>
      </w:r>
      <w:r w:rsidRPr="00F25193">
        <w:rPr>
          <w:rFonts w:ascii="Tahoma" w:hAnsi="Tahoma" w:cs="Tahoma"/>
          <w:rtl/>
        </w:rPr>
        <w:t xml:space="preserve"> و اداره، و بدون همکار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عمامه از بخش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از حقان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ت</w:t>
      </w:r>
      <w:r w:rsidRPr="00F25193">
        <w:rPr>
          <w:rFonts w:ascii="Tahoma" w:hAnsi="Tahoma" w:cs="Tahoma"/>
          <w:rtl/>
        </w:rPr>
        <w:t xml:space="preserve"> اجتماع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و مذهب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محروم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شد</w:t>
      </w:r>
      <w:r w:rsidRPr="00F25193">
        <w:rPr>
          <w:rFonts w:ascii="Tahoma" w:hAnsi="Tahoma" w:cs="Tahoma"/>
          <w:rtl/>
        </w:rPr>
        <w:t>. عمامه بدون امن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ت</w:t>
      </w:r>
      <w:r w:rsidRPr="00F25193">
        <w:rPr>
          <w:rFonts w:ascii="Tahoma" w:hAnsi="Tahoma" w:cs="Tahoma"/>
          <w:rtl/>
        </w:rPr>
        <w:t xml:space="preserve"> حکومت، پشت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بان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اجتماع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خود را در معرض آشوب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د،</w:t>
      </w:r>
      <w:r w:rsidRPr="00F25193">
        <w:rPr>
          <w:rFonts w:ascii="Tahoma" w:hAnsi="Tahoma" w:cs="Tahoma"/>
          <w:rtl/>
        </w:rPr>
        <w:t xml:space="preserve"> اما اگر ب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ش</w:t>
      </w:r>
      <w:r w:rsidRPr="00F25193">
        <w:rPr>
          <w:rFonts w:ascii="Tahoma" w:hAnsi="Tahoma" w:cs="Tahoma"/>
          <w:rtl/>
        </w:rPr>
        <w:t xml:space="preserve"> از اندازه به تاج وابسته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شد،</w:t>
      </w:r>
      <w:r w:rsidRPr="00F25193">
        <w:rPr>
          <w:rFonts w:ascii="Tahoma" w:hAnsi="Tahoma" w:cs="Tahoma"/>
          <w:rtl/>
        </w:rPr>
        <w:t xml:space="preserve"> اعتبار مستقل خود را از دست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داد</w:t>
      </w:r>
      <w:r w:rsidRPr="00F25193">
        <w:rPr>
          <w:rFonts w:ascii="Tahoma" w:hAnsi="Tahoma" w:cs="Tahoma"/>
          <w:rtl/>
        </w:rPr>
        <w:t>.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وان</w:t>
      </w:r>
      <w:r w:rsidRPr="00F25193">
        <w:rPr>
          <w:rFonts w:ascii="Tahoma" w:hAnsi="Tahoma" w:cs="Tahoma"/>
          <w:rtl/>
        </w:rPr>
        <w:t xml:space="preserve"> 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ان</w:t>
      </w:r>
      <w:r w:rsidRPr="00F25193">
        <w:rPr>
          <w:rFonts w:ascii="Tahoma" w:hAnsi="Tahoma" w:cs="Tahoma"/>
          <w:rtl/>
        </w:rPr>
        <w:t xml:space="preserve"> 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ازها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خزانه، هز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نه‌ها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قشون و امت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ازها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گرفتار بود. قشون 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ز</w:t>
      </w:r>
      <w:r w:rsidRPr="00F25193">
        <w:rPr>
          <w:rFonts w:ascii="Tahoma" w:hAnsi="Tahoma" w:cs="Tahoma"/>
          <w:rtl/>
        </w:rPr>
        <w:t xml:space="preserve"> هرگاه بر همهٔ 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/>
          <w:rtl/>
        </w:rPr>
        <w:t xml:space="preserve"> 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روها</w:t>
      </w:r>
      <w:r w:rsidRPr="00F25193">
        <w:rPr>
          <w:rFonts w:ascii="Tahoma" w:hAnsi="Tahoma" w:cs="Tahoma"/>
          <w:rtl/>
        </w:rPr>
        <w:t xml:space="preserve"> غلبه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کرد،</w:t>
      </w:r>
      <w:r w:rsidRPr="00F25193">
        <w:rPr>
          <w:rFonts w:ascii="Tahoma" w:hAnsi="Tahoma" w:cs="Tahoma"/>
          <w:rtl/>
        </w:rPr>
        <w:t xml:space="preserve"> خطر آن را داشت که حکومت را به دستگاه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برا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تأم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/>
          <w:rtl/>
        </w:rPr>
        <w:t xml:space="preserve"> جنگ فروبکاهد.</w:t>
      </w:r>
    </w:p>
    <w:p w:rsidR="00F25193" w:rsidRPr="00F25193" w:rsidRDefault="00F25193" w:rsidP="00F2519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F25193">
        <w:rPr>
          <w:rFonts w:ascii="Tahoma" w:hAnsi="Tahoma" w:cs="Tahoma" w:hint="eastAsia"/>
          <w:rtl/>
        </w:rPr>
        <w:t>از</w:t>
      </w:r>
      <w:r w:rsidRPr="00F25193">
        <w:rPr>
          <w:rFonts w:ascii="Tahoma" w:hAnsi="Tahoma" w:cs="Tahoma"/>
          <w:rtl/>
        </w:rPr>
        <w:t xml:space="preserve"> 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/>
          <w:rtl/>
        </w:rPr>
        <w:t xml:space="preserve">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دگاه،</w:t>
      </w:r>
      <w:r w:rsidRPr="00F25193">
        <w:rPr>
          <w:rFonts w:ascii="Tahoma" w:hAnsi="Tahoma" w:cs="Tahoma"/>
          <w:rtl/>
        </w:rPr>
        <w:t xml:space="preserve"> سقوط صفو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ان</w:t>
      </w:r>
      <w:r w:rsidRPr="00F25193">
        <w:rPr>
          <w:rFonts w:ascii="Tahoma" w:hAnsi="Tahoma" w:cs="Tahoma"/>
          <w:rtl/>
        </w:rPr>
        <w:t xml:space="preserve"> را نم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توان</w:t>
      </w:r>
      <w:r w:rsidRPr="00F25193">
        <w:rPr>
          <w:rFonts w:ascii="Tahoma" w:hAnsi="Tahoma" w:cs="Tahoma"/>
          <w:rtl/>
        </w:rPr>
        <w:t xml:space="preserve"> فقط نت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جهٔ</w:t>
      </w:r>
      <w:r w:rsidRPr="00F25193">
        <w:rPr>
          <w:rFonts w:ascii="Tahoma" w:hAnsi="Tahoma" w:cs="Tahoma"/>
          <w:rtl/>
        </w:rPr>
        <w:t xml:space="preserve"> قدرت گرفتن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نکاران</w:t>
      </w:r>
      <w:r w:rsidRPr="00F25193">
        <w:rPr>
          <w:rFonts w:ascii="Tahoma" w:hAnsi="Tahoma" w:cs="Tahoma"/>
          <w:rtl/>
        </w:rPr>
        <w:t xml:space="preserve"> دانست، همان‌گونه که نم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توان</w:t>
      </w:r>
      <w:r w:rsidRPr="00F25193">
        <w:rPr>
          <w:rFonts w:ascii="Tahoma" w:hAnsi="Tahoma" w:cs="Tahoma"/>
          <w:rtl/>
        </w:rPr>
        <w:t xml:space="preserve"> دستگاه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را 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رو</w:t>
      </w:r>
      <w:r w:rsidRPr="00F25193">
        <w:rPr>
          <w:rFonts w:ascii="Tahoma" w:hAnsi="Tahoma" w:cs="Tahoma" w:hint="cs"/>
          <w:rtl/>
        </w:rPr>
        <w:t>یی</w:t>
      </w:r>
      <w:r w:rsidRPr="00F25193">
        <w:rPr>
          <w:rFonts w:ascii="Tahoma" w:hAnsi="Tahoma" w:cs="Tahoma"/>
          <w:rtl/>
        </w:rPr>
        <w:t xml:space="preserve"> شمرد که قادر بود حکومت را از سقوط نجات دهد. فرسودگ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دستگاه صفو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حاصل درهم‌افتادن چند روند بود: ضعف پادشاه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،</w:t>
      </w:r>
      <w:r w:rsidRPr="00F25193">
        <w:rPr>
          <w:rFonts w:ascii="Tahoma" w:hAnsi="Tahoma" w:cs="Tahoma"/>
          <w:rtl/>
        </w:rPr>
        <w:t xml:space="preserve"> اختلال در جانش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،</w:t>
      </w:r>
      <w:r w:rsidRPr="00F25193">
        <w:rPr>
          <w:rFonts w:ascii="Tahoma" w:hAnsi="Tahoma" w:cs="Tahoma"/>
          <w:rtl/>
        </w:rPr>
        <w:t xml:space="preserve"> کاهش کار</w:t>
      </w:r>
      <w:r w:rsidRPr="00F25193">
        <w:rPr>
          <w:rFonts w:ascii="Tahoma" w:hAnsi="Tahoma" w:cs="Tahoma" w:hint="eastAsia"/>
          <w:rtl/>
        </w:rPr>
        <w:t>آمد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قشون، فشار مال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،</w:t>
      </w:r>
      <w:r w:rsidRPr="00F25193">
        <w:rPr>
          <w:rFonts w:ascii="Tahoma" w:hAnsi="Tahoma" w:cs="Tahoma"/>
          <w:rtl/>
        </w:rPr>
        <w:t xml:space="preserve"> فساد و ناتوان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وان،</w:t>
      </w:r>
      <w:r w:rsidRPr="00F25193">
        <w:rPr>
          <w:rFonts w:ascii="Tahoma" w:hAnsi="Tahoma" w:cs="Tahoma"/>
          <w:rtl/>
        </w:rPr>
        <w:t xml:space="preserve"> رقابت دربار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ان،</w:t>
      </w:r>
      <w:r w:rsidRPr="00F25193">
        <w:rPr>
          <w:rFonts w:ascii="Tahoma" w:hAnsi="Tahoma" w:cs="Tahoma"/>
          <w:rtl/>
        </w:rPr>
        <w:t xml:space="preserve"> دور شدن مرکز از مرزها و گسترش نفوذ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نکاران</w:t>
      </w:r>
      <w:r w:rsidRPr="00F25193">
        <w:rPr>
          <w:rFonts w:ascii="Tahoma" w:hAnsi="Tahoma" w:cs="Tahoma"/>
          <w:rtl/>
        </w:rPr>
        <w:t xml:space="preserve"> در تصم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م‌ها</w:t>
      </w:r>
      <w:r w:rsidRPr="00F25193">
        <w:rPr>
          <w:rFonts w:ascii="Tahoma" w:hAnsi="Tahoma" w:cs="Tahoma" w:hint="cs"/>
          <w:rtl/>
        </w:rPr>
        <w:t>یی</w:t>
      </w:r>
      <w:r w:rsidRPr="00F25193">
        <w:rPr>
          <w:rFonts w:ascii="Tahoma" w:hAnsi="Tahoma" w:cs="Tahoma"/>
          <w:rtl/>
        </w:rPr>
        <w:t xml:space="preserve"> که به دانش کشوردار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و نظام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از</w:t>
      </w:r>
      <w:r w:rsidRPr="00F25193">
        <w:rPr>
          <w:rFonts w:ascii="Tahoma" w:hAnsi="Tahoma" w:cs="Tahoma"/>
          <w:rtl/>
        </w:rPr>
        <w:t xml:space="preserve"> داشت.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نکار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که از راه فقه و آ</w:t>
      </w:r>
      <w:r w:rsidRPr="00F25193">
        <w:rPr>
          <w:rFonts w:ascii="Tahoma" w:hAnsi="Tahoma" w:cs="Tahoma" w:hint="cs"/>
          <w:rtl/>
        </w:rPr>
        <w:t>یی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/>
          <w:rtl/>
        </w:rPr>
        <w:t xml:space="preserve"> به قدرت نزد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ک</w:t>
      </w:r>
      <w:r w:rsidRPr="00F25193">
        <w:rPr>
          <w:rFonts w:ascii="Tahoma" w:hAnsi="Tahoma" w:cs="Tahoma"/>
          <w:rtl/>
        </w:rPr>
        <w:t xml:space="preserve"> شده بود، الزاماً توان ادارهٔ خزانه، فرمانده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سپاه 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</w:t>
      </w:r>
      <w:r w:rsidRPr="00F25193">
        <w:rPr>
          <w:rFonts w:ascii="Tahoma" w:hAnsi="Tahoma" w:cs="Tahoma"/>
          <w:rtl/>
        </w:rPr>
        <w:t xml:space="preserve"> شنا</w:t>
      </w:r>
      <w:r w:rsidRPr="00F25193">
        <w:rPr>
          <w:rFonts w:ascii="Tahoma" w:hAnsi="Tahoma" w:cs="Tahoma" w:hint="eastAsia"/>
          <w:rtl/>
        </w:rPr>
        <w:t>خت</w:t>
      </w:r>
      <w:r w:rsidRPr="00F25193">
        <w:rPr>
          <w:rFonts w:ascii="Tahoma" w:hAnsi="Tahoma" w:cs="Tahoma"/>
          <w:rtl/>
        </w:rPr>
        <w:t xml:space="preserve"> مناسبات خارج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را نداشت؛ همان‌گونه که سردار پ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روز</w:t>
      </w:r>
      <w:r w:rsidRPr="00F25193">
        <w:rPr>
          <w:rFonts w:ascii="Tahoma" w:hAnsi="Tahoma" w:cs="Tahoma"/>
          <w:rtl/>
        </w:rPr>
        <w:t xml:space="preserve"> 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ز</w:t>
      </w:r>
      <w:r w:rsidRPr="00F25193">
        <w:rPr>
          <w:rFonts w:ascii="Tahoma" w:hAnsi="Tahoma" w:cs="Tahoma"/>
          <w:rtl/>
        </w:rPr>
        <w:t xml:space="preserve"> الزاماً قادر به ساختن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وان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پا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دار</w:t>
      </w:r>
      <w:r w:rsidRPr="00F25193">
        <w:rPr>
          <w:rFonts w:ascii="Tahoma" w:hAnsi="Tahoma" w:cs="Tahoma"/>
          <w:rtl/>
        </w:rPr>
        <w:t xml:space="preserve"> 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</w:t>
      </w:r>
      <w:r w:rsidRPr="00F25193">
        <w:rPr>
          <w:rFonts w:ascii="Tahoma" w:hAnsi="Tahoma" w:cs="Tahoma"/>
          <w:rtl/>
        </w:rPr>
        <w:t xml:space="preserve"> فراهم کردن رضا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ت</w:t>
      </w:r>
      <w:r w:rsidRPr="00F25193">
        <w:rPr>
          <w:rFonts w:ascii="Tahoma" w:hAnsi="Tahoma" w:cs="Tahoma"/>
          <w:rtl/>
        </w:rPr>
        <w:t xml:space="preserve"> مردم نبود.</w:t>
      </w:r>
    </w:p>
    <w:p w:rsidR="00F25193" w:rsidRPr="00F25193" w:rsidRDefault="00F25193" w:rsidP="00F2519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F25193">
        <w:rPr>
          <w:rFonts w:ascii="Tahoma" w:hAnsi="Tahoma" w:cs="Tahoma" w:hint="eastAsia"/>
          <w:rtl/>
        </w:rPr>
        <w:t>آنچه</w:t>
      </w:r>
      <w:r w:rsidRPr="00F25193">
        <w:rPr>
          <w:rFonts w:ascii="Tahoma" w:hAnsi="Tahoma" w:cs="Tahoma"/>
          <w:rtl/>
        </w:rPr>
        <w:t xml:space="preserve"> در پا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ان</w:t>
      </w:r>
      <w:r w:rsidRPr="00F25193">
        <w:rPr>
          <w:rFonts w:ascii="Tahoma" w:hAnsi="Tahoma" w:cs="Tahoma"/>
          <w:rtl/>
        </w:rPr>
        <w:t xml:space="preserve"> صفو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ان</w:t>
      </w:r>
      <w:r w:rsidRPr="00F25193">
        <w:rPr>
          <w:rFonts w:ascii="Tahoma" w:hAnsi="Tahoma" w:cs="Tahoma"/>
          <w:rtl/>
        </w:rPr>
        <w:t xml:space="preserve"> فرو ر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خت،</w:t>
      </w:r>
      <w:r w:rsidRPr="00F25193">
        <w:rPr>
          <w:rFonts w:ascii="Tahoma" w:hAnsi="Tahoma" w:cs="Tahoma"/>
          <w:rtl/>
        </w:rPr>
        <w:t xml:space="preserve"> تعادل 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ان</w:t>
      </w:r>
      <w:r w:rsidRPr="00F25193">
        <w:rPr>
          <w:rFonts w:ascii="Tahoma" w:hAnsi="Tahoma" w:cs="Tahoma"/>
          <w:rtl/>
        </w:rPr>
        <w:t xml:space="preserve"> 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/>
          <w:rtl/>
        </w:rPr>
        <w:t xml:space="preserve"> 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روها</w:t>
      </w:r>
      <w:r w:rsidRPr="00F25193">
        <w:rPr>
          <w:rFonts w:ascii="Tahoma" w:hAnsi="Tahoma" w:cs="Tahoma"/>
          <w:rtl/>
        </w:rPr>
        <w:t xml:space="preserve"> بود. در آغاز 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/>
          <w:rtl/>
        </w:rPr>
        <w:t xml:space="preserve"> سلسله، کار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زما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شاه اسماع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ل</w:t>
      </w:r>
      <w:r w:rsidRPr="00F25193">
        <w:rPr>
          <w:rFonts w:ascii="Tahoma" w:hAnsi="Tahoma" w:cs="Tahoma"/>
          <w:rtl/>
        </w:rPr>
        <w:t xml:space="preserve"> و 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رو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قزلباشان تاج و قشون را به هم پ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وند</w:t>
      </w:r>
      <w:r w:rsidRPr="00F25193">
        <w:rPr>
          <w:rFonts w:ascii="Tahoma" w:hAnsi="Tahoma" w:cs="Tahoma"/>
          <w:rtl/>
        </w:rPr>
        <w:t xml:space="preserve"> داده بود. سپس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وان</w:t>
      </w:r>
      <w:r w:rsidRPr="00F25193">
        <w:rPr>
          <w:rFonts w:ascii="Tahoma" w:hAnsi="Tahoma" w:cs="Tahoma"/>
          <w:rtl/>
        </w:rPr>
        <w:t xml:space="preserve"> برا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ادارهٔ کشور گسترش 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افت</w:t>
      </w:r>
      <w:r w:rsidRPr="00F25193">
        <w:rPr>
          <w:rFonts w:ascii="Tahoma" w:hAnsi="Tahoma" w:cs="Tahoma"/>
          <w:rtl/>
        </w:rPr>
        <w:t xml:space="preserve"> و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نکاران</w:t>
      </w:r>
      <w:r w:rsidRPr="00F25193">
        <w:rPr>
          <w:rFonts w:ascii="Tahoma" w:hAnsi="Tahoma" w:cs="Tahoma"/>
          <w:rtl/>
        </w:rPr>
        <w:t xml:space="preserve"> برا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ساختن مذهب رسم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وارد شدند. شاه عباس توانست مدت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ان</w:t>
      </w:r>
      <w:r w:rsidRPr="00F25193">
        <w:rPr>
          <w:rFonts w:ascii="Tahoma" w:hAnsi="Tahoma" w:cs="Tahoma"/>
          <w:rtl/>
        </w:rPr>
        <w:t xml:space="preserve"> 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/>
          <w:rtl/>
        </w:rPr>
        <w:t xml:space="preserve"> 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روها</w:t>
      </w:r>
      <w:r w:rsidRPr="00F25193">
        <w:rPr>
          <w:rFonts w:ascii="Tahoma" w:hAnsi="Tahoma" w:cs="Tahoma"/>
          <w:rtl/>
        </w:rPr>
        <w:t xml:space="preserve"> تعادل برقرار کند و ه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چ‌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ک</w:t>
      </w:r>
      <w:r w:rsidRPr="00F25193">
        <w:rPr>
          <w:rFonts w:ascii="Tahoma" w:hAnsi="Tahoma" w:cs="Tahoma"/>
          <w:rtl/>
        </w:rPr>
        <w:t xml:space="preserve"> را چنان 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رومند</w:t>
      </w:r>
      <w:r w:rsidRPr="00F25193">
        <w:rPr>
          <w:rFonts w:ascii="Tahoma" w:hAnsi="Tahoma" w:cs="Tahoma"/>
          <w:rtl/>
        </w:rPr>
        <w:t xml:space="preserve"> نسازد که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گر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را از 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دان</w:t>
      </w:r>
      <w:r w:rsidRPr="00F25193">
        <w:rPr>
          <w:rFonts w:ascii="Tahoma" w:hAnsi="Tahoma" w:cs="Tahoma"/>
          <w:rtl/>
        </w:rPr>
        <w:t xml:space="preserve"> ب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رون</w:t>
      </w:r>
      <w:r w:rsidRPr="00F25193">
        <w:rPr>
          <w:rFonts w:ascii="Tahoma" w:hAnsi="Tahoma" w:cs="Tahoma"/>
          <w:rtl/>
        </w:rPr>
        <w:t xml:space="preserve"> کند. اما پس از او، با کاهش توان شخص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شاهان، هر 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ک</w:t>
      </w:r>
      <w:r w:rsidRPr="00F25193">
        <w:rPr>
          <w:rFonts w:ascii="Tahoma" w:hAnsi="Tahoma" w:cs="Tahoma"/>
          <w:rtl/>
        </w:rPr>
        <w:t xml:space="preserve"> از 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/>
          <w:rtl/>
        </w:rPr>
        <w:t xml:space="preserve"> دستگاه‌ها راه خود را رفت و پ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وند</w:t>
      </w:r>
      <w:r w:rsidRPr="00F25193">
        <w:rPr>
          <w:rFonts w:ascii="Tahoma" w:hAnsi="Tahoma" w:cs="Tahoma"/>
          <w:rtl/>
        </w:rPr>
        <w:t xml:space="preserve"> 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ان</w:t>
      </w:r>
      <w:r w:rsidRPr="00F25193">
        <w:rPr>
          <w:rFonts w:ascii="Tahoma" w:hAnsi="Tahoma" w:cs="Tahoma"/>
          <w:rtl/>
        </w:rPr>
        <w:t xml:space="preserve"> آنها سست شد. دربار از واقع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ت</w:t>
      </w:r>
      <w:r w:rsidRPr="00F25193">
        <w:rPr>
          <w:rFonts w:ascii="Tahoma" w:hAnsi="Tahoma" w:cs="Tahoma"/>
          <w:rtl/>
        </w:rPr>
        <w:t xml:space="preserve"> کشور دور ماند، قشون فرسوده شد،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وان</w:t>
      </w:r>
      <w:r w:rsidRPr="00F25193">
        <w:rPr>
          <w:rFonts w:ascii="Tahoma" w:hAnsi="Tahoma" w:cs="Tahoma"/>
          <w:rtl/>
        </w:rPr>
        <w:t xml:space="preserve"> ز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ر</w:t>
      </w:r>
      <w:r w:rsidRPr="00F25193">
        <w:rPr>
          <w:rFonts w:ascii="Tahoma" w:hAnsi="Tahoma" w:cs="Tahoma"/>
          <w:rtl/>
        </w:rPr>
        <w:t xml:space="preserve"> فشا</w:t>
      </w:r>
      <w:r w:rsidRPr="00F25193">
        <w:rPr>
          <w:rFonts w:ascii="Tahoma" w:hAnsi="Tahoma" w:cs="Tahoma" w:hint="eastAsia"/>
          <w:rtl/>
        </w:rPr>
        <w:t>ر</w:t>
      </w:r>
      <w:r w:rsidRPr="00F25193">
        <w:rPr>
          <w:rFonts w:ascii="Tahoma" w:hAnsi="Tahoma" w:cs="Tahoma"/>
          <w:rtl/>
        </w:rPr>
        <w:t xml:space="preserve"> هز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نه‌ها</w:t>
      </w:r>
      <w:r w:rsidRPr="00F25193">
        <w:rPr>
          <w:rFonts w:ascii="Tahoma" w:hAnsi="Tahoma" w:cs="Tahoma"/>
          <w:rtl/>
        </w:rPr>
        <w:t xml:space="preserve"> و امت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ازها</w:t>
      </w:r>
      <w:r w:rsidRPr="00F25193">
        <w:rPr>
          <w:rFonts w:ascii="Tahoma" w:hAnsi="Tahoma" w:cs="Tahoma"/>
          <w:rtl/>
        </w:rPr>
        <w:t xml:space="preserve"> قرار گرفت و عمامه نفوذ ب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شتر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افت،</w:t>
      </w:r>
      <w:r w:rsidRPr="00F25193">
        <w:rPr>
          <w:rFonts w:ascii="Tahoma" w:hAnsi="Tahoma" w:cs="Tahoma"/>
          <w:rtl/>
        </w:rPr>
        <w:t xml:space="preserve"> ب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آنکه</w:t>
      </w:r>
      <w:r w:rsidRPr="00F25193">
        <w:rPr>
          <w:rFonts w:ascii="Tahoma" w:hAnsi="Tahoma" w:cs="Tahoma"/>
          <w:rtl/>
        </w:rPr>
        <w:t xml:space="preserve"> مسئول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ت</w:t>
      </w:r>
      <w:r w:rsidRPr="00F25193">
        <w:rPr>
          <w:rFonts w:ascii="Tahoma" w:hAnsi="Tahoma" w:cs="Tahoma"/>
          <w:rtl/>
        </w:rPr>
        <w:t xml:space="preserve"> مستق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م</w:t>
      </w:r>
      <w:r w:rsidRPr="00F25193">
        <w:rPr>
          <w:rFonts w:ascii="Tahoma" w:hAnsi="Tahoma" w:cs="Tahoma"/>
          <w:rtl/>
        </w:rPr>
        <w:t xml:space="preserve"> حفظ مرزها و ادارهٔ خزانه را بر عهده داشته باشد.</w:t>
      </w:r>
    </w:p>
    <w:p w:rsidR="00F25193" w:rsidRPr="00F25193" w:rsidRDefault="00F25193" w:rsidP="00F2519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F25193">
        <w:rPr>
          <w:rFonts w:ascii="Tahoma" w:hAnsi="Tahoma" w:cs="Tahoma" w:hint="eastAsia"/>
          <w:rtl/>
        </w:rPr>
        <w:t>با</w:t>
      </w:r>
      <w:r w:rsidRPr="00F25193">
        <w:rPr>
          <w:rFonts w:ascii="Tahoma" w:hAnsi="Tahoma" w:cs="Tahoma"/>
          <w:rtl/>
        </w:rPr>
        <w:t xml:space="preserve"> سقوط اصفهان، تاج صفو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از 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ان</w:t>
      </w:r>
      <w:r w:rsidRPr="00F25193">
        <w:rPr>
          <w:rFonts w:ascii="Tahoma" w:hAnsi="Tahoma" w:cs="Tahoma"/>
          <w:rtl/>
        </w:rPr>
        <w:t xml:space="preserve"> رفت، اما سه 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رو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گر</w:t>
      </w:r>
      <w:r w:rsidRPr="00F25193">
        <w:rPr>
          <w:rFonts w:ascii="Tahoma" w:hAnsi="Tahoma" w:cs="Tahoma"/>
          <w:rtl/>
        </w:rPr>
        <w:t xml:space="preserve"> ناپد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د</w:t>
      </w:r>
      <w:r w:rsidRPr="00F25193">
        <w:rPr>
          <w:rFonts w:ascii="Tahoma" w:hAnsi="Tahoma" w:cs="Tahoma"/>
          <w:rtl/>
        </w:rPr>
        <w:t xml:space="preserve"> نشدند.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وان،</w:t>
      </w:r>
      <w:r w:rsidRPr="00F25193">
        <w:rPr>
          <w:rFonts w:ascii="Tahoma" w:hAnsi="Tahoma" w:cs="Tahoma"/>
          <w:rtl/>
        </w:rPr>
        <w:t xml:space="preserve"> هرچند آس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ب‌د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ده،</w:t>
      </w:r>
      <w:r w:rsidRPr="00F25193">
        <w:rPr>
          <w:rFonts w:ascii="Tahoma" w:hAnsi="Tahoma" w:cs="Tahoma"/>
          <w:rtl/>
        </w:rPr>
        <w:t xml:space="preserve"> همچنان برا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گردآور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مال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ات</w:t>
      </w:r>
      <w:r w:rsidRPr="00F25193">
        <w:rPr>
          <w:rFonts w:ascii="Tahoma" w:hAnsi="Tahoma" w:cs="Tahoma"/>
          <w:rtl/>
        </w:rPr>
        <w:t xml:space="preserve"> و ادارهٔ شهرها ضرور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بود. قشون در شکل‌ها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تازه دوباره سازمان 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افت</w:t>
      </w:r>
      <w:r w:rsidRPr="00F25193">
        <w:rPr>
          <w:rFonts w:ascii="Tahoma" w:hAnsi="Tahoma" w:cs="Tahoma"/>
          <w:rtl/>
        </w:rPr>
        <w:t xml:space="preserve"> و نادر را به قدرت رساند. عمامه 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ز</w:t>
      </w:r>
      <w:r w:rsidRPr="00F25193">
        <w:rPr>
          <w:rFonts w:ascii="Tahoma" w:hAnsi="Tahoma" w:cs="Tahoma"/>
          <w:rtl/>
        </w:rPr>
        <w:t xml:space="preserve"> از دربار فاصله گرفت و ر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شه‌ها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خود را در جامعه استوارتر کرد. از 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/>
          <w:rtl/>
        </w:rPr>
        <w:t xml:space="preserve"> پس هر تاج تازه‌ا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ناچار بود رابطهٔ خود را با 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/>
          <w:rtl/>
        </w:rPr>
        <w:t xml:space="preserve"> 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روها</w:t>
      </w:r>
      <w:r w:rsidRPr="00F25193">
        <w:rPr>
          <w:rFonts w:ascii="Tahoma" w:hAnsi="Tahoma" w:cs="Tahoma"/>
          <w:rtl/>
        </w:rPr>
        <w:t xml:space="preserve"> از نو تعر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ف</w:t>
      </w:r>
      <w:r w:rsidRPr="00F25193">
        <w:rPr>
          <w:rFonts w:ascii="Tahoma" w:hAnsi="Tahoma" w:cs="Tahoma"/>
          <w:rtl/>
        </w:rPr>
        <w:t xml:space="preserve"> کند. ه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چ</w:t>
      </w:r>
      <w:r w:rsidRPr="00F25193">
        <w:rPr>
          <w:rFonts w:ascii="Tahoma" w:hAnsi="Tahoma" w:cs="Tahoma"/>
          <w:rtl/>
        </w:rPr>
        <w:t xml:space="preserve"> فرمانروا</w:t>
      </w:r>
      <w:r w:rsidRPr="00F25193">
        <w:rPr>
          <w:rFonts w:ascii="Tahoma" w:hAnsi="Tahoma" w:cs="Tahoma" w:hint="cs"/>
          <w:rtl/>
        </w:rPr>
        <w:t>یی</w:t>
      </w:r>
      <w:r w:rsidRPr="00F25193">
        <w:rPr>
          <w:rFonts w:ascii="Tahoma" w:hAnsi="Tahoma" w:cs="Tahoma"/>
          <w:rtl/>
        </w:rPr>
        <w:t xml:space="preserve"> نم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توانست</w:t>
      </w:r>
      <w:r w:rsidRPr="00F25193">
        <w:rPr>
          <w:rFonts w:ascii="Tahoma" w:hAnsi="Tahoma" w:cs="Tahoma"/>
          <w:rtl/>
        </w:rPr>
        <w:t xml:space="preserve"> صرفاً با نشستن بر تخت، همهٔ آنچه را صفو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ان</w:t>
      </w:r>
      <w:r w:rsidRPr="00F25193">
        <w:rPr>
          <w:rFonts w:ascii="Tahoma" w:hAnsi="Tahoma" w:cs="Tahoma"/>
          <w:rtl/>
        </w:rPr>
        <w:t xml:space="preserve"> در دو سده ساخته بودند به اخت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ار</w:t>
      </w:r>
      <w:r w:rsidRPr="00F25193">
        <w:rPr>
          <w:rFonts w:ascii="Tahoma" w:hAnsi="Tahoma" w:cs="Tahoma"/>
          <w:rtl/>
        </w:rPr>
        <w:t xml:space="preserve"> خود درآورد.</w:t>
      </w:r>
    </w:p>
    <w:p w:rsidR="00F25193" w:rsidRPr="00F25193" w:rsidRDefault="00F25193" w:rsidP="00F2519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F25193">
        <w:rPr>
          <w:rFonts w:ascii="Tahoma" w:hAnsi="Tahoma" w:cs="Tahoma" w:hint="eastAsia"/>
          <w:rtl/>
        </w:rPr>
        <w:t>بزرگ‌تر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/>
          <w:rtl/>
        </w:rPr>
        <w:t xml:space="preserve"> 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راث</w:t>
      </w:r>
      <w:r w:rsidRPr="00F25193">
        <w:rPr>
          <w:rFonts w:ascii="Tahoma" w:hAnsi="Tahoma" w:cs="Tahoma"/>
          <w:rtl/>
        </w:rPr>
        <w:t xml:space="preserve"> صفو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ان،</w:t>
      </w:r>
      <w:r w:rsidRPr="00F25193">
        <w:rPr>
          <w:rFonts w:ascii="Tahoma" w:hAnsi="Tahoma" w:cs="Tahoma"/>
          <w:rtl/>
        </w:rPr>
        <w:t xml:space="preserve"> بنابرا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ن،</w:t>
      </w:r>
      <w:r w:rsidRPr="00F25193">
        <w:rPr>
          <w:rFonts w:ascii="Tahoma" w:hAnsi="Tahoma" w:cs="Tahoma"/>
          <w:rtl/>
        </w:rPr>
        <w:t xml:space="preserve"> تنها تع</w:t>
      </w:r>
      <w:r w:rsidRPr="00F25193">
        <w:rPr>
          <w:rFonts w:ascii="Tahoma" w:hAnsi="Tahoma" w:cs="Tahoma" w:hint="cs"/>
          <w:rtl/>
        </w:rPr>
        <w:t>یی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/>
          <w:rtl/>
        </w:rPr>
        <w:t xml:space="preserve"> تش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ع</w:t>
      </w:r>
      <w:r w:rsidRPr="00F25193">
        <w:rPr>
          <w:rFonts w:ascii="Tahoma" w:hAnsi="Tahoma" w:cs="Tahoma"/>
          <w:rtl/>
        </w:rPr>
        <w:t xml:space="preserve"> دوازده‌امام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به‌عنوان مذهب رسم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ران</w:t>
      </w:r>
      <w:r w:rsidRPr="00F25193">
        <w:rPr>
          <w:rFonts w:ascii="Tahoma" w:hAnsi="Tahoma" w:cs="Tahoma"/>
          <w:rtl/>
        </w:rPr>
        <w:t xml:space="preserve"> نبود. کار ماندگارتر آنان تبد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ل</w:t>
      </w:r>
      <w:r w:rsidRPr="00F25193">
        <w:rPr>
          <w:rFonts w:ascii="Tahoma" w:hAnsi="Tahoma" w:cs="Tahoma"/>
          <w:rtl/>
        </w:rPr>
        <w:t xml:space="preserve"> 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/>
          <w:rtl/>
        </w:rPr>
        <w:t xml:space="preserve"> مذهب به مجموعه‌ا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از نهادها، آ</w:t>
      </w:r>
      <w:r w:rsidRPr="00F25193">
        <w:rPr>
          <w:rFonts w:ascii="Tahoma" w:hAnsi="Tahoma" w:cs="Tahoma" w:hint="cs"/>
          <w:rtl/>
        </w:rPr>
        <w:t>یی</w:t>
      </w:r>
      <w:r w:rsidRPr="00F25193">
        <w:rPr>
          <w:rFonts w:ascii="Tahoma" w:hAnsi="Tahoma" w:cs="Tahoma" w:hint="eastAsia"/>
          <w:rtl/>
        </w:rPr>
        <w:t>ن‌ها،</w:t>
      </w:r>
      <w:r w:rsidRPr="00F25193">
        <w:rPr>
          <w:rFonts w:ascii="Tahoma" w:hAnsi="Tahoma" w:cs="Tahoma"/>
          <w:rtl/>
        </w:rPr>
        <w:t xml:space="preserve"> منابع مال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،</w:t>
      </w:r>
      <w:r w:rsidRPr="00F25193">
        <w:rPr>
          <w:rFonts w:ascii="Tahoma" w:hAnsi="Tahoma" w:cs="Tahoma"/>
          <w:rtl/>
        </w:rPr>
        <w:t xml:space="preserve"> خانواده‌ها، مراکز آموزش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و پ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وندها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اجتماع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بود. هم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/>
          <w:rtl/>
        </w:rPr>
        <w:t xml:space="preserve"> مجموعه سبب شد که تش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ع</w:t>
      </w:r>
      <w:r w:rsidRPr="00F25193">
        <w:rPr>
          <w:rFonts w:ascii="Tahoma" w:hAnsi="Tahoma" w:cs="Tahoma"/>
          <w:rtl/>
        </w:rPr>
        <w:t xml:space="preserve"> با پا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ان</w:t>
      </w:r>
      <w:r w:rsidRPr="00F25193">
        <w:rPr>
          <w:rFonts w:ascii="Tahoma" w:hAnsi="Tahoma" w:cs="Tahoma"/>
          <w:rtl/>
        </w:rPr>
        <w:t xml:space="preserve"> سلسلهٔ صفو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پا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ان</w:t>
      </w:r>
      <w:r w:rsidRPr="00F25193">
        <w:rPr>
          <w:rFonts w:ascii="Tahoma" w:hAnsi="Tahoma" w:cs="Tahoma"/>
          <w:rtl/>
        </w:rPr>
        <w:t xml:space="preserve"> 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ابد</w:t>
      </w:r>
      <w:r w:rsidRPr="00F25193">
        <w:rPr>
          <w:rFonts w:ascii="Tahoma" w:hAnsi="Tahoma" w:cs="Tahoma"/>
          <w:rtl/>
        </w:rPr>
        <w:t xml:space="preserve"> و حت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پس از آنکه تاج پشت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بانش</w:t>
      </w:r>
      <w:r w:rsidRPr="00F25193">
        <w:rPr>
          <w:rFonts w:ascii="Tahoma" w:hAnsi="Tahoma" w:cs="Tahoma"/>
          <w:rtl/>
        </w:rPr>
        <w:t xml:space="preserve"> را از دست داد، توان بازساز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خود را پ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دا</w:t>
      </w:r>
      <w:r w:rsidRPr="00F25193">
        <w:rPr>
          <w:rFonts w:ascii="Tahoma" w:hAnsi="Tahoma" w:cs="Tahoma"/>
          <w:rtl/>
        </w:rPr>
        <w:t xml:space="preserve"> کند. در دورهٔ صفو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،</w:t>
      </w:r>
      <w:r w:rsidRPr="00F25193">
        <w:rPr>
          <w:rFonts w:ascii="Tahoma" w:hAnsi="Tahoma" w:cs="Tahoma"/>
          <w:rtl/>
        </w:rPr>
        <w:t xml:space="preserve"> حکومت به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نکاران</w:t>
      </w:r>
      <w:r w:rsidRPr="00F25193">
        <w:rPr>
          <w:rFonts w:ascii="Tahoma" w:hAnsi="Tahoma" w:cs="Tahoma"/>
          <w:rtl/>
        </w:rPr>
        <w:t xml:space="preserve"> قدرت داده بود؛ پس از صفو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ان،</w:t>
      </w:r>
      <w:r w:rsidRPr="00F25193">
        <w:rPr>
          <w:rFonts w:ascii="Tahoma" w:hAnsi="Tahoma" w:cs="Tahoma"/>
          <w:rtl/>
        </w:rPr>
        <w:t xml:space="preserve"> جامعه 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ز</w:t>
      </w:r>
      <w:r w:rsidRPr="00F25193">
        <w:rPr>
          <w:rFonts w:ascii="Tahoma" w:hAnsi="Tahoma" w:cs="Tahoma"/>
          <w:rtl/>
        </w:rPr>
        <w:t xml:space="preserve"> به 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ک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از سرچشمه‌ها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قدرت آنان تبد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ل</w:t>
      </w:r>
      <w:r w:rsidRPr="00F25193">
        <w:rPr>
          <w:rFonts w:ascii="Tahoma" w:hAnsi="Tahoma" w:cs="Tahoma"/>
          <w:rtl/>
        </w:rPr>
        <w:t xml:space="preserve"> شد.</w:t>
      </w:r>
    </w:p>
    <w:p w:rsidR="00F25193" w:rsidRPr="00F25193" w:rsidRDefault="00F25193" w:rsidP="00F2519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F25193">
        <w:rPr>
          <w:rFonts w:ascii="Tahoma" w:hAnsi="Tahoma" w:cs="Tahoma" w:hint="eastAsia"/>
          <w:rtl/>
        </w:rPr>
        <w:t>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/>
          <w:rtl/>
        </w:rPr>
        <w:t xml:space="preserve"> دگرگون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پ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امد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داشت که اهم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ت</w:t>
      </w:r>
      <w:r w:rsidRPr="00F25193">
        <w:rPr>
          <w:rFonts w:ascii="Tahoma" w:hAnsi="Tahoma" w:cs="Tahoma"/>
          <w:rtl/>
        </w:rPr>
        <w:t xml:space="preserve"> آن بس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ار</w:t>
      </w:r>
      <w:r w:rsidRPr="00F25193">
        <w:rPr>
          <w:rFonts w:ascii="Tahoma" w:hAnsi="Tahoma" w:cs="Tahoma"/>
          <w:rtl/>
        </w:rPr>
        <w:t xml:space="preserve"> فراتر از سرنوشت 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ک</w:t>
      </w:r>
      <w:r w:rsidRPr="00F25193">
        <w:rPr>
          <w:rFonts w:ascii="Tahoma" w:hAnsi="Tahoma" w:cs="Tahoma"/>
          <w:rtl/>
        </w:rPr>
        <w:t xml:space="preserve"> سلسله بود. تا هنگام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که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نکار</w:t>
      </w:r>
      <w:r w:rsidRPr="00F25193">
        <w:rPr>
          <w:rFonts w:ascii="Tahoma" w:hAnsi="Tahoma" w:cs="Tahoma"/>
          <w:rtl/>
        </w:rPr>
        <w:t xml:space="preserve"> منصب خود را فقط از شاه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گرفت،</w:t>
      </w:r>
      <w:r w:rsidRPr="00F25193">
        <w:rPr>
          <w:rFonts w:ascii="Tahoma" w:hAnsi="Tahoma" w:cs="Tahoma"/>
          <w:rtl/>
        </w:rPr>
        <w:t xml:space="preserve"> شاه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توانست</w:t>
      </w:r>
      <w:r w:rsidRPr="00F25193">
        <w:rPr>
          <w:rFonts w:ascii="Tahoma" w:hAnsi="Tahoma" w:cs="Tahoma"/>
          <w:rtl/>
        </w:rPr>
        <w:t xml:space="preserve"> او را برکنار کند و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گر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را جا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او بنشاند. اما هنگام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که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نکار</w:t>
      </w:r>
      <w:r w:rsidRPr="00F25193">
        <w:rPr>
          <w:rFonts w:ascii="Tahoma" w:hAnsi="Tahoma" w:cs="Tahoma"/>
          <w:rtl/>
        </w:rPr>
        <w:t xml:space="preserve"> اعتبار خود را از دانش فقه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،</w:t>
      </w:r>
      <w:r w:rsidRPr="00F25193">
        <w:rPr>
          <w:rFonts w:ascii="Tahoma" w:hAnsi="Tahoma" w:cs="Tahoma"/>
          <w:rtl/>
        </w:rPr>
        <w:t xml:space="preserve"> وجوه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،</w:t>
      </w:r>
      <w:r w:rsidRPr="00F25193">
        <w:rPr>
          <w:rFonts w:ascii="Tahoma" w:hAnsi="Tahoma" w:cs="Tahoma"/>
          <w:rtl/>
        </w:rPr>
        <w:t xml:space="preserve"> موقوفه، بازار و پ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رو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مردم به دست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آورد،</w:t>
      </w:r>
      <w:r w:rsidRPr="00F25193">
        <w:rPr>
          <w:rFonts w:ascii="Tahoma" w:hAnsi="Tahoma" w:cs="Tahoma"/>
          <w:rtl/>
        </w:rPr>
        <w:t xml:space="preserve"> قدرت او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گر</w:t>
      </w:r>
      <w:r w:rsidRPr="00F25193">
        <w:rPr>
          <w:rFonts w:ascii="Tahoma" w:hAnsi="Tahoma" w:cs="Tahoma"/>
          <w:rtl/>
        </w:rPr>
        <w:t xml:space="preserve"> به‌طور کامل در اخت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ار</w:t>
      </w:r>
      <w:r w:rsidRPr="00F25193">
        <w:rPr>
          <w:rFonts w:ascii="Tahoma" w:hAnsi="Tahoma" w:cs="Tahoma"/>
          <w:rtl/>
        </w:rPr>
        <w:t xml:space="preserve"> حکومت نبود. چن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/>
          <w:rtl/>
        </w:rPr>
        <w:t xml:space="preserve"> 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رو</w:t>
      </w:r>
      <w:r w:rsidRPr="00F25193">
        <w:rPr>
          <w:rFonts w:ascii="Tahoma" w:hAnsi="Tahoma" w:cs="Tahoma" w:hint="cs"/>
          <w:rtl/>
        </w:rPr>
        <w:t>یی</w:t>
      </w:r>
      <w:r w:rsidRPr="00F25193">
        <w:rPr>
          <w:rFonts w:ascii="Tahoma" w:hAnsi="Tahoma" w:cs="Tahoma"/>
          <w:rtl/>
        </w:rPr>
        <w:t xml:space="preserve">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توانست</w:t>
      </w:r>
      <w:r w:rsidRPr="00F25193">
        <w:rPr>
          <w:rFonts w:ascii="Tahoma" w:hAnsi="Tahoma" w:cs="Tahoma"/>
          <w:rtl/>
        </w:rPr>
        <w:t xml:space="preserve"> با تاج همکار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کند، از آن امت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از</w:t>
      </w:r>
      <w:r w:rsidRPr="00F25193">
        <w:rPr>
          <w:rFonts w:ascii="Tahoma" w:hAnsi="Tahoma" w:cs="Tahoma"/>
          <w:rtl/>
        </w:rPr>
        <w:t xml:space="preserve"> بگ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رد،</w:t>
      </w:r>
      <w:r w:rsidRPr="00F25193">
        <w:rPr>
          <w:rFonts w:ascii="Tahoma" w:hAnsi="Tahoma" w:cs="Tahoma"/>
          <w:rtl/>
        </w:rPr>
        <w:t xml:space="preserve"> برا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ش</w:t>
      </w:r>
      <w:r w:rsidRPr="00F25193">
        <w:rPr>
          <w:rFonts w:ascii="Tahoma" w:hAnsi="Tahoma" w:cs="Tahoma"/>
          <w:rtl/>
        </w:rPr>
        <w:t xml:space="preserve"> حقان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ت</w:t>
      </w:r>
      <w:r w:rsidRPr="00F25193">
        <w:rPr>
          <w:rFonts w:ascii="Tahoma" w:hAnsi="Tahoma" w:cs="Tahoma"/>
          <w:rtl/>
        </w:rPr>
        <w:t xml:space="preserve"> حکمران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فراهم آورد 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ا،</w:t>
      </w:r>
      <w:r w:rsidRPr="00F25193">
        <w:rPr>
          <w:rFonts w:ascii="Tahoma" w:hAnsi="Tahoma" w:cs="Tahoma"/>
          <w:rtl/>
        </w:rPr>
        <w:t xml:space="preserve"> در شرا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ط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گر،</w:t>
      </w:r>
      <w:r w:rsidRPr="00F25193">
        <w:rPr>
          <w:rFonts w:ascii="Tahoma" w:hAnsi="Tahoma" w:cs="Tahoma"/>
          <w:rtl/>
        </w:rPr>
        <w:t xml:space="preserve"> در برابر آن با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ستد</w:t>
      </w:r>
      <w:r w:rsidRPr="00F25193">
        <w:rPr>
          <w:rFonts w:ascii="Tahoma" w:hAnsi="Tahoma" w:cs="Tahoma"/>
          <w:rtl/>
        </w:rPr>
        <w:t>. بذر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که صفو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ان</w:t>
      </w:r>
      <w:r w:rsidRPr="00F25193">
        <w:rPr>
          <w:rFonts w:ascii="Tahoma" w:hAnsi="Tahoma" w:cs="Tahoma"/>
          <w:rtl/>
        </w:rPr>
        <w:t xml:space="preserve"> برا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استوار کردن تاج خود کاشته بو</w:t>
      </w:r>
      <w:r w:rsidRPr="00F25193">
        <w:rPr>
          <w:rFonts w:ascii="Tahoma" w:hAnsi="Tahoma" w:cs="Tahoma" w:hint="eastAsia"/>
          <w:rtl/>
        </w:rPr>
        <w:t>دند،</w:t>
      </w:r>
      <w:r w:rsidRPr="00F25193">
        <w:rPr>
          <w:rFonts w:ascii="Tahoma" w:hAnsi="Tahoma" w:cs="Tahoma"/>
          <w:rtl/>
        </w:rPr>
        <w:t xml:space="preserve"> پس از سقوط آنان به 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رو</w:t>
      </w:r>
      <w:r w:rsidRPr="00F25193">
        <w:rPr>
          <w:rFonts w:ascii="Tahoma" w:hAnsi="Tahoma" w:cs="Tahoma" w:hint="cs"/>
          <w:rtl/>
        </w:rPr>
        <w:t>یی</w:t>
      </w:r>
      <w:r w:rsidRPr="00F25193">
        <w:rPr>
          <w:rFonts w:ascii="Tahoma" w:hAnsi="Tahoma" w:cs="Tahoma"/>
          <w:rtl/>
        </w:rPr>
        <w:t xml:space="preserve"> تبد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ل</w:t>
      </w:r>
      <w:r w:rsidRPr="00F25193">
        <w:rPr>
          <w:rFonts w:ascii="Tahoma" w:hAnsi="Tahoma" w:cs="Tahoma"/>
          <w:rtl/>
        </w:rPr>
        <w:t xml:space="preserve"> شد که تاج‌ها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بعد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ناچار بودند حضور مستقلش را به رسم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ت</w:t>
      </w:r>
      <w:r w:rsidRPr="00F25193">
        <w:rPr>
          <w:rFonts w:ascii="Tahoma" w:hAnsi="Tahoma" w:cs="Tahoma"/>
          <w:rtl/>
        </w:rPr>
        <w:t xml:space="preserve"> بشناسند.</w:t>
      </w:r>
    </w:p>
    <w:p w:rsidR="00F25193" w:rsidRDefault="00F25193" w:rsidP="00F25193">
      <w:pPr>
        <w:bidi/>
        <w:spacing w:after="0" w:line="360" w:lineRule="auto"/>
        <w:ind w:firstLine="720"/>
        <w:jc w:val="both"/>
        <w:rPr>
          <w:rFonts w:ascii="Tahoma" w:hAnsi="Tahoma" w:cs="Tahoma"/>
          <w:rtl/>
        </w:rPr>
      </w:pPr>
      <w:r w:rsidRPr="00F25193">
        <w:rPr>
          <w:rFonts w:ascii="Tahoma" w:hAnsi="Tahoma" w:cs="Tahoma" w:hint="eastAsia"/>
          <w:rtl/>
        </w:rPr>
        <w:t>صفو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ان</w:t>
      </w:r>
      <w:r w:rsidRPr="00F25193">
        <w:rPr>
          <w:rFonts w:ascii="Tahoma" w:hAnsi="Tahoma" w:cs="Tahoma"/>
          <w:rtl/>
        </w:rPr>
        <w:t xml:space="preserve"> عمامه را برا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خدمت به تاج به حکومت آوردند؛ اما عمامه در جر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ان</w:t>
      </w:r>
      <w:r w:rsidRPr="00F25193">
        <w:rPr>
          <w:rFonts w:ascii="Tahoma" w:hAnsi="Tahoma" w:cs="Tahoma"/>
          <w:rtl/>
        </w:rPr>
        <w:t xml:space="preserve"> 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/>
          <w:rtl/>
        </w:rPr>
        <w:t xml:space="preserve"> خدمت، در مدرسه، بازار، ز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ارتگاه،</w:t>
      </w:r>
      <w:r w:rsidRPr="00F25193">
        <w:rPr>
          <w:rFonts w:ascii="Tahoma" w:hAnsi="Tahoma" w:cs="Tahoma"/>
          <w:rtl/>
        </w:rPr>
        <w:t xml:space="preserve"> موقوفه و زندگ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روزانهٔ مردم جا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گرفت. هنگام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که تاج صفو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فرو افتاد، عمامه همراه آن فرو 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فتاد</w:t>
      </w:r>
      <w:r w:rsidRPr="00F25193">
        <w:rPr>
          <w:rFonts w:ascii="Tahoma" w:hAnsi="Tahoma" w:cs="Tahoma"/>
          <w:rtl/>
        </w:rPr>
        <w:t>. از آن پس، مسئلهٔ کشوردار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ران</w:t>
      </w:r>
      <w:r w:rsidRPr="00F25193">
        <w:rPr>
          <w:rFonts w:ascii="Tahoma" w:hAnsi="Tahoma" w:cs="Tahoma"/>
          <w:rtl/>
        </w:rPr>
        <w:t xml:space="preserve">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گر</w:t>
      </w:r>
      <w:r w:rsidRPr="00F25193">
        <w:rPr>
          <w:rFonts w:ascii="Tahoma" w:hAnsi="Tahoma" w:cs="Tahoma"/>
          <w:rtl/>
        </w:rPr>
        <w:t xml:space="preserve"> تنها تع</w:t>
      </w:r>
      <w:r w:rsidRPr="00F25193">
        <w:rPr>
          <w:rFonts w:ascii="Tahoma" w:hAnsi="Tahoma" w:cs="Tahoma" w:hint="cs"/>
          <w:rtl/>
        </w:rPr>
        <w:t>یی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/>
          <w:rtl/>
        </w:rPr>
        <w:t xml:space="preserve"> رابطهٔ </w:t>
      </w:r>
      <w:r w:rsidRPr="00F25193">
        <w:rPr>
          <w:rFonts w:ascii="Tahoma" w:hAnsi="Tahoma" w:cs="Tahoma" w:hint="eastAsia"/>
          <w:rtl/>
        </w:rPr>
        <w:t>تاج</w:t>
      </w:r>
      <w:r w:rsidRPr="00F25193">
        <w:rPr>
          <w:rFonts w:ascii="Tahoma" w:hAnsi="Tahoma" w:cs="Tahoma"/>
          <w:rtl/>
        </w:rPr>
        <w:t xml:space="preserve"> با قشون و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وان</w:t>
      </w:r>
      <w:r w:rsidRPr="00F25193">
        <w:rPr>
          <w:rFonts w:ascii="Tahoma" w:hAnsi="Tahoma" w:cs="Tahoma"/>
          <w:rtl/>
        </w:rPr>
        <w:t xml:space="preserve"> نبود. هر فرمانروا</w:t>
      </w:r>
      <w:r w:rsidRPr="00F25193">
        <w:rPr>
          <w:rFonts w:ascii="Tahoma" w:hAnsi="Tahoma" w:cs="Tahoma" w:hint="cs"/>
          <w:rtl/>
        </w:rPr>
        <w:t>یی</w:t>
      </w:r>
      <w:r w:rsidRPr="00F25193">
        <w:rPr>
          <w:rFonts w:ascii="Tahoma" w:hAnsi="Tahoma" w:cs="Tahoma"/>
          <w:rtl/>
        </w:rPr>
        <w:t xml:space="preserve"> با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د</w:t>
      </w:r>
      <w:r w:rsidRPr="00F25193">
        <w:rPr>
          <w:rFonts w:ascii="Tahoma" w:hAnsi="Tahoma" w:cs="Tahoma"/>
          <w:rtl/>
        </w:rPr>
        <w:t xml:space="preserve"> جا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رو</w:t>
      </w:r>
      <w:r w:rsidRPr="00F25193">
        <w:rPr>
          <w:rFonts w:ascii="Tahoma" w:hAnsi="Tahoma" w:cs="Tahoma" w:hint="cs"/>
          <w:rtl/>
        </w:rPr>
        <w:t>یی</w:t>
      </w:r>
      <w:r w:rsidRPr="00F25193">
        <w:rPr>
          <w:rFonts w:ascii="Tahoma" w:hAnsi="Tahoma" w:cs="Tahoma"/>
          <w:rtl/>
        </w:rPr>
        <w:t xml:space="preserve"> را 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ز</w:t>
      </w:r>
      <w:r w:rsidRPr="00F25193">
        <w:rPr>
          <w:rFonts w:ascii="Tahoma" w:hAnsi="Tahoma" w:cs="Tahoma"/>
          <w:rtl/>
        </w:rPr>
        <w:t xml:space="preserve"> مشخص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کرد</w:t>
      </w:r>
      <w:r w:rsidRPr="00F25193">
        <w:rPr>
          <w:rFonts w:ascii="Tahoma" w:hAnsi="Tahoma" w:cs="Tahoma"/>
          <w:rtl/>
        </w:rPr>
        <w:t xml:space="preserve"> که تاج آن را ساخته بود، اما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گر</w:t>
      </w:r>
      <w:r w:rsidRPr="00F25193">
        <w:rPr>
          <w:rFonts w:ascii="Tahoma" w:hAnsi="Tahoma" w:cs="Tahoma"/>
          <w:rtl/>
        </w:rPr>
        <w:t xml:space="preserve"> نم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توانست</w:t>
      </w:r>
      <w:r w:rsidRPr="00F25193">
        <w:rPr>
          <w:rFonts w:ascii="Tahoma" w:hAnsi="Tahoma" w:cs="Tahoma"/>
          <w:rtl/>
        </w:rPr>
        <w:t xml:space="preserve"> به‌آسان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بر آن فرمان براند.</w:t>
      </w:r>
    </w:p>
    <w:p w:rsidR="00E26D4C" w:rsidRPr="00F25193" w:rsidRDefault="00F25193" w:rsidP="00F25193">
      <w:pPr>
        <w:keepNext/>
        <w:pageBreakBefore/>
        <w:bidi/>
        <w:spacing w:after="0" w:line="360" w:lineRule="auto"/>
        <w:jc w:val="center"/>
        <w:rPr>
          <w:rFonts w:asciiTheme="majorBidi" w:hAnsiTheme="majorBidi" w:cstheme="majorBidi"/>
          <w:b/>
          <w:bCs/>
          <w:sz w:val="36"/>
          <w:szCs w:val="36"/>
          <w:rtl/>
        </w:rPr>
      </w:pPr>
      <w:bookmarkStart w:id="17" w:name="Vol1Chapter15"/>
      <w:bookmarkEnd w:id="17"/>
      <w:r w:rsidRPr="00F25193">
        <w:rPr>
          <w:rFonts w:asciiTheme="majorBidi" w:hAnsiTheme="majorBidi" w:cstheme="majorBidi"/>
          <w:b/>
          <w:bCs/>
          <w:sz w:val="36"/>
          <w:szCs w:val="36"/>
          <w:rtl/>
        </w:rPr>
        <w:t>فصل پانزدهم</w:t>
      </w:r>
    </w:p>
    <w:p w:rsidR="00F25193" w:rsidRPr="00F25193" w:rsidRDefault="00F25193" w:rsidP="00F25193">
      <w:pPr>
        <w:keepNext/>
        <w:bidi/>
        <w:spacing w:after="240" w:line="360" w:lineRule="auto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F25193">
        <w:rPr>
          <w:rFonts w:asciiTheme="majorBidi" w:hAnsiTheme="majorBidi" w:cstheme="majorBidi"/>
          <w:b/>
          <w:bCs/>
          <w:sz w:val="36"/>
          <w:szCs w:val="36"/>
          <w:rtl/>
        </w:rPr>
        <w:t>ایران صفوی؛ کشوری با مرز مذهبی</w:t>
      </w:r>
    </w:p>
    <w:p w:rsidR="00F25193" w:rsidRPr="00F25193" w:rsidRDefault="00F25193" w:rsidP="00F2519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F25193">
        <w:rPr>
          <w:rFonts w:ascii="Tahoma" w:hAnsi="Tahoma" w:cs="Tahoma" w:hint="eastAsia"/>
          <w:rtl/>
        </w:rPr>
        <w:t>صفو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ان</w:t>
      </w:r>
      <w:r w:rsidRPr="00F25193">
        <w:rPr>
          <w:rFonts w:ascii="Tahoma" w:hAnsi="Tahoma" w:cs="Tahoma"/>
          <w:rtl/>
        </w:rPr>
        <w:t xml:space="preserve"> تش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ع</w:t>
      </w:r>
      <w:r w:rsidRPr="00F25193">
        <w:rPr>
          <w:rFonts w:ascii="Tahoma" w:hAnsi="Tahoma" w:cs="Tahoma"/>
          <w:rtl/>
        </w:rPr>
        <w:t xml:space="preserve"> دوازده‌امام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را در کشور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رسم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کردند که پ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ش</w:t>
      </w:r>
      <w:r w:rsidRPr="00F25193">
        <w:rPr>
          <w:rFonts w:ascii="Tahoma" w:hAnsi="Tahoma" w:cs="Tahoma"/>
          <w:rtl/>
        </w:rPr>
        <w:t xml:space="preserve"> از آنان وجود داشت. 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ران</w:t>
      </w:r>
      <w:r w:rsidRPr="00F25193">
        <w:rPr>
          <w:rFonts w:ascii="Tahoma" w:hAnsi="Tahoma" w:cs="Tahoma"/>
          <w:rtl/>
        </w:rPr>
        <w:t xml:space="preserve"> ساختهٔ صفو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ان</w:t>
      </w:r>
      <w:r w:rsidRPr="00F25193">
        <w:rPr>
          <w:rFonts w:ascii="Tahoma" w:hAnsi="Tahoma" w:cs="Tahoma"/>
          <w:rtl/>
        </w:rPr>
        <w:t xml:space="preserve"> نبود. نام 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ران،</w:t>
      </w:r>
      <w:r w:rsidRPr="00F25193">
        <w:rPr>
          <w:rFonts w:ascii="Tahoma" w:hAnsi="Tahoma" w:cs="Tahoma"/>
          <w:rtl/>
        </w:rPr>
        <w:t xml:space="preserve"> خاطرهٔ پادشاه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ها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پ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ش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ن،</w:t>
      </w:r>
      <w:r w:rsidRPr="00F25193">
        <w:rPr>
          <w:rFonts w:ascii="Tahoma" w:hAnsi="Tahoma" w:cs="Tahoma"/>
          <w:rtl/>
        </w:rPr>
        <w:t xml:space="preserve">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وان</w:t>
      </w:r>
      <w:r w:rsidRPr="00F25193">
        <w:rPr>
          <w:rFonts w:ascii="Tahoma" w:hAnsi="Tahoma" w:cs="Tahoma"/>
          <w:rtl/>
        </w:rPr>
        <w:t xml:space="preserve"> 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ران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،</w:t>
      </w:r>
      <w:r w:rsidRPr="00F25193">
        <w:rPr>
          <w:rFonts w:ascii="Tahoma" w:hAnsi="Tahoma" w:cs="Tahoma"/>
          <w:rtl/>
        </w:rPr>
        <w:t xml:space="preserve"> زبان فارس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و تصور سرزم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که شهرها و 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الت‌ها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گوناگون آن به 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کد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گر</w:t>
      </w:r>
      <w:r w:rsidRPr="00F25193">
        <w:rPr>
          <w:rFonts w:ascii="Tahoma" w:hAnsi="Tahoma" w:cs="Tahoma"/>
          <w:rtl/>
        </w:rPr>
        <w:t xml:space="preserve"> تعلق دارند، قرن‌ها پ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ش</w:t>
      </w:r>
      <w:r w:rsidRPr="00F25193">
        <w:rPr>
          <w:rFonts w:ascii="Tahoma" w:hAnsi="Tahoma" w:cs="Tahoma"/>
          <w:rtl/>
        </w:rPr>
        <w:t xml:space="preserve"> از برآمدن صفو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>ان وجود داشت. سقوط ساسان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ان</w:t>
      </w:r>
      <w:r w:rsidRPr="00F25193">
        <w:rPr>
          <w:rFonts w:ascii="Tahoma" w:hAnsi="Tahoma" w:cs="Tahoma"/>
          <w:rtl/>
        </w:rPr>
        <w:t xml:space="preserve"> و فرمانروا</w:t>
      </w:r>
      <w:r w:rsidRPr="00F25193">
        <w:rPr>
          <w:rFonts w:ascii="Tahoma" w:hAnsi="Tahoma" w:cs="Tahoma" w:hint="cs"/>
          <w:rtl/>
        </w:rPr>
        <w:t>یی</w:t>
      </w:r>
      <w:r w:rsidRPr="00F25193">
        <w:rPr>
          <w:rFonts w:ascii="Tahoma" w:hAnsi="Tahoma" w:cs="Tahoma"/>
          <w:rtl/>
        </w:rPr>
        <w:t xml:space="preserve"> خلافت 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ز</w:t>
      </w:r>
      <w:r w:rsidRPr="00F25193">
        <w:rPr>
          <w:rFonts w:ascii="Tahoma" w:hAnsi="Tahoma" w:cs="Tahoma"/>
          <w:rtl/>
        </w:rPr>
        <w:t xml:space="preserve"> 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/>
          <w:rtl/>
        </w:rPr>
        <w:t xml:space="preserve"> تصور را از 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ان</w:t>
      </w:r>
      <w:r w:rsidRPr="00F25193">
        <w:rPr>
          <w:rFonts w:ascii="Tahoma" w:hAnsi="Tahoma" w:cs="Tahoma"/>
          <w:rtl/>
        </w:rPr>
        <w:t xml:space="preserve"> نبرده بود. حکومت‌ها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متعدد پس از اسلام، با وجود تفاوت در تبار فرمانروا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ان</w:t>
      </w:r>
      <w:r w:rsidRPr="00F25193">
        <w:rPr>
          <w:rFonts w:ascii="Tahoma" w:hAnsi="Tahoma" w:cs="Tahoma"/>
          <w:rtl/>
        </w:rPr>
        <w:t xml:space="preserve"> و اندازهٔ قلمروشان، بس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ار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از ش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وه‌ها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وان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و تصور کشوردار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ران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را حفظ کرده بودند.</w:t>
      </w:r>
    </w:p>
    <w:p w:rsidR="00F25193" w:rsidRPr="00F25193" w:rsidRDefault="00F25193" w:rsidP="00F2519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F25193">
        <w:rPr>
          <w:rFonts w:ascii="Tahoma" w:hAnsi="Tahoma" w:cs="Tahoma" w:hint="eastAsia"/>
          <w:rtl/>
        </w:rPr>
        <w:t>اما</w:t>
      </w:r>
      <w:r w:rsidRPr="00F25193">
        <w:rPr>
          <w:rFonts w:ascii="Tahoma" w:hAnsi="Tahoma" w:cs="Tahoma"/>
          <w:rtl/>
        </w:rPr>
        <w:t xml:space="preserve"> وجود 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ران</w:t>
      </w:r>
      <w:r w:rsidRPr="00F25193">
        <w:rPr>
          <w:rFonts w:ascii="Tahoma" w:hAnsi="Tahoma" w:cs="Tahoma"/>
          <w:rtl/>
        </w:rPr>
        <w:t xml:space="preserve"> به معنا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برخوردار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آن از حکومت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گانه</w:t>
      </w:r>
      <w:r w:rsidRPr="00F25193">
        <w:rPr>
          <w:rFonts w:ascii="Tahoma" w:hAnsi="Tahoma" w:cs="Tahoma"/>
          <w:rtl/>
        </w:rPr>
        <w:t xml:space="preserve"> نبود. در آستانهٔ برآمدن صفو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ان،</w:t>
      </w:r>
      <w:r w:rsidRPr="00F25193">
        <w:rPr>
          <w:rFonts w:ascii="Tahoma" w:hAnsi="Tahoma" w:cs="Tahoma"/>
          <w:rtl/>
        </w:rPr>
        <w:t xml:space="preserve"> بخش‌ها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مختلف 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/>
          <w:rtl/>
        </w:rPr>
        <w:t xml:space="preserve"> سرزم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/>
          <w:rtl/>
        </w:rPr>
        <w:t xml:space="preserve"> در اخت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ار</w:t>
      </w:r>
      <w:r w:rsidRPr="00F25193">
        <w:rPr>
          <w:rFonts w:ascii="Tahoma" w:hAnsi="Tahoma" w:cs="Tahoma"/>
          <w:rtl/>
        </w:rPr>
        <w:t xml:space="preserve"> حکومت‌ها، ام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ران</w:t>
      </w:r>
      <w:r w:rsidRPr="00F25193">
        <w:rPr>
          <w:rFonts w:ascii="Tahoma" w:hAnsi="Tahoma" w:cs="Tahoma"/>
          <w:rtl/>
        </w:rPr>
        <w:t xml:space="preserve"> و اتحاد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ه‌ها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ل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رق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ب</w:t>
      </w:r>
      <w:r w:rsidRPr="00F25193">
        <w:rPr>
          <w:rFonts w:ascii="Tahoma" w:hAnsi="Tahoma" w:cs="Tahoma"/>
          <w:rtl/>
        </w:rPr>
        <w:t xml:space="preserve"> قرار داشت. هر فرمانروا قلمرو خود را ملک خاندان خو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ش</w:t>
      </w:r>
      <w:r w:rsidRPr="00F25193">
        <w:rPr>
          <w:rFonts w:ascii="Tahoma" w:hAnsi="Tahoma" w:cs="Tahoma"/>
          <w:rtl/>
        </w:rPr>
        <w:t xml:space="preserve">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دانست</w:t>
      </w:r>
      <w:r w:rsidRPr="00F25193">
        <w:rPr>
          <w:rFonts w:ascii="Tahoma" w:hAnsi="Tahoma" w:cs="Tahoma"/>
          <w:rtl/>
        </w:rPr>
        <w:t xml:space="preserve"> و مرز قدرت او تا جا</w:t>
      </w:r>
      <w:r w:rsidRPr="00F25193">
        <w:rPr>
          <w:rFonts w:ascii="Tahoma" w:hAnsi="Tahoma" w:cs="Tahoma" w:hint="cs"/>
          <w:rtl/>
        </w:rPr>
        <w:t>یی</w:t>
      </w:r>
      <w:r w:rsidRPr="00F25193">
        <w:rPr>
          <w:rFonts w:ascii="Tahoma" w:hAnsi="Tahoma" w:cs="Tahoma"/>
          <w:rtl/>
        </w:rPr>
        <w:t xml:space="preserve"> گسترش م</w:t>
      </w:r>
      <w:r w:rsidRPr="00F25193">
        <w:rPr>
          <w:rFonts w:ascii="Tahoma" w:hAnsi="Tahoma" w:cs="Tahoma" w:hint="cs"/>
          <w:rtl/>
        </w:rPr>
        <w:t>ی‌ی</w:t>
      </w:r>
      <w:r w:rsidRPr="00F25193">
        <w:rPr>
          <w:rFonts w:ascii="Tahoma" w:hAnsi="Tahoma" w:cs="Tahoma" w:hint="eastAsia"/>
          <w:rtl/>
        </w:rPr>
        <w:t>افت</w:t>
      </w:r>
      <w:r w:rsidRPr="00F25193">
        <w:rPr>
          <w:rFonts w:ascii="Tahoma" w:hAnsi="Tahoma" w:cs="Tahoma"/>
          <w:rtl/>
        </w:rPr>
        <w:t xml:space="preserve"> که قشونش توان تصرف و نگهدار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آن را داشت. ه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چ</w:t>
      </w:r>
      <w:r w:rsidRPr="00F25193">
        <w:rPr>
          <w:rFonts w:ascii="Tahoma" w:hAnsi="Tahoma" w:cs="Tahoma"/>
          <w:rtl/>
        </w:rPr>
        <w:t xml:space="preserve"> حکومت مرکز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رومند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وجود نداشت که بتواند ب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شتر</w:t>
      </w:r>
      <w:r w:rsidRPr="00F25193">
        <w:rPr>
          <w:rFonts w:ascii="Tahoma" w:hAnsi="Tahoma" w:cs="Tahoma"/>
          <w:rtl/>
        </w:rPr>
        <w:t xml:space="preserve"> سرزم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/>
          <w:rtl/>
        </w:rPr>
        <w:t xml:space="preserve"> 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ران</w:t>
      </w:r>
      <w:r w:rsidRPr="00F25193">
        <w:rPr>
          <w:rFonts w:ascii="Tahoma" w:hAnsi="Tahoma" w:cs="Tahoma"/>
          <w:rtl/>
        </w:rPr>
        <w:t xml:space="preserve"> را ز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ر</w:t>
      </w:r>
      <w:r w:rsidRPr="00F25193">
        <w:rPr>
          <w:rFonts w:ascii="Tahoma" w:hAnsi="Tahoma" w:cs="Tahoma"/>
          <w:rtl/>
        </w:rPr>
        <w:t xml:space="preserve"> فرمان خود نگاه دارد و در برابر عثمان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ان</w:t>
      </w:r>
      <w:r w:rsidRPr="00F25193">
        <w:rPr>
          <w:rFonts w:ascii="Tahoma" w:hAnsi="Tahoma" w:cs="Tahoma"/>
          <w:rtl/>
        </w:rPr>
        <w:t xml:space="preserve"> در غرب و ازبکان در شرق از آن دفاع کند.</w:t>
      </w:r>
    </w:p>
    <w:p w:rsidR="00F25193" w:rsidRPr="00F25193" w:rsidRDefault="00F25193" w:rsidP="00F2519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F25193">
        <w:rPr>
          <w:rFonts w:ascii="Tahoma" w:hAnsi="Tahoma" w:cs="Tahoma" w:hint="eastAsia"/>
          <w:rtl/>
        </w:rPr>
        <w:t>ازا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ن‌رو،</w:t>
      </w:r>
      <w:r w:rsidRPr="00F25193">
        <w:rPr>
          <w:rFonts w:ascii="Tahoma" w:hAnsi="Tahoma" w:cs="Tahoma"/>
          <w:rtl/>
        </w:rPr>
        <w:t xml:space="preserve"> اهم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ت</w:t>
      </w:r>
      <w:r w:rsidRPr="00F25193">
        <w:rPr>
          <w:rFonts w:ascii="Tahoma" w:hAnsi="Tahoma" w:cs="Tahoma"/>
          <w:rtl/>
        </w:rPr>
        <w:t xml:space="preserve"> صفو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ان</w:t>
      </w:r>
      <w:r w:rsidRPr="00F25193">
        <w:rPr>
          <w:rFonts w:ascii="Tahoma" w:hAnsi="Tahoma" w:cs="Tahoma"/>
          <w:rtl/>
        </w:rPr>
        <w:t xml:space="preserve"> در آن نبود که 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ران</w:t>
      </w:r>
      <w:r w:rsidRPr="00F25193">
        <w:rPr>
          <w:rFonts w:ascii="Tahoma" w:hAnsi="Tahoma" w:cs="Tahoma"/>
          <w:rtl/>
        </w:rPr>
        <w:t xml:space="preserve"> را از 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ست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پد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د</w:t>
      </w:r>
      <w:r w:rsidRPr="00F25193">
        <w:rPr>
          <w:rFonts w:ascii="Tahoma" w:hAnsi="Tahoma" w:cs="Tahoma"/>
          <w:rtl/>
        </w:rPr>
        <w:t xml:space="preserve"> آوردند؛ اهم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ت</w:t>
      </w:r>
      <w:r w:rsidRPr="00F25193">
        <w:rPr>
          <w:rFonts w:ascii="Tahoma" w:hAnsi="Tahoma" w:cs="Tahoma"/>
          <w:rtl/>
        </w:rPr>
        <w:t xml:space="preserve"> آنان در 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/>
          <w:rtl/>
        </w:rPr>
        <w:t xml:space="preserve"> بود که بخش بزرگ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از سرزم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را که خاطرهٔ 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گانگ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آن باق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مانده بود، بار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گر</w:t>
      </w:r>
      <w:r w:rsidRPr="00F25193">
        <w:rPr>
          <w:rFonts w:ascii="Tahoma" w:hAnsi="Tahoma" w:cs="Tahoma"/>
          <w:rtl/>
        </w:rPr>
        <w:t xml:space="preserve"> ز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ر</w:t>
      </w:r>
      <w:r w:rsidRPr="00F25193">
        <w:rPr>
          <w:rFonts w:ascii="Tahoma" w:hAnsi="Tahoma" w:cs="Tahoma"/>
          <w:rtl/>
        </w:rPr>
        <w:t xml:space="preserve"> فرمان 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ک</w:t>
      </w:r>
      <w:r w:rsidRPr="00F25193">
        <w:rPr>
          <w:rFonts w:ascii="Tahoma" w:hAnsi="Tahoma" w:cs="Tahoma"/>
          <w:rtl/>
        </w:rPr>
        <w:t xml:space="preserve"> تاج گرد آوردند. اما 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/>
          <w:rtl/>
        </w:rPr>
        <w:t xml:space="preserve"> گردآور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با روش‌ها</w:t>
      </w:r>
      <w:r w:rsidRPr="00F25193">
        <w:rPr>
          <w:rFonts w:ascii="Tahoma" w:hAnsi="Tahoma" w:cs="Tahoma" w:hint="cs"/>
          <w:rtl/>
        </w:rPr>
        <w:t>یی</w:t>
      </w:r>
      <w:r w:rsidRPr="00F25193">
        <w:rPr>
          <w:rFonts w:ascii="Tahoma" w:hAnsi="Tahoma" w:cs="Tahoma"/>
          <w:rtl/>
        </w:rPr>
        <w:t xml:space="preserve"> انجام شد که خود سرچشمهٔ مشکلات تازه‌ا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شدند. شاه اسماع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ل</w:t>
      </w:r>
      <w:r w:rsidRPr="00F25193">
        <w:rPr>
          <w:rFonts w:ascii="Tahoma" w:hAnsi="Tahoma" w:cs="Tahoma"/>
          <w:rtl/>
        </w:rPr>
        <w:t xml:space="preserve"> کشور را به 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ار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قزلباشان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فتح کرد که وفادار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شان</w:t>
      </w:r>
      <w:r w:rsidRPr="00F25193">
        <w:rPr>
          <w:rFonts w:ascii="Tahoma" w:hAnsi="Tahoma" w:cs="Tahoma"/>
          <w:rtl/>
        </w:rPr>
        <w:t xml:space="preserve"> ب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ش</w:t>
      </w:r>
      <w:r w:rsidRPr="00F25193">
        <w:rPr>
          <w:rFonts w:ascii="Tahoma" w:hAnsi="Tahoma" w:cs="Tahoma"/>
          <w:rtl/>
        </w:rPr>
        <w:t xml:space="preserve"> از آنکه به 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ران</w:t>
      </w:r>
      <w:r w:rsidRPr="00F25193">
        <w:rPr>
          <w:rFonts w:ascii="Tahoma" w:hAnsi="Tahoma" w:cs="Tahoma"/>
          <w:rtl/>
        </w:rPr>
        <w:t xml:space="preserve"> 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</w:t>
      </w:r>
      <w:r w:rsidRPr="00F25193">
        <w:rPr>
          <w:rFonts w:ascii="Tahoma" w:hAnsi="Tahoma" w:cs="Tahoma"/>
          <w:rtl/>
        </w:rPr>
        <w:t xml:space="preserve"> دستگاه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پا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دار</w:t>
      </w:r>
      <w:r w:rsidRPr="00F25193">
        <w:rPr>
          <w:rFonts w:ascii="Tahoma" w:hAnsi="Tahoma" w:cs="Tahoma"/>
          <w:rtl/>
        </w:rPr>
        <w:t xml:space="preserve"> از حکومت باشد، به مرشد صفو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و سران طا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فه‌ها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خودشان تعلق داشت. او برا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تبد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ل</w:t>
      </w:r>
      <w:r w:rsidRPr="00F25193">
        <w:rPr>
          <w:rFonts w:ascii="Tahoma" w:hAnsi="Tahoma" w:cs="Tahoma"/>
          <w:rtl/>
        </w:rPr>
        <w:t xml:space="preserve"> فتوحات قزلباشان به کشور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ماندگار، ناچار بود 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ان</w:t>
      </w:r>
      <w:r w:rsidRPr="00F25193">
        <w:rPr>
          <w:rFonts w:ascii="Tahoma" w:hAnsi="Tahoma" w:cs="Tahoma"/>
          <w:rtl/>
        </w:rPr>
        <w:t xml:space="preserve"> تاج، قشون،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وان</w:t>
      </w:r>
      <w:r w:rsidRPr="00F25193">
        <w:rPr>
          <w:rFonts w:ascii="Tahoma" w:hAnsi="Tahoma" w:cs="Tahoma"/>
          <w:rtl/>
        </w:rPr>
        <w:t xml:space="preserve"> و مذه</w:t>
      </w:r>
      <w:r w:rsidRPr="00F25193">
        <w:rPr>
          <w:rFonts w:ascii="Tahoma" w:hAnsi="Tahoma" w:cs="Tahoma" w:hint="eastAsia"/>
          <w:rtl/>
        </w:rPr>
        <w:t>ب</w:t>
      </w:r>
      <w:r w:rsidRPr="00F25193">
        <w:rPr>
          <w:rFonts w:ascii="Tahoma" w:hAnsi="Tahoma" w:cs="Tahoma"/>
          <w:rtl/>
        </w:rPr>
        <w:t xml:space="preserve"> پ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وند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تازه برقرار کند.</w:t>
      </w:r>
    </w:p>
    <w:p w:rsidR="00F25193" w:rsidRPr="00F25193" w:rsidRDefault="00F25193" w:rsidP="00F2519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F25193">
        <w:rPr>
          <w:rFonts w:ascii="Tahoma" w:hAnsi="Tahoma" w:cs="Tahoma" w:hint="eastAsia"/>
          <w:rtl/>
        </w:rPr>
        <w:t>رسم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شدن</w:t>
      </w:r>
      <w:r w:rsidRPr="00F25193">
        <w:rPr>
          <w:rFonts w:ascii="Tahoma" w:hAnsi="Tahoma" w:cs="Tahoma"/>
          <w:rtl/>
        </w:rPr>
        <w:t xml:space="preserve"> تش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ع</w:t>
      </w:r>
      <w:r w:rsidRPr="00F25193">
        <w:rPr>
          <w:rFonts w:ascii="Tahoma" w:hAnsi="Tahoma" w:cs="Tahoma"/>
          <w:rtl/>
        </w:rPr>
        <w:t xml:space="preserve"> دوازده‌امام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بخش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از پاسخ او به هم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/>
          <w:rtl/>
        </w:rPr>
        <w:t xml:space="preserve"> 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از</w:t>
      </w:r>
      <w:r w:rsidRPr="00F25193">
        <w:rPr>
          <w:rFonts w:ascii="Tahoma" w:hAnsi="Tahoma" w:cs="Tahoma"/>
          <w:rtl/>
        </w:rPr>
        <w:t xml:space="preserve"> بود. 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/>
          <w:rtl/>
        </w:rPr>
        <w:t xml:space="preserve"> مذهب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توانست</w:t>
      </w:r>
      <w:r w:rsidRPr="00F25193">
        <w:rPr>
          <w:rFonts w:ascii="Tahoma" w:hAnsi="Tahoma" w:cs="Tahoma"/>
          <w:rtl/>
        </w:rPr>
        <w:t xml:space="preserve"> مردمان قلمرو صفو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را، با وجود تفاوت‌ها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زبان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،</w:t>
      </w:r>
      <w:r w:rsidRPr="00F25193">
        <w:rPr>
          <w:rFonts w:ascii="Tahoma" w:hAnsi="Tahoma" w:cs="Tahoma"/>
          <w:rtl/>
        </w:rPr>
        <w:t xml:space="preserve"> قوم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،</w:t>
      </w:r>
      <w:r w:rsidRPr="00F25193">
        <w:rPr>
          <w:rFonts w:ascii="Tahoma" w:hAnsi="Tahoma" w:cs="Tahoma"/>
          <w:rtl/>
        </w:rPr>
        <w:t xml:space="preserve"> 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ل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و محل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،</w:t>
      </w:r>
      <w:r w:rsidRPr="00F25193">
        <w:rPr>
          <w:rFonts w:ascii="Tahoma" w:hAnsi="Tahoma" w:cs="Tahoma"/>
          <w:rtl/>
        </w:rPr>
        <w:t xml:space="preserve"> ز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ر</w:t>
      </w:r>
      <w:r w:rsidRPr="00F25193">
        <w:rPr>
          <w:rFonts w:ascii="Tahoma" w:hAnsi="Tahoma" w:cs="Tahoma"/>
          <w:rtl/>
        </w:rPr>
        <w:t xml:space="preserve"> نشانه‌ا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مشترک گرد آورد و آنان را از دشمنان سن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مذهب</w:t>
      </w:r>
      <w:r w:rsidRPr="00F25193">
        <w:rPr>
          <w:rFonts w:ascii="Tahoma" w:hAnsi="Tahoma" w:cs="Tahoma"/>
          <w:rtl/>
        </w:rPr>
        <w:t xml:space="preserve"> در غرب و شرق متما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ز</w:t>
      </w:r>
      <w:r w:rsidRPr="00F25193">
        <w:rPr>
          <w:rFonts w:ascii="Tahoma" w:hAnsi="Tahoma" w:cs="Tahoma"/>
          <w:rtl/>
        </w:rPr>
        <w:t xml:space="preserve"> سازد. اما 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/>
          <w:rtl/>
        </w:rPr>
        <w:t xml:space="preserve"> س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است</w:t>
      </w:r>
      <w:r w:rsidRPr="00F25193">
        <w:rPr>
          <w:rFonts w:ascii="Tahoma" w:hAnsi="Tahoma" w:cs="Tahoma"/>
          <w:rtl/>
        </w:rPr>
        <w:t xml:space="preserve"> از 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از</w:t>
      </w:r>
      <w:r w:rsidRPr="00F25193">
        <w:rPr>
          <w:rFonts w:ascii="Tahoma" w:hAnsi="Tahoma" w:cs="Tahoma"/>
          <w:rtl/>
        </w:rPr>
        <w:t xml:space="preserve"> حکومت آغاز شد، نه از انتخاب آزادانهٔ مردم سراسر کشور. بس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ار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از ساکنان 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ران</w:t>
      </w:r>
      <w:r w:rsidRPr="00F25193">
        <w:rPr>
          <w:rFonts w:ascii="Tahoma" w:hAnsi="Tahoma" w:cs="Tahoma"/>
          <w:rtl/>
        </w:rPr>
        <w:t xml:space="preserve"> در آغاز فرمانروا</w:t>
      </w:r>
      <w:r w:rsidRPr="00F25193">
        <w:rPr>
          <w:rFonts w:ascii="Tahoma" w:hAnsi="Tahoma" w:cs="Tahoma" w:hint="cs"/>
          <w:rtl/>
        </w:rPr>
        <w:t>یی</w:t>
      </w:r>
      <w:r w:rsidRPr="00F25193">
        <w:rPr>
          <w:rFonts w:ascii="Tahoma" w:hAnsi="Tahoma" w:cs="Tahoma"/>
          <w:rtl/>
        </w:rPr>
        <w:t xml:space="preserve"> صفو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ان</w:t>
      </w:r>
      <w:r w:rsidRPr="00F25193">
        <w:rPr>
          <w:rFonts w:ascii="Tahoma" w:hAnsi="Tahoma" w:cs="Tahoma"/>
          <w:rtl/>
        </w:rPr>
        <w:t xml:space="preserve"> سن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مذهب</w:t>
      </w:r>
      <w:r w:rsidRPr="00F25193">
        <w:rPr>
          <w:rFonts w:ascii="Tahoma" w:hAnsi="Tahoma" w:cs="Tahoma"/>
          <w:rtl/>
        </w:rPr>
        <w:t xml:space="preserve"> بودند و آشنا</w:t>
      </w:r>
      <w:r w:rsidRPr="00F25193">
        <w:rPr>
          <w:rFonts w:ascii="Tahoma" w:hAnsi="Tahoma" w:cs="Tahoma" w:hint="cs"/>
          <w:rtl/>
        </w:rPr>
        <w:t>یی</w:t>
      </w:r>
      <w:r w:rsidRPr="00F25193">
        <w:rPr>
          <w:rFonts w:ascii="Tahoma" w:hAnsi="Tahoma" w:cs="Tahoma"/>
          <w:rtl/>
        </w:rPr>
        <w:t xml:space="preserve"> گسترده‌ا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با آموزه‌ها و احکام تش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ع</w:t>
      </w:r>
      <w:r w:rsidRPr="00F25193">
        <w:rPr>
          <w:rFonts w:ascii="Tahoma" w:hAnsi="Tahoma" w:cs="Tahoma"/>
          <w:rtl/>
        </w:rPr>
        <w:t xml:space="preserve"> دوازده‌امام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نداشتند. حکومت ابتدا مذهب رسم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را اعلام کرد و سپس کوش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د</w:t>
      </w:r>
      <w:r w:rsidRPr="00F25193">
        <w:rPr>
          <w:rFonts w:ascii="Tahoma" w:hAnsi="Tahoma" w:cs="Tahoma"/>
          <w:rtl/>
        </w:rPr>
        <w:t xml:space="preserve"> جامعه را با آن سازگار کند.</w:t>
      </w:r>
    </w:p>
    <w:p w:rsidR="00F25193" w:rsidRPr="00F25193" w:rsidRDefault="00F25193" w:rsidP="00F2519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F25193">
        <w:rPr>
          <w:rFonts w:ascii="Tahoma" w:hAnsi="Tahoma" w:cs="Tahoma" w:hint="eastAsia"/>
          <w:rtl/>
        </w:rPr>
        <w:t>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/>
          <w:rtl/>
        </w:rPr>
        <w:t xml:space="preserve"> تقدم تار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خ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اهم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ت</w:t>
      </w:r>
      <w:r w:rsidRPr="00F25193">
        <w:rPr>
          <w:rFonts w:ascii="Tahoma" w:hAnsi="Tahoma" w:cs="Tahoma"/>
          <w:rtl/>
        </w:rPr>
        <w:t xml:space="preserve"> دارد. تش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ع</w:t>
      </w:r>
      <w:r w:rsidRPr="00F25193">
        <w:rPr>
          <w:rFonts w:ascii="Tahoma" w:hAnsi="Tahoma" w:cs="Tahoma"/>
          <w:rtl/>
        </w:rPr>
        <w:t xml:space="preserve"> مردم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از پ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ش</w:t>
      </w:r>
      <w:r w:rsidRPr="00F25193">
        <w:rPr>
          <w:rFonts w:ascii="Tahoma" w:hAnsi="Tahoma" w:cs="Tahoma"/>
          <w:rtl/>
        </w:rPr>
        <w:t xml:space="preserve"> شکل‌گرفته، حکومت صفو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را به قدرت نرساند تا حکومت نما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ندهٔ</w:t>
      </w:r>
      <w:r w:rsidRPr="00F25193">
        <w:rPr>
          <w:rFonts w:ascii="Tahoma" w:hAnsi="Tahoma" w:cs="Tahoma"/>
          <w:rtl/>
        </w:rPr>
        <w:t xml:space="preserve"> س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اس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آن باشد. قشون قزلباش تاج را به دست آورد و تاج، تش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ع</w:t>
      </w:r>
      <w:r w:rsidRPr="00F25193">
        <w:rPr>
          <w:rFonts w:ascii="Tahoma" w:hAnsi="Tahoma" w:cs="Tahoma"/>
          <w:rtl/>
        </w:rPr>
        <w:t xml:space="preserve"> دوازده‌امام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را مذهب رسم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کشور کرد. سپس حکومت برا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آموزش، گسترش و اجرا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آن به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نکاران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از</w:t>
      </w:r>
      <w:r w:rsidRPr="00F25193">
        <w:rPr>
          <w:rFonts w:ascii="Tahoma" w:hAnsi="Tahoma" w:cs="Tahoma"/>
          <w:rtl/>
        </w:rPr>
        <w:t xml:space="preserve"> 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>افت که بتوانند اصول اعتقاد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،</w:t>
      </w:r>
      <w:r w:rsidRPr="00F25193">
        <w:rPr>
          <w:rFonts w:ascii="Tahoma" w:hAnsi="Tahoma" w:cs="Tahoma"/>
          <w:rtl/>
        </w:rPr>
        <w:t xml:space="preserve"> احکام فقه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،</w:t>
      </w:r>
      <w:r w:rsidRPr="00F25193">
        <w:rPr>
          <w:rFonts w:ascii="Tahoma" w:hAnsi="Tahoma" w:cs="Tahoma"/>
          <w:rtl/>
        </w:rPr>
        <w:t xml:space="preserve"> آ</w:t>
      </w:r>
      <w:r w:rsidRPr="00F25193">
        <w:rPr>
          <w:rFonts w:ascii="Tahoma" w:hAnsi="Tahoma" w:cs="Tahoma" w:hint="cs"/>
          <w:rtl/>
        </w:rPr>
        <w:t>یی</w:t>
      </w:r>
      <w:r w:rsidRPr="00F25193">
        <w:rPr>
          <w:rFonts w:ascii="Tahoma" w:hAnsi="Tahoma" w:cs="Tahoma" w:hint="eastAsia"/>
          <w:rtl/>
        </w:rPr>
        <w:t>ن‌ها</w:t>
      </w:r>
      <w:r w:rsidRPr="00F25193">
        <w:rPr>
          <w:rFonts w:ascii="Tahoma" w:hAnsi="Tahoma" w:cs="Tahoma"/>
          <w:rtl/>
        </w:rPr>
        <w:t xml:space="preserve"> و نهادها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لازم را فراهم آورند. بد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ن‌سان،</w:t>
      </w:r>
      <w:r w:rsidRPr="00F25193">
        <w:rPr>
          <w:rFonts w:ascii="Tahoma" w:hAnsi="Tahoma" w:cs="Tahoma"/>
          <w:rtl/>
        </w:rPr>
        <w:t xml:space="preserve"> ترت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ب</w:t>
      </w:r>
      <w:r w:rsidRPr="00F25193">
        <w:rPr>
          <w:rFonts w:ascii="Tahoma" w:hAnsi="Tahoma" w:cs="Tahoma"/>
          <w:rtl/>
        </w:rPr>
        <w:t xml:space="preserve"> پ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دا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ش</w:t>
      </w:r>
      <w:r w:rsidRPr="00F25193">
        <w:rPr>
          <w:rFonts w:ascii="Tahoma" w:hAnsi="Tahoma" w:cs="Tahoma"/>
          <w:rtl/>
        </w:rPr>
        <w:t xml:space="preserve"> 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روها</w:t>
      </w:r>
      <w:r w:rsidRPr="00F25193">
        <w:rPr>
          <w:rFonts w:ascii="Tahoma" w:hAnsi="Tahoma" w:cs="Tahoma"/>
          <w:rtl/>
        </w:rPr>
        <w:t xml:space="preserve"> روشن بود: نخست قشون صفو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قدرت را تصرف کرد؛ سپس تاج برپا شد؛ آنگاه مذهب رسم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اعلام گرد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د؛</w:t>
      </w:r>
      <w:r w:rsidRPr="00F25193">
        <w:rPr>
          <w:rFonts w:ascii="Tahoma" w:hAnsi="Tahoma" w:cs="Tahoma"/>
          <w:rtl/>
        </w:rPr>
        <w:t xml:space="preserve"> و سرانجام دستگاه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نکار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برا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استوار کردن آن گسترش 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افت</w:t>
      </w:r>
      <w:r w:rsidRPr="00F25193">
        <w:rPr>
          <w:rFonts w:ascii="Tahoma" w:hAnsi="Tahoma" w:cs="Tahoma"/>
          <w:rtl/>
        </w:rPr>
        <w:t>.</w:t>
      </w:r>
    </w:p>
    <w:p w:rsidR="00F25193" w:rsidRPr="00F25193" w:rsidRDefault="00F25193" w:rsidP="00F2519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F25193">
        <w:rPr>
          <w:rFonts w:ascii="Tahoma" w:hAnsi="Tahoma" w:cs="Tahoma" w:hint="eastAsia"/>
          <w:rtl/>
        </w:rPr>
        <w:t>باا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ن‌همه،</w:t>
      </w:r>
      <w:r w:rsidRPr="00F25193">
        <w:rPr>
          <w:rFonts w:ascii="Tahoma" w:hAnsi="Tahoma" w:cs="Tahoma"/>
          <w:rtl/>
        </w:rPr>
        <w:t xml:space="preserve"> 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/>
          <w:rtl/>
        </w:rPr>
        <w:t xml:space="preserve"> ترت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ب</w:t>
      </w:r>
      <w:r w:rsidRPr="00F25193">
        <w:rPr>
          <w:rFonts w:ascii="Tahoma" w:hAnsi="Tahoma" w:cs="Tahoma"/>
          <w:rtl/>
        </w:rPr>
        <w:t xml:space="preserve"> اول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ه</w:t>
      </w:r>
      <w:r w:rsidRPr="00F25193">
        <w:rPr>
          <w:rFonts w:ascii="Tahoma" w:hAnsi="Tahoma" w:cs="Tahoma"/>
          <w:rtl/>
        </w:rPr>
        <w:t xml:space="preserve"> برا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هم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شه</w:t>
      </w:r>
      <w:r w:rsidRPr="00F25193">
        <w:rPr>
          <w:rFonts w:ascii="Tahoma" w:hAnsi="Tahoma" w:cs="Tahoma"/>
          <w:rtl/>
        </w:rPr>
        <w:t xml:space="preserve"> باق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نماند. نهاد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که در پاسخ به 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از</w:t>
      </w:r>
      <w:r w:rsidRPr="00F25193">
        <w:rPr>
          <w:rFonts w:ascii="Tahoma" w:hAnsi="Tahoma" w:cs="Tahoma"/>
          <w:rtl/>
        </w:rPr>
        <w:t xml:space="preserve"> تاج ساخته شده بود، به‌تدر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ج</w:t>
      </w:r>
      <w:r w:rsidRPr="00F25193">
        <w:rPr>
          <w:rFonts w:ascii="Tahoma" w:hAnsi="Tahoma" w:cs="Tahoma"/>
          <w:rtl/>
        </w:rPr>
        <w:t xml:space="preserve"> به 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ک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از اجزا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اصل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کشوردار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تبد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ل</w:t>
      </w:r>
      <w:r w:rsidRPr="00F25193">
        <w:rPr>
          <w:rFonts w:ascii="Tahoma" w:hAnsi="Tahoma" w:cs="Tahoma"/>
          <w:rtl/>
        </w:rPr>
        <w:t xml:space="preserve"> شد. از آن پس، حکومت فقط با شور قزلباشان، فرمان شاه و مهارت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وان</w:t>
      </w:r>
      <w:r w:rsidRPr="00F25193">
        <w:rPr>
          <w:rFonts w:ascii="Tahoma" w:hAnsi="Tahoma" w:cs="Tahoma"/>
          <w:rtl/>
        </w:rPr>
        <w:t xml:space="preserve"> اداره نم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شد</w:t>
      </w:r>
      <w:r w:rsidRPr="00F25193">
        <w:rPr>
          <w:rFonts w:ascii="Tahoma" w:hAnsi="Tahoma" w:cs="Tahoma"/>
          <w:rtl/>
        </w:rPr>
        <w:t>. دستگاه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ز</w:t>
      </w:r>
      <w:r w:rsidRPr="00F25193">
        <w:rPr>
          <w:rFonts w:ascii="Tahoma" w:hAnsi="Tahoma" w:cs="Tahoma"/>
          <w:rtl/>
        </w:rPr>
        <w:t xml:space="preserve"> شکل گرفته بود که دربارهٔ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ن،</w:t>
      </w:r>
      <w:r w:rsidRPr="00F25193">
        <w:rPr>
          <w:rFonts w:ascii="Tahoma" w:hAnsi="Tahoma" w:cs="Tahoma"/>
          <w:rtl/>
        </w:rPr>
        <w:t xml:space="preserve"> قانون، خانواده، مالک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ت،</w:t>
      </w:r>
      <w:r w:rsidRPr="00F25193">
        <w:rPr>
          <w:rFonts w:ascii="Tahoma" w:hAnsi="Tahoma" w:cs="Tahoma"/>
          <w:rtl/>
        </w:rPr>
        <w:t xml:space="preserve"> ارث، وقف، آموزش و بس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ار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از روابط روزانهٔ مردم سخن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گفت</w:t>
      </w:r>
      <w:r w:rsidRPr="00F25193">
        <w:rPr>
          <w:rFonts w:ascii="Tahoma" w:hAnsi="Tahoma" w:cs="Tahoma"/>
          <w:rtl/>
        </w:rPr>
        <w:t>. تاج برا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ساختن 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گانگ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مذهب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،</w:t>
      </w:r>
      <w:r w:rsidRPr="00F25193">
        <w:rPr>
          <w:rFonts w:ascii="Tahoma" w:hAnsi="Tahoma" w:cs="Tahoma"/>
          <w:rtl/>
        </w:rPr>
        <w:t xml:space="preserve"> 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رو</w:t>
      </w:r>
      <w:r w:rsidRPr="00F25193">
        <w:rPr>
          <w:rFonts w:ascii="Tahoma" w:hAnsi="Tahoma" w:cs="Tahoma" w:hint="cs"/>
          <w:rtl/>
        </w:rPr>
        <w:t>یی</w:t>
      </w:r>
      <w:r w:rsidRPr="00F25193">
        <w:rPr>
          <w:rFonts w:ascii="Tahoma" w:hAnsi="Tahoma" w:cs="Tahoma"/>
          <w:rtl/>
        </w:rPr>
        <w:t xml:space="preserve"> را وارد کشوردار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کرد که به مرور زمان مدع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شد بخش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از فرمان‌ها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حکومت 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ز</w:t>
      </w:r>
      <w:r w:rsidRPr="00F25193">
        <w:rPr>
          <w:rFonts w:ascii="Tahoma" w:hAnsi="Tahoma" w:cs="Tahoma"/>
          <w:rtl/>
        </w:rPr>
        <w:t xml:space="preserve"> با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د</w:t>
      </w:r>
      <w:r w:rsidRPr="00F25193">
        <w:rPr>
          <w:rFonts w:ascii="Tahoma" w:hAnsi="Tahoma" w:cs="Tahoma"/>
          <w:rtl/>
        </w:rPr>
        <w:t xml:space="preserve"> با داور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آن سازگار باشد.</w:t>
      </w:r>
    </w:p>
    <w:p w:rsidR="00F25193" w:rsidRPr="00F25193" w:rsidRDefault="00F25193" w:rsidP="00F2519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F25193">
        <w:rPr>
          <w:rFonts w:ascii="Tahoma" w:hAnsi="Tahoma" w:cs="Tahoma" w:hint="eastAsia"/>
          <w:rtl/>
        </w:rPr>
        <w:t>به</w:t>
      </w:r>
      <w:r w:rsidRPr="00F25193">
        <w:rPr>
          <w:rFonts w:ascii="Tahoma" w:hAnsi="Tahoma" w:cs="Tahoma"/>
          <w:rtl/>
        </w:rPr>
        <w:t xml:space="preserve"> 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/>
          <w:rtl/>
        </w:rPr>
        <w:t xml:space="preserve"> ترت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ب،</w:t>
      </w:r>
      <w:r w:rsidRPr="00F25193">
        <w:rPr>
          <w:rFonts w:ascii="Tahoma" w:hAnsi="Tahoma" w:cs="Tahoma"/>
          <w:rtl/>
        </w:rPr>
        <w:t xml:space="preserve"> رسم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شدن</w:t>
      </w:r>
      <w:r w:rsidRPr="00F25193">
        <w:rPr>
          <w:rFonts w:ascii="Tahoma" w:hAnsi="Tahoma" w:cs="Tahoma"/>
          <w:rtl/>
        </w:rPr>
        <w:t xml:space="preserve"> تش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ع</w:t>
      </w:r>
      <w:r w:rsidRPr="00F25193">
        <w:rPr>
          <w:rFonts w:ascii="Tahoma" w:hAnsi="Tahoma" w:cs="Tahoma"/>
          <w:rtl/>
        </w:rPr>
        <w:t xml:space="preserve"> تنها افزودن نام 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ک</w:t>
      </w:r>
      <w:r w:rsidRPr="00F25193">
        <w:rPr>
          <w:rFonts w:ascii="Tahoma" w:hAnsi="Tahoma" w:cs="Tahoma"/>
          <w:rtl/>
        </w:rPr>
        <w:t xml:space="preserve"> مذهب به عنوان‌ها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شاه نبود. 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/>
          <w:rtl/>
        </w:rPr>
        <w:t xml:space="preserve"> کار ساختار قدرت را تغ</w:t>
      </w:r>
      <w:r w:rsidRPr="00F25193">
        <w:rPr>
          <w:rFonts w:ascii="Tahoma" w:hAnsi="Tahoma" w:cs="Tahoma" w:hint="cs"/>
          <w:rtl/>
        </w:rPr>
        <w:t>یی</w:t>
      </w:r>
      <w:r w:rsidRPr="00F25193">
        <w:rPr>
          <w:rFonts w:ascii="Tahoma" w:hAnsi="Tahoma" w:cs="Tahoma" w:hint="eastAsia"/>
          <w:rtl/>
        </w:rPr>
        <w:t>ر</w:t>
      </w:r>
      <w:r w:rsidRPr="00F25193">
        <w:rPr>
          <w:rFonts w:ascii="Tahoma" w:hAnsi="Tahoma" w:cs="Tahoma"/>
          <w:rtl/>
        </w:rPr>
        <w:t xml:space="preserve"> داد. پ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ش</w:t>
      </w:r>
      <w:r w:rsidRPr="00F25193">
        <w:rPr>
          <w:rFonts w:ascii="Tahoma" w:hAnsi="Tahoma" w:cs="Tahoma"/>
          <w:rtl/>
        </w:rPr>
        <w:t xml:space="preserve"> از آن 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ز</w:t>
      </w:r>
      <w:r w:rsidRPr="00F25193">
        <w:rPr>
          <w:rFonts w:ascii="Tahoma" w:hAnsi="Tahoma" w:cs="Tahoma"/>
          <w:rtl/>
        </w:rPr>
        <w:t xml:space="preserve">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نکاران</w:t>
      </w:r>
      <w:r w:rsidRPr="00F25193">
        <w:rPr>
          <w:rFonts w:ascii="Tahoma" w:hAnsi="Tahoma" w:cs="Tahoma"/>
          <w:rtl/>
        </w:rPr>
        <w:t xml:space="preserve"> در 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ران</w:t>
      </w:r>
      <w:r w:rsidRPr="00F25193">
        <w:rPr>
          <w:rFonts w:ascii="Tahoma" w:hAnsi="Tahoma" w:cs="Tahoma"/>
          <w:rtl/>
        </w:rPr>
        <w:t xml:space="preserve"> حضور داشتند و حکومت‌ها برا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کسب حقان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ت</w:t>
      </w:r>
      <w:r w:rsidRPr="00F25193">
        <w:rPr>
          <w:rFonts w:ascii="Tahoma" w:hAnsi="Tahoma" w:cs="Tahoma"/>
          <w:rtl/>
        </w:rPr>
        <w:t xml:space="preserve"> حکمران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به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/>
          <w:rtl/>
        </w:rPr>
        <w:t xml:space="preserve"> 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ازمند</w:t>
      </w:r>
      <w:r w:rsidRPr="00F25193">
        <w:rPr>
          <w:rFonts w:ascii="Tahoma" w:hAnsi="Tahoma" w:cs="Tahoma"/>
          <w:rtl/>
        </w:rPr>
        <w:t xml:space="preserve"> بودند، اما صفو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ان</w:t>
      </w:r>
      <w:r w:rsidRPr="00F25193">
        <w:rPr>
          <w:rFonts w:ascii="Tahoma" w:hAnsi="Tahoma" w:cs="Tahoma"/>
          <w:rtl/>
        </w:rPr>
        <w:t xml:space="preserve"> رابطه‌ا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سراسر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و سازمان‌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افته</w:t>
      </w:r>
      <w:r w:rsidRPr="00F25193">
        <w:rPr>
          <w:rFonts w:ascii="Tahoma" w:hAnsi="Tahoma" w:cs="Tahoma"/>
          <w:rtl/>
        </w:rPr>
        <w:t xml:space="preserve"> 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ان</w:t>
      </w:r>
      <w:r w:rsidRPr="00F25193">
        <w:rPr>
          <w:rFonts w:ascii="Tahoma" w:hAnsi="Tahoma" w:cs="Tahoma"/>
          <w:rtl/>
        </w:rPr>
        <w:t xml:space="preserve"> تاج و 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ک</w:t>
      </w:r>
      <w:r w:rsidRPr="00F25193">
        <w:rPr>
          <w:rFonts w:ascii="Tahoma" w:hAnsi="Tahoma" w:cs="Tahoma"/>
          <w:rtl/>
        </w:rPr>
        <w:t xml:space="preserve"> مذهب مشخص برقرار کردند. از آن پس، تعلق به کشور فقط از فرمان‌بردار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از شاه 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</w:t>
      </w:r>
      <w:r w:rsidRPr="00F25193">
        <w:rPr>
          <w:rFonts w:ascii="Tahoma" w:hAnsi="Tahoma" w:cs="Tahoma"/>
          <w:rtl/>
        </w:rPr>
        <w:t xml:space="preserve"> ز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ستن</w:t>
      </w:r>
      <w:r w:rsidRPr="00F25193">
        <w:rPr>
          <w:rFonts w:ascii="Tahoma" w:hAnsi="Tahoma" w:cs="Tahoma"/>
          <w:rtl/>
        </w:rPr>
        <w:t xml:space="preserve"> در قلمرو او شناخته نم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شد؛</w:t>
      </w:r>
      <w:r w:rsidRPr="00F25193">
        <w:rPr>
          <w:rFonts w:ascii="Tahoma" w:hAnsi="Tahoma" w:cs="Tahoma"/>
          <w:rtl/>
        </w:rPr>
        <w:t xml:space="preserve"> پ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رو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از مذهب رسم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ز</w:t>
      </w:r>
      <w:r w:rsidRPr="00F25193">
        <w:rPr>
          <w:rFonts w:ascii="Tahoma" w:hAnsi="Tahoma" w:cs="Tahoma"/>
          <w:rtl/>
        </w:rPr>
        <w:t xml:space="preserve"> به 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ک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از نشانه‌ها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تعلق س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اس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تبد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ل</w:t>
      </w:r>
      <w:r w:rsidRPr="00F25193">
        <w:rPr>
          <w:rFonts w:ascii="Tahoma" w:hAnsi="Tahoma" w:cs="Tahoma"/>
          <w:rtl/>
        </w:rPr>
        <w:t xml:space="preserve"> شد.</w:t>
      </w:r>
    </w:p>
    <w:p w:rsidR="00F25193" w:rsidRPr="00F25193" w:rsidRDefault="00F25193" w:rsidP="00F2519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F25193">
        <w:rPr>
          <w:rFonts w:ascii="Tahoma" w:hAnsi="Tahoma" w:cs="Tahoma" w:hint="eastAsia"/>
          <w:rtl/>
        </w:rPr>
        <w:t>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/>
          <w:rtl/>
        </w:rPr>
        <w:t xml:space="preserve"> دگرگون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،</w:t>
      </w:r>
      <w:r w:rsidRPr="00F25193">
        <w:rPr>
          <w:rFonts w:ascii="Tahoma" w:hAnsi="Tahoma" w:cs="Tahoma"/>
          <w:rtl/>
        </w:rPr>
        <w:t xml:space="preserve"> مرز کشور را به مرز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مذهب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ز</w:t>
      </w:r>
      <w:r w:rsidRPr="00F25193">
        <w:rPr>
          <w:rFonts w:ascii="Tahoma" w:hAnsi="Tahoma" w:cs="Tahoma"/>
          <w:rtl/>
        </w:rPr>
        <w:t xml:space="preserve"> تبد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ل</w:t>
      </w:r>
      <w:r w:rsidRPr="00F25193">
        <w:rPr>
          <w:rFonts w:ascii="Tahoma" w:hAnsi="Tahoma" w:cs="Tahoma"/>
          <w:rtl/>
        </w:rPr>
        <w:t xml:space="preserve"> کرد. مرزها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حکومت‌ها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پ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ش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/>
          <w:rtl/>
        </w:rPr>
        <w:t xml:space="preserve"> معمولاً با پ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شرو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</w:t>
      </w:r>
      <w:r w:rsidRPr="00F25193">
        <w:rPr>
          <w:rFonts w:ascii="Tahoma" w:hAnsi="Tahoma" w:cs="Tahoma"/>
          <w:rtl/>
        </w:rPr>
        <w:t xml:space="preserve"> عقب‌نش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قشون تغ</w:t>
      </w:r>
      <w:r w:rsidRPr="00F25193">
        <w:rPr>
          <w:rFonts w:ascii="Tahoma" w:hAnsi="Tahoma" w:cs="Tahoma" w:hint="cs"/>
          <w:rtl/>
        </w:rPr>
        <w:t>یی</w:t>
      </w:r>
      <w:r w:rsidRPr="00F25193">
        <w:rPr>
          <w:rFonts w:ascii="Tahoma" w:hAnsi="Tahoma" w:cs="Tahoma" w:hint="eastAsia"/>
          <w:rtl/>
        </w:rPr>
        <w:t>ر</w:t>
      </w:r>
      <w:r w:rsidRPr="00F25193">
        <w:rPr>
          <w:rFonts w:ascii="Tahoma" w:hAnsi="Tahoma" w:cs="Tahoma"/>
          <w:rtl/>
        </w:rPr>
        <w:t xml:space="preserve">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کردند</w:t>
      </w:r>
      <w:r w:rsidRPr="00F25193">
        <w:rPr>
          <w:rFonts w:ascii="Tahoma" w:hAnsi="Tahoma" w:cs="Tahoma"/>
          <w:rtl/>
        </w:rPr>
        <w:t xml:space="preserve"> و تفاوت مذهب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هم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شه</w:t>
      </w:r>
      <w:r w:rsidRPr="00F25193">
        <w:rPr>
          <w:rFonts w:ascii="Tahoma" w:hAnsi="Tahoma" w:cs="Tahoma"/>
          <w:rtl/>
        </w:rPr>
        <w:t xml:space="preserve"> نشانهٔ جدا</w:t>
      </w:r>
      <w:r w:rsidRPr="00F25193">
        <w:rPr>
          <w:rFonts w:ascii="Tahoma" w:hAnsi="Tahoma" w:cs="Tahoma" w:hint="cs"/>
          <w:rtl/>
        </w:rPr>
        <w:t>یی</w:t>
      </w:r>
      <w:r w:rsidRPr="00F25193">
        <w:rPr>
          <w:rFonts w:ascii="Tahoma" w:hAnsi="Tahoma" w:cs="Tahoma"/>
          <w:rtl/>
        </w:rPr>
        <w:t xml:space="preserve"> س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اس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نبود. در قلمروها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اسلام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،</w:t>
      </w:r>
      <w:r w:rsidRPr="00F25193">
        <w:rPr>
          <w:rFonts w:ascii="Tahoma" w:hAnsi="Tahoma" w:cs="Tahoma"/>
          <w:rtl/>
        </w:rPr>
        <w:t xml:space="preserve"> سن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ان</w:t>
      </w:r>
      <w:r w:rsidRPr="00F25193">
        <w:rPr>
          <w:rFonts w:ascii="Tahoma" w:hAnsi="Tahoma" w:cs="Tahoma"/>
          <w:rtl/>
        </w:rPr>
        <w:t xml:space="preserve"> و ش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ع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ان</w:t>
      </w:r>
      <w:r w:rsidRPr="00F25193">
        <w:rPr>
          <w:rFonts w:ascii="Tahoma" w:hAnsi="Tahoma" w:cs="Tahoma"/>
          <w:rtl/>
        </w:rPr>
        <w:t xml:space="preserve"> و پ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روان</w:t>
      </w:r>
      <w:r w:rsidRPr="00F25193">
        <w:rPr>
          <w:rFonts w:ascii="Tahoma" w:hAnsi="Tahoma" w:cs="Tahoma"/>
          <w:rtl/>
        </w:rPr>
        <w:t xml:space="preserve"> مذاهب مختلف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توانستند</w:t>
      </w:r>
      <w:r w:rsidRPr="00F25193">
        <w:rPr>
          <w:rFonts w:ascii="Tahoma" w:hAnsi="Tahoma" w:cs="Tahoma"/>
          <w:rtl/>
        </w:rPr>
        <w:t xml:space="preserve"> ز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ر</w:t>
      </w:r>
      <w:r w:rsidRPr="00F25193">
        <w:rPr>
          <w:rFonts w:ascii="Tahoma" w:hAnsi="Tahoma" w:cs="Tahoma"/>
          <w:rtl/>
        </w:rPr>
        <w:t xml:space="preserve"> فرمان 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ک</w:t>
      </w:r>
      <w:r w:rsidRPr="00F25193">
        <w:rPr>
          <w:rFonts w:ascii="Tahoma" w:hAnsi="Tahoma" w:cs="Tahoma"/>
          <w:rtl/>
        </w:rPr>
        <w:t xml:space="preserve"> حک</w:t>
      </w:r>
      <w:r w:rsidRPr="00F25193">
        <w:rPr>
          <w:rFonts w:ascii="Tahoma" w:hAnsi="Tahoma" w:cs="Tahoma" w:hint="eastAsia"/>
          <w:rtl/>
        </w:rPr>
        <w:t>ومت</w:t>
      </w:r>
      <w:r w:rsidRPr="00F25193">
        <w:rPr>
          <w:rFonts w:ascii="Tahoma" w:hAnsi="Tahoma" w:cs="Tahoma"/>
          <w:rtl/>
        </w:rPr>
        <w:t xml:space="preserve"> زندگ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کنند. صفو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ان،</w:t>
      </w:r>
      <w:r w:rsidRPr="00F25193">
        <w:rPr>
          <w:rFonts w:ascii="Tahoma" w:hAnsi="Tahoma" w:cs="Tahoma"/>
          <w:rtl/>
        </w:rPr>
        <w:t xml:space="preserve"> اما، تفاوت با عثمان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و ازبک را نه فقط رقابت 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ان</w:t>
      </w:r>
      <w:r w:rsidRPr="00F25193">
        <w:rPr>
          <w:rFonts w:ascii="Tahoma" w:hAnsi="Tahoma" w:cs="Tahoma"/>
          <w:rtl/>
        </w:rPr>
        <w:t xml:space="preserve"> سه حکومت، بلکه رو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ارو</w:t>
      </w:r>
      <w:r w:rsidRPr="00F25193">
        <w:rPr>
          <w:rFonts w:ascii="Tahoma" w:hAnsi="Tahoma" w:cs="Tahoma" w:hint="cs"/>
          <w:rtl/>
        </w:rPr>
        <w:t>یی</w:t>
      </w:r>
      <w:r w:rsidRPr="00F25193">
        <w:rPr>
          <w:rFonts w:ascii="Tahoma" w:hAnsi="Tahoma" w:cs="Tahoma"/>
          <w:rtl/>
        </w:rPr>
        <w:t xml:space="preserve"> 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ان</w:t>
      </w:r>
      <w:r w:rsidRPr="00F25193">
        <w:rPr>
          <w:rFonts w:ascii="Tahoma" w:hAnsi="Tahoma" w:cs="Tahoma"/>
          <w:rtl/>
        </w:rPr>
        <w:t xml:space="preserve"> هو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ت‌ها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مذهب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متفاوت معرف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کردند. جنگ بر سر زم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/>
          <w:rtl/>
        </w:rPr>
        <w:t xml:space="preserve"> و راه‌ها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تجار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،</w:t>
      </w:r>
      <w:r w:rsidRPr="00F25193">
        <w:rPr>
          <w:rFonts w:ascii="Tahoma" w:hAnsi="Tahoma" w:cs="Tahoma"/>
          <w:rtl/>
        </w:rPr>
        <w:t xml:space="preserve"> در زبان حکومت، به دفاع از مذهب 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ز</w:t>
      </w:r>
      <w:r w:rsidRPr="00F25193">
        <w:rPr>
          <w:rFonts w:ascii="Tahoma" w:hAnsi="Tahoma" w:cs="Tahoma"/>
          <w:rtl/>
        </w:rPr>
        <w:t xml:space="preserve"> تبد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ل</w:t>
      </w:r>
      <w:r w:rsidRPr="00F25193">
        <w:rPr>
          <w:rFonts w:ascii="Tahoma" w:hAnsi="Tahoma" w:cs="Tahoma"/>
          <w:rtl/>
        </w:rPr>
        <w:t xml:space="preserve"> شد.</w:t>
      </w:r>
    </w:p>
    <w:p w:rsidR="00F25193" w:rsidRPr="00F25193" w:rsidRDefault="00F25193" w:rsidP="00F2519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F25193">
        <w:rPr>
          <w:rFonts w:ascii="Tahoma" w:hAnsi="Tahoma" w:cs="Tahoma" w:hint="eastAsia"/>
          <w:rtl/>
        </w:rPr>
        <w:t>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/>
          <w:rtl/>
        </w:rPr>
        <w:t xml:space="preserve"> س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است</w:t>
      </w:r>
      <w:r w:rsidRPr="00F25193">
        <w:rPr>
          <w:rFonts w:ascii="Tahoma" w:hAnsi="Tahoma" w:cs="Tahoma"/>
          <w:rtl/>
        </w:rPr>
        <w:t xml:space="preserve"> به صفو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ان</w:t>
      </w:r>
      <w:r w:rsidRPr="00F25193">
        <w:rPr>
          <w:rFonts w:ascii="Tahoma" w:hAnsi="Tahoma" w:cs="Tahoma"/>
          <w:rtl/>
        </w:rPr>
        <w:t xml:space="preserve"> امکان داد تا برا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جنگ‌ها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خود انگ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زه‌ا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فراتر از اطاعت از شاه فراهم آورند. حکومت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توانست</w:t>
      </w:r>
      <w:r w:rsidRPr="00F25193">
        <w:rPr>
          <w:rFonts w:ascii="Tahoma" w:hAnsi="Tahoma" w:cs="Tahoma"/>
          <w:rtl/>
        </w:rPr>
        <w:t xml:space="preserve"> دشمن خارج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را نه صرفاً سپاه فرمانروا</w:t>
      </w:r>
      <w:r w:rsidRPr="00F25193">
        <w:rPr>
          <w:rFonts w:ascii="Tahoma" w:hAnsi="Tahoma" w:cs="Tahoma" w:hint="cs"/>
          <w:rtl/>
        </w:rPr>
        <w:t>یی</w:t>
      </w:r>
      <w:r w:rsidRPr="00F25193">
        <w:rPr>
          <w:rFonts w:ascii="Tahoma" w:hAnsi="Tahoma" w:cs="Tahoma"/>
          <w:rtl/>
        </w:rPr>
        <w:t xml:space="preserve"> رق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ب،</w:t>
      </w:r>
      <w:r w:rsidRPr="00F25193">
        <w:rPr>
          <w:rFonts w:ascii="Tahoma" w:hAnsi="Tahoma" w:cs="Tahoma"/>
          <w:rtl/>
        </w:rPr>
        <w:t xml:space="preserve"> بلکه دشمن مذهب رسم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معرف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کند. در همان حال، مخالفت درون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ز</w:t>
      </w:r>
      <w:r w:rsidRPr="00F25193">
        <w:rPr>
          <w:rFonts w:ascii="Tahoma" w:hAnsi="Tahoma" w:cs="Tahoma"/>
          <w:rtl/>
        </w:rPr>
        <w:t xml:space="preserve">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توانست</w:t>
      </w:r>
      <w:r w:rsidRPr="00F25193">
        <w:rPr>
          <w:rFonts w:ascii="Tahoma" w:hAnsi="Tahoma" w:cs="Tahoma"/>
          <w:rtl/>
        </w:rPr>
        <w:t xml:space="preserve"> از اختلاف س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اس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به خروج از آ</w:t>
      </w:r>
      <w:r w:rsidRPr="00F25193">
        <w:rPr>
          <w:rFonts w:ascii="Tahoma" w:hAnsi="Tahoma" w:cs="Tahoma" w:hint="cs"/>
          <w:rtl/>
        </w:rPr>
        <w:t>یی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/>
          <w:rtl/>
        </w:rPr>
        <w:t xml:space="preserve"> درست تعب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ر</w:t>
      </w:r>
      <w:r w:rsidRPr="00F25193">
        <w:rPr>
          <w:rFonts w:ascii="Tahoma" w:hAnsi="Tahoma" w:cs="Tahoma"/>
          <w:rtl/>
        </w:rPr>
        <w:t xml:space="preserve"> شود. هنگام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که وفادار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به تاج با وفادار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به مذهب درآم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خت،</w:t>
      </w:r>
      <w:r w:rsidRPr="00F25193">
        <w:rPr>
          <w:rFonts w:ascii="Tahoma" w:hAnsi="Tahoma" w:cs="Tahoma"/>
          <w:rtl/>
        </w:rPr>
        <w:t xml:space="preserve"> حکومت وس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له‌ا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رومند</w:t>
      </w:r>
      <w:r w:rsidRPr="00F25193">
        <w:rPr>
          <w:rFonts w:ascii="Tahoma" w:hAnsi="Tahoma" w:cs="Tahoma"/>
          <w:rtl/>
        </w:rPr>
        <w:t xml:space="preserve"> برا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بس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ج</w:t>
      </w:r>
      <w:r w:rsidRPr="00F25193">
        <w:rPr>
          <w:rFonts w:ascii="Tahoma" w:hAnsi="Tahoma" w:cs="Tahoma"/>
          <w:rtl/>
        </w:rPr>
        <w:t xml:space="preserve"> مردم و سرکوب مخالفان به دست آورد.</w:t>
      </w:r>
    </w:p>
    <w:p w:rsidR="00F25193" w:rsidRPr="00F25193" w:rsidRDefault="00F25193" w:rsidP="00F2519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F25193">
        <w:rPr>
          <w:rFonts w:ascii="Tahoma" w:hAnsi="Tahoma" w:cs="Tahoma" w:hint="eastAsia"/>
          <w:rtl/>
        </w:rPr>
        <w:t>اما</w:t>
      </w:r>
      <w:r w:rsidRPr="00F25193">
        <w:rPr>
          <w:rFonts w:ascii="Tahoma" w:hAnsi="Tahoma" w:cs="Tahoma"/>
          <w:rtl/>
        </w:rPr>
        <w:t xml:space="preserve"> هم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/>
          <w:rtl/>
        </w:rPr>
        <w:t xml:space="preserve"> ابزار، محدود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ت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تازه 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ز</w:t>
      </w:r>
      <w:r w:rsidRPr="00F25193">
        <w:rPr>
          <w:rFonts w:ascii="Tahoma" w:hAnsi="Tahoma" w:cs="Tahoma"/>
          <w:rtl/>
        </w:rPr>
        <w:t xml:space="preserve"> برا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تاج پد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د</w:t>
      </w:r>
      <w:r w:rsidRPr="00F25193">
        <w:rPr>
          <w:rFonts w:ascii="Tahoma" w:hAnsi="Tahoma" w:cs="Tahoma"/>
          <w:rtl/>
        </w:rPr>
        <w:t xml:space="preserve"> آورد. شاه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که خود را پشت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بان</w:t>
      </w:r>
      <w:r w:rsidRPr="00F25193">
        <w:rPr>
          <w:rFonts w:ascii="Tahoma" w:hAnsi="Tahoma" w:cs="Tahoma"/>
          <w:rtl/>
        </w:rPr>
        <w:t xml:space="preserve"> مذهب رسم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معرف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کرد،</w:t>
      </w:r>
      <w:r w:rsidRPr="00F25193">
        <w:rPr>
          <w:rFonts w:ascii="Tahoma" w:hAnsi="Tahoma" w:cs="Tahoma"/>
          <w:rtl/>
        </w:rPr>
        <w:t xml:space="preserve"> نم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توانست</w:t>
      </w:r>
      <w:r w:rsidRPr="00F25193">
        <w:rPr>
          <w:rFonts w:ascii="Tahoma" w:hAnsi="Tahoma" w:cs="Tahoma"/>
          <w:rtl/>
        </w:rPr>
        <w:t xml:space="preserve"> هم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شه</w:t>
      </w:r>
      <w:r w:rsidRPr="00F25193">
        <w:rPr>
          <w:rFonts w:ascii="Tahoma" w:hAnsi="Tahoma" w:cs="Tahoma"/>
          <w:rtl/>
        </w:rPr>
        <w:t xml:space="preserve"> برخلاف نظر کسان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رفتار کند که مدع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شناخت و تفس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ر</w:t>
      </w:r>
      <w:r w:rsidRPr="00F25193">
        <w:rPr>
          <w:rFonts w:ascii="Tahoma" w:hAnsi="Tahoma" w:cs="Tahoma"/>
          <w:rtl/>
        </w:rPr>
        <w:t xml:space="preserve"> همان مذهب بودند. تا هنگام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که شاه 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رومند</w:t>
      </w:r>
      <w:r w:rsidRPr="00F25193">
        <w:rPr>
          <w:rFonts w:ascii="Tahoma" w:hAnsi="Tahoma" w:cs="Tahoma"/>
          <w:rtl/>
        </w:rPr>
        <w:t xml:space="preserve"> بود،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توانست</w:t>
      </w:r>
      <w:r w:rsidRPr="00F25193">
        <w:rPr>
          <w:rFonts w:ascii="Tahoma" w:hAnsi="Tahoma" w:cs="Tahoma"/>
          <w:rtl/>
        </w:rPr>
        <w:t xml:space="preserve">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نکاران</w:t>
      </w:r>
      <w:r w:rsidRPr="00F25193">
        <w:rPr>
          <w:rFonts w:ascii="Tahoma" w:hAnsi="Tahoma" w:cs="Tahoma"/>
          <w:rtl/>
        </w:rPr>
        <w:t xml:space="preserve"> را برگز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ند،</w:t>
      </w:r>
      <w:r w:rsidRPr="00F25193">
        <w:rPr>
          <w:rFonts w:ascii="Tahoma" w:hAnsi="Tahoma" w:cs="Tahoma"/>
          <w:rtl/>
        </w:rPr>
        <w:t xml:space="preserve"> منصب دهد، ج</w:t>
      </w:r>
      <w:r w:rsidRPr="00F25193">
        <w:rPr>
          <w:rFonts w:ascii="Tahoma" w:hAnsi="Tahoma" w:cs="Tahoma" w:hint="eastAsia"/>
          <w:rtl/>
        </w:rPr>
        <w:t>ابه‌جا</w:t>
      </w:r>
      <w:r w:rsidRPr="00F25193">
        <w:rPr>
          <w:rFonts w:ascii="Tahoma" w:hAnsi="Tahoma" w:cs="Tahoma"/>
          <w:rtl/>
        </w:rPr>
        <w:t xml:space="preserve"> کند 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</w:t>
      </w:r>
      <w:r w:rsidRPr="00F25193">
        <w:rPr>
          <w:rFonts w:ascii="Tahoma" w:hAnsi="Tahoma" w:cs="Tahoma"/>
          <w:rtl/>
        </w:rPr>
        <w:t xml:space="preserve"> از دربار دور سازد. اما با ضع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ف</w:t>
      </w:r>
      <w:r w:rsidRPr="00F25193">
        <w:rPr>
          <w:rFonts w:ascii="Tahoma" w:hAnsi="Tahoma" w:cs="Tahoma"/>
          <w:rtl/>
        </w:rPr>
        <w:t xml:space="preserve"> شدن تاج، کسان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که برا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خدمت به حکومت فراخوانده شده بودند، امکان م</w:t>
      </w:r>
      <w:r w:rsidRPr="00F25193">
        <w:rPr>
          <w:rFonts w:ascii="Tahoma" w:hAnsi="Tahoma" w:cs="Tahoma" w:hint="cs"/>
          <w:rtl/>
        </w:rPr>
        <w:t>ی‌ی</w:t>
      </w:r>
      <w:r w:rsidRPr="00F25193">
        <w:rPr>
          <w:rFonts w:ascii="Tahoma" w:hAnsi="Tahoma" w:cs="Tahoma" w:hint="eastAsia"/>
          <w:rtl/>
        </w:rPr>
        <w:t>افتند</w:t>
      </w:r>
      <w:r w:rsidRPr="00F25193">
        <w:rPr>
          <w:rFonts w:ascii="Tahoma" w:hAnsi="Tahoma" w:cs="Tahoma"/>
          <w:rtl/>
        </w:rPr>
        <w:t xml:space="preserve"> دربارهٔ رفتار حکومت داور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کنند. بد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/>
          <w:rtl/>
        </w:rPr>
        <w:t xml:space="preserve"> ترت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ب،</w:t>
      </w:r>
      <w:r w:rsidRPr="00F25193">
        <w:rPr>
          <w:rFonts w:ascii="Tahoma" w:hAnsi="Tahoma" w:cs="Tahoma"/>
          <w:rtl/>
        </w:rPr>
        <w:t xml:space="preserve"> مذهب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که قرار بود فرمان‌بردار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از شاه را استوار سازد،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توانست</w:t>
      </w:r>
      <w:r w:rsidRPr="00F25193">
        <w:rPr>
          <w:rFonts w:ascii="Tahoma" w:hAnsi="Tahoma" w:cs="Tahoma"/>
          <w:rtl/>
        </w:rPr>
        <w:t xml:space="preserve"> به مع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ار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برا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محدود کردن اخت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ار</w:t>
      </w:r>
      <w:r w:rsidRPr="00F25193">
        <w:rPr>
          <w:rFonts w:ascii="Tahoma" w:hAnsi="Tahoma" w:cs="Tahoma"/>
          <w:rtl/>
        </w:rPr>
        <w:t xml:space="preserve"> او تبد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ل</w:t>
      </w:r>
      <w:r w:rsidRPr="00F25193">
        <w:rPr>
          <w:rFonts w:ascii="Tahoma" w:hAnsi="Tahoma" w:cs="Tahoma"/>
          <w:rtl/>
        </w:rPr>
        <w:t xml:space="preserve"> شود.</w:t>
      </w:r>
    </w:p>
    <w:p w:rsidR="00F25193" w:rsidRPr="00F25193" w:rsidRDefault="00F25193" w:rsidP="00F2519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F25193">
        <w:rPr>
          <w:rFonts w:ascii="Tahoma" w:hAnsi="Tahoma" w:cs="Tahoma" w:hint="eastAsia"/>
          <w:rtl/>
        </w:rPr>
        <w:t>در</w:t>
      </w:r>
      <w:r w:rsidRPr="00F25193">
        <w:rPr>
          <w:rFonts w:ascii="Tahoma" w:hAnsi="Tahoma" w:cs="Tahoma"/>
          <w:rtl/>
        </w:rPr>
        <w:t xml:space="preserve"> 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نجا</w:t>
      </w:r>
      <w:r w:rsidRPr="00F25193">
        <w:rPr>
          <w:rFonts w:ascii="Tahoma" w:hAnsi="Tahoma" w:cs="Tahoma"/>
          <w:rtl/>
        </w:rPr>
        <w:t xml:space="preserve"> تفاوت 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ان</w:t>
      </w:r>
      <w:r w:rsidRPr="00F25193">
        <w:rPr>
          <w:rFonts w:ascii="Tahoma" w:hAnsi="Tahoma" w:cs="Tahoma"/>
          <w:rtl/>
        </w:rPr>
        <w:t xml:space="preserve"> حقان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ت</w:t>
      </w:r>
      <w:r w:rsidRPr="00F25193">
        <w:rPr>
          <w:rFonts w:ascii="Tahoma" w:hAnsi="Tahoma" w:cs="Tahoma"/>
          <w:rtl/>
        </w:rPr>
        <w:t xml:space="preserve"> حکمران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و توان حکومت کردن آشکار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شود</w:t>
      </w:r>
      <w:r w:rsidRPr="00F25193">
        <w:rPr>
          <w:rFonts w:ascii="Tahoma" w:hAnsi="Tahoma" w:cs="Tahoma"/>
          <w:rtl/>
        </w:rPr>
        <w:t>.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نکاران</w:t>
      </w:r>
      <w:r w:rsidRPr="00F25193">
        <w:rPr>
          <w:rFonts w:ascii="Tahoma" w:hAnsi="Tahoma" w:cs="Tahoma"/>
          <w:rtl/>
        </w:rPr>
        <w:t xml:space="preserve">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توانستند</w:t>
      </w:r>
      <w:r w:rsidRPr="00F25193">
        <w:rPr>
          <w:rFonts w:ascii="Tahoma" w:hAnsi="Tahoma" w:cs="Tahoma"/>
          <w:rtl/>
        </w:rPr>
        <w:t xml:space="preserve"> برا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تاج حقان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ت</w:t>
      </w:r>
      <w:r w:rsidRPr="00F25193">
        <w:rPr>
          <w:rFonts w:ascii="Tahoma" w:hAnsi="Tahoma" w:cs="Tahoma"/>
          <w:rtl/>
        </w:rPr>
        <w:t xml:space="preserve"> مذهب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فراهم آورند، اما خود لزوماً توان کشوردار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نداشتند. شناخت فقه جا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آگاه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از مال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ه،</w:t>
      </w:r>
      <w:r w:rsidRPr="00F25193">
        <w:rPr>
          <w:rFonts w:ascii="Tahoma" w:hAnsi="Tahoma" w:cs="Tahoma"/>
          <w:rtl/>
        </w:rPr>
        <w:t xml:space="preserve"> ادارهٔ 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الت‌ها،</w:t>
      </w:r>
      <w:r w:rsidRPr="00F25193">
        <w:rPr>
          <w:rFonts w:ascii="Tahoma" w:hAnsi="Tahoma" w:cs="Tahoma"/>
          <w:rtl/>
        </w:rPr>
        <w:t xml:space="preserve">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پلماس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</w:t>
      </w:r>
      <w:r w:rsidRPr="00F25193">
        <w:rPr>
          <w:rFonts w:ascii="Tahoma" w:hAnsi="Tahoma" w:cs="Tahoma"/>
          <w:rtl/>
        </w:rPr>
        <w:t xml:space="preserve"> فرمانده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سپاه را نم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گرفت</w:t>
      </w:r>
      <w:r w:rsidRPr="00F25193">
        <w:rPr>
          <w:rFonts w:ascii="Tahoma" w:hAnsi="Tahoma" w:cs="Tahoma"/>
          <w:rtl/>
        </w:rPr>
        <w:t>. در مقابل، شاه و سرداران 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ز</w:t>
      </w:r>
      <w:r w:rsidRPr="00F25193">
        <w:rPr>
          <w:rFonts w:ascii="Tahoma" w:hAnsi="Tahoma" w:cs="Tahoma"/>
          <w:rtl/>
        </w:rPr>
        <w:t xml:space="preserve"> ممکن بود توان تصرف کشور را داشته باشند، اما بدون پذ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رش</w:t>
      </w:r>
      <w:r w:rsidRPr="00F25193">
        <w:rPr>
          <w:rFonts w:ascii="Tahoma" w:hAnsi="Tahoma" w:cs="Tahoma"/>
          <w:rtl/>
        </w:rPr>
        <w:t xml:space="preserve"> اجتماع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و مذهب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نتوانند فرمانروا</w:t>
      </w:r>
      <w:r w:rsidRPr="00F25193">
        <w:rPr>
          <w:rFonts w:ascii="Tahoma" w:hAnsi="Tahoma" w:cs="Tahoma" w:hint="cs"/>
          <w:rtl/>
        </w:rPr>
        <w:t>یی</w:t>
      </w:r>
      <w:r w:rsidRPr="00F25193">
        <w:rPr>
          <w:rFonts w:ascii="Tahoma" w:hAnsi="Tahoma" w:cs="Tahoma"/>
          <w:rtl/>
        </w:rPr>
        <w:t xml:space="preserve"> خود را پا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دار</w:t>
      </w:r>
      <w:r w:rsidRPr="00F25193">
        <w:rPr>
          <w:rFonts w:ascii="Tahoma" w:hAnsi="Tahoma" w:cs="Tahoma"/>
          <w:rtl/>
        </w:rPr>
        <w:t xml:space="preserve"> کنند. صفو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ان</w:t>
      </w:r>
      <w:r w:rsidRPr="00F25193">
        <w:rPr>
          <w:rFonts w:ascii="Tahoma" w:hAnsi="Tahoma" w:cs="Tahoma"/>
          <w:rtl/>
        </w:rPr>
        <w:t xml:space="preserve"> 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/>
          <w:rtl/>
        </w:rPr>
        <w:t xml:space="preserve"> دو 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از</w:t>
      </w:r>
      <w:r w:rsidRPr="00F25193">
        <w:rPr>
          <w:rFonts w:ascii="Tahoma" w:hAnsi="Tahoma" w:cs="Tahoma"/>
          <w:rtl/>
        </w:rPr>
        <w:t xml:space="preserve"> را به 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کد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گر</w:t>
      </w:r>
      <w:r w:rsidRPr="00F25193">
        <w:rPr>
          <w:rFonts w:ascii="Tahoma" w:hAnsi="Tahoma" w:cs="Tahoma"/>
          <w:rtl/>
        </w:rPr>
        <w:t xml:space="preserve"> پ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وند</w:t>
      </w:r>
      <w:r w:rsidRPr="00F25193">
        <w:rPr>
          <w:rFonts w:ascii="Tahoma" w:hAnsi="Tahoma" w:cs="Tahoma"/>
          <w:rtl/>
        </w:rPr>
        <w:t xml:space="preserve"> زدند، ب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آنکه</w:t>
      </w:r>
      <w:r w:rsidRPr="00F25193">
        <w:rPr>
          <w:rFonts w:ascii="Tahoma" w:hAnsi="Tahoma" w:cs="Tahoma"/>
          <w:rtl/>
        </w:rPr>
        <w:t xml:space="preserve"> بتوانند تضاد 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ان</w:t>
      </w:r>
      <w:r w:rsidRPr="00F25193">
        <w:rPr>
          <w:rFonts w:ascii="Tahoma" w:hAnsi="Tahoma" w:cs="Tahoma"/>
          <w:rtl/>
        </w:rPr>
        <w:t xml:space="preserve"> آنها را از 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ان</w:t>
      </w:r>
      <w:r w:rsidRPr="00F25193">
        <w:rPr>
          <w:rFonts w:ascii="Tahoma" w:hAnsi="Tahoma" w:cs="Tahoma"/>
          <w:rtl/>
        </w:rPr>
        <w:t xml:space="preserve"> بردارند.</w:t>
      </w:r>
    </w:p>
    <w:p w:rsidR="00F25193" w:rsidRPr="00F25193" w:rsidRDefault="00F25193" w:rsidP="00F2519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F25193">
        <w:rPr>
          <w:rFonts w:ascii="Tahoma" w:hAnsi="Tahoma" w:cs="Tahoma" w:hint="eastAsia"/>
          <w:rtl/>
        </w:rPr>
        <w:t>قزلباشان</w:t>
      </w:r>
      <w:r w:rsidRPr="00F25193">
        <w:rPr>
          <w:rFonts w:ascii="Tahoma" w:hAnsi="Tahoma" w:cs="Tahoma"/>
          <w:rtl/>
        </w:rPr>
        <w:t xml:space="preserve"> نمونهٔ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گر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از هم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/>
          <w:rtl/>
        </w:rPr>
        <w:t xml:space="preserve"> تضاد بودند. آنان حکومت صفو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را پد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د</w:t>
      </w:r>
      <w:r w:rsidRPr="00F25193">
        <w:rPr>
          <w:rFonts w:ascii="Tahoma" w:hAnsi="Tahoma" w:cs="Tahoma"/>
          <w:rtl/>
        </w:rPr>
        <w:t xml:space="preserve"> آوردند، ول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ش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وهٔ</w:t>
      </w:r>
      <w:r w:rsidRPr="00F25193">
        <w:rPr>
          <w:rFonts w:ascii="Tahoma" w:hAnsi="Tahoma" w:cs="Tahoma"/>
          <w:rtl/>
        </w:rPr>
        <w:t xml:space="preserve"> سازمان‌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اب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ل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شان</w:t>
      </w:r>
      <w:r w:rsidRPr="00F25193">
        <w:rPr>
          <w:rFonts w:ascii="Tahoma" w:hAnsi="Tahoma" w:cs="Tahoma"/>
          <w:rtl/>
        </w:rPr>
        <w:t xml:space="preserve"> با 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ازها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ک</w:t>
      </w:r>
      <w:r w:rsidRPr="00F25193">
        <w:rPr>
          <w:rFonts w:ascii="Tahoma" w:hAnsi="Tahoma" w:cs="Tahoma"/>
          <w:rtl/>
        </w:rPr>
        <w:t xml:space="preserve"> کشور متمرکز سازگار نبود. هر ام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ر</w:t>
      </w:r>
      <w:r w:rsidRPr="00F25193">
        <w:rPr>
          <w:rFonts w:ascii="Tahoma" w:hAnsi="Tahoma" w:cs="Tahoma"/>
          <w:rtl/>
        </w:rPr>
        <w:t xml:space="preserve"> قزلباش 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رو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خود را از طا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فه‌اش</w:t>
      </w:r>
      <w:r w:rsidRPr="00F25193">
        <w:rPr>
          <w:rFonts w:ascii="Tahoma" w:hAnsi="Tahoma" w:cs="Tahoma"/>
          <w:rtl/>
        </w:rPr>
        <w:t xml:space="preserve">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گرفت</w:t>
      </w:r>
      <w:r w:rsidRPr="00F25193">
        <w:rPr>
          <w:rFonts w:ascii="Tahoma" w:hAnsi="Tahoma" w:cs="Tahoma"/>
          <w:rtl/>
        </w:rPr>
        <w:t xml:space="preserve"> و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کوش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د</w:t>
      </w:r>
      <w:r w:rsidRPr="00F25193">
        <w:rPr>
          <w:rFonts w:ascii="Tahoma" w:hAnsi="Tahoma" w:cs="Tahoma"/>
          <w:rtl/>
        </w:rPr>
        <w:t xml:space="preserve"> 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الت‌ها</w:t>
      </w:r>
      <w:r w:rsidRPr="00F25193">
        <w:rPr>
          <w:rFonts w:ascii="Tahoma" w:hAnsi="Tahoma" w:cs="Tahoma"/>
          <w:rtl/>
        </w:rPr>
        <w:t xml:space="preserve"> و منصب‌ها را در اخت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ار</w:t>
      </w:r>
      <w:r w:rsidRPr="00F25193">
        <w:rPr>
          <w:rFonts w:ascii="Tahoma" w:hAnsi="Tahoma" w:cs="Tahoma"/>
          <w:rtl/>
        </w:rPr>
        <w:t xml:space="preserve"> وابستگان خو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ش</w:t>
      </w:r>
      <w:r w:rsidRPr="00F25193">
        <w:rPr>
          <w:rFonts w:ascii="Tahoma" w:hAnsi="Tahoma" w:cs="Tahoma"/>
          <w:rtl/>
        </w:rPr>
        <w:t xml:space="preserve"> نگه دار</w:t>
      </w:r>
      <w:r w:rsidRPr="00F25193">
        <w:rPr>
          <w:rFonts w:ascii="Tahoma" w:hAnsi="Tahoma" w:cs="Tahoma" w:hint="eastAsia"/>
          <w:rtl/>
        </w:rPr>
        <w:t>د</w:t>
      </w:r>
      <w:r w:rsidRPr="00F25193">
        <w:rPr>
          <w:rFonts w:ascii="Tahoma" w:hAnsi="Tahoma" w:cs="Tahoma"/>
          <w:rtl/>
        </w:rPr>
        <w:t>. شاه برا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حفظ تاج به قزلباشان 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از</w:t>
      </w:r>
      <w:r w:rsidRPr="00F25193">
        <w:rPr>
          <w:rFonts w:ascii="Tahoma" w:hAnsi="Tahoma" w:cs="Tahoma"/>
          <w:rtl/>
        </w:rPr>
        <w:t xml:space="preserve"> داشت، اما برا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تبد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ل</w:t>
      </w:r>
      <w:r w:rsidRPr="00F25193">
        <w:rPr>
          <w:rFonts w:ascii="Tahoma" w:hAnsi="Tahoma" w:cs="Tahoma"/>
          <w:rtl/>
        </w:rPr>
        <w:t xml:space="preserve"> شدن به فرمانروا</w:t>
      </w:r>
      <w:r w:rsidRPr="00F25193">
        <w:rPr>
          <w:rFonts w:ascii="Tahoma" w:hAnsi="Tahoma" w:cs="Tahoma" w:hint="cs"/>
          <w:rtl/>
        </w:rPr>
        <w:t>یی</w:t>
      </w:r>
      <w:r w:rsidRPr="00F25193">
        <w:rPr>
          <w:rFonts w:ascii="Tahoma" w:hAnsi="Tahoma" w:cs="Tahoma"/>
          <w:rtl/>
        </w:rPr>
        <w:t xml:space="preserve"> واقع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با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د</w:t>
      </w:r>
      <w:r w:rsidRPr="00F25193">
        <w:rPr>
          <w:rFonts w:ascii="Tahoma" w:hAnsi="Tahoma" w:cs="Tahoma"/>
          <w:rtl/>
        </w:rPr>
        <w:t xml:space="preserve"> قدرت آنان را محدود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کرد</w:t>
      </w:r>
      <w:r w:rsidRPr="00F25193">
        <w:rPr>
          <w:rFonts w:ascii="Tahoma" w:hAnsi="Tahoma" w:cs="Tahoma"/>
          <w:rtl/>
        </w:rPr>
        <w:t>. هرچه کشور گسترده‌تر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شد،</w:t>
      </w:r>
      <w:r w:rsidRPr="00F25193">
        <w:rPr>
          <w:rFonts w:ascii="Tahoma" w:hAnsi="Tahoma" w:cs="Tahoma"/>
          <w:rtl/>
        </w:rPr>
        <w:t xml:space="preserve"> اتکا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آن به وفادار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شخص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طا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فه‌ها</w:t>
      </w:r>
      <w:r w:rsidRPr="00F25193">
        <w:rPr>
          <w:rFonts w:ascii="Tahoma" w:hAnsi="Tahoma" w:cs="Tahoma"/>
          <w:rtl/>
        </w:rPr>
        <w:t xml:space="preserve"> خطرناک‌تر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گرد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د</w:t>
      </w:r>
      <w:r w:rsidRPr="00F25193">
        <w:rPr>
          <w:rFonts w:ascii="Tahoma" w:hAnsi="Tahoma" w:cs="Tahoma"/>
          <w:rtl/>
        </w:rPr>
        <w:t>.</w:t>
      </w:r>
    </w:p>
    <w:p w:rsidR="00F25193" w:rsidRPr="00F25193" w:rsidRDefault="00F25193" w:rsidP="00F2519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F25193">
        <w:rPr>
          <w:rFonts w:ascii="Tahoma" w:hAnsi="Tahoma" w:cs="Tahoma" w:hint="eastAsia"/>
          <w:rtl/>
        </w:rPr>
        <w:t>شاه</w:t>
      </w:r>
      <w:r w:rsidRPr="00F25193">
        <w:rPr>
          <w:rFonts w:ascii="Tahoma" w:hAnsi="Tahoma" w:cs="Tahoma"/>
          <w:rtl/>
        </w:rPr>
        <w:t xml:space="preserve"> عباس 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/>
          <w:rtl/>
        </w:rPr>
        <w:t xml:space="preserve"> مسئله را شناخت و کوش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د</w:t>
      </w:r>
      <w:r w:rsidRPr="00F25193">
        <w:rPr>
          <w:rFonts w:ascii="Tahoma" w:hAnsi="Tahoma" w:cs="Tahoma"/>
          <w:rtl/>
        </w:rPr>
        <w:t xml:space="preserve"> 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رو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نظام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گر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در برابر انحصار قزلباشان بسازد. غلامان قفقاز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،</w:t>
      </w:r>
      <w:r w:rsidRPr="00F25193">
        <w:rPr>
          <w:rFonts w:ascii="Tahoma" w:hAnsi="Tahoma" w:cs="Tahoma"/>
          <w:rtl/>
        </w:rPr>
        <w:t xml:space="preserve"> تفنگچ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ان</w:t>
      </w:r>
      <w:r w:rsidRPr="00F25193">
        <w:rPr>
          <w:rFonts w:ascii="Tahoma" w:hAnsi="Tahoma" w:cs="Tahoma"/>
          <w:rtl/>
        </w:rPr>
        <w:t xml:space="preserve"> و توپچ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ان،</w:t>
      </w:r>
      <w:r w:rsidRPr="00F25193">
        <w:rPr>
          <w:rFonts w:ascii="Tahoma" w:hAnsi="Tahoma" w:cs="Tahoma"/>
          <w:rtl/>
        </w:rPr>
        <w:t xml:space="preserve"> قشون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را پد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د</w:t>
      </w:r>
      <w:r w:rsidRPr="00F25193">
        <w:rPr>
          <w:rFonts w:ascii="Tahoma" w:hAnsi="Tahoma" w:cs="Tahoma"/>
          <w:rtl/>
        </w:rPr>
        <w:t xml:space="preserve"> آوردند که وابستگ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آن به تاج مستق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م‌تر</w:t>
      </w:r>
      <w:r w:rsidRPr="00F25193">
        <w:rPr>
          <w:rFonts w:ascii="Tahoma" w:hAnsi="Tahoma" w:cs="Tahoma"/>
          <w:rtl/>
        </w:rPr>
        <w:t xml:space="preserve"> بود. 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/>
          <w:rtl/>
        </w:rPr>
        <w:t xml:space="preserve"> کار قدرت شاه را افزا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ش</w:t>
      </w:r>
      <w:r w:rsidRPr="00F25193">
        <w:rPr>
          <w:rFonts w:ascii="Tahoma" w:hAnsi="Tahoma" w:cs="Tahoma"/>
          <w:rtl/>
        </w:rPr>
        <w:t xml:space="preserve"> داد، ول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برا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نگهدار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قشون تازه به درآمد ب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شتر</w:t>
      </w:r>
      <w:r w:rsidRPr="00F25193">
        <w:rPr>
          <w:rFonts w:ascii="Tahoma" w:hAnsi="Tahoma" w:cs="Tahoma"/>
          <w:rtl/>
        </w:rPr>
        <w:t xml:space="preserve"> و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>وان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کارآمدتر 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از</w:t>
      </w:r>
      <w:r w:rsidRPr="00F25193">
        <w:rPr>
          <w:rFonts w:ascii="Tahoma" w:hAnsi="Tahoma" w:cs="Tahoma"/>
          <w:rtl/>
        </w:rPr>
        <w:t xml:space="preserve"> بود. سپاه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که از خزانه مواجب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گرفت،</w:t>
      </w:r>
      <w:r w:rsidRPr="00F25193">
        <w:rPr>
          <w:rFonts w:ascii="Tahoma" w:hAnsi="Tahoma" w:cs="Tahoma"/>
          <w:rtl/>
        </w:rPr>
        <w:t xml:space="preserve"> بدون نظام منظم مال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ات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دوام نم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آورد</w:t>
      </w:r>
      <w:r w:rsidRPr="00F25193">
        <w:rPr>
          <w:rFonts w:ascii="Tahoma" w:hAnsi="Tahoma" w:cs="Tahoma"/>
          <w:rtl/>
        </w:rPr>
        <w:t>. بنابرا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ن،</w:t>
      </w:r>
      <w:r w:rsidRPr="00F25193">
        <w:rPr>
          <w:rFonts w:ascii="Tahoma" w:hAnsi="Tahoma" w:cs="Tahoma"/>
          <w:rtl/>
        </w:rPr>
        <w:t xml:space="preserve"> محدود کردن قدرت 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لات</w:t>
      </w:r>
      <w:r w:rsidRPr="00F25193">
        <w:rPr>
          <w:rFonts w:ascii="Tahoma" w:hAnsi="Tahoma" w:cs="Tahoma"/>
          <w:rtl/>
        </w:rPr>
        <w:t xml:space="preserve"> به گسترش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وان</w:t>
      </w:r>
      <w:r w:rsidRPr="00F25193">
        <w:rPr>
          <w:rFonts w:ascii="Tahoma" w:hAnsi="Tahoma" w:cs="Tahoma"/>
          <w:rtl/>
        </w:rPr>
        <w:t xml:space="preserve"> و افزا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ش</w:t>
      </w:r>
      <w:r w:rsidRPr="00F25193">
        <w:rPr>
          <w:rFonts w:ascii="Tahoma" w:hAnsi="Tahoma" w:cs="Tahoma"/>
          <w:rtl/>
        </w:rPr>
        <w:t xml:space="preserve"> دخالت حکومت مرکز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در منابع 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الت‌ها</w:t>
      </w:r>
      <w:r w:rsidRPr="00F25193">
        <w:rPr>
          <w:rFonts w:ascii="Tahoma" w:hAnsi="Tahoma" w:cs="Tahoma"/>
          <w:rtl/>
        </w:rPr>
        <w:t xml:space="preserve"> انجام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د</w:t>
      </w:r>
      <w:r w:rsidRPr="00F25193">
        <w:rPr>
          <w:rFonts w:ascii="Tahoma" w:hAnsi="Tahoma" w:cs="Tahoma"/>
          <w:rtl/>
        </w:rPr>
        <w:t>.</w:t>
      </w:r>
    </w:p>
    <w:p w:rsidR="00F25193" w:rsidRPr="00F25193" w:rsidRDefault="00F25193" w:rsidP="00F2519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F25193">
        <w:rPr>
          <w:rFonts w:ascii="Tahoma" w:hAnsi="Tahoma" w:cs="Tahoma" w:hint="eastAsia"/>
          <w:rtl/>
        </w:rPr>
        <w:t>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وان</w:t>
      </w:r>
      <w:r w:rsidRPr="00F25193">
        <w:rPr>
          <w:rFonts w:ascii="Tahoma" w:hAnsi="Tahoma" w:cs="Tahoma"/>
          <w:rtl/>
        </w:rPr>
        <w:t xml:space="preserve"> در حکومت صفو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فقط دستگاه نوشتن فرمان‌ها 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</w:t>
      </w:r>
      <w:r w:rsidRPr="00F25193">
        <w:rPr>
          <w:rFonts w:ascii="Tahoma" w:hAnsi="Tahoma" w:cs="Tahoma"/>
          <w:rtl/>
        </w:rPr>
        <w:t xml:space="preserve"> ثبت حساب‌ها نبود. 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/>
          <w:rtl/>
        </w:rPr>
        <w:t xml:space="preserve"> دستگاه با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د</w:t>
      </w:r>
      <w:r w:rsidRPr="00F25193">
        <w:rPr>
          <w:rFonts w:ascii="Tahoma" w:hAnsi="Tahoma" w:cs="Tahoma"/>
          <w:rtl/>
        </w:rPr>
        <w:t xml:space="preserve"> فتوحات قشون را به درآمد پا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دار،</w:t>
      </w:r>
      <w:r w:rsidRPr="00F25193">
        <w:rPr>
          <w:rFonts w:ascii="Tahoma" w:hAnsi="Tahoma" w:cs="Tahoma"/>
          <w:rtl/>
        </w:rPr>
        <w:t xml:space="preserve"> فرمان شاه را به ادارهٔ روزانه و قلمرو متغ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ر</w:t>
      </w:r>
      <w:r w:rsidRPr="00F25193">
        <w:rPr>
          <w:rFonts w:ascii="Tahoma" w:hAnsi="Tahoma" w:cs="Tahoma"/>
          <w:rtl/>
        </w:rPr>
        <w:t xml:space="preserve"> نظام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را به کشور تبد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ل</w:t>
      </w:r>
      <w:r w:rsidRPr="00F25193">
        <w:rPr>
          <w:rFonts w:ascii="Tahoma" w:hAnsi="Tahoma" w:cs="Tahoma"/>
          <w:rtl/>
        </w:rPr>
        <w:t xml:space="preserve">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کرد</w:t>
      </w:r>
      <w:r w:rsidRPr="00F25193">
        <w:rPr>
          <w:rFonts w:ascii="Tahoma" w:hAnsi="Tahoma" w:cs="Tahoma"/>
          <w:rtl/>
        </w:rPr>
        <w:t>. قشون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توانست</w:t>
      </w:r>
      <w:r w:rsidRPr="00F25193">
        <w:rPr>
          <w:rFonts w:ascii="Tahoma" w:hAnsi="Tahoma" w:cs="Tahoma"/>
          <w:rtl/>
        </w:rPr>
        <w:t xml:space="preserve"> شهر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را بگ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رد،</w:t>
      </w:r>
      <w:r w:rsidRPr="00F25193">
        <w:rPr>
          <w:rFonts w:ascii="Tahoma" w:hAnsi="Tahoma" w:cs="Tahoma"/>
          <w:rtl/>
        </w:rPr>
        <w:t xml:space="preserve"> اما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وان</w:t>
      </w:r>
      <w:r w:rsidRPr="00F25193">
        <w:rPr>
          <w:rFonts w:ascii="Tahoma" w:hAnsi="Tahoma" w:cs="Tahoma"/>
          <w:rtl/>
        </w:rPr>
        <w:t xml:space="preserve"> با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د</w:t>
      </w:r>
      <w:r w:rsidRPr="00F25193">
        <w:rPr>
          <w:rFonts w:ascii="Tahoma" w:hAnsi="Tahoma" w:cs="Tahoma"/>
          <w:rtl/>
        </w:rPr>
        <w:t xml:space="preserve"> مال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ات</w:t>
      </w:r>
      <w:r w:rsidRPr="00F25193">
        <w:rPr>
          <w:rFonts w:ascii="Tahoma" w:hAnsi="Tahoma" w:cs="Tahoma"/>
          <w:rtl/>
        </w:rPr>
        <w:t xml:space="preserve"> آن را تع</w:t>
      </w:r>
      <w:r w:rsidRPr="00F25193">
        <w:rPr>
          <w:rFonts w:ascii="Tahoma" w:hAnsi="Tahoma" w:cs="Tahoma" w:hint="cs"/>
          <w:rtl/>
        </w:rPr>
        <w:t>یی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/>
          <w:rtl/>
        </w:rPr>
        <w:t xml:space="preserve"> 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>‌کرد، راه‌ها را نگاه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داشت،</w:t>
      </w:r>
      <w:r w:rsidRPr="00F25193">
        <w:rPr>
          <w:rFonts w:ascii="Tahoma" w:hAnsi="Tahoma" w:cs="Tahoma"/>
          <w:rtl/>
        </w:rPr>
        <w:t xml:space="preserve"> هز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نهٔ</w:t>
      </w:r>
      <w:r w:rsidRPr="00F25193">
        <w:rPr>
          <w:rFonts w:ascii="Tahoma" w:hAnsi="Tahoma" w:cs="Tahoma"/>
          <w:rtl/>
        </w:rPr>
        <w:t xml:space="preserve"> سپاه را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پرداخت،</w:t>
      </w:r>
      <w:r w:rsidRPr="00F25193">
        <w:rPr>
          <w:rFonts w:ascii="Tahoma" w:hAnsi="Tahoma" w:cs="Tahoma"/>
          <w:rtl/>
        </w:rPr>
        <w:t xml:space="preserve"> اختلاف‌ها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ادار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را حل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کرد</w:t>
      </w:r>
      <w:r w:rsidRPr="00F25193">
        <w:rPr>
          <w:rFonts w:ascii="Tahoma" w:hAnsi="Tahoma" w:cs="Tahoma"/>
          <w:rtl/>
        </w:rPr>
        <w:t xml:space="preserve"> و پ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وند</w:t>
      </w:r>
      <w:r w:rsidRPr="00F25193">
        <w:rPr>
          <w:rFonts w:ascii="Tahoma" w:hAnsi="Tahoma" w:cs="Tahoma"/>
          <w:rtl/>
        </w:rPr>
        <w:t xml:space="preserve"> 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الت</w:t>
      </w:r>
      <w:r w:rsidRPr="00F25193">
        <w:rPr>
          <w:rFonts w:ascii="Tahoma" w:hAnsi="Tahoma" w:cs="Tahoma"/>
          <w:rtl/>
        </w:rPr>
        <w:t xml:space="preserve"> با مرکز را ادامه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داد</w:t>
      </w:r>
      <w:r w:rsidRPr="00F25193">
        <w:rPr>
          <w:rFonts w:ascii="Tahoma" w:hAnsi="Tahoma" w:cs="Tahoma"/>
          <w:rtl/>
        </w:rPr>
        <w:t>. هرجا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وان</w:t>
      </w:r>
      <w:r w:rsidRPr="00F25193">
        <w:rPr>
          <w:rFonts w:ascii="Tahoma" w:hAnsi="Tahoma" w:cs="Tahoma"/>
          <w:rtl/>
        </w:rPr>
        <w:t xml:space="preserve"> ضع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ف</w:t>
      </w:r>
      <w:r w:rsidRPr="00F25193">
        <w:rPr>
          <w:rFonts w:ascii="Tahoma" w:hAnsi="Tahoma" w:cs="Tahoma"/>
          <w:rtl/>
        </w:rPr>
        <w:t xml:space="preserve"> بود، قدرت حکومت 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ز</w:t>
      </w:r>
      <w:r w:rsidRPr="00F25193">
        <w:rPr>
          <w:rFonts w:ascii="Tahoma" w:hAnsi="Tahoma" w:cs="Tahoma"/>
          <w:rtl/>
        </w:rPr>
        <w:t xml:space="preserve"> پس از دور شدن قشون کاهش م</w:t>
      </w:r>
      <w:r w:rsidRPr="00F25193">
        <w:rPr>
          <w:rFonts w:ascii="Tahoma" w:hAnsi="Tahoma" w:cs="Tahoma" w:hint="cs"/>
          <w:rtl/>
        </w:rPr>
        <w:t>ی‌ی</w:t>
      </w:r>
      <w:r w:rsidRPr="00F25193">
        <w:rPr>
          <w:rFonts w:ascii="Tahoma" w:hAnsi="Tahoma" w:cs="Tahoma" w:hint="eastAsia"/>
          <w:rtl/>
        </w:rPr>
        <w:t>افت</w:t>
      </w:r>
      <w:r w:rsidRPr="00F25193">
        <w:rPr>
          <w:rFonts w:ascii="Tahoma" w:hAnsi="Tahoma" w:cs="Tahoma"/>
          <w:rtl/>
        </w:rPr>
        <w:t>.</w:t>
      </w:r>
    </w:p>
    <w:p w:rsidR="00F25193" w:rsidRPr="00F25193" w:rsidRDefault="00F25193" w:rsidP="00F2519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F25193">
        <w:rPr>
          <w:rFonts w:ascii="Tahoma" w:hAnsi="Tahoma" w:cs="Tahoma" w:hint="eastAsia"/>
          <w:rtl/>
        </w:rPr>
        <w:t>با</w:t>
      </w:r>
      <w:r w:rsidRPr="00F25193">
        <w:rPr>
          <w:rFonts w:ascii="Tahoma" w:hAnsi="Tahoma" w:cs="Tahoma"/>
          <w:rtl/>
        </w:rPr>
        <w:t xml:space="preserve"> رسم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شدن</w:t>
      </w:r>
      <w:r w:rsidRPr="00F25193">
        <w:rPr>
          <w:rFonts w:ascii="Tahoma" w:hAnsi="Tahoma" w:cs="Tahoma"/>
          <w:rtl/>
        </w:rPr>
        <w:t xml:space="preserve"> تش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ع،</w:t>
      </w:r>
      <w:r w:rsidRPr="00F25193">
        <w:rPr>
          <w:rFonts w:ascii="Tahoma" w:hAnsi="Tahoma" w:cs="Tahoma"/>
          <w:rtl/>
        </w:rPr>
        <w:t xml:space="preserve"> وظا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ف</w:t>
      </w:r>
      <w:r w:rsidRPr="00F25193">
        <w:rPr>
          <w:rFonts w:ascii="Tahoma" w:hAnsi="Tahoma" w:cs="Tahoma"/>
          <w:rtl/>
        </w:rPr>
        <w:t xml:space="preserve">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وان</w:t>
      </w:r>
      <w:r w:rsidRPr="00F25193">
        <w:rPr>
          <w:rFonts w:ascii="Tahoma" w:hAnsi="Tahoma" w:cs="Tahoma"/>
          <w:rtl/>
        </w:rPr>
        <w:t xml:space="preserve"> پ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ده‌تر</w:t>
      </w:r>
      <w:r w:rsidRPr="00F25193">
        <w:rPr>
          <w:rFonts w:ascii="Tahoma" w:hAnsi="Tahoma" w:cs="Tahoma"/>
          <w:rtl/>
        </w:rPr>
        <w:t xml:space="preserve"> شد. اکنون با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د</w:t>
      </w:r>
      <w:r w:rsidRPr="00F25193">
        <w:rPr>
          <w:rFonts w:ascii="Tahoma" w:hAnsi="Tahoma" w:cs="Tahoma"/>
          <w:rtl/>
        </w:rPr>
        <w:t xml:space="preserve"> منصب‌ها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مذهب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،</w:t>
      </w:r>
      <w:r w:rsidRPr="00F25193">
        <w:rPr>
          <w:rFonts w:ascii="Tahoma" w:hAnsi="Tahoma" w:cs="Tahoma"/>
          <w:rtl/>
        </w:rPr>
        <w:t xml:space="preserve"> مدرسه‌ها، موقوفه‌ها، ز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ارتگاه‌ها</w:t>
      </w:r>
      <w:r w:rsidRPr="00F25193">
        <w:rPr>
          <w:rFonts w:ascii="Tahoma" w:hAnsi="Tahoma" w:cs="Tahoma"/>
          <w:rtl/>
        </w:rPr>
        <w:t xml:space="preserve"> و مستمر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ها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نکاران</w:t>
      </w:r>
      <w:r w:rsidRPr="00F25193">
        <w:rPr>
          <w:rFonts w:ascii="Tahoma" w:hAnsi="Tahoma" w:cs="Tahoma"/>
          <w:rtl/>
        </w:rPr>
        <w:t xml:space="preserve"> 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ز</w:t>
      </w:r>
      <w:r w:rsidRPr="00F25193">
        <w:rPr>
          <w:rFonts w:ascii="Tahoma" w:hAnsi="Tahoma" w:cs="Tahoma"/>
          <w:rtl/>
        </w:rPr>
        <w:t xml:space="preserve"> در ساختار حکومت جا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گرفتند</w:t>
      </w:r>
      <w:r w:rsidRPr="00F25193">
        <w:rPr>
          <w:rFonts w:ascii="Tahoma" w:hAnsi="Tahoma" w:cs="Tahoma"/>
          <w:rtl/>
        </w:rPr>
        <w:t>. مذهب رسم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فقط در مسجد و مدرسه زندگ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نم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کرد؛</w:t>
      </w:r>
      <w:r w:rsidRPr="00F25193">
        <w:rPr>
          <w:rFonts w:ascii="Tahoma" w:hAnsi="Tahoma" w:cs="Tahoma"/>
          <w:rtl/>
        </w:rPr>
        <w:t xml:space="preserve"> برا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گسترش خود به زم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ن،</w:t>
      </w:r>
      <w:r w:rsidRPr="00F25193">
        <w:rPr>
          <w:rFonts w:ascii="Tahoma" w:hAnsi="Tahoma" w:cs="Tahoma"/>
          <w:rtl/>
        </w:rPr>
        <w:t xml:space="preserve"> پول، ساختمان، ثبت، انتصاب </w:t>
      </w:r>
      <w:r w:rsidRPr="00F25193">
        <w:rPr>
          <w:rFonts w:ascii="Tahoma" w:hAnsi="Tahoma" w:cs="Tahoma" w:hint="eastAsia"/>
          <w:rtl/>
        </w:rPr>
        <w:t>و</w:t>
      </w:r>
      <w:r w:rsidRPr="00F25193">
        <w:rPr>
          <w:rFonts w:ascii="Tahoma" w:hAnsi="Tahoma" w:cs="Tahoma"/>
          <w:rtl/>
        </w:rPr>
        <w:t xml:space="preserve"> پشت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بان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حکومت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از</w:t>
      </w:r>
      <w:r w:rsidRPr="00F25193">
        <w:rPr>
          <w:rFonts w:ascii="Tahoma" w:hAnsi="Tahoma" w:cs="Tahoma"/>
          <w:rtl/>
        </w:rPr>
        <w:t xml:space="preserve"> داشت. ازا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ن‌رو،</w:t>
      </w:r>
      <w:r w:rsidRPr="00F25193">
        <w:rPr>
          <w:rFonts w:ascii="Tahoma" w:hAnsi="Tahoma" w:cs="Tahoma"/>
          <w:rtl/>
        </w:rPr>
        <w:t xml:space="preserve"> حت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دستگاه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نکار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ز</w:t>
      </w:r>
      <w:r w:rsidRPr="00F25193">
        <w:rPr>
          <w:rFonts w:ascii="Tahoma" w:hAnsi="Tahoma" w:cs="Tahoma"/>
          <w:rtl/>
        </w:rPr>
        <w:t xml:space="preserve"> بدون همکار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وان</w:t>
      </w:r>
      <w:r w:rsidRPr="00F25193">
        <w:rPr>
          <w:rFonts w:ascii="Tahoma" w:hAnsi="Tahoma" w:cs="Tahoma"/>
          <w:rtl/>
        </w:rPr>
        <w:t xml:space="preserve"> نم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توانست</w:t>
      </w:r>
      <w:r w:rsidRPr="00F25193">
        <w:rPr>
          <w:rFonts w:ascii="Tahoma" w:hAnsi="Tahoma" w:cs="Tahoma"/>
          <w:rtl/>
        </w:rPr>
        <w:t xml:space="preserve"> به 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رو</w:t>
      </w:r>
      <w:r w:rsidRPr="00F25193">
        <w:rPr>
          <w:rFonts w:ascii="Tahoma" w:hAnsi="Tahoma" w:cs="Tahoma" w:hint="cs"/>
          <w:rtl/>
        </w:rPr>
        <w:t>یی</w:t>
      </w:r>
      <w:r w:rsidRPr="00F25193">
        <w:rPr>
          <w:rFonts w:ascii="Tahoma" w:hAnsi="Tahoma" w:cs="Tahoma"/>
          <w:rtl/>
        </w:rPr>
        <w:t xml:space="preserve"> سراسر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تبد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ل</w:t>
      </w:r>
      <w:r w:rsidRPr="00F25193">
        <w:rPr>
          <w:rFonts w:ascii="Tahoma" w:hAnsi="Tahoma" w:cs="Tahoma"/>
          <w:rtl/>
        </w:rPr>
        <w:t xml:space="preserve"> شود.</w:t>
      </w:r>
    </w:p>
    <w:p w:rsidR="00F25193" w:rsidRPr="00F25193" w:rsidRDefault="00F25193" w:rsidP="00F2519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F25193">
        <w:rPr>
          <w:rFonts w:ascii="Tahoma" w:hAnsi="Tahoma" w:cs="Tahoma" w:hint="eastAsia"/>
          <w:rtl/>
        </w:rPr>
        <w:t>اما</w:t>
      </w:r>
      <w:r w:rsidRPr="00F25193">
        <w:rPr>
          <w:rFonts w:ascii="Tahoma" w:hAnsi="Tahoma" w:cs="Tahoma"/>
          <w:rtl/>
        </w:rPr>
        <w:t xml:space="preserve"> منابع کشور محدود بود. تاج، قشون،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وان</w:t>
      </w:r>
      <w:r w:rsidRPr="00F25193">
        <w:rPr>
          <w:rFonts w:ascii="Tahoma" w:hAnsi="Tahoma" w:cs="Tahoma"/>
          <w:rtl/>
        </w:rPr>
        <w:t xml:space="preserve"> و دستگاه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نکار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هر 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ک</w:t>
      </w:r>
      <w:r w:rsidRPr="00F25193">
        <w:rPr>
          <w:rFonts w:ascii="Tahoma" w:hAnsi="Tahoma" w:cs="Tahoma"/>
          <w:rtl/>
        </w:rPr>
        <w:t xml:space="preserve"> سهم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از درآمدها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خواستند</w:t>
      </w:r>
      <w:r w:rsidRPr="00F25193">
        <w:rPr>
          <w:rFonts w:ascii="Tahoma" w:hAnsi="Tahoma" w:cs="Tahoma"/>
          <w:rtl/>
        </w:rPr>
        <w:t>. تاج هز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نهٔ</w:t>
      </w:r>
      <w:r w:rsidRPr="00F25193">
        <w:rPr>
          <w:rFonts w:ascii="Tahoma" w:hAnsi="Tahoma" w:cs="Tahoma"/>
          <w:rtl/>
        </w:rPr>
        <w:t xml:space="preserve"> دربار و نما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ش</w:t>
      </w:r>
      <w:r w:rsidRPr="00F25193">
        <w:rPr>
          <w:rFonts w:ascii="Tahoma" w:hAnsi="Tahoma" w:cs="Tahoma"/>
          <w:rtl/>
        </w:rPr>
        <w:t xml:space="preserve"> شکوه پادشاه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را بر دوش خزانه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گذاشت</w:t>
      </w:r>
      <w:r w:rsidRPr="00F25193">
        <w:rPr>
          <w:rFonts w:ascii="Tahoma" w:hAnsi="Tahoma" w:cs="Tahoma"/>
          <w:rtl/>
        </w:rPr>
        <w:t>. قشون برا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حفظ مرزها، سرکوب شورش‌ها و پرداخت مواجب به پول 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از</w:t>
      </w:r>
      <w:r w:rsidRPr="00F25193">
        <w:rPr>
          <w:rFonts w:ascii="Tahoma" w:hAnsi="Tahoma" w:cs="Tahoma"/>
          <w:rtl/>
        </w:rPr>
        <w:t xml:space="preserve"> داشت.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وان</w:t>
      </w:r>
      <w:r w:rsidRPr="00F25193">
        <w:rPr>
          <w:rFonts w:ascii="Tahoma" w:hAnsi="Tahoma" w:cs="Tahoma"/>
          <w:rtl/>
        </w:rPr>
        <w:t xml:space="preserve"> برا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ادارهٔ کشور و نگهدا</w:t>
      </w:r>
      <w:r w:rsidRPr="00F25193">
        <w:rPr>
          <w:rFonts w:ascii="Tahoma" w:hAnsi="Tahoma" w:cs="Tahoma" w:hint="eastAsia"/>
          <w:rtl/>
        </w:rPr>
        <w:t>ر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راه‌ها و شهرها هز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نه</w:t>
      </w:r>
      <w:r w:rsidRPr="00F25193">
        <w:rPr>
          <w:rFonts w:ascii="Tahoma" w:hAnsi="Tahoma" w:cs="Tahoma"/>
          <w:rtl/>
        </w:rPr>
        <w:t xml:space="preserve">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کرد</w:t>
      </w:r>
      <w:r w:rsidRPr="00F25193">
        <w:rPr>
          <w:rFonts w:ascii="Tahoma" w:hAnsi="Tahoma" w:cs="Tahoma"/>
          <w:rtl/>
        </w:rPr>
        <w:t>. دستگاه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نکار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ز</w:t>
      </w:r>
      <w:r w:rsidRPr="00F25193">
        <w:rPr>
          <w:rFonts w:ascii="Tahoma" w:hAnsi="Tahoma" w:cs="Tahoma"/>
          <w:rtl/>
        </w:rPr>
        <w:t xml:space="preserve"> از راه موقوفه‌ها، مستمر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ها</w:t>
      </w:r>
      <w:r w:rsidRPr="00F25193">
        <w:rPr>
          <w:rFonts w:ascii="Tahoma" w:hAnsi="Tahoma" w:cs="Tahoma"/>
          <w:rtl/>
        </w:rPr>
        <w:t xml:space="preserve"> و منصب‌ها بخش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از منابع جامعه را در اخت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ار</w:t>
      </w:r>
      <w:r w:rsidRPr="00F25193">
        <w:rPr>
          <w:rFonts w:ascii="Tahoma" w:hAnsi="Tahoma" w:cs="Tahoma"/>
          <w:rtl/>
        </w:rPr>
        <w:t xml:space="preserve">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گرفت</w:t>
      </w:r>
      <w:r w:rsidRPr="00F25193">
        <w:rPr>
          <w:rFonts w:ascii="Tahoma" w:hAnsi="Tahoma" w:cs="Tahoma"/>
          <w:rtl/>
        </w:rPr>
        <w:t>. تا هنگام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که شاه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توانا 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ان</w:t>
      </w:r>
      <w:r w:rsidRPr="00F25193">
        <w:rPr>
          <w:rFonts w:ascii="Tahoma" w:hAnsi="Tahoma" w:cs="Tahoma"/>
          <w:rtl/>
        </w:rPr>
        <w:t xml:space="preserve"> 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/>
          <w:rtl/>
        </w:rPr>
        <w:t xml:space="preserve"> 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ازها</w:t>
      </w:r>
      <w:r w:rsidRPr="00F25193">
        <w:rPr>
          <w:rFonts w:ascii="Tahoma" w:hAnsi="Tahoma" w:cs="Tahoma"/>
          <w:rtl/>
        </w:rPr>
        <w:t xml:space="preserve"> تعادل برقرار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کرد،</w:t>
      </w:r>
      <w:r w:rsidRPr="00F25193">
        <w:rPr>
          <w:rFonts w:ascii="Tahoma" w:hAnsi="Tahoma" w:cs="Tahoma"/>
          <w:rtl/>
        </w:rPr>
        <w:t xml:space="preserve"> حکومت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توانست</w:t>
      </w:r>
      <w:r w:rsidRPr="00F25193">
        <w:rPr>
          <w:rFonts w:ascii="Tahoma" w:hAnsi="Tahoma" w:cs="Tahoma"/>
          <w:rtl/>
        </w:rPr>
        <w:t xml:space="preserve"> به کار خود ادامه دهد؛ اما با ضع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ف</w:t>
      </w:r>
      <w:r w:rsidRPr="00F25193">
        <w:rPr>
          <w:rFonts w:ascii="Tahoma" w:hAnsi="Tahoma" w:cs="Tahoma"/>
          <w:rtl/>
        </w:rPr>
        <w:t xml:space="preserve"> شدن تاج، رقابت بر سر منابع شدت م</w:t>
      </w:r>
      <w:r w:rsidRPr="00F25193">
        <w:rPr>
          <w:rFonts w:ascii="Tahoma" w:hAnsi="Tahoma" w:cs="Tahoma" w:hint="cs"/>
          <w:rtl/>
        </w:rPr>
        <w:t>ی‌ی</w:t>
      </w:r>
      <w:r w:rsidRPr="00F25193">
        <w:rPr>
          <w:rFonts w:ascii="Tahoma" w:hAnsi="Tahoma" w:cs="Tahoma" w:hint="eastAsia"/>
          <w:rtl/>
        </w:rPr>
        <w:t>افت</w:t>
      </w:r>
      <w:r w:rsidRPr="00F25193">
        <w:rPr>
          <w:rFonts w:ascii="Tahoma" w:hAnsi="Tahoma" w:cs="Tahoma"/>
          <w:rtl/>
        </w:rPr>
        <w:t>.</w:t>
      </w:r>
    </w:p>
    <w:p w:rsidR="00F25193" w:rsidRPr="00F25193" w:rsidRDefault="00F25193" w:rsidP="00F2519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F25193">
        <w:rPr>
          <w:rFonts w:ascii="Tahoma" w:hAnsi="Tahoma" w:cs="Tahoma" w:hint="eastAsia"/>
          <w:rtl/>
        </w:rPr>
        <w:t>گسترش</w:t>
      </w:r>
      <w:r w:rsidRPr="00F25193">
        <w:rPr>
          <w:rFonts w:ascii="Tahoma" w:hAnsi="Tahoma" w:cs="Tahoma"/>
          <w:rtl/>
        </w:rPr>
        <w:t xml:space="preserve"> موقوفه‌ها نمونهٔ روشن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از 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/>
          <w:rtl/>
        </w:rPr>
        <w:t xml:space="preserve"> مسئله بود. وقف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توانست</w:t>
      </w:r>
      <w:r w:rsidRPr="00F25193">
        <w:rPr>
          <w:rFonts w:ascii="Tahoma" w:hAnsi="Tahoma" w:cs="Tahoma"/>
          <w:rtl/>
        </w:rPr>
        <w:t xml:space="preserve"> مدرسه، مسجد، ز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ارتگاه،</w:t>
      </w:r>
      <w:r w:rsidRPr="00F25193">
        <w:rPr>
          <w:rFonts w:ascii="Tahoma" w:hAnsi="Tahoma" w:cs="Tahoma"/>
          <w:rtl/>
        </w:rPr>
        <w:t xml:space="preserve"> آب‌انبار، ب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مارستان</w:t>
      </w:r>
      <w:r w:rsidRPr="00F25193">
        <w:rPr>
          <w:rFonts w:ascii="Tahoma" w:hAnsi="Tahoma" w:cs="Tahoma"/>
          <w:rtl/>
        </w:rPr>
        <w:t xml:space="preserve"> 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</w:t>
      </w:r>
      <w:r w:rsidRPr="00F25193">
        <w:rPr>
          <w:rFonts w:ascii="Tahoma" w:hAnsi="Tahoma" w:cs="Tahoma"/>
          <w:rtl/>
        </w:rPr>
        <w:t xml:space="preserve">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گر</w:t>
      </w:r>
      <w:r w:rsidRPr="00F25193">
        <w:rPr>
          <w:rFonts w:ascii="Tahoma" w:hAnsi="Tahoma" w:cs="Tahoma"/>
          <w:rtl/>
        </w:rPr>
        <w:t xml:space="preserve"> 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ازها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عموم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را تأم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/>
          <w:rtl/>
        </w:rPr>
        <w:t xml:space="preserve"> کند و بخش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از کارها</w:t>
      </w:r>
      <w:r w:rsidRPr="00F25193">
        <w:rPr>
          <w:rFonts w:ascii="Tahoma" w:hAnsi="Tahoma" w:cs="Tahoma" w:hint="cs"/>
          <w:rtl/>
        </w:rPr>
        <w:t>یی</w:t>
      </w:r>
      <w:r w:rsidRPr="00F25193">
        <w:rPr>
          <w:rFonts w:ascii="Tahoma" w:hAnsi="Tahoma" w:cs="Tahoma"/>
          <w:rtl/>
        </w:rPr>
        <w:t xml:space="preserve"> را انجام دهد که حکومت مستق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ماً</w:t>
      </w:r>
      <w:r w:rsidRPr="00F25193">
        <w:rPr>
          <w:rFonts w:ascii="Tahoma" w:hAnsi="Tahoma" w:cs="Tahoma"/>
          <w:rtl/>
        </w:rPr>
        <w:t xml:space="preserve"> بر عهده نم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گرفت</w:t>
      </w:r>
      <w:r w:rsidRPr="00F25193">
        <w:rPr>
          <w:rFonts w:ascii="Tahoma" w:hAnsi="Tahoma" w:cs="Tahoma"/>
          <w:rtl/>
        </w:rPr>
        <w:t>. در همان حال، ملک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که وقف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شد</w:t>
      </w:r>
      <w:r w:rsidRPr="00F25193">
        <w:rPr>
          <w:rFonts w:ascii="Tahoma" w:hAnsi="Tahoma" w:cs="Tahoma"/>
          <w:rtl/>
        </w:rPr>
        <w:t xml:space="preserve"> ممکن بود از دسترس م</w:t>
      </w:r>
      <w:r w:rsidRPr="00F25193">
        <w:rPr>
          <w:rFonts w:ascii="Tahoma" w:hAnsi="Tahoma" w:cs="Tahoma" w:hint="eastAsia"/>
          <w:rtl/>
        </w:rPr>
        <w:t>ال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ات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وان</w:t>
      </w:r>
      <w:r w:rsidRPr="00F25193">
        <w:rPr>
          <w:rFonts w:ascii="Tahoma" w:hAnsi="Tahoma" w:cs="Tahoma"/>
          <w:rtl/>
        </w:rPr>
        <w:t xml:space="preserve"> دور شود و ز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ر</w:t>
      </w:r>
      <w:r w:rsidRPr="00F25193">
        <w:rPr>
          <w:rFonts w:ascii="Tahoma" w:hAnsi="Tahoma" w:cs="Tahoma"/>
          <w:rtl/>
        </w:rPr>
        <w:t xml:space="preserve"> نظارت متول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ان</w:t>
      </w:r>
      <w:r w:rsidRPr="00F25193">
        <w:rPr>
          <w:rFonts w:ascii="Tahoma" w:hAnsi="Tahoma" w:cs="Tahoma"/>
          <w:rtl/>
        </w:rPr>
        <w:t xml:space="preserve"> 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</w:t>
      </w:r>
      <w:r w:rsidRPr="00F25193">
        <w:rPr>
          <w:rFonts w:ascii="Tahoma" w:hAnsi="Tahoma" w:cs="Tahoma"/>
          <w:rtl/>
        </w:rPr>
        <w:t xml:space="preserve"> خانواده‌ها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خاص قرار 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رد</w:t>
      </w:r>
      <w:r w:rsidRPr="00F25193">
        <w:rPr>
          <w:rFonts w:ascii="Tahoma" w:hAnsi="Tahoma" w:cs="Tahoma"/>
          <w:rtl/>
        </w:rPr>
        <w:t>. بد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ن‌سان،</w:t>
      </w:r>
      <w:r w:rsidRPr="00F25193">
        <w:rPr>
          <w:rFonts w:ascii="Tahoma" w:hAnsi="Tahoma" w:cs="Tahoma"/>
          <w:rtl/>
        </w:rPr>
        <w:t xml:space="preserve"> نهاد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که به گسترش مذهب و خدمات اجتماع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کمک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کرد،</w:t>
      </w:r>
      <w:r w:rsidRPr="00F25193">
        <w:rPr>
          <w:rFonts w:ascii="Tahoma" w:hAnsi="Tahoma" w:cs="Tahoma"/>
          <w:rtl/>
        </w:rPr>
        <w:t xml:space="preserve">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توانست</w:t>
      </w:r>
      <w:r w:rsidRPr="00F25193">
        <w:rPr>
          <w:rFonts w:ascii="Tahoma" w:hAnsi="Tahoma" w:cs="Tahoma"/>
          <w:rtl/>
        </w:rPr>
        <w:t xml:space="preserve"> درآمد مستق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م</w:t>
      </w:r>
      <w:r w:rsidRPr="00F25193">
        <w:rPr>
          <w:rFonts w:ascii="Tahoma" w:hAnsi="Tahoma" w:cs="Tahoma"/>
          <w:rtl/>
        </w:rPr>
        <w:t xml:space="preserve"> حکومت را 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ز</w:t>
      </w:r>
      <w:r w:rsidRPr="00F25193">
        <w:rPr>
          <w:rFonts w:ascii="Tahoma" w:hAnsi="Tahoma" w:cs="Tahoma"/>
          <w:rtl/>
        </w:rPr>
        <w:t xml:space="preserve"> کاهش دهد. کشمکش بر سر وقف، رقابت سادهٔ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/>
          <w:rtl/>
        </w:rPr>
        <w:t xml:space="preserve"> و حکومت نبود؛ اختلاف بر سر آن بود که چه کس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م</w:t>
      </w:r>
      <w:r w:rsidRPr="00F25193">
        <w:rPr>
          <w:rFonts w:ascii="Tahoma" w:hAnsi="Tahoma" w:cs="Tahoma" w:hint="eastAsia"/>
          <w:rtl/>
        </w:rPr>
        <w:t>نابع</w:t>
      </w:r>
      <w:r w:rsidRPr="00F25193">
        <w:rPr>
          <w:rFonts w:ascii="Tahoma" w:hAnsi="Tahoma" w:cs="Tahoma"/>
          <w:rtl/>
        </w:rPr>
        <w:t xml:space="preserve"> کشور را اداره کند و درآمد آن در کجا مصرف شود.</w:t>
      </w:r>
    </w:p>
    <w:p w:rsidR="00F25193" w:rsidRPr="00F25193" w:rsidRDefault="00F25193" w:rsidP="00F2519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F25193">
        <w:rPr>
          <w:rFonts w:ascii="Tahoma" w:hAnsi="Tahoma" w:cs="Tahoma" w:hint="eastAsia"/>
          <w:rtl/>
        </w:rPr>
        <w:t>از</w:t>
      </w:r>
      <w:r w:rsidRPr="00F25193">
        <w:rPr>
          <w:rFonts w:ascii="Tahoma" w:hAnsi="Tahoma" w:cs="Tahoma"/>
          <w:rtl/>
        </w:rPr>
        <w:t xml:space="preserve"> سو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گر،</w:t>
      </w:r>
      <w:r w:rsidRPr="00F25193">
        <w:rPr>
          <w:rFonts w:ascii="Tahoma" w:hAnsi="Tahoma" w:cs="Tahoma"/>
          <w:rtl/>
        </w:rPr>
        <w:t xml:space="preserve"> نبا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د</w:t>
      </w:r>
      <w:r w:rsidRPr="00F25193">
        <w:rPr>
          <w:rFonts w:ascii="Tahoma" w:hAnsi="Tahoma" w:cs="Tahoma"/>
          <w:rtl/>
        </w:rPr>
        <w:t xml:space="preserve"> مردم را در 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/>
          <w:rtl/>
        </w:rPr>
        <w:t xml:space="preserve"> ساختمان تنها در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افت‌کنندگان</w:t>
      </w:r>
      <w:r w:rsidRPr="00F25193">
        <w:rPr>
          <w:rFonts w:ascii="Tahoma" w:hAnsi="Tahoma" w:cs="Tahoma"/>
          <w:rtl/>
        </w:rPr>
        <w:t xml:space="preserve"> فرمان دانست. تغ</w:t>
      </w:r>
      <w:r w:rsidRPr="00F25193">
        <w:rPr>
          <w:rFonts w:ascii="Tahoma" w:hAnsi="Tahoma" w:cs="Tahoma" w:hint="cs"/>
          <w:rtl/>
        </w:rPr>
        <w:t>یی</w:t>
      </w:r>
      <w:r w:rsidRPr="00F25193">
        <w:rPr>
          <w:rFonts w:ascii="Tahoma" w:hAnsi="Tahoma" w:cs="Tahoma" w:hint="eastAsia"/>
          <w:rtl/>
        </w:rPr>
        <w:t>ر</w:t>
      </w:r>
      <w:r w:rsidRPr="00F25193">
        <w:rPr>
          <w:rFonts w:ascii="Tahoma" w:hAnsi="Tahoma" w:cs="Tahoma"/>
          <w:rtl/>
        </w:rPr>
        <w:t xml:space="preserve"> مذهب جامعه با اعلام شاه پا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ان</w:t>
      </w:r>
      <w:r w:rsidRPr="00F25193">
        <w:rPr>
          <w:rFonts w:ascii="Tahoma" w:hAnsi="Tahoma" w:cs="Tahoma"/>
          <w:rtl/>
        </w:rPr>
        <w:t xml:space="preserve"> 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افت</w:t>
      </w:r>
      <w:r w:rsidRPr="00F25193">
        <w:rPr>
          <w:rFonts w:ascii="Tahoma" w:hAnsi="Tahoma" w:cs="Tahoma"/>
          <w:rtl/>
        </w:rPr>
        <w:t>. حکومت برا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گسترش تش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ع</w:t>
      </w:r>
      <w:r w:rsidRPr="00F25193">
        <w:rPr>
          <w:rFonts w:ascii="Tahoma" w:hAnsi="Tahoma" w:cs="Tahoma"/>
          <w:rtl/>
        </w:rPr>
        <w:t xml:space="preserve"> به آموزش، آ</w:t>
      </w:r>
      <w:r w:rsidRPr="00F25193">
        <w:rPr>
          <w:rFonts w:ascii="Tahoma" w:hAnsi="Tahoma" w:cs="Tahoma" w:hint="cs"/>
          <w:rtl/>
        </w:rPr>
        <w:t>یی</w:t>
      </w:r>
      <w:r w:rsidRPr="00F25193">
        <w:rPr>
          <w:rFonts w:ascii="Tahoma" w:hAnsi="Tahoma" w:cs="Tahoma" w:hint="eastAsia"/>
          <w:rtl/>
        </w:rPr>
        <w:t>ن،</w:t>
      </w:r>
      <w:r w:rsidRPr="00F25193">
        <w:rPr>
          <w:rFonts w:ascii="Tahoma" w:hAnsi="Tahoma" w:cs="Tahoma"/>
          <w:rtl/>
        </w:rPr>
        <w:t xml:space="preserve"> تکرار و گذشت زمان 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از</w:t>
      </w:r>
      <w:r w:rsidRPr="00F25193">
        <w:rPr>
          <w:rFonts w:ascii="Tahoma" w:hAnsi="Tahoma" w:cs="Tahoma"/>
          <w:rtl/>
        </w:rPr>
        <w:t xml:space="preserve"> داشت. مدرسه‌ها با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د</w:t>
      </w:r>
      <w:r w:rsidRPr="00F25193">
        <w:rPr>
          <w:rFonts w:ascii="Tahoma" w:hAnsi="Tahoma" w:cs="Tahoma"/>
          <w:rtl/>
        </w:rPr>
        <w:t xml:space="preserve">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نکار</w:t>
      </w:r>
      <w:r w:rsidRPr="00F25193">
        <w:rPr>
          <w:rFonts w:ascii="Tahoma" w:hAnsi="Tahoma" w:cs="Tahoma"/>
          <w:rtl/>
        </w:rPr>
        <w:t xml:space="preserve"> ترب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ت</w:t>
      </w:r>
      <w:r w:rsidRPr="00F25193">
        <w:rPr>
          <w:rFonts w:ascii="Tahoma" w:hAnsi="Tahoma" w:cs="Tahoma"/>
          <w:rtl/>
        </w:rPr>
        <w:t xml:space="preserve">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کردند؛</w:t>
      </w:r>
      <w:r w:rsidRPr="00F25193">
        <w:rPr>
          <w:rFonts w:ascii="Tahoma" w:hAnsi="Tahoma" w:cs="Tahoma"/>
          <w:rtl/>
        </w:rPr>
        <w:t xml:space="preserve"> منبرها با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د</w:t>
      </w:r>
      <w:r w:rsidRPr="00F25193">
        <w:rPr>
          <w:rFonts w:ascii="Tahoma" w:hAnsi="Tahoma" w:cs="Tahoma"/>
          <w:rtl/>
        </w:rPr>
        <w:t xml:space="preserve"> روا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ت</w:t>
      </w:r>
      <w:r w:rsidRPr="00F25193">
        <w:rPr>
          <w:rFonts w:ascii="Tahoma" w:hAnsi="Tahoma" w:cs="Tahoma"/>
          <w:rtl/>
        </w:rPr>
        <w:t xml:space="preserve"> تازه‌ا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از گذشته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ساختند؛</w:t>
      </w:r>
      <w:r w:rsidRPr="00F25193">
        <w:rPr>
          <w:rFonts w:ascii="Tahoma" w:hAnsi="Tahoma" w:cs="Tahoma"/>
          <w:rtl/>
        </w:rPr>
        <w:t xml:space="preserve"> آ</w:t>
      </w:r>
      <w:r w:rsidRPr="00F25193">
        <w:rPr>
          <w:rFonts w:ascii="Tahoma" w:hAnsi="Tahoma" w:cs="Tahoma" w:hint="cs"/>
          <w:rtl/>
        </w:rPr>
        <w:t>یی</w:t>
      </w:r>
      <w:r w:rsidRPr="00F25193">
        <w:rPr>
          <w:rFonts w:ascii="Tahoma" w:hAnsi="Tahoma" w:cs="Tahoma" w:hint="eastAsia"/>
          <w:rtl/>
        </w:rPr>
        <w:t>ن‌ها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سوگوار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با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د</w:t>
      </w:r>
      <w:r w:rsidRPr="00F25193">
        <w:rPr>
          <w:rFonts w:ascii="Tahoma" w:hAnsi="Tahoma" w:cs="Tahoma"/>
          <w:rtl/>
        </w:rPr>
        <w:t xml:space="preserve"> خاطره‌ا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مشترک پد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د</w:t>
      </w:r>
      <w:r w:rsidRPr="00F25193">
        <w:rPr>
          <w:rFonts w:ascii="Tahoma" w:hAnsi="Tahoma" w:cs="Tahoma"/>
          <w:rtl/>
        </w:rPr>
        <w:t xml:space="preserve">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آوردند؛</w:t>
      </w:r>
      <w:r w:rsidRPr="00F25193">
        <w:rPr>
          <w:rFonts w:ascii="Tahoma" w:hAnsi="Tahoma" w:cs="Tahoma"/>
          <w:rtl/>
        </w:rPr>
        <w:t xml:space="preserve"> ز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ارتگاه‌ها</w:t>
      </w:r>
      <w:r w:rsidRPr="00F25193">
        <w:rPr>
          <w:rFonts w:ascii="Tahoma" w:hAnsi="Tahoma" w:cs="Tahoma"/>
          <w:rtl/>
        </w:rPr>
        <w:t xml:space="preserve"> با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د</w:t>
      </w:r>
      <w:r w:rsidRPr="00F25193">
        <w:rPr>
          <w:rFonts w:ascii="Tahoma" w:hAnsi="Tahoma" w:cs="Tahoma"/>
          <w:rtl/>
        </w:rPr>
        <w:t xml:space="preserve"> جغراف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مذهب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کشور را شکل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دادند؛</w:t>
      </w:r>
      <w:r w:rsidRPr="00F25193">
        <w:rPr>
          <w:rFonts w:ascii="Tahoma" w:hAnsi="Tahoma" w:cs="Tahoma"/>
          <w:rtl/>
        </w:rPr>
        <w:t xml:space="preserve"> و خانواده‌ها با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د</w:t>
      </w:r>
      <w:r w:rsidRPr="00F25193">
        <w:rPr>
          <w:rFonts w:ascii="Tahoma" w:hAnsi="Tahoma" w:cs="Tahoma"/>
          <w:rtl/>
        </w:rPr>
        <w:t xml:space="preserve"> 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/>
          <w:rtl/>
        </w:rPr>
        <w:t xml:space="preserve"> مجموعه را از نسل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به نسل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گر</w:t>
      </w:r>
      <w:r w:rsidRPr="00F25193">
        <w:rPr>
          <w:rFonts w:ascii="Tahoma" w:hAnsi="Tahoma" w:cs="Tahoma"/>
          <w:rtl/>
        </w:rPr>
        <w:t xml:space="preserve"> منتقل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کردند</w:t>
      </w:r>
      <w:r w:rsidRPr="00F25193">
        <w:rPr>
          <w:rFonts w:ascii="Tahoma" w:hAnsi="Tahoma" w:cs="Tahoma"/>
          <w:rtl/>
        </w:rPr>
        <w:t>.</w:t>
      </w:r>
    </w:p>
    <w:p w:rsidR="00F25193" w:rsidRPr="00F25193" w:rsidRDefault="00F25193" w:rsidP="00F2519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F25193">
        <w:rPr>
          <w:rFonts w:ascii="Tahoma" w:hAnsi="Tahoma" w:cs="Tahoma" w:hint="eastAsia"/>
          <w:rtl/>
        </w:rPr>
        <w:t>در</w:t>
      </w:r>
      <w:r w:rsidRPr="00F25193">
        <w:rPr>
          <w:rFonts w:ascii="Tahoma" w:hAnsi="Tahoma" w:cs="Tahoma"/>
          <w:rtl/>
        </w:rPr>
        <w:t xml:space="preserve"> نت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جه،</w:t>
      </w:r>
      <w:r w:rsidRPr="00F25193">
        <w:rPr>
          <w:rFonts w:ascii="Tahoma" w:hAnsi="Tahoma" w:cs="Tahoma"/>
          <w:rtl/>
        </w:rPr>
        <w:t xml:space="preserve"> مذهب رسم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در آغاز از بالا تحم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ل</w:t>
      </w:r>
      <w:r w:rsidRPr="00F25193">
        <w:rPr>
          <w:rFonts w:ascii="Tahoma" w:hAnsi="Tahoma" w:cs="Tahoma"/>
          <w:rtl/>
        </w:rPr>
        <w:t xml:space="preserve"> شد، اما بقا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آن تنها با اجبار از بالا توض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ح‌پذ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ر</w:t>
      </w:r>
      <w:r w:rsidRPr="00F25193">
        <w:rPr>
          <w:rFonts w:ascii="Tahoma" w:hAnsi="Tahoma" w:cs="Tahoma"/>
          <w:rtl/>
        </w:rPr>
        <w:t xml:space="preserve"> 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ست</w:t>
      </w:r>
      <w:r w:rsidRPr="00F25193">
        <w:rPr>
          <w:rFonts w:ascii="Tahoma" w:hAnsi="Tahoma" w:cs="Tahoma"/>
          <w:rtl/>
        </w:rPr>
        <w:t>. آنچه حکومت آغاز کرده بود، به‌تدر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ج</w:t>
      </w:r>
      <w:r w:rsidRPr="00F25193">
        <w:rPr>
          <w:rFonts w:ascii="Tahoma" w:hAnsi="Tahoma" w:cs="Tahoma"/>
          <w:rtl/>
        </w:rPr>
        <w:t xml:space="preserve"> در جامعه ر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شه</w:t>
      </w:r>
      <w:r w:rsidRPr="00F25193">
        <w:rPr>
          <w:rFonts w:ascii="Tahoma" w:hAnsi="Tahoma" w:cs="Tahoma"/>
          <w:rtl/>
        </w:rPr>
        <w:t xml:space="preserve"> گرفت و بخش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از زندگ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مردم شد. آ</w:t>
      </w:r>
      <w:r w:rsidRPr="00F25193">
        <w:rPr>
          <w:rFonts w:ascii="Tahoma" w:hAnsi="Tahoma" w:cs="Tahoma" w:hint="cs"/>
          <w:rtl/>
        </w:rPr>
        <w:t>یی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که روز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نشانهٔ اطاعت از تاج بود، با گذشت نسل‌ها به نشانهٔ هو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ت</w:t>
      </w:r>
      <w:r w:rsidRPr="00F25193">
        <w:rPr>
          <w:rFonts w:ascii="Tahoma" w:hAnsi="Tahoma" w:cs="Tahoma"/>
          <w:rtl/>
        </w:rPr>
        <w:t xml:space="preserve"> خانوادگ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و </w:t>
      </w:r>
      <w:r w:rsidRPr="00F25193">
        <w:rPr>
          <w:rFonts w:ascii="Tahoma" w:hAnsi="Tahoma" w:cs="Tahoma" w:hint="eastAsia"/>
          <w:rtl/>
        </w:rPr>
        <w:t>اجتماع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تبد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ل</w:t>
      </w:r>
      <w:r w:rsidRPr="00F25193">
        <w:rPr>
          <w:rFonts w:ascii="Tahoma" w:hAnsi="Tahoma" w:cs="Tahoma"/>
          <w:rtl/>
        </w:rPr>
        <w:t xml:space="preserve"> شد. مردم آن را در تولد، ازدواج، مرگ، سوگوار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،</w:t>
      </w:r>
      <w:r w:rsidRPr="00F25193">
        <w:rPr>
          <w:rFonts w:ascii="Tahoma" w:hAnsi="Tahoma" w:cs="Tahoma"/>
          <w:rtl/>
        </w:rPr>
        <w:t xml:space="preserve"> نذر، ز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ارت،</w:t>
      </w:r>
      <w:r w:rsidRPr="00F25193">
        <w:rPr>
          <w:rFonts w:ascii="Tahoma" w:hAnsi="Tahoma" w:cs="Tahoma"/>
          <w:rtl/>
        </w:rPr>
        <w:t xml:space="preserve"> دادوستد و حل اختلاف تجربه کردند. هنگام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که مذهب به 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/>
          <w:rtl/>
        </w:rPr>
        <w:t xml:space="preserve"> مرحله رس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د،</w:t>
      </w:r>
      <w:r w:rsidRPr="00F25193">
        <w:rPr>
          <w:rFonts w:ascii="Tahoma" w:hAnsi="Tahoma" w:cs="Tahoma"/>
          <w:rtl/>
        </w:rPr>
        <w:t xml:space="preserve">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گر</w:t>
      </w:r>
      <w:r w:rsidRPr="00F25193">
        <w:rPr>
          <w:rFonts w:ascii="Tahoma" w:hAnsi="Tahoma" w:cs="Tahoma"/>
          <w:rtl/>
        </w:rPr>
        <w:t xml:space="preserve"> حکومت نم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توانست</w:t>
      </w:r>
      <w:r w:rsidRPr="00F25193">
        <w:rPr>
          <w:rFonts w:ascii="Tahoma" w:hAnsi="Tahoma" w:cs="Tahoma"/>
          <w:rtl/>
        </w:rPr>
        <w:t xml:space="preserve"> همان‌گونه که آن را رسم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کرده بود، با فرمان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تازه از 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ان</w:t>
      </w:r>
      <w:r w:rsidRPr="00F25193">
        <w:rPr>
          <w:rFonts w:ascii="Tahoma" w:hAnsi="Tahoma" w:cs="Tahoma"/>
          <w:rtl/>
        </w:rPr>
        <w:t xml:space="preserve"> بردارد.</w:t>
      </w:r>
    </w:p>
    <w:p w:rsidR="00F25193" w:rsidRPr="00F25193" w:rsidRDefault="00F25193" w:rsidP="00F2519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F25193">
        <w:rPr>
          <w:rFonts w:ascii="Tahoma" w:hAnsi="Tahoma" w:cs="Tahoma" w:hint="eastAsia"/>
          <w:rtl/>
        </w:rPr>
        <w:t>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/>
          <w:rtl/>
        </w:rPr>
        <w:t xml:space="preserve"> دگرگون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ک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از مهم‌تر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/>
          <w:rtl/>
        </w:rPr>
        <w:t xml:space="preserve"> نتا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ج</w:t>
      </w:r>
      <w:r w:rsidRPr="00F25193">
        <w:rPr>
          <w:rFonts w:ascii="Tahoma" w:hAnsi="Tahoma" w:cs="Tahoma"/>
          <w:rtl/>
        </w:rPr>
        <w:t xml:space="preserve"> دورهٔ صفو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بود. حکومت توانست با استفاده از مذهب، برا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ران</w:t>
      </w:r>
      <w:r w:rsidRPr="00F25193">
        <w:rPr>
          <w:rFonts w:ascii="Tahoma" w:hAnsi="Tahoma" w:cs="Tahoma"/>
          <w:rtl/>
        </w:rPr>
        <w:t xml:space="preserve"> مرز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مشخص‌تر و هو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ت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متما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زتر</w:t>
      </w:r>
      <w:r w:rsidRPr="00F25193">
        <w:rPr>
          <w:rFonts w:ascii="Tahoma" w:hAnsi="Tahoma" w:cs="Tahoma"/>
          <w:rtl/>
        </w:rPr>
        <w:t xml:space="preserve"> بسازد؛ اما در همان حال، 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رو</w:t>
      </w:r>
      <w:r w:rsidRPr="00F25193">
        <w:rPr>
          <w:rFonts w:ascii="Tahoma" w:hAnsi="Tahoma" w:cs="Tahoma" w:hint="cs"/>
          <w:rtl/>
        </w:rPr>
        <w:t>یی</w:t>
      </w:r>
      <w:r w:rsidRPr="00F25193">
        <w:rPr>
          <w:rFonts w:ascii="Tahoma" w:hAnsi="Tahoma" w:cs="Tahoma"/>
          <w:rtl/>
        </w:rPr>
        <w:t xml:space="preserve"> اجتماع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پد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د</w:t>
      </w:r>
      <w:r w:rsidRPr="00F25193">
        <w:rPr>
          <w:rFonts w:ascii="Tahoma" w:hAnsi="Tahoma" w:cs="Tahoma"/>
          <w:rtl/>
        </w:rPr>
        <w:t xml:space="preserve"> آورد که از مرز ارادهٔ حکومت فراتر رفت. تاج مذهب را رسم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کرد،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وان</w:t>
      </w:r>
      <w:r w:rsidRPr="00F25193">
        <w:rPr>
          <w:rFonts w:ascii="Tahoma" w:hAnsi="Tahoma" w:cs="Tahoma"/>
          <w:rtl/>
        </w:rPr>
        <w:t xml:space="preserve"> منابع و نهادها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آن را سامان داد، قشون از مرزها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کشور ش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عه</w:t>
      </w:r>
      <w:r w:rsidRPr="00F25193">
        <w:rPr>
          <w:rFonts w:ascii="Tahoma" w:hAnsi="Tahoma" w:cs="Tahoma"/>
          <w:rtl/>
        </w:rPr>
        <w:t xml:space="preserve"> دفاع کرد و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نکاران</w:t>
      </w:r>
      <w:r w:rsidRPr="00F25193">
        <w:rPr>
          <w:rFonts w:ascii="Tahoma" w:hAnsi="Tahoma" w:cs="Tahoma"/>
          <w:rtl/>
        </w:rPr>
        <w:t xml:space="preserve"> آموزه‌ها و آ</w:t>
      </w:r>
      <w:r w:rsidRPr="00F25193">
        <w:rPr>
          <w:rFonts w:ascii="Tahoma" w:hAnsi="Tahoma" w:cs="Tahoma" w:hint="cs"/>
          <w:rtl/>
        </w:rPr>
        <w:t>یی</w:t>
      </w:r>
      <w:r w:rsidRPr="00F25193">
        <w:rPr>
          <w:rFonts w:ascii="Tahoma" w:hAnsi="Tahoma" w:cs="Tahoma" w:hint="eastAsia"/>
          <w:rtl/>
        </w:rPr>
        <w:t>ن‌ها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ش</w:t>
      </w:r>
      <w:r w:rsidRPr="00F25193">
        <w:rPr>
          <w:rFonts w:ascii="Tahoma" w:hAnsi="Tahoma" w:cs="Tahoma"/>
          <w:rtl/>
        </w:rPr>
        <w:t xml:space="preserve"> را گسترش دادند. اما سرانجام مردم بودند که آن را وارد حافظهٔ پا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دار</w:t>
      </w:r>
      <w:r w:rsidRPr="00F25193">
        <w:rPr>
          <w:rFonts w:ascii="Tahoma" w:hAnsi="Tahoma" w:cs="Tahoma"/>
          <w:rtl/>
        </w:rPr>
        <w:t xml:space="preserve"> جامعه کردند.</w:t>
      </w:r>
    </w:p>
    <w:p w:rsidR="00F25193" w:rsidRDefault="00F25193" w:rsidP="00F25193">
      <w:pPr>
        <w:bidi/>
        <w:spacing w:after="0" w:line="360" w:lineRule="auto"/>
        <w:ind w:firstLine="720"/>
        <w:jc w:val="both"/>
        <w:rPr>
          <w:rFonts w:ascii="Tahoma" w:hAnsi="Tahoma" w:cs="Tahoma"/>
          <w:rtl/>
        </w:rPr>
      </w:pPr>
      <w:r w:rsidRPr="00F25193">
        <w:rPr>
          <w:rFonts w:ascii="Tahoma" w:hAnsi="Tahoma" w:cs="Tahoma" w:hint="eastAsia"/>
          <w:rtl/>
        </w:rPr>
        <w:t>از</w:t>
      </w:r>
      <w:r w:rsidRPr="00F25193">
        <w:rPr>
          <w:rFonts w:ascii="Tahoma" w:hAnsi="Tahoma" w:cs="Tahoma"/>
          <w:rtl/>
        </w:rPr>
        <w:t xml:space="preserve"> 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/>
          <w:rtl/>
        </w:rPr>
        <w:t xml:space="preserve"> پس، حت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سقوط تاج نم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توانست</w:t>
      </w:r>
      <w:r w:rsidRPr="00F25193">
        <w:rPr>
          <w:rFonts w:ascii="Tahoma" w:hAnsi="Tahoma" w:cs="Tahoma"/>
          <w:rtl/>
        </w:rPr>
        <w:t xml:space="preserve"> کشور را به وضع پ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ش</w:t>
      </w:r>
      <w:r w:rsidRPr="00F25193">
        <w:rPr>
          <w:rFonts w:ascii="Tahoma" w:hAnsi="Tahoma" w:cs="Tahoma"/>
          <w:rtl/>
        </w:rPr>
        <w:t xml:space="preserve"> از صفو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ان</w:t>
      </w:r>
      <w:r w:rsidRPr="00F25193">
        <w:rPr>
          <w:rFonts w:ascii="Tahoma" w:hAnsi="Tahoma" w:cs="Tahoma"/>
          <w:rtl/>
        </w:rPr>
        <w:t xml:space="preserve"> بازگرداند. ممکن بود سلسله‌ا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برود، قشون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پراکنده شود،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وان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فرسوده گردد و فرمانروا</w:t>
      </w:r>
      <w:r w:rsidRPr="00F25193">
        <w:rPr>
          <w:rFonts w:ascii="Tahoma" w:hAnsi="Tahoma" w:cs="Tahoma" w:hint="cs"/>
          <w:rtl/>
        </w:rPr>
        <w:t>یی</w:t>
      </w:r>
      <w:r w:rsidRPr="00F25193">
        <w:rPr>
          <w:rFonts w:ascii="Tahoma" w:hAnsi="Tahoma" w:cs="Tahoma"/>
          <w:rtl/>
        </w:rPr>
        <w:t xml:space="preserve"> تازه بر تخت نش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ند؛</w:t>
      </w:r>
      <w:r w:rsidRPr="00F25193">
        <w:rPr>
          <w:rFonts w:ascii="Tahoma" w:hAnsi="Tahoma" w:cs="Tahoma"/>
          <w:rtl/>
        </w:rPr>
        <w:t xml:space="preserve"> اما مرز مذهب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که در طول دو سده ساخته شده بود همچنان باق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ماند</w:t>
      </w:r>
      <w:r w:rsidRPr="00F25193">
        <w:rPr>
          <w:rFonts w:ascii="Tahoma" w:hAnsi="Tahoma" w:cs="Tahoma"/>
          <w:rtl/>
        </w:rPr>
        <w:t>. پرسش اصل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آن بود ک</w:t>
      </w:r>
      <w:r w:rsidRPr="00F25193">
        <w:rPr>
          <w:rFonts w:ascii="Tahoma" w:hAnsi="Tahoma" w:cs="Tahoma" w:hint="eastAsia"/>
          <w:rtl/>
        </w:rPr>
        <w:t>ه</w:t>
      </w:r>
      <w:r w:rsidRPr="00F25193">
        <w:rPr>
          <w:rFonts w:ascii="Tahoma" w:hAnsi="Tahoma" w:cs="Tahoma"/>
          <w:rtl/>
        </w:rPr>
        <w:t xml:space="preserve"> 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/>
          <w:rtl/>
        </w:rPr>
        <w:t xml:space="preserve"> دستاورد به استوار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کشوردار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انجام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د</w:t>
      </w:r>
      <w:r w:rsidRPr="00F25193">
        <w:rPr>
          <w:rFonts w:ascii="Tahoma" w:hAnsi="Tahoma" w:cs="Tahoma"/>
          <w:rtl/>
        </w:rPr>
        <w:t xml:space="preserve"> 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</w:t>
      </w:r>
      <w:r w:rsidRPr="00F25193">
        <w:rPr>
          <w:rFonts w:ascii="Tahoma" w:hAnsi="Tahoma" w:cs="Tahoma"/>
          <w:rtl/>
        </w:rPr>
        <w:t xml:space="preserve"> تضاد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را در ساختمان حکومت جاودانه کرد که هر تاج تازه‌ا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ناچار بود با آن روبه‌رو شود. پاسخ به 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/>
          <w:rtl/>
        </w:rPr>
        <w:t xml:space="preserve"> پرسش، موضوع قسمت دوم 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/>
          <w:rtl/>
        </w:rPr>
        <w:t xml:space="preserve"> فصل است.</w:t>
      </w:r>
    </w:p>
    <w:p w:rsidR="00F25193" w:rsidRPr="00F25193" w:rsidRDefault="00F25193" w:rsidP="00F2519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F25193">
        <w:rPr>
          <w:rFonts w:ascii="Tahoma" w:hAnsi="Tahoma" w:cs="Tahoma" w:hint="eastAsia"/>
          <w:rtl/>
        </w:rPr>
        <w:t>مرز</w:t>
      </w:r>
      <w:r w:rsidRPr="00F25193">
        <w:rPr>
          <w:rFonts w:ascii="Tahoma" w:hAnsi="Tahoma" w:cs="Tahoma"/>
          <w:rtl/>
        </w:rPr>
        <w:t xml:space="preserve"> مذهب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که صفو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ان</w:t>
      </w:r>
      <w:r w:rsidRPr="00F25193">
        <w:rPr>
          <w:rFonts w:ascii="Tahoma" w:hAnsi="Tahoma" w:cs="Tahoma"/>
          <w:rtl/>
        </w:rPr>
        <w:t xml:space="preserve"> ساختند، در کوتاه‌مدت به استوار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حکومت و در درازمدت به ماندگار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تما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ز</w:t>
      </w:r>
      <w:r w:rsidRPr="00F25193">
        <w:rPr>
          <w:rFonts w:ascii="Tahoma" w:hAnsi="Tahoma" w:cs="Tahoma"/>
          <w:rtl/>
        </w:rPr>
        <w:t xml:space="preserve"> 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ران</w:t>
      </w:r>
      <w:r w:rsidRPr="00F25193">
        <w:rPr>
          <w:rFonts w:ascii="Tahoma" w:hAnsi="Tahoma" w:cs="Tahoma"/>
          <w:rtl/>
        </w:rPr>
        <w:t xml:space="preserve"> از همسا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گانش</w:t>
      </w:r>
      <w:r w:rsidRPr="00F25193">
        <w:rPr>
          <w:rFonts w:ascii="Tahoma" w:hAnsi="Tahoma" w:cs="Tahoma"/>
          <w:rtl/>
        </w:rPr>
        <w:t xml:space="preserve"> کمک کرد. اما هم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/>
          <w:rtl/>
        </w:rPr>
        <w:t xml:space="preserve"> مرز، تناقض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را وارد کشوردار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ران</w:t>
      </w:r>
      <w:r w:rsidRPr="00F25193">
        <w:rPr>
          <w:rFonts w:ascii="Tahoma" w:hAnsi="Tahoma" w:cs="Tahoma"/>
          <w:rtl/>
        </w:rPr>
        <w:t xml:space="preserve"> کرد که با سقوط صفو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ان</w:t>
      </w:r>
      <w:r w:rsidRPr="00F25193">
        <w:rPr>
          <w:rFonts w:ascii="Tahoma" w:hAnsi="Tahoma" w:cs="Tahoma"/>
          <w:rtl/>
        </w:rPr>
        <w:t xml:space="preserve"> از 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ان</w:t>
      </w:r>
      <w:r w:rsidRPr="00F25193">
        <w:rPr>
          <w:rFonts w:ascii="Tahoma" w:hAnsi="Tahoma" w:cs="Tahoma"/>
          <w:rtl/>
        </w:rPr>
        <w:t xml:space="preserve"> نرفت. حکومت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که برا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حفظ استقلال کشور به مذهب رسم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ازمند</w:t>
      </w:r>
      <w:r w:rsidRPr="00F25193">
        <w:rPr>
          <w:rFonts w:ascii="Tahoma" w:hAnsi="Tahoma" w:cs="Tahoma"/>
          <w:rtl/>
        </w:rPr>
        <w:t xml:space="preserve"> شده بود، ناچار بود بخش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از حقان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ت</w:t>
      </w:r>
      <w:r w:rsidRPr="00F25193">
        <w:rPr>
          <w:rFonts w:ascii="Tahoma" w:hAnsi="Tahoma" w:cs="Tahoma"/>
          <w:rtl/>
        </w:rPr>
        <w:t xml:space="preserve"> حکمران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خود را از دستگاه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بگ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رد</w:t>
      </w:r>
      <w:r w:rsidRPr="00F25193">
        <w:rPr>
          <w:rFonts w:ascii="Tahoma" w:hAnsi="Tahoma" w:cs="Tahoma"/>
          <w:rtl/>
        </w:rPr>
        <w:t xml:space="preserve"> که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توانست</w:t>
      </w:r>
      <w:r w:rsidRPr="00F25193">
        <w:rPr>
          <w:rFonts w:ascii="Tahoma" w:hAnsi="Tahoma" w:cs="Tahoma"/>
          <w:rtl/>
        </w:rPr>
        <w:t xml:space="preserve"> در آ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نده</w:t>
      </w:r>
      <w:r w:rsidRPr="00F25193">
        <w:rPr>
          <w:rFonts w:ascii="Tahoma" w:hAnsi="Tahoma" w:cs="Tahoma"/>
          <w:rtl/>
        </w:rPr>
        <w:t xml:space="preserve"> از اخت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ار</w:t>
      </w:r>
      <w:r w:rsidRPr="00F25193">
        <w:rPr>
          <w:rFonts w:ascii="Tahoma" w:hAnsi="Tahoma" w:cs="Tahoma"/>
          <w:rtl/>
        </w:rPr>
        <w:t xml:space="preserve"> تاج ب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رون</w:t>
      </w:r>
      <w:r w:rsidRPr="00F25193">
        <w:rPr>
          <w:rFonts w:ascii="Tahoma" w:hAnsi="Tahoma" w:cs="Tahoma"/>
          <w:rtl/>
        </w:rPr>
        <w:t xml:space="preserve"> رود.</w:t>
      </w:r>
    </w:p>
    <w:p w:rsidR="00F25193" w:rsidRPr="00F25193" w:rsidRDefault="00F25193" w:rsidP="00F2519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F25193">
        <w:rPr>
          <w:rFonts w:ascii="Tahoma" w:hAnsi="Tahoma" w:cs="Tahoma" w:hint="eastAsia"/>
          <w:rtl/>
        </w:rPr>
        <w:t>برا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شناخت 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/>
          <w:rtl/>
        </w:rPr>
        <w:t xml:space="preserve"> تناقض، نخست با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د</w:t>
      </w:r>
      <w:r w:rsidRPr="00F25193">
        <w:rPr>
          <w:rFonts w:ascii="Tahoma" w:hAnsi="Tahoma" w:cs="Tahoma"/>
          <w:rtl/>
        </w:rPr>
        <w:t xml:space="preserve"> 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ان</w:t>
      </w:r>
      <w:r w:rsidRPr="00F25193">
        <w:rPr>
          <w:rFonts w:ascii="Tahoma" w:hAnsi="Tahoma" w:cs="Tahoma"/>
          <w:rtl/>
        </w:rPr>
        <w:t xml:space="preserve"> 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گانگ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کشور و 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کسان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مردم تفاوت گذاشت. صفو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ان</w:t>
      </w:r>
      <w:r w:rsidRPr="00F25193">
        <w:rPr>
          <w:rFonts w:ascii="Tahoma" w:hAnsi="Tahoma" w:cs="Tahoma"/>
          <w:rtl/>
        </w:rPr>
        <w:t xml:space="preserve"> توانستند بخش بزرگ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از سرزم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/>
          <w:rtl/>
        </w:rPr>
        <w:t xml:space="preserve"> 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ران</w:t>
      </w:r>
      <w:r w:rsidRPr="00F25193">
        <w:rPr>
          <w:rFonts w:ascii="Tahoma" w:hAnsi="Tahoma" w:cs="Tahoma"/>
          <w:rtl/>
        </w:rPr>
        <w:t xml:space="preserve"> را ز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ر</w:t>
      </w:r>
      <w:r w:rsidRPr="00F25193">
        <w:rPr>
          <w:rFonts w:ascii="Tahoma" w:hAnsi="Tahoma" w:cs="Tahoma"/>
          <w:rtl/>
        </w:rPr>
        <w:t xml:space="preserve"> فرمان حکومت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واحد گرد آورند، اما 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/>
          <w:rtl/>
        </w:rPr>
        <w:t xml:space="preserve"> کار به معنا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از 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ان</w:t>
      </w:r>
      <w:r w:rsidRPr="00F25193">
        <w:rPr>
          <w:rFonts w:ascii="Tahoma" w:hAnsi="Tahoma" w:cs="Tahoma"/>
          <w:rtl/>
        </w:rPr>
        <w:t xml:space="preserve"> رفتن تفاوت‌ها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قوم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،</w:t>
      </w:r>
      <w:r w:rsidRPr="00F25193">
        <w:rPr>
          <w:rFonts w:ascii="Tahoma" w:hAnsi="Tahoma" w:cs="Tahoma"/>
          <w:rtl/>
        </w:rPr>
        <w:t xml:space="preserve"> زبان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،</w:t>
      </w:r>
      <w:r w:rsidRPr="00F25193">
        <w:rPr>
          <w:rFonts w:ascii="Tahoma" w:hAnsi="Tahoma" w:cs="Tahoma"/>
          <w:rtl/>
        </w:rPr>
        <w:t xml:space="preserve"> 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ل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،</w:t>
      </w:r>
      <w:r w:rsidRPr="00F25193">
        <w:rPr>
          <w:rFonts w:ascii="Tahoma" w:hAnsi="Tahoma" w:cs="Tahoma"/>
          <w:rtl/>
        </w:rPr>
        <w:t xml:space="preserve"> محل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و مذهب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نبود. کرد، لر، بلوچ، 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لک،</w:t>
      </w:r>
      <w:r w:rsidRPr="00F25193">
        <w:rPr>
          <w:rFonts w:ascii="Tahoma" w:hAnsi="Tahoma" w:cs="Tahoma"/>
          <w:rtl/>
        </w:rPr>
        <w:t xml:space="preserve"> مازندران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،</w:t>
      </w:r>
      <w:r w:rsidRPr="00F25193">
        <w:rPr>
          <w:rFonts w:ascii="Tahoma" w:hAnsi="Tahoma" w:cs="Tahoma"/>
          <w:rtl/>
        </w:rPr>
        <w:t xml:space="preserve"> عرب، ترک، فارس، ارمن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،</w:t>
      </w:r>
      <w:r w:rsidRPr="00F25193">
        <w:rPr>
          <w:rFonts w:ascii="Tahoma" w:hAnsi="Tahoma" w:cs="Tahoma"/>
          <w:rtl/>
        </w:rPr>
        <w:t xml:space="preserve"> گرج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،</w:t>
      </w:r>
      <w:r w:rsidRPr="00F25193">
        <w:rPr>
          <w:rFonts w:ascii="Tahoma" w:hAnsi="Tahoma" w:cs="Tahoma"/>
          <w:rtl/>
        </w:rPr>
        <w:t xml:space="preserve"> 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هود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،</w:t>
      </w:r>
      <w:r w:rsidRPr="00F25193">
        <w:rPr>
          <w:rFonts w:ascii="Tahoma" w:hAnsi="Tahoma" w:cs="Tahoma"/>
          <w:rtl/>
        </w:rPr>
        <w:t xml:space="preserve"> زرتشت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،</w:t>
      </w:r>
      <w:r w:rsidRPr="00F25193">
        <w:rPr>
          <w:rFonts w:ascii="Tahoma" w:hAnsi="Tahoma" w:cs="Tahoma"/>
          <w:rtl/>
        </w:rPr>
        <w:t xml:space="preserve"> سن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و ش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عه</w:t>
      </w:r>
      <w:r w:rsidRPr="00F25193">
        <w:rPr>
          <w:rFonts w:ascii="Tahoma" w:hAnsi="Tahoma" w:cs="Tahoma"/>
          <w:rtl/>
        </w:rPr>
        <w:t xml:space="preserve"> در قلمرو آنان زندگ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کردند</w:t>
      </w:r>
      <w:r w:rsidRPr="00F25193">
        <w:rPr>
          <w:rFonts w:ascii="Tahoma" w:hAnsi="Tahoma" w:cs="Tahoma"/>
          <w:rtl/>
        </w:rPr>
        <w:t>. کشور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که صفو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ان</w:t>
      </w:r>
      <w:r w:rsidRPr="00F25193">
        <w:rPr>
          <w:rFonts w:ascii="Tahoma" w:hAnsi="Tahoma" w:cs="Tahoma"/>
          <w:rtl/>
        </w:rPr>
        <w:t xml:space="preserve"> اداره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کردند،</w:t>
      </w:r>
      <w:r w:rsidRPr="00F25193">
        <w:rPr>
          <w:rFonts w:ascii="Tahoma" w:hAnsi="Tahoma" w:cs="Tahoma"/>
          <w:rtl/>
        </w:rPr>
        <w:t xml:space="preserve"> همچنان جامعه‌ا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گوناگون بود؛ هرچند حکومت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کوش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د</w:t>
      </w:r>
      <w:r w:rsidRPr="00F25193">
        <w:rPr>
          <w:rFonts w:ascii="Tahoma" w:hAnsi="Tahoma" w:cs="Tahoma"/>
          <w:rtl/>
        </w:rPr>
        <w:t xml:space="preserve"> بر فراز 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/>
          <w:rtl/>
        </w:rPr>
        <w:t xml:space="preserve"> گوناگون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،</w:t>
      </w:r>
      <w:r w:rsidRPr="00F25193">
        <w:rPr>
          <w:rFonts w:ascii="Tahoma" w:hAnsi="Tahoma" w:cs="Tahoma"/>
          <w:rtl/>
        </w:rPr>
        <w:t xml:space="preserve"> هو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ت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رسم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و ش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عه‌مذهب</w:t>
      </w:r>
      <w:r w:rsidRPr="00F25193">
        <w:rPr>
          <w:rFonts w:ascii="Tahoma" w:hAnsi="Tahoma" w:cs="Tahoma"/>
          <w:rtl/>
        </w:rPr>
        <w:t xml:space="preserve"> بسازد.</w:t>
      </w:r>
    </w:p>
    <w:p w:rsidR="00F25193" w:rsidRPr="00F25193" w:rsidRDefault="00F25193" w:rsidP="00F2519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F25193">
        <w:rPr>
          <w:rFonts w:ascii="Tahoma" w:hAnsi="Tahoma" w:cs="Tahoma" w:hint="eastAsia"/>
          <w:rtl/>
        </w:rPr>
        <w:t>بنابرا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ن،</w:t>
      </w:r>
      <w:r w:rsidRPr="00F25193">
        <w:rPr>
          <w:rFonts w:ascii="Tahoma" w:hAnsi="Tahoma" w:cs="Tahoma"/>
          <w:rtl/>
        </w:rPr>
        <w:t xml:space="preserve"> تش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ع</w:t>
      </w:r>
      <w:r w:rsidRPr="00F25193">
        <w:rPr>
          <w:rFonts w:ascii="Tahoma" w:hAnsi="Tahoma" w:cs="Tahoma"/>
          <w:rtl/>
        </w:rPr>
        <w:t xml:space="preserve"> دوازده‌امام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را نبا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د</w:t>
      </w:r>
      <w:r w:rsidRPr="00F25193">
        <w:rPr>
          <w:rFonts w:ascii="Tahoma" w:hAnsi="Tahoma" w:cs="Tahoma"/>
          <w:rtl/>
        </w:rPr>
        <w:t xml:space="preserve"> با همهٔ جامعهٔ 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ران</w:t>
      </w:r>
      <w:r w:rsidRPr="00F25193">
        <w:rPr>
          <w:rFonts w:ascii="Tahoma" w:hAnsi="Tahoma" w:cs="Tahoma"/>
          <w:rtl/>
        </w:rPr>
        <w:t xml:space="preserve"> 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ک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دانست. 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/>
          <w:rtl/>
        </w:rPr>
        <w:t xml:space="preserve"> مذهب به نشان رسم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حکومت تبد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ل</w:t>
      </w:r>
      <w:r w:rsidRPr="00F25193">
        <w:rPr>
          <w:rFonts w:ascii="Tahoma" w:hAnsi="Tahoma" w:cs="Tahoma"/>
          <w:rtl/>
        </w:rPr>
        <w:t xml:space="preserve"> شد و در طول زمان پ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روان</w:t>
      </w:r>
      <w:r w:rsidRPr="00F25193">
        <w:rPr>
          <w:rFonts w:ascii="Tahoma" w:hAnsi="Tahoma" w:cs="Tahoma"/>
          <w:rtl/>
        </w:rPr>
        <w:t xml:space="preserve"> فراوان 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افت،</w:t>
      </w:r>
      <w:r w:rsidRPr="00F25193">
        <w:rPr>
          <w:rFonts w:ascii="Tahoma" w:hAnsi="Tahoma" w:cs="Tahoma"/>
          <w:rtl/>
        </w:rPr>
        <w:t xml:space="preserve"> اما همواره گروه‌ها</w:t>
      </w:r>
      <w:r w:rsidRPr="00F25193">
        <w:rPr>
          <w:rFonts w:ascii="Tahoma" w:hAnsi="Tahoma" w:cs="Tahoma" w:hint="cs"/>
          <w:rtl/>
        </w:rPr>
        <w:t>یی</w:t>
      </w:r>
      <w:r w:rsidRPr="00F25193">
        <w:rPr>
          <w:rFonts w:ascii="Tahoma" w:hAnsi="Tahoma" w:cs="Tahoma"/>
          <w:rtl/>
        </w:rPr>
        <w:t xml:space="preserve"> در درون مرزها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کشور باق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ماندند که مذهب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گر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داشتند. حکومت صفو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،</w:t>
      </w:r>
      <w:r w:rsidRPr="00F25193">
        <w:rPr>
          <w:rFonts w:ascii="Tahoma" w:hAnsi="Tahoma" w:cs="Tahoma"/>
          <w:rtl/>
        </w:rPr>
        <w:t xml:space="preserve"> برخلاف مفهوم امروز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کشور، بر </w:t>
      </w:r>
      <w:r w:rsidRPr="00F25193">
        <w:rPr>
          <w:rFonts w:ascii="Tahoma" w:hAnsi="Tahoma" w:cs="Tahoma" w:hint="eastAsia"/>
          <w:rtl/>
        </w:rPr>
        <w:t>برابر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حقوق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شهروندان استوار نبود. مردم بر پا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هٔ</w:t>
      </w:r>
      <w:r w:rsidRPr="00F25193">
        <w:rPr>
          <w:rFonts w:ascii="Tahoma" w:hAnsi="Tahoma" w:cs="Tahoma"/>
          <w:rtl/>
        </w:rPr>
        <w:t xml:space="preserve">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ن،</w:t>
      </w:r>
      <w:r w:rsidRPr="00F25193">
        <w:rPr>
          <w:rFonts w:ascii="Tahoma" w:hAnsi="Tahoma" w:cs="Tahoma"/>
          <w:rtl/>
        </w:rPr>
        <w:t xml:space="preserve"> مذهب، جا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گاه</w:t>
      </w:r>
      <w:r w:rsidRPr="00F25193">
        <w:rPr>
          <w:rFonts w:ascii="Tahoma" w:hAnsi="Tahoma" w:cs="Tahoma"/>
          <w:rtl/>
        </w:rPr>
        <w:t xml:space="preserve"> اجتماع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،</w:t>
      </w:r>
      <w:r w:rsidRPr="00F25193">
        <w:rPr>
          <w:rFonts w:ascii="Tahoma" w:hAnsi="Tahoma" w:cs="Tahoma"/>
          <w:rtl/>
        </w:rPr>
        <w:t xml:space="preserve"> پ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وند</w:t>
      </w:r>
      <w:r w:rsidRPr="00F25193">
        <w:rPr>
          <w:rFonts w:ascii="Tahoma" w:hAnsi="Tahoma" w:cs="Tahoma"/>
          <w:rtl/>
        </w:rPr>
        <w:t xml:space="preserve"> 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ل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،</w:t>
      </w:r>
      <w:r w:rsidRPr="00F25193">
        <w:rPr>
          <w:rFonts w:ascii="Tahoma" w:hAnsi="Tahoma" w:cs="Tahoma"/>
          <w:rtl/>
        </w:rPr>
        <w:t xml:space="preserve"> حرفه و نزد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ک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به دستگاه قدرت از موقع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ت‌ها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کسان</w:t>
      </w:r>
      <w:r w:rsidRPr="00F25193">
        <w:rPr>
          <w:rFonts w:ascii="Tahoma" w:hAnsi="Tahoma" w:cs="Tahoma"/>
          <w:rtl/>
        </w:rPr>
        <w:t xml:space="preserve"> برخوردار نبودند. تعلق به مذهب رسم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توانست</w:t>
      </w:r>
      <w:r w:rsidRPr="00F25193">
        <w:rPr>
          <w:rFonts w:ascii="Tahoma" w:hAnsi="Tahoma" w:cs="Tahoma"/>
          <w:rtl/>
        </w:rPr>
        <w:t xml:space="preserve"> راه دسترس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به برخ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منصب‌ها، حما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ت‌ها</w:t>
      </w:r>
      <w:r w:rsidRPr="00F25193">
        <w:rPr>
          <w:rFonts w:ascii="Tahoma" w:hAnsi="Tahoma" w:cs="Tahoma"/>
          <w:rtl/>
        </w:rPr>
        <w:t xml:space="preserve"> و فرصت‌ها را هموار کند و پ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رو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از مذه</w:t>
      </w:r>
      <w:r w:rsidRPr="00F25193">
        <w:rPr>
          <w:rFonts w:ascii="Tahoma" w:hAnsi="Tahoma" w:cs="Tahoma" w:hint="eastAsia"/>
          <w:rtl/>
        </w:rPr>
        <w:t>ب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گر</w:t>
      </w:r>
      <w:r w:rsidRPr="00F25193">
        <w:rPr>
          <w:rFonts w:ascii="Tahoma" w:hAnsi="Tahoma" w:cs="Tahoma"/>
          <w:rtl/>
        </w:rPr>
        <w:t xml:space="preserve">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توانست</w:t>
      </w:r>
      <w:r w:rsidRPr="00F25193">
        <w:rPr>
          <w:rFonts w:ascii="Tahoma" w:hAnsi="Tahoma" w:cs="Tahoma"/>
          <w:rtl/>
        </w:rPr>
        <w:t xml:space="preserve"> محدود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ت،</w:t>
      </w:r>
      <w:r w:rsidRPr="00F25193">
        <w:rPr>
          <w:rFonts w:ascii="Tahoma" w:hAnsi="Tahoma" w:cs="Tahoma"/>
          <w:rtl/>
        </w:rPr>
        <w:t xml:space="preserve"> فشار 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</w:t>
      </w:r>
      <w:r w:rsidRPr="00F25193">
        <w:rPr>
          <w:rFonts w:ascii="Tahoma" w:hAnsi="Tahoma" w:cs="Tahoma"/>
          <w:rtl/>
        </w:rPr>
        <w:t xml:space="preserve"> بدگمان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حکومت را در پ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داشته باشد.</w:t>
      </w:r>
    </w:p>
    <w:p w:rsidR="00F25193" w:rsidRPr="00F25193" w:rsidRDefault="00F25193" w:rsidP="00F2519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F25193">
        <w:rPr>
          <w:rFonts w:ascii="Tahoma" w:hAnsi="Tahoma" w:cs="Tahoma" w:hint="eastAsia"/>
          <w:rtl/>
        </w:rPr>
        <w:t>در</w:t>
      </w:r>
      <w:r w:rsidRPr="00F25193">
        <w:rPr>
          <w:rFonts w:ascii="Tahoma" w:hAnsi="Tahoma" w:cs="Tahoma"/>
          <w:rtl/>
        </w:rPr>
        <w:t xml:space="preserve"> چن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/>
          <w:rtl/>
        </w:rPr>
        <w:t xml:space="preserve"> ساختار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،</w:t>
      </w:r>
      <w:r w:rsidRPr="00F25193">
        <w:rPr>
          <w:rFonts w:ascii="Tahoma" w:hAnsi="Tahoma" w:cs="Tahoma"/>
          <w:rtl/>
        </w:rPr>
        <w:t xml:space="preserve"> مذهب رسم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هم وس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لهٔ</w:t>
      </w:r>
      <w:r w:rsidRPr="00F25193">
        <w:rPr>
          <w:rFonts w:ascii="Tahoma" w:hAnsi="Tahoma" w:cs="Tahoma"/>
          <w:rtl/>
        </w:rPr>
        <w:t xml:space="preserve"> پ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وند</w:t>
      </w:r>
      <w:r w:rsidRPr="00F25193">
        <w:rPr>
          <w:rFonts w:ascii="Tahoma" w:hAnsi="Tahoma" w:cs="Tahoma"/>
          <w:rtl/>
        </w:rPr>
        <w:t xml:space="preserve"> بود و هم عامل جدا</w:t>
      </w:r>
      <w:r w:rsidRPr="00F25193">
        <w:rPr>
          <w:rFonts w:ascii="Tahoma" w:hAnsi="Tahoma" w:cs="Tahoma" w:hint="cs"/>
          <w:rtl/>
        </w:rPr>
        <w:t>یی</w:t>
      </w:r>
      <w:r w:rsidRPr="00F25193">
        <w:rPr>
          <w:rFonts w:ascii="Tahoma" w:hAnsi="Tahoma" w:cs="Tahoma"/>
          <w:rtl/>
        </w:rPr>
        <w:t>. ش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ع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ان</w:t>
      </w:r>
      <w:r w:rsidRPr="00F25193">
        <w:rPr>
          <w:rFonts w:ascii="Tahoma" w:hAnsi="Tahoma" w:cs="Tahoma"/>
          <w:rtl/>
        </w:rPr>
        <w:t xml:space="preserve"> مناطق مختلف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توانستند</w:t>
      </w:r>
      <w:r w:rsidRPr="00F25193">
        <w:rPr>
          <w:rFonts w:ascii="Tahoma" w:hAnsi="Tahoma" w:cs="Tahoma"/>
          <w:rtl/>
        </w:rPr>
        <w:t xml:space="preserve"> خود را اعضا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جامعه‌ا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واحد بدانند که شاه از آن پاسدار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کند</w:t>
      </w:r>
      <w:r w:rsidRPr="00F25193">
        <w:rPr>
          <w:rFonts w:ascii="Tahoma" w:hAnsi="Tahoma" w:cs="Tahoma"/>
          <w:rtl/>
        </w:rPr>
        <w:t>. آ</w:t>
      </w:r>
      <w:r w:rsidRPr="00F25193">
        <w:rPr>
          <w:rFonts w:ascii="Tahoma" w:hAnsi="Tahoma" w:cs="Tahoma" w:hint="cs"/>
          <w:rtl/>
        </w:rPr>
        <w:t>یی</w:t>
      </w:r>
      <w:r w:rsidRPr="00F25193">
        <w:rPr>
          <w:rFonts w:ascii="Tahoma" w:hAnsi="Tahoma" w:cs="Tahoma" w:hint="eastAsia"/>
          <w:rtl/>
        </w:rPr>
        <w:t>ن‌ها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مشترک، ز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ارتگاه‌ها</w:t>
      </w:r>
      <w:r w:rsidRPr="00F25193">
        <w:rPr>
          <w:rFonts w:ascii="Tahoma" w:hAnsi="Tahoma" w:cs="Tahoma"/>
          <w:rtl/>
        </w:rPr>
        <w:t xml:space="preserve"> و روا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ت‌ها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مذهب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به آنان حافظه‌ا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مشترک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داد</w:t>
      </w:r>
      <w:r w:rsidRPr="00F25193">
        <w:rPr>
          <w:rFonts w:ascii="Tahoma" w:hAnsi="Tahoma" w:cs="Tahoma"/>
          <w:rtl/>
        </w:rPr>
        <w:t>. اما هم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/>
          <w:rtl/>
        </w:rPr>
        <w:t xml:space="preserve"> سازوکار، پ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روان</w:t>
      </w:r>
      <w:r w:rsidRPr="00F25193">
        <w:rPr>
          <w:rFonts w:ascii="Tahoma" w:hAnsi="Tahoma" w:cs="Tahoma"/>
          <w:rtl/>
        </w:rPr>
        <w:t xml:space="preserve"> مذاهب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گر</w:t>
      </w:r>
      <w:r w:rsidRPr="00F25193">
        <w:rPr>
          <w:rFonts w:ascii="Tahoma" w:hAnsi="Tahoma" w:cs="Tahoma"/>
          <w:rtl/>
        </w:rPr>
        <w:t xml:space="preserve"> را در حاش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ه</w:t>
      </w:r>
      <w:r w:rsidRPr="00F25193">
        <w:rPr>
          <w:rFonts w:ascii="Tahoma" w:hAnsi="Tahoma" w:cs="Tahoma"/>
          <w:rtl/>
        </w:rPr>
        <w:t xml:space="preserve"> قرار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داد</w:t>
      </w:r>
      <w:r w:rsidRPr="00F25193">
        <w:rPr>
          <w:rFonts w:ascii="Tahoma" w:hAnsi="Tahoma" w:cs="Tahoma"/>
          <w:rtl/>
        </w:rPr>
        <w:t xml:space="preserve"> و گاه آنان را به کسان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تبد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ل</w:t>
      </w:r>
      <w:r w:rsidRPr="00F25193">
        <w:rPr>
          <w:rFonts w:ascii="Tahoma" w:hAnsi="Tahoma" w:cs="Tahoma"/>
          <w:rtl/>
        </w:rPr>
        <w:t xml:space="preserve">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کرد</w:t>
      </w:r>
      <w:r w:rsidRPr="00F25193">
        <w:rPr>
          <w:rFonts w:ascii="Tahoma" w:hAnsi="Tahoma" w:cs="Tahoma"/>
          <w:rtl/>
        </w:rPr>
        <w:t xml:space="preserve"> که وفادار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شان</w:t>
      </w:r>
      <w:r w:rsidRPr="00F25193">
        <w:rPr>
          <w:rFonts w:ascii="Tahoma" w:hAnsi="Tahoma" w:cs="Tahoma"/>
          <w:rtl/>
        </w:rPr>
        <w:t xml:space="preserve"> به کشور محل ترد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د</w:t>
      </w:r>
      <w:r w:rsidRPr="00F25193">
        <w:rPr>
          <w:rFonts w:ascii="Tahoma" w:hAnsi="Tahoma" w:cs="Tahoma"/>
          <w:rtl/>
        </w:rPr>
        <w:t xml:space="preserve"> بود. مرز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که 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ران</w:t>
      </w:r>
      <w:r w:rsidRPr="00F25193">
        <w:rPr>
          <w:rFonts w:ascii="Tahoma" w:hAnsi="Tahoma" w:cs="Tahoma"/>
          <w:rtl/>
        </w:rPr>
        <w:t xml:space="preserve"> را از حکومت عثمان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جدا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کرد،</w:t>
      </w:r>
      <w:r w:rsidRPr="00F25193">
        <w:rPr>
          <w:rFonts w:ascii="Tahoma" w:hAnsi="Tahoma" w:cs="Tahoma"/>
          <w:rtl/>
        </w:rPr>
        <w:t xml:space="preserve">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توانست</w:t>
      </w:r>
      <w:r w:rsidRPr="00F25193">
        <w:rPr>
          <w:rFonts w:ascii="Tahoma" w:hAnsi="Tahoma" w:cs="Tahoma"/>
          <w:rtl/>
        </w:rPr>
        <w:t xml:space="preserve"> در داخل کشور 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ز</w:t>
      </w:r>
      <w:r w:rsidRPr="00F25193">
        <w:rPr>
          <w:rFonts w:ascii="Tahoma" w:hAnsi="Tahoma" w:cs="Tahoma"/>
          <w:rtl/>
        </w:rPr>
        <w:t xml:space="preserve"> 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ان</w:t>
      </w:r>
      <w:r w:rsidRPr="00F25193">
        <w:rPr>
          <w:rFonts w:ascii="Tahoma" w:hAnsi="Tahoma" w:cs="Tahoma"/>
          <w:rtl/>
        </w:rPr>
        <w:t xml:space="preserve"> مردم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وار</w:t>
      </w:r>
      <w:r w:rsidRPr="00F25193">
        <w:rPr>
          <w:rFonts w:ascii="Tahoma" w:hAnsi="Tahoma" w:cs="Tahoma"/>
          <w:rtl/>
        </w:rPr>
        <w:t xml:space="preserve"> بکشد.</w:t>
      </w:r>
    </w:p>
    <w:p w:rsidR="00F25193" w:rsidRPr="00F25193" w:rsidRDefault="00F25193" w:rsidP="00F2519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F25193">
        <w:rPr>
          <w:rFonts w:ascii="Tahoma" w:hAnsi="Tahoma" w:cs="Tahoma" w:hint="eastAsia"/>
          <w:rtl/>
        </w:rPr>
        <w:t>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/>
          <w:rtl/>
        </w:rPr>
        <w:t xml:space="preserve"> مسئله به‌و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ژه</w:t>
      </w:r>
      <w:r w:rsidRPr="00F25193">
        <w:rPr>
          <w:rFonts w:ascii="Tahoma" w:hAnsi="Tahoma" w:cs="Tahoma"/>
          <w:rtl/>
        </w:rPr>
        <w:t xml:space="preserve"> در مورد سن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ان</w:t>
      </w:r>
      <w:r w:rsidRPr="00F25193">
        <w:rPr>
          <w:rFonts w:ascii="Tahoma" w:hAnsi="Tahoma" w:cs="Tahoma"/>
          <w:rtl/>
        </w:rPr>
        <w:t xml:space="preserve"> اهم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ت</w:t>
      </w:r>
      <w:r w:rsidRPr="00F25193">
        <w:rPr>
          <w:rFonts w:ascii="Tahoma" w:hAnsi="Tahoma" w:cs="Tahoma"/>
          <w:rtl/>
        </w:rPr>
        <w:t xml:space="preserve"> داشت. حکومت صفو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در رو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ارو</w:t>
      </w:r>
      <w:r w:rsidRPr="00F25193">
        <w:rPr>
          <w:rFonts w:ascii="Tahoma" w:hAnsi="Tahoma" w:cs="Tahoma" w:hint="cs"/>
          <w:rtl/>
        </w:rPr>
        <w:t>یی</w:t>
      </w:r>
      <w:r w:rsidRPr="00F25193">
        <w:rPr>
          <w:rFonts w:ascii="Tahoma" w:hAnsi="Tahoma" w:cs="Tahoma"/>
          <w:rtl/>
        </w:rPr>
        <w:t xml:space="preserve"> با عثمان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ان</w:t>
      </w:r>
      <w:r w:rsidRPr="00F25193">
        <w:rPr>
          <w:rFonts w:ascii="Tahoma" w:hAnsi="Tahoma" w:cs="Tahoma"/>
          <w:rtl/>
        </w:rPr>
        <w:t xml:space="preserve"> و ازبکان، سن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بودن</w:t>
      </w:r>
      <w:r w:rsidRPr="00F25193">
        <w:rPr>
          <w:rFonts w:ascii="Tahoma" w:hAnsi="Tahoma" w:cs="Tahoma"/>
          <w:rtl/>
        </w:rPr>
        <w:t xml:space="preserve"> را فقط اختلاف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مذهب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نم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د؛</w:t>
      </w:r>
      <w:r w:rsidRPr="00F25193">
        <w:rPr>
          <w:rFonts w:ascii="Tahoma" w:hAnsi="Tahoma" w:cs="Tahoma"/>
          <w:rtl/>
        </w:rPr>
        <w:t xml:space="preserve"> آن را گاه نشانه‌ا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از امکان همدل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با دشمن خارج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تلق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کرد</w:t>
      </w:r>
      <w:r w:rsidRPr="00F25193">
        <w:rPr>
          <w:rFonts w:ascii="Tahoma" w:hAnsi="Tahoma" w:cs="Tahoma"/>
          <w:rtl/>
        </w:rPr>
        <w:t>. در نت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جه،</w:t>
      </w:r>
      <w:r w:rsidRPr="00F25193">
        <w:rPr>
          <w:rFonts w:ascii="Tahoma" w:hAnsi="Tahoma" w:cs="Tahoma"/>
          <w:rtl/>
        </w:rPr>
        <w:t xml:space="preserve"> گروه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از ساکنان 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ران</w:t>
      </w:r>
      <w:r w:rsidRPr="00F25193">
        <w:rPr>
          <w:rFonts w:ascii="Tahoma" w:hAnsi="Tahoma" w:cs="Tahoma"/>
          <w:rtl/>
        </w:rPr>
        <w:t xml:space="preserve"> ممکن بود نه به سبب عمل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س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اس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،</w:t>
      </w:r>
      <w:r w:rsidRPr="00F25193">
        <w:rPr>
          <w:rFonts w:ascii="Tahoma" w:hAnsi="Tahoma" w:cs="Tahoma"/>
          <w:rtl/>
        </w:rPr>
        <w:t xml:space="preserve"> بلکه به دل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ل</w:t>
      </w:r>
      <w:r w:rsidRPr="00F25193">
        <w:rPr>
          <w:rFonts w:ascii="Tahoma" w:hAnsi="Tahoma" w:cs="Tahoma"/>
          <w:rtl/>
        </w:rPr>
        <w:t xml:space="preserve"> مذهب خود با بدگمان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روبه‌رو شوند. در چن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/>
          <w:rtl/>
        </w:rPr>
        <w:t xml:space="preserve"> وضع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،</w:t>
      </w:r>
      <w:r w:rsidRPr="00F25193">
        <w:rPr>
          <w:rFonts w:ascii="Tahoma" w:hAnsi="Tahoma" w:cs="Tahoma"/>
          <w:rtl/>
        </w:rPr>
        <w:t xml:space="preserve"> حکومت به جا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آنکه وفادار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را بر رفتار مردم بسنجد، آن را با اعتقاد مذهب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آنان پ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وند</w:t>
      </w:r>
      <w:r w:rsidRPr="00F25193">
        <w:rPr>
          <w:rFonts w:ascii="Tahoma" w:hAnsi="Tahoma" w:cs="Tahoma"/>
          <w:rtl/>
        </w:rPr>
        <w:t xml:space="preserve">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داد</w:t>
      </w:r>
      <w:r w:rsidRPr="00F25193">
        <w:rPr>
          <w:rFonts w:ascii="Tahoma" w:hAnsi="Tahoma" w:cs="Tahoma"/>
          <w:rtl/>
        </w:rPr>
        <w:t>.</w:t>
      </w:r>
    </w:p>
    <w:p w:rsidR="00F25193" w:rsidRPr="00F25193" w:rsidRDefault="00F25193" w:rsidP="00F2519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F25193">
        <w:rPr>
          <w:rFonts w:ascii="Tahoma" w:hAnsi="Tahoma" w:cs="Tahoma" w:hint="eastAsia"/>
          <w:rtl/>
        </w:rPr>
        <w:t>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/>
          <w:rtl/>
        </w:rPr>
        <w:t xml:space="preserve"> پ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وند،</w:t>
      </w:r>
      <w:r w:rsidRPr="00F25193">
        <w:rPr>
          <w:rFonts w:ascii="Tahoma" w:hAnsi="Tahoma" w:cs="Tahoma"/>
          <w:rtl/>
        </w:rPr>
        <w:t xml:space="preserve"> توان حکومت برا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بس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ج</w:t>
      </w:r>
      <w:r w:rsidRPr="00F25193">
        <w:rPr>
          <w:rFonts w:ascii="Tahoma" w:hAnsi="Tahoma" w:cs="Tahoma"/>
          <w:rtl/>
        </w:rPr>
        <w:t xml:space="preserve"> 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روها</w:t>
      </w:r>
      <w:r w:rsidRPr="00F25193">
        <w:rPr>
          <w:rFonts w:ascii="Tahoma" w:hAnsi="Tahoma" w:cs="Tahoma"/>
          <w:rtl/>
        </w:rPr>
        <w:t xml:space="preserve"> را افزا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ش</w:t>
      </w:r>
      <w:r w:rsidRPr="00F25193">
        <w:rPr>
          <w:rFonts w:ascii="Tahoma" w:hAnsi="Tahoma" w:cs="Tahoma"/>
          <w:rtl/>
        </w:rPr>
        <w:t xml:space="preserve">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داد،</w:t>
      </w:r>
      <w:r w:rsidRPr="00F25193">
        <w:rPr>
          <w:rFonts w:ascii="Tahoma" w:hAnsi="Tahoma" w:cs="Tahoma"/>
          <w:rtl/>
        </w:rPr>
        <w:t xml:space="preserve"> اما شناخت آن از جامعه را کاهش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داد</w:t>
      </w:r>
      <w:r w:rsidRPr="00F25193">
        <w:rPr>
          <w:rFonts w:ascii="Tahoma" w:hAnsi="Tahoma" w:cs="Tahoma"/>
          <w:rtl/>
        </w:rPr>
        <w:t>. هر نارضا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ت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مذهب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توانست</w:t>
      </w:r>
      <w:r w:rsidRPr="00F25193">
        <w:rPr>
          <w:rFonts w:ascii="Tahoma" w:hAnsi="Tahoma" w:cs="Tahoma"/>
          <w:rtl/>
        </w:rPr>
        <w:t xml:space="preserve"> به دشمن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س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اس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تعب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ر</w:t>
      </w:r>
      <w:r w:rsidRPr="00F25193">
        <w:rPr>
          <w:rFonts w:ascii="Tahoma" w:hAnsi="Tahoma" w:cs="Tahoma"/>
          <w:rtl/>
        </w:rPr>
        <w:t xml:space="preserve"> شود و هر مخالفت س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اس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صورت مذهب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پ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دا</w:t>
      </w:r>
      <w:r w:rsidRPr="00F25193">
        <w:rPr>
          <w:rFonts w:ascii="Tahoma" w:hAnsi="Tahoma" w:cs="Tahoma"/>
          <w:rtl/>
        </w:rPr>
        <w:t xml:space="preserve"> کند. به 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/>
          <w:rtl/>
        </w:rPr>
        <w:t xml:space="preserve"> ترت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ب،</w:t>
      </w:r>
      <w:r w:rsidRPr="00F25193">
        <w:rPr>
          <w:rFonts w:ascii="Tahoma" w:hAnsi="Tahoma" w:cs="Tahoma"/>
          <w:rtl/>
        </w:rPr>
        <w:t xml:space="preserve"> اختلاف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که شا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د</w:t>
      </w:r>
      <w:r w:rsidRPr="00F25193">
        <w:rPr>
          <w:rFonts w:ascii="Tahoma" w:hAnsi="Tahoma" w:cs="Tahoma"/>
          <w:rtl/>
        </w:rPr>
        <w:t xml:space="preserve"> با اصلاح مال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ات،</w:t>
      </w:r>
      <w:r w:rsidRPr="00F25193">
        <w:rPr>
          <w:rFonts w:ascii="Tahoma" w:hAnsi="Tahoma" w:cs="Tahoma"/>
          <w:rtl/>
        </w:rPr>
        <w:t xml:space="preserve"> تغ</w:t>
      </w:r>
      <w:r w:rsidRPr="00F25193">
        <w:rPr>
          <w:rFonts w:ascii="Tahoma" w:hAnsi="Tahoma" w:cs="Tahoma" w:hint="cs"/>
          <w:rtl/>
        </w:rPr>
        <w:t>یی</w:t>
      </w:r>
      <w:r w:rsidRPr="00F25193">
        <w:rPr>
          <w:rFonts w:ascii="Tahoma" w:hAnsi="Tahoma" w:cs="Tahoma" w:hint="eastAsia"/>
          <w:rtl/>
        </w:rPr>
        <w:t>ر</w:t>
      </w:r>
      <w:r w:rsidRPr="00F25193">
        <w:rPr>
          <w:rFonts w:ascii="Tahoma" w:hAnsi="Tahoma" w:cs="Tahoma"/>
          <w:rtl/>
        </w:rPr>
        <w:t xml:space="preserve"> حاکم محل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</w:t>
      </w:r>
      <w:r w:rsidRPr="00F25193">
        <w:rPr>
          <w:rFonts w:ascii="Tahoma" w:hAnsi="Tahoma" w:cs="Tahoma"/>
          <w:rtl/>
        </w:rPr>
        <w:t xml:space="preserve"> رس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>دگ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به شکا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ت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قابل حل بود،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توانست</w:t>
      </w:r>
      <w:r w:rsidRPr="00F25193">
        <w:rPr>
          <w:rFonts w:ascii="Tahoma" w:hAnsi="Tahoma" w:cs="Tahoma"/>
          <w:rtl/>
        </w:rPr>
        <w:t xml:space="preserve"> به نبرد 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ان</w:t>
      </w:r>
      <w:r w:rsidRPr="00F25193">
        <w:rPr>
          <w:rFonts w:ascii="Tahoma" w:hAnsi="Tahoma" w:cs="Tahoma"/>
          <w:rtl/>
        </w:rPr>
        <w:t xml:space="preserve"> مذهب درست و نادرست تبد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ل</w:t>
      </w:r>
      <w:r w:rsidRPr="00F25193">
        <w:rPr>
          <w:rFonts w:ascii="Tahoma" w:hAnsi="Tahoma" w:cs="Tahoma"/>
          <w:rtl/>
        </w:rPr>
        <w:t xml:space="preserve"> شود. هنگام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که حکومت مخالف خود را دشمن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/>
          <w:rtl/>
        </w:rPr>
        <w:t xml:space="preserve">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نام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د،</w:t>
      </w:r>
      <w:r w:rsidRPr="00F25193">
        <w:rPr>
          <w:rFonts w:ascii="Tahoma" w:hAnsi="Tahoma" w:cs="Tahoma"/>
          <w:rtl/>
        </w:rPr>
        <w:t xml:space="preserve"> راه گفتگو و سازش را تنگ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کرد؛</w:t>
      </w:r>
      <w:r w:rsidRPr="00F25193">
        <w:rPr>
          <w:rFonts w:ascii="Tahoma" w:hAnsi="Tahoma" w:cs="Tahoma"/>
          <w:rtl/>
        </w:rPr>
        <w:t xml:space="preserve"> و هنگام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که مخالف 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ز</w:t>
      </w:r>
      <w:r w:rsidRPr="00F25193">
        <w:rPr>
          <w:rFonts w:ascii="Tahoma" w:hAnsi="Tahoma" w:cs="Tahoma"/>
          <w:rtl/>
        </w:rPr>
        <w:t xml:space="preserve"> مبارزه با حکومت را وظ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فه‌ا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معرف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کرد،</w:t>
      </w:r>
      <w:r w:rsidRPr="00F25193">
        <w:rPr>
          <w:rFonts w:ascii="Tahoma" w:hAnsi="Tahoma" w:cs="Tahoma"/>
          <w:rtl/>
        </w:rPr>
        <w:t xml:space="preserve"> اختلاف س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اس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به جنگ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پا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ان‌ناپذ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ر</w:t>
      </w:r>
      <w:r w:rsidRPr="00F25193">
        <w:rPr>
          <w:rFonts w:ascii="Tahoma" w:hAnsi="Tahoma" w:cs="Tahoma"/>
          <w:rtl/>
        </w:rPr>
        <w:t xml:space="preserve"> بر سر حق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قت</w:t>
      </w:r>
      <w:r w:rsidRPr="00F25193">
        <w:rPr>
          <w:rFonts w:ascii="Tahoma" w:hAnsi="Tahoma" w:cs="Tahoma"/>
          <w:rtl/>
        </w:rPr>
        <w:t xml:space="preserve"> تبد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ل</w:t>
      </w:r>
      <w:r w:rsidRPr="00F25193">
        <w:rPr>
          <w:rFonts w:ascii="Tahoma" w:hAnsi="Tahoma" w:cs="Tahoma"/>
          <w:rtl/>
        </w:rPr>
        <w:t xml:space="preserve">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شد</w:t>
      </w:r>
      <w:r w:rsidRPr="00F25193">
        <w:rPr>
          <w:rFonts w:ascii="Tahoma" w:hAnsi="Tahoma" w:cs="Tahoma"/>
          <w:rtl/>
        </w:rPr>
        <w:t>.</w:t>
      </w:r>
    </w:p>
    <w:p w:rsidR="00F25193" w:rsidRPr="00F25193" w:rsidRDefault="00F25193" w:rsidP="00F2519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F25193">
        <w:rPr>
          <w:rFonts w:ascii="Tahoma" w:hAnsi="Tahoma" w:cs="Tahoma" w:hint="eastAsia"/>
          <w:rtl/>
        </w:rPr>
        <w:t>البته</w:t>
      </w:r>
      <w:r w:rsidRPr="00F25193">
        <w:rPr>
          <w:rFonts w:ascii="Tahoma" w:hAnsi="Tahoma" w:cs="Tahoma"/>
          <w:rtl/>
        </w:rPr>
        <w:t xml:space="preserve"> همهٔ دوره‌ها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صفو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به 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ک</w:t>
      </w:r>
      <w:r w:rsidRPr="00F25193">
        <w:rPr>
          <w:rFonts w:ascii="Tahoma" w:hAnsi="Tahoma" w:cs="Tahoma"/>
          <w:rtl/>
        </w:rPr>
        <w:t xml:space="preserve"> اندازه با فشار مذهب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همراه نبودند. رفتار شاهان، توان حکومت مرکز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،</w:t>
      </w:r>
      <w:r w:rsidRPr="00F25193">
        <w:rPr>
          <w:rFonts w:ascii="Tahoma" w:hAnsi="Tahoma" w:cs="Tahoma"/>
          <w:rtl/>
        </w:rPr>
        <w:t xml:space="preserve"> وضع مرزها و 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ازها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اقتصاد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در شدت 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</w:t>
      </w:r>
      <w:r w:rsidRPr="00F25193">
        <w:rPr>
          <w:rFonts w:ascii="Tahoma" w:hAnsi="Tahoma" w:cs="Tahoma"/>
          <w:rtl/>
        </w:rPr>
        <w:t xml:space="preserve"> کاهش 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/>
          <w:rtl/>
        </w:rPr>
        <w:t xml:space="preserve"> فشار اثر داشت. ارمن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ان</w:t>
      </w:r>
      <w:r w:rsidRPr="00F25193">
        <w:rPr>
          <w:rFonts w:ascii="Tahoma" w:hAnsi="Tahoma" w:cs="Tahoma"/>
          <w:rtl/>
        </w:rPr>
        <w:t xml:space="preserve"> جلفا، برا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نمونه، به دل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ل</w:t>
      </w:r>
      <w:r w:rsidRPr="00F25193">
        <w:rPr>
          <w:rFonts w:ascii="Tahoma" w:hAnsi="Tahoma" w:cs="Tahoma"/>
          <w:rtl/>
        </w:rPr>
        <w:t xml:space="preserve"> نقش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که در تجارت خارج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داشتند، از حما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ت‌ها</w:t>
      </w:r>
      <w:r w:rsidRPr="00F25193">
        <w:rPr>
          <w:rFonts w:ascii="Tahoma" w:hAnsi="Tahoma" w:cs="Tahoma" w:hint="cs"/>
          <w:rtl/>
        </w:rPr>
        <w:t>یی</w:t>
      </w:r>
      <w:r w:rsidRPr="00F25193">
        <w:rPr>
          <w:rFonts w:ascii="Tahoma" w:hAnsi="Tahoma" w:cs="Tahoma"/>
          <w:rtl/>
        </w:rPr>
        <w:t xml:space="preserve"> برخوردار شدند، هرچ</w:t>
      </w:r>
      <w:r w:rsidRPr="00F25193">
        <w:rPr>
          <w:rFonts w:ascii="Tahoma" w:hAnsi="Tahoma" w:cs="Tahoma" w:hint="eastAsia"/>
          <w:rtl/>
        </w:rPr>
        <w:t>ند</w:t>
      </w:r>
      <w:r w:rsidRPr="00F25193">
        <w:rPr>
          <w:rFonts w:ascii="Tahoma" w:hAnsi="Tahoma" w:cs="Tahoma"/>
          <w:rtl/>
        </w:rPr>
        <w:t xml:space="preserve"> 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/>
          <w:rtl/>
        </w:rPr>
        <w:t xml:space="preserve"> حما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ت</w:t>
      </w:r>
      <w:r w:rsidRPr="00F25193">
        <w:rPr>
          <w:rFonts w:ascii="Tahoma" w:hAnsi="Tahoma" w:cs="Tahoma"/>
          <w:rtl/>
        </w:rPr>
        <w:t xml:space="preserve"> به معنا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برابر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کامل آنان با پ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روان</w:t>
      </w:r>
      <w:r w:rsidRPr="00F25193">
        <w:rPr>
          <w:rFonts w:ascii="Tahoma" w:hAnsi="Tahoma" w:cs="Tahoma"/>
          <w:rtl/>
        </w:rPr>
        <w:t xml:space="preserve"> مذهب رسم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نبود. حکومت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توانست</w:t>
      </w:r>
      <w:r w:rsidRPr="00F25193">
        <w:rPr>
          <w:rFonts w:ascii="Tahoma" w:hAnsi="Tahoma" w:cs="Tahoma"/>
          <w:rtl/>
        </w:rPr>
        <w:t xml:space="preserve"> به سبب 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از</w:t>
      </w:r>
      <w:r w:rsidRPr="00F25193">
        <w:rPr>
          <w:rFonts w:ascii="Tahoma" w:hAnsi="Tahoma" w:cs="Tahoma"/>
          <w:rtl/>
        </w:rPr>
        <w:t xml:space="preserve"> اقتصاد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با گروه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مدارا کند و در همان حال محدود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ت‌ها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</w:t>
      </w:r>
      <w:r w:rsidRPr="00F25193">
        <w:rPr>
          <w:rFonts w:ascii="Tahoma" w:hAnsi="Tahoma" w:cs="Tahoma"/>
          <w:rtl/>
        </w:rPr>
        <w:t xml:space="preserve"> اجتماع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را بر آن باق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گذارد. مدارا در چن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/>
          <w:rtl/>
        </w:rPr>
        <w:t xml:space="preserve"> نظام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ب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ش</w:t>
      </w:r>
      <w:r w:rsidRPr="00F25193">
        <w:rPr>
          <w:rFonts w:ascii="Tahoma" w:hAnsi="Tahoma" w:cs="Tahoma"/>
          <w:rtl/>
        </w:rPr>
        <w:t xml:space="preserve"> از آنکه حق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پا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دار</w:t>
      </w:r>
      <w:r w:rsidRPr="00F25193">
        <w:rPr>
          <w:rFonts w:ascii="Tahoma" w:hAnsi="Tahoma" w:cs="Tahoma"/>
          <w:rtl/>
        </w:rPr>
        <w:t xml:space="preserve"> باشد، امت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از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بود که حکومت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/>
          <w:rtl/>
        </w:rPr>
        <w:t>داد و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توانست</w:t>
      </w:r>
      <w:r w:rsidRPr="00F25193">
        <w:rPr>
          <w:rFonts w:ascii="Tahoma" w:hAnsi="Tahoma" w:cs="Tahoma"/>
          <w:rtl/>
        </w:rPr>
        <w:t xml:space="preserve"> بازپس 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رد</w:t>
      </w:r>
      <w:r w:rsidRPr="00F25193">
        <w:rPr>
          <w:rFonts w:ascii="Tahoma" w:hAnsi="Tahoma" w:cs="Tahoma"/>
          <w:rtl/>
        </w:rPr>
        <w:t>.</w:t>
      </w:r>
    </w:p>
    <w:p w:rsidR="00F25193" w:rsidRPr="00F25193" w:rsidRDefault="00F25193" w:rsidP="00F2519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F25193">
        <w:rPr>
          <w:rFonts w:ascii="Tahoma" w:hAnsi="Tahoma" w:cs="Tahoma" w:hint="eastAsia"/>
          <w:rtl/>
        </w:rPr>
        <w:t>هم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/>
          <w:rtl/>
        </w:rPr>
        <w:t xml:space="preserve"> تفاوت 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ان</w:t>
      </w:r>
      <w:r w:rsidRPr="00F25193">
        <w:rPr>
          <w:rFonts w:ascii="Tahoma" w:hAnsi="Tahoma" w:cs="Tahoma"/>
          <w:rtl/>
        </w:rPr>
        <w:t xml:space="preserve"> حق و امت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از،</w:t>
      </w:r>
      <w:r w:rsidRPr="00F25193">
        <w:rPr>
          <w:rFonts w:ascii="Tahoma" w:hAnsi="Tahoma" w:cs="Tahoma"/>
          <w:rtl/>
        </w:rPr>
        <w:t xml:space="preserve"> 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ک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از و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ژگ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ها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اصل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کشوردار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صفو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بود. مردم دارا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حقوق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نبودند که مستقل از ارادهٔ شاه و تفس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ر</w:t>
      </w:r>
      <w:r w:rsidRPr="00F25193">
        <w:rPr>
          <w:rFonts w:ascii="Tahoma" w:hAnsi="Tahoma" w:cs="Tahoma"/>
          <w:rtl/>
        </w:rPr>
        <w:t xml:space="preserve">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نکاران</w:t>
      </w:r>
      <w:r w:rsidRPr="00F25193">
        <w:rPr>
          <w:rFonts w:ascii="Tahoma" w:hAnsi="Tahoma" w:cs="Tahoma"/>
          <w:rtl/>
        </w:rPr>
        <w:t xml:space="preserve"> باق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بماند. شاه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توانست</w:t>
      </w:r>
      <w:r w:rsidRPr="00F25193">
        <w:rPr>
          <w:rFonts w:ascii="Tahoma" w:hAnsi="Tahoma" w:cs="Tahoma"/>
          <w:rtl/>
        </w:rPr>
        <w:t xml:space="preserve"> امن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ت،</w:t>
      </w:r>
      <w:r w:rsidRPr="00F25193">
        <w:rPr>
          <w:rFonts w:ascii="Tahoma" w:hAnsi="Tahoma" w:cs="Tahoma"/>
          <w:rtl/>
        </w:rPr>
        <w:t xml:space="preserve"> امکان تجارت 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</w:t>
      </w:r>
      <w:r w:rsidRPr="00F25193">
        <w:rPr>
          <w:rFonts w:ascii="Tahoma" w:hAnsi="Tahoma" w:cs="Tahoma"/>
          <w:rtl/>
        </w:rPr>
        <w:t xml:space="preserve"> آزاد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اجرا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برخ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آ</w:t>
      </w:r>
      <w:r w:rsidRPr="00F25193">
        <w:rPr>
          <w:rFonts w:ascii="Tahoma" w:hAnsi="Tahoma" w:cs="Tahoma" w:hint="cs"/>
          <w:rtl/>
        </w:rPr>
        <w:t>یی</w:t>
      </w:r>
      <w:r w:rsidRPr="00F25193">
        <w:rPr>
          <w:rFonts w:ascii="Tahoma" w:hAnsi="Tahoma" w:cs="Tahoma" w:hint="eastAsia"/>
          <w:rtl/>
        </w:rPr>
        <w:t>ن‌ها</w:t>
      </w:r>
      <w:r w:rsidRPr="00F25193">
        <w:rPr>
          <w:rFonts w:ascii="Tahoma" w:hAnsi="Tahoma" w:cs="Tahoma"/>
          <w:rtl/>
        </w:rPr>
        <w:t xml:space="preserve"> را به گروه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اعطا کند، اما اعطا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او به معنا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شناسا</w:t>
      </w:r>
      <w:r w:rsidRPr="00F25193">
        <w:rPr>
          <w:rFonts w:ascii="Tahoma" w:hAnsi="Tahoma" w:cs="Tahoma" w:hint="cs"/>
          <w:rtl/>
        </w:rPr>
        <w:t>یی</w:t>
      </w:r>
      <w:r w:rsidRPr="00F25193">
        <w:rPr>
          <w:rFonts w:ascii="Tahoma" w:hAnsi="Tahoma" w:cs="Tahoma"/>
          <w:rtl/>
        </w:rPr>
        <w:t xml:space="preserve"> حق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همگان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و تغ</w:t>
      </w:r>
      <w:r w:rsidRPr="00F25193">
        <w:rPr>
          <w:rFonts w:ascii="Tahoma" w:hAnsi="Tahoma" w:cs="Tahoma" w:hint="cs"/>
          <w:rtl/>
        </w:rPr>
        <w:t>یی</w:t>
      </w:r>
      <w:r w:rsidRPr="00F25193">
        <w:rPr>
          <w:rFonts w:ascii="Tahoma" w:hAnsi="Tahoma" w:cs="Tahoma" w:hint="eastAsia"/>
          <w:rtl/>
        </w:rPr>
        <w:t>رناپذ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ر</w:t>
      </w:r>
      <w:r w:rsidRPr="00F25193">
        <w:rPr>
          <w:rFonts w:ascii="Tahoma" w:hAnsi="Tahoma" w:cs="Tahoma"/>
          <w:rtl/>
        </w:rPr>
        <w:t xml:space="preserve"> نبود. ازا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ن‌رو،</w:t>
      </w:r>
      <w:r w:rsidRPr="00F25193">
        <w:rPr>
          <w:rFonts w:ascii="Tahoma" w:hAnsi="Tahoma" w:cs="Tahoma"/>
          <w:rtl/>
        </w:rPr>
        <w:t xml:space="preserve"> جا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گاه</w:t>
      </w:r>
      <w:r w:rsidRPr="00F25193">
        <w:rPr>
          <w:rFonts w:ascii="Tahoma" w:hAnsi="Tahoma" w:cs="Tahoma"/>
          <w:rtl/>
        </w:rPr>
        <w:t xml:space="preserve"> هر گروه با دگرگون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دربار، تغ</w:t>
      </w:r>
      <w:r w:rsidRPr="00F25193">
        <w:rPr>
          <w:rFonts w:ascii="Tahoma" w:hAnsi="Tahoma" w:cs="Tahoma" w:hint="cs"/>
          <w:rtl/>
        </w:rPr>
        <w:t>یی</w:t>
      </w:r>
      <w:r w:rsidRPr="00F25193">
        <w:rPr>
          <w:rFonts w:ascii="Tahoma" w:hAnsi="Tahoma" w:cs="Tahoma" w:hint="eastAsia"/>
          <w:rtl/>
        </w:rPr>
        <w:t>ر</w:t>
      </w:r>
      <w:r w:rsidRPr="00F25193">
        <w:rPr>
          <w:rFonts w:ascii="Tahoma" w:hAnsi="Tahoma" w:cs="Tahoma"/>
          <w:rtl/>
        </w:rPr>
        <w:t xml:space="preserve"> شاه 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</w:t>
      </w:r>
      <w:r w:rsidRPr="00F25193">
        <w:rPr>
          <w:rFonts w:ascii="Tahoma" w:hAnsi="Tahoma" w:cs="Tahoma"/>
          <w:rtl/>
        </w:rPr>
        <w:t xml:space="preserve"> افزا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ش</w:t>
      </w:r>
      <w:r w:rsidRPr="00F25193">
        <w:rPr>
          <w:rFonts w:ascii="Tahoma" w:hAnsi="Tahoma" w:cs="Tahoma"/>
          <w:rtl/>
        </w:rPr>
        <w:t xml:space="preserve"> نفوذ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نکاران</w:t>
      </w:r>
      <w:r w:rsidRPr="00F25193">
        <w:rPr>
          <w:rFonts w:ascii="Tahoma" w:hAnsi="Tahoma" w:cs="Tahoma"/>
          <w:rtl/>
        </w:rPr>
        <w:t xml:space="preserve"> ممکن بود دگرگون شود.</w:t>
      </w:r>
    </w:p>
    <w:p w:rsidR="00F25193" w:rsidRPr="00F25193" w:rsidRDefault="00F25193" w:rsidP="00F2519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F25193">
        <w:rPr>
          <w:rFonts w:ascii="Tahoma" w:hAnsi="Tahoma" w:cs="Tahoma" w:hint="eastAsia"/>
          <w:rtl/>
        </w:rPr>
        <w:t>در</w:t>
      </w:r>
      <w:r w:rsidRPr="00F25193">
        <w:rPr>
          <w:rFonts w:ascii="Tahoma" w:hAnsi="Tahoma" w:cs="Tahoma"/>
          <w:rtl/>
        </w:rPr>
        <w:t xml:space="preserve"> 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/>
          <w:rtl/>
        </w:rPr>
        <w:t xml:space="preserve"> نظام، قانون 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ز</w:t>
      </w:r>
      <w:r w:rsidRPr="00F25193">
        <w:rPr>
          <w:rFonts w:ascii="Tahoma" w:hAnsi="Tahoma" w:cs="Tahoma"/>
          <w:rtl/>
        </w:rPr>
        <w:t xml:space="preserve"> هنوز به معنا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مجموعه‌ا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گانه</w:t>
      </w:r>
      <w:r w:rsidRPr="00F25193">
        <w:rPr>
          <w:rFonts w:ascii="Tahoma" w:hAnsi="Tahoma" w:cs="Tahoma"/>
          <w:rtl/>
        </w:rPr>
        <w:t xml:space="preserve"> و برابر برا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همهٔ ساکنان کشور نبود. فرمان شاه، قواعد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وان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،</w:t>
      </w:r>
      <w:r w:rsidRPr="00F25193">
        <w:rPr>
          <w:rFonts w:ascii="Tahoma" w:hAnsi="Tahoma" w:cs="Tahoma"/>
          <w:rtl/>
        </w:rPr>
        <w:t xml:space="preserve"> عادت‌ها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محل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،</w:t>
      </w:r>
      <w:r w:rsidRPr="00F25193">
        <w:rPr>
          <w:rFonts w:ascii="Tahoma" w:hAnsi="Tahoma" w:cs="Tahoma"/>
          <w:rtl/>
        </w:rPr>
        <w:t xml:space="preserve"> مقررات 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ل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و احکام شرع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در کنار 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کد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گر</w:t>
      </w:r>
      <w:r w:rsidRPr="00F25193">
        <w:rPr>
          <w:rFonts w:ascii="Tahoma" w:hAnsi="Tahoma" w:cs="Tahoma"/>
          <w:rtl/>
        </w:rPr>
        <w:t xml:space="preserve"> عمل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کردند</w:t>
      </w:r>
      <w:r w:rsidRPr="00F25193">
        <w:rPr>
          <w:rFonts w:ascii="Tahoma" w:hAnsi="Tahoma" w:cs="Tahoma"/>
          <w:rtl/>
        </w:rPr>
        <w:t xml:space="preserve">. هر 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ک</w:t>
      </w:r>
      <w:r w:rsidRPr="00F25193">
        <w:rPr>
          <w:rFonts w:ascii="Tahoma" w:hAnsi="Tahoma" w:cs="Tahoma"/>
          <w:rtl/>
        </w:rPr>
        <w:t xml:space="preserve"> از 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/>
          <w:rtl/>
        </w:rPr>
        <w:t xml:space="preserve"> سرچشمه‌ها حوزه‌ا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از زندگ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را در اخت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ار</w:t>
      </w:r>
      <w:r w:rsidRPr="00F25193">
        <w:rPr>
          <w:rFonts w:ascii="Tahoma" w:hAnsi="Tahoma" w:cs="Tahoma"/>
          <w:rtl/>
        </w:rPr>
        <w:t xml:space="preserve"> داشت و مرز 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ان</w:t>
      </w:r>
      <w:r w:rsidRPr="00F25193">
        <w:rPr>
          <w:rFonts w:ascii="Tahoma" w:hAnsi="Tahoma" w:cs="Tahoma"/>
          <w:rtl/>
        </w:rPr>
        <w:t xml:space="preserve"> آنها هم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شه</w:t>
      </w:r>
      <w:r w:rsidRPr="00F25193">
        <w:rPr>
          <w:rFonts w:ascii="Tahoma" w:hAnsi="Tahoma" w:cs="Tahoma"/>
          <w:rtl/>
        </w:rPr>
        <w:t xml:space="preserve"> روشن نبود. شاه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توانست</w:t>
      </w:r>
      <w:r w:rsidRPr="00F25193">
        <w:rPr>
          <w:rFonts w:ascii="Tahoma" w:hAnsi="Tahoma" w:cs="Tahoma"/>
          <w:rtl/>
        </w:rPr>
        <w:t xml:space="preserve"> فرمان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صادر کند که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نکاران</w:t>
      </w:r>
      <w:r w:rsidRPr="00F25193">
        <w:rPr>
          <w:rFonts w:ascii="Tahoma" w:hAnsi="Tahoma" w:cs="Tahoma"/>
          <w:rtl/>
        </w:rPr>
        <w:t xml:space="preserve"> آن را ناسازگار با شر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عت</w:t>
      </w:r>
      <w:r w:rsidRPr="00F25193">
        <w:rPr>
          <w:rFonts w:ascii="Tahoma" w:hAnsi="Tahoma" w:cs="Tahoma"/>
          <w:rtl/>
        </w:rPr>
        <w:t xml:space="preserve"> بدانند؛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وان</w:t>
      </w:r>
      <w:r w:rsidRPr="00F25193">
        <w:rPr>
          <w:rFonts w:ascii="Tahoma" w:hAnsi="Tahoma" w:cs="Tahoma"/>
          <w:rtl/>
        </w:rPr>
        <w:t xml:space="preserve">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توانست</w:t>
      </w:r>
      <w:r w:rsidRPr="00F25193">
        <w:rPr>
          <w:rFonts w:ascii="Tahoma" w:hAnsi="Tahoma" w:cs="Tahoma"/>
          <w:rtl/>
        </w:rPr>
        <w:t xml:space="preserve"> برا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حفظ درآمد حکومت روش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در پ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ش</w:t>
      </w:r>
      <w:r w:rsidRPr="00F25193">
        <w:rPr>
          <w:rFonts w:ascii="Tahoma" w:hAnsi="Tahoma" w:cs="Tahoma"/>
          <w:rtl/>
        </w:rPr>
        <w:t xml:space="preserve"> 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رد</w:t>
      </w:r>
      <w:r w:rsidRPr="00F25193">
        <w:rPr>
          <w:rFonts w:ascii="Tahoma" w:hAnsi="Tahoma" w:cs="Tahoma"/>
          <w:rtl/>
        </w:rPr>
        <w:t xml:space="preserve"> که با منافع موقوفه‌ها تعارض پ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دا</w:t>
      </w:r>
      <w:r w:rsidRPr="00F25193">
        <w:rPr>
          <w:rFonts w:ascii="Tahoma" w:hAnsi="Tahoma" w:cs="Tahoma"/>
          <w:rtl/>
        </w:rPr>
        <w:t xml:space="preserve"> کند؛ و حاکمان محل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ممکن بود ب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ش</w:t>
      </w:r>
      <w:r w:rsidRPr="00F25193">
        <w:rPr>
          <w:rFonts w:ascii="Tahoma" w:hAnsi="Tahoma" w:cs="Tahoma"/>
          <w:rtl/>
        </w:rPr>
        <w:t xml:space="preserve"> از فرمان مرکز از مناسبات 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ل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و منطقه‌ا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پ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رو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کنند.</w:t>
      </w:r>
    </w:p>
    <w:p w:rsidR="00F25193" w:rsidRPr="00F25193" w:rsidRDefault="00F25193" w:rsidP="00F2519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F25193">
        <w:rPr>
          <w:rFonts w:ascii="Tahoma" w:hAnsi="Tahoma" w:cs="Tahoma" w:hint="eastAsia"/>
          <w:rtl/>
        </w:rPr>
        <w:t>رسم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شدن</w:t>
      </w:r>
      <w:r w:rsidRPr="00F25193">
        <w:rPr>
          <w:rFonts w:ascii="Tahoma" w:hAnsi="Tahoma" w:cs="Tahoma"/>
          <w:rtl/>
        </w:rPr>
        <w:t xml:space="preserve"> تش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ع</w:t>
      </w:r>
      <w:r w:rsidRPr="00F25193">
        <w:rPr>
          <w:rFonts w:ascii="Tahoma" w:hAnsi="Tahoma" w:cs="Tahoma"/>
          <w:rtl/>
        </w:rPr>
        <w:t xml:space="preserve"> 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/>
          <w:rtl/>
        </w:rPr>
        <w:t xml:space="preserve"> چندگانگ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را از 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ان</w:t>
      </w:r>
      <w:r w:rsidRPr="00F25193">
        <w:rPr>
          <w:rFonts w:ascii="Tahoma" w:hAnsi="Tahoma" w:cs="Tahoma"/>
          <w:rtl/>
        </w:rPr>
        <w:t xml:space="preserve"> نبرد؛ فقط شر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عت</w:t>
      </w:r>
      <w:r w:rsidRPr="00F25193">
        <w:rPr>
          <w:rFonts w:ascii="Tahoma" w:hAnsi="Tahoma" w:cs="Tahoma"/>
          <w:rtl/>
        </w:rPr>
        <w:t xml:space="preserve"> ش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ع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را به 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ک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از 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رومندتر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/>
          <w:rtl/>
        </w:rPr>
        <w:t xml:space="preserve"> سرچشمه‌ها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داور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تبد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ل</w:t>
      </w:r>
      <w:r w:rsidRPr="00F25193">
        <w:rPr>
          <w:rFonts w:ascii="Tahoma" w:hAnsi="Tahoma" w:cs="Tahoma"/>
          <w:rtl/>
        </w:rPr>
        <w:t xml:space="preserve"> کرد. 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/>
          <w:rtl/>
        </w:rPr>
        <w:t xml:space="preserve"> تحول از 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ک</w:t>
      </w:r>
      <w:r w:rsidRPr="00F25193">
        <w:rPr>
          <w:rFonts w:ascii="Tahoma" w:hAnsi="Tahoma" w:cs="Tahoma"/>
          <w:rtl/>
        </w:rPr>
        <w:t xml:space="preserve"> سو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توانست</w:t>
      </w:r>
      <w:r w:rsidRPr="00F25193">
        <w:rPr>
          <w:rFonts w:ascii="Tahoma" w:hAnsi="Tahoma" w:cs="Tahoma"/>
          <w:rtl/>
        </w:rPr>
        <w:t xml:space="preserve"> در بخش‌ها</w:t>
      </w:r>
      <w:r w:rsidRPr="00F25193">
        <w:rPr>
          <w:rFonts w:ascii="Tahoma" w:hAnsi="Tahoma" w:cs="Tahoma" w:hint="cs"/>
          <w:rtl/>
        </w:rPr>
        <w:t>یی</w:t>
      </w:r>
      <w:r w:rsidRPr="00F25193">
        <w:rPr>
          <w:rFonts w:ascii="Tahoma" w:hAnsi="Tahoma" w:cs="Tahoma"/>
          <w:rtl/>
        </w:rPr>
        <w:t xml:space="preserve"> از کشور قواعد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مشترک پد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د</w:t>
      </w:r>
      <w:r w:rsidRPr="00F25193">
        <w:rPr>
          <w:rFonts w:ascii="Tahoma" w:hAnsi="Tahoma" w:cs="Tahoma"/>
          <w:rtl/>
        </w:rPr>
        <w:t xml:space="preserve"> آورد و از سو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گر،</w:t>
      </w:r>
      <w:r w:rsidRPr="00F25193">
        <w:rPr>
          <w:rFonts w:ascii="Tahoma" w:hAnsi="Tahoma" w:cs="Tahoma"/>
          <w:rtl/>
        </w:rPr>
        <w:t xml:space="preserve"> رقابت بر سر تع</w:t>
      </w:r>
      <w:r w:rsidRPr="00F25193">
        <w:rPr>
          <w:rFonts w:ascii="Tahoma" w:hAnsi="Tahoma" w:cs="Tahoma" w:hint="cs"/>
          <w:rtl/>
        </w:rPr>
        <w:t>یی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/>
          <w:rtl/>
        </w:rPr>
        <w:t xml:space="preserve"> حدود فرمان شاه و حکم شرع را افزا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ش</w:t>
      </w:r>
      <w:r w:rsidRPr="00F25193">
        <w:rPr>
          <w:rFonts w:ascii="Tahoma" w:hAnsi="Tahoma" w:cs="Tahoma"/>
          <w:rtl/>
        </w:rPr>
        <w:t xml:space="preserve"> دهد. </w:t>
      </w:r>
      <w:r w:rsidRPr="00F25193">
        <w:rPr>
          <w:rFonts w:ascii="Tahoma" w:hAnsi="Tahoma" w:cs="Tahoma" w:hint="eastAsia"/>
          <w:rtl/>
        </w:rPr>
        <w:t>پرسش</w:t>
      </w:r>
      <w:r w:rsidRPr="00F25193">
        <w:rPr>
          <w:rFonts w:ascii="Tahoma" w:hAnsi="Tahoma" w:cs="Tahoma"/>
          <w:rtl/>
        </w:rPr>
        <w:t xml:space="preserve"> تازه 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/>
          <w:rtl/>
        </w:rPr>
        <w:t xml:space="preserve"> بود که اگر فرمان پادشاه با نظر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نکاران</w:t>
      </w:r>
      <w:r w:rsidRPr="00F25193">
        <w:rPr>
          <w:rFonts w:ascii="Tahoma" w:hAnsi="Tahoma" w:cs="Tahoma"/>
          <w:rtl/>
        </w:rPr>
        <w:t xml:space="preserve"> ناسازگار شود، کدام‌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ک</w:t>
      </w:r>
      <w:r w:rsidRPr="00F25193">
        <w:rPr>
          <w:rFonts w:ascii="Tahoma" w:hAnsi="Tahoma" w:cs="Tahoma"/>
          <w:rtl/>
        </w:rPr>
        <w:t xml:space="preserve"> با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د</w:t>
      </w:r>
      <w:r w:rsidRPr="00F25193">
        <w:rPr>
          <w:rFonts w:ascii="Tahoma" w:hAnsi="Tahoma" w:cs="Tahoma"/>
          <w:rtl/>
        </w:rPr>
        <w:t xml:space="preserve"> مقدم باشد.</w:t>
      </w:r>
    </w:p>
    <w:p w:rsidR="00F25193" w:rsidRPr="00F25193" w:rsidRDefault="00F25193" w:rsidP="00F2519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F25193">
        <w:rPr>
          <w:rFonts w:ascii="Tahoma" w:hAnsi="Tahoma" w:cs="Tahoma" w:hint="eastAsia"/>
          <w:rtl/>
        </w:rPr>
        <w:t>در</w:t>
      </w:r>
      <w:r w:rsidRPr="00F25193">
        <w:rPr>
          <w:rFonts w:ascii="Tahoma" w:hAnsi="Tahoma" w:cs="Tahoma"/>
          <w:rtl/>
        </w:rPr>
        <w:t xml:space="preserve"> آغاز حکومت صفو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،</w:t>
      </w:r>
      <w:r w:rsidRPr="00F25193">
        <w:rPr>
          <w:rFonts w:ascii="Tahoma" w:hAnsi="Tahoma" w:cs="Tahoma"/>
          <w:rtl/>
        </w:rPr>
        <w:t xml:space="preserve"> پاسخ 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/>
          <w:rtl/>
        </w:rPr>
        <w:t xml:space="preserve"> پرسش تقر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باً</w:t>
      </w:r>
      <w:r w:rsidRPr="00F25193">
        <w:rPr>
          <w:rFonts w:ascii="Tahoma" w:hAnsi="Tahoma" w:cs="Tahoma"/>
          <w:rtl/>
        </w:rPr>
        <w:t xml:space="preserve"> روشن بود. شاه اسماع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ل</w:t>
      </w:r>
      <w:r w:rsidRPr="00F25193">
        <w:rPr>
          <w:rFonts w:ascii="Tahoma" w:hAnsi="Tahoma" w:cs="Tahoma"/>
          <w:rtl/>
        </w:rPr>
        <w:t xml:space="preserve"> هم فاتح کشور بود، هم مرشد قزلباشان و هم پشت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بان</w:t>
      </w:r>
      <w:r w:rsidRPr="00F25193">
        <w:rPr>
          <w:rFonts w:ascii="Tahoma" w:hAnsi="Tahoma" w:cs="Tahoma"/>
          <w:rtl/>
        </w:rPr>
        <w:t xml:space="preserve"> مذهب رسم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>. کار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زما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او اجازه نم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داد</w:t>
      </w:r>
      <w:r w:rsidRPr="00F25193">
        <w:rPr>
          <w:rFonts w:ascii="Tahoma" w:hAnsi="Tahoma" w:cs="Tahoma"/>
          <w:rtl/>
        </w:rPr>
        <w:t xml:space="preserve">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نکاران</w:t>
      </w:r>
      <w:r w:rsidRPr="00F25193">
        <w:rPr>
          <w:rFonts w:ascii="Tahoma" w:hAnsi="Tahoma" w:cs="Tahoma"/>
          <w:rtl/>
        </w:rPr>
        <w:t xml:space="preserve"> در برابرش به 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رو</w:t>
      </w:r>
      <w:r w:rsidRPr="00F25193">
        <w:rPr>
          <w:rFonts w:ascii="Tahoma" w:hAnsi="Tahoma" w:cs="Tahoma" w:hint="cs"/>
          <w:rtl/>
        </w:rPr>
        <w:t>یی</w:t>
      </w:r>
      <w:r w:rsidRPr="00F25193">
        <w:rPr>
          <w:rFonts w:ascii="Tahoma" w:hAnsi="Tahoma" w:cs="Tahoma"/>
          <w:rtl/>
        </w:rPr>
        <w:t xml:space="preserve"> مستقل تبد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ل</w:t>
      </w:r>
      <w:r w:rsidRPr="00F25193">
        <w:rPr>
          <w:rFonts w:ascii="Tahoma" w:hAnsi="Tahoma" w:cs="Tahoma"/>
          <w:rtl/>
        </w:rPr>
        <w:t xml:space="preserve"> شوند. شاه نه حقان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ت</w:t>
      </w:r>
      <w:r w:rsidRPr="00F25193">
        <w:rPr>
          <w:rFonts w:ascii="Tahoma" w:hAnsi="Tahoma" w:cs="Tahoma"/>
          <w:rtl/>
        </w:rPr>
        <w:t xml:space="preserve"> خود را تنها از آنان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گرفت</w:t>
      </w:r>
      <w:r w:rsidRPr="00F25193">
        <w:rPr>
          <w:rFonts w:ascii="Tahoma" w:hAnsi="Tahoma" w:cs="Tahoma"/>
          <w:rtl/>
        </w:rPr>
        <w:t xml:space="preserve"> و نه برا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فرمانروا</w:t>
      </w:r>
      <w:r w:rsidRPr="00F25193">
        <w:rPr>
          <w:rFonts w:ascii="Tahoma" w:hAnsi="Tahoma" w:cs="Tahoma" w:hint="cs"/>
          <w:rtl/>
        </w:rPr>
        <w:t>یی</w:t>
      </w:r>
      <w:r w:rsidRPr="00F25193">
        <w:rPr>
          <w:rFonts w:ascii="Tahoma" w:hAnsi="Tahoma" w:cs="Tahoma"/>
          <w:rtl/>
        </w:rPr>
        <w:t xml:space="preserve"> به تأ</w:t>
      </w:r>
      <w:r w:rsidRPr="00F25193">
        <w:rPr>
          <w:rFonts w:ascii="Tahoma" w:hAnsi="Tahoma" w:cs="Tahoma" w:hint="cs"/>
          <w:rtl/>
        </w:rPr>
        <w:t>یی</w:t>
      </w:r>
      <w:r w:rsidRPr="00F25193">
        <w:rPr>
          <w:rFonts w:ascii="Tahoma" w:hAnsi="Tahoma" w:cs="Tahoma" w:hint="eastAsia"/>
          <w:rtl/>
        </w:rPr>
        <w:t>د</w:t>
      </w:r>
      <w:r w:rsidRPr="00F25193">
        <w:rPr>
          <w:rFonts w:ascii="Tahoma" w:hAnsi="Tahoma" w:cs="Tahoma"/>
          <w:rtl/>
        </w:rPr>
        <w:t xml:space="preserve"> روزانهٔ 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شان</w:t>
      </w:r>
      <w:r w:rsidRPr="00F25193">
        <w:rPr>
          <w:rFonts w:ascii="Tahoma" w:hAnsi="Tahoma" w:cs="Tahoma"/>
          <w:rtl/>
        </w:rPr>
        <w:t xml:space="preserve"> 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از</w:t>
      </w:r>
      <w:r w:rsidRPr="00F25193">
        <w:rPr>
          <w:rFonts w:ascii="Tahoma" w:hAnsi="Tahoma" w:cs="Tahoma"/>
          <w:rtl/>
        </w:rPr>
        <w:t xml:space="preserve"> داشت. اما با گذشت زمان، فرزندان او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گر</w:t>
      </w:r>
      <w:r w:rsidRPr="00F25193">
        <w:rPr>
          <w:rFonts w:ascii="Tahoma" w:hAnsi="Tahoma" w:cs="Tahoma"/>
          <w:rtl/>
        </w:rPr>
        <w:t xml:space="preserve"> از همان کار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زما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آغاز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/>
          <w:rtl/>
        </w:rPr>
        <w:t xml:space="preserve"> برخوردار نبودند. پادشاه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از مرشد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صوف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انه</w:t>
      </w:r>
      <w:r w:rsidRPr="00F25193">
        <w:rPr>
          <w:rFonts w:ascii="Tahoma" w:hAnsi="Tahoma" w:cs="Tahoma"/>
          <w:rtl/>
        </w:rPr>
        <w:t xml:space="preserve"> فاصله گرفت و به نهاد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دربار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و موروث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تبد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ل</w:t>
      </w:r>
      <w:r w:rsidRPr="00F25193">
        <w:rPr>
          <w:rFonts w:ascii="Tahoma" w:hAnsi="Tahoma" w:cs="Tahoma"/>
          <w:rtl/>
        </w:rPr>
        <w:t xml:space="preserve"> شد. در همان حال، دستگاه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نکار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از نظر دانش، سازمان و نفوذ اجتماع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گسترش 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افت</w:t>
      </w:r>
      <w:r w:rsidRPr="00F25193">
        <w:rPr>
          <w:rFonts w:ascii="Tahoma" w:hAnsi="Tahoma" w:cs="Tahoma"/>
          <w:rtl/>
        </w:rPr>
        <w:t>.</w:t>
      </w:r>
    </w:p>
    <w:p w:rsidR="00F25193" w:rsidRPr="00F25193" w:rsidRDefault="00F25193" w:rsidP="00F2519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F25193">
        <w:rPr>
          <w:rFonts w:ascii="Tahoma" w:hAnsi="Tahoma" w:cs="Tahoma" w:hint="eastAsia"/>
          <w:rtl/>
        </w:rPr>
        <w:t>در</w:t>
      </w:r>
      <w:r w:rsidRPr="00F25193">
        <w:rPr>
          <w:rFonts w:ascii="Tahoma" w:hAnsi="Tahoma" w:cs="Tahoma"/>
          <w:rtl/>
        </w:rPr>
        <w:t xml:space="preserve"> نت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جه،</w:t>
      </w:r>
      <w:r w:rsidRPr="00F25193">
        <w:rPr>
          <w:rFonts w:ascii="Tahoma" w:hAnsi="Tahoma" w:cs="Tahoma"/>
          <w:rtl/>
        </w:rPr>
        <w:t xml:space="preserve"> رابطهٔ تاج و عمامه به‌تدر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ج</w:t>
      </w:r>
      <w:r w:rsidRPr="00F25193">
        <w:rPr>
          <w:rFonts w:ascii="Tahoma" w:hAnsi="Tahoma" w:cs="Tahoma"/>
          <w:rtl/>
        </w:rPr>
        <w:t xml:space="preserve"> دگرگون شد. تاج همچنان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نکاران</w:t>
      </w:r>
      <w:r w:rsidRPr="00F25193">
        <w:rPr>
          <w:rFonts w:ascii="Tahoma" w:hAnsi="Tahoma" w:cs="Tahoma"/>
          <w:rtl/>
        </w:rPr>
        <w:t xml:space="preserve"> را به منصب‌ها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گماشت</w:t>
      </w:r>
      <w:r w:rsidRPr="00F25193">
        <w:rPr>
          <w:rFonts w:ascii="Tahoma" w:hAnsi="Tahoma" w:cs="Tahoma"/>
          <w:rtl/>
        </w:rPr>
        <w:t xml:space="preserve"> و از آنان حما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ت</w:t>
      </w:r>
      <w:r w:rsidRPr="00F25193">
        <w:rPr>
          <w:rFonts w:ascii="Tahoma" w:hAnsi="Tahoma" w:cs="Tahoma"/>
          <w:rtl/>
        </w:rPr>
        <w:t xml:space="preserve">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کرد،</w:t>
      </w:r>
      <w:r w:rsidRPr="00F25193">
        <w:rPr>
          <w:rFonts w:ascii="Tahoma" w:hAnsi="Tahoma" w:cs="Tahoma"/>
          <w:rtl/>
        </w:rPr>
        <w:t xml:space="preserve"> اما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گر</w:t>
      </w:r>
      <w:r w:rsidRPr="00F25193">
        <w:rPr>
          <w:rFonts w:ascii="Tahoma" w:hAnsi="Tahoma" w:cs="Tahoma"/>
          <w:rtl/>
        </w:rPr>
        <w:t xml:space="preserve"> نم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توانست</w:t>
      </w:r>
      <w:r w:rsidRPr="00F25193">
        <w:rPr>
          <w:rFonts w:ascii="Tahoma" w:hAnsi="Tahoma" w:cs="Tahoma"/>
          <w:rtl/>
        </w:rPr>
        <w:t xml:space="preserve"> ادعا کند که خود به‌تنها</w:t>
      </w:r>
      <w:r w:rsidRPr="00F25193">
        <w:rPr>
          <w:rFonts w:ascii="Tahoma" w:hAnsi="Tahoma" w:cs="Tahoma" w:hint="cs"/>
          <w:rtl/>
        </w:rPr>
        <w:t>یی</w:t>
      </w:r>
      <w:r w:rsidRPr="00F25193">
        <w:rPr>
          <w:rFonts w:ascii="Tahoma" w:hAnsi="Tahoma" w:cs="Tahoma"/>
          <w:rtl/>
        </w:rPr>
        <w:t xml:space="preserve"> سرچشمهٔ شناخت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/>
          <w:rtl/>
        </w:rPr>
        <w:t xml:space="preserve"> است.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نکاران</w:t>
      </w:r>
      <w:r w:rsidRPr="00F25193">
        <w:rPr>
          <w:rFonts w:ascii="Tahoma" w:hAnsi="Tahoma" w:cs="Tahoma"/>
          <w:rtl/>
        </w:rPr>
        <w:t xml:space="preserve"> بر پا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هٔ</w:t>
      </w:r>
      <w:r w:rsidRPr="00F25193">
        <w:rPr>
          <w:rFonts w:ascii="Tahoma" w:hAnsi="Tahoma" w:cs="Tahoma"/>
          <w:rtl/>
        </w:rPr>
        <w:t xml:space="preserve"> دانش فقه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و نسبت ادعا</w:t>
      </w:r>
      <w:r w:rsidRPr="00F25193">
        <w:rPr>
          <w:rFonts w:ascii="Tahoma" w:hAnsi="Tahoma" w:cs="Tahoma" w:hint="cs"/>
          <w:rtl/>
        </w:rPr>
        <w:t>یی</w:t>
      </w:r>
      <w:r w:rsidRPr="00F25193">
        <w:rPr>
          <w:rFonts w:ascii="Tahoma" w:hAnsi="Tahoma" w:cs="Tahoma"/>
          <w:rtl/>
        </w:rPr>
        <w:t xml:space="preserve"> خود با امام غا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ب،</w:t>
      </w:r>
      <w:r w:rsidRPr="00F25193">
        <w:rPr>
          <w:rFonts w:ascii="Tahoma" w:hAnsi="Tahoma" w:cs="Tahoma"/>
          <w:rtl/>
        </w:rPr>
        <w:t xml:space="preserve"> حوزه‌ا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برا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داور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مستقل به دست آوردند. هرچه شاه از توان شخص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و س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اس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خال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تر</w:t>
      </w:r>
      <w:r w:rsidRPr="00F25193">
        <w:rPr>
          <w:rFonts w:ascii="Tahoma" w:hAnsi="Tahoma" w:cs="Tahoma"/>
          <w:rtl/>
        </w:rPr>
        <w:t xml:space="preserve">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شد،</w:t>
      </w:r>
      <w:r w:rsidRPr="00F25193">
        <w:rPr>
          <w:rFonts w:ascii="Tahoma" w:hAnsi="Tahoma" w:cs="Tahoma"/>
          <w:rtl/>
        </w:rPr>
        <w:t xml:space="preserve"> برا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اثبات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ندار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و درست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فرمانروا</w:t>
      </w:r>
      <w:r w:rsidRPr="00F25193">
        <w:rPr>
          <w:rFonts w:ascii="Tahoma" w:hAnsi="Tahoma" w:cs="Tahoma" w:hint="cs"/>
          <w:rtl/>
        </w:rPr>
        <w:t>یی</w:t>
      </w:r>
      <w:r w:rsidRPr="00F25193">
        <w:rPr>
          <w:rFonts w:ascii="Tahoma" w:hAnsi="Tahoma" w:cs="Tahoma"/>
          <w:rtl/>
        </w:rPr>
        <w:t xml:space="preserve"> خود ب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شتر</w:t>
      </w:r>
      <w:r w:rsidRPr="00F25193">
        <w:rPr>
          <w:rFonts w:ascii="Tahoma" w:hAnsi="Tahoma" w:cs="Tahoma"/>
          <w:rtl/>
        </w:rPr>
        <w:t xml:space="preserve"> به آنان 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از</w:t>
      </w:r>
      <w:r w:rsidRPr="00F25193">
        <w:rPr>
          <w:rFonts w:ascii="Tahoma" w:hAnsi="Tahoma" w:cs="Tahoma"/>
          <w:rtl/>
        </w:rPr>
        <w:t xml:space="preserve"> پ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دا</w:t>
      </w:r>
      <w:r w:rsidRPr="00F25193">
        <w:rPr>
          <w:rFonts w:ascii="Tahoma" w:hAnsi="Tahoma" w:cs="Tahoma"/>
          <w:rtl/>
        </w:rPr>
        <w:t xml:space="preserve">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کرد</w:t>
      </w:r>
      <w:r w:rsidRPr="00F25193">
        <w:rPr>
          <w:rFonts w:ascii="Tahoma" w:hAnsi="Tahoma" w:cs="Tahoma"/>
          <w:rtl/>
        </w:rPr>
        <w:t>.</w:t>
      </w:r>
    </w:p>
    <w:p w:rsidR="00F25193" w:rsidRPr="00F25193" w:rsidRDefault="00F25193" w:rsidP="00F2519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F25193">
        <w:rPr>
          <w:rFonts w:ascii="Tahoma" w:hAnsi="Tahoma" w:cs="Tahoma" w:hint="eastAsia"/>
          <w:rtl/>
        </w:rPr>
        <w:t>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/>
          <w:rtl/>
        </w:rPr>
        <w:t xml:space="preserve"> وابستگ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در دورهٔ شاه سلطان حس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/>
          <w:rtl/>
        </w:rPr>
        <w:t xml:space="preserve"> به نقطه‌ا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رس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د</w:t>
      </w:r>
      <w:r w:rsidRPr="00F25193">
        <w:rPr>
          <w:rFonts w:ascii="Tahoma" w:hAnsi="Tahoma" w:cs="Tahoma"/>
          <w:rtl/>
        </w:rPr>
        <w:t xml:space="preserve"> که ضعف تاج با افزا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ش</w:t>
      </w:r>
      <w:r w:rsidRPr="00F25193">
        <w:rPr>
          <w:rFonts w:ascii="Tahoma" w:hAnsi="Tahoma" w:cs="Tahoma"/>
          <w:rtl/>
        </w:rPr>
        <w:t xml:space="preserve"> نفوذ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نکاران</w:t>
      </w:r>
      <w:r w:rsidRPr="00F25193">
        <w:rPr>
          <w:rFonts w:ascii="Tahoma" w:hAnsi="Tahoma" w:cs="Tahoma"/>
          <w:rtl/>
        </w:rPr>
        <w:t xml:space="preserve"> هم‌زمان شد. اما نبا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د</w:t>
      </w:r>
      <w:r w:rsidRPr="00F25193">
        <w:rPr>
          <w:rFonts w:ascii="Tahoma" w:hAnsi="Tahoma" w:cs="Tahoma"/>
          <w:rtl/>
        </w:rPr>
        <w:t xml:space="preserve"> رابطهٔ علت و معلول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را وارونه کرد.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نکاران</w:t>
      </w:r>
      <w:r w:rsidRPr="00F25193">
        <w:rPr>
          <w:rFonts w:ascii="Tahoma" w:hAnsi="Tahoma" w:cs="Tahoma"/>
          <w:rtl/>
        </w:rPr>
        <w:t xml:space="preserve"> شاه سلطان حس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/>
          <w:rtl/>
        </w:rPr>
        <w:t xml:space="preserve"> را ضع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ف</w:t>
      </w:r>
      <w:r w:rsidRPr="00F25193">
        <w:rPr>
          <w:rFonts w:ascii="Tahoma" w:hAnsi="Tahoma" w:cs="Tahoma"/>
          <w:rtl/>
        </w:rPr>
        <w:t xml:space="preserve"> نکردند تا جا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او را بگ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رند؛</w:t>
      </w:r>
      <w:r w:rsidRPr="00F25193">
        <w:rPr>
          <w:rFonts w:ascii="Tahoma" w:hAnsi="Tahoma" w:cs="Tahoma"/>
          <w:rtl/>
        </w:rPr>
        <w:t xml:space="preserve"> ضعف دربار، فرسودگ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قشون و ناتوان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وان</w:t>
      </w:r>
      <w:r w:rsidRPr="00F25193">
        <w:rPr>
          <w:rFonts w:ascii="Tahoma" w:hAnsi="Tahoma" w:cs="Tahoma"/>
          <w:rtl/>
        </w:rPr>
        <w:t xml:space="preserve"> فضا</w:t>
      </w:r>
      <w:r w:rsidRPr="00F25193">
        <w:rPr>
          <w:rFonts w:ascii="Tahoma" w:hAnsi="Tahoma" w:cs="Tahoma" w:hint="cs"/>
          <w:rtl/>
        </w:rPr>
        <w:t>یی</w:t>
      </w:r>
      <w:r w:rsidRPr="00F25193">
        <w:rPr>
          <w:rFonts w:ascii="Tahoma" w:hAnsi="Tahoma" w:cs="Tahoma"/>
          <w:rtl/>
        </w:rPr>
        <w:t xml:space="preserve"> پد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د</w:t>
      </w:r>
      <w:r w:rsidRPr="00F25193">
        <w:rPr>
          <w:rFonts w:ascii="Tahoma" w:hAnsi="Tahoma" w:cs="Tahoma"/>
          <w:rtl/>
        </w:rPr>
        <w:t xml:space="preserve"> آ</w:t>
      </w:r>
      <w:r w:rsidRPr="00F25193">
        <w:rPr>
          <w:rFonts w:ascii="Tahoma" w:hAnsi="Tahoma" w:cs="Tahoma" w:hint="eastAsia"/>
          <w:rtl/>
        </w:rPr>
        <w:t>ورد</w:t>
      </w:r>
      <w:r w:rsidRPr="00F25193">
        <w:rPr>
          <w:rFonts w:ascii="Tahoma" w:hAnsi="Tahoma" w:cs="Tahoma"/>
          <w:rtl/>
        </w:rPr>
        <w:t xml:space="preserve"> که آنان بتوانند در تصم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م‌ها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ب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شتر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دخالت کنند. آنان 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ز</w:t>
      </w:r>
      <w:r w:rsidRPr="00F25193">
        <w:rPr>
          <w:rFonts w:ascii="Tahoma" w:hAnsi="Tahoma" w:cs="Tahoma"/>
          <w:rtl/>
        </w:rPr>
        <w:t xml:space="preserve"> توان پر کردن جا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تاج، قشون و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وان</w:t>
      </w:r>
      <w:r w:rsidRPr="00F25193">
        <w:rPr>
          <w:rFonts w:ascii="Tahoma" w:hAnsi="Tahoma" w:cs="Tahoma"/>
          <w:rtl/>
        </w:rPr>
        <w:t xml:space="preserve"> را نداشتند. بنابرا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ن،</w:t>
      </w:r>
      <w:r w:rsidRPr="00F25193">
        <w:rPr>
          <w:rFonts w:ascii="Tahoma" w:hAnsi="Tahoma" w:cs="Tahoma"/>
          <w:rtl/>
        </w:rPr>
        <w:t xml:space="preserve"> افزا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ش</w:t>
      </w:r>
      <w:r w:rsidRPr="00F25193">
        <w:rPr>
          <w:rFonts w:ascii="Tahoma" w:hAnsi="Tahoma" w:cs="Tahoma"/>
          <w:rtl/>
        </w:rPr>
        <w:t xml:space="preserve"> نفوذشان نه به نجات حکومت، بلکه به آشکارتر شدن عدم تعادل در ساختمان کشوردار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انجام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د</w:t>
      </w:r>
      <w:r w:rsidRPr="00F25193">
        <w:rPr>
          <w:rFonts w:ascii="Tahoma" w:hAnsi="Tahoma" w:cs="Tahoma"/>
          <w:rtl/>
        </w:rPr>
        <w:t>.</w:t>
      </w:r>
    </w:p>
    <w:p w:rsidR="00F25193" w:rsidRPr="00F25193" w:rsidRDefault="00F25193" w:rsidP="00F2519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F25193">
        <w:rPr>
          <w:rFonts w:ascii="Tahoma" w:hAnsi="Tahoma" w:cs="Tahoma" w:hint="eastAsia"/>
          <w:rtl/>
        </w:rPr>
        <w:t>پرسش</w:t>
      </w:r>
      <w:r w:rsidRPr="00F25193">
        <w:rPr>
          <w:rFonts w:ascii="Tahoma" w:hAnsi="Tahoma" w:cs="Tahoma"/>
          <w:rtl/>
        </w:rPr>
        <w:t xml:space="preserve"> 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/>
          <w:rtl/>
        </w:rPr>
        <w:t xml:space="preserve"> بود که مسئول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ت</w:t>
      </w:r>
      <w:r w:rsidRPr="00F25193">
        <w:rPr>
          <w:rFonts w:ascii="Tahoma" w:hAnsi="Tahoma" w:cs="Tahoma"/>
          <w:rtl/>
        </w:rPr>
        <w:t xml:space="preserve"> تصم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م‌ها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حکومت بر عهدهٔ چه کس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است.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نکار</w:t>
      </w:r>
      <w:r w:rsidRPr="00F25193">
        <w:rPr>
          <w:rFonts w:ascii="Tahoma" w:hAnsi="Tahoma" w:cs="Tahoma"/>
          <w:rtl/>
        </w:rPr>
        <w:t xml:space="preserve">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توانست</w:t>
      </w:r>
      <w:r w:rsidRPr="00F25193">
        <w:rPr>
          <w:rFonts w:ascii="Tahoma" w:hAnsi="Tahoma" w:cs="Tahoma"/>
          <w:rtl/>
        </w:rPr>
        <w:t xml:space="preserve"> به شاه سفارش کند که فلان رفتار مجاز 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</w:t>
      </w:r>
      <w:r w:rsidRPr="00F25193">
        <w:rPr>
          <w:rFonts w:ascii="Tahoma" w:hAnsi="Tahoma" w:cs="Tahoma"/>
          <w:rtl/>
        </w:rPr>
        <w:t xml:space="preserve"> ممنوع است، اما هز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نهٔ</w:t>
      </w:r>
      <w:r w:rsidRPr="00F25193">
        <w:rPr>
          <w:rFonts w:ascii="Tahoma" w:hAnsi="Tahoma" w:cs="Tahoma"/>
          <w:rtl/>
        </w:rPr>
        <w:t xml:space="preserve"> مال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و س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اس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نت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جهٔ</w:t>
      </w:r>
      <w:r w:rsidRPr="00F25193">
        <w:rPr>
          <w:rFonts w:ascii="Tahoma" w:hAnsi="Tahoma" w:cs="Tahoma"/>
          <w:rtl/>
        </w:rPr>
        <w:t xml:space="preserve"> آن را نم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پرداخت</w:t>
      </w:r>
      <w:r w:rsidRPr="00F25193">
        <w:rPr>
          <w:rFonts w:ascii="Tahoma" w:hAnsi="Tahoma" w:cs="Tahoma"/>
          <w:rtl/>
        </w:rPr>
        <w:t>. سردار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توانست</w:t>
      </w:r>
      <w:r w:rsidRPr="00F25193">
        <w:rPr>
          <w:rFonts w:ascii="Tahoma" w:hAnsi="Tahoma" w:cs="Tahoma"/>
          <w:rtl/>
        </w:rPr>
        <w:t xml:space="preserve"> خواستار جنگ شود، اما گردآور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مال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ات</w:t>
      </w:r>
      <w:r w:rsidRPr="00F25193">
        <w:rPr>
          <w:rFonts w:ascii="Tahoma" w:hAnsi="Tahoma" w:cs="Tahoma"/>
          <w:rtl/>
        </w:rPr>
        <w:t xml:space="preserve"> لازم برا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آن بر عهدهٔ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وان</w:t>
      </w:r>
      <w:r w:rsidRPr="00F25193">
        <w:rPr>
          <w:rFonts w:ascii="Tahoma" w:hAnsi="Tahoma" w:cs="Tahoma"/>
          <w:rtl/>
        </w:rPr>
        <w:t xml:space="preserve"> بود. شاه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توانست</w:t>
      </w:r>
      <w:r w:rsidRPr="00F25193">
        <w:rPr>
          <w:rFonts w:ascii="Tahoma" w:hAnsi="Tahoma" w:cs="Tahoma"/>
          <w:rtl/>
        </w:rPr>
        <w:t xml:space="preserve"> فرمان دهد، ب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آنکه</w:t>
      </w:r>
      <w:r w:rsidRPr="00F25193">
        <w:rPr>
          <w:rFonts w:ascii="Tahoma" w:hAnsi="Tahoma" w:cs="Tahoma"/>
          <w:rtl/>
        </w:rPr>
        <w:t xml:space="preserve"> از وضع 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الت‌ها</w:t>
      </w:r>
      <w:r w:rsidRPr="00F25193">
        <w:rPr>
          <w:rFonts w:ascii="Tahoma" w:hAnsi="Tahoma" w:cs="Tahoma"/>
          <w:rtl/>
        </w:rPr>
        <w:t xml:space="preserve"> آگاه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کاف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داشته باشد.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وان</w:t>
      </w:r>
      <w:r w:rsidRPr="00F25193">
        <w:rPr>
          <w:rFonts w:ascii="Tahoma" w:hAnsi="Tahoma" w:cs="Tahoma"/>
          <w:rtl/>
        </w:rPr>
        <w:t xml:space="preserve"> 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ز</w:t>
      </w:r>
      <w:r w:rsidRPr="00F25193">
        <w:rPr>
          <w:rFonts w:ascii="Tahoma" w:hAnsi="Tahoma" w:cs="Tahoma"/>
          <w:rtl/>
        </w:rPr>
        <w:t xml:space="preserve"> ممکن بود مشکلات کشور را بشناسد، اما اخت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ار</w:t>
      </w:r>
      <w:r w:rsidRPr="00F25193">
        <w:rPr>
          <w:rFonts w:ascii="Tahoma" w:hAnsi="Tahoma" w:cs="Tahoma"/>
          <w:rtl/>
        </w:rPr>
        <w:t xml:space="preserve"> نها</w:t>
      </w:r>
      <w:r w:rsidRPr="00F25193">
        <w:rPr>
          <w:rFonts w:ascii="Tahoma" w:hAnsi="Tahoma" w:cs="Tahoma" w:hint="cs"/>
          <w:rtl/>
        </w:rPr>
        <w:t>یی</w:t>
      </w:r>
      <w:r w:rsidRPr="00F25193">
        <w:rPr>
          <w:rFonts w:ascii="Tahoma" w:hAnsi="Tahoma" w:cs="Tahoma"/>
          <w:rtl/>
        </w:rPr>
        <w:t xml:space="preserve"> تصم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م‌گ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ر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در دست آن نبود. بد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ن‌سان،</w:t>
      </w:r>
      <w:r w:rsidRPr="00F25193">
        <w:rPr>
          <w:rFonts w:ascii="Tahoma" w:hAnsi="Tahoma" w:cs="Tahoma"/>
          <w:rtl/>
        </w:rPr>
        <w:t xml:space="preserve"> قدرت 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ان</w:t>
      </w:r>
      <w:r w:rsidRPr="00F25193">
        <w:rPr>
          <w:rFonts w:ascii="Tahoma" w:hAnsi="Tahoma" w:cs="Tahoma"/>
          <w:rtl/>
        </w:rPr>
        <w:t xml:space="preserve"> چند 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رو</w:t>
      </w:r>
      <w:r w:rsidRPr="00F25193">
        <w:rPr>
          <w:rFonts w:ascii="Tahoma" w:hAnsi="Tahoma" w:cs="Tahoma"/>
          <w:rtl/>
        </w:rPr>
        <w:t xml:space="preserve"> تقس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م</w:t>
      </w:r>
      <w:r w:rsidRPr="00F25193">
        <w:rPr>
          <w:rFonts w:ascii="Tahoma" w:hAnsi="Tahoma" w:cs="Tahoma"/>
          <w:rtl/>
        </w:rPr>
        <w:t xml:space="preserve"> شده بود، ب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آنکه</w:t>
      </w:r>
      <w:r w:rsidRPr="00F25193">
        <w:rPr>
          <w:rFonts w:ascii="Tahoma" w:hAnsi="Tahoma" w:cs="Tahoma"/>
          <w:rtl/>
        </w:rPr>
        <w:t xml:space="preserve"> مسئول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ت</w:t>
      </w:r>
      <w:r w:rsidRPr="00F25193">
        <w:rPr>
          <w:rFonts w:ascii="Tahoma" w:hAnsi="Tahoma" w:cs="Tahoma"/>
          <w:rtl/>
        </w:rPr>
        <w:t xml:space="preserve"> به همان اندازه روشن و تقس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م‌شده</w:t>
      </w:r>
      <w:r w:rsidRPr="00F25193">
        <w:rPr>
          <w:rFonts w:ascii="Tahoma" w:hAnsi="Tahoma" w:cs="Tahoma"/>
          <w:rtl/>
        </w:rPr>
        <w:t xml:space="preserve"> </w:t>
      </w:r>
      <w:r w:rsidRPr="00F25193">
        <w:rPr>
          <w:rFonts w:ascii="Tahoma" w:hAnsi="Tahoma" w:cs="Tahoma" w:hint="eastAsia"/>
          <w:rtl/>
        </w:rPr>
        <w:t>باشد</w:t>
      </w:r>
      <w:r w:rsidRPr="00F25193">
        <w:rPr>
          <w:rFonts w:ascii="Tahoma" w:hAnsi="Tahoma" w:cs="Tahoma"/>
          <w:rtl/>
        </w:rPr>
        <w:t>.</w:t>
      </w:r>
    </w:p>
    <w:p w:rsidR="00F25193" w:rsidRPr="00F25193" w:rsidRDefault="00F25193" w:rsidP="00F2519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F25193">
        <w:rPr>
          <w:rFonts w:ascii="Tahoma" w:hAnsi="Tahoma" w:cs="Tahoma" w:hint="eastAsia"/>
          <w:rtl/>
        </w:rPr>
        <w:t>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/>
          <w:rtl/>
        </w:rPr>
        <w:t xml:space="preserve"> جدا</w:t>
      </w:r>
      <w:r w:rsidRPr="00F25193">
        <w:rPr>
          <w:rFonts w:ascii="Tahoma" w:hAnsi="Tahoma" w:cs="Tahoma" w:hint="cs"/>
          <w:rtl/>
        </w:rPr>
        <w:t>یی</w:t>
      </w:r>
      <w:r w:rsidRPr="00F25193">
        <w:rPr>
          <w:rFonts w:ascii="Tahoma" w:hAnsi="Tahoma" w:cs="Tahoma"/>
          <w:rtl/>
        </w:rPr>
        <w:t xml:space="preserve"> قدرت از مسئول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ت</w:t>
      </w:r>
      <w:r w:rsidRPr="00F25193">
        <w:rPr>
          <w:rFonts w:ascii="Tahoma" w:hAnsi="Tahoma" w:cs="Tahoma"/>
          <w:rtl/>
        </w:rPr>
        <w:t xml:space="preserve"> 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ک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از سرچشمه‌ها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فرسودگ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حکومت صفو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بود. هر دستگاه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توانست</w:t>
      </w:r>
      <w:r w:rsidRPr="00F25193">
        <w:rPr>
          <w:rFonts w:ascii="Tahoma" w:hAnsi="Tahoma" w:cs="Tahoma"/>
          <w:rtl/>
        </w:rPr>
        <w:t xml:space="preserve"> بر تصم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م</w:t>
      </w:r>
      <w:r w:rsidRPr="00F25193">
        <w:rPr>
          <w:rFonts w:ascii="Tahoma" w:hAnsi="Tahoma" w:cs="Tahoma"/>
          <w:rtl/>
        </w:rPr>
        <w:t xml:space="preserve"> اثر بگذارد، اما هنگام شکست، گناه را بر دوش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گر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بگذارد. دربار قشون را به ناتوان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متهم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کرد؛</w:t>
      </w:r>
      <w:r w:rsidRPr="00F25193">
        <w:rPr>
          <w:rFonts w:ascii="Tahoma" w:hAnsi="Tahoma" w:cs="Tahoma"/>
          <w:rtl/>
        </w:rPr>
        <w:t xml:space="preserve"> قشون از کمبود مواجب شکا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ت</w:t>
      </w:r>
      <w:r w:rsidRPr="00F25193">
        <w:rPr>
          <w:rFonts w:ascii="Tahoma" w:hAnsi="Tahoma" w:cs="Tahoma"/>
          <w:rtl/>
        </w:rPr>
        <w:t xml:space="preserve"> داشت؛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وان</w:t>
      </w:r>
      <w:r w:rsidRPr="00F25193">
        <w:rPr>
          <w:rFonts w:ascii="Tahoma" w:hAnsi="Tahoma" w:cs="Tahoma"/>
          <w:rtl/>
        </w:rPr>
        <w:t xml:space="preserve"> از خال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بودن خزانه سخن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/>
          <w:rtl/>
        </w:rPr>
        <w:t>گفت؛ و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نکاران</w:t>
      </w:r>
      <w:r w:rsidRPr="00F25193">
        <w:rPr>
          <w:rFonts w:ascii="Tahoma" w:hAnsi="Tahoma" w:cs="Tahoma"/>
          <w:rtl/>
        </w:rPr>
        <w:t xml:space="preserve"> نابسامان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کشور را نت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جهٔ</w:t>
      </w:r>
      <w:r w:rsidRPr="00F25193">
        <w:rPr>
          <w:rFonts w:ascii="Tahoma" w:hAnsi="Tahoma" w:cs="Tahoma"/>
          <w:rtl/>
        </w:rPr>
        <w:t xml:space="preserve"> دور شدن مردم 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</w:t>
      </w:r>
      <w:r w:rsidRPr="00F25193">
        <w:rPr>
          <w:rFonts w:ascii="Tahoma" w:hAnsi="Tahoma" w:cs="Tahoma"/>
          <w:rtl/>
        </w:rPr>
        <w:t xml:space="preserve"> حکومت از احکام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/>
          <w:rtl/>
        </w:rPr>
        <w:t xml:space="preserve">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دانستند</w:t>
      </w:r>
      <w:r w:rsidRPr="00F25193">
        <w:rPr>
          <w:rFonts w:ascii="Tahoma" w:hAnsi="Tahoma" w:cs="Tahoma"/>
          <w:rtl/>
        </w:rPr>
        <w:t>. ه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چ</w:t>
      </w:r>
      <w:r w:rsidRPr="00F25193">
        <w:rPr>
          <w:rFonts w:ascii="Tahoma" w:hAnsi="Tahoma" w:cs="Tahoma"/>
          <w:rtl/>
        </w:rPr>
        <w:t xml:space="preserve"> نهاد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وجود نداشت که بتواند همهٔ 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/>
          <w:rtl/>
        </w:rPr>
        <w:t xml:space="preserve"> اجزا را به پاسخ‌گو</w:t>
      </w:r>
      <w:r w:rsidRPr="00F25193">
        <w:rPr>
          <w:rFonts w:ascii="Tahoma" w:hAnsi="Tahoma" w:cs="Tahoma" w:hint="cs"/>
          <w:rtl/>
        </w:rPr>
        <w:t>یی</w:t>
      </w:r>
      <w:r w:rsidRPr="00F25193">
        <w:rPr>
          <w:rFonts w:ascii="Tahoma" w:hAnsi="Tahoma" w:cs="Tahoma"/>
          <w:rtl/>
        </w:rPr>
        <w:t xml:space="preserve"> وادارد و نت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جهٔ</w:t>
      </w:r>
      <w:r w:rsidRPr="00F25193">
        <w:rPr>
          <w:rFonts w:ascii="Tahoma" w:hAnsi="Tahoma" w:cs="Tahoma"/>
          <w:rtl/>
        </w:rPr>
        <w:t xml:space="preserve"> تصم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م‌ها</w:t>
      </w:r>
      <w:r w:rsidRPr="00F25193">
        <w:rPr>
          <w:rFonts w:ascii="Tahoma" w:hAnsi="Tahoma" w:cs="Tahoma"/>
          <w:rtl/>
        </w:rPr>
        <w:t xml:space="preserve"> را با 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ازها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واقع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کشور بسنجد.</w:t>
      </w:r>
    </w:p>
    <w:p w:rsidR="00F25193" w:rsidRPr="00F25193" w:rsidRDefault="00F25193" w:rsidP="00F2519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F25193">
        <w:rPr>
          <w:rFonts w:ascii="Tahoma" w:hAnsi="Tahoma" w:cs="Tahoma" w:hint="eastAsia"/>
          <w:rtl/>
        </w:rPr>
        <w:t>در</w:t>
      </w:r>
      <w:r w:rsidRPr="00F25193">
        <w:rPr>
          <w:rFonts w:ascii="Tahoma" w:hAnsi="Tahoma" w:cs="Tahoma"/>
          <w:rtl/>
        </w:rPr>
        <w:t xml:space="preserve"> چن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/>
          <w:rtl/>
        </w:rPr>
        <w:t xml:space="preserve"> ساختار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،</w:t>
      </w:r>
      <w:r w:rsidRPr="00F25193">
        <w:rPr>
          <w:rFonts w:ascii="Tahoma" w:hAnsi="Tahoma" w:cs="Tahoma"/>
          <w:rtl/>
        </w:rPr>
        <w:t xml:space="preserve"> مردم ب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شتر</w:t>
      </w:r>
      <w:r w:rsidRPr="00F25193">
        <w:rPr>
          <w:rFonts w:ascii="Tahoma" w:hAnsi="Tahoma" w:cs="Tahoma"/>
          <w:rtl/>
        </w:rPr>
        <w:t xml:space="preserve"> موضوع کشوردار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بودند تا صاحب آن. از آنان مال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ات</w:t>
      </w:r>
      <w:r w:rsidRPr="00F25193">
        <w:rPr>
          <w:rFonts w:ascii="Tahoma" w:hAnsi="Tahoma" w:cs="Tahoma"/>
          <w:rtl/>
        </w:rPr>
        <w:t xml:space="preserve"> گرفته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شد،</w:t>
      </w:r>
      <w:r w:rsidRPr="00F25193">
        <w:rPr>
          <w:rFonts w:ascii="Tahoma" w:hAnsi="Tahoma" w:cs="Tahoma"/>
          <w:rtl/>
        </w:rPr>
        <w:t xml:space="preserve"> برا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قشون سرباز فراهم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آمد،</w:t>
      </w:r>
      <w:r w:rsidRPr="00F25193">
        <w:rPr>
          <w:rFonts w:ascii="Tahoma" w:hAnsi="Tahoma" w:cs="Tahoma"/>
          <w:rtl/>
        </w:rPr>
        <w:t xml:space="preserve"> از 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شان</w:t>
      </w:r>
      <w:r w:rsidRPr="00F25193">
        <w:rPr>
          <w:rFonts w:ascii="Tahoma" w:hAnsi="Tahoma" w:cs="Tahoma"/>
          <w:rtl/>
        </w:rPr>
        <w:t xml:space="preserve"> انتظار فرمان‌بردار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مذهب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و س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اس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رفت</w:t>
      </w:r>
      <w:r w:rsidRPr="00F25193">
        <w:rPr>
          <w:rFonts w:ascii="Tahoma" w:hAnsi="Tahoma" w:cs="Tahoma"/>
          <w:rtl/>
        </w:rPr>
        <w:t xml:space="preserve"> و رونق کشاورز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و تجارتشان هز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نه‌ها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حکومت را تأم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/>
          <w:rtl/>
        </w:rPr>
        <w:t xml:space="preserve">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کرد؛</w:t>
      </w:r>
      <w:r w:rsidRPr="00F25193">
        <w:rPr>
          <w:rFonts w:ascii="Tahoma" w:hAnsi="Tahoma" w:cs="Tahoma"/>
          <w:rtl/>
        </w:rPr>
        <w:t xml:space="preserve"> اما در تع</w:t>
      </w:r>
      <w:r w:rsidRPr="00F25193">
        <w:rPr>
          <w:rFonts w:ascii="Tahoma" w:hAnsi="Tahoma" w:cs="Tahoma" w:hint="cs"/>
          <w:rtl/>
        </w:rPr>
        <w:t>یی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/>
          <w:rtl/>
        </w:rPr>
        <w:t xml:space="preserve"> س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است</w:t>
      </w:r>
      <w:r w:rsidRPr="00F25193">
        <w:rPr>
          <w:rFonts w:ascii="Tahoma" w:hAnsi="Tahoma" w:cs="Tahoma"/>
          <w:rtl/>
        </w:rPr>
        <w:t xml:space="preserve"> کشور سهم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سازمان‌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افته</w:t>
      </w:r>
      <w:r w:rsidRPr="00F25193">
        <w:rPr>
          <w:rFonts w:ascii="Tahoma" w:hAnsi="Tahoma" w:cs="Tahoma"/>
          <w:rtl/>
        </w:rPr>
        <w:t xml:space="preserve"> نداشتند. شورش، فرار، پنهان کردن محصول و همکار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نکردن با مأموران، از معدود راه‌ها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ابراز نارضا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ت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آنان بود. حکومت 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ز</w:t>
      </w:r>
      <w:r w:rsidRPr="00F25193">
        <w:rPr>
          <w:rFonts w:ascii="Tahoma" w:hAnsi="Tahoma" w:cs="Tahoma"/>
          <w:rtl/>
        </w:rPr>
        <w:t xml:space="preserve"> 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/>
          <w:rtl/>
        </w:rPr>
        <w:t xml:space="preserve"> رفتارها را ب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شتر</w:t>
      </w:r>
      <w:r w:rsidRPr="00F25193">
        <w:rPr>
          <w:rFonts w:ascii="Tahoma" w:hAnsi="Tahoma" w:cs="Tahoma"/>
          <w:rtl/>
        </w:rPr>
        <w:t xml:space="preserve"> سرپ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د</w:t>
      </w:r>
      <w:r w:rsidRPr="00F25193">
        <w:rPr>
          <w:rFonts w:ascii="Tahoma" w:hAnsi="Tahoma" w:cs="Tahoma"/>
          <w:rtl/>
        </w:rPr>
        <w:t xml:space="preserve"> تا نشانه‌ا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از نقص کشوردار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>.</w:t>
      </w:r>
    </w:p>
    <w:p w:rsidR="00F25193" w:rsidRPr="00F25193" w:rsidRDefault="00F25193" w:rsidP="00F2519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F25193">
        <w:rPr>
          <w:rFonts w:ascii="Tahoma" w:hAnsi="Tahoma" w:cs="Tahoma" w:hint="eastAsia"/>
          <w:rtl/>
        </w:rPr>
        <w:t>رسم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شدن</w:t>
      </w:r>
      <w:r w:rsidRPr="00F25193">
        <w:rPr>
          <w:rFonts w:ascii="Tahoma" w:hAnsi="Tahoma" w:cs="Tahoma"/>
          <w:rtl/>
        </w:rPr>
        <w:t xml:space="preserve"> تش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ع</w:t>
      </w:r>
      <w:r w:rsidRPr="00F25193">
        <w:rPr>
          <w:rFonts w:ascii="Tahoma" w:hAnsi="Tahoma" w:cs="Tahoma"/>
          <w:rtl/>
        </w:rPr>
        <w:t xml:space="preserve"> نتوانست 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/>
          <w:rtl/>
        </w:rPr>
        <w:t xml:space="preserve"> فاصله 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ان</w:t>
      </w:r>
      <w:r w:rsidRPr="00F25193">
        <w:rPr>
          <w:rFonts w:ascii="Tahoma" w:hAnsi="Tahoma" w:cs="Tahoma"/>
          <w:rtl/>
        </w:rPr>
        <w:t xml:space="preserve"> حکومت و مردم را از 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ان</w:t>
      </w:r>
      <w:r w:rsidRPr="00F25193">
        <w:rPr>
          <w:rFonts w:ascii="Tahoma" w:hAnsi="Tahoma" w:cs="Tahoma"/>
          <w:rtl/>
        </w:rPr>
        <w:t xml:space="preserve"> ببرد، اما برا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آن زبان تازه‌ا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فراهم کرد. شاه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توانست</w:t>
      </w:r>
      <w:r w:rsidRPr="00F25193">
        <w:rPr>
          <w:rFonts w:ascii="Tahoma" w:hAnsi="Tahoma" w:cs="Tahoma"/>
          <w:rtl/>
        </w:rPr>
        <w:t xml:space="preserve"> خود را پدر و پشت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بان</w:t>
      </w:r>
      <w:r w:rsidRPr="00F25193">
        <w:rPr>
          <w:rFonts w:ascii="Tahoma" w:hAnsi="Tahoma" w:cs="Tahoma"/>
          <w:rtl/>
        </w:rPr>
        <w:t xml:space="preserve"> جامعهٔ ش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عه</w:t>
      </w:r>
      <w:r w:rsidRPr="00F25193">
        <w:rPr>
          <w:rFonts w:ascii="Tahoma" w:hAnsi="Tahoma" w:cs="Tahoma"/>
          <w:rtl/>
        </w:rPr>
        <w:t xml:space="preserve"> معرف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کند و مردم را به اطاعت از حکومت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فراخواند که از مذهبشان دفاع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کرد</w:t>
      </w:r>
      <w:r w:rsidRPr="00F25193">
        <w:rPr>
          <w:rFonts w:ascii="Tahoma" w:hAnsi="Tahoma" w:cs="Tahoma"/>
          <w:rtl/>
        </w:rPr>
        <w:t>. در مقابل، مردم 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ز</w:t>
      </w:r>
      <w:r w:rsidRPr="00F25193">
        <w:rPr>
          <w:rFonts w:ascii="Tahoma" w:hAnsi="Tahoma" w:cs="Tahoma"/>
          <w:rtl/>
        </w:rPr>
        <w:t xml:space="preserve">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توانستند</w:t>
      </w:r>
      <w:r w:rsidRPr="00F25193">
        <w:rPr>
          <w:rFonts w:ascii="Tahoma" w:hAnsi="Tahoma" w:cs="Tahoma"/>
          <w:rtl/>
        </w:rPr>
        <w:t xml:space="preserve"> </w:t>
      </w:r>
      <w:r w:rsidRPr="00F25193">
        <w:rPr>
          <w:rFonts w:ascii="Tahoma" w:hAnsi="Tahoma" w:cs="Tahoma" w:hint="eastAsia"/>
          <w:rtl/>
        </w:rPr>
        <w:t>برا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دادخواه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به زبان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/>
          <w:rtl/>
        </w:rPr>
        <w:t xml:space="preserve"> متوسل شوند و از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نکاران</w:t>
      </w:r>
      <w:r w:rsidRPr="00F25193">
        <w:rPr>
          <w:rFonts w:ascii="Tahoma" w:hAnsi="Tahoma" w:cs="Tahoma"/>
          <w:rtl/>
        </w:rPr>
        <w:t xml:space="preserve"> بخواهند در برابر ستم مأموران از آنان حما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ت</w:t>
      </w:r>
      <w:r w:rsidRPr="00F25193">
        <w:rPr>
          <w:rFonts w:ascii="Tahoma" w:hAnsi="Tahoma" w:cs="Tahoma"/>
          <w:rtl/>
        </w:rPr>
        <w:t xml:space="preserve"> کنند. بد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ن‌سان،</w:t>
      </w:r>
      <w:r w:rsidRPr="00F25193">
        <w:rPr>
          <w:rFonts w:ascii="Tahoma" w:hAnsi="Tahoma" w:cs="Tahoma"/>
          <w:rtl/>
        </w:rPr>
        <w:t xml:space="preserve"> عمامه به واسطه‌ا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ان</w:t>
      </w:r>
      <w:r w:rsidRPr="00F25193">
        <w:rPr>
          <w:rFonts w:ascii="Tahoma" w:hAnsi="Tahoma" w:cs="Tahoma"/>
          <w:rtl/>
        </w:rPr>
        <w:t xml:space="preserve"> جامعه و تاج تبد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ل</w:t>
      </w:r>
      <w:r w:rsidRPr="00F25193">
        <w:rPr>
          <w:rFonts w:ascii="Tahoma" w:hAnsi="Tahoma" w:cs="Tahoma"/>
          <w:rtl/>
        </w:rPr>
        <w:t xml:space="preserve"> شد؛ واسطه‌ا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که گاه به فرمان‌بردار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مردم کمک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کرد</w:t>
      </w:r>
      <w:r w:rsidRPr="00F25193">
        <w:rPr>
          <w:rFonts w:ascii="Tahoma" w:hAnsi="Tahoma" w:cs="Tahoma"/>
          <w:rtl/>
        </w:rPr>
        <w:t xml:space="preserve"> و گاه شکا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ت</w:t>
      </w:r>
      <w:r w:rsidRPr="00F25193">
        <w:rPr>
          <w:rFonts w:ascii="Tahoma" w:hAnsi="Tahoma" w:cs="Tahoma"/>
          <w:rtl/>
        </w:rPr>
        <w:t xml:space="preserve"> آنان را به قدرت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س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اس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بدل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ساخت</w:t>
      </w:r>
      <w:r w:rsidRPr="00F25193">
        <w:rPr>
          <w:rFonts w:ascii="Tahoma" w:hAnsi="Tahoma" w:cs="Tahoma"/>
          <w:rtl/>
        </w:rPr>
        <w:t>.</w:t>
      </w:r>
    </w:p>
    <w:p w:rsidR="00F25193" w:rsidRPr="00F25193" w:rsidRDefault="00F25193" w:rsidP="00F2519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F25193">
        <w:rPr>
          <w:rFonts w:ascii="Tahoma" w:hAnsi="Tahoma" w:cs="Tahoma" w:hint="eastAsia"/>
          <w:rtl/>
        </w:rPr>
        <w:t>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/>
          <w:rtl/>
        </w:rPr>
        <w:t xml:space="preserve"> جا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گاه</w:t>
      </w:r>
      <w:r w:rsidRPr="00F25193">
        <w:rPr>
          <w:rFonts w:ascii="Tahoma" w:hAnsi="Tahoma" w:cs="Tahoma"/>
          <w:rtl/>
        </w:rPr>
        <w:t xml:space="preserve"> دوگانه سبب شد که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نکاران</w:t>
      </w:r>
      <w:r w:rsidRPr="00F25193">
        <w:rPr>
          <w:rFonts w:ascii="Tahoma" w:hAnsi="Tahoma" w:cs="Tahoma"/>
          <w:rtl/>
        </w:rPr>
        <w:t xml:space="preserve"> هم بخش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از دستگاه حکومت باشند و هم بتوانند خود را پناه مردم در برابر حکومت معرف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کنند. آنان از منصب‌ها، موقوفه‌ها و حما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ت</w:t>
      </w:r>
      <w:r w:rsidRPr="00F25193">
        <w:rPr>
          <w:rFonts w:ascii="Tahoma" w:hAnsi="Tahoma" w:cs="Tahoma"/>
          <w:rtl/>
        </w:rPr>
        <w:t xml:space="preserve"> تاج بهره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گرفتند،</w:t>
      </w:r>
      <w:r w:rsidRPr="00F25193">
        <w:rPr>
          <w:rFonts w:ascii="Tahoma" w:hAnsi="Tahoma" w:cs="Tahoma"/>
          <w:rtl/>
        </w:rPr>
        <w:t xml:space="preserve"> اما اعتبار اجتماع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شان</w:t>
      </w:r>
      <w:r w:rsidRPr="00F25193">
        <w:rPr>
          <w:rFonts w:ascii="Tahoma" w:hAnsi="Tahoma" w:cs="Tahoma"/>
          <w:rtl/>
        </w:rPr>
        <w:t xml:space="preserve"> به 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/>
          <w:rtl/>
        </w:rPr>
        <w:t xml:space="preserve"> بستگ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داشت که کاملاً در دربار حل نشوند. اگر تنه</w:t>
      </w:r>
      <w:r w:rsidRPr="00F25193">
        <w:rPr>
          <w:rFonts w:ascii="Tahoma" w:hAnsi="Tahoma" w:cs="Tahoma" w:hint="eastAsia"/>
          <w:rtl/>
        </w:rPr>
        <w:t>ا</w:t>
      </w:r>
      <w:r w:rsidRPr="00F25193">
        <w:rPr>
          <w:rFonts w:ascii="Tahoma" w:hAnsi="Tahoma" w:cs="Tahoma"/>
          <w:rtl/>
        </w:rPr>
        <w:t xml:space="preserve"> کارگزار شاه به نظر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رس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دند،</w:t>
      </w:r>
      <w:r w:rsidRPr="00F25193">
        <w:rPr>
          <w:rFonts w:ascii="Tahoma" w:hAnsi="Tahoma" w:cs="Tahoma"/>
          <w:rtl/>
        </w:rPr>
        <w:t xml:space="preserve"> توان داور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مستقل خود را از دست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دادند؛</w:t>
      </w:r>
      <w:r w:rsidRPr="00F25193">
        <w:rPr>
          <w:rFonts w:ascii="Tahoma" w:hAnsi="Tahoma" w:cs="Tahoma"/>
          <w:rtl/>
        </w:rPr>
        <w:t xml:space="preserve"> و اگر کاملاً در برابر تاج قرار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گرفتند،</w:t>
      </w:r>
      <w:r w:rsidRPr="00F25193">
        <w:rPr>
          <w:rFonts w:ascii="Tahoma" w:hAnsi="Tahoma" w:cs="Tahoma"/>
          <w:rtl/>
        </w:rPr>
        <w:t xml:space="preserve"> امن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ت</w:t>
      </w:r>
      <w:r w:rsidRPr="00F25193">
        <w:rPr>
          <w:rFonts w:ascii="Tahoma" w:hAnsi="Tahoma" w:cs="Tahoma"/>
          <w:rtl/>
        </w:rPr>
        <w:t xml:space="preserve"> و منابع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را که حکومت در اخت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ارشان</w:t>
      </w:r>
      <w:r w:rsidRPr="00F25193">
        <w:rPr>
          <w:rFonts w:ascii="Tahoma" w:hAnsi="Tahoma" w:cs="Tahoma"/>
          <w:rtl/>
        </w:rPr>
        <w:t xml:space="preserve">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گذاشت</w:t>
      </w:r>
      <w:r w:rsidRPr="00F25193">
        <w:rPr>
          <w:rFonts w:ascii="Tahoma" w:hAnsi="Tahoma" w:cs="Tahoma"/>
          <w:rtl/>
        </w:rPr>
        <w:t xml:space="preserve"> به خطر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انداختند</w:t>
      </w:r>
      <w:r w:rsidRPr="00F25193">
        <w:rPr>
          <w:rFonts w:ascii="Tahoma" w:hAnsi="Tahoma" w:cs="Tahoma"/>
          <w:rtl/>
        </w:rPr>
        <w:t>. هم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/>
          <w:rtl/>
        </w:rPr>
        <w:t xml:space="preserve"> دوگانگ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پس از صفو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ان</w:t>
      </w:r>
      <w:r w:rsidRPr="00F25193">
        <w:rPr>
          <w:rFonts w:ascii="Tahoma" w:hAnsi="Tahoma" w:cs="Tahoma"/>
          <w:rtl/>
        </w:rPr>
        <w:t xml:space="preserve"> 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ز</w:t>
      </w:r>
      <w:r w:rsidRPr="00F25193">
        <w:rPr>
          <w:rFonts w:ascii="Tahoma" w:hAnsi="Tahoma" w:cs="Tahoma"/>
          <w:rtl/>
        </w:rPr>
        <w:t xml:space="preserve"> باق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ماند.</w:t>
      </w:r>
    </w:p>
    <w:p w:rsidR="00F25193" w:rsidRPr="00F25193" w:rsidRDefault="00F25193" w:rsidP="00F2519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F25193">
        <w:rPr>
          <w:rFonts w:ascii="Tahoma" w:hAnsi="Tahoma" w:cs="Tahoma" w:hint="eastAsia"/>
          <w:rtl/>
        </w:rPr>
        <w:t>از</w:t>
      </w:r>
      <w:r w:rsidRPr="00F25193">
        <w:rPr>
          <w:rFonts w:ascii="Tahoma" w:hAnsi="Tahoma" w:cs="Tahoma"/>
          <w:rtl/>
        </w:rPr>
        <w:t xml:space="preserve"> سو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گر،</w:t>
      </w:r>
      <w:r w:rsidRPr="00F25193">
        <w:rPr>
          <w:rFonts w:ascii="Tahoma" w:hAnsi="Tahoma" w:cs="Tahoma"/>
          <w:rtl/>
        </w:rPr>
        <w:t xml:space="preserve"> رسم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شدن</w:t>
      </w:r>
      <w:r w:rsidRPr="00F25193">
        <w:rPr>
          <w:rFonts w:ascii="Tahoma" w:hAnsi="Tahoma" w:cs="Tahoma"/>
          <w:rtl/>
        </w:rPr>
        <w:t xml:space="preserve"> تش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ع</w:t>
      </w:r>
      <w:r w:rsidRPr="00F25193">
        <w:rPr>
          <w:rFonts w:ascii="Tahoma" w:hAnsi="Tahoma" w:cs="Tahoma"/>
          <w:rtl/>
        </w:rPr>
        <w:t xml:space="preserve"> به تقو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ت</w:t>
      </w:r>
      <w:r w:rsidRPr="00F25193">
        <w:rPr>
          <w:rFonts w:ascii="Tahoma" w:hAnsi="Tahoma" w:cs="Tahoma"/>
          <w:rtl/>
        </w:rPr>
        <w:t xml:space="preserve"> تما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ز</w:t>
      </w:r>
      <w:r w:rsidRPr="00F25193">
        <w:rPr>
          <w:rFonts w:ascii="Tahoma" w:hAnsi="Tahoma" w:cs="Tahoma"/>
          <w:rtl/>
        </w:rPr>
        <w:t xml:space="preserve"> 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ران</w:t>
      </w:r>
      <w:r w:rsidRPr="00F25193">
        <w:rPr>
          <w:rFonts w:ascii="Tahoma" w:hAnsi="Tahoma" w:cs="Tahoma"/>
          <w:rtl/>
        </w:rPr>
        <w:t xml:space="preserve"> کمک کرد، اما نبا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د</w:t>
      </w:r>
      <w:r w:rsidRPr="00F25193">
        <w:rPr>
          <w:rFonts w:ascii="Tahoma" w:hAnsi="Tahoma" w:cs="Tahoma"/>
          <w:rtl/>
        </w:rPr>
        <w:t xml:space="preserve"> آن را با پ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دا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ش</w:t>
      </w:r>
      <w:r w:rsidRPr="00F25193">
        <w:rPr>
          <w:rFonts w:ascii="Tahoma" w:hAnsi="Tahoma" w:cs="Tahoma"/>
          <w:rtl/>
        </w:rPr>
        <w:t xml:space="preserve"> مل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گرا</w:t>
      </w:r>
      <w:r w:rsidRPr="00F25193">
        <w:rPr>
          <w:rFonts w:ascii="Tahoma" w:hAnsi="Tahoma" w:cs="Tahoma" w:hint="cs"/>
          <w:rtl/>
        </w:rPr>
        <w:t>یی</w:t>
      </w:r>
      <w:r w:rsidRPr="00F25193">
        <w:rPr>
          <w:rFonts w:ascii="Tahoma" w:hAnsi="Tahoma" w:cs="Tahoma"/>
          <w:rtl/>
        </w:rPr>
        <w:t xml:space="preserve"> امروز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ک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گرفت. مردم عصر صفو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شهروندان 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ک</w:t>
      </w:r>
      <w:r w:rsidRPr="00F25193">
        <w:rPr>
          <w:rFonts w:ascii="Tahoma" w:hAnsi="Tahoma" w:cs="Tahoma"/>
          <w:rtl/>
        </w:rPr>
        <w:t xml:space="preserve"> دولت مل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نبودند و حاکم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ت</w:t>
      </w:r>
      <w:r w:rsidRPr="00F25193">
        <w:rPr>
          <w:rFonts w:ascii="Tahoma" w:hAnsi="Tahoma" w:cs="Tahoma"/>
          <w:rtl/>
        </w:rPr>
        <w:t xml:space="preserve"> را متعلق به خود نم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دانستند</w:t>
      </w:r>
      <w:r w:rsidRPr="00F25193">
        <w:rPr>
          <w:rFonts w:ascii="Tahoma" w:hAnsi="Tahoma" w:cs="Tahoma"/>
          <w:rtl/>
        </w:rPr>
        <w:t>. کشور ملک س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اس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خاندان فرمانروا به شمار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رفت</w:t>
      </w:r>
      <w:r w:rsidRPr="00F25193">
        <w:rPr>
          <w:rFonts w:ascii="Tahoma" w:hAnsi="Tahoma" w:cs="Tahoma"/>
          <w:rtl/>
        </w:rPr>
        <w:t xml:space="preserve"> و جانش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در چارچوب </w:t>
      </w:r>
      <w:r w:rsidRPr="00F25193">
        <w:rPr>
          <w:rFonts w:ascii="Tahoma" w:hAnsi="Tahoma" w:cs="Tahoma" w:hint="eastAsia"/>
          <w:rtl/>
        </w:rPr>
        <w:t>خون</w:t>
      </w:r>
      <w:r w:rsidRPr="00F25193">
        <w:rPr>
          <w:rFonts w:ascii="Tahoma" w:hAnsi="Tahoma" w:cs="Tahoma"/>
          <w:rtl/>
        </w:rPr>
        <w:t xml:space="preserve"> و خاندان تع</w:t>
      </w:r>
      <w:r w:rsidRPr="00F25193">
        <w:rPr>
          <w:rFonts w:ascii="Tahoma" w:hAnsi="Tahoma" w:cs="Tahoma" w:hint="cs"/>
          <w:rtl/>
        </w:rPr>
        <w:t>یی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/>
          <w:rtl/>
        </w:rPr>
        <w:t xml:space="preserve">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شد</w:t>
      </w:r>
      <w:r w:rsidRPr="00F25193">
        <w:rPr>
          <w:rFonts w:ascii="Tahoma" w:hAnsi="Tahoma" w:cs="Tahoma"/>
          <w:rtl/>
        </w:rPr>
        <w:t>. شاه از مردم نما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ندگ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نم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گرفت</w:t>
      </w:r>
      <w:r w:rsidRPr="00F25193">
        <w:rPr>
          <w:rFonts w:ascii="Tahoma" w:hAnsi="Tahoma" w:cs="Tahoma"/>
          <w:rtl/>
        </w:rPr>
        <w:t xml:space="preserve"> و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وان</w:t>
      </w:r>
      <w:r w:rsidRPr="00F25193">
        <w:rPr>
          <w:rFonts w:ascii="Tahoma" w:hAnsi="Tahoma" w:cs="Tahoma"/>
          <w:rtl/>
        </w:rPr>
        <w:t xml:space="preserve"> در برابر آنان پاسخ‌گو نبود. آنچه پد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د</w:t>
      </w:r>
      <w:r w:rsidRPr="00F25193">
        <w:rPr>
          <w:rFonts w:ascii="Tahoma" w:hAnsi="Tahoma" w:cs="Tahoma"/>
          <w:rtl/>
        </w:rPr>
        <w:t xml:space="preserve"> آمد، هو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ت</w:t>
      </w:r>
      <w:r w:rsidRPr="00F25193">
        <w:rPr>
          <w:rFonts w:ascii="Tahoma" w:hAnsi="Tahoma" w:cs="Tahoma"/>
          <w:rtl/>
        </w:rPr>
        <w:t xml:space="preserve"> مذهب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و سرزم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رومندتر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بود، نه حاکم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ت</w:t>
      </w:r>
      <w:r w:rsidRPr="00F25193">
        <w:rPr>
          <w:rFonts w:ascii="Tahoma" w:hAnsi="Tahoma" w:cs="Tahoma"/>
          <w:rtl/>
        </w:rPr>
        <w:t xml:space="preserve"> ملت.</w:t>
      </w:r>
    </w:p>
    <w:p w:rsidR="00F25193" w:rsidRPr="00F25193" w:rsidRDefault="00F25193" w:rsidP="00F2519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F25193">
        <w:rPr>
          <w:rFonts w:ascii="Tahoma" w:hAnsi="Tahoma" w:cs="Tahoma" w:hint="eastAsia"/>
          <w:rtl/>
        </w:rPr>
        <w:t>باا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ن‌حال،</w:t>
      </w:r>
      <w:r w:rsidRPr="00F25193">
        <w:rPr>
          <w:rFonts w:ascii="Tahoma" w:hAnsi="Tahoma" w:cs="Tahoma"/>
          <w:rtl/>
        </w:rPr>
        <w:t xml:space="preserve"> هم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/>
          <w:rtl/>
        </w:rPr>
        <w:t xml:space="preserve"> هو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ت</w:t>
      </w:r>
      <w:r w:rsidRPr="00F25193">
        <w:rPr>
          <w:rFonts w:ascii="Tahoma" w:hAnsi="Tahoma" w:cs="Tahoma"/>
          <w:rtl/>
        </w:rPr>
        <w:t xml:space="preserve"> سرزم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و مذهب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توانست پس از سقوط سلسله 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ز</w:t>
      </w:r>
      <w:r w:rsidRPr="00F25193">
        <w:rPr>
          <w:rFonts w:ascii="Tahoma" w:hAnsi="Tahoma" w:cs="Tahoma"/>
          <w:rtl/>
        </w:rPr>
        <w:t xml:space="preserve"> باق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بماند. صفو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ان</w:t>
      </w:r>
      <w:r w:rsidRPr="00F25193">
        <w:rPr>
          <w:rFonts w:ascii="Tahoma" w:hAnsi="Tahoma" w:cs="Tahoma"/>
          <w:rtl/>
        </w:rPr>
        <w:t xml:space="preserve"> از 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ان</w:t>
      </w:r>
      <w:r w:rsidRPr="00F25193">
        <w:rPr>
          <w:rFonts w:ascii="Tahoma" w:hAnsi="Tahoma" w:cs="Tahoma"/>
          <w:rtl/>
        </w:rPr>
        <w:t xml:space="preserve"> رفتند، اما نام 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ران،</w:t>
      </w:r>
      <w:r w:rsidRPr="00F25193">
        <w:rPr>
          <w:rFonts w:ascii="Tahoma" w:hAnsi="Tahoma" w:cs="Tahoma"/>
          <w:rtl/>
        </w:rPr>
        <w:t xml:space="preserve"> مرز تما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ز</w:t>
      </w:r>
      <w:r w:rsidRPr="00F25193">
        <w:rPr>
          <w:rFonts w:ascii="Tahoma" w:hAnsi="Tahoma" w:cs="Tahoma"/>
          <w:rtl/>
        </w:rPr>
        <w:t xml:space="preserve"> مذهب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و انتظار وجود حکومت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مرکز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که از 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/>
          <w:rtl/>
        </w:rPr>
        <w:t xml:space="preserve"> سرزم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/>
          <w:rtl/>
        </w:rPr>
        <w:t xml:space="preserve"> دفاع کند، باق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ماند. مهاجمان افغان توانستند اصفهان را تصرف کنند، ول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نتوانستند کشو</w:t>
      </w:r>
      <w:r w:rsidRPr="00F25193">
        <w:rPr>
          <w:rFonts w:ascii="Tahoma" w:hAnsi="Tahoma" w:cs="Tahoma" w:hint="eastAsia"/>
          <w:rtl/>
        </w:rPr>
        <w:t>ر</w:t>
      </w:r>
      <w:r w:rsidRPr="00F25193">
        <w:rPr>
          <w:rFonts w:ascii="Tahoma" w:hAnsi="Tahoma" w:cs="Tahoma"/>
          <w:rtl/>
        </w:rPr>
        <w:t xml:space="preserve"> را به‌طور پا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دار</w:t>
      </w:r>
      <w:r w:rsidRPr="00F25193">
        <w:rPr>
          <w:rFonts w:ascii="Tahoma" w:hAnsi="Tahoma" w:cs="Tahoma"/>
          <w:rtl/>
        </w:rPr>
        <w:t xml:space="preserve"> در خود حل کنند. نادر توانست با تک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ه</w:t>
      </w:r>
      <w:r w:rsidRPr="00F25193">
        <w:rPr>
          <w:rFonts w:ascii="Tahoma" w:hAnsi="Tahoma" w:cs="Tahoma"/>
          <w:rtl/>
        </w:rPr>
        <w:t xml:space="preserve"> بر قشون، اشغالگران را ب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رون</w:t>
      </w:r>
      <w:r w:rsidRPr="00F25193">
        <w:rPr>
          <w:rFonts w:ascii="Tahoma" w:hAnsi="Tahoma" w:cs="Tahoma"/>
          <w:rtl/>
        </w:rPr>
        <w:t xml:space="preserve"> براند و بخش‌ها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پراکندهٔ کشور را دوباره گرد آورد، اما او 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ز</w:t>
      </w:r>
      <w:r w:rsidRPr="00F25193">
        <w:rPr>
          <w:rFonts w:ascii="Tahoma" w:hAnsi="Tahoma" w:cs="Tahoma"/>
          <w:rtl/>
        </w:rPr>
        <w:t xml:space="preserve"> نتوانست تش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ع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را که در جامعه ر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شه</w:t>
      </w:r>
      <w:r w:rsidRPr="00F25193">
        <w:rPr>
          <w:rFonts w:ascii="Tahoma" w:hAnsi="Tahoma" w:cs="Tahoma"/>
          <w:rtl/>
        </w:rPr>
        <w:t xml:space="preserve"> گرفته بود با فرمان حکومت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از 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ان</w:t>
      </w:r>
      <w:r w:rsidRPr="00F25193">
        <w:rPr>
          <w:rFonts w:ascii="Tahoma" w:hAnsi="Tahoma" w:cs="Tahoma"/>
          <w:rtl/>
        </w:rPr>
        <w:t xml:space="preserve"> ببرد.</w:t>
      </w:r>
    </w:p>
    <w:p w:rsidR="00F25193" w:rsidRPr="00F25193" w:rsidRDefault="00F25193" w:rsidP="00F2519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F25193">
        <w:rPr>
          <w:rFonts w:ascii="Tahoma" w:hAnsi="Tahoma" w:cs="Tahoma" w:hint="eastAsia"/>
          <w:rtl/>
        </w:rPr>
        <w:t>پس</w:t>
      </w:r>
      <w:r w:rsidRPr="00F25193">
        <w:rPr>
          <w:rFonts w:ascii="Tahoma" w:hAnsi="Tahoma" w:cs="Tahoma"/>
          <w:rtl/>
        </w:rPr>
        <w:t xml:space="preserve"> پاسخ پرسش قسمت نخست دو سو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ه</w:t>
      </w:r>
      <w:r w:rsidRPr="00F25193">
        <w:rPr>
          <w:rFonts w:ascii="Tahoma" w:hAnsi="Tahoma" w:cs="Tahoma"/>
          <w:rtl/>
        </w:rPr>
        <w:t xml:space="preserve"> است. رسم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شدن</w:t>
      </w:r>
      <w:r w:rsidRPr="00F25193">
        <w:rPr>
          <w:rFonts w:ascii="Tahoma" w:hAnsi="Tahoma" w:cs="Tahoma"/>
          <w:rtl/>
        </w:rPr>
        <w:t xml:space="preserve"> تش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ع</w:t>
      </w:r>
      <w:r w:rsidRPr="00F25193">
        <w:rPr>
          <w:rFonts w:ascii="Tahoma" w:hAnsi="Tahoma" w:cs="Tahoma"/>
          <w:rtl/>
        </w:rPr>
        <w:t xml:space="preserve"> به 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ران</w:t>
      </w:r>
      <w:r w:rsidRPr="00F25193">
        <w:rPr>
          <w:rFonts w:ascii="Tahoma" w:hAnsi="Tahoma" w:cs="Tahoma"/>
          <w:rtl/>
        </w:rPr>
        <w:t xml:space="preserve"> کمک کرد تا در برابر همسا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گان</w:t>
      </w:r>
      <w:r w:rsidRPr="00F25193">
        <w:rPr>
          <w:rFonts w:ascii="Tahoma" w:hAnsi="Tahoma" w:cs="Tahoma"/>
          <w:rtl/>
        </w:rPr>
        <w:t xml:space="preserve"> 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رومند</w:t>
      </w:r>
      <w:r w:rsidRPr="00F25193">
        <w:rPr>
          <w:rFonts w:ascii="Tahoma" w:hAnsi="Tahoma" w:cs="Tahoma"/>
          <w:rtl/>
        </w:rPr>
        <w:t xml:space="preserve"> خود تما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ز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پا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دار</w:t>
      </w:r>
      <w:r w:rsidRPr="00F25193">
        <w:rPr>
          <w:rFonts w:ascii="Tahoma" w:hAnsi="Tahoma" w:cs="Tahoma"/>
          <w:rtl/>
        </w:rPr>
        <w:t xml:space="preserve"> پ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دا</w:t>
      </w:r>
      <w:r w:rsidRPr="00F25193">
        <w:rPr>
          <w:rFonts w:ascii="Tahoma" w:hAnsi="Tahoma" w:cs="Tahoma"/>
          <w:rtl/>
        </w:rPr>
        <w:t xml:space="preserve"> کند و پس از فروپاش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سلسلهٔ صفو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ز</w:t>
      </w:r>
      <w:r w:rsidRPr="00F25193">
        <w:rPr>
          <w:rFonts w:ascii="Tahoma" w:hAnsi="Tahoma" w:cs="Tahoma"/>
          <w:rtl/>
        </w:rPr>
        <w:t xml:space="preserve"> هو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ت</w:t>
      </w:r>
      <w:r w:rsidRPr="00F25193">
        <w:rPr>
          <w:rFonts w:ascii="Tahoma" w:hAnsi="Tahoma" w:cs="Tahoma"/>
          <w:rtl/>
        </w:rPr>
        <w:t xml:space="preserve"> س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اس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و سرزم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خود را از دست ندهد. اما هم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/>
          <w:rtl/>
        </w:rPr>
        <w:t xml:space="preserve"> س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است،</w:t>
      </w:r>
      <w:r w:rsidRPr="00F25193">
        <w:rPr>
          <w:rFonts w:ascii="Tahoma" w:hAnsi="Tahoma" w:cs="Tahoma"/>
          <w:rtl/>
        </w:rPr>
        <w:t xml:space="preserve"> حقان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ت</w:t>
      </w:r>
      <w:r w:rsidRPr="00F25193">
        <w:rPr>
          <w:rFonts w:ascii="Tahoma" w:hAnsi="Tahoma" w:cs="Tahoma"/>
          <w:rtl/>
        </w:rPr>
        <w:t xml:space="preserve"> حکمران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را با دستگاه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پ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وند</w:t>
      </w:r>
      <w:r w:rsidRPr="00F25193">
        <w:rPr>
          <w:rFonts w:ascii="Tahoma" w:hAnsi="Tahoma" w:cs="Tahoma"/>
          <w:rtl/>
        </w:rPr>
        <w:t xml:space="preserve"> زد و 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رو</w:t>
      </w:r>
      <w:r w:rsidRPr="00F25193">
        <w:rPr>
          <w:rFonts w:ascii="Tahoma" w:hAnsi="Tahoma" w:cs="Tahoma" w:hint="cs"/>
          <w:rtl/>
        </w:rPr>
        <w:t>یی</w:t>
      </w:r>
      <w:r w:rsidRPr="00F25193">
        <w:rPr>
          <w:rFonts w:ascii="Tahoma" w:hAnsi="Tahoma" w:cs="Tahoma"/>
          <w:rtl/>
        </w:rPr>
        <w:t xml:space="preserve"> پد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د</w:t>
      </w:r>
      <w:r w:rsidRPr="00F25193">
        <w:rPr>
          <w:rFonts w:ascii="Tahoma" w:hAnsi="Tahoma" w:cs="Tahoma"/>
          <w:rtl/>
        </w:rPr>
        <w:t xml:space="preserve"> آورد که نه ز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ر</w:t>
      </w:r>
      <w:r w:rsidRPr="00F25193">
        <w:rPr>
          <w:rFonts w:ascii="Tahoma" w:hAnsi="Tahoma" w:cs="Tahoma"/>
          <w:rtl/>
        </w:rPr>
        <w:t xml:space="preserve"> فرمان کامل تاج قرار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گرفت</w:t>
      </w:r>
      <w:r w:rsidRPr="00F25193">
        <w:rPr>
          <w:rFonts w:ascii="Tahoma" w:hAnsi="Tahoma" w:cs="Tahoma"/>
          <w:rtl/>
        </w:rPr>
        <w:t xml:space="preserve"> و نه خود مسئول همهٔ وظا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ف</w:t>
      </w:r>
      <w:r w:rsidRPr="00F25193">
        <w:rPr>
          <w:rFonts w:ascii="Tahoma" w:hAnsi="Tahoma" w:cs="Tahoma"/>
          <w:rtl/>
        </w:rPr>
        <w:t xml:space="preserve"> کشوردار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بود. تاج برا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استوار کردن فرمانروا</w:t>
      </w:r>
      <w:r w:rsidRPr="00F25193">
        <w:rPr>
          <w:rFonts w:ascii="Tahoma" w:hAnsi="Tahoma" w:cs="Tahoma" w:hint="cs"/>
          <w:rtl/>
        </w:rPr>
        <w:t>یی</w:t>
      </w:r>
      <w:r w:rsidRPr="00F25193">
        <w:rPr>
          <w:rFonts w:ascii="Tahoma" w:hAnsi="Tahoma" w:cs="Tahoma"/>
          <w:rtl/>
        </w:rPr>
        <w:t xml:space="preserve"> خود به عمامه 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از</w:t>
      </w:r>
      <w:r w:rsidRPr="00F25193">
        <w:rPr>
          <w:rFonts w:ascii="Tahoma" w:hAnsi="Tahoma" w:cs="Tahoma"/>
          <w:rtl/>
        </w:rPr>
        <w:t xml:space="preserve"> داشت و در همان حال، از استقلال آن ب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مناک</w:t>
      </w:r>
      <w:r w:rsidRPr="00F25193">
        <w:rPr>
          <w:rFonts w:ascii="Tahoma" w:hAnsi="Tahoma" w:cs="Tahoma"/>
          <w:rtl/>
        </w:rPr>
        <w:t xml:space="preserve"> بود. عمامه 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ز</w:t>
      </w:r>
      <w:r w:rsidRPr="00F25193">
        <w:rPr>
          <w:rFonts w:ascii="Tahoma" w:hAnsi="Tahoma" w:cs="Tahoma"/>
          <w:rtl/>
        </w:rPr>
        <w:t xml:space="preserve"> برا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امن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ت</w:t>
      </w:r>
      <w:r w:rsidRPr="00F25193">
        <w:rPr>
          <w:rFonts w:ascii="Tahoma" w:hAnsi="Tahoma" w:cs="Tahoma"/>
          <w:rtl/>
        </w:rPr>
        <w:t xml:space="preserve"> و گسترش نهادها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خود به تاج 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از</w:t>
      </w:r>
      <w:r w:rsidRPr="00F25193">
        <w:rPr>
          <w:rFonts w:ascii="Tahoma" w:hAnsi="Tahoma" w:cs="Tahoma"/>
          <w:rtl/>
        </w:rPr>
        <w:t xml:space="preserve"> داشت، اما بر</w:t>
      </w:r>
      <w:r w:rsidRPr="00F25193">
        <w:rPr>
          <w:rFonts w:ascii="Tahoma" w:hAnsi="Tahoma" w:cs="Tahoma" w:hint="eastAsia"/>
          <w:rtl/>
        </w:rPr>
        <w:t>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حفظ نفوذ اجتماع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با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د</w:t>
      </w:r>
      <w:r w:rsidRPr="00F25193">
        <w:rPr>
          <w:rFonts w:ascii="Tahoma" w:hAnsi="Tahoma" w:cs="Tahoma"/>
          <w:rtl/>
        </w:rPr>
        <w:t xml:space="preserve">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توانست</w:t>
      </w:r>
      <w:r w:rsidRPr="00F25193">
        <w:rPr>
          <w:rFonts w:ascii="Tahoma" w:hAnsi="Tahoma" w:cs="Tahoma"/>
          <w:rtl/>
        </w:rPr>
        <w:t xml:space="preserve"> در برابر آن با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ستد</w:t>
      </w:r>
      <w:r w:rsidRPr="00F25193">
        <w:rPr>
          <w:rFonts w:ascii="Tahoma" w:hAnsi="Tahoma" w:cs="Tahoma"/>
          <w:rtl/>
        </w:rPr>
        <w:t>.</w:t>
      </w:r>
    </w:p>
    <w:p w:rsidR="00F25193" w:rsidRPr="00F25193" w:rsidRDefault="00F25193" w:rsidP="00F2519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F25193">
        <w:rPr>
          <w:rFonts w:ascii="Tahoma" w:hAnsi="Tahoma" w:cs="Tahoma" w:hint="eastAsia"/>
          <w:rtl/>
        </w:rPr>
        <w:t>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/>
          <w:rtl/>
        </w:rPr>
        <w:t xml:space="preserve"> تناقض به 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ک</w:t>
      </w:r>
      <w:r w:rsidRPr="00F25193">
        <w:rPr>
          <w:rFonts w:ascii="Tahoma" w:hAnsi="Tahoma" w:cs="Tahoma"/>
          <w:rtl/>
        </w:rPr>
        <w:t xml:space="preserve"> دوره 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</w:t>
      </w:r>
      <w:r w:rsidRPr="00F25193">
        <w:rPr>
          <w:rFonts w:ascii="Tahoma" w:hAnsi="Tahoma" w:cs="Tahoma"/>
          <w:rtl/>
        </w:rPr>
        <w:t xml:space="preserve"> 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ک</w:t>
      </w:r>
      <w:r w:rsidRPr="00F25193">
        <w:rPr>
          <w:rFonts w:ascii="Tahoma" w:hAnsi="Tahoma" w:cs="Tahoma"/>
          <w:rtl/>
        </w:rPr>
        <w:t xml:space="preserve"> سلسله محدود نماند. صفو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ان</w:t>
      </w:r>
      <w:r w:rsidRPr="00F25193">
        <w:rPr>
          <w:rFonts w:ascii="Tahoma" w:hAnsi="Tahoma" w:cs="Tahoma"/>
          <w:rtl/>
        </w:rPr>
        <w:t xml:space="preserve"> از تش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ع</w:t>
      </w:r>
      <w:r w:rsidRPr="00F25193">
        <w:rPr>
          <w:rFonts w:ascii="Tahoma" w:hAnsi="Tahoma" w:cs="Tahoma"/>
          <w:rtl/>
        </w:rPr>
        <w:t xml:space="preserve"> دوازده‌امام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برا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ساختن حکومت خود بهره گرفتند، اما در پا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ان،</w:t>
      </w:r>
      <w:r w:rsidRPr="00F25193">
        <w:rPr>
          <w:rFonts w:ascii="Tahoma" w:hAnsi="Tahoma" w:cs="Tahoma"/>
          <w:rtl/>
        </w:rPr>
        <w:t xml:space="preserve"> تش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ع</w:t>
      </w:r>
      <w:r w:rsidRPr="00F25193">
        <w:rPr>
          <w:rFonts w:ascii="Tahoma" w:hAnsi="Tahoma" w:cs="Tahoma"/>
          <w:rtl/>
        </w:rPr>
        <w:t xml:space="preserve"> رسم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از حکومت آنان ماندگارتر شد. تاج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که عمامه را به دربار آورده بود فرو افتاد؛ عمامه‌ا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که به 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ار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تاج سازمان 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افته</w:t>
      </w:r>
      <w:r w:rsidRPr="00F25193">
        <w:rPr>
          <w:rFonts w:ascii="Tahoma" w:hAnsi="Tahoma" w:cs="Tahoma"/>
          <w:rtl/>
        </w:rPr>
        <w:t xml:space="preserve"> بود در جامعه باق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ماند. از آن پس، هر فرمانروا</w:t>
      </w:r>
      <w:r w:rsidRPr="00F25193">
        <w:rPr>
          <w:rFonts w:ascii="Tahoma" w:hAnsi="Tahoma" w:cs="Tahoma" w:hint="cs"/>
          <w:rtl/>
        </w:rPr>
        <w:t>یی</w:t>
      </w:r>
      <w:r w:rsidRPr="00F25193">
        <w:rPr>
          <w:rFonts w:ascii="Tahoma" w:hAnsi="Tahoma" w:cs="Tahoma"/>
          <w:rtl/>
        </w:rPr>
        <w:t xml:space="preserve"> که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خواست</w:t>
      </w:r>
      <w:r w:rsidRPr="00F25193">
        <w:rPr>
          <w:rFonts w:ascii="Tahoma" w:hAnsi="Tahoma" w:cs="Tahoma"/>
          <w:rtl/>
        </w:rPr>
        <w:t xml:space="preserve"> 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ران</w:t>
      </w:r>
      <w:r w:rsidRPr="00F25193">
        <w:rPr>
          <w:rFonts w:ascii="Tahoma" w:hAnsi="Tahoma" w:cs="Tahoma"/>
          <w:rtl/>
        </w:rPr>
        <w:t xml:space="preserve"> را اداره کند، ناچار بود 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ان</w:t>
      </w:r>
      <w:r w:rsidRPr="00F25193">
        <w:rPr>
          <w:rFonts w:ascii="Tahoma" w:hAnsi="Tahoma" w:cs="Tahoma"/>
          <w:rtl/>
        </w:rPr>
        <w:t xml:space="preserve"> 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از</w:t>
      </w:r>
      <w:r w:rsidRPr="00F25193">
        <w:rPr>
          <w:rFonts w:ascii="Tahoma" w:hAnsi="Tahoma" w:cs="Tahoma"/>
          <w:rtl/>
        </w:rPr>
        <w:t xml:space="preserve"> خود به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نکاران</w:t>
      </w:r>
      <w:r w:rsidRPr="00F25193">
        <w:rPr>
          <w:rFonts w:ascii="Tahoma" w:hAnsi="Tahoma" w:cs="Tahoma"/>
          <w:rtl/>
        </w:rPr>
        <w:t xml:space="preserve"> و ترس خود از قدرت آنان تعادل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تازه برقرار سازد.</w:t>
      </w:r>
    </w:p>
    <w:p w:rsidR="00F25193" w:rsidRPr="00F25193" w:rsidRDefault="00F25193" w:rsidP="00F2519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F25193">
        <w:rPr>
          <w:rFonts w:ascii="Tahoma" w:hAnsi="Tahoma" w:cs="Tahoma" w:hint="eastAsia"/>
          <w:rtl/>
        </w:rPr>
        <w:t>دستاورد</w:t>
      </w:r>
      <w:r w:rsidRPr="00F25193">
        <w:rPr>
          <w:rFonts w:ascii="Tahoma" w:hAnsi="Tahoma" w:cs="Tahoma"/>
          <w:rtl/>
        </w:rPr>
        <w:t xml:space="preserve"> صفو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ان</w:t>
      </w:r>
      <w:r w:rsidRPr="00F25193">
        <w:rPr>
          <w:rFonts w:ascii="Tahoma" w:hAnsi="Tahoma" w:cs="Tahoma"/>
          <w:rtl/>
        </w:rPr>
        <w:t xml:space="preserve"> 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ز</w:t>
      </w:r>
      <w:r w:rsidRPr="00F25193">
        <w:rPr>
          <w:rFonts w:ascii="Tahoma" w:hAnsi="Tahoma" w:cs="Tahoma"/>
          <w:rtl/>
        </w:rPr>
        <w:t xml:space="preserve"> از شکست آنان جداشدن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ست</w:t>
      </w:r>
      <w:r w:rsidRPr="00F25193">
        <w:rPr>
          <w:rFonts w:ascii="Tahoma" w:hAnsi="Tahoma" w:cs="Tahoma"/>
          <w:rtl/>
        </w:rPr>
        <w:t>. آنان 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ران</w:t>
      </w:r>
      <w:r w:rsidRPr="00F25193">
        <w:rPr>
          <w:rFonts w:ascii="Tahoma" w:hAnsi="Tahoma" w:cs="Tahoma"/>
          <w:rtl/>
        </w:rPr>
        <w:t xml:space="preserve"> را بار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گر</w:t>
      </w:r>
      <w:r w:rsidRPr="00F25193">
        <w:rPr>
          <w:rFonts w:ascii="Tahoma" w:hAnsi="Tahoma" w:cs="Tahoma"/>
          <w:rtl/>
        </w:rPr>
        <w:t xml:space="preserve"> ز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ر</w:t>
      </w:r>
      <w:r w:rsidRPr="00F25193">
        <w:rPr>
          <w:rFonts w:ascii="Tahoma" w:hAnsi="Tahoma" w:cs="Tahoma"/>
          <w:rtl/>
        </w:rPr>
        <w:t xml:space="preserve"> فرمان حکومت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واحد گرد آوردند، مرزها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آن را در برابر عثمان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ان</w:t>
      </w:r>
      <w:r w:rsidRPr="00F25193">
        <w:rPr>
          <w:rFonts w:ascii="Tahoma" w:hAnsi="Tahoma" w:cs="Tahoma"/>
          <w:rtl/>
        </w:rPr>
        <w:t xml:space="preserve"> و ازبکان نگاه داشتند،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وان</w:t>
      </w:r>
      <w:r w:rsidRPr="00F25193">
        <w:rPr>
          <w:rFonts w:ascii="Tahoma" w:hAnsi="Tahoma" w:cs="Tahoma"/>
          <w:rtl/>
        </w:rPr>
        <w:t xml:space="preserve"> را گسترش دادند، قشون را از انحصار 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لات</w:t>
      </w:r>
      <w:r w:rsidRPr="00F25193">
        <w:rPr>
          <w:rFonts w:ascii="Tahoma" w:hAnsi="Tahoma" w:cs="Tahoma"/>
          <w:rtl/>
        </w:rPr>
        <w:t xml:space="preserve"> ب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رون</w:t>
      </w:r>
      <w:r w:rsidRPr="00F25193">
        <w:rPr>
          <w:rFonts w:ascii="Tahoma" w:hAnsi="Tahoma" w:cs="Tahoma"/>
          <w:rtl/>
        </w:rPr>
        <w:t xml:space="preserve"> آوردند، تجارت و شهرنش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را رونق بخش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دند</w:t>
      </w:r>
      <w:r w:rsidRPr="00F25193">
        <w:rPr>
          <w:rFonts w:ascii="Tahoma" w:hAnsi="Tahoma" w:cs="Tahoma"/>
          <w:rtl/>
        </w:rPr>
        <w:t xml:space="preserve"> و مذهب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مشترک را در بخش بزرگ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از جامعه ر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شه‌دار</w:t>
      </w:r>
      <w:r w:rsidRPr="00F25193">
        <w:rPr>
          <w:rFonts w:ascii="Tahoma" w:hAnsi="Tahoma" w:cs="Tahoma"/>
          <w:rtl/>
        </w:rPr>
        <w:t xml:space="preserve"> کردند. اما نتوانستند نهاد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بسازند که انتقال قدرت را از توانا</w:t>
      </w:r>
      <w:r w:rsidRPr="00F25193">
        <w:rPr>
          <w:rFonts w:ascii="Tahoma" w:hAnsi="Tahoma" w:cs="Tahoma" w:hint="cs"/>
          <w:rtl/>
        </w:rPr>
        <w:t>یی</w:t>
      </w:r>
      <w:r w:rsidRPr="00F25193">
        <w:rPr>
          <w:rFonts w:ascii="Tahoma" w:hAnsi="Tahoma" w:cs="Tahoma"/>
          <w:rtl/>
        </w:rPr>
        <w:t xml:space="preserve"> شخص شاه مستقل کند، قشون و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وان</w:t>
      </w:r>
      <w:r w:rsidRPr="00F25193">
        <w:rPr>
          <w:rFonts w:ascii="Tahoma" w:hAnsi="Tahoma" w:cs="Tahoma"/>
          <w:rtl/>
        </w:rPr>
        <w:t xml:space="preserve"> را در هنگام ضعف تاج کارآمد نگاه دارد، منابع کشور را 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ان</w:t>
      </w:r>
      <w:r w:rsidRPr="00F25193">
        <w:rPr>
          <w:rFonts w:ascii="Tahoma" w:hAnsi="Tahoma" w:cs="Tahoma"/>
          <w:rtl/>
        </w:rPr>
        <w:t xml:space="preserve"> 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ازها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رق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ب</w:t>
      </w:r>
      <w:r w:rsidRPr="00F25193">
        <w:rPr>
          <w:rFonts w:ascii="Tahoma" w:hAnsi="Tahoma" w:cs="Tahoma"/>
          <w:rtl/>
        </w:rPr>
        <w:t xml:space="preserve"> به‌درست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تقس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م</w:t>
      </w:r>
      <w:r w:rsidRPr="00F25193">
        <w:rPr>
          <w:rFonts w:ascii="Tahoma" w:hAnsi="Tahoma" w:cs="Tahoma"/>
          <w:rtl/>
        </w:rPr>
        <w:t xml:space="preserve"> کند و قدرت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نکاران</w:t>
      </w:r>
      <w:r w:rsidRPr="00F25193">
        <w:rPr>
          <w:rFonts w:ascii="Tahoma" w:hAnsi="Tahoma" w:cs="Tahoma"/>
          <w:rtl/>
        </w:rPr>
        <w:t xml:space="preserve"> را با مسئول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ت</w:t>
      </w:r>
      <w:r w:rsidRPr="00F25193">
        <w:rPr>
          <w:rFonts w:ascii="Tahoma" w:hAnsi="Tahoma" w:cs="Tahoma"/>
          <w:rtl/>
        </w:rPr>
        <w:t xml:space="preserve"> ر</w:t>
      </w:r>
      <w:r w:rsidRPr="00F25193">
        <w:rPr>
          <w:rFonts w:ascii="Tahoma" w:hAnsi="Tahoma" w:cs="Tahoma" w:hint="eastAsia"/>
          <w:rtl/>
        </w:rPr>
        <w:t>وشن</w:t>
      </w:r>
      <w:r w:rsidRPr="00F25193">
        <w:rPr>
          <w:rFonts w:ascii="Tahoma" w:hAnsi="Tahoma" w:cs="Tahoma"/>
          <w:rtl/>
        </w:rPr>
        <w:t xml:space="preserve"> همراه سازد.</w:t>
      </w:r>
    </w:p>
    <w:p w:rsidR="00F25193" w:rsidRPr="00F25193" w:rsidRDefault="00F25193" w:rsidP="00F2519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F25193">
        <w:rPr>
          <w:rFonts w:ascii="Tahoma" w:hAnsi="Tahoma" w:cs="Tahoma" w:hint="eastAsia"/>
          <w:rtl/>
        </w:rPr>
        <w:t>ازا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ن‌رو،</w:t>
      </w:r>
      <w:r w:rsidRPr="00F25193">
        <w:rPr>
          <w:rFonts w:ascii="Tahoma" w:hAnsi="Tahoma" w:cs="Tahoma"/>
          <w:rtl/>
        </w:rPr>
        <w:t xml:space="preserve"> هنگام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که شاه ناتوان شد، کشور 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ز</w:t>
      </w:r>
      <w:r w:rsidRPr="00F25193">
        <w:rPr>
          <w:rFonts w:ascii="Tahoma" w:hAnsi="Tahoma" w:cs="Tahoma"/>
          <w:rtl/>
        </w:rPr>
        <w:t xml:space="preserve"> ناتوان گرد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د</w:t>
      </w:r>
      <w:r w:rsidRPr="00F25193">
        <w:rPr>
          <w:rFonts w:ascii="Tahoma" w:hAnsi="Tahoma" w:cs="Tahoma"/>
          <w:rtl/>
        </w:rPr>
        <w:t>. دستگاه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که در دورهٔ شاه عباس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توانست</w:t>
      </w:r>
      <w:r w:rsidRPr="00F25193">
        <w:rPr>
          <w:rFonts w:ascii="Tahoma" w:hAnsi="Tahoma" w:cs="Tahoma"/>
          <w:rtl/>
        </w:rPr>
        <w:t xml:space="preserve"> ز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ر</w:t>
      </w:r>
      <w:r w:rsidRPr="00F25193">
        <w:rPr>
          <w:rFonts w:ascii="Tahoma" w:hAnsi="Tahoma" w:cs="Tahoma"/>
          <w:rtl/>
        </w:rPr>
        <w:t xml:space="preserve"> فرمان پادشاه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توانا کار کند، در دورهٔ جانش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نان</w:t>
      </w:r>
      <w:r w:rsidRPr="00F25193">
        <w:rPr>
          <w:rFonts w:ascii="Tahoma" w:hAnsi="Tahoma" w:cs="Tahoma"/>
          <w:rtl/>
        </w:rPr>
        <w:t xml:space="preserve"> ضع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ف</w:t>
      </w:r>
      <w:r w:rsidRPr="00F25193">
        <w:rPr>
          <w:rFonts w:ascii="Tahoma" w:hAnsi="Tahoma" w:cs="Tahoma"/>
          <w:rtl/>
        </w:rPr>
        <w:t xml:space="preserve"> او راه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برا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اصلاح خود نداشت. ه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چ</w:t>
      </w:r>
      <w:r w:rsidRPr="00F25193">
        <w:rPr>
          <w:rFonts w:ascii="Tahoma" w:hAnsi="Tahoma" w:cs="Tahoma"/>
          <w:rtl/>
        </w:rPr>
        <w:t xml:space="preserve"> سازوکار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وجود نداشت که شاه ناتوان را کنار بگذارد، تصم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م‌ها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نادرست را متوقف کند 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</w:t>
      </w:r>
      <w:r w:rsidRPr="00F25193">
        <w:rPr>
          <w:rFonts w:ascii="Tahoma" w:hAnsi="Tahoma" w:cs="Tahoma"/>
          <w:rtl/>
        </w:rPr>
        <w:t xml:space="preserve"> کارگزاران حکومت را در برابر مردم پاسخ‌گو سازد. همهٔ اجزا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کشور به تاج وابسته بودند، اما تاج خود به شخص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وابسته بود که تصادف خون و تولد او را بر تخت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نشاند</w:t>
      </w:r>
      <w:r w:rsidRPr="00F25193">
        <w:rPr>
          <w:rFonts w:ascii="Tahoma" w:hAnsi="Tahoma" w:cs="Tahoma"/>
          <w:rtl/>
        </w:rPr>
        <w:t>.</w:t>
      </w:r>
    </w:p>
    <w:p w:rsidR="00F25193" w:rsidRPr="00F25193" w:rsidRDefault="00F25193" w:rsidP="00F2519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F25193">
        <w:rPr>
          <w:rFonts w:ascii="Tahoma" w:hAnsi="Tahoma" w:cs="Tahoma" w:hint="eastAsia"/>
          <w:rtl/>
        </w:rPr>
        <w:t>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/>
          <w:rtl/>
        </w:rPr>
        <w:t xml:space="preserve"> مهم‌تر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/>
          <w:rtl/>
        </w:rPr>
        <w:t xml:space="preserve"> ضعف کشوردار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صفو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بود: آنان توانستند کشور بسازند، اما نتوانستند حکومت را از توانا</w:t>
      </w:r>
      <w:r w:rsidRPr="00F25193">
        <w:rPr>
          <w:rFonts w:ascii="Tahoma" w:hAnsi="Tahoma" w:cs="Tahoma" w:hint="cs"/>
          <w:rtl/>
        </w:rPr>
        <w:t>یی</w:t>
      </w:r>
      <w:r w:rsidRPr="00F25193">
        <w:rPr>
          <w:rFonts w:ascii="Tahoma" w:hAnsi="Tahoma" w:cs="Tahoma"/>
          <w:rtl/>
        </w:rPr>
        <w:t xml:space="preserve"> 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</w:t>
      </w:r>
      <w:r w:rsidRPr="00F25193">
        <w:rPr>
          <w:rFonts w:ascii="Tahoma" w:hAnsi="Tahoma" w:cs="Tahoma"/>
          <w:rtl/>
        </w:rPr>
        <w:t xml:space="preserve"> ناتوان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شاه مستقل کنند. مذهب رسم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/>
          <w:rtl/>
        </w:rPr>
        <w:t xml:space="preserve"> ضعف را جبران نکرد. گاه آن را پوشاند و برا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تاج حقان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ت</w:t>
      </w:r>
      <w:r w:rsidRPr="00F25193">
        <w:rPr>
          <w:rFonts w:ascii="Tahoma" w:hAnsi="Tahoma" w:cs="Tahoma"/>
          <w:rtl/>
        </w:rPr>
        <w:t xml:space="preserve"> فراهم آورد، اما هنگام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که قشون از کار افتاد، خزانه ته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شد و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وان</w:t>
      </w:r>
      <w:r w:rsidRPr="00F25193">
        <w:rPr>
          <w:rFonts w:ascii="Tahoma" w:hAnsi="Tahoma" w:cs="Tahoma"/>
          <w:rtl/>
        </w:rPr>
        <w:t xml:space="preserve"> توان اداره را از دست داد، دعا، آ</w:t>
      </w:r>
      <w:r w:rsidRPr="00F25193">
        <w:rPr>
          <w:rFonts w:ascii="Tahoma" w:hAnsi="Tahoma" w:cs="Tahoma" w:hint="cs"/>
          <w:rtl/>
        </w:rPr>
        <w:t>یی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/>
          <w:rtl/>
        </w:rPr>
        <w:t xml:space="preserve"> و فتوا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نکاران</w:t>
      </w:r>
      <w:r w:rsidRPr="00F25193">
        <w:rPr>
          <w:rFonts w:ascii="Tahoma" w:hAnsi="Tahoma" w:cs="Tahoma"/>
          <w:rtl/>
        </w:rPr>
        <w:t xml:space="preserve"> نتوانستند جا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کشوردار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را بگ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رند</w:t>
      </w:r>
      <w:r w:rsidRPr="00F25193">
        <w:rPr>
          <w:rFonts w:ascii="Tahoma" w:hAnsi="Tahoma" w:cs="Tahoma"/>
          <w:rtl/>
        </w:rPr>
        <w:t>.</w:t>
      </w:r>
    </w:p>
    <w:p w:rsidR="00F25193" w:rsidRPr="00F25193" w:rsidRDefault="00F25193" w:rsidP="00F2519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F25193">
        <w:rPr>
          <w:rFonts w:ascii="Tahoma" w:hAnsi="Tahoma" w:cs="Tahoma" w:hint="eastAsia"/>
          <w:rtl/>
        </w:rPr>
        <w:t>صفو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ان</w:t>
      </w:r>
      <w:r w:rsidRPr="00F25193">
        <w:rPr>
          <w:rFonts w:ascii="Tahoma" w:hAnsi="Tahoma" w:cs="Tahoma"/>
          <w:rtl/>
        </w:rPr>
        <w:t xml:space="preserve"> سلسله‌ا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را بن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اد</w:t>
      </w:r>
      <w:r w:rsidRPr="00F25193">
        <w:rPr>
          <w:rFonts w:ascii="Tahoma" w:hAnsi="Tahoma" w:cs="Tahoma"/>
          <w:rtl/>
        </w:rPr>
        <w:t xml:space="preserve"> نهادند که سرانجام سقوط کرد، اما مسئله‌ا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را در تار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خ</w:t>
      </w:r>
      <w:r w:rsidRPr="00F25193">
        <w:rPr>
          <w:rFonts w:ascii="Tahoma" w:hAnsi="Tahoma" w:cs="Tahoma"/>
          <w:rtl/>
        </w:rPr>
        <w:t xml:space="preserve"> 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ران</w:t>
      </w:r>
      <w:r w:rsidRPr="00F25193">
        <w:rPr>
          <w:rFonts w:ascii="Tahoma" w:hAnsi="Tahoma" w:cs="Tahoma"/>
          <w:rtl/>
        </w:rPr>
        <w:t xml:space="preserve"> باق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گذاشتند که بس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ار</w:t>
      </w:r>
      <w:r w:rsidRPr="00F25193">
        <w:rPr>
          <w:rFonts w:ascii="Tahoma" w:hAnsi="Tahoma" w:cs="Tahoma"/>
          <w:rtl/>
        </w:rPr>
        <w:t xml:space="preserve"> ماندگارتر از تاج آنان بود: چگونه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توان</w:t>
      </w:r>
      <w:r w:rsidRPr="00F25193">
        <w:rPr>
          <w:rFonts w:ascii="Tahoma" w:hAnsi="Tahoma" w:cs="Tahoma"/>
          <w:rtl/>
        </w:rPr>
        <w:t xml:space="preserve"> کشور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با هو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ت</w:t>
      </w:r>
      <w:r w:rsidRPr="00F25193">
        <w:rPr>
          <w:rFonts w:ascii="Tahoma" w:hAnsi="Tahoma" w:cs="Tahoma"/>
          <w:rtl/>
        </w:rPr>
        <w:t xml:space="preserve"> مذهب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رومند</w:t>
      </w:r>
      <w:r w:rsidRPr="00F25193">
        <w:rPr>
          <w:rFonts w:ascii="Tahoma" w:hAnsi="Tahoma" w:cs="Tahoma"/>
          <w:rtl/>
        </w:rPr>
        <w:t xml:space="preserve"> داشت، ب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آنکه</w:t>
      </w:r>
      <w:r w:rsidRPr="00F25193">
        <w:rPr>
          <w:rFonts w:ascii="Tahoma" w:hAnsi="Tahoma" w:cs="Tahoma"/>
          <w:rtl/>
        </w:rPr>
        <w:t xml:space="preserve"> دستگاه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نکار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بر کشوردار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ره</w:t>
      </w:r>
      <w:r w:rsidRPr="00F25193">
        <w:rPr>
          <w:rFonts w:ascii="Tahoma" w:hAnsi="Tahoma" w:cs="Tahoma"/>
          <w:rtl/>
        </w:rPr>
        <w:t xml:space="preserve"> شود؛ و چگونه م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توان</w:t>
      </w:r>
      <w:r w:rsidRPr="00F25193">
        <w:rPr>
          <w:rFonts w:ascii="Tahoma" w:hAnsi="Tahoma" w:cs="Tahoma"/>
          <w:rtl/>
        </w:rPr>
        <w:t xml:space="preserve"> از همکار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/>
          <w:rtl/>
        </w:rPr>
        <w:t xml:space="preserve"> </w:t>
      </w:r>
      <w:r w:rsidRPr="00F25193">
        <w:rPr>
          <w:rFonts w:ascii="Tahoma" w:hAnsi="Tahoma" w:cs="Tahoma" w:hint="eastAsia"/>
          <w:rtl/>
        </w:rPr>
        <w:t>و</w:t>
      </w:r>
      <w:r w:rsidRPr="00F25193">
        <w:rPr>
          <w:rFonts w:ascii="Tahoma" w:hAnsi="Tahoma" w:cs="Tahoma"/>
          <w:rtl/>
        </w:rPr>
        <w:t xml:space="preserve"> حکومت بهره گرفت، ب</w:t>
      </w:r>
      <w:r w:rsidRPr="00F25193">
        <w:rPr>
          <w:rFonts w:ascii="Tahoma" w:hAnsi="Tahoma" w:cs="Tahoma" w:hint="cs"/>
          <w:rtl/>
        </w:rPr>
        <w:t>ی‌</w:t>
      </w:r>
      <w:r w:rsidRPr="00F25193">
        <w:rPr>
          <w:rFonts w:ascii="Tahoma" w:hAnsi="Tahoma" w:cs="Tahoma" w:hint="eastAsia"/>
          <w:rtl/>
        </w:rPr>
        <w:t>آنکه</w:t>
      </w:r>
      <w:r w:rsidRPr="00F25193">
        <w:rPr>
          <w:rFonts w:ascii="Tahoma" w:hAnsi="Tahoma" w:cs="Tahoma"/>
          <w:rtl/>
        </w:rPr>
        <w:t xml:space="preserve"> حقان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ت</w:t>
      </w:r>
      <w:r w:rsidRPr="00F25193">
        <w:rPr>
          <w:rFonts w:ascii="Tahoma" w:hAnsi="Tahoma" w:cs="Tahoma"/>
          <w:rtl/>
        </w:rPr>
        <w:t xml:space="preserve"> حکمران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به تفس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ر</w:t>
      </w:r>
      <w:r w:rsidRPr="00F25193">
        <w:rPr>
          <w:rFonts w:ascii="Tahoma" w:hAnsi="Tahoma" w:cs="Tahoma"/>
          <w:rtl/>
        </w:rPr>
        <w:t xml:space="preserve"> کسان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وابسته شود که مردم در گز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نش</w:t>
      </w:r>
      <w:r w:rsidRPr="00F25193">
        <w:rPr>
          <w:rFonts w:ascii="Tahoma" w:hAnsi="Tahoma" w:cs="Tahoma"/>
          <w:rtl/>
        </w:rPr>
        <w:t xml:space="preserve"> آنان نقش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ندارند؟</w:t>
      </w:r>
    </w:p>
    <w:p w:rsidR="00F25193" w:rsidRDefault="00F25193" w:rsidP="00F25193">
      <w:pPr>
        <w:bidi/>
        <w:spacing w:after="0" w:line="360" w:lineRule="auto"/>
        <w:ind w:firstLine="720"/>
        <w:jc w:val="both"/>
        <w:rPr>
          <w:rFonts w:ascii="Tahoma" w:hAnsi="Tahoma" w:cs="Tahoma"/>
          <w:rtl/>
        </w:rPr>
      </w:pPr>
      <w:r w:rsidRPr="00F25193">
        <w:rPr>
          <w:rFonts w:ascii="Tahoma" w:hAnsi="Tahoma" w:cs="Tahoma" w:hint="eastAsia"/>
          <w:rtl/>
        </w:rPr>
        <w:t>برا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فهم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دن</w:t>
      </w:r>
      <w:r w:rsidRPr="00F25193">
        <w:rPr>
          <w:rFonts w:ascii="Tahoma" w:hAnsi="Tahoma" w:cs="Tahoma"/>
          <w:rtl/>
        </w:rPr>
        <w:t xml:space="preserve"> 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نکه</w:t>
      </w:r>
      <w:r w:rsidRPr="00F25193">
        <w:rPr>
          <w:rFonts w:ascii="Tahoma" w:hAnsi="Tahoma" w:cs="Tahoma"/>
          <w:rtl/>
        </w:rPr>
        <w:t xml:space="preserve"> صفو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ان</w:t>
      </w:r>
      <w:r w:rsidRPr="00F25193">
        <w:rPr>
          <w:rFonts w:ascii="Tahoma" w:hAnsi="Tahoma" w:cs="Tahoma"/>
          <w:rtl/>
        </w:rPr>
        <w:t xml:space="preserve"> چرا برا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ساختن حکومت خود به چن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/>
          <w:rtl/>
        </w:rPr>
        <w:t xml:space="preserve"> راه‌حل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رس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دند،</w:t>
      </w:r>
      <w:r w:rsidRPr="00F25193">
        <w:rPr>
          <w:rFonts w:ascii="Tahoma" w:hAnsi="Tahoma" w:cs="Tahoma"/>
          <w:rtl/>
        </w:rPr>
        <w:t xml:space="preserve"> با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د</w:t>
      </w:r>
      <w:r w:rsidRPr="00F25193">
        <w:rPr>
          <w:rFonts w:ascii="Tahoma" w:hAnsi="Tahoma" w:cs="Tahoma"/>
          <w:rtl/>
        </w:rPr>
        <w:t xml:space="preserve"> از روزگار آنان فراتر رفت و به گذشته بازگشت؛ به زمان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که حملهٔ مغول ساختمان س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اس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ران</w:t>
      </w:r>
      <w:r w:rsidRPr="00F25193">
        <w:rPr>
          <w:rFonts w:ascii="Tahoma" w:hAnsi="Tahoma" w:cs="Tahoma"/>
          <w:rtl/>
        </w:rPr>
        <w:t xml:space="preserve"> را درهم شکست، تعادل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ر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</w:t>
      </w:r>
      <w:r w:rsidRPr="00F25193">
        <w:rPr>
          <w:rFonts w:ascii="Tahoma" w:hAnsi="Tahoma" w:cs="Tahoma"/>
          <w:rtl/>
        </w:rPr>
        <w:t xml:space="preserve"> 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ان</w:t>
      </w:r>
      <w:r w:rsidRPr="00F25193">
        <w:rPr>
          <w:rFonts w:ascii="Tahoma" w:hAnsi="Tahoma" w:cs="Tahoma"/>
          <w:rtl/>
        </w:rPr>
        <w:t xml:space="preserve"> تاج، قشون،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وان</w:t>
      </w:r>
      <w:r w:rsidRPr="00F25193">
        <w:rPr>
          <w:rFonts w:ascii="Tahoma" w:hAnsi="Tahoma" w:cs="Tahoma"/>
          <w:rtl/>
        </w:rPr>
        <w:t xml:space="preserve"> و د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نکاران</w:t>
      </w:r>
      <w:r w:rsidRPr="00F25193">
        <w:rPr>
          <w:rFonts w:ascii="Tahoma" w:hAnsi="Tahoma" w:cs="Tahoma"/>
          <w:rtl/>
        </w:rPr>
        <w:t xml:space="preserve"> را برهم زد و زم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نه</w:t>
      </w:r>
      <w:r w:rsidRPr="00F25193">
        <w:rPr>
          <w:rFonts w:ascii="Tahoma" w:hAnsi="Tahoma" w:cs="Tahoma"/>
          <w:rtl/>
        </w:rPr>
        <w:t xml:space="preserve"> را برا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برآم</w:t>
      </w:r>
      <w:r w:rsidRPr="00F25193">
        <w:rPr>
          <w:rFonts w:ascii="Tahoma" w:hAnsi="Tahoma" w:cs="Tahoma" w:hint="eastAsia"/>
          <w:rtl/>
        </w:rPr>
        <w:t>دن</w:t>
      </w:r>
      <w:r w:rsidRPr="00F25193">
        <w:rPr>
          <w:rFonts w:ascii="Tahoma" w:hAnsi="Tahoma" w:cs="Tahoma"/>
          <w:rtl/>
        </w:rPr>
        <w:t xml:space="preserve"> طر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قت‌ها</w:t>
      </w:r>
      <w:r w:rsidRPr="00F25193">
        <w:rPr>
          <w:rFonts w:ascii="Tahoma" w:hAnsi="Tahoma" w:cs="Tahoma" w:hint="cs"/>
          <w:rtl/>
        </w:rPr>
        <w:t>یی</w:t>
      </w:r>
      <w:r w:rsidRPr="00F25193">
        <w:rPr>
          <w:rFonts w:ascii="Tahoma" w:hAnsi="Tahoma" w:cs="Tahoma"/>
          <w:rtl/>
        </w:rPr>
        <w:t xml:space="preserve"> فراهم کرد که 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ک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از آنها سرانجام از خانقاه ب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رون</w:t>
      </w:r>
      <w:r w:rsidRPr="00F25193">
        <w:rPr>
          <w:rFonts w:ascii="Tahoma" w:hAnsi="Tahoma" w:cs="Tahoma"/>
          <w:rtl/>
        </w:rPr>
        <w:t xml:space="preserve"> آمد، قشون ساخت، تاج بر سر گذاشت و مذهب خود را مذهب رسم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/>
          <w:rtl/>
        </w:rPr>
        <w:t xml:space="preserve"> ا</w:t>
      </w:r>
      <w:r w:rsidRPr="00F25193">
        <w:rPr>
          <w:rFonts w:ascii="Tahoma" w:hAnsi="Tahoma" w:cs="Tahoma" w:hint="cs"/>
          <w:rtl/>
        </w:rPr>
        <w:t>ی</w:t>
      </w:r>
      <w:r w:rsidRPr="00F25193">
        <w:rPr>
          <w:rFonts w:ascii="Tahoma" w:hAnsi="Tahoma" w:cs="Tahoma" w:hint="eastAsia"/>
          <w:rtl/>
        </w:rPr>
        <w:t>ران</w:t>
      </w:r>
      <w:r w:rsidRPr="00F25193">
        <w:rPr>
          <w:rFonts w:ascii="Tahoma" w:hAnsi="Tahoma" w:cs="Tahoma"/>
          <w:rtl/>
        </w:rPr>
        <w:t xml:space="preserve"> اعلام کرد.</w:t>
      </w:r>
    </w:p>
    <w:sectPr w:rsidR="00F25193" w:rsidSect="00234252">
      <w:footerReference w:type="default" r:id="rId9"/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4FF1" w:rsidRDefault="00754FF1" w:rsidP="00234252">
      <w:pPr>
        <w:spacing w:after="0" w:line="240" w:lineRule="auto"/>
      </w:pPr>
      <w:r>
        <w:separator/>
      </w:r>
    </w:p>
  </w:endnote>
  <w:endnote w:type="continuationSeparator" w:id="0">
    <w:p w:rsidR="00754FF1" w:rsidRDefault="00754FF1" w:rsidP="00234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6477774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1286D" w:rsidRDefault="00D1286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54FF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B9713F" w:rsidRDefault="00B9713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4FF1" w:rsidRDefault="00754FF1" w:rsidP="00234252">
      <w:pPr>
        <w:spacing w:after="0" w:line="240" w:lineRule="auto"/>
      </w:pPr>
      <w:r>
        <w:separator/>
      </w:r>
    </w:p>
  </w:footnote>
  <w:footnote w:type="continuationSeparator" w:id="0">
    <w:p w:rsidR="00754FF1" w:rsidRDefault="00754FF1" w:rsidP="002342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1DC660E2"/>
    <w:multiLevelType w:val="multilevel"/>
    <w:tmpl w:val="1076E3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5E863D4"/>
    <w:multiLevelType w:val="multilevel"/>
    <w:tmpl w:val="28E2E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B5050D7"/>
    <w:multiLevelType w:val="multilevel"/>
    <w:tmpl w:val="3DAEC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C1E28B3"/>
    <w:multiLevelType w:val="hybridMultilevel"/>
    <w:tmpl w:val="6422CB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4380A99"/>
    <w:multiLevelType w:val="multilevel"/>
    <w:tmpl w:val="82B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B3D01E1"/>
    <w:multiLevelType w:val="multilevel"/>
    <w:tmpl w:val="99409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B796A10"/>
    <w:multiLevelType w:val="multilevel"/>
    <w:tmpl w:val="6F582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BB03496"/>
    <w:multiLevelType w:val="multilevel"/>
    <w:tmpl w:val="42FAF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2966339"/>
    <w:multiLevelType w:val="multilevel"/>
    <w:tmpl w:val="96083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B9F4829"/>
    <w:multiLevelType w:val="multilevel"/>
    <w:tmpl w:val="033A4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7"/>
  </w:num>
  <w:num w:numId="2">
    <w:abstractNumId w:val="18"/>
  </w:num>
  <w:num w:numId="3">
    <w:abstractNumId w:val="14"/>
  </w:num>
  <w:num w:numId="4">
    <w:abstractNumId w:val="11"/>
  </w:num>
  <w:num w:numId="5">
    <w:abstractNumId w:val="13"/>
  </w:num>
  <w:num w:numId="6">
    <w:abstractNumId w:val="16"/>
  </w:num>
  <w:num w:numId="7">
    <w:abstractNumId w:val="10"/>
  </w:num>
  <w:num w:numId="8">
    <w:abstractNumId w:val="15"/>
  </w:num>
  <w:num w:numId="9">
    <w:abstractNumId w:val="12"/>
  </w:num>
  <w:num w:numId="10">
    <w:abstractNumId w:val="9"/>
  </w:num>
  <w:num w:numId="11">
    <w:abstractNumId w:val="8"/>
  </w:num>
  <w:num w:numId="12">
    <w:abstractNumId w:val="6"/>
  </w:num>
  <w:num w:numId="13">
    <w:abstractNumId w:val="5"/>
  </w:num>
  <w:num w:numId="14">
    <w:abstractNumId w:val="4"/>
  </w:num>
  <w:num w:numId="15">
    <w:abstractNumId w:val="7"/>
  </w:num>
  <w:num w:numId="16">
    <w:abstractNumId w:val="3"/>
  </w:num>
  <w:num w:numId="17">
    <w:abstractNumId w:val="2"/>
  </w:num>
  <w:num w:numId="18">
    <w:abstractNumId w:val="1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426"/>
    <w:rsid w:val="00097F3D"/>
    <w:rsid w:val="000A721C"/>
    <w:rsid w:val="000E6AC0"/>
    <w:rsid w:val="000F2736"/>
    <w:rsid w:val="000F3A96"/>
    <w:rsid w:val="00104586"/>
    <w:rsid w:val="0010463A"/>
    <w:rsid w:val="00122B9B"/>
    <w:rsid w:val="00126998"/>
    <w:rsid w:val="001645D1"/>
    <w:rsid w:val="00183428"/>
    <w:rsid w:val="00192B6E"/>
    <w:rsid w:val="001E143F"/>
    <w:rsid w:val="00227EEC"/>
    <w:rsid w:val="00233BD8"/>
    <w:rsid w:val="00234252"/>
    <w:rsid w:val="00240571"/>
    <w:rsid w:val="00252ADB"/>
    <w:rsid w:val="00263097"/>
    <w:rsid w:val="00264D7B"/>
    <w:rsid w:val="002A608C"/>
    <w:rsid w:val="002B4164"/>
    <w:rsid w:val="002D00B4"/>
    <w:rsid w:val="002E0611"/>
    <w:rsid w:val="002F7685"/>
    <w:rsid w:val="003134F9"/>
    <w:rsid w:val="0032040C"/>
    <w:rsid w:val="0034600D"/>
    <w:rsid w:val="00381F37"/>
    <w:rsid w:val="00390A84"/>
    <w:rsid w:val="00392B22"/>
    <w:rsid w:val="003D0FB8"/>
    <w:rsid w:val="003D1BAB"/>
    <w:rsid w:val="003E124E"/>
    <w:rsid w:val="003E646E"/>
    <w:rsid w:val="00411085"/>
    <w:rsid w:val="00412A18"/>
    <w:rsid w:val="00425A37"/>
    <w:rsid w:val="00493501"/>
    <w:rsid w:val="00493843"/>
    <w:rsid w:val="004B640C"/>
    <w:rsid w:val="004C405E"/>
    <w:rsid w:val="004C6E6A"/>
    <w:rsid w:val="004D736E"/>
    <w:rsid w:val="004E2C5E"/>
    <w:rsid w:val="004E4848"/>
    <w:rsid w:val="004E77D4"/>
    <w:rsid w:val="004F1617"/>
    <w:rsid w:val="004F6B0C"/>
    <w:rsid w:val="005054F0"/>
    <w:rsid w:val="00535490"/>
    <w:rsid w:val="00576FA6"/>
    <w:rsid w:val="00591D85"/>
    <w:rsid w:val="00593939"/>
    <w:rsid w:val="00593A00"/>
    <w:rsid w:val="005A42B8"/>
    <w:rsid w:val="005E3C44"/>
    <w:rsid w:val="005F775A"/>
    <w:rsid w:val="006179EA"/>
    <w:rsid w:val="0064050D"/>
    <w:rsid w:val="00654494"/>
    <w:rsid w:val="006C3D85"/>
    <w:rsid w:val="006D340F"/>
    <w:rsid w:val="006E21CA"/>
    <w:rsid w:val="006E56B6"/>
    <w:rsid w:val="006E609F"/>
    <w:rsid w:val="006F2E4A"/>
    <w:rsid w:val="00724502"/>
    <w:rsid w:val="007246B0"/>
    <w:rsid w:val="00747E05"/>
    <w:rsid w:val="00754FF1"/>
    <w:rsid w:val="007579CE"/>
    <w:rsid w:val="00775B70"/>
    <w:rsid w:val="007A0C62"/>
    <w:rsid w:val="007B604F"/>
    <w:rsid w:val="007E17DC"/>
    <w:rsid w:val="00800283"/>
    <w:rsid w:val="00837739"/>
    <w:rsid w:val="00841F4D"/>
    <w:rsid w:val="00850C04"/>
    <w:rsid w:val="00865426"/>
    <w:rsid w:val="008A2A16"/>
    <w:rsid w:val="008F19C0"/>
    <w:rsid w:val="00936CA4"/>
    <w:rsid w:val="0097135E"/>
    <w:rsid w:val="0098446D"/>
    <w:rsid w:val="009B7EE7"/>
    <w:rsid w:val="009D1EE9"/>
    <w:rsid w:val="00A00B8A"/>
    <w:rsid w:val="00A10D80"/>
    <w:rsid w:val="00A441B4"/>
    <w:rsid w:val="00A500F7"/>
    <w:rsid w:val="00A763A1"/>
    <w:rsid w:val="00A76F10"/>
    <w:rsid w:val="00A85508"/>
    <w:rsid w:val="00A96327"/>
    <w:rsid w:val="00AD05BE"/>
    <w:rsid w:val="00B33786"/>
    <w:rsid w:val="00B35040"/>
    <w:rsid w:val="00B76206"/>
    <w:rsid w:val="00B9713F"/>
    <w:rsid w:val="00BC1373"/>
    <w:rsid w:val="00BE7C1C"/>
    <w:rsid w:val="00C07526"/>
    <w:rsid w:val="00C17B3A"/>
    <w:rsid w:val="00C72436"/>
    <w:rsid w:val="00C7776A"/>
    <w:rsid w:val="00C9717E"/>
    <w:rsid w:val="00CB088F"/>
    <w:rsid w:val="00CC75F9"/>
    <w:rsid w:val="00D1286D"/>
    <w:rsid w:val="00D9353D"/>
    <w:rsid w:val="00E26D4C"/>
    <w:rsid w:val="00E96242"/>
    <w:rsid w:val="00ED25BB"/>
    <w:rsid w:val="00EF1C4B"/>
    <w:rsid w:val="00EF2CFD"/>
    <w:rsid w:val="00F12A32"/>
    <w:rsid w:val="00F25193"/>
    <w:rsid w:val="00F5092B"/>
    <w:rsid w:val="00F75B1F"/>
    <w:rsid w:val="00FB4553"/>
    <w:rsid w:val="00FE43B1"/>
    <w:rsid w:val="00FE772F"/>
    <w:rsid w:val="00FF3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2B6E"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2B6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286D"/>
    <w:pPr>
      <w:keepNext/>
      <w:keepLines/>
      <w:spacing w:before="200" w:after="0" w:line="360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286D"/>
    <w:pPr>
      <w:keepNext/>
      <w:keepLines/>
      <w:spacing w:before="200" w:after="0" w:line="360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286D"/>
    <w:pPr>
      <w:keepNext/>
      <w:keepLines/>
      <w:spacing w:before="200" w:after="0" w:line="36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286D"/>
    <w:pPr>
      <w:keepNext/>
      <w:keepLines/>
      <w:spacing w:before="200" w:after="0" w:line="360" w:lineRule="auto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286D"/>
    <w:pPr>
      <w:keepNext/>
      <w:keepLines/>
      <w:spacing w:before="200" w:after="0" w:line="36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2B6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ListParagraph">
    <w:name w:val="List Paragraph"/>
    <w:basedOn w:val="Normal"/>
    <w:uiPriority w:val="34"/>
    <w:qFormat/>
    <w:rsid w:val="00192B6E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192B6E"/>
    <w:rPr>
      <w:color w:val="800080" w:themeColor="followedHyperlink"/>
      <w:u w:val="single"/>
    </w:rPr>
  </w:style>
  <w:style w:type="paragraph" w:customStyle="1" w:styleId="pdq2pgselectionanchorcontainer">
    <w:name w:val="pdq2pg_selectionanchorcontainer"/>
    <w:basedOn w:val="Normal"/>
    <w:rsid w:val="001045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286D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286D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286D"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286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286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NoSpacing">
    <w:name w:val="No Spacing"/>
    <w:uiPriority w:val="1"/>
    <w:qFormat/>
    <w:rsid w:val="00D1286D"/>
    <w:pPr>
      <w:spacing w:after="0" w:line="240" w:lineRule="auto"/>
    </w:pPr>
    <w:rPr>
      <w:rFonts w:eastAsiaTheme="minorEastAsia"/>
    </w:rPr>
  </w:style>
  <w:style w:type="paragraph" w:styleId="Title">
    <w:name w:val="Title"/>
    <w:basedOn w:val="Normal"/>
    <w:next w:val="Normal"/>
    <w:link w:val="TitleChar"/>
    <w:uiPriority w:val="10"/>
    <w:qFormat/>
    <w:rsid w:val="00D1286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1286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286D"/>
    <w:pPr>
      <w:numPr>
        <w:ilvl w:val="1"/>
      </w:numPr>
      <w:spacing w:after="0" w:line="360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1286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BodyText">
    <w:name w:val="Body Text"/>
    <w:basedOn w:val="Normal"/>
    <w:link w:val="BodyTextChar"/>
    <w:uiPriority w:val="99"/>
    <w:unhideWhenUsed/>
    <w:rsid w:val="00D1286D"/>
    <w:pPr>
      <w:spacing w:after="120" w:line="360" w:lineRule="auto"/>
    </w:pPr>
    <w:rPr>
      <w:rFonts w:ascii="Tahoma" w:eastAsia="Tahoma" w:hAnsi="Tahoma" w:cs="Tahoma"/>
      <w:sz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D1286D"/>
    <w:rPr>
      <w:rFonts w:ascii="Tahoma" w:eastAsia="Tahoma" w:hAnsi="Tahoma" w:cs="Tahoma"/>
      <w:sz w:val="24"/>
    </w:rPr>
  </w:style>
  <w:style w:type="paragraph" w:styleId="BodyText2">
    <w:name w:val="Body Text 2"/>
    <w:basedOn w:val="Normal"/>
    <w:link w:val="BodyText2Char"/>
    <w:uiPriority w:val="99"/>
    <w:unhideWhenUsed/>
    <w:rsid w:val="00D1286D"/>
    <w:pPr>
      <w:spacing w:after="120" w:line="480" w:lineRule="auto"/>
    </w:pPr>
    <w:rPr>
      <w:rFonts w:ascii="Tahoma" w:eastAsia="Tahoma" w:hAnsi="Tahoma" w:cs="Tahoma"/>
      <w:sz w:val="24"/>
    </w:rPr>
  </w:style>
  <w:style w:type="character" w:customStyle="1" w:styleId="BodyText2Char">
    <w:name w:val="Body Text 2 Char"/>
    <w:basedOn w:val="DefaultParagraphFont"/>
    <w:link w:val="BodyText2"/>
    <w:uiPriority w:val="99"/>
    <w:rsid w:val="00D1286D"/>
    <w:rPr>
      <w:rFonts w:ascii="Tahoma" w:eastAsia="Tahoma" w:hAnsi="Tahoma" w:cs="Tahoma"/>
      <w:sz w:val="24"/>
    </w:rPr>
  </w:style>
  <w:style w:type="paragraph" w:styleId="BodyText3">
    <w:name w:val="Body Text 3"/>
    <w:basedOn w:val="Normal"/>
    <w:link w:val="BodyText3Char"/>
    <w:uiPriority w:val="99"/>
    <w:unhideWhenUsed/>
    <w:rsid w:val="00D1286D"/>
    <w:pPr>
      <w:spacing w:after="120" w:line="360" w:lineRule="auto"/>
    </w:pPr>
    <w:rPr>
      <w:rFonts w:ascii="Tahoma" w:eastAsia="Tahoma" w:hAnsi="Tahoma" w:cs="Tahoma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D1286D"/>
    <w:rPr>
      <w:rFonts w:ascii="Tahoma" w:eastAsia="Tahoma" w:hAnsi="Tahoma" w:cs="Tahoma"/>
      <w:sz w:val="16"/>
      <w:szCs w:val="16"/>
    </w:rPr>
  </w:style>
  <w:style w:type="paragraph" w:styleId="List">
    <w:name w:val="List"/>
    <w:basedOn w:val="Normal"/>
    <w:uiPriority w:val="99"/>
    <w:unhideWhenUsed/>
    <w:rsid w:val="00D1286D"/>
    <w:pPr>
      <w:spacing w:after="0" w:line="360" w:lineRule="auto"/>
      <w:ind w:left="360" w:hanging="360"/>
      <w:contextualSpacing/>
    </w:pPr>
    <w:rPr>
      <w:rFonts w:ascii="Tahoma" w:eastAsia="Tahoma" w:hAnsi="Tahoma" w:cs="Tahoma"/>
      <w:sz w:val="24"/>
    </w:rPr>
  </w:style>
  <w:style w:type="paragraph" w:styleId="List2">
    <w:name w:val="List 2"/>
    <w:basedOn w:val="Normal"/>
    <w:uiPriority w:val="99"/>
    <w:unhideWhenUsed/>
    <w:rsid w:val="00D1286D"/>
    <w:pPr>
      <w:spacing w:after="0" w:line="360" w:lineRule="auto"/>
      <w:ind w:left="720" w:hanging="360"/>
      <w:contextualSpacing/>
    </w:pPr>
    <w:rPr>
      <w:rFonts w:ascii="Tahoma" w:eastAsia="Tahoma" w:hAnsi="Tahoma" w:cs="Tahoma"/>
      <w:sz w:val="24"/>
    </w:rPr>
  </w:style>
  <w:style w:type="paragraph" w:styleId="List3">
    <w:name w:val="List 3"/>
    <w:basedOn w:val="Normal"/>
    <w:uiPriority w:val="99"/>
    <w:unhideWhenUsed/>
    <w:rsid w:val="00D1286D"/>
    <w:pPr>
      <w:spacing w:after="0" w:line="360" w:lineRule="auto"/>
      <w:ind w:left="1080" w:hanging="360"/>
      <w:contextualSpacing/>
    </w:pPr>
    <w:rPr>
      <w:rFonts w:ascii="Tahoma" w:eastAsia="Tahoma" w:hAnsi="Tahoma" w:cs="Tahoma"/>
      <w:sz w:val="24"/>
    </w:rPr>
  </w:style>
  <w:style w:type="paragraph" w:styleId="ListBullet">
    <w:name w:val="List Bullet"/>
    <w:basedOn w:val="Normal"/>
    <w:uiPriority w:val="99"/>
    <w:unhideWhenUsed/>
    <w:rsid w:val="00D1286D"/>
    <w:pPr>
      <w:numPr>
        <w:numId w:val="11"/>
      </w:numPr>
      <w:spacing w:after="0" w:line="360" w:lineRule="auto"/>
      <w:contextualSpacing/>
    </w:pPr>
    <w:rPr>
      <w:rFonts w:ascii="Tahoma" w:eastAsia="Tahoma" w:hAnsi="Tahoma" w:cs="Tahoma"/>
      <w:sz w:val="24"/>
    </w:rPr>
  </w:style>
  <w:style w:type="paragraph" w:styleId="ListBullet2">
    <w:name w:val="List Bullet 2"/>
    <w:basedOn w:val="Normal"/>
    <w:uiPriority w:val="99"/>
    <w:unhideWhenUsed/>
    <w:rsid w:val="00D1286D"/>
    <w:pPr>
      <w:numPr>
        <w:numId w:val="12"/>
      </w:numPr>
      <w:spacing w:after="0" w:line="360" w:lineRule="auto"/>
      <w:contextualSpacing/>
    </w:pPr>
    <w:rPr>
      <w:rFonts w:ascii="Tahoma" w:eastAsia="Tahoma" w:hAnsi="Tahoma" w:cs="Tahoma"/>
      <w:sz w:val="24"/>
    </w:rPr>
  </w:style>
  <w:style w:type="paragraph" w:styleId="ListBullet3">
    <w:name w:val="List Bullet 3"/>
    <w:basedOn w:val="Normal"/>
    <w:uiPriority w:val="99"/>
    <w:unhideWhenUsed/>
    <w:rsid w:val="00D1286D"/>
    <w:pPr>
      <w:numPr>
        <w:numId w:val="13"/>
      </w:numPr>
      <w:spacing w:after="0" w:line="360" w:lineRule="auto"/>
      <w:contextualSpacing/>
    </w:pPr>
    <w:rPr>
      <w:rFonts w:ascii="Tahoma" w:eastAsia="Tahoma" w:hAnsi="Tahoma" w:cs="Tahoma"/>
      <w:sz w:val="24"/>
    </w:rPr>
  </w:style>
  <w:style w:type="paragraph" w:styleId="ListNumber">
    <w:name w:val="List Number"/>
    <w:basedOn w:val="Normal"/>
    <w:uiPriority w:val="99"/>
    <w:unhideWhenUsed/>
    <w:rsid w:val="00D1286D"/>
    <w:pPr>
      <w:numPr>
        <w:numId w:val="15"/>
      </w:numPr>
      <w:spacing w:after="0" w:line="360" w:lineRule="auto"/>
      <w:contextualSpacing/>
    </w:pPr>
    <w:rPr>
      <w:rFonts w:ascii="Tahoma" w:eastAsia="Tahoma" w:hAnsi="Tahoma" w:cs="Tahoma"/>
      <w:sz w:val="24"/>
    </w:rPr>
  </w:style>
  <w:style w:type="paragraph" w:styleId="ListNumber2">
    <w:name w:val="List Number 2"/>
    <w:basedOn w:val="Normal"/>
    <w:uiPriority w:val="99"/>
    <w:unhideWhenUsed/>
    <w:rsid w:val="00D1286D"/>
    <w:pPr>
      <w:numPr>
        <w:numId w:val="16"/>
      </w:numPr>
      <w:spacing w:after="0" w:line="360" w:lineRule="auto"/>
      <w:contextualSpacing/>
    </w:pPr>
    <w:rPr>
      <w:rFonts w:ascii="Tahoma" w:eastAsia="Tahoma" w:hAnsi="Tahoma" w:cs="Tahoma"/>
      <w:sz w:val="24"/>
    </w:rPr>
  </w:style>
  <w:style w:type="paragraph" w:styleId="ListNumber3">
    <w:name w:val="List Number 3"/>
    <w:basedOn w:val="Normal"/>
    <w:uiPriority w:val="99"/>
    <w:unhideWhenUsed/>
    <w:rsid w:val="00D1286D"/>
    <w:pPr>
      <w:numPr>
        <w:numId w:val="17"/>
      </w:numPr>
      <w:spacing w:after="0" w:line="360" w:lineRule="auto"/>
      <w:contextualSpacing/>
    </w:pPr>
    <w:rPr>
      <w:rFonts w:ascii="Tahoma" w:eastAsia="Tahoma" w:hAnsi="Tahoma" w:cs="Tahoma"/>
      <w:sz w:val="24"/>
    </w:rPr>
  </w:style>
  <w:style w:type="paragraph" w:styleId="ListContinue">
    <w:name w:val="List Continue"/>
    <w:basedOn w:val="Normal"/>
    <w:uiPriority w:val="99"/>
    <w:unhideWhenUsed/>
    <w:rsid w:val="00D1286D"/>
    <w:pPr>
      <w:spacing w:after="120" w:line="360" w:lineRule="auto"/>
      <w:ind w:left="360"/>
      <w:contextualSpacing/>
    </w:pPr>
    <w:rPr>
      <w:rFonts w:ascii="Tahoma" w:eastAsia="Tahoma" w:hAnsi="Tahoma" w:cs="Tahoma"/>
      <w:sz w:val="24"/>
    </w:rPr>
  </w:style>
  <w:style w:type="paragraph" w:styleId="ListContinue2">
    <w:name w:val="List Continue 2"/>
    <w:basedOn w:val="Normal"/>
    <w:uiPriority w:val="99"/>
    <w:unhideWhenUsed/>
    <w:rsid w:val="00D1286D"/>
    <w:pPr>
      <w:spacing w:after="120" w:line="360" w:lineRule="auto"/>
      <w:ind w:left="720"/>
      <w:contextualSpacing/>
    </w:pPr>
    <w:rPr>
      <w:rFonts w:ascii="Tahoma" w:eastAsia="Tahoma" w:hAnsi="Tahoma" w:cs="Tahoma"/>
      <w:sz w:val="24"/>
    </w:rPr>
  </w:style>
  <w:style w:type="paragraph" w:styleId="ListContinue3">
    <w:name w:val="List Continue 3"/>
    <w:basedOn w:val="Normal"/>
    <w:uiPriority w:val="99"/>
    <w:unhideWhenUsed/>
    <w:rsid w:val="00D1286D"/>
    <w:pPr>
      <w:spacing w:after="120" w:line="360" w:lineRule="auto"/>
      <w:ind w:left="1080"/>
      <w:contextualSpacing/>
    </w:pPr>
    <w:rPr>
      <w:rFonts w:ascii="Tahoma" w:eastAsia="Tahoma" w:hAnsi="Tahoma" w:cs="Tahoma"/>
      <w:sz w:val="24"/>
    </w:rPr>
  </w:style>
  <w:style w:type="paragraph" w:styleId="MacroText">
    <w:name w:val="macro"/>
    <w:link w:val="MacroTextChar"/>
    <w:uiPriority w:val="99"/>
    <w:unhideWhenUsed/>
    <w:rsid w:val="00D1286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eastAsiaTheme="minorEastAsia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D1286D"/>
    <w:rPr>
      <w:rFonts w:ascii="Courier" w:eastAsiaTheme="minorEastAsia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D1286D"/>
    <w:pPr>
      <w:spacing w:after="0" w:line="360" w:lineRule="auto"/>
    </w:pPr>
    <w:rPr>
      <w:rFonts w:ascii="Tahoma" w:eastAsia="Tahoma" w:hAnsi="Tahoma" w:cs="Tahoma"/>
      <w:i/>
      <w:iCs/>
      <w:color w:val="000000" w:themeColor="text1"/>
      <w:sz w:val="24"/>
    </w:rPr>
  </w:style>
  <w:style w:type="character" w:customStyle="1" w:styleId="QuoteChar">
    <w:name w:val="Quote Char"/>
    <w:basedOn w:val="DefaultParagraphFont"/>
    <w:link w:val="Quote"/>
    <w:uiPriority w:val="29"/>
    <w:rsid w:val="00D1286D"/>
    <w:rPr>
      <w:rFonts w:ascii="Tahoma" w:eastAsia="Tahoma" w:hAnsi="Tahoma" w:cs="Tahoma"/>
      <w:i/>
      <w:iCs/>
      <w:color w:val="000000" w:themeColor="text1"/>
      <w:sz w:val="24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1286D"/>
    <w:pPr>
      <w:spacing w:after="0" w:line="240" w:lineRule="auto"/>
    </w:pPr>
    <w:rPr>
      <w:rFonts w:ascii="Tahoma" w:eastAsia="Tahoma" w:hAnsi="Tahoma" w:cs="Tahoma"/>
      <w:b/>
      <w:bCs/>
      <w:color w:val="4F81BD" w:themeColor="accent1"/>
      <w:sz w:val="18"/>
      <w:szCs w:val="18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286D"/>
    <w:pPr>
      <w:pBdr>
        <w:bottom w:val="single" w:sz="4" w:space="4" w:color="4F81BD" w:themeColor="accent1"/>
      </w:pBdr>
      <w:spacing w:before="200" w:after="280" w:line="360" w:lineRule="auto"/>
      <w:ind w:left="936" w:right="936"/>
    </w:pPr>
    <w:rPr>
      <w:rFonts w:ascii="Tahoma" w:eastAsia="Tahoma" w:hAnsi="Tahoma" w:cs="Tahoma"/>
      <w:b/>
      <w:bCs/>
      <w:i/>
      <w:iCs/>
      <w:color w:val="4F81BD" w:themeColor="accent1"/>
      <w:sz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286D"/>
    <w:rPr>
      <w:rFonts w:ascii="Tahoma" w:eastAsia="Tahoma" w:hAnsi="Tahoma" w:cs="Tahoma"/>
      <w:b/>
      <w:bCs/>
      <w:i/>
      <w:iCs/>
      <w:color w:val="4F81BD" w:themeColor="accent1"/>
      <w:sz w:val="24"/>
    </w:rPr>
  </w:style>
  <w:style w:type="character" w:styleId="SubtleEmphasis">
    <w:name w:val="Subtle Emphasis"/>
    <w:basedOn w:val="DefaultParagraphFont"/>
    <w:uiPriority w:val="19"/>
    <w:qFormat/>
    <w:rsid w:val="00D1286D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D1286D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D1286D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D1286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D1286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1286D"/>
    <w:pPr>
      <w:keepNext/>
      <w:keepLines/>
      <w:spacing w:before="480" w:beforeAutospacing="0" w:after="0" w:afterAutospacing="0" w:line="360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table" w:styleId="TableGrid">
    <w:name w:val="Table Grid"/>
    <w:basedOn w:val="TableNormal"/>
    <w:uiPriority w:val="59"/>
    <w:rsid w:val="00D1286D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D1286D"/>
    <w:pPr>
      <w:spacing w:after="0" w:line="240" w:lineRule="auto"/>
    </w:pPr>
    <w:rPr>
      <w:rFonts w:eastAsiaTheme="minorEastAsia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D1286D"/>
    <w:pPr>
      <w:spacing w:after="0" w:line="240" w:lineRule="auto"/>
    </w:pPr>
    <w:rPr>
      <w:rFonts w:eastAsiaTheme="minorEastAsia"/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D1286D"/>
    <w:pPr>
      <w:spacing w:after="0" w:line="240" w:lineRule="auto"/>
    </w:pPr>
    <w:rPr>
      <w:rFonts w:eastAsiaTheme="minorEastAsia"/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D1286D"/>
    <w:pPr>
      <w:spacing w:after="0" w:line="240" w:lineRule="auto"/>
    </w:pPr>
    <w:rPr>
      <w:rFonts w:eastAsiaTheme="minorEastAsia"/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D1286D"/>
    <w:pPr>
      <w:spacing w:after="0" w:line="240" w:lineRule="auto"/>
    </w:pPr>
    <w:rPr>
      <w:rFonts w:eastAsiaTheme="minorEastAsia"/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D1286D"/>
    <w:pPr>
      <w:spacing w:after="0" w:line="240" w:lineRule="auto"/>
    </w:pPr>
    <w:rPr>
      <w:rFonts w:eastAsiaTheme="minorEastAsia"/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D1286D"/>
    <w:pPr>
      <w:spacing w:after="0" w:line="240" w:lineRule="auto"/>
    </w:pPr>
    <w:rPr>
      <w:rFonts w:eastAsiaTheme="minorEastAsia"/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D1286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D1286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D1286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D1286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D1286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D1286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D1286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D1286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D1286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D1286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D1286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D1286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D1286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D1286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D1286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D1286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D1286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D1286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D1286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D1286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D1286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1286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D1286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D1286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D1286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D1286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D1286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D1286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D1286D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D1286D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D1286D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D1286D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D1286D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D1286D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D1286D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D1286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D1286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D1286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D1286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D1286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D1286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D1286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D1286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D1286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D1286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D1286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D1286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D1286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D1286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D1286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D1286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D1286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D1286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D1286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D1286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D1286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D1286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D1286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D1286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D1286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D1286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D1286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D1286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D1286D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D1286D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D1286D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D1286D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D1286D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D1286D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D1286D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D1286D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D1286D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D1286D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D1286D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D1286D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D1286D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D1286D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D1286D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D1286D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D1286D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D1286D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D1286D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D1286D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D1286D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D1286D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D1286D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D1286D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D1286D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D1286D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D1286D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D1286D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2B6E"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2B6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286D"/>
    <w:pPr>
      <w:keepNext/>
      <w:keepLines/>
      <w:spacing w:before="200" w:after="0" w:line="360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286D"/>
    <w:pPr>
      <w:keepNext/>
      <w:keepLines/>
      <w:spacing w:before="200" w:after="0" w:line="360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286D"/>
    <w:pPr>
      <w:keepNext/>
      <w:keepLines/>
      <w:spacing w:before="200" w:after="0" w:line="36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286D"/>
    <w:pPr>
      <w:keepNext/>
      <w:keepLines/>
      <w:spacing w:before="200" w:after="0" w:line="360" w:lineRule="auto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286D"/>
    <w:pPr>
      <w:keepNext/>
      <w:keepLines/>
      <w:spacing w:before="200" w:after="0" w:line="36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2B6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ListParagraph">
    <w:name w:val="List Paragraph"/>
    <w:basedOn w:val="Normal"/>
    <w:uiPriority w:val="34"/>
    <w:qFormat/>
    <w:rsid w:val="00192B6E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192B6E"/>
    <w:rPr>
      <w:color w:val="800080" w:themeColor="followedHyperlink"/>
      <w:u w:val="single"/>
    </w:rPr>
  </w:style>
  <w:style w:type="paragraph" w:customStyle="1" w:styleId="pdq2pgselectionanchorcontainer">
    <w:name w:val="pdq2pg_selectionanchorcontainer"/>
    <w:basedOn w:val="Normal"/>
    <w:rsid w:val="001045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286D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286D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286D"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286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286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NoSpacing">
    <w:name w:val="No Spacing"/>
    <w:uiPriority w:val="1"/>
    <w:qFormat/>
    <w:rsid w:val="00D1286D"/>
    <w:pPr>
      <w:spacing w:after="0" w:line="240" w:lineRule="auto"/>
    </w:pPr>
    <w:rPr>
      <w:rFonts w:eastAsiaTheme="minorEastAsia"/>
    </w:rPr>
  </w:style>
  <w:style w:type="paragraph" w:styleId="Title">
    <w:name w:val="Title"/>
    <w:basedOn w:val="Normal"/>
    <w:next w:val="Normal"/>
    <w:link w:val="TitleChar"/>
    <w:uiPriority w:val="10"/>
    <w:qFormat/>
    <w:rsid w:val="00D1286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1286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286D"/>
    <w:pPr>
      <w:numPr>
        <w:ilvl w:val="1"/>
      </w:numPr>
      <w:spacing w:after="0" w:line="360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1286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BodyText">
    <w:name w:val="Body Text"/>
    <w:basedOn w:val="Normal"/>
    <w:link w:val="BodyTextChar"/>
    <w:uiPriority w:val="99"/>
    <w:unhideWhenUsed/>
    <w:rsid w:val="00D1286D"/>
    <w:pPr>
      <w:spacing w:after="120" w:line="360" w:lineRule="auto"/>
    </w:pPr>
    <w:rPr>
      <w:rFonts w:ascii="Tahoma" w:eastAsia="Tahoma" w:hAnsi="Tahoma" w:cs="Tahoma"/>
      <w:sz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D1286D"/>
    <w:rPr>
      <w:rFonts w:ascii="Tahoma" w:eastAsia="Tahoma" w:hAnsi="Tahoma" w:cs="Tahoma"/>
      <w:sz w:val="24"/>
    </w:rPr>
  </w:style>
  <w:style w:type="paragraph" w:styleId="BodyText2">
    <w:name w:val="Body Text 2"/>
    <w:basedOn w:val="Normal"/>
    <w:link w:val="BodyText2Char"/>
    <w:uiPriority w:val="99"/>
    <w:unhideWhenUsed/>
    <w:rsid w:val="00D1286D"/>
    <w:pPr>
      <w:spacing w:after="120" w:line="480" w:lineRule="auto"/>
    </w:pPr>
    <w:rPr>
      <w:rFonts w:ascii="Tahoma" w:eastAsia="Tahoma" w:hAnsi="Tahoma" w:cs="Tahoma"/>
      <w:sz w:val="24"/>
    </w:rPr>
  </w:style>
  <w:style w:type="character" w:customStyle="1" w:styleId="BodyText2Char">
    <w:name w:val="Body Text 2 Char"/>
    <w:basedOn w:val="DefaultParagraphFont"/>
    <w:link w:val="BodyText2"/>
    <w:uiPriority w:val="99"/>
    <w:rsid w:val="00D1286D"/>
    <w:rPr>
      <w:rFonts w:ascii="Tahoma" w:eastAsia="Tahoma" w:hAnsi="Tahoma" w:cs="Tahoma"/>
      <w:sz w:val="24"/>
    </w:rPr>
  </w:style>
  <w:style w:type="paragraph" w:styleId="BodyText3">
    <w:name w:val="Body Text 3"/>
    <w:basedOn w:val="Normal"/>
    <w:link w:val="BodyText3Char"/>
    <w:uiPriority w:val="99"/>
    <w:unhideWhenUsed/>
    <w:rsid w:val="00D1286D"/>
    <w:pPr>
      <w:spacing w:after="120" w:line="360" w:lineRule="auto"/>
    </w:pPr>
    <w:rPr>
      <w:rFonts w:ascii="Tahoma" w:eastAsia="Tahoma" w:hAnsi="Tahoma" w:cs="Tahoma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D1286D"/>
    <w:rPr>
      <w:rFonts w:ascii="Tahoma" w:eastAsia="Tahoma" w:hAnsi="Tahoma" w:cs="Tahoma"/>
      <w:sz w:val="16"/>
      <w:szCs w:val="16"/>
    </w:rPr>
  </w:style>
  <w:style w:type="paragraph" w:styleId="List">
    <w:name w:val="List"/>
    <w:basedOn w:val="Normal"/>
    <w:uiPriority w:val="99"/>
    <w:unhideWhenUsed/>
    <w:rsid w:val="00D1286D"/>
    <w:pPr>
      <w:spacing w:after="0" w:line="360" w:lineRule="auto"/>
      <w:ind w:left="360" w:hanging="360"/>
      <w:contextualSpacing/>
    </w:pPr>
    <w:rPr>
      <w:rFonts w:ascii="Tahoma" w:eastAsia="Tahoma" w:hAnsi="Tahoma" w:cs="Tahoma"/>
      <w:sz w:val="24"/>
    </w:rPr>
  </w:style>
  <w:style w:type="paragraph" w:styleId="List2">
    <w:name w:val="List 2"/>
    <w:basedOn w:val="Normal"/>
    <w:uiPriority w:val="99"/>
    <w:unhideWhenUsed/>
    <w:rsid w:val="00D1286D"/>
    <w:pPr>
      <w:spacing w:after="0" w:line="360" w:lineRule="auto"/>
      <w:ind w:left="720" w:hanging="360"/>
      <w:contextualSpacing/>
    </w:pPr>
    <w:rPr>
      <w:rFonts w:ascii="Tahoma" w:eastAsia="Tahoma" w:hAnsi="Tahoma" w:cs="Tahoma"/>
      <w:sz w:val="24"/>
    </w:rPr>
  </w:style>
  <w:style w:type="paragraph" w:styleId="List3">
    <w:name w:val="List 3"/>
    <w:basedOn w:val="Normal"/>
    <w:uiPriority w:val="99"/>
    <w:unhideWhenUsed/>
    <w:rsid w:val="00D1286D"/>
    <w:pPr>
      <w:spacing w:after="0" w:line="360" w:lineRule="auto"/>
      <w:ind w:left="1080" w:hanging="360"/>
      <w:contextualSpacing/>
    </w:pPr>
    <w:rPr>
      <w:rFonts w:ascii="Tahoma" w:eastAsia="Tahoma" w:hAnsi="Tahoma" w:cs="Tahoma"/>
      <w:sz w:val="24"/>
    </w:rPr>
  </w:style>
  <w:style w:type="paragraph" w:styleId="ListBullet">
    <w:name w:val="List Bullet"/>
    <w:basedOn w:val="Normal"/>
    <w:uiPriority w:val="99"/>
    <w:unhideWhenUsed/>
    <w:rsid w:val="00D1286D"/>
    <w:pPr>
      <w:numPr>
        <w:numId w:val="11"/>
      </w:numPr>
      <w:spacing w:after="0" w:line="360" w:lineRule="auto"/>
      <w:contextualSpacing/>
    </w:pPr>
    <w:rPr>
      <w:rFonts w:ascii="Tahoma" w:eastAsia="Tahoma" w:hAnsi="Tahoma" w:cs="Tahoma"/>
      <w:sz w:val="24"/>
    </w:rPr>
  </w:style>
  <w:style w:type="paragraph" w:styleId="ListBullet2">
    <w:name w:val="List Bullet 2"/>
    <w:basedOn w:val="Normal"/>
    <w:uiPriority w:val="99"/>
    <w:unhideWhenUsed/>
    <w:rsid w:val="00D1286D"/>
    <w:pPr>
      <w:numPr>
        <w:numId w:val="12"/>
      </w:numPr>
      <w:spacing w:after="0" w:line="360" w:lineRule="auto"/>
      <w:contextualSpacing/>
    </w:pPr>
    <w:rPr>
      <w:rFonts w:ascii="Tahoma" w:eastAsia="Tahoma" w:hAnsi="Tahoma" w:cs="Tahoma"/>
      <w:sz w:val="24"/>
    </w:rPr>
  </w:style>
  <w:style w:type="paragraph" w:styleId="ListBullet3">
    <w:name w:val="List Bullet 3"/>
    <w:basedOn w:val="Normal"/>
    <w:uiPriority w:val="99"/>
    <w:unhideWhenUsed/>
    <w:rsid w:val="00D1286D"/>
    <w:pPr>
      <w:numPr>
        <w:numId w:val="13"/>
      </w:numPr>
      <w:spacing w:after="0" w:line="360" w:lineRule="auto"/>
      <w:contextualSpacing/>
    </w:pPr>
    <w:rPr>
      <w:rFonts w:ascii="Tahoma" w:eastAsia="Tahoma" w:hAnsi="Tahoma" w:cs="Tahoma"/>
      <w:sz w:val="24"/>
    </w:rPr>
  </w:style>
  <w:style w:type="paragraph" w:styleId="ListNumber">
    <w:name w:val="List Number"/>
    <w:basedOn w:val="Normal"/>
    <w:uiPriority w:val="99"/>
    <w:unhideWhenUsed/>
    <w:rsid w:val="00D1286D"/>
    <w:pPr>
      <w:numPr>
        <w:numId w:val="15"/>
      </w:numPr>
      <w:spacing w:after="0" w:line="360" w:lineRule="auto"/>
      <w:contextualSpacing/>
    </w:pPr>
    <w:rPr>
      <w:rFonts w:ascii="Tahoma" w:eastAsia="Tahoma" w:hAnsi="Tahoma" w:cs="Tahoma"/>
      <w:sz w:val="24"/>
    </w:rPr>
  </w:style>
  <w:style w:type="paragraph" w:styleId="ListNumber2">
    <w:name w:val="List Number 2"/>
    <w:basedOn w:val="Normal"/>
    <w:uiPriority w:val="99"/>
    <w:unhideWhenUsed/>
    <w:rsid w:val="00D1286D"/>
    <w:pPr>
      <w:numPr>
        <w:numId w:val="16"/>
      </w:numPr>
      <w:spacing w:after="0" w:line="360" w:lineRule="auto"/>
      <w:contextualSpacing/>
    </w:pPr>
    <w:rPr>
      <w:rFonts w:ascii="Tahoma" w:eastAsia="Tahoma" w:hAnsi="Tahoma" w:cs="Tahoma"/>
      <w:sz w:val="24"/>
    </w:rPr>
  </w:style>
  <w:style w:type="paragraph" w:styleId="ListNumber3">
    <w:name w:val="List Number 3"/>
    <w:basedOn w:val="Normal"/>
    <w:uiPriority w:val="99"/>
    <w:unhideWhenUsed/>
    <w:rsid w:val="00D1286D"/>
    <w:pPr>
      <w:numPr>
        <w:numId w:val="17"/>
      </w:numPr>
      <w:spacing w:after="0" w:line="360" w:lineRule="auto"/>
      <w:contextualSpacing/>
    </w:pPr>
    <w:rPr>
      <w:rFonts w:ascii="Tahoma" w:eastAsia="Tahoma" w:hAnsi="Tahoma" w:cs="Tahoma"/>
      <w:sz w:val="24"/>
    </w:rPr>
  </w:style>
  <w:style w:type="paragraph" w:styleId="ListContinue">
    <w:name w:val="List Continue"/>
    <w:basedOn w:val="Normal"/>
    <w:uiPriority w:val="99"/>
    <w:unhideWhenUsed/>
    <w:rsid w:val="00D1286D"/>
    <w:pPr>
      <w:spacing w:after="120" w:line="360" w:lineRule="auto"/>
      <w:ind w:left="360"/>
      <w:contextualSpacing/>
    </w:pPr>
    <w:rPr>
      <w:rFonts w:ascii="Tahoma" w:eastAsia="Tahoma" w:hAnsi="Tahoma" w:cs="Tahoma"/>
      <w:sz w:val="24"/>
    </w:rPr>
  </w:style>
  <w:style w:type="paragraph" w:styleId="ListContinue2">
    <w:name w:val="List Continue 2"/>
    <w:basedOn w:val="Normal"/>
    <w:uiPriority w:val="99"/>
    <w:unhideWhenUsed/>
    <w:rsid w:val="00D1286D"/>
    <w:pPr>
      <w:spacing w:after="120" w:line="360" w:lineRule="auto"/>
      <w:ind w:left="720"/>
      <w:contextualSpacing/>
    </w:pPr>
    <w:rPr>
      <w:rFonts w:ascii="Tahoma" w:eastAsia="Tahoma" w:hAnsi="Tahoma" w:cs="Tahoma"/>
      <w:sz w:val="24"/>
    </w:rPr>
  </w:style>
  <w:style w:type="paragraph" w:styleId="ListContinue3">
    <w:name w:val="List Continue 3"/>
    <w:basedOn w:val="Normal"/>
    <w:uiPriority w:val="99"/>
    <w:unhideWhenUsed/>
    <w:rsid w:val="00D1286D"/>
    <w:pPr>
      <w:spacing w:after="120" w:line="360" w:lineRule="auto"/>
      <w:ind w:left="1080"/>
      <w:contextualSpacing/>
    </w:pPr>
    <w:rPr>
      <w:rFonts w:ascii="Tahoma" w:eastAsia="Tahoma" w:hAnsi="Tahoma" w:cs="Tahoma"/>
      <w:sz w:val="24"/>
    </w:rPr>
  </w:style>
  <w:style w:type="paragraph" w:styleId="MacroText">
    <w:name w:val="macro"/>
    <w:link w:val="MacroTextChar"/>
    <w:uiPriority w:val="99"/>
    <w:unhideWhenUsed/>
    <w:rsid w:val="00D1286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eastAsiaTheme="minorEastAsia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D1286D"/>
    <w:rPr>
      <w:rFonts w:ascii="Courier" w:eastAsiaTheme="minorEastAsia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D1286D"/>
    <w:pPr>
      <w:spacing w:after="0" w:line="360" w:lineRule="auto"/>
    </w:pPr>
    <w:rPr>
      <w:rFonts w:ascii="Tahoma" w:eastAsia="Tahoma" w:hAnsi="Tahoma" w:cs="Tahoma"/>
      <w:i/>
      <w:iCs/>
      <w:color w:val="000000" w:themeColor="text1"/>
      <w:sz w:val="24"/>
    </w:rPr>
  </w:style>
  <w:style w:type="character" w:customStyle="1" w:styleId="QuoteChar">
    <w:name w:val="Quote Char"/>
    <w:basedOn w:val="DefaultParagraphFont"/>
    <w:link w:val="Quote"/>
    <w:uiPriority w:val="29"/>
    <w:rsid w:val="00D1286D"/>
    <w:rPr>
      <w:rFonts w:ascii="Tahoma" w:eastAsia="Tahoma" w:hAnsi="Tahoma" w:cs="Tahoma"/>
      <w:i/>
      <w:iCs/>
      <w:color w:val="000000" w:themeColor="text1"/>
      <w:sz w:val="24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1286D"/>
    <w:pPr>
      <w:spacing w:after="0" w:line="240" w:lineRule="auto"/>
    </w:pPr>
    <w:rPr>
      <w:rFonts w:ascii="Tahoma" w:eastAsia="Tahoma" w:hAnsi="Tahoma" w:cs="Tahoma"/>
      <w:b/>
      <w:bCs/>
      <w:color w:val="4F81BD" w:themeColor="accent1"/>
      <w:sz w:val="18"/>
      <w:szCs w:val="18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286D"/>
    <w:pPr>
      <w:pBdr>
        <w:bottom w:val="single" w:sz="4" w:space="4" w:color="4F81BD" w:themeColor="accent1"/>
      </w:pBdr>
      <w:spacing w:before="200" w:after="280" w:line="360" w:lineRule="auto"/>
      <w:ind w:left="936" w:right="936"/>
    </w:pPr>
    <w:rPr>
      <w:rFonts w:ascii="Tahoma" w:eastAsia="Tahoma" w:hAnsi="Tahoma" w:cs="Tahoma"/>
      <w:b/>
      <w:bCs/>
      <w:i/>
      <w:iCs/>
      <w:color w:val="4F81BD" w:themeColor="accent1"/>
      <w:sz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286D"/>
    <w:rPr>
      <w:rFonts w:ascii="Tahoma" w:eastAsia="Tahoma" w:hAnsi="Tahoma" w:cs="Tahoma"/>
      <w:b/>
      <w:bCs/>
      <w:i/>
      <w:iCs/>
      <w:color w:val="4F81BD" w:themeColor="accent1"/>
      <w:sz w:val="24"/>
    </w:rPr>
  </w:style>
  <w:style w:type="character" w:styleId="SubtleEmphasis">
    <w:name w:val="Subtle Emphasis"/>
    <w:basedOn w:val="DefaultParagraphFont"/>
    <w:uiPriority w:val="19"/>
    <w:qFormat/>
    <w:rsid w:val="00D1286D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D1286D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D1286D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D1286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D1286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1286D"/>
    <w:pPr>
      <w:keepNext/>
      <w:keepLines/>
      <w:spacing w:before="480" w:beforeAutospacing="0" w:after="0" w:afterAutospacing="0" w:line="360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table" w:styleId="TableGrid">
    <w:name w:val="Table Grid"/>
    <w:basedOn w:val="TableNormal"/>
    <w:uiPriority w:val="59"/>
    <w:rsid w:val="00D1286D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D1286D"/>
    <w:pPr>
      <w:spacing w:after="0" w:line="240" w:lineRule="auto"/>
    </w:pPr>
    <w:rPr>
      <w:rFonts w:eastAsiaTheme="minorEastAsia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D1286D"/>
    <w:pPr>
      <w:spacing w:after="0" w:line="240" w:lineRule="auto"/>
    </w:pPr>
    <w:rPr>
      <w:rFonts w:eastAsiaTheme="minorEastAsia"/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D1286D"/>
    <w:pPr>
      <w:spacing w:after="0" w:line="240" w:lineRule="auto"/>
    </w:pPr>
    <w:rPr>
      <w:rFonts w:eastAsiaTheme="minorEastAsia"/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D1286D"/>
    <w:pPr>
      <w:spacing w:after="0" w:line="240" w:lineRule="auto"/>
    </w:pPr>
    <w:rPr>
      <w:rFonts w:eastAsiaTheme="minorEastAsia"/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D1286D"/>
    <w:pPr>
      <w:spacing w:after="0" w:line="240" w:lineRule="auto"/>
    </w:pPr>
    <w:rPr>
      <w:rFonts w:eastAsiaTheme="minorEastAsia"/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D1286D"/>
    <w:pPr>
      <w:spacing w:after="0" w:line="240" w:lineRule="auto"/>
    </w:pPr>
    <w:rPr>
      <w:rFonts w:eastAsiaTheme="minorEastAsia"/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D1286D"/>
    <w:pPr>
      <w:spacing w:after="0" w:line="240" w:lineRule="auto"/>
    </w:pPr>
    <w:rPr>
      <w:rFonts w:eastAsiaTheme="minorEastAsia"/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D1286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D1286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D1286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D1286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D1286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D1286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D1286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D1286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D1286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D1286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D1286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D1286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D1286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D1286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D1286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D1286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D1286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D1286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D1286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D1286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D1286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1286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D1286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D1286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D1286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D1286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D1286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D1286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D1286D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D1286D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D1286D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D1286D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D1286D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D1286D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D1286D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D1286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D1286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D1286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D1286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D1286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D1286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D1286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D1286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D1286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D1286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D1286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D1286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D1286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D1286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D1286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D1286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D1286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D1286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D1286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D1286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D1286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D1286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D1286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D1286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D1286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D1286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D1286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D1286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D1286D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D1286D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D1286D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D1286D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D1286D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D1286D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D1286D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D1286D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D1286D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D1286D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D1286D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D1286D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D1286D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D1286D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D1286D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D1286D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D1286D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D1286D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D1286D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D1286D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D1286D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D1286D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D1286D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D1286D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D1286D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D1286D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D1286D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D1286D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95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36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01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863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745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394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4216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8748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59804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6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99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769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856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367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2908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11594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982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22553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87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56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108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688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957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2510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36413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8388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30173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708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3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778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70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691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6624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4552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9734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88371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072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99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34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513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45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43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4926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5861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57577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777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7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90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666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598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552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1939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0410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5886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2280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969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08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62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170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838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7937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0037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1691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09840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225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45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937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277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746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7613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8271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4262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86733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397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91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439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475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047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1612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8291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855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85307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265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11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75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09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728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0806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0078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8816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49868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90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44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796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776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547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3534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4463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24784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40662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652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36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417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333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932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0779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9916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4159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66880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214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90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424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26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930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774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5070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9708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72911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893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85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64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42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567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6310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3114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1145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22644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023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2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28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07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155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462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7438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1200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4296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27897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241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95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38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428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917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5107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6342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2442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25565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924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35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707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87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993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9314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987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39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5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50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406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555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651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1609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4243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5931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94249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39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51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119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625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365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8960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2225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14927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6025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52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07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25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991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910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5217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8293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4346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0176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571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77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039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332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297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029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5853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2308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02259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DB621A-A85B-4AAA-BBA2-6AD78C7462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151</Pages>
  <Words>54553</Words>
  <Characters>310957</Characters>
  <Application>Microsoft Office Word</Application>
  <DocSecurity>0</DocSecurity>
  <Lines>2591</Lines>
  <Paragraphs>729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10</cp:revision>
  <dcterms:created xsi:type="dcterms:W3CDTF">2026-07-31T19:28:00Z</dcterms:created>
  <dcterms:modified xsi:type="dcterms:W3CDTF">2026-08-10T20:10:00Z</dcterms:modified>
</cp:coreProperties>
</file>